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Times New Roman" w:hAnsi="Times New Roman"/>
          <w:b w:val="0"/>
          <w:i w:val="0"/>
          <w:sz w:val="22"/>
        </w:rPr>
        <w:t>Anexa nr. 2</w:t>
      </w:r>
    </w:p>
    <w:p>
      <w:pPr>
        <w:spacing w:after="0"/>
        <w:jc w:val="right"/>
      </w:pPr>
      <w:r>
        <w:rPr>
          <w:rFonts w:ascii="Times New Roman" w:hAnsi="Times New Roman"/>
          <w:b w:val="0"/>
          <w:i w:val="0"/>
          <w:sz w:val="22"/>
        </w:rPr>
        <w:t>la Regulamentul cu privire la achizițiile</w:t>
      </w:r>
    </w:p>
    <w:p>
      <w:pPr>
        <w:spacing w:after="120"/>
        <w:jc w:val="right"/>
      </w:pPr>
      <w:r>
        <w:rPr>
          <w:rFonts w:ascii="Times New Roman" w:hAnsi="Times New Roman"/>
          <w:b w:val="0"/>
          <w:i w:val="0"/>
          <w:sz w:val="22"/>
        </w:rPr>
        <w:t>publice de valoare mică</w:t>
      </w:r>
    </w:p>
    <w:p>
      <w:pPr>
        <w:spacing w:after="120"/>
      </w:pPr>
    </w:p>
    <w:p>
      <w:pPr>
        <w:spacing w:after="120"/>
        <w:jc w:val="center"/>
      </w:pPr>
      <w:r>
        <w:rPr>
          <w:rFonts w:ascii="Times New Roman" w:hAnsi="Times New Roman"/>
          <w:b/>
          <w:i w:val="0"/>
          <w:sz w:val="26"/>
        </w:rPr>
        <w:t>DECLARAŢIE DE ELIGIBILITATE</w:t>
      </w:r>
    </w:p>
    <w:p>
      <w:pPr>
        <w:spacing w:after="120"/>
      </w:pPr>
    </w:p>
    <w:p>
      <w:pPr>
        <w:spacing w:after="120"/>
        <w:jc w:val="left"/>
      </w:pPr>
      <w:r>
        <w:rPr>
          <w:rFonts w:ascii="Times New Roman" w:hAnsi="Times New Roman"/>
          <w:b/>
          <w:i w:val="0"/>
          <w:sz w:val="24"/>
        </w:rPr>
        <w:t>Către Penitenciarul nr.16 – Pruncul</w:t>
      </w:r>
    </w:p>
    <w:p>
      <w:pPr>
        <w:spacing w:after="120"/>
        <w:jc w:val="left"/>
      </w:pPr>
      <w:r>
        <w:rPr>
          <w:rFonts w:ascii="Times New Roman" w:hAnsi="Times New Roman"/>
          <w:b w:val="0"/>
          <w:i w:val="0"/>
          <w:sz w:val="24"/>
        </w:rPr>
        <w:t>Stimaţi domni,</w:t>
      </w:r>
    </w:p>
    <w:p>
      <w:pPr>
        <w:spacing w:after="120"/>
        <w:ind w:firstLine="709"/>
        <w:jc w:val="both"/>
      </w:pPr>
      <w:r>
        <w:rPr>
          <w:rFonts w:ascii="Times New Roman" w:hAnsi="Times New Roman"/>
          <w:b w:val="0"/>
          <w:i w:val="0"/>
          <w:sz w:val="24"/>
        </w:rPr>
        <w:t>Subsemnatul, reprezentant împuternicit al ___________________________________________,</w:t>
      </w:r>
    </w:p>
    <w:p>
      <w:pPr>
        <w:spacing w:after="120"/>
        <w:jc w:val="center"/>
      </w:pPr>
      <w:r>
        <w:rPr>
          <w:rFonts w:ascii="Times New Roman" w:hAnsi="Times New Roman"/>
          <w:b w:val="0"/>
          <w:i/>
          <w:sz w:val="20"/>
        </w:rPr>
        <w:t>(denumirea operatorului economic)</w:t>
      </w:r>
    </w:p>
    <w:p>
      <w:pPr>
        <w:spacing w:after="120"/>
        <w:ind w:firstLine="709"/>
        <w:jc w:val="both"/>
      </w:pPr>
      <w:r>
        <w:rPr>
          <w:rFonts w:ascii="Times New Roman" w:hAnsi="Times New Roman"/>
          <w:b w:val="0"/>
          <w:i w:val="0"/>
          <w:sz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spacing w:after="120"/>
        <w:ind w:firstLine="709"/>
        <w:jc w:val="both"/>
      </w:pPr>
      <w:r>
        <w:rPr>
          <w:rFonts w:ascii="Times New Roman" w:hAnsi="Times New Roman"/>
          <w:b w:val="0"/>
          <w:i w:val="0"/>
          <w:sz w:val="24"/>
        </w:rPr>
        <w:t>Mă oblig, la solicitarea autorității/entității contractante, în scopul verificării şi confirmării declaraţiei, să prezint orice document doveditor de care dispun.</w:t>
      </w:r>
    </w:p>
    <w:p>
      <w:pPr>
        <w:spacing w:after="120"/>
      </w:pPr>
    </w:p>
    <w:p>
      <w:pPr>
        <w:spacing w:after="120"/>
        <w:jc w:val="left"/>
      </w:pPr>
      <w:r>
        <w:rPr>
          <w:rFonts w:ascii="Times New Roman" w:hAnsi="Times New Roman"/>
          <w:b w:val="0"/>
          <w:i w:val="0"/>
          <w:sz w:val="24"/>
        </w:rPr>
        <w:t>Data completării ____________________          Ofertant/candidat ____________________</w:t>
      </w:r>
    </w:p>
    <w:p>
      <w:pPr>
        <w:spacing w:after="120"/>
        <w:jc w:val="left"/>
      </w:pPr>
      <w:r>
        <w:rPr>
          <w:rFonts w:ascii="Times New Roman" w:hAnsi="Times New Roman"/>
          <w:b w:val="0"/>
          <w:i/>
          <w:sz w:val="20"/>
        </w:rPr>
        <w:t xml:space="preserve">                                                                                        (semnătura autorizată)</w:t>
      </w:r>
    </w:p>
    <w:p>
      <w:r>
        <w:br w:type="page"/>
      </w:r>
    </w:p>
    <w:p>
      <w:pPr>
        <w:spacing w:after="0"/>
        <w:jc w:val="right"/>
      </w:pPr>
      <w:r>
        <w:rPr>
          <w:rFonts w:ascii="Times New Roman" w:hAnsi="Times New Roman"/>
          <w:b w:val="0"/>
          <w:i w:val="0"/>
          <w:sz w:val="22"/>
        </w:rPr>
        <w:t>Anexa nr. 7</w:t>
      </w:r>
    </w:p>
    <w:p>
      <w:pPr>
        <w:spacing w:after="0"/>
        <w:jc w:val="right"/>
      </w:pPr>
      <w:r>
        <w:rPr>
          <w:rFonts w:ascii="Times New Roman" w:hAnsi="Times New Roman"/>
          <w:b w:val="0"/>
          <w:i w:val="0"/>
          <w:sz w:val="22"/>
        </w:rPr>
        <w:t>la Documentația standard nr. 115</w:t>
      </w:r>
    </w:p>
    <w:p>
      <w:pPr>
        <w:spacing w:after="120"/>
        <w:jc w:val="right"/>
      </w:pPr>
      <w:r>
        <w:rPr>
          <w:rFonts w:ascii="Times New Roman" w:hAnsi="Times New Roman"/>
          <w:b w:val="0"/>
          <w:i w:val="0"/>
          <w:sz w:val="22"/>
        </w:rPr>
        <w:t>din 15.09.2021</w:t>
      </w:r>
    </w:p>
    <w:p>
      <w:pPr>
        <w:spacing w:after="120"/>
      </w:pPr>
    </w:p>
    <w:p>
      <w:pPr>
        <w:spacing w:after="120"/>
        <w:jc w:val="center"/>
      </w:pPr>
      <w:r>
        <w:rPr>
          <w:rFonts w:ascii="Times New Roman" w:hAnsi="Times New Roman"/>
          <w:b/>
          <w:i w:val="0"/>
          <w:sz w:val="26"/>
        </w:rPr>
        <w:t>CERERE DE PARTICIPARE</w:t>
      </w:r>
    </w:p>
    <w:p>
      <w:pPr>
        <w:spacing w:after="120"/>
      </w:pPr>
    </w:p>
    <w:p>
      <w:pPr>
        <w:spacing w:after="0"/>
        <w:jc w:val="left"/>
      </w:pPr>
      <w:r>
        <w:rPr>
          <w:rFonts w:ascii="Times New Roman" w:hAnsi="Times New Roman"/>
          <w:b/>
          <w:i w:val="0"/>
          <w:sz w:val="24"/>
        </w:rPr>
        <w:t>Către Penitenciarul nr.16 – Pruncul, mun. Chișinău, str. Ion Pruncul 44, MD-2069</w:t>
      </w:r>
    </w:p>
    <w:p>
      <w:pPr>
        <w:spacing w:after="120"/>
        <w:jc w:val="left"/>
      </w:pPr>
      <w:r>
        <w:rPr>
          <w:rFonts w:ascii="Times New Roman" w:hAnsi="Times New Roman"/>
          <w:b w:val="0"/>
          <w:i/>
          <w:sz w:val="20"/>
        </w:rPr>
        <w:t>(denumirea autorităţii contractante şi adresa completă)</w:t>
      </w:r>
    </w:p>
    <w:p>
      <w:pPr>
        <w:spacing w:after="120"/>
        <w:jc w:val="left"/>
      </w:pPr>
      <w:r>
        <w:rPr>
          <w:rFonts w:ascii="Times New Roman" w:hAnsi="Times New Roman"/>
          <w:b w:val="0"/>
          <w:i w:val="0"/>
          <w:sz w:val="24"/>
        </w:rPr>
        <w:t>Stimaţi domni,</w:t>
      </w:r>
    </w:p>
    <w:p>
      <w:pPr>
        <w:spacing w:after="120"/>
        <w:ind w:firstLine="709"/>
        <w:jc w:val="both"/>
      </w:pPr>
      <w:r>
        <w:rPr>
          <w:rFonts w:ascii="Times New Roman" w:hAnsi="Times New Roman"/>
          <w:b w:val="0"/>
          <w:i w:val="0"/>
          <w:sz w:val="24"/>
        </w:rPr>
        <w:t>Ca urmare a anunțului/invitației de participare apărut în Buletinul achizițiilor publice și/sau Jurnalul Oficial al Uniunii Europene, nr. ______________ din ______________ (conform achizitii.md) (ziua/luna/anul), privind aplicarea procedurii pentru atribuirea contractului de valoare mică „Materiale de construcție pentru anul 2026”, cod CPV 44100000-1, noi ____________________________________________ (denumirea/numele ofertantului/candidatului), am luat cunoștință de condițiile și de cerințele expuse în documentația de atribuire și exprimăm prin prezenta interesul de a participa, în calitate de ofertant/candidat, neavând obiecții la documentația de atribuire.</w:t>
      </w:r>
    </w:p>
    <w:p>
      <w:pPr>
        <w:spacing w:after="120"/>
      </w:pPr>
    </w:p>
    <w:p>
      <w:pPr>
        <w:spacing w:after="120"/>
        <w:jc w:val="left"/>
      </w:pPr>
      <w:r>
        <w:rPr>
          <w:rFonts w:ascii="Times New Roman" w:hAnsi="Times New Roman"/>
          <w:b w:val="0"/>
          <w:i w:val="0"/>
          <w:sz w:val="24"/>
        </w:rPr>
        <w:t>Data completării ____________________          Cu stimă,</w:t>
      </w:r>
    </w:p>
    <w:p>
      <w:pPr>
        <w:spacing w:after="120"/>
        <w:jc w:val="left"/>
      </w:pPr>
      <w:r>
        <w:rPr>
          <w:rFonts w:ascii="Times New Roman" w:hAnsi="Times New Roman"/>
          <w:b w:val="0"/>
          <w:i w:val="0"/>
          <w:sz w:val="24"/>
        </w:rPr>
        <w:t xml:space="preserve">                                                                   Ofertant/candidat ____________________</w:t>
      </w:r>
    </w:p>
    <w:p>
      <w:pPr>
        <w:spacing w:after="120"/>
        <w:jc w:val="left"/>
      </w:pPr>
      <w:r>
        <w:rPr>
          <w:rFonts w:ascii="Times New Roman" w:hAnsi="Times New Roman"/>
          <w:b w:val="0"/>
          <w:i/>
          <w:sz w:val="20"/>
        </w:rPr>
        <w:t xml:space="preserve">                                                                                                (semnătura autorizată)</w:t>
      </w:r>
    </w:p>
    <w:p>
      <w:r>
        <w:br w:type="page"/>
      </w:r>
    </w:p>
    <w:p>
      <w:pPr>
        <w:spacing w:after="0"/>
        <w:jc w:val="right"/>
      </w:pPr>
      <w:r>
        <w:rPr>
          <w:rFonts w:ascii="Times New Roman" w:hAnsi="Times New Roman"/>
          <w:b w:val="0"/>
          <w:i w:val="0"/>
          <w:sz w:val="22"/>
        </w:rPr>
        <w:t>Anexa nr. 8</w:t>
      </w:r>
    </w:p>
    <w:p>
      <w:pPr>
        <w:spacing w:after="0"/>
        <w:jc w:val="right"/>
      </w:pPr>
      <w:r>
        <w:rPr>
          <w:rFonts w:ascii="Times New Roman" w:hAnsi="Times New Roman"/>
          <w:b w:val="0"/>
          <w:i w:val="0"/>
          <w:sz w:val="22"/>
        </w:rPr>
        <w:t>la Documentația standard nr. 115</w:t>
      </w:r>
    </w:p>
    <w:p>
      <w:pPr>
        <w:spacing w:after="120"/>
        <w:jc w:val="right"/>
      </w:pPr>
      <w:r>
        <w:rPr>
          <w:rFonts w:ascii="Times New Roman" w:hAnsi="Times New Roman"/>
          <w:b w:val="0"/>
          <w:i w:val="0"/>
          <w:sz w:val="22"/>
        </w:rPr>
        <w:t>din 15.09.2021</w:t>
      </w:r>
    </w:p>
    <w:p>
      <w:pPr>
        <w:spacing w:after="120"/>
      </w:pPr>
    </w:p>
    <w:p>
      <w:pPr>
        <w:spacing w:after="120"/>
        <w:jc w:val="center"/>
      </w:pPr>
      <w:r>
        <w:rPr>
          <w:rFonts w:ascii="Times New Roman" w:hAnsi="Times New Roman"/>
          <w:b/>
          <w:i w:val="0"/>
          <w:sz w:val="26"/>
        </w:rPr>
        <w:t>DECLARAŢIE</w:t>
      </w:r>
    </w:p>
    <w:p>
      <w:pPr>
        <w:spacing w:after="120"/>
        <w:jc w:val="center"/>
      </w:pPr>
      <w:r>
        <w:rPr>
          <w:rFonts w:ascii="Times New Roman" w:hAnsi="Times New Roman"/>
          <w:b/>
          <w:i w:val="0"/>
          <w:sz w:val="24"/>
        </w:rPr>
        <w:t>privind valabilitatea ofertei</w:t>
      </w:r>
    </w:p>
    <w:p>
      <w:pPr>
        <w:spacing w:after="120"/>
      </w:pPr>
    </w:p>
    <w:p>
      <w:pPr>
        <w:spacing w:after="0"/>
        <w:jc w:val="left"/>
      </w:pPr>
      <w:r>
        <w:rPr>
          <w:rFonts w:ascii="Times New Roman" w:hAnsi="Times New Roman"/>
          <w:b/>
          <w:i w:val="0"/>
          <w:sz w:val="24"/>
        </w:rPr>
        <w:t>Către Penitenciarul nr.16 – Pruncul, mun. Chișinău, str. Ion Pruncul 44, MD-2069</w:t>
      </w:r>
    </w:p>
    <w:p>
      <w:pPr>
        <w:spacing w:after="120"/>
        <w:jc w:val="left"/>
      </w:pPr>
      <w:r>
        <w:rPr>
          <w:rFonts w:ascii="Times New Roman" w:hAnsi="Times New Roman"/>
          <w:b w:val="0"/>
          <w:i/>
          <w:sz w:val="20"/>
        </w:rPr>
        <w:t>(denumirea autorităţii contractante şi adresa completă)</w:t>
      </w:r>
    </w:p>
    <w:p>
      <w:pPr>
        <w:spacing w:after="120"/>
        <w:jc w:val="left"/>
      </w:pPr>
      <w:r>
        <w:rPr>
          <w:rFonts w:ascii="Times New Roman" w:hAnsi="Times New Roman"/>
          <w:b w:val="0"/>
          <w:i w:val="0"/>
          <w:sz w:val="24"/>
        </w:rPr>
        <w:t>Stimaţi domni,</w:t>
      </w:r>
    </w:p>
    <w:p>
      <w:pPr>
        <w:spacing w:after="120"/>
        <w:ind w:firstLine="709"/>
        <w:jc w:val="both"/>
      </w:pPr>
      <w:r>
        <w:rPr>
          <w:rFonts w:ascii="Times New Roman" w:hAnsi="Times New Roman"/>
          <w:b w:val="0"/>
          <w:i w:val="0"/>
          <w:sz w:val="24"/>
        </w:rPr>
        <w:t>Ne angajăm să menținem oferta valabilă, privind achiziționarea „Materiale de construcție pentru anul 2026”, cod CPV 44100000-1, prin procedura de achiziție de valoare mică, pentru o durată de _________________________ zile (durata în litere și cifre), respectiv până la data de ___________________ (ziua/luna/anul), și ea va rămâne obligatorie pentru noi și poate fi acceptată oricând înainte de expirarea perioadei de valabilitate.</w:t>
      </w:r>
    </w:p>
    <w:p>
      <w:pPr>
        <w:spacing w:after="120"/>
      </w:pPr>
    </w:p>
    <w:p>
      <w:pPr>
        <w:spacing w:after="120"/>
        <w:jc w:val="left"/>
      </w:pPr>
      <w:r>
        <w:rPr>
          <w:rFonts w:ascii="Times New Roman" w:hAnsi="Times New Roman"/>
          <w:b w:val="0"/>
          <w:i w:val="0"/>
          <w:sz w:val="24"/>
        </w:rPr>
        <w:t>Data completării ____________________          Cu stimă,</w:t>
      </w:r>
    </w:p>
    <w:p>
      <w:pPr>
        <w:spacing w:after="120"/>
        <w:jc w:val="left"/>
      </w:pPr>
      <w:r>
        <w:rPr>
          <w:rFonts w:ascii="Times New Roman" w:hAnsi="Times New Roman"/>
          <w:b w:val="0"/>
          <w:i w:val="0"/>
          <w:sz w:val="24"/>
        </w:rPr>
        <w:t xml:space="preserve">                                                                   Ofertant/candidat ____________________</w:t>
      </w:r>
    </w:p>
    <w:p>
      <w:pPr>
        <w:spacing w:after="120"/>
        <w:jc w:val="left"/>
      </w:pPr>
      <w:r>
        <w:rPr>
          <w:rFonts w:ascii="Times New Roman" w:hAnsi="Times New Roman"/>
          <w:b w:val="0"/>
          <w:i/>
          <w:sz w:val="20"/>
        </w:rPr>
        <w:t xml:space="preserve">                                                                                                (semnătura autorizată)</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