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2CA215" w14:textId="77777777" w:rsidR="00010986" w:rsidRPr="002103FB" w:rsidRDefault="00071BD1" w:rsidP="002103FB">
      <w:pPr>
        <w:spacing w:after="0" w:line="240" w:lineRule="auto"/>
        <w:jc w:val="right"/>
        <w:rPr>
          <w:rFonts w:cs="Times New Roman"/>
          <w:bCs/>
          <w:sz w:val="22"/>
        </w:rPr>
      </w:pPr>
      <w:r w:rsidRPr="002103FB">
        <w:rPr>
          <w:rFonts w:eastAsia="Times New Roman" w:cs="Times New Roman"/>
          <w:bCs/>
          <w:sz w:val="22"/>
        </w:rPr>
        <w:t>Anexa nr. 2</w:t>
      </w:r>
    </w:p>
    <w:p w14:paraId="4752BA73" w14:textId="77777777" w:rsidR="00010986" w:rsidRPr="00394675" w:rsidRDefault="00071BD1" w:rsidP="002103FB">
      <w:pPr>
        <w:spacing w:after="0" w:line="240" w:lineRule="auto"/>
        <w:jc w:val="right"/>
        <w:rPr>
          <w:rFonts w:cs="Times New Roman"/>
          <w:sz w:val="22"/>
        </w:rPr>
      </w:pPr>
      <w:r w:rsidRPr="00394675">
        <w:rPr>
          <w:rFonts w:eastAsia="Times New Roman" w:cs="Times New Roman"/>
          <w:sz w:val="22"/>
        </w:rPr>
        <w:t>la Documentația standard nr. 69 din 7 mai 2021</w:t>
      </w:r>
    </w:p>
    <w:p w14:paraId="4BC797CE"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t>ANUNȚ DE PARTICIPARE</w:t>
      </w:r>
    </w:p>
    <w:p w14:paraId="4317A55C" w14:textId="77777777" w:rsidR="00D806CE" w:rsidRDefault="00D806CE">
      <w:pPr>
        <w:spacing w:after="0" w:line="240" w:lineRule="auto"/>
        <w:jc w:val="both"/>
        <w:rPr>
          <w:rFonts w:eastAsia="Times New Roman" w:cs="Times New Roman"/>
          <w:b/>
          <w:sz w:val="22"/>
        </w:rPr>
      </w:pPr>
    </w:p>
    <w:p w14:paraId="7D2F86FF" w14:textId="77777777" w:rsidR="00010986" w:rsidRPr="00394675" w:rsidRDefault="00071BD1">
      <w:pPr>
        <w:spacing w:after="0" w:line="240" w:lineRule="auto"/>
        <w:jc w:val="both"/>
        <w:rPr>
          <w:rFonts w:cs="Times New Roman"/>
          <w:sz w:val="22"/>
        </w:rPr>
      </w:pPr>
      <w:bookmarkStart w:id="0" w:name="_GoBack"/>
      <w:bookmarkEnd w:id="0"/>
      <w:proofErr w:type="spellStart"/>
      <w:r w:rsidRPr="00394675">
        <w:rPr>
          <w:rFonts w:eastAsia="Times New Roman" w:cs="Times New Roman"/>
          <w:b/>
          <w:sz w:val="22"/>
        </w:rPr>
        <w:t>privind</w:t>
      </w:r>
      <w:proofErr w:type="spellEnd"/>
      <w:r w:rsidRPr="00394675">
        <w:rPr>
          <w:rFonts w:eastAsia="Times New Roman" w:cs="Times New Roman"/>
          <w:b/>
          <w:sz w:val="22"/>
        </w:rPr>
        <w:t xml:space="preserve"> </w:t>
      </w:r>
      <w:proofErr w:type="spellStart"/>
      <w:r w:rsidRPr="00394675">
        <w:rPr>
          <w:rFonts w:eastAsia="Times New Roman" w:cs="Times New Roman"/>
          <w:b/>
          <w:sz w:val="22"/>
        </w:rPr>
        <w:t>achiziționarea</w:t>
      </w:r>
      <w:proofErr w:type="spellEnd"/>
      <w:r w:rsidRPr="00394675">
        <w:rPr>
          <w:rFonts w:eastAsia="Times New Roman" w:cs="Times New Roman"/>
          <w:b/>
          <w:sz w:val="22"/>
        </w:rPr>
        <w:t xml:space="preserve">: </w:t>
      </w:r>
      <w:proofErr w:type="spellStart"/>
      <w:r w:rsidRPr="00394675">
        <w:rPr>
          <w:rFonts w:eastAsia="Times New Roman" w:cs="Times New Roman"/>
          <w:b/>
          <w:sz w:val="22"/>
        </w:rPr>
        <w:t>Procurarea</w:t>
      </w:r>
      <w:proofErr w:type="spellEnd"/>
      <w:r w:rsidRPr="00394675">
        <w:rPr>
          <w:rFonts w:eastAsia="Times New Roman" w:cs="Times New Roman"/>
          <w:b/>
          <w:sz w:val="22"/>
        </w:rPr>
        <w:t xml:space="preserve"> </w:t>
      </w:r>
      <w:proofErr w:type="spellStart"/>
      <w:r w:rsidRPr="00394675">
        <w:rPr>
          <w:rFonts w:eastAsia="Times New Roman" w:cs="Times New Roman"/>
          <w:b/>
          <w:sz w:val="22"/>
        </w:rPr>
        <w:t>inventarului</w:t>
      </w:r>
      <w:proofErr w:type="spellEnd"/>
      <w:r w:rsidRPr="00394675">
        <w:rPr>
          <w:rFonts w:eastAsia="Times New Roman" w:cs="Times New Roman"/>
          <w:b/>
          <w:sz w:val="22"/>
        </w:rPr>
        <w:t xml:space="preserve"> gospodăresc necesar pentru asigurarea bunei funcționări </w:t>
      </w:r>
      <w:proofErr w:type="gramStart"/>
      <w:r w:rsidRPr="00394675">
        <w:rPr>
          <w:rFonts w:eastAsia="Times New Roman" w:cs="Times New Roman"/>
          <w:b/>
          <w:sz w:val="22"/>
        </w:rPr>
        <w:t>a</w:t>
      </w:r>
      <w:proofErr w:type="gramEnd"/>
      <w:r w:rsidRPr="00394675">
        <w:rPr>
          <w:rFonts w:eastAsia="Times New Roman" w:cs="Times New Roman"/>
          <w:b/>
          <w:sz w:val="22"/>
        </w:rPr>
        <w:t xml:space="preserve"> instituției, întreținerea spațiilor administrative, tehnice și auxiliare, precum și menținerea condițiilor corespunzătoare de igienă și exploatare.</w:t>
      </w:r>
    </w:p>
    <w:p w14:paraId="235AD6E8" w14:textId="77777777" w:rsidR="00010986" w:rsidRPr="00394675" w:rsidRDefault="00071BD1">
      <w:pPr>
        <w:spacing w:after="0" w:line="240" w:lineRule="auto"/>
        <w:jc w:val="both"/>
        <w:rPr>
          <w:rFonts w:cs="Times New Roman"/>
          <w:sz w:val="22"/>
        </w:rPr>
      </w:pPr>
      <w:r w:rsidRPr="00394675">
        <w:rPr>
          <w:rFonts w:eastAsia="Times New Roman" w:cs="Times New Roman"/>
          <w:b/>
          <w:sz w:val="22"/>
        </w:rPr>
        <w:t>prin procedura de achiziție: Achiziție de valoare mică</w:t>
      </w:r>
    </w:p>
    <w:p w14:paraId="6EF335E8"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*Procedura a fost inclusă în planul de achiziții publice </w:t>
      </w:r>
      <w:proofErr w:type="gramStart"/>
      <w:r w:rsidRPr="00394675">
        <w:rPr>
          <w:rFonts w:eastAsia="Times New Roman" w:cs="Times New Roman"/>
          <w:sz w:val="22"/>
        </w:rPr>
        <w:t>a</w:t>
      </w:r>
      <w:proofErr w:type="gramEnd"/>
      <w:r w:rsidRPr="00394675">
        <w:rPr>
          <w:rFonts w:eastAsia="Times New Roman" w:cs="Times New Roman"/>
          <w:sz w:val="22"/>
        </w:rPr>
        <w:t xml:space="preserve"> autorității contractante: DA</w:t>
      </w:r>
    </w:p>
    <w:p w14:paraId="0367E4E5" w14:textId="77777777" w:rsidR="00010986" w:rsidRPr="00394675" w:rsidRDefault="00071BD1">
      <w:pPr>
        <w:spacing w:after="0" w:line="240" w:lineRule="auto"/>
        <w:jc w:val="both"/>
        <w:rPr>
          <w:rFonts w:cs="Times New Roman"/>
          <w:sz w:val="22"/>
        </w:rPr>
      </w:pPr>
      <w:r w:rsidRPr="00394675">
        <w:rPr>
          <w:rFonts w:eastAsia="Times New Roman" w:cs="Times New Roman"/>
          <w:sz w:val="22"/>
        </w:rPr>
        <w:t>Link-ul către planul de achiziții publice publicat: https://ansp.md/achizitii/</w:t>
      </w:r>
    </w:p>
    <w:p w14:paraId="43C4CFFA"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 Denumirea autorității contractante: Agenția Națională pentru Sănătate Publică</w:t>
      </w:r>
    </w:p>
    <w:p w14:paraId="706B78CB" w14:textId="77777777" w:rsidR="00010986" w:rsidRPr="00394675" w:rsidRDefault="00071BD1">
      <w:pPr>
        <w:spacing w:after="0" w:line="240" w:lineRule="auto"/>
        <w:jc w:val="both"/>
        <w:rPr>
          <w:rFonts w:cs="Times New Roman"/>
          <w:sz w:val="22"/>
        </w:rPr>
      </w:pPr>
      <w:r w:rsidRPr="00394675">
        <w:rPr>
          <w:rFonts w:eastAsia="Times New Roman" w:cs="Times New Roman"/>
          <w:sz w:val="22"/>
        </w:rPr>
        <w:t>2. IDNO: 1018601000021</w:t>
      </w:r>
    </w:p>
    <w:p w14:paraId="6605EED1" w14:textId="77777777" w:rsidR="00010986" w:rsidRPr="00394675" w:rsidRDefault="00071BD1">
      <w:pPr>
        <w:spacing w:after="0" w:line="240" w:lineRule="auto"/>
        <w:jc w:val="both"/>
        <w:rPr>
          <w:rFonts w:cs="Times New Roman"/>
          <w:sz w:val="22"/>
        </w:rPr>
      </w:pPr>
      <w:r w:rsidRPr="00394675">
        <w:rPr>
          <w:rFonts w:eastAsia="Times New Roman" w:cs="Times New Roman"/>
          <w:sz w:val="22"/>
        </w:rPr>
        <w:t>3. Adresa: mun. Chișinău, str. Gh. Asachi, 67 A</w:t>
      </w:r>
    </w:p>
    <w:p w14:paraId="0CA7B77F" w14:textId="77777777" w:rsidR="00010986" w:rsidRPr="00394675" w:rsidRDefault="00071BD1">
      <w:pPr>
        <w:spacing w:after="0" w:line="240" w:lineRule="auto"/>
        <w:jc w:val="both"/>
        <w:rPr>
          <w:rFonts w:cs="Times New Roman"/>
          <w:sz w:val="22"/>
        </w:rPr>
      </w:pPr>
      <w:r w:rsidRPr="00394675">
        <w:rPr>
          <w:rFonts w:eastAsia="Times New Roman" w:cs="Times New Roman"/>
          <w:sz w:val="22"/>
        </w:rPr>
        <w:t>4. Numărul de telefon/fax: 067493406</w:t>
      </w:r>
    </w:p>
    <w:p w14:paraId="19374860"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5. Adresa de e-mail și pagina web oficială </w:t>
      </w:r>
      <w:proofErr w:type="gramStart"/>
      <w:r w:rsidRPr="00394675">
        <w:rPr>
          <w:rFonts w:eastAsia="Times New Roman" w:cs="Times New Roman"/>
          <w:sz w:val="22"/>
        </w:rPr>
        <w:t>a</w:t>
      </w:r>
      <w:proofErr w:type="gramEnd"/>
      <w:r w:rsidRPr="00394675">
        <w:rPr>
          <w:rFonts w:eastAsia="Times New Roman" w:cs="Times New Roman"/>
          <w:sz w:val="22"/>
        </w:rPr>
        <w:t xml:space="preserve"> autorității contractante: achizitii@ansp.gov.md; www.ansp.md</w:t>
      </w:r>
    </w:p>
    <w:p w14:paraId="78E0380E" w14:textId="77777777" w:rsidR="00010986" w:rsidRPr="00394675" w:rsidRDefault="00071BD1">
      <w:pPr>
        <w:spacing w:after="0" w:line="240" w:lineRule="auto"/>
        <w:jc w:val="both"/>
        <w:rPr>
          <w:rFonts w:cs="Times New Roman"/>
          <w:sz w:val="22"/>
        </w:rPr>
      </w:pPr>
      <w:r w:rsidRPr="00394675">
        <w:rPr>
          <w:rFonts w:eastAsia="Times New Roman" w:cs="Times New Roman"/>
          <w:sz w:val="22"/>
        </w:rPr>
        <w:t>6. Adresa de e-mail sau pagina web oficială de la care se va putea obține accesul la documentația de atribuire: documentația de atribuire este anexată în cadrul procedurii în SIA RSAP.</w:t>
      </w:r>
    </w:p>
    <w:p w14:paraId="4CD35F3B" w14:textId="77777777" w:rsidR="00010986" w:rsidRPr="00394675" w:rsidRDefault="00071BD1">
      <w:pPr>
        <w:spacing w:after="0" w:line="240" w:lineRule="auto"/>
        <w:jc w:val="both"/>
        <w:rPr>
          <w:rFonts w:cs="Times New Roman"/>
          <w:sz w:val="22"/>
        </w:rPr>
      </w:pPr>
      <w:r w:rsidRPr="00394675">
        <w:rPr>
          <w:rFonts w:eastAsia="Times New Roman" w:cs="Times New Roman"/>
          <w:sz w:val="22"/>
        </w:rPr>
        <w:t>7. Tipul autorității contractante și obiectul principal de activitate: Autoritate administrativă subordonată Ministerului Sănătății al Republicii Moldova.</w:t>
      </w:r>
    </w:p>
    <w:p w14:paraId="63F934DF" w14:textId="77777777" w:rsidR="00010986" w:rsidRPr="00394675" w:rsidRDefault="00071BD1">
      <w:pPr>
        <w:spacing w:after="0" w:line="240" w:lineRule="auto"/>
        <w:jc w:val="both"/>
        <w:rPr>
          <w:rFonts w:cs="Times New Roman"/>
          <w:sz w:val="22"/>
        </w:rPr>
      </w:pPr>
      <w:r w:rsidRPr="00394675">
        <w:rPr>
          <w:rFonts w:eastAsia="Times New Roman" w:cs="Times New Roman"/>
          <w:sz w:val="22"/>
        </w:rPr>
        <w:t>8. Agenția Națională pentru Sănătate Publică invită operatorii economici interesați să participe la procedura de achiziție privind livrarea următoarelor bunuri:</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2"/>
        <w:gridCol w:w="2002"/>
        <w:gridCol w:w="2003"/>
        <w:gridCol w:w="2002"/>
        <w:gridCol w:w="2002"/>
        <w:gridCol w:w="2003"/>
        <w:gridCol w:w="2002"/>
      </w:tblGrid>
      <w:tr w:rsidR="00010986" w:rsidRPr="00394675" w14:paraId="6CB27CCB" w14:textId="77777777">
        <w:trPr>
          <w:tblHeader/>
          <w:jc w:val="center"/>
        </w:trPr>
        <w:tc>
          <w:tcPr>
            <w:tcW w:w="2004" w:type="dxa"/>
            <w:vAlign w:val="center"/>
          </w:tcPr>
          <w:p w14:paraId="6A6E3211" w14:textId="77777777" w:rsidR="00010986" w:rsidRPr="00394675" w:rsidRDefault="00071BD1">
            <w:pPr>
              <w:jc w:val="center"/>
              <w:rPr>
                <w:rFonts w:cs="Times New Roman"/>
                <w:sz w:val="22"/>
              </w:rPr>
            </w:pPr>
            <w:r w:rsidRPr="00394675">
              <w:rPr>
                <w:rFonts w:eastAsia="Times New Roman" w:cs="Times New Roman"/>
                <w:b/>
                <w:sz w:val="22"/>
              </w:rPr>
              <w:t>Nr. d/o</w:t>
            </w:r>
          </w:p>
        </w:tc>
        <w:tc>
          <w:tcPr>
            <w:tcW w:w="2004" w:type="dxa"/>
            <w:vAlign w:val="center"/>
          </w:tcPr>
          <w:p w14:paraId="208394F6" w14:textId="77777777" w:rsidR="00010986" w:rsidRPr="00394675" w:rsidRDefault="00071BD1">
            <w:pPr>
              <w:jc w:val="center"/>
              <w:rPr>
                <w:rFonts w:cs="Times New Roman"/>
                <w:sz w:val="22"/>
              </w:rPr>
            </w:pPr>
            <w:r w:rsidRPr="00394675">
              <w:rPr>
                <w:rFonts w:eastAsia="Times New Roman" w:cs="Times New Roman"/>
                <w:b/>
                <w:sz w:val="22"/>
              </w:rPr>
              <w:t>Cod CPV</w:t>
            </w:r>
          </w:p>
        </w:tc>
        <w:tc>
          <w:tcPr>
            <w:tcW w:w="2004" w:type="dxa"/>
            <w:vAlign w:val="center"/>
          </w:tcPr>
          <w:p w14:paraId="72F67296" w14:textId="77777777" w:rsidR="00010986" w:rsidRPr="00394675" w:rsidRDefault="00071BD1">
            <w:pPr>
              <w:jc w:val="center"/>
              <w:rPr>
                <w:rFonts w:cs="Times New Roman"/>
                <w:sz w:val="22"/>
              </w:rPr>
            </w:pPr>
            <w:r w:rsidRPr="00394675">
              <w:rPr>
                <w:rFonts w:eastAsia="Times New Roman" w:cs="Times New Roman"/>
                <w:b/>
                <w:sz w:val="22"/>
              </w:rPr>
              <w:t>Denumirea bunurilor solicitate</w:t>
            </w:r>
          </w:p>
        </w:tc>
        <w:tc>
          <w:tcPr>
            <w:tcW w:w="2004" w:type="dxa"/>
            <w:vAlign w:val="center"/>
          </w:tcPr>
          <w:p w14:paraId="7396E0CC" w14:textId="77777777" w:rsidR="00010986" w:rsidRPr="00394675" w:rsidRDefault="00071BD1">
            <w:pPr>
              <w:jc w:val="center"/>
              <w:rPr>
                <w:rFonts w:cs="Times New Roman"/>
                <w:sz w:val="22"/>
              </w:rPr>
            </w:pPr>
            <w:r w:rsidRPr="00394675">
              <w:rPr>
                <w:rFonts w:eastAsia="Times New Roman" w:cs="Times New Roman"/>
                <w:b/>
                <w:sz w:val="22"/>
              </w:rPr>
              <w:t>Unitatea de măsură</w:t>
            </w:r>
          </w:p>
        </w:tc>
        <w:tc>
          <w:tcPr>
            <w:tcW w:w="2004" w:type="dxa"/>
            <w:vAlign w:val="center"/>
          </w:tcPr>
          <w:p w14:paraId="7E3AD922" w14:textId="77777777" w:rsidR="00010986" w:rsidRPr="00394675" w:rsidRDefault="00071BD1">
            <w:pPr>
              <w:jc w:val="center"/>
              <w:rPr>
                <w:rFonts w:cs="Times New Roman"/>
                <w:sz w:val="22"/>
              </w:rPr>
            </w:pPr>
            <w:r w:rsidRPr="00394675">
              <w:rPr>
                <w:rFonts w:eastAsia="Times New Roman" w:cs="Times New Roman"/>
                <w:b/>
                <w:sz w:val="22"/>
              </w:rPr>
              <w:t>Cantitatea</w:t>
            </w:r>
          </w:p>
        </w:tc>
        <w:tc>
          <w:tcPr>
            <w:tcW w:w="2004" w:type="dxa"/>
            <w:vAlign w:val="center"/>
          </w:tcPr>
          <w:p w14:paraId="32A8E444" w14:textId="77777777" w:rsidR="00010986" w:rsidRPr="00394675" w:rsidRDefault="00071BD1">
            <w:pPr>
              <w:jc w:val="center"/>
              <w:rPr>
                <w:rFonts w:cs="Times New Roman"/>
                <w:sz w:val="22"/>
              </w:rPr>
            </w:pPr>
            <w:r w:rsidRPr="00394675">
              <w:rPr>
                <w:rFonts w:eastAsia="Times New Roman" w:cs="Times New Roman"/>
                <w:b/>
                <w:sz w:val="22"/>
              </w:rPr>
              <w:t>Specificarea tehnică deplină solicitată, Standarde de referință</w:t>
            </w:r>
          </w:p>
        </w:tc>
        <w:tc>
          <w:tcPr>
            <w:tcW w:w="2004" w:type="dxa"/>
            <w:vAlign w:val="center"/>
          </w:tcPr>
          <w:p w14:paraId="1449C25F" w14:textId="77777777" w:rsidR="00010986" w:rsidRPr="00394675" w:rsidRDefault="00071BD1">
            <w:pPr>
              <w:jc w:val="center"/>
              <w:rPr>
                <w:rFonts w:cs="Times New Roman"/>
                <w:sz w:val="22"/>
              </w:rPr>
            </w:pPr>
            <w:r w:rsidRPr="00394675">
              <w:rPr>
                <w:rFonts w:eastAsia="Times New Roman" w:cs="Times New Roman"/>
                <w:b/>
                <w:sz w:val="22"/>
              </w:rPr>
              <w:t>Valoarea estimată fără TVA</w:t>
            </w:r>
          </w:p>
        </w:tc>
      </w:tr>
      <w:tr w:rsidR="00010986" w:rsidRPr="00394675" w14:paraId="2DCBF3F3" w14:textId="77777777">
        <w:trPr>
          <w:jc w:val="center"/>
        </w:trPr>
        <w:tc>
          <w:tcPr>
            <w:tcW w:w="2004" w:type="dxa"/>
            <w:vAlign w:val="center"/>
          </w:tcPr>
          <w:p w14:paraId="166A6020" w14:textId="77777777" w:rsidR="00010986" w:rsidRPr="00394675" w:rsidRDefault="00071BD1">
            <w:pPr>
              <w:jc w:val="center"/>
              <w:rPr>
                <w:rFonts w:cs="Times New Roman"/>
                <w:sz w:val="22"/>
              </w:rPr>
            </w:pPr>
            <w:r w:rsidRPr="00394675">
              <w:rPr>
                <w:rFonts w:eastAsia="Times New Roman" w:cs="Times New Roman"/>
                <w:sz w:val="22"/>
              </w:rPr>
              <w:t>Lotul 1</w:t>
            </w:r>
          </w:p>
        </w:tc>
        <w:tc>
          <w:tcPr>
            <w:tcW w:w="2004" w:type="dxa"/>
            <w:vAlign w:val="center"/>
          </w:tcPr>
          <w:p w14:paraId="09F66027"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2004" w:type="dxa"/>
            <w:vAlign w:val="center"/>
          </w:tcPr>
          <w:p w14:paraId="4BD3784E" w14:textId="77777777" w:rsidR="00010986" w:rsidRPr="00394675" w:rsidRDefault="00071BD1">
            <w:pPr>
              <w:jc w:val="both"/>
              <w:rPr>
                <w:rFonts w:cs="Times New Roman"/>
                <w:sz w:val="22"/>
              </w:rPr>
            </w:pPr>
            <w:r w:rsidRPr="00394675">
              <w:rPr>
                <w:rFonts w:eastAsia="Times New Roman" w:cs="Times New Roman"/>
                <w:sz w:val="22"/>
              </w:rPr>
              <w:t>Procurarea inventarului gospodăresc</w:t>
            </w:r>
          </w:p>
        </w:tc>
        <w:tc>
          <w:tcPr>
            <w:tcW w:w="2004" w:type="dxa"/>
            <w:vAlign w:val="center"/>
          </w:tcPr>
          <w:p w14:paraId="0ABB34C3" w14:textId="77777777" w:rsidR="00010986" w:rsidRPr="00394675" w:rsidRDefault="00071BD1">
            <w:pPr>
              <w:jc w:val="center"/>
              <w:rPr>
                <w:rFonts w:cs="Times New Roman"/>
                <w:sz w:val="22"/>
              </w:rPr>
            </w:pPr>
            <w:r w:rsidRPr="00394675">
              <w:rPr>
                <w:rFonts w:eastAsia="Times New Roman" w:cs="Times New Roman"/>
                <w:sz w:val="22"/>
              </w:rPr>
              <w:t>lot</w:t>
            </w:r>
          </w:p>
        </w:tc>
        <w:tc>
          <w:tcPr>
            <w:tcW w:w="2004" w:type="dxa"/>
            <w:vAlign w:val="center"/>
          </w:tcPr>
          <w:p w14:paraId="4AE3C9F2" w14:textId="77777777" w:rsidR="00010986" w:rsidRPr="00394675" w:rsidRDefault="00071BD1">
            <w:pPr>
              <w:jc w:val="center"/>
              <w:rPr>
                <w:rFonts w:cs="Times New Roman"/>
                <w:sz w:val="22"/>
              </w:rPr>
            </w:pPr>
            <w:r w:rsidRPr="00394675">
              <w:rPr>
                <w:rFonts w:eastAsia="Times New Roman" w:cs="Times New Roman"/>
                <w:sz w:val="22"/>
              </w:rPr>
              <w:t>1</w:t>
            </w:r>
          </w:p>
        </w:tc>
        <w:tc>
          <w:tcPr>
            <w:tcW w:w="2004" w:type="dxa"/>
            <w:vAlign w:val="center"/>
          </w:tcPr>
          <w:p w14:paraId="1FC73018" w14:textId="77777777" w:rsidR="00010986" w:rsidRPr="00394675" w:rsidRDefault="00071BD1">
            <w:pPr>
              <w:jc w:val="both"/>
              <w:rPr>
                <w:rFonts w:cs="Times New Roman"/>
                <w:sz w:val="22"/>
              </w:rPr>
            </w:pPr>
            <w:r w:rsidRPr="00394675">
              <w:rPr>
                <w:rFonts w:eastAsia="Times New Roman" w:cs="Times New Roman"/>
                <w:sz w:val="22"/>
              </w:rPr>
              <w:t>Conform caietului de sarcini și Anexei nr. 2 - Specificații tehnice. Bunurile trebuie să fie noi, neutilizate, conforme standardelor de calitate și siguranță, livrate la sediul ANSP, mun. Chișinău, str. Gh. Asachi 67A.</w:t>
            </w:r>
          </w:p>
        </w:tc>
        <w:tc>
          <w:tcPr>
            <w:tcW w:w="2004" w:type="dxa"/>
            <w:vAlign w:val="center"/>
          </w:tcPr>
          <w:p w14:paraId="378CC0C4" w14:textId="77777777" w:rsidR="00010986" w:rsidRPr="00394675" w:rsidRDefault="00071BD1">
            <w:pPr>
              <w:jc w:val="center"/>
              <w:rPr>
                <w:rFonts w:cs="Times New Roman"/>
                <w:sz w:val="22"/>
              </w:rPr>
            </w:pPr>
            <w:r w:rsidRPr="00394675">
              <w:rPr>
                <w:rFonts w:eastAsia="Times New Roman" w:cs="Times New Roman"/>
                <w:sz w:val="22"/>
              </w:rPr>
              <w:t>104 466,67 lei</w:t>
            </w:r>
          </w:p>
        </w:tc>
      </w:tr>
      <w:tr w:rsidR="00010986" w:rsidRPr="00394675" w14:paraId="4B9DBE81" w14:textId="77777777">
        <w:trPr>
          <w:jc w:val="center"/>
        </w:trPr>
        <w:tc>
          <w:tcPr>
            <w:tcW w:w="2004" w:type="dxa"/>
            <w:vAlign w:val="center"/>
          </w:tcPr>
          <w:p w14:paraId="045A7577" w14:textId="77777777" w:rsidR="00010986" w:rsidRPr="00394675" w:rsidRDefault="00071BD1">
            <w:pPr>
              <w:jc w:val="center"/>
              <w:rPr>
                <w:rFonts w:cs="Times New Roman"/>
                <w:sz w:val="22"/>
              </w:rPr>
            </w:pPr>
            <w:r w:rsidRPr="00394675">
              <w:rPr>
                <w:rFonts w:eastAsia="Times New Roman" w:cs="Times New Roman"/>
                <w:b/>
                <w:sz w:val="22"/>
              </w:rPr>
              <w:lastRenderedPageBreak/>
              <w:t>Valoarea estimativă totală</w:t>
            </w:r>
          </w:p>
        </w:tc>
        <w:tc>
          <w:tcPr>
            <w:tcW w:w="2004" w:type="dxa"/>
            <w:vAlign w:val="center"/>
          </w:tcPr>
          <w:p w14:paraId="1D5914F3" w14:textId="77777777" w:rsidR="00010986" w:rsidRPr="00394675" w:rsidRDefault="00010986">
            <w:pPr>
              <w:jc w:val="center"/>
              <w:rPr>
                <w:rFonts w:cs="Times New Roman"/>
                <w:sz w:val="22"/>
              </w:rPr>
            </w:pPr>
          </w:p>
        </w:tc>
        <w:tc>
          <w:tcPr>
            <w:tcW w:w="2004" w:type="dxa"/>
            <w:vAlign w:val="center"/>
          </w:tcPr>
          <w:p w14:paraId="7D856306" w14:textId="77777777" w:rsidR="00010986" w:rsidRPr="00394675" w:rsidRDefault="00010986">
            <w:pPr>
              <w:jc w:val="center"/>
              <w:rPr>
                <w:rFonts w:cs="Times New Roman"/>
                <w:sz w:val="22"/>
              </w:rPr>
            </w:pPr>
          </w:p>
        </w:tc>
        <w:tc>
          <w:tcPr>
            <w:tcW w:w="2004" w:type="dxa"/>
            <w:vAlign w:val="center"/>
          </w:tcPr>
          <w:p w14:paraId="0134D897" w14:textId="77777777" w:rsidR="00010986" w:rsidRPr="00394675" w:rsidRDefault="00010986">
            <w:pPr>
              <w:jc w:val="center"/>
              <w:rPr>
                <w:rFonts w:cs="Times New Roman"/>
                <w:sz w:val="22"/>
              </w:rPr>
            </w:pPr>
          </w:p>
        </w:tc>
        <w:tc>
          <w:tcPr>
            <w:tcW w:w="2004" w:type="dxa"/>
            <w:vAlign w:val="center"/>
          </w:tcPr>
          <w:p w14:paraId="6365D2A0" w14:textId="77777777" w:rsidR="00010986" w:rsidRPr="00394675" w:rsidRDefault="00010986">
            <w:pPr>
              <w:jc w:val="center"/>
              <w:rPr>
                <w:rFonts w:cs="Times New Roman"/>
                <w:sz w:val="22"/>
              </w:rPr>
            </w:pPr>
          </w:p>
        </w:tc>
        <w:tc>
          <w:tcPr>
            <w:tcW w:w="2004" w:type="dxa"/>
            <w:vAlign w:val="center"/>
          </w:tcPr>
          <w:p w14:paraId="544E1FB0" w14:textId="77777777" w:rsidR="00010986" w:rsidRPr="00394675" w:rsidRDefault="00010986">
            <w:pPr>
              <w:jc w:val="center"/>
              <w:rPr>
                <w:rFonts w:cs="Times New Roman"/>
                <w:sz w:val="22"/>
              </w:rPr>
            </w:pPr>
          </w:p>
        </w:tc>
        <w:tc>
          <w:tcPr>
            <w:tcW w:w="2004" w:type="dxa"/>
            <w:vAlign w:val="center"/>
          </w:tcPr>
          <w:p w14:paraId="542286E4" w14:textId="77777777" w:rsidR="00010986" w:rsidRPr="00394675" w:rsidRDefault="00071BD1">
            <w:pPr>
              <w:jc w:val="center"/>
              <w:rPr>
                <w:rFonts w:cs="Times New Roman"/>
                <w:sz w:val="22"/>
              </w:rPr>
            </w:pPr>
            <w:r w:rsidRPr="00394675">
              <w:rPr>
                <w:rFonts w:eastAsia="Times New Roman" w:cs="Times New Roman"/>
                <w:b/>
                <w:sz w:val="22"/>
              </w:rPr>
              <w:t>104 466,67 lei fără TVA / 125 360 lei inclusiv TVA</w:t>
            </w:r>
          </w:p>
        </w:tc>
      </w:tr>
    </w:tbl>
    <w:p w14:paraId="7DA2475B" w14:textId="77777777" w:rsidR="00010986" w:rsidRPr="00394675" w:rsidRDefault="00071BD1">
      <w:pPr>
        <w:spacing w:after="0" w:line="240" w:lineRule="auto"/>
        <w:jc w:val="both"/>
        <w:rPr>
          <w:rFonts w:cs="Times New Roman"/>
          <w:sz w:val="22"/>
        </w:rPr>
      </w:pPr>
      <w:r w:rsidRPr="00394675">
        <w:rPr>
          <w:rFonts w:eastAsia="Times New Roman" w:cs="Times New Roman"/>
          <w:sz w:val="22"/>
        </w:rPr>
        <w:t>9. În cazul procedurilor de preselecție se indică numărul minim al candidaților și, dacă este cazul, numărul maxim al acestora: Nu se aplică.</w:t>
      </w:r>
    </w:p>
    <w:p w14:paraId="55986ED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10. În cazul în care contractul este împărțit pe loturi, un operator economic poate depune oferta: pentru un singur lot.</w:t>
      </w:r>
    </w:p>
    <w:p w14:paraId="53E1D10D"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11. Admiterea sau interzicerea ofertelor alternative: nu se admit.</w:t>
      </w:r>
    </w:p>
    <w:p w14:paraId="191DC57A"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12. Termenii și condițiile de livrare/prestare/executare solicitați: livrarea se va efectua la sediul ANSP, mun. Chișinău, str. Gh. Asachi 67A, cu descărcarea și transferarea mărfii în depozitul ANSP. Termenul de livrare: conform contractului, dar nu mai târziu de 15 zile de la semnarea acestuia. Cheltuielile de transport vor fi incluse în prețul ofertei.</w:t>
      </w:r>
    </w:p>
    <w:p w14:paraId="262DA66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13. Termenul de valabilitate a contractului: 31.12.2026.</w:t>
      </w:r>
    </w:p>
    <w:p w14:paraId="4056538D"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14. Contract de achiziție rezervat atelierelor protejate sau în cadrul unor programe de angajare protejată: Nu.</w:t>
      </w:r>
    </w:p>
    <w:p w14:paraId="4AD02BA7"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15. Prestarea serviciului/livrarea bunurilor este rezervată unei anumite profesii: Nu se aplică.</w:t>
      </w:r>
    </w:p>
    <w:p w14:paraId="2F2780EF"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16. Scurta descriere a criteriilor privind eligibilitatea operatorilor economici și a criteriilor de selecție; informațiile solicitate: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03"/>
        <w:gridCol w:w="3504"/>
        <w:gridCol w:w="3504"/>
        <w:gridCol w:w="3505"/>
      </w:tblGrid>
      <w:tr w:rsidR="00010986" w:rsidRPr="00394675" w14:paraId="12836F95" w14:textId="77777777">
        <w:trPr>
          <w:tblHeader/>
          <w:jc w:val="center"/>
        </w:trPr>
        <w:tc>
          <w:tcPr>
            <w:tcW w:w="3506" w:type="dxa"/>
            <w:vAlign w:val="center"/>
          </w:tcPr>
          <w:p w14:paraId="198A0D72" w14:textId="77777777" w:rsidR="00010986" w:rsidRPr="00394675" w:rsidRDefault="00071BD1">
            <w:pPr>
              <w:jc w:val="center"/>
              <w:rPr>
                <w:rFonts w:cs="Times New Roman"/>
                <w:sz w:val="22"/>
              </w:rPr>
            </w:pPr>
            <w:r w:rsidRPr="00394675">
              <w:rPr>
                <w:rFonts w:eastAsia="Times New Roman" w:cs="Times New Roman"/>
                <w:b/>
                <w:sz w:val="22"/>
              </w:rPr>
              <w:t>Nr. d/o</w:t>
            </w:r>
          </w:p>
        </w:tc>
        <w:tc>
          <w:tcPr>
            <w:tcW w:w="3506" w:type="dxa"/>
            <w:vAlign w:val="center"/>
          </w:tcPr>
          <w:p w14:paraId="60327FDD" w14:textId="77777777" w:rsidR="00010986" w:rsidRPr="00394675" w:rsidRDefault="00071BD1">
            <w:pPr>
              <w:jc w:val="center"/>
              <w:rPr>
                <w:rFonts w:cs="Times New Roman"/>
                <w:sz w:val="22"/>
              </w:rPr>
            </w:pPr>
            <w:r w:rsidRPr="00394675">
              <w:rPr>
                <w:rFonts w:eastAsia="Times New Roman" w:cs="Times New Roman"/>
                <w:b/>
                <w:sz w:val="22"/>
              </w:rPr>
              <w:t>Descrierea criteriului/cerinței</w:t>
            </w:r>
          </w:p>
        </w:tc>
        <w:tc>
          <w:tcPr>
            <w:tcW w:w="3506" w:type="dxa"/>
            <w:vAlign w:val="center"/>
          </w:tcPr>
          <w:p w14:paraId="0C603CFF" w14:textId="77777777" w:rsidR="00010986" w:rsidRPr="00394675" w:rsidRDefault="00071BD1">
            <w:pPr>
              <w:jc w:val="center"/>
              <w:rPr>
                <w:rFonts w:cs="Times New Roman"/>
                <w:sz w:val="22"/>
              </w:rPr>
            </w:pPr>
            <w:r w:rsidRPr="00394675">
              <w:rPr>
                <w:rFonts w:eastAsia="Times New Roman" w:cs="Times New Roman"/>
                <w:b/>
                <w:sz w:val="22"/>
              </w:rPr>
              <w:t>Mod de demonstrare a îndeplinirii criteriului/cerinței</w:t>
            </w:r>
          </w:p>
        </w:tc>
        <w:tc>
          <w:tcPr>
            <w:tcW w:w="3506" w:type="dxa"/>
            <w:vAlign w:val="center"/>
          </w:tcPr>
          <w:p w14:paraId="6310B1D7" w14:textId="77777777" w:rsidR="00010986" w:rsidRPr="00394675" w:rsidRDefault="00071BD1">
            <w:pPr>
              <w:jc w:val="center"/>
              <w:rPr>
                <w:rFonts w:cs="Times New Roman"/>
                <w:sz w:val="22"/>
              </w:rPr>
            </w:pPr>
            <w:r w:rsidRPr="00394675">
              <w:rPr>
                <w:rFonts w:eastAsia="Times New Roman" w:cs="Times New Roman"/>
                <w:b/>
                <w:sz w:val="22"/>
              </w:rPr>
              <w:t>Nivelul minim/Obligativitatea</w:t>
            </w:r>
          </w:p>
        </w:tc>
      </w:tr>
      <w:tr w:rsidR="00010986" w:rsidRPr="00394675" w14:paraId="3DDE9846" w14:textId="77777777">
        <w:trPr>
          <w:jc w:val="center"/>
        </w:trPr>
        <w:tc>
          <w:tcPr>
            <w:tcW w:w="3506" w:type="dxa"/>
            <w:vAlign w:val="center"/>
          </w:tcPr>
          <w:p w14:paraId="575C5EE0" w14:textId="77777777" w:rsidR="00010986" w:rsidRPr="00394675" w:rsidRDefault="00071BD1">
            <w:pPr>
              <w:jc w:val="center"/>
              <w:rPr>
                <w:rFonts w:cs="Times New Roman"/>
                <w:sz w:val="22"/>
              </w:rPr>
            </w:pPr>
            <w:r w:rsidRPr="00394675">
              <w:rPr>
                <w:rFonts w:eastAsia="Times New Roman" w:cs="Times New Roman"/>
                <w:sz w:val="22"/>
              </w:rPr>
              <w:t>1</w:t>
            </w:r>
          </w:p>
        </w:tc>
        <w:tc>
          <w:tcPr>
            <w:tcW w:w="3506" w:type="dxa"/>
            <w:vAlign w:val="center"/>
          </w:tcPr>
          <w:p w14:paraId="0DB0969D" w14:textId="77777777" w:rsidR="00010986" w:rsidRPr="00394675" w:rsidRDefault="00071BD1">
            <w:pPr>
              <w:jc w:val="both"/>
              <w:rPr>
                <w:rFonts w:cs="Times New Roman"/>
                <w:sz w:val="22"/>
              </w:rPr>
            </w:pPr>
            <w:r w:rsidRPr="00394675">
              <w:rPr>
                <w:rFonts w:eastAsia="Times New Roman" w:cs="Times New Roman"/>
                <w:sz w:val="22"/>
              </w:rPr>
              <w:t>Oferta</w:t>
            </w:r>
          </w:p>
        </w:tc>
        <w:tc>
          <w:tcPr>
            <w:tcW w:w="3506" w:type="dxa"/>
            <w:vAlign w:val="center"/>
          </w:tcPr>
          <w:p w14:paraId="4A8EB357" w14:textId="77777777" w:rsidR="00010986" w:rsidRPr="00394675" w:rsidRDefault="00071BD1">
            <w:pPr>
              <w:jc w:val="both"/>
              <w:rPr>
                <w:rFonts w:cs="Times New Roman"/>
                <w:sz w:val="22"/>
              </w:rPr>
            </w:pPr>
            <w:r w:rsidRPr="00394675">
              <w:rPr>
                <w:rFonts w:eastAsia="Times New Roman" w:cs="Times New Roman"/>
                <w:sz w:val="22"/>
              </w:rPr>
              <w:t>Formularul ofertei. Original. Semnat electronic de către participant.</w:t>
            </w:r>
          </w:p>
        </w:tc>
        <w:tc>
          <w:tcPr>
            <w:tcW w:w="3506" w:type="dxa"/>
            <w:vAlign w:val="center"/>
          </w:tcPr>
          <w:p w14:paraId="5F82F42F" w14:textId="77777777" w:rsidR="00010986" w:rsidRPr="00394675" w:rsidRDefault="00071BD1">
            <w:pPr>
              <w:jc w:val="center"/>
              <w:rPr>
                <w:rFonts w:cs="Times New Roman"/>
                <w:sz w:val="22"/>
              </w:rPr>
            </w:pPr>
            <w:r w:rsidRPr="00394675">
              <w:rPr>
                <w:rFonts w:eastAsia="Times New Roman" w:cs="Times New Roman"/>
                <w:sz w:val="22"/>
              </w:rPr>
              <w:t>Obligatoriu</w:t>
            </w:r>
          </w:p>
        </w:tc>
      </w:tr>
      <w:tr w:rsidR="00010986" w:rsidRPr="00394675" w14:paraId="03DC2176" w14:textId="77777777">
        <w:trPr>
          <w:jc w:val="center"/>
        </w:trPr>
        <w:tc>
          <w:tcPr>
            <w:tcW w:w="3506" w:type="dxa"/>
            <w:vAlign w:val="center"/>
          </w:tcPr>
          <w:p w14:paraId="1F84902C" w14:textId="77777777" w:rsidR="00010986" w:rsidRPr="00394675" w:rsidRDefault="00071BD1">
            <w:pPr>
              <w:jc w:val="center"/>
              <w:rPr>
                <w:rFonts w:cs="Times New Roman"/>
                <w:sz w:val="22"/>
              </w:rPr>
            </w:pPr>
            <w:r w:rsidRPr="00394675">
              <w:rPr>
                <w:rFonts w:eastAsia="Times New Roman" w:cs="Times New Roman"/>
                <w:sz w:val="22"/>
              </w:rPr>
              <w:t>2</w:t>
            </w:r>
          </w:p>
        </w:tc>
        <w:tc>
          <w:tcPr>
            <w:tcW w:w="3506" w:type="dxa"/>
            <w:vAlign w:val="center"/>
          </w:tcPr>
          <w:p w14:paraId="3B9B9A30" w14:textId="77777777" w:rsidR="00010986" w:rsidRPr="00394675" w:rsidRDefault="00071BD1">
            <w:pPr>
              <w:jc w:val="both"/>
              <w:rPr>
                <w:rFonts w:cs="Times New Roman"/>
                <w:sz w:val="22"/>
              </w:rPr>
            </w:pPr>
            <w:r w:rsidRPr="00394675">
              <w:rPr>
                <w:rFonts w:eastAsia="Times New Roman" w:cs="Times New Roman"/>
                <w:sz w:val="22"/>
              </w:rPr>
              <w:t>Specificații de preț</w:t>
            </w:r>
          </w:p>
        </w:tc>
        <w:tc>
          <w:tcPr>
            <w:tcW w:w="3506" w:type="dxa"/>
            <w:vAlign w:val="center"/>
          </w:tcPr>
          <w:p w14:paraId="5B76F1BC" w14:textId="77777777" w:rsidR="00010986" w:rsidRPr="00394675" w:rsidRDefault="00071BD1">
            <w:pPr>
              <w:jc w:val="both"/>
              <w:rPr>
                <w:rFonts w:cs="Times New Roman"/>
                <w:sz w:val="22"/>
              </w:rPr>
            </w:pPr>
            <w:r w:rsidRPr="00394675">
              <w:rPr>
                <w:rFonts w:eastAsia="Times New Roman" w:cs="Times New Roman"/>
                <w:sz w:val="22"/>
              </w:rPr>
              <w:t>Original - potrivit modelului din Anexa nr. 3, semnat electronic de către participant.</w:t>
            </w:r>
          </w:p>
        </w:tc>
        <w:tc>
          <w:tcPr>
            <w:tcW w:w="3506" w:type="dxa"/>
            <w:vAlign w:val="center"/>
          </w:tcPr>
          <w:p w14:paraId="7D24B261" w14:textId="77777777" w:rsidR="00010986" w:rsidRPr="00394675" w:rsidRDefault="00071BD1">
            <w:pPr>
              <w:jc w:val="center"/>
              <w:rPr>
                <w:rFonts w:cs="Times New Roman"/>
                <w:sz w:val="22"/>
              </w:rPr>
            </w:pPr>
            <w:r w:rsidRPr="00394675">
              <w:rPr>
                <w:rFonts w:eastAsia="Times New Roman" w:cs="Times New Roman"/>
                <w:sz w:val="22"/>
              </w:rPr>
              <w:t>Obligatoriu</w:t>
            </w:r>
          </w:p>
        </w:tc>
      </w:tr>
      <w:tr w:rsidR="00010986" w:rsidRPr="00394675" w14:paraId="748EAE70" w14:textId="77777777">
        <w:trPr>
          <w:jc w:val="center"/>
        </w:trPr>
        <w:tc>
          <w:tcPr>
            <w:tcW w:w="3506" w:type="dxa"/>
            <w:vAlign w:val="center"/>
          </w:tcPr>
          <w:p w14:paraId="2EFC66D6" w14:textId="77777777" w:rsidR="00010986" w:rsidRPr="00394675" w:rsidRDefault="00071BD1">
            <w:pPr>
              <w:jc w:val="center"/>
              <w:rPr>
                <w:rFonts w:cs="Times New Roman"/>
                <w:sz w:val="22"/>
              </w:rPr>
            </w:pPr>
            <w:r w:rsidRPr="00394675">
              <w:rPr>
                <w:rFonts w:eastAsia="Times New Roman" w:cs="Times New Roman"/>
                <w:sz w:val="22"/>
              </w:rPr>
              <w:t>3</w:t>
            </w:r>
          </w:p>
        </w:tc>
        <w:tc>
          <w:tcPr>
            <w:tcW w:w="3506" w:type="dxa"/>
            <w:vAlign w:val="center"/>
          </w:tcPr>
          <w:p w14:paraId="2401F7B6" w14:textId="77777777" w:rsidR="00010986" w:rsidRPr="00394675" w:rsidRDefault="00071BD1">
            <w:pPr>
              <w:jc w:val="both"/>
              <w:rPr>
                <w:rFonts w:cs="Times New Roman"/>
                <w:sz w:val="22"/>
              </w:rPr>
            </w:pPr>
            <w:r w:rsidRPr="00394675">
              <w:rPr>
                <w:rFonts w:eastAsia="Times New Roman" w:cs="Times New Roman"/>
                <w:sz w:val="22"/>
              </w:rPr>
              <w:t>Specificația tehnică</w:t>
            </w:r>
          </w:p>
        </w:tc>
        <w:tc>
          <w:tcPr>
            <w:tcW w:w="3506" w:type="dxa"/>
            <w:vAlign w:val="center"/>
          </w:tcPr>
          <w:p w14:paraId="7A88BE08" w14:textId="77777777" w:rsidR="00010986" w:rsidRPr="00394675" w:rsidRDefault="00071BD1">
            <w:pPr>
              <w:jc w:val="both"/>
              <w:rPr>
                <w:rFonts w:cs="Times New Roman"/>
                <w:sz w:val="22"/>
              </w:rPr>
            </w:pPr>
            <w:r w:rsidRPr="00394675">
              <w:rPr>
                <w:rFonts w:eastAsia="Times New Roman" w:cs="Times New Roman"/>
                <w:sz w:val="22"/>
              </w:rPr>
              <w:t>Original - potrivit modelului din Anexa nr. 2, semnat electronic de către participant.</w:t>
            </w:r>
          </w:p>
        </w:tc>
        <w:tc>
          <w:tcPr>
            <w:tcW w:w="3506" w:type="dxa"/>
            <w:vAlign w:val="center"/>
          </w:tcPr>
          <w:p w14:paraId="6AEF2C98" w14:textId="77777777" w:rsidR="00010986" w:rsidRPr="00394675" w:rsidRDefault="00071BD1">
            <w:pPr>
              <w:jc w:val="center"/>
              <w:rPr>
                <w:rFonts w:cs="Times New Roman"/>
                <w:sz w:val="22"/>
              </w:rPr>
            </w:pPr>
            <w:r w:rsidRPr="00394675">
              <w:rPr>
                <w:rFonts w:eastAsia="Times New Roman" w:cs="Times New Roman"/>
                <w:sz w:val="22"/>
              </w:rPr>
              <w:t>Obligatoriu</w:t>
            </w:r>
          </w:p>
        </w:tc>
      </w:tr>
      <w:tr w:rsidR="00010986" w:rsidRPr="00394675" w14:paraId="368629C2" w14:textId="77777777">
        <w:trPr>
          <w:jc w:val="center"/>
        </w:trPr>
        <w:tc>
          <w:tcPr>
            <w:tcW w:w="3506" w:type="dxa"/>
            <w:vAlign w:val="center"/>
          </w:tcPr>
          <w:p w14:paraId="20C6FC32" w14:textId="77777777" w:rsidR="00010986" w:rsidRPr="00394675" w:rsidRDefault="00071BD1">
            <w:pPr>
              <w:jc w:val="center"/>
              <w:rPr>
                <w:rFonts w:cs="Times New Roman"/>
                <w:sz w:val="22"/>
              </w:rPr>
            </w:pPr>
            <w:r w:rsidRPr="00394675">
              <w:rPr>
                <w:rFonts w:eastAsia="Times New Roman" w:cs="Times New Roman"/>
                <w:sz w:val="22"/>
              </w:rPr>
              <w:t>4</w:t>
            </w:r>
          </w:p>
        </w:tc>
        <w:tc>
          <w:tcPr>
            <w:tcW w:w="3506" w:type="dxa"/>
            <w:vAlign w:val="center"/>
          </w:tcPr>
          <w:p w14:paraId="0CC5C73C" w14:textId="77777777" w:rsidR="00010986" w:rsidRPr="00394675" w:rsidRDefault="00071BD1">
            <w:pPr>
              <w:jc w:val="both"/>
              <w:rPr>
                <w:rFonts w:cs="Times New Roman"/>
                <w:sz w:val="22"/>
              </w:rPr>
            </w:pPr>
            <w:r w:rsidRPr="00394675">
              <w:rPr>
                <w:rFonts w:eastAsia="Times New Roman" w:cs="Times New Roman"/>
                <w:sz w:val="22"/>
              </w:rPr>
              <w:t>Dovada înregistrării persoanei juridice</w:t>
            </w:r>
          </w:p>
        </w:tc>
        <w:tc>
          <w:tcPr>
            <w:tcW w:w="3506" w:type="dxa"/>
            <w:vAlign w:val="center"/>
          </w:tcPr>
          <w:p w14:paraId="1A78FDB3" w14:textId="77777777" w:rsidR="00010986" w:rsidRPr="00394675" w:rsidRDefault="00071BD1">
            <w:pPr>
              <w:jc w:val="both"/>
              <w:rPr>
                <w:rFonts w:cs="Times New Roman"/>
                <w:sz w:val="22"/>
              </w:rPr>
            </w:pPr>
            <w:r w:rsidRPr="00394675">
              <w:rPr>
                <w:rFonts w:eastAsia="Times New Roman" w:cs="Times New Roman"/>
                <w:sz w:val="22"/>
              </w:rPr>
              <w:t xml:space="preserve">Certificat/decizie de înregistrare a întreprinderii/extras din Registrul de Stat al persoanelor juridice - copie, </w:t>
            </w:r>
            <w:r w:rsidRPr="00394675">
              <w:rPr>
                <w:rFonts w:eastAsia="Times New Roman" w:cs="Times New Roman"/>
                <w:sz w:val="22"/>
              </w:rPr>
              <w:lastRenderedPageBreak/>
              <w:t>semnată electronic de către participant.</w:t>
            </w:r>
          </w:p>
        </w:tc>
        <w:tc>
          <w:tcPr>
            <w:tcW w:w="3506" w:type="dxa"/>
            <w:vAlign w:val="center"/>
          </w:tcPr>
          <w:p w14:paraId="2EA978A5" w14:textId="77777777" w:rsidR="00010986" w:rsidRPr="00394675" w:rsidRDefault="00071BD1">
            <w:pPr>
              <w:jc w:val="center"/>
              <w:rPr>
                <w:rFonts w:cs="Times New Roman"/>
                <w:sz w:val="22"/>
              </w:rPr>
            </w:pPr>
            <w:r w:rsidRPr="00394675">
              <w:rPr>
                <w:rFonts w:eastAsia="Times New Roman" w:cs="Times New Roman"/>
                <w:sz w:val="22"/>
              </w:rPr>
              <w:lastRenderedPageBreak/>
              <w:t>Obligatoriu</w:t>
            </w:r>
          </w:p>
        </w:tc>
      </w:tr>
      <w:tr w:rsidR="00010986" w:rsidRPr="00394675" w14:paraId="46E04EB0" w14:textId="77777777">
        <w:trPr>
          <w:jc w:val="center"/>
        </w:trPr>
        <w:tc>
          <w:tcPr>
            <w:tcW w:w="3506" w:type="dxa"/>
            <w:vAlign w:val="center"/>
          </w:tcPr>
          <w:p w14:paraId="53FCCCD2" w14:textId="77777777" w:rsidR="00010986" w:rsidRPr="00394675" w:rsidRDefault="00071BD1">
            <w:pPr>
              <w:jc w:val="center"/>
              <w:rPr>
                <w:rFonts w:cs="Times New Roman"/>
                <w:sz w:val="22"/>
              </w:rPr>
            </w:pPr>
            <w:r w:rsidRPr="00394675">
              <w:rPr>
                <w:rFonts w:eastAsia="Times New Roman" w:cs="Times New Roman"/>
                <w:sz w:val="22"/>
              </w:rPr>
              <w:t>5</w:t>
            </w:r>
          </w:p>
        </w:tc>
        <w:tc>
          <w:tcPr>
            <w:tcW w:w="3506" w:type="dxa"/>
            <w:vAlign w:val="center"/>
          </w:tcPr>
          <w:p w14:paraId="244A69DC" w14:textId="77777777" w:rsidR="00010986" w:rsidRPr="00394675" w:rsidRDefault="00071BD1">
            <w:pPr>
              <w:jc w:val="both"/>
              <w:rPr>
                <w:rFonts w:cs="Times New Roman"/>
                <w:sz w:val="22"/>
              </w:rPr>
            </w:pPr>
            <w:r w:rsidRPr="00394675">
              <w:rPr>
                <w:rFonts w:eastAsia="Times New Roman" w:cs="Times New Roman"/>
                <w:sz w:val="22"/>
              </w:rPr>
              <w:t>Informații generale despre ofertant</w:t>
            </w:r>
          </w:p>
        </w:tc>
        <w:tc>
          <w:tcPr>
            <w:tcW w:w="3506" w:type="dxa"/>
            <w:vAlign w:val="center"/>
          </w:tcPr>
          <w:p w14:paraId="55CBE108" w14:textId="77777777" w:rsidR="00010986" w:rsidRPr="00394675" w:rsidRDefault="00071BD1">
            <w:pPr>
              <w:jc w:val="both"/>
              <w:rPr>
                <w:rFonts w:cs="Times New Roman"/>
                <w:sz w:val="22"/>
              </w:rPr>
            </w:pPr>
            <w:r w:rsidRPr="00394675">
              <w:rPr>
                <w:rFonts w:eastAsia="Times New Roman" w:cs="Times New Roman"/>
                <w:sz w:val="22"/>
              </w:rPr>
              <w:t>Declarația privind datele de identificare ale operatorului economic, completată și semnată electronic de către participant.</w:t>
            </w:r>
          </w:p>
        </w:tc>
        <w:tc>
          <w:tcPr>
            <w:tcW w:w="3506" w:type="dxa"/>
            <w:vAlign w:val="center"/>
          </w:tcPr>
          <w:p w14:paraId="0984CE05" w14:textId="77777777" w:rsidR="00010986" w:rsidRPr="00394675" w:rsidRDefault="00071BD1">
            <w:pPr>
              <w:jc w:val="center"/>
              <w:rPr>
                <w:rFonts w:cs="Times New Roman"/>
                <w:sz w:val="22"/>
              </w:rPr>
            </w:pPr>
            <w:r w:rsidRPr="00394675">
              <w:rPr>
                <w:rFonts w:eastAsia="Times New Roman" w:cs="Times New Roman"/>
                <w:sz w:val="22"/>
              </w:rPr>
              <w:t>Obligatoriu</w:t>
            </w:r>
          </w:p>
        </w:tc>
      </w:tr>
      <w:tr w:rsidR="00010986" w:rsidRPr="00394675" w14:paraId="698FB4B3" w14:textId="77777777">
        <w:trPr>
          <w:jc w:val="center"/>
        </w:trPr>
        <w:tc>
          <w:tcPr>
            <w:tcW w:w="3506" w:type="dxa"/>
            <w:vAlign w:val="center"/>
          </w:tcPr>
          <w:p w14:paraId="26378A9C" w14:textId="77777777" w:rsidR="00010986" w:rsidRPr="00394675" w:rsidRDefault="00071BD1">
            <w:pPr>
              <w:jc w:val="center"/>
              <w:rPr>
                <w:rFonts w:cs="Times New Roman"/>
                <w:sz w:val="22"/>
              </w:rPr>
            </w:pPr>
            <w:r w:rsidRPr="00394675">
              <w:rPr>
                <w:rFonts w:eastAsia="Times New Roman" w:cs="Times New Roman"/>
                <w:sz w:val="22"/>
              </w:rPr>
              <w:t>6</w:t>
            </w:r>
          </w:p>
        </w:tc>
        <w:tc>
          <w:tcPr>
            <w:tcW w:w="3506" w:type="dxa"/>
            <w:vAlign w:val="center"/>
          </w:tcPr>
          <w:p w14:paraId="3BCD3FE4" w14:textId="77777777" w:rsidR="00010986" w:rsidRPr="00394675" w:rsidRDefault="00071BD1">
            <w:pPr>
              <w:jc w:val="both"/>
              <w:rPr>
                <w:rFonts w:cs="Times New Roman"/>
                <w:sz w:val="22"/>
              </w:rPr>
            </w:pPr>
            <w:r w:rsidRPr="00394675">
              <w:rPr>
                <w:rFonts w:eastAsia="Times New Roman" w:cs="Times New Roman"/>
                <w:sz w:val="22"/>
              </w:rPr>
              <w:t>Aviz sanitar / Certificat de conformitate/calitate</w:t>
            </w:r>
          </w:p>
        </w:tc>
        <w:tc>
          <w:tcPr>
            <w:tcW w:w="3506" w:type="dxa"/>
            <w:vAlign w:val="center"/>
          </w:tcPr>
          <w:p w14:paraId="4C18D0AA" w14:textId="77777777" w:rsidR="00010986" w:rsidRPr="00394675" w:rsidRDefault="00071BD1">
            <w:pPr>
              <w:jc w:val="both"/>
              <w:rPr>
                <w:rFonts w:cs="Times New Roman"/>
                <w:sz w:val="22"/>
              </w:rPr>
            </w:pPr>
            <w:r w:rsidRPr="00394675">
              <w:rPr>
                <w:rFonts w:eastAsia="Times New Roman" w:cs="Times New Roman"/>
                <w:sz w:val="22"/>
              </w:rPr>
              <w:t>Copie confirmată prin semnătură electronică. Documentele vor fi prezentate în limba de stat. Se acceptă documente de conformitate/calitate, după caz, în funcție de specificul bunurilor ofertate.</w:t>
            </w:r>
          </w:p>
        </w:tc>
        <w:tc>
          <w:tcPr>
            <w:tcW w:w="3506" w:type="dxa"/>
            <w:vAlign w:val="center"/>
          </w:tcPr>
          <w:p w14:paraId="6F09E47E" w14:textId="77777777" w:rsidR="00010986" w:rsidRPr="00394675" w:rsidRDefault="00071BD1">
            <w:pPr>
              <w:jc w:val="center"/>
              <w:rPr>
                <w:rFonts w:cs="Times New Roman"/>
                <w:sz w:val="22"/>
              </w:rPr>
            </w:pPr>
            <w:r w:rsidRPr="00394675">
              <w:rPr>
                <w:rFonts w:eastAsia="Times New Roman" w:cs="Times New Roman"/>
                <w:sz w:val="22"/>
              </w:rPr>
              <w:t>Obligatoriu, după caz</w:t>
            </w:r>
          </w:p>
        </w:tc>
      </w:tr>
      <w:tr w:rsidR="00010986" w:rsidRPr="00394675" w14:paraId="096E42C8" w14:textId="77777777">
        <w:trPr>
          <w:jc w:val="center"/>
        </w:trPr>
        <w:tc>
          <w:tcPr>
            <w:tcW w:w="3506" w:type="dxa"/>
            <w:vAlign w:val="center"/>
          </w:tcPr>
          <w:p w14:paraId="49142BD7" w14:textId="77777777" w:rsidR="00010986" w:rsidRPr="00394675" w:rsidRDefault="00071BD1">
            <w:pPr>
              <w:jc w:val="center"/>
              <w:rPr>
                <w:rFonts w:cs="Times New Roman"/>
                <w:sz w:val="22"/>
              </w:rPr>
            </w:pPr>
            <w:r w:rsidRPr="00394675">
              <w:rPr>
                <w:rFonts w:eastAsia="Times New Roman" w:cs="Times New Roman"/>
                <w:sz w:val="22"/>
              </w:rPr>
              <w:t>7</w:t>
            </w:r>
          </w:p>
        </w:tc>
        <w:tc>
          <w:tcPr>
            <w:tcW w:w="3506" w:type="dxa"/>
            <w:vAlign w:val="center"/>
          </w:tcPr>
          <w:p w14:paraId="25E2B7C4" w14:textId="77777777" w:rsidR="00010986" w:rsidRPr="00394675" w:rsidRDefault="00071BD1">
            <w:pPr>
              <w:jc w:val="both"/>
              <w:rPr>
                <w:rFonts w:cs="Times New Roman"/>
                <w:sz w:val="22"/>
              </w:rPr>
            </w:pPr>
            <w:r w:rsidRPr="00394675">
              <w:rPr>
                <w:rFonts w:eastAsia="Times New Roman" w:cs="Times New Roman"/>
                <w:sz w:val="22"/>
              </w:rPr>
              <w:t>Mostre</w:t>
            </w:r>
          </w:p>
        </w:tc>
        <w:tc>
          <w:tcPr>
            <w:tcW w:w="3506" w:type="dxa"/>
            <w:vAlign w:val="center"/>
          </w:tcPr>
          <w:p w14:paraId="05B099D2" w14:textId="77777777" w:rsidR="00010986" w:rsidRPr="00394675" w:rsidRDefault="00071BD1">
            <w:pPr>
              <w:jc w:val="both"/>
              <w:rPr>
                <w:rFonts w:cs="Times New Roman"/>
                <w:sz w:val="22"/>
              </w:rPr>
            </w:pPr>
            <w:r w:rsidRPr="00394675">
              <w:rPr>
                <w:rFonts w:eastAsia="Times New Roman" w:cs="Times New Roman"/>
                <w:sz w:val="22"/>
              </w:rPr>
              <w:t>Mostrele se vor prezenta la solicitarea autorității contractante, în termen de 1 zi.</w:t>
            </w:r>
          </w:p>
        </w:tc>
        <w:tc>
          <w:tcPr>
            <w:tcW w:w="3506" w:type="dxa"/>
            <w:vAlign w:val="center"/>
          </w:tcPr>
          <w:p w14:paraId="6309C8EE" w14:textId="77777777" w:rsidR="00010986" w:rsidRPr="00394675" w:rsidRDefault="00071BD1">
            <w:pPr>
              <w:jc w:val="center"/>
              <w:rPr>
                <w:rFonts w:cs="Times New Roman"/>
                <w:sz w:val="22"/>
              </w:rPr>
            </w:pPr>
            <w:r w:rsidRPr="00394675">
              <w:rPr>
                <w:rFonts w:eastAsia="Times New Roman" w:cs="Times New Roman"/>
                <w:sz w:val="22"/>
              </w:rPr>
              <w:t>La solicitare</w:t>
            </w:r>
          </w:p>
        </w:tc>
      </w:tr>
      <w:tr w:rsidR="00010986" w:rsidRPr="00394675" w14:paraId="020FEC3A" w14:textId="77777777">
        <w:trPr>
          <w:jc w:val="center"/>
        </w:trPr>
        <w:tc>
          <w:tcPr>
            <w:tcW w:w="3506" w:type="dxa"/>
            <w:vAlign w:val="center"/>
          </w:tcPr>
          <w:p w14:paraId="6604B0D8" w14:textId="77777777" w:rsidR="00010986" w:rsidRPr="00394675" w:rsidRDefault="00071BD1">
            <w:pPr>
              <w:jc w:val="center"/>
              <w:rPr>
                <w:rFonts w:cs="Times New Roman"/>
                <w:sz w:val="22"/>
              </w:rPr>
            </w:pPr>
            <w:r w:rsidRPr="00394675">
              <w:rPr>
                <w:rFonts w:eastAsia="Times New Roman" w:cs="Times New Roman"/>
                <w:sz w:val="22"/>
              </w:rPr>
              <w:t>8</w:t>
            </w:r>
          </w:p>
        </w:tc>
        <w:tc>
          <w:tcPr>
            <w:tcW w:w="3506" w:type="dxa"/>
            <w:vAlign w:val="center"/>
          </w:tcPr>
          <w:p w14:paraId="5D014587" w14:textId="77777777" w:rsidR="00010986" w:rsidRPr="00394675" w:rsidRDefault="00071BD1">
            <w:pPr>
              <w:jc w:val="both"/>
              <w:rPr>
                <w:rFonts w:cs="Times New Roman"/>
                <w:sz w:val="22"/>
              </w:rPr>
            </w:pPr>
            <w:r w:rsidRPr="00394675">
              <w:rPr>
                <w:rFonts w:eastAsia="Times New Roman" w:cs="Times New Roman"/>
                <w:sz w:val="22"/>
              </w:rPr>
              <w:t>Declarație privind valabilitatea ofertei</w:t>
            </w:r>
          </w:p>
        </w:tc>
        <w:tc>
          <w:tcPr>
            <w:tcW w:w="3506" w:type="dxa"/>
            <w:vAlign w:val="center"/>
          </w:tcPr>
          <w:p w14:paraId="14D53DF0" w14:textId="77777777" w:rsidR="00010986" w:rsidRPr="00394675" w:rsidRDefault="00071BD1">
            <w:pPr>
              <w:jc w:val="both"/>
              <w:rPr>
                <w:rFonts w:cs="Times New Roman"/>
                <w:sz w:val="22"/>
              </w:rPr>
            </w:pPr>
            <w:r w:rsidRPr="00394675">
              <w:rPr>
                <w:rFonts w:eastAsia="Times New Roman" w:cs="Times New Roman"/>
                <w:sz w:val="22"/>
              </w:rPr>
              <w:t>Original, conform Anexei nr. 5. Semnat electronic de către participant.</w:t>
            </w:r>
          </w:p>
        </w:tc>
        <w:tc>
          <w:tcPr>
            <w:tcW w:w="3506" w:type="dxa"/>
            <w:vAlign w:val="center"/>
          </w:tcPr>
          <w:p w14:paraId="53B5D742" w14:textId="77777777" w:rsidR="00010986" w:rsidRPr="00394675" w:rsidRDefault="00071BD1">
            <w:pPr>
              <w:jc w:val="center"/>
              <w:rPr>
                <w:rFonts w:cs="Times New Roman"/>
                <w:sz w:val="22"/>
              </w:rPr>
            </w:pPr>
            <w:r w:rsidRPr="00394675">
              <w:rPr>
                <w:rFonts w:eastAsia="Times New Roman" w:cs="Times New Roman"/>
                <w:sz w:val="22"/>
              </w:rPr>
              <w:t>Obligatoriu</w:t>
            </w:r>
          </w:p>
        </w:tc>
      </w:tr>
      <w:tr w:rsidR="00010986" w:rsidRPr="00394675" w14:paraId="5635D7B2" w14:textId="77777777">
        <w:trPr>
          <w:jc w:val="center"/>
        </w:trPr>
        <w:tc>
          <w:tcPr>
            <w:tcW w:w="3506" w:type="dxa"/>
            <w:vAlign w:val="center"/>
          </w:tcPr>
          <w:p w14:paraId="37E61A1A" w14:textId="77777777" w:rsidR="00010986" w:rsidRPr="00394675" w:rsidRDefault="00071BD1">
            <w:pPr>
              <w:jc w:val="center"/>
              <w:rPr>
                <w:rFonts w:cs="Times New Roman"/>
                <w:sz w:val="22"/>
              </w:rPr>
            </w:pPr>
            <w:r w:rsidRPr="00394675">
              <w:rPr>
                <w:rFonts w:eastAsia="Times New Roman" w:cs="Times New Roman"/>
                <w:sz w:val="22"/>
              </w:rPr>
              <w:t>9</w:t>
            </w:r>
          </w:p>
        </w:tc>
        <w:tc>
          <w:tcPr>
            <w:tcW w:w="3506" w:type="dxa"/>
            <w:vAlign w:val="center"/>
          </w:tcPr>
          <w:p w14:paraId="118437A9" w14:textId="77777777" w:rsidR="00010986" w:rsidRPr="00394675" w:rsidRDefault="00071BD1">
            <w:pPr>
              <w:jc w:val="both"/>
              <w:rPr>
                <w:rFonts w:cs="Times New Roman"/>
                <w:sz w:val="22"/>
              </w:rPr>
            </w:pPr>
            <w:r w:rsidRPr="00394675">
              <w:rPr>
                <w:rFonts w:eastAsia="Times New Roman" w:cs="Times New Roman"/>
                <w:sz w:val="22"/>
              </w:rPr>
              <w:t>Solicitarea clarificărilor</w:t>
            </w:r>
          </w:p>
        </w:tc>
        <w:tc>
          <w:tcPr>
            <w:tcW w:w="3506" w:type="dxa"/>
            <w:vAlign w:val="center"/>
          </w:tcPr>
          <w:p w14:paraId="1857FB34" w14:textId="77777777" w:rsidR="00010986" w:rsidRPr="00394675" w:rsidRDefault="00071BD1">
            <w:pPr>
              <w:jc w:val="both"/>
              <w:rPr>
                <w:rFonts w:cs="Times New Roman"/>
                <w:sz w:val="22"/>
              </w:rPr>
            </w:pPr>
            <w:r w:rsidRPr="00394675">
              <w:rPr>
                <w:rFonts w:eastAsia="Times New Roman" w:cs="Times New Roman"/>
                <w:sz w:val="22"/>
              </w:rPr>
              <w:t xml:space="preserve">Clarificările pot fi solicitate în termen de 3 zile până la termenul-limită de depunere </w:t>
            </w:r>
            <w:proofErr w:type="gramStart"/>
            <w:r w:rsidRPr="00394675">
              <w:rPr>
                <w:rFonts w:eastAsia="Times New Roman" w:cs="Times New Roman"/>
                <w:sz w:val="22"/>
              </w:rPr>
              <w:t>a</w:t>
            </w:r>
            <w:proofErr w:type="gramEnd"/>
            <w:r w:rsidRPr="00394675">
              <w:rPr>
                <w:rFonts w:eastAsia="Times New Roman" w:cs="Times New Roman"/>
                <w:sz w:val="22"/>
              </w:rPr>
              <w:t xml:space="preserve"> ofertelor, prin intermediul SIA RSAP.</w:t>
            </w:r>
          </w:p>
        </w:tc>
        <w:tc>
          <w:tcPr>
            <w:tcW w:w="3506" w:type="dxa"/>
            <w:vAlign w:val="center"/>
          </w:tcPr>
          <w:p w14:paraId="024CC533" w14:textId="77777777" w:rsidR="00010986" w:rsidRPr="00394675" w:rsidRDefault="00071BD1">
            <w:pPr>
              <w:jc w:val="center"/>
              <w:rPr>
                <w:rFonts w:cs="Times New Roman"/>
                <w:sz w:val="22"/>
              </w:rPr>
            </w:pPr>
            <w:r w:rsidRPr="00394675">
              <w:rPr>
                <w:rFonts w:eastAsia="Times New Roman" w:cs="Times New Roman"/>
                <w:sz w:val="22"/>
              </w:rPr>
              <w:t>Obligatoriu</w:t>
            </w:r>
          </w:p>
        </w:tc>
      </w:tr>
    </w:tbl>
    <w:p w14:paraId="6AA09AE9"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17. Garanția pentru ofertă: nu se solicită.</w:t>
      </w:r>
    </w:p>
    <w:p w14:paraId="2E63C5E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18. Termenul de garanție a bunurilor: conform documentației producătorului, dar nu mai puțin de 12 luni pentru bunurile pentru care garanția este aplicabilă.</w:t>
      </w:r>
    </w:p>
    <w:p w14:paraId="44ACAA14" w14:textId="77777777" w:rsidR="00010986" w:rsidRPr="00394675" w:rsidRDefault="00071BD1">
      <w:pPr>
        <w:spacing w:after="0" w:line="240" w:lineRule="auto"/>
        <w:jc w:val="both"/>
        <w:rPr>
          <w:rFonts w:cs="Times New Roman"/>
          <w:sz w:val="22"/>
        </w:rPr>
      </w:pPr>
      <w:r w:rsidRPr="00394675">
        <w:rPr>
          <w:rFonts w:eastAsia="Times New Roman" w:cs="Times New Roman"/>
          <w:sz w:val="22"/>
        </w:rPr>
        <w:t>19. Garanția de bună execuție a contractului: nu se solicită.</w:t>
      </w:r>
    </w:p>
    <w:p w14:paraId="2F0595B6" w14:textId="77777777" w:rsidR="00010986" w:rsidRPr="00394675" w:rsidRDefault="00071BD1">
      <w:pPr>
        <w:spacing w:after="0" w:line="240" w:lineRule="auto"/>
        <w:jc w:val="both"/>
        <w:rPr>
          <w:rFonts w:cs="Times New Roman"/>
          <w:sz w:val="22"/>
        </w:rPr>
      </w:pPr>
      <w:r w:rsidRPr="00394675">
        <w:rPr>
          <w:rFonts w:eastAsia="Times New Roman" w:cs="Times New Roman"/>
          <w:sz w:val="22"/>
        </w:rPr>
        <w:t>20. Motivul recurgerii la procedura accelerată: nu se aplică.</w:t>
      </w:r>
    </w:p>
    <w:p w14:paraId="044D35C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21. Tehnici și instrumente specifice de atribuire: nu se aplică.</w:t>
      </w:r>
    </w:p>
    <w:p w14:paraId="21157BF3" w14:textId="77777777" w:rsidR="00010986" w:rsidRPr="00394675" w:rsidRDefault="00071BD1">
      <w:pPr>
        <w:spacing w:after="0" w:line="240" w:lineRule="auto"/>
        <w:jc w:val="both"/>
        <w:rPr>
          <w:rFonts w:cs="Times New Roman"/>
          <w:sz w:val="22"/>
        </w:rPr>
      </w:pPr>
      <w:r w:rsidRPr="00394675">
        <w:rPr>
          <w:rFonts w:eastAsia="Times New Roman" w:cs="Times New Roman"/>
          <w:sz w:val="22"/>
        </w:rPr>
        <w:t>22. Condiții speciale de care depinde îndeplinirea contractului: nu se aplică.</w:t>
      </w:r>
    </w:p>
    <w:p w14:paraId="5040CC87" w14:textId="77777777" w:rsidR="00010986" w:rsidRPr="00394675" w:rsidRDefault="00071BD1">
      <w:pPr>
        <w:spacing w:after="0" w:line="240" w:lineRule="auto"/>
        <w:jc w:val="both"/>
        <w:rPr>
          <w:rFonts w:cs="Times New Roman"/>
          <w:sz w:val="22"/>
        </w:rPr>
      </w:pPr>
      <w:r w:rsidRPr="00394675">
        <w:rPr>
          <w:rFonts w:eastAsia="Times New Roman" w:cs="Times New Roman"/>
          <w:sz w:val="22"/>
        </w:rPr>
        <w:t>23. Ofertele se prezintă în valută: lei MD.</w:t>
      </w:r>
    </w:p>
    <w:p w14:paraId="60F33A2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24. Criteriul de evaluare aplicat pentru atribuirea contractului: prețul cel mai scăzut, cu respectarea integrală a cerințelor tehnice stabilite.</w:t>
      </w:r>
    </w:p>
    <w:p w14:paraId="6E0B8FBC" w14:textId="77777777" w:rsidR="00010986" w:rsidRPr="00394675" w:rsidRDefault="00071BD1">
      <w:pPr>
        <w:spacing w:after="0" w:line="240" w:lineRule="auto"/>
        <w:jc w:val="both"/>
        <w:rPr>
          <w:rFonts w:cs="Times New Roman"/>
          <w:sz w:val="22"/>
        </w:rPr>
      </w:pPr>
      <w:r w:rsidRPr="00394675">
        <w:rPr>
          <w:rFonts w:eastAsia="Times New Roman" w:cs="Times New Roman"/>
          <w:sz w:val="22"/>
        </w:rPr>
        <w:lastRenderedPageBreak/>
        <w:t xml:space="preserve">25. Factorii de evaluare </w:t>
      </w:r>
      <w:proofErr w:type="gramStart"/>
      <w:r w:rsidRPr="00394675">
        <w:rPr>
          <w:rFonts w:eastAsia="Times New Roman" w:cs="Times New Roman"/>
          <w:sz w:val="22"/>
        </w:rPr>
        <w:t>a</w:t>
      </w:r>
      <w:proofErr w:type="gramEnd"/>
      <w:r w:rsidRPr="00394675">
        <w:rPr>
          <w:rFonts w:eastAsia="Times New Roman" w:cs="Times New Roman"/>
          <w:sz w:val="22"/>
        </w:rPr>
        <w:t xml:space="preserve"> ofertei celei mai avantajoase din punct de vedere economic: nu se aplică.</w:t>
      </w:r>
    </w:p>
    <w:p w14:paraId="4C9612C3"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26. Termenul-limită de depunere/deschidere </w:t>
      </w:r>
      <w:proofErr w:type="gramStart"/>
      <w:r w:rsidRPr="00394675">
        <w:rPr>
          <w:rFonts w:eastAsia="Times New Roman" w:cs="Times New Roman"/>
          <w:sz w:val="22"/>
        </w:rPr>
        <w:t>a</w:t>
      </w:r>
      <w:proofErr w:type="gramEnd"/>
      <w:r w:rsidRPr="00394675">
        <w:rPr>
          <w:rFonts w:eastAsia="Times New Roman" w:cs="Times New Roman"/>
          <w:sz w:val="22"/>
        </w:rPr>
        <w:t xml:space="preserve"> ofertelor: conform SIA RSAP.</w:t>
      </w:r>
    </w:p>
    <w:p w14:paraId="345A993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27. Adresa la care trebuie transmise ofertele sau cererile de participare: ofertele vor fi depuse electronic prin intermediul SIA RSAP.</w:t>
      </w:r>
    </w:p>
    <w:p w14:paraId="12B556D6"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28. Termenul de valabilitate </w:t>
      </w:r>
      <w:proofErr w:type="gramStart"/>
      <w:r w:rsidRPr="00394675">
        <w:rPr>
          <w:rFonts w:eastAsia="Times New Roman" w:cs="Times New Roman"/>
          <w:sz w:val="22"/>
        </w:rPr>
        <w:t>a</w:t>
      </w:r>
      <w:proofErr w:type="gramEnd"/>
      <w:r w:rsidRPr="00394675">
        <w:rPr>
          <w:rFonts w:eastAsia="Times New Roman" w:cs="Times New Roman"/>
          <w:sz w:val="22"/>
        </w:rPr>
        <w:t xml:space="preserve"> ofertelor: 60 zile.</w:t>
      </w:r>
    </w:p>
    <w:p w14:paraId="51D10085" w14:textId="77777777" w:rsidR="00010986" w:rsidRPr="00394675" w:rsidRDefault="00071BD1">
      <w:pPr>
        <w:spacing w:after="0" w:line="240" w:lineRule="auto"/>
        <w:jc w:val="both"/>
        <w:rPr>
          <w:rFonts w:cs="Times New Roman"/>
          <w:sz w:val="22"/>
        </w:rPr>
      </w:pPr>
      <w:r w:rsidRPr="00394675">
        <w:rPr>
          <w:rFonts w:eastAsia="Times New Roman" w:cs="Times New Roman"/>
          <w:sz w:val="22"/>
        </w:rPr>
        <w:t>29. Locul deschiderii ofertelor: SIA RSAP, platforma achiziții.md. Ofertele întârziate vor fi respinse.</w:t>
      </w:r>
    </w:p>
    <w:p w14:paraId="5A0DD1A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30. Persoanele autorizate să asiste la deschiderea ofertelor: ofertanții sau reprezentanții acestora au dreptul să participe, cu excepția cazului când ofertele au fost depuse prin SIA RSAP.</w:t>
      </w:r>
    </w:p>
    <w:p w14:paraId="5F3187C7" w14:textId="77777777" w:rsidR="00010986" w:rsidRPr="00394675" w:rsidRDefault="00071BD1">
      <w:pPr>
        <w:spacing w:after="0" w:line="240" w:lineRule="auto"/>
        <w:jc w:val="both"/>
        <w:rPr>
          <w:rFonts w:cs="Times New Roman"/>
          <w:sz w:val="22"/>
        </w:rPr>
      </w:pPr>
      <w:r w:rsidRPr="00394675">
        <w:rPr>
          <w:rFonts w:eastAsia="Times New Roman" w:cs="Times New Roman"/>
          <w:sz w:val="22"/>
        </w:rPr>
        <w:t>31. Limba în care trebuie redactate ofertele sau cererile de participare: limba de stat.</w:t>
      </w:r>
    </w:p>
    <w:p w14:paraId="0A32C466" w14:textId="77777777" w:rsidR="00010986" w:rsidRPr="00394675" w:rsidRDefault="00071BD1">
      <w:pPr>
        <w:spacing w:after="0" w:line="240" w:lineRule="auto"/>
        <w:jc w:val="both"/>
        <w:rPr>
          <w:rFonts w:cs="Times New Roman"/>
          <w:sz w:val="22"/>
        </w:rPr>
      </w:pPr>
      <w:r w:rsidRPr="00394675">
        <w:rPr>
          <w:rFonts w:eastAsia="Times New Roman" w:cs="Times New Roman"/>
          <w:sz w:val="22"/>
        </w:rPr>
        <w:t>32. Semnarea contractului: în termen de 2 zile de la transmiterea contractului spre semnare.</w:t>
      </w:r>
    </w:p>
    <w:p w14:paraId="58A52E22" w14:textId="77777777" w:rsidR="00010986" w:rsidRPr="00394675" w:rsidRDefault="00071BD1">
      <w:pPr>
        <w:spacing w:after="0" w:line="240" w:lineRule="auto"/>
        <w:jc w:val="both"/>
        <w:rPr>
          <w:rFonts w:cs="Times New Roman"/>
          <w:sz w:val="22"/>
        </w:rPr>
      </w:pPr>
      <w:r w:rsidRPr="00394675">
        <w:rPr>
          <w:rFonts w:eastAsia="Times New Roman" w:cs="Times New Roman"/>
          <w:sz w:val="22"/>
        </w:rPr>
        <w:t>33. Contractul se referă la un proiect/program finanțat din fonduri ale Uniunii Europene: Nu se aplică.</w:t>
      </w:r>
    </w:p>
    <w:p w14:paraId="53E7A737" w14:textId="77777777" w:rsidR="00010986" w:rsidRPr="00394675" w:rsidRDefault="00071BD1">
      <w:pPr>
        <w:spacing w:after="0" w:line="240" w:lineRule="auto"/>
        <w:jc w:val="both"/>
        <w:rPr>
          <w:rFonts w:cs="Times New Roman"/>
          <w:sz w:val="22"/>
        </w:rPr>
      </w:pPr>
      <w:r w:rsidRPr="00394675">
        <w:rPr>
          <w:rFonts w:eastAsia="Times New Roman" w:cs="Times New Roman"/>
          <w:sz w:val="22"/>
        </w:rPr>
        <w:t>34. Denumirea și adresa organismului competent de soluționare a contestațiilor: Agenția Națională pentru Soluționarea Contestațiilor, mun. Chișinău, bd. Ștefan cel Mare și Sfânt nr. 124 (et. 4), MD 2001; tel/fax/e-mail: 022-820 652, 022 820-651, contestatii@ansc.md.</w:t>
      </w:r>
    </w:p>
    <w:p w14:paraId="7906D327" w14:textId="77777777" w:rsidR="00010986" w:rsidRPr="00394675" w:rsidRDefault="00071BD1">
      <w:pPr>
        <w:spacing w:after="0" w:line="240" w:lineRule="auto"/>
        <w:jc w:val="both"/>
        <w:rPr>
          <w:rFonts w:cs="Times New Roman"/>
          <w:sz w:val="22"/>
        </w:rPr>
      </w:pPr>
      <w:r w:rsidRPr="00394675">
        <w:rPr>
          <w:rFonts w:eastAsia="Times New Roman" w:cs="Times New Roman"/>
          <w:sz w:val="22"/>
        </w:rPr>
        <w:t>35. Data și referința publicărilor anterioare în Jurnalul Oficial al Uniunii Europene: nu se aplică.</w:t>
      </w:r>
    </w:p>
    <w:p w14:paraId="15DF67C5" w14:textId="77777777" w:rsidR="00010986" w:rsidRPr="00394675" w:rsidRDefault="00071BD1">
      <w:pPr>
        <w:spacing w:after="0" w:line="240" w:lineRule="auto"/>
        <w:jc w:val="both"/>
        <w:rPr>
          <w:rFonts w:cs="Times New Roman"/>
          <w:sz w:val="22"/>
        </w:rPr>
      </w:pPr>
      <w:r w:rsidRPr="00394675">
        <w:rPr>
          <w:rFonts w:eastAsia="Times New Roman" w:cs="Times New Roman"/>
          <w:sz w:val="22"/>
        </w:rPr>
        <w:t>36. În cazul achizițiilor periodice, calendarul estimat pentru publicarea anunțurilor viitoare: nu se aplică.</w:t>
      </w:r>
    </w:p>
    <w:p w14:paraId="369CB9E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37. Data publicării anunțului de intenție sau precizarea că nu a fost publicat un astfel de anunț: nu a fost publicat.</w:t>
      </w:r>
    </w:p>
    <w:p w14:paraId="359565E8"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38. Data transmiterii spre publicare </w:t>
      </w:r>
      <w:proofErr w:type="gramStart"/>
      <w:r w:rsidRPr="00394675">
        <w:rPr>
          <w:rFonts w:eastAsia="Times New Roman" w:cs="Times New Roman"/>
          <w:sz w:val="22"/>
        </w:rPr>
        <w:t>a</w:t>
      </w:r>
      <w:proofErr w:type="gramEnd"/>
      <w:r w:rsidRPr="00394675">
        <w:rPr>
          <w:rFonts w:eastAsia="Times New Roman" w:cs="Times New Roman"/>
          <w:sz w:val="22"/>
        </w:rPr>
        <w:t xml:space="preserve"> anunțului de participare: conform SIA RSAP.</w:t>
      </w:r>
    </w:p>
    <w:p w14:paraId="3F734096"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39. În cadrul procedurii de achiziție publică se va utiliza/accepta: depunerea electronică </w:t>
      </w:r>
      <w:proofErr w:type="gramStart"/>
      <w:r w:rsidRPr="00394675">
        <w:rPr>
          <w:rFonts w:eastAsia="Times New Roman" w:cs="Times New Roman"/>
          <w:sz w:val="22"/>
        </w:rPr>
        <w:t>a</w:t>
      </w:r>
      <w:proofErr w:type="gramEnd"/>
      <w:r w:rsidRPr="00394675">
        <w:rPr>
          <w:rFonts w:eastAsia="Times New Roman" w:cs="Times New Roman"/>
          <w:sz w:val="22"/>
        </w:rPr>
        <w:t xml:space="preserve"> ofertelor - se acceptă; sistemul de comenzi electronice - nu se acceptă; facturarea electronică - se acceptă; plățile electronice - se acceptă.</w:t>
      </w:r>
    </w:p>
    <w:p w14:paraId="43818306" w14:textId="77777777" w:rsidR="00010986" w:rsidRPr="00394675" w:rsidRDefault="00071BD1">
      <w:pPr>
        <w:spacing w:after="0" w:line="240" w:lineRule="auto"/>
        <w:jc w:val="both"/>
        <w:rPr>
          <w:rFonts w:cs="Times New Roman"/>
          <w:sz w:val="22"/>
        </w:rPr>
      </w:pPr>
      <w:r w:rsidRPr="00394675">
        <w:rPr>
          <w:rFonts w:eastAsia="Times New Roman" w:cs="Times New Roman"/>
          <w:sz w:val="22"/>
        </w:rPr>
        <w:t>40. Contractul intră sub incidența Acordului privind achizițiile guvernamentale al OMC: Nu.</w:t>
      </w:r>
    </w:p>
    <w:p w14:paraId="5A8C506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41. Alte informații relevante: Termenul pentru solicitarea clarificărilor este de 3 zile până la termenul-limită de depunere </w:t>
      </w:r>
      <w:proofErr w:type="gramStart"/>
      <w:r w:rsidRPr="00394675">
        <w:rPr>
          <w:rFonts w:eastAsia="Times New Roman" w:cs="Times New Roman"/>
          <w:sz w:val="22"/>
        </w:rPr>
        <w:t>a</w:t>
      </w:r>
      <w:proofErr w:type="gramEnd"/>
      <w:r w:rsidRPr="00394675">
        <w:rPr>
          <w:rFonts w:eastAsia="Times New Roman" w:cs="Times New Roman"/>
          <w:sz w:val="22"/>
        </w:rPr>
        <w:t xml:space="preserve"> ofertelor. Toate documentele vor fi semnate electronic de către participant.</w:t>
      </w:r>
    </w:p>
    <w:p w14:paraId="53F637DE" w14:textId="77777777" w:rsidR="00071BD1" w:rsidRDefault="00071BD1">
      <w:pPr>
        <w:spacing w:after="0" w:line="240" w:lineRule="auto"/>
        <w:jc w:val="both"/>
        <w:rPr>
          <w:rFonts w:eastAsia="Times New Roman" w:cs="Times New Roman"/>
          <w:sz w:val="22"/>
        </w:rPr>
      </w:pPr>
    </w:p>
    <w:p w14:paraId="27CA2A6C" w14:textId="77777777" w:rsidR="00071BD1" w:rsidRDefault="00071BD1">
      <w:pPr>
        <w:spacing w:after="0" w:line="240" w:lineRule="auto"/>
        <w:jc w:val="both"/>
        <w:rPr>
          <w:rFonts w:eastAsia="Times New Roman" w:cs="Times New Roman"/>
          <w:sz w:val="22"/>
        </w:rPr>
      </w:pPr>
    </w:p>
    <w:p w14:paraId="11CA44DC" w14:textId="77777777" w:rsidR="00071BD1" w:rsidRPr="00071BD1" w:rsidRDefault="00071BD1">
      <w:pPr>
        <w:spacing w:after="0" w:line="240" w:lineRule="auto"/>
        <w:jc w:val="both"/>
        <w:rPr>
          <w:rFonts w:eastAsia="Times New Roman" w:cs="Times New Roman"/>
          <w:b/>
          <w:bCs/>
          <w:sz w:val="22"/>
        </w:rPr>
      </w:pPr>
    </w:p>
    <w:p w14:paraId="17C05450" w14:textId="77777777" w:rsidR="00010986" w:rsidRPr="00071BD1" w:rsidRDefault="00071BD1">
      <w:pPr>
        <w:spacing w:after="0" w:line="240" w:lineRule="auto"/>
        <w:jc w:val="both"/>
        <w:rPr>
          <w:rFonts w:cs="Times New Roman"/>
          <w:b/>
          <w:bCs/>
          <w:sz w:val="22"/>
        </w:rPr>
      </w:pPr>
      <w:proofErr w:type="spellStart"/>
      <w:r w:rsidRPr="00071BD1">
        <w:rPr>
          <w:rFonts w:eastAsia="Times New Roman" w:cs="Times New Roman"/>
          <w:b/>
          <w:bCs/>
          <w:sz w:val="22"/>
        </w:rPr>
        <w:t>Conducătorul</w:t>
      </w:r>
      <w:proofErr w:type="spellEnd"/>
      <w:r w:rsidRPr="00071BD1">
        <w:rPr>
          <w:rFonts w:eastAsia="Times New Roman" w:cs="Times New Roman"/>
          <w:b/>
          <w:bCs/>
          <w:sz w:val="22"/>
        </w:rPr>
        <w:t xml:space="preserve"> </w:t>
      </w:r>
      <w:proofErr w:type="spellStart"/>
      <w:r w:rsidRPr="00071BD1">
        <w:rPr>
          <w:rFonts w:eastAsia="Times New Roman" w:cs="Times New Roman"/>
          <w:b/>
          <w:bCs/>
          <w:sz w:val="22"/>
        </w:rPr>
        <w:t>grupului</w:t>
      </w:r>
      <w:proofErr w:type="spellEnd"/>
      <w:r w:rsidRPr="00071BD1">
        <w:rPr>
          <w:rFonts w:eastAsia="Times New Roman" w:cs="Times New Roman"/>
          <w:b/>
          <w:bCs/>
          <w:sz w:val="22"/>
        </w:rPr>
        <w:t xml:space="preserve"> de </w:t>
      </w:r>
      <w:proofErr w:type="spellStart"/>
      <w:r w:rsidRPr="00071BD1">
        <w:rPr>
          <w:rFonts w:eastAsia="Times New Roman" w:cs="Times New Roman"/>
          <w:b/>
          <w:bCs/>
          <w:sz w:val="22"/>
        </w:rPr>
        <w:t>lucru</w:t>
      </w:r>
      <w:proofErr w:type="spellEnd"/>
      <w:r w:rsidRPr="00071BD1">
        <w:rPr>
          <w:rFonts w:eastAsia="Times New Roman" w:cs="Times New Roman"/>
          <w:b/>
          <w:bCs/>
          <w:sz w:val="22"/>
        </w:rPr>
        <w:t>: ________________________ Nicolae JELAMSCHI</w:t>
      </w:r>
    </w:p>
    <w:p w14:paraId="486F30DE" w14:textId="77777777" w:rsidR="00071BD1" w:rsidRPr="00071BD1" w:rsidRDefault="00071BD1">
      <w:pPr>
        <w:spacing w:after="0" w:line="240" w:lineRule="auto"/>
        <w:jc w:val="both"/>
        <w:rPr>
          <w:rFonts w:eastAsia="Times New Roman" w:cs="Times New Roman"/>
          <w:b/>
          <w:bCs/>
          <w:sz w:val="22"/>
        </w:rPr>
      </w:pPr>
    </w:p>
    <w:p w14:paraId="6CB28A24" w14:textId="77777777" w:rsidR="00071BD1" w:rsidRPr="00071BD1" w:rsidRDefault="00071BD1">
      <w:pPr>
        <w:spacing w:after="0" w:line="240" w:lineRule="auto"/>
        <w:jc w:val="both"/>
        <w:rPr>
          <w:rFonts w:eastAsia="Times New Roman" w:cs="Times New Roman"/>
          <w:b/>
          <w:bCs/>
          <w:sz w:val="22"/>
        </w:rPr>
      </w:pPr>
    </w:p>
    <w:p w14:paraId="186A6A96" w14:textId="77777777" w:rsidR="00071BD1" w:rsidRDefault="00071BD1">
      <w:pPr>
        <w:spacing w:after="0" w:line="240" w:lineRule="auto"/>
        <w:jc w:val="both"/>
        <w:rPr>
          <w:rFonts w:eastAsia="Times New Roman" w:cs="Times New Roman"/>
          <w:sz w:val="22"/>
        </w:rPr>
      </w:pPr>
    </w:p>
    <w:p w14:paraId="4587B85C" w14:textId="77777777" w:rsidR="00071BD1" w:rsidRDefault="00071BD1">
      <w:pPr>
        <w:spacing w:after="0" w:line="240" w:lineRule="auto"/>
        <w:jc w:val="both"/>
        <w:rPr>
          <w:rFonts w:eastAsia="Times New Roman" w:cs="Times New Roman"/>
          <w:sz w:val="22"/>
        </w:rPr>
      </w:pPr>
    </w:p>
    <w:p w14:paraId="02B88049" w14:textId="77777777" w:rsidR="00071BD1" w:rsidRDefault="00071BD1">
      <w:pPr>
        <w:spacing w:after="0" w:line="240" w:lineRule="auto"/>
        <w:jc w:val="both"/>
        <w:rPr>
          <w:rFonts w:eastAsia="Times New Roman" w:cs="Times New Roman"/>
          <w:sz w:val="22"/>
        </w:rPr>
      </w:pPr>
    </w:p>
    <w:p w14:paraId="7B1E2258" w14:textId="77777777" w:rsidR="00071BD1" w:rsidRDefault="00071BD1">
      <w:pPr>
        <w:spacing w:after="0" w:line="240" w:lineRule="auto"/>
        <w:jc w:val="both"/>
        <w:rPr>
          <w:rFonts w:eastAsia="Times New Roman" w:cs="Times New Roman"/>
          <w:sz w:val="22"/>
        </w:rPr>
      </w:pPr>
    </w:p>
    <w:p w14:paraId="4E188228" w14:textId="77777777" w:rsidR="00071BD1" w:rsidRDefault="00071BD1">
      <w:pPr>
        <w:spacing w:after="0" w:line="240" w:lineRule="auto"/>
        <w:jc w:val="both"/>
        <w:rPr>
          <w:rFonts w:eastAsia="Times New Roman" w:cs="Times New Roman"/>
          <w:sz w:val="22"/>
        </w:rPr>
      </w:pPr>
    </w:p>
    <w:p w14:paraId="1D461093" w14:textId="77777777" w:rsidR="00071BD1" w:rsidRDefault="00071BD1">
      <w:pPr>
        <w:spacing w:after="0" w:line="240" w:lineRule="auto"/>
        <w:jc w:val="both"/>
        <w:rPr>
          <w:rFonts w:eastAsia="Times New Roman" w:cs="Times New Roman"/>
          <w:sz w:val="22"/>
        </w:rPr>
      </w:pPr>
    </w:p>
    <w:p w14:paraId="23F69B4A" w14:textId="77777777" w:rsidR="00071BD1" w:rsidRDefault="00071BD1">
      <w:pPr>
        <w:spacing w:after="0" w:line="240" w:lineRule="auto"/>
        <w:jc w:val="both"/>
        <w:rPr>
          <w:rFonts w:eastAsia="Times New Roman" w:cs="Times New Roman"/>
          <w:sz w:val="22"/>
        </w:rPr>
      </w:pPr>
    </w:p>
    <w:p w14:paraId="46B02F16" w14:textId="77777777" w:rsidR="00071BD1" w:rsidRDefault="00071BD1">
      <w:pPr>
        <w:spacing w:after="0" w:line="240" w:lineRule="auto"/>
        <w:jc w:val="both"/>
        <w:rPr>
          <w:rFonts w:eastAsia="Times New Roman" w:cs="Times New Roman"/>
          <w:sz w:val="22"/>
        </w:rPr>
      </w:pPr>
    </w:p>
    <w:p w14:paraId="700B4A96" w14:textId="77777777" w:rsidR="00071BD1" w:rsidRDefault="00071BD1">
      <w:pPr>
        <w:spacing w:after="0" w:line="240" w:lineRule="auto"/>
        <w:jc w:val="both"/>
        <w:rPr>
          <w:rFonts w:eastAsia="Times New Roman" w:cs="Times New Roman"/>
          <w:sz w:val="22"/>
        </w:rPr>
      </w:pPr>
    </w:p>
    <w:p w14:paraId="7C395666" w14:textId="77777777" w:rsidR="00071BD1" w:rsidRDefault="00071BD1">
      <w:pPr>
        <w:spacing w:after="0" w:line="240" w:lineRule="auto"/>
        <w:jc w:val="both"/>
        <w:rPr>
          <w:rFonts w:eastAsia="Times New Roman" w:cs="Times New Roman"/>
          <w:sz w:val="22"/>
        </w:rPr>
      </w:pPr>
    </w:p>
    <w:p w14:paraId="3EB47546" w14:textId="77777777" w:rsidR="00071BD1" w:rsidRDefault="00071BD1">
      <w:pPr>
        <w:spacing w:after="0" w:line="240" w:lineRule="auto"/>
        <w:jc w:val="both"/>
        <w:rPr>
          <w:rFonts w:eastAsia="Times New Roman" w:cs="Times New Roman"/>
          <w:sz w:val="22"/>
        </w:rPr>
      </w:pPr>
    </w:p>
    <w:p w14:paraId="2C03DFC3" w14:textId="77777777" w:rsidR="00071BD1" w:rsidRDefault="00071BD1">
      <w:pPr>
        <w:spacing w:after="0" w:line="240" w:lineRule="auto"/>
        <w:jc w:val="both"/>
        <w:rPr>
          <w:rFonts w:eastAsia="Times New Roman" w:cs="Times New Roman"/>
          <w:sz w:val="22"/>
        </w:rPr>
      </w:pPr>
    </w:p>
    <w:p w14:paraId="2BAC13CF" w14:textId="77777777" w:rsidR="002103FB" w:rsidRDefault="00071BD1">
      <w:pPr>
        <w:spacing w:after="0" w:line="240" w:lineRule="auto"/>
        <w:jc w:val="both"/>
        <w:rPr>
          <w:rFonts w:eastAsia="Times New Roman" w:cs="Times New Roman"/>
          <w:sz w:val="22"/>
        </w:rPr>
      </w:pPr>
      <w:r w:rsidRPr="00394675">
        <w:rPr>
          <w:rFonts w:eastAsia="Times New Roman" w:cs="Times New Roman"/>
          <w:sz w:val="22"/>
        </w:rPr>
        <w:t>Executor: Vladimir Vornic</w:t>
      </w:r>
    </w:p>
    <w:p w14:paraId="0380A91F" w14:textId="77777777" w:rsidR="00010986" w:rsidRPr="00394675" w:rsidRDefault="00071BD1">
      <w:pPr>
        <w:spacing w:after="0" w:line="240" w:lineRule="auto"/>
        <w:jc w:val="both"/>
        <w:rPr>
          <w:rFonts w:cs="Times New Roman"/>
          <w:sz w:val="22"/>
        </w:rPr>
      </w:pPr>
      <w:r w:rsidRPr="00394675">
        <w:rPr>
          <w:rFonts w:eastAsia="Times New Roman" w:cs="Times New Roman"/>
          <w:sz w:val="22"/>
        </w:rPr>
        <w:t>Tel.: 067493406e-mail: achizitii@ansp.gov.md</w:t>
      </w:r>
    </w:p>
    <w:p w14:paraId="79E4B139" w14:textId="77777777" w:rsidR="00010986" w:rsidRPr="00394675" w:rsidRDefault="00071BD1" w:rsidP="002103FB">
      <w:pPr>
        <w:spacing w:after="0" w:line="240" w:lineRule="auto"/>
        <w:rPr>
          <w:rFonts w:cs="Times New Roman"/>
          <w:sz w:val="22"/>
        </w:rPr>
      </w:pPr>
      <w:r w:rsidRPr="00394675">
        <w:rPr>
          <w:rFonts w:cs="Times New Roman"/>
          <w:sz w:val="22"/>
        </w:rPr>
        <w:br w:type="page"/>
      </w:r>
      <w:proofErr w:type="spellStart"/>
      <w:r w:rsidRPr="00394675">
        <w:rPr>
          <w:rFonts w:eastAsia="Times New Roman" w:cs="Times New Roman"/>
          <w:b/>
          <w:sz w:val="22"/>
        </w:rPr>
        <w:lastRenderedPageBreak/>
        <w:t>Anexa</w:t>
      </w:r>
      <w:proofErr w:type="spellEnd"/>
      <w:r w:rsidRPr="00394675">
        <w:rPr>
          <w:rFonts w:eastAsia="Times New Roman" w:cs="Times New Roman"/>
          <w:b/>
          <w:sz w:val="22"/>
        </w:rPr>
        <w:t xml:space="preserve"> nr. 1</w:t>
      </w:r>
    </w:p>
    <w:p w14:paraId="556FC2EE"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t>CERERE DE PARTICIPARE</w:t>
      </w:r>
    </w:p>
    <w:p w14:paraId="3B95FB9A" w14:textId="77777777" w:rsidR="00010986" w:rsidRPr="00394675" w:rsidRDefault="00071BD1">
      <w:pPr>
        <w:spacing w:after="0" w:line="240" w:lineRule="auto"/>
        <w:jc w:val="both"/>
        <w:rPr>
          <w:rFonts w:cs="Times New Roman"/>
          <w:sz w:val="22"/>
        </w:rPr>
      </w:pPr>
      <w:r w:rsidRPr="00394675">
        <w:rPr>
          <w:rFonts w:eastAsia="Times New Roman" w:cs="Times New Roman"/>
          <w:sz w:val="22"/>
        </w:rPr>
        <w:t>Către Agenția Națională pentru Sănătate Publică, mun. Chișinău, str. Gh. Asachi, 67 A</w:t>
      </w:r>
    </w:p>
    <w:p w14:paraId="03E2264E" w14:textId="77777777" w:rsidR="00010986" w:rsidRPr="00394675" w:rsidRDefault="00071BD1">
      <w:pPr>
        <w:spacing w:after="0" w:line="240" w:lineRule="auto"/>
        <w:jc w:val="both"/>
        <w:rPr>
          <w:rFonts w:cs="Times New Roman"/>
          <w:sz w:val="22"/>
        </w:rPr>
      </w:pPr>
      <w:r w:rsidRPr="00394675">
        <w:rPr>
          <w:rFonts w:eastAsia="Times New Roman" w:cs="Times New Roman"/>
          <w:sz w:val="22"/>
        </w:rPr>
        <w:t>Stimați domni,</w:t>
      </w:r>
    </w:p>
    <w:p w14:paraId="15E42C45" w14:textId="77777777" w:rsidR="00010986" w:rsidRPr="00394675" w:rsidRDefault="00071BD1">
      <w:pPr>
        <w:spacing w:after="0" w:line="240" w:lineRule="auto"/>
        <w:jc w:val="both"/>
        <w:rPr>
          <w:rFonts w:cs="Times New Roman"/>
          <w:sz w:val="22"/>
        </w:rPr>
      </w:pPr>
      <w:r w:rsidRPr="00394675">
        <w:rPr>
          <w:rFonts w:eastAsia="Times New Roman" w:cs="Times New Roman"/>
          <w:sz w:val="22"/>
        </w:rPr>
        <w:t>Ca urmare a invitației de participare, privind aplicarea procedurii de achiziție de valoare mică pentru atribuirea contractului privind achiziționarea „Procurarea inventarului gospodăresc”, noi, [denumirea/numele ofertantului/candidatului], am luat cunoștință de condițiile și cerințele expuse în documentația de atribuire și exprimăm prin prezenta interesul de a participa, în calitate de ofertant/candidat, neavând obiecții la documentația de atribuire.</w:t>
      </w:r>
    </w:p>
    <w:p w14:paraId="6D8313CD" w14:textId="77777777" w:rsidR="00010986" w:rsidRPr="00394675" w:rsidRDefault="00071BD1">
      <w:pPr>
        <w:spacing w:after="0" w:line="240" w:lineRule="auto"/>
        <w:jc w:val="both"/>
        <w:rPr>
          <w:rFonts w:cs="Times New Roman"/>
          <w:sz w:val="22"/>
        </w:rPr>
      </w:pPr>
      <w:r w:rsidRPr="00394675">
        <w:rPr>
          <w:rFonts w:eastAsia="Times New Roman" w:cs="Times New Roman"/>
          <w:sz w:val="22"/>
        </w:rPr>
        <w:t>Data completării: [data]</w:t>
      </w:r>
    </w:p>
    <w:p w14:paraId="589B9D47"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Cu </w:t>
      </w:r>
      <w:proofErr w:type="spellStart"/>
      <w:proofErr w:type="gramStart"/>
      <w:r w:rsidRPr="00394675">
        <w:rPr>
          <w:rFonts w:eastAsia="Times New Roman" w:cs="Times New Roman"/>
          <w:sz w:val="22"/>
        </w:rPr>
        <w:t>stimă,Ofertant</w:t>
      </w:r>
      <w:proofErr w:type="spellEnd"/>
      <w:proofErr w:type="gramEnd"/>
      <w:r w:rsidRPr="00394675">
        <w:rPr>
          <w:rFonts w:eastAsia="Times New Roman" w:cs="Times New Roman"/>
          <w:sz w:val="22"/>
        </w:rPr>
        <w:t>/</w:t>
      </w:r>
      <w:proofErr w:type="spellStart"/>
      <w:r w:rsidRPr="00394675">
        <w:rPr>
          <w:rFonts w:eastAsia="Times New Roman" w:cs="Times New Roman"/>
          <w:sz w:val="22"/>
        </w:rPr>
        <w:t>candidat</w:t>
      </w:r>
      <w:proofErr w:type="spellEnd"/>
      <w:r w:rsidRPr="00394675">
        <w:rPr>
          <w:rFonts w:eastAsia="Times New Roman" w:cs="Times New Roman"/>
          <w:sz w:val="22"/>
        </w:rPr>
        <w:t>: [</w:t>
      </w:r>
      <w:proofErr w:type="spellStart"/>
      <w:r w:rsidRPr="00394675">
        <w:rPr>
          <w:rFonts w:eastAsia="Times New Roman" w:cs="Times New Roman"/>
          <w:sz w:val="22"/>
        </w:rPr>
        <w:t>denumirea</w:t>
      </w:r>
      <w:proofErr w:type="spellEnd"/>
      <w:r w:rsidRPr="00394675">
        <w:rPr>
          <w:rFonts w:eastAsia="Times New Roman" w:cs="Times New Roman"/>
          <w:sz w:val="22"/>
        </w:rPr>
        <w:t xml:space="preserve"> </w:t>
      </w:r>
      <w:proofErr w:type="spellStart"/>
      <w:r w:rsidRPr="00394675">
        <w:rPr>
          <w:rFonts w:eastAsia="Times New Roman" w:cs="Times New Roman"/>
          <w:sz w:val="22"/>
        </w:rPr>
        <w:t>operatorului</w:t>
      </w:r>
      <w:proofErr w:type="spellEnd"/>
      <w:r w:rsidRPr="00394675">
        <w:rPr>
          <w:rFonts w:eastAsia="Times New Roman" w:cs="Times New Roman"/>
          <w:sz w:val="22"/>
        </w:rPr>
        <w:t xml:space="preserve"> economic][</w:t>
      </w:r>
      <w:proofErr w:type="spellStart"/>
      <w:r w:rsidRPr="00394675">
        <w:rPr>
          <w:rFonts w:eastAsia="Times New Roman" w:cs="Times New Roman"/>
          <w:sz w:val="22"/>
        </w:rPr>
        <w:t>semnătura</w:t>
      </w:r>
      <w:proofErr w:type="spellEnd"/>
      <w:r w:rsidRPr="00394675">
        <w:rPr>
          <w:rFonts w:eastAsia="Times New Roman" w:cs="Times New Roman"/>
          <w:sz w:val="22"/>
        </w:rPr>
        <w:t xml:space="preserve"> </w:t>
      </w:r>
      <w:proofErr w:type="spellStart"/>
      <w:r w:rsidRPr="00394675">
        <w:rPr>
          <w:rFonts w:eastAsia="Times New Roman" w:cs="Times New Roman"/>
          <w:sz w:val="22"/>
        </w:rPr>
        <w:t>autorizată</w:t>
      </w:r>
      <w:proofErr w:type="spellEnd"/>
      <w:r w:rsidRPr="00394675">
        <w:rPr>
          <w:rFonts w:eastAsia="Times New Roman" w:cs="Times New Roman"/>
          <w:sz w:val="22"/>
        </w:rPr>
        <w:t>]</w:t>
      </w:r>
    </w:p>
    <w:p w14:paraId="64ED85BB" w14:textId="77777777" w:rsidR="00010986" w:rsidRPr="00394675" w:rsidRDefault="00071BD1">
      <w:pPr>
        <w:spacing w:after="0" w:line="240" w:lineRule="auto"/>
        <w:rPr>
          <w:rFonts w:cs="Times New Roman"/>
          <w:sz w:val="22"/>
        </w:rPr>
      </w:pPr>
      <w:r w:rsidRPr="00394675">
        <w:rPr>
          <w:rFonts w:cs="Times New Roman"/>
          <w:sz w:val="22"/>
        </w:rPr>
        <w:br w:type="page"/>
      </w:r>
    </w:p>
    <w:p w14:paraId="07304814"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lastRenderedPageBreak/>
        <w:t>Anexa nr. 2</w:t>
      </w:r>
    </w:p>
    <w:p w14:paraId="6249E561"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t>SPECIFICAȚII TEHNICE</w:t>
      </w:r>
    </w:p>
    <w:p w14:paraId="47F1AA55" w14:textId="77777777" w:rsidR="00010986" w:rsidRPr="00394675" w:rsidRDefault="00071BD1">
      <w:pPr>
        <w:spacing w:after="0" w:line="240" w:lineRule="auto"/>
        <w:jc w:val="center"/>
        <w:rPr>
          <w:rFonts w:cs="Times New Roman"/>
          <w:sz w:val="22"/>
        </w:rPr>
      </w:pPr>
      <w:r w:rsidRPr="00394675">
        <w:rPr>
          <w:rFonts w:eastAsia="Times New Roman" w:cs="Times New Roman"/>
          <w:sz w:val="22"/>
        </w:rPr>
        <w:t>[Acest tabel va fi completat de către ofertant în coloanele 2, 3, 4, 6, 7, iar de către autoritatea contractantă - în coloanele 1, 5.]</w:t>
      </w:r>
    </w:p>
    <w:p w14:paraId="1D204E88" w14:textId="77777777" w:rsidR="00010986" w:rsidRPr="00394675" w:rsidRDefault="00071BD1">
      <w:pPr>
        <w:spacing w:after="0" w:line="240" w:lineRule="auto"/>
        <w:jc w:val="both"/>
        <w:rPr>
          <w:rFonts w:cs="Times New Roman"/>
          <w:sz w:val="22"/>
        </w:rPr>
      </w:pPr>
      <w:r w:rsidRPr="00394675">
        <w:rPr>
          <w:rFonts w:eastAsia="Times New Roman" w:cs="Times New Roman"/>
          <w:sz w:val="22"/>
        </w:rPr>
        <w:t>Numărul procedurii de achiziție ______________ din ___________</w:t>
      </w:r>
    </w:p>
    <w:p w14:paraId="7B716E1A" w14:textId="77777777" w:rsidR="00010986" w:rsidRPr="00394675" w:rsidRDefault="00071BD1">
      <w:pPr>
        <w:spacing w:after="0" w:line="240" w:lineRule="auto"/>
        <w:jc w:val="both"/>
        <w:rPr>
          <w:rFonts w:cs="Times New Roman"/>
          <w:sz w:val="22"/>
        </w:rPr>
      </w:pPr>
      <w:r w:rsidRPr="00394675">
        <w:rPr>
          <w:rFonts w:eastAsia="Times New Roman" w:cs="Times New Roman"/>
          <w:sz w:val="22"/>
        </w:rPr>
        <w:t>Obiectul achiziției: Procurarea inventarului gospodăresc</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7"/>
        <w:gridCol w:w="1986"/>
        <w:gridCol w:w="1976"/>
        <w:gridCol w:w="1991"/>
        <w:gridCol w:w="1996"/>
        <w:gridCol w:w="1988"/>
        <w:gridCol w:w="2092"/>
      </w:tblGrid>
      <w:tr w:rsidR="00010986" w:rsidRPr="00394675" w14:paraId="5BCF0604" w14:textId="77777777">
        <w:trPr>
          <w:tblHeader/>
          <w:jc w:val="center"/>
        </w:trPr>
        <w:tc>
          <w:tcPr>
            <w:tcW w:w="2004" w:type="dxa"/>
            <w:vAlign w:val="center"/>
          </w:tcPr>
          <w:p w14:paraId="4999CC36" w14:textId="77777777" w:rsidR="00010986" w:rsidRPr="00394675" w:rsidRDefault="00071BD1">
            <w:pPr>
              <w:jc w:val="center"/>
              <w:rPr>
                <w:rFonts w:cs="Times New Roman"/>
                <w:sz w:val="22"/>
              </w:rPr>
            </w:pPr>
            <w:r w:rsidRPr="00394675">
              <w:rPr>
                <w:rFonts w:eastAsia="Times New Roman" w:cs="Times New Roman"/>
                <w:b/>
                <w:sz w:val="22"/>
              </w:rPr>
              <w:t>Denumirea bunurilor</w:t>
            </w:r>
          </w:p>
        </w:tc>
        <w:tc>
          <w:tcPr>
            <w:tcW w:w="2004" w:type="dxa"/>
            <w:vAlign w:val="center"/>
          </w:tcPr>
          <w:p w14:paraId="2C3C1BB2" w14:textId="77777777" w:rsidR="00010986" w:rsidRPr="00394675" w:rsidRDefault="00071BD1">
            <w:pPr>
              <w:jc w:val="center"/>
              <w:rPr>
                <w:rFonts w:cs="Times New Roman"/>
                <w:sz w:val="22"/>
              </w:rPr>
            </w:pPr>
            <w:r w:rsidRPr="00394675">
              <w:rPr>
                <w:rFonts w:eastAsia="Times New Roman" w:cs="Times New Roman"/>
                <w:b/>
                <w:sz w:val="22"/>
              </w:rPr>
              <w:t>Denumirea modelului bunului</w:t>
            </w:r>
          </w:p>
        </w:tc>
        <w:tc>
          <w:tcPr>
            <w:tcW w:w="2004" w:type="dxa"/>
            <w:vAlign w:val="center"/>
          </w:tcPr>
          <w:p w14:paraId="18FF3A9B" w14:textId="77777777" w:rsidR="00010986" w:rsidRPr="00394675" w:rsidRDefault="00071BD1">
            <w:pPr>
              <w:jc w:val="center"/>
              <w:rPr>
                <w:rFonts w:cs="Times New Roman"/>
                <w:sz w:val="22"/>
              </w:rPr>
            </w:pPr>
            <w:r w:rsidRPr="00394675">
              <w:rPr>
                <w:rFonts w:eastAsia="Times New Roman" w:cs="Times New Roman"/>
                <w:b/>
                <w:sz w:val="22"/>
              </w:rPr>
              <w:t>Țara de origine</w:t>
            </w:r>
          </w:p>
        </w:tc>
        <w:tc>
          <w:tcPr>
            <w:tcW w:w="2004" w:type="dxa"/>
            <w:vAlign w:val="center"/>
          </w:tcPr>
          <w:p w14:paraId="127815F7" w14:textId="77777777" w:rsidR="00010986" w:rsidRPr="00394675" w:rsidRDefault="00071BD1">
            <w:pPr>
              <w:jc w:val="center"/>
              <w:rPr>
                <w:rFonts w:cs="Times New Roman"/>
                <w:sz w:val="22"/>
              </w:rPr>
            </w:pPr>
            <w:r w:rsidRPr="00394675">
              <w:rPr>
                <w:rFonts w:eastAsia="Times New Roman" w:cs="Times New Roman"/>
                <w:b/>
                <w:sz w:val="22"/>
              </w:rPr>
              <w:t>Producătorul</w:t>
            </w:r>
          </w:p>
        </w:tc>
        <w:tc>
          <w:tcPr>
            <w:tcW w:w="2004" w:type="dxa"/>
            <w:vAlign w:val="center"/>
          </w:tcPr>
          <w:p w14:paraId="23EF6D6A" w14:textId="77777777" w:rsidR="00010986" w:rsidRPr="00394675" w:rsidRDefault="00071BD1">
            <w:pPr>
              <w:jc w:val="center"/>
              <w:rPr>
                <w:rFonts w:cs="Times New Roman"/>
                <w:sz w:val="22"/>
              </w:rPr>
            </w:pPr>
            <w:r w:rsidRPr="00394675">
              <w:rPr>
                <w:rFonts w:eastAsia="Times New Roman" w:cs="Times New Roman"/>
                <w:b/>
                <w:sz w:val="22"/>
              </w:rPr>
              <w:t>Specificarea tehnică deplină solicitată de către autoritatea contractantă</w:t>
            </w:r>
          </w:p>
        </w:tc>
        <w:tc>
          <w:tcPr>
            <w:tcW w:w="2004" w:type="dxa"/>
            <w:vAlign w:val="center"/>
          </w:tcPr>
          <w:p w14:paraId="33453654" w14:textId="77777777" w:rsidR="00010986" w:rsidRPr="00394675" w:rsidRDefault="00071BD1">
            <w:pPr>
              <w:jc w:val="center"/>
              <w:rPr>
                <w:rFonts w:cs="Times New Roman"/>
                <w:sz w:val="22"/>
              </w:rPr>
            </w:pPr>
            <w:r w:rsidRPr="00394675">
              <w:rPr>
                <w:rFonts w:eastAsia="Times New Roman" w:cs="Times New Roman"/>
                <w:b/>
                <w:sz w:val="22"/>
              </w:rPr>
              <w:t>Specificarea tehnică deplină propusă de către ofertant</w:t>
            </w:r>
          </w:p>
        </w:tc>
        <w:tc>
          <w:tcPr>
            <w:tcW w:w="2004" w:type="dxa"/>
            <w:vAlign w:val="center"/>
          </w:tcPr>
          <w:p w14:paraId="0141FE8D" w14:textId="77777777" w:rsidR="00010986" w:rsidRPr="00394675" w:rsidRDefault="00071BD1">
            <w:pPr>
              <w:jc w:val="center"/>
              <w:rPr>
                <w:rFonts w:cs="Times New Roman"/>
                <w:sz w:val="22"/>
              </w:rPr>
            </w:pPr>
            <w:r w:rsidRPr="00394675">
              <w:rPr>
                <w:rFonts w:eastAsia="Times New Roman" w:cs="Times New Roman"/>
                <w:b/>
                <w:sz w:val="22"/>
              </w:rPr>
              <w:t>Standarde de referință</w:t>
            </w:r>
          </w:p>
        </w:tc>
      </w:tr>
      <w:tr w:rsidR="00010986" w:rsidRPr="00394675" w14:paraId="2A516E2C" w14:textId="77777777">
        <w:trPr>
          <w:jc w:val="center"/>
        </w:trPr>
        <w:tc>
          <w:tcPr>
            <w:tcW w:w="2004" w:type="dxa"/>
            <w:vAlign w:val="center"/>
          </w:tcPr>
          <w:p w14:paraId="3026BA65" w14:textId="77777777" w:rsidR="00010986" w:rsidRPr="00394675" w:rsidRDefault="00071BD1">
            <w:pPr>
              <w:jc w:val="both"/>
              <w:rPr>
                <w:rFonts w:cs="Times New Roman"/>
                <w:sz w:val="22"/>
              </w:rPr>
            </w:pPr>
            <w:r w:rsidRPr="00394675">
              <w:rPr>
                <w:rFonts w:eastAsia="Times New Roman" w:cs="Times New Roman"/>
                <w:sz w:val="22"/>
              </w:rPr>
              <w:t>Perie pentru podea și pereți</w:t>
            </w:r>
          </w:p>
        </w:tc>
        <w:tc>
          <w:tcPr>
            <w:tcW w:w="2004" w:type="dxa"/>
            <w:vAlign w:val="center"/>
          </w:tcPr>
          <w:p w14:paraId="58C98C0E"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470EED59"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22B43744"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76B8ED90" w14:textId="77777777" w:rsidR="00010986" w:rsidRPr="00394675" w:rsidRDefault="00071BD1">
            <w:pPr>
              <w:jc w:val="both"/>
              <w:rPr>
                <w:rFonts w:cs="Times New Roman"/>
                <w:sz w:val="22"/>
              </w:rPr>
            </w:pPr>
            <w:r w:rsidRPr="00394675">
              <w:rPr>
                <w:rFonts w:eastAsia="Times New Roman" w:cs="Times New Roman"/>
                <w:sz w:val="22"/>
              </w:rPr>
              <w:t>Peria pentru podea și pereți are lățimea de 60 cm și este prevăzută cu mâner din lemn, fiind destinată curățării podelelor și a suprafețelor verticale.</w:t>
            </w:r>
          </w:p>
        </w:tc>
        <w:tc>
          <w:tcPr>
            <w:tcW w:w="2004" w:type="dxa"/>
            <w:vAlign w:val="center"/>
          </w:tcPr>
          <w:p w14:paraId="2F7EA08E"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27E22926"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37931F08" w14:textId="77777777">
        <w:trPr>
          <w:jc w:val="center"/>
        </w:trPr>
        <w:tc>
          <w:tcPr>
            <w:tcW w:w="2004" w:type="dxa"/>
            <w:vAlign w:val="center"/>
          </w:tcPr>
          <w:p w14:paraId="10FC5FE2" w14:textId="77777777" w:rsidR="00010986" w:rsidRPr="00394675" w:rsidRDefault="00071BD1">
            <w:pPr>
              <w:jc w:val="both"/>
              <w:rPr>
                <w:rFonts w:cs="Times New Roman"/>
                <w:sz w:val="22"/>
              </w:rPr>
            </w:pPr>
            <w:r w:rsidRPr="00394675">
              <w:rPr>
                <w:rFonts w:eastAsia="Times New Roman" w:cs="Times New Roman"/>
                <w:sz w:val="22"/>
              </w:rPr>
              <w:t>Furtun pentru grădină 50 m</w:t>
            </w:r>
          </w:p>
        </w:tc>
        <w:tc>
          <w:tcPr>
            <w:tcW w:w="2004" w:type="dxa"/>
            <w:vAlign w:val="center"/>
          </w:tcPr>
          <w:p w14:paraId="3CF72909"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70EE0021"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7587E53A"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7971C9FE" w14:textId="77777777" w:rsidR="00010986" w:rsidRPr="00394675" w:rsidRDefault="00071BD1">
            <w:pPr>
              <w:jc w:val="both"/>
              <w:rPr>
                <w:rFonts w:cs="Times New Roman"/>
                <w:sz w:val="22"/>
              </w:rPr>
            </w:pPr>
            <w:r w:rsidRPr="00394675">
              <w:rPr>
                <w:rFonts w:eastAsia="Times New Roman" w:cs="Times New Roman"/>
                <w:sz w:val="22"/>
              </w:rPr>
              <w:t xml:space="preserve">Furtunul de grădină din PVC robust are lungimea de 50 m, este realizat din PVC multistrat sau PVC armat cu filament textil, are diametrul interior de aproximativ 1/2-3/4 inch, rezistă la o presiune de lucru de 6-12 bar, este stabilizat UV, flexibil și destinat </w:t>
            </w:r>
            <w:r w:rsidRPr="00394675">
              <w:rPr>
                <w:rFonts w:eastAsia="Times New Roman" w:cs="Times New Roman"/>
                <w:sz w:val="22"/>
              </w:rPr>
              <w:lastRenderedPageBreak/>
              <w:t>irigării și utilizării gospodărești.</w:t>
            </w:r>
          </w:p>
        </w:tc>
        <w:tc>
          <w:tcPr>
            <w:tcW w:w="2004" w:type="dxa"/>
            <w:vAlign w:val="center"/>
          </w:tcPr>
          <w:p w14:paraId="1D5F1315" w14:textId="77777777" w:rsidR="00010986" w:rsidRPr="00394675" w:rsidRDefault="00071BD1">
            <w:pPr>
              <w:jc w:val="both"/>
              <w:rPr>
                <w:rFonts w:cs="Times New Roman"/>
                <w:sz w:val="22"/>
              </w:rPr>
            </w:pPr>
            <w:r w:rsidRPr="00394675">
              <w:rPr>
                <w:rFonts w:eastAsia="Times New Roman" w:cs="Times New Roman"/>
                <w:sz w:val="22"/>
              </w:rPr>
              <w:lastRenderedPageBreak/>
              <w:t>[se completează de ofertant]</w:t>
            </w:r>
          </w:p>
        </w:tc>
        <w:tc>
          <w:tcPr>
            <w:tcW w:w="2004" w:type="dxa"/>
            <w:vAlign w:val="center"/>
          </w:tcPr>
          <w:p w14:paraId="636BBF34"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6484F44D" w14:textId="77777777">
        <w:trPr>
          <w:jc w:val="center"/>
        </w:trPr>
        <w:tc>
          <w:tcPr>
            <w:tcW w:w="2004" w:type="dxa"/>
            <w:vAlign w:val="center"/>
          </w:tcPr>
          <w:p w14:paraId="221A5A63" w14:textId="77777777" w:rsidR="00010986" w:rsidRPr="00394675" w:rsidRDefault="00071BD1">
            <w:pPr>
              <w:jc w:val="both"/>
              <w:rPr>
                <w:rFonts w:cs="Times New Roman"/>
                <w:sz w:val="22"/>
              </w:rPr>
            </w:pPr>
            <w:r w:rsidRPr="00394675">
              <w:rPr>
                <w:rFonts w:eastAsia="Times New Roman" w:cs="Times New Roman"/>
                <w:sz w:val="22"/>
              </w:rPr>
              <w:t>Căldare cu storcător</w:t>
            </w:r>
          </w:p>
        </w:tc>
        <w:tc>
          <w:tcPr>
            <w:tcW w:w="2004" w:type="dxa"/>
            <w:vAlign w:val="center"/>
          </w:tcPr>
          <w:p w14:paraId="680A51B1"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6EECE94F"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11BF7F20"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7A7CB92D" w14:textId="77777777" w:rsidR="00010986" w:rsidRPr="00394675" w:rsidRDefault="00071BD1">
            <w:pPr>
              <w:jc w:val="both"/>
              <w:rPr>
                <w:rFonts w:cs="Times New Roman"/>
                <w:sz w:val="22"/>
              </w:rPr>
            </w:pPr>
            <w:r w:rsidRPr="00394675">
              <w:rPr>
                <w:rFonts w:eastAsia="Times New Roman" w:cs="Times New Roman"/>
                <w:sz w:val="22"/>
              </w:rPr>
              <w:t>Căldarea cu storcător are capacitatea de 16 L, este confecționată din plastic rezistent la impact și substanțe de curățare, are formă alungită, este prevăzută cu storcător manual integrat și mâner ergonomic, fiind destinată uzului menajer pentru stoarcerea mopului și curățenie generală.</w:t>
            </w:r>
          </w:p>
        </w:tc>
        <w:tc>
          <w:tcPr>
            <w:tcW w:w="2004" w:type="dxa"/>
            <w:vAlign w:val="center"/>
          </w:tcPr>
          <w:p w14:paraId="1DD8E94A"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257A6BC4"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32A20813" w14:textId="77777777">
        <w:trPr>
          <w:jc w:val="center"/>
        </w:trPr>
        <w:tc>
          <w:tcPr>
            <w:tcW w:w="2004" w:type="dxa"/>
            <w:vAlign w:val="center"/>
          </w:tcPr>
          <w:p w14:paraId="5B9D0D5B" w14:textId="77777777" w:rsidR="00010986" w:rsidRPr="00394675" w:rsidRDefault="00071BD1">
            <w:pPr>
              <w:jc w:val="both"/>
              <w:rPr>
                <w:rFonts w:cs="Times New Roman"/>
                <w:sz w:val="22"/>
              </w:rPr>
            </w:pPr>
            <w:r w:rsidRPr="00394675">
              <w:rPr>
                <w:rFonts w:eastAsia="Times New Roman" w:cs="Times New Roman"/>
                <w:sz w:val="22"/>
              </w:rPr>
              <w:t>Coadă de hârleț</w:t>
            </w:r>
          </w:p>
        </w:tc>
        <w:tc>
          <w:tcPr>
            <w:tcW w:w="2004" w:type="dxa"/>
            <w:vAlign w:val="center"/>
          </w:tcPr>
          <w:p w14:paraId="33163EAA"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776EDB18"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72D811AA"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662AA0F7" w14:textId="77777777" w:rsidR="00010986" w:rsidRPr="00394675" w:rsidRDefault="00071BD1">
            <w:pPr>
              <w:jc w:val="both"/>
              <w:rPr>
                <w:rFonts w:cs="Times New Roman"/>
                <w:sz w:val="22"/>
              </w:rPr>
            </w:pPr>
            <w:r w:rsidRPr="00394675">
              <w:rPr>
                <w:rFonts w:eastAsia="Times New Roman" w:cs="Times New Roman"/>
                <w:sz w:val="22"/>
              </w:rPr>
              <w:t xml:space="preserve">Mâner drept din lemn masiv sau fibră/metal, robust și neted, cu lungimea de 80-120 cm, prevăzut cu gaură pentru agățare și ales ergonomic ca </w:t>
            </w:r>
            <w:r w:rsidRPr="00394675">
              <w:rPr>
                <w:rFonts w:eastAsia="Times New Roman" w:cs="Times New Roman"/>
                <w:sz w:val="22"/>
              </w:rPr>
              <w:lastRenderedPageBreak/>
              <w:t>durabilitate și control în lucrările de săpat.</w:t>
            </w:r>
          </w:p>
        </w:tc>
        <w:tc>
          <w:tcPr>
            <w:tcW w:w="2004" w:type="dxa"/>
            <w:vAlign w:val="center"/>
          </w:tcPr>
          <w:p w14:paraId="0C6E0777" w14:textId="77777777" w:rsidR="00010986" w:rsidRPr="00394675" w:rsidRDefault="00071BD1">
            <w:pPr>
              <w:jc w:val="both"/>
              <w:rPr>
                <w:rFonts w:cs="Times New Roman"/>
                <w:sz w:val="22"/>
              </w:rPr>
            </w:pPr>
            <w:r w:rsidRPr="00394675">
              <w:rPr>
                <w:rFonts w:eastAsia="Times New Roman" w:cs="Times New Roman"/>
                <w:sz w:val="22"/>
              </w:rPr>
              <w:lastRenderedPageBreak/>
              <w:t>[se completează de ofertant]</w:t>
            </w:r>
          </w:p>
        </w:tc>
        <w:tc>
          <w:tcPr>
            <w:tcW w:w="2004" w:type="dxa"/>
            <w:vAlign w:val="center"/>
          </w:tcPr>
          <w:p w14:paraId="74210AA3"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4BAB7374" w14:textId="77777777">
        <w:trPr>
          <w:jc w:val="center"/>
        </w:trPr>
        <w:tc>
          <w:tcPr>
            <w:tcW w:w="2004" w:type="dxa"/>
            <w:vAlign w:val="center"/>
          </w:tcPr>
          <w:p w14:paraId="0D1C9A4C" w14:textId="77777777" w:rsidR="00010986" w:rsidRPr="00394675" w:rsidRDefault="00071BD1">
            <w:pPr>
              <w:jc w:val="both"/>
              <w:rPr>
                <w:rFonts w:cs="Times New Roman"/>
                <w:sz w:val="22"/>
              </w:rPr>
            </w:pPr>
            <w:r w:rsidRPr="00394675">
              <w:rPr>
                <w:rFonts w:eastAsia="Times New Roman" w:cs="Times New Roman"/>
                <w:sz w:val="22"/>
              </w:rPr>
              <w:t>Hârleț</w:t>
            </w:r>
          </w:p>
        </w:tc>
        <w:tc>
          <w:tcPr>
            <w:tcW w:w="2004" w:type="dxa"/>
            <w:vAlign w:val="center"/>
          </w:tcPr>
          <w:p w14:paraId="1D57FD79"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53A3D6B5"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4F70D018"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35EC099A" w14:textId="77777777" w:rsidR="00010986" w:rsidRPr="00394675" w:rsidRDefault="00071BD1">
            <w:pPr>
              <w:jc w:val="both"/>
              <w:rPr>
                <w:rFonts w:cs="Times New Roman"/>
                <w:sz w:val="22"/>
              </w:rPr>
            </w:pPr>
            <w:r w:rsidRPr="00394675">
              <w:rPr>
                <w:rFonts w:eastAsia="Times New Roman" w:cs="Times New Roman"/>
                <w:sz w:val="22"/>
              </w:rPr>
              <w:t>Fără coadă, confecționat din metal rezistent la coroziune, destinat lucrărilor de săpat în sol, cu lungimea aproximativ 25-30 cm și lățimea pânzei circa 15-20 cm, livrat fără mâner.</w:t>
            </w:r>
          </w:p>
        </w:tc>
        <w:tc>
          <w:tcPr>
            <w:tcW w:w="2004" w:type="dxa"/>
            <w:vAlign w:val="center"/>
          </w:tcPr>
          <w:p w14:paraId="3B392D77"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1B9203E0"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69683AD7" w14:textId="77777777">
        <w:trPr>
          <w:jc w:val="center"/>
        </w:trPr>
        <w:tc>
          <w:tcPr>
            <w:tcW w:w="2004" w:type="dxa"/>
            <w:vAlign w:val="center"/>
          </w:tcPr>
          <w:p w14:paraId="0B790322" w14:textId="77777777" w:rsidR="00010986" w:rsidRPr="00394675" w:rsidRDefault="00071BD1">
            <w:pPr>
              <w:jc w:val="both"/>
              <w:rPr>
                <w:rFonts w:cs="Times New Roman"/>
                <w:sz w:val="22"/>
              </w:rPr>
            </w:pPr>
            <w:r w:rsidRPr="00394675">
              <w:rPr>
                <w:rFonts w:eastAsia="Times New Roman" w:cs="Times New Roman"/>
                <w:sz w:val="22"/>
              </w:rPr>
              <w:t>Lopată</w:t>
            </w:r>
          </w:p>
        </w:tc>
        <w:tc>
          <w:tcPr>
            <w:tcW w:w="2004" w:type="dxa"/>
            <w:vAlign w:val="center"/>
          </w:tcPr>
          <w:p w14:paraId="3C79E899"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2BDD06BB"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595802E8"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2074695B" w14:textId="77777777" w:rsidR="00010986" w:rsidRPr="00394675" w:rsidRDefault="00071BD1">
            <w:pPr>
              <w:jc w:val="both"/>
              <w:rPr>
                <w:rFonts w:cs="Times New Roman"/>
                <w:sz w:val="22"/>
              </w:rPr>
            </w:pPr>
            <w:r w:rsidRPr="00394675">
              <w:rPr>
                <w:rFonts w:eastAsia="Times New Roman" w:cs="Times New Roman"/>
                <w:sz w:val="22"/>
              </w:rPr>
              <w:t>Confecționată din metal rezistent la coroziune, cu coadă ergonomică din lemn sau metal/plastic, lungimea totală aproximativ 120-130 cm, lățimea pânzei circa 25-30 cm, destinată lucrărilor gospodărești de curățenie, încărcare sau dezăpezire.</w:t>
            </w:r>
          </w:p>
        </w:tc>
        <w:tc>
          <w:tcPr>
            <w:tcW w:w="2004" w:type="dxa"/>
            <w:vAlign w:val="center"/>
          </w:tcPr>
          <w:p w14:paraId="2CFA9131"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23A0C311"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228B1C36" w14:textId="77777777">
        <w:trPr>
          <w:jc w:val="center"/>
        </w:trPr>
        <w:tc>
          <w:tcPr>
            <w:tcW w:w="2004" w:type="dxa"/>
            <w:vAlign w:val="center"/>
          </w:tcPr>
          <w:p w14:paraId="5EA637E0" w14:textId="77777777" w:rsidR="00010986" w:rsidRPr="00394675" w:rsidRDefault="00071BD1">
            <w:pPr>
              <w:jc w:val="both"/>
              <w:rPr>
                <w:rFonts w:cs="Times New Roman"/>
                <w:sz w:val="22"/>
              </w:rPr>
            </w:pPr>
            <w:r w:rsidRPr="00394675">
              <w:rPr>
                <w:rFonts w:eastAsia="Times New Roman" w:cs="Times New Roman"/>
                <w:sz w:val="22"/>
              </w:rPr>
              <w:lastRenderedPageBreak/>
              <w:t>Mătură plată (exterior)</w:t>
            </w:r>
          </w:p>
        </w:tc>
        <w:tc>
          <w:tcPr>
            <w:tcW w:w="2004" w:type="dxa"/>
            <w:vAlign w:val="center"/>
          </w:tcPr>
          <w:p w14:paraId="29BA6A30"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6F8876CC"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61425543"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48CDCD92" w14:textId="77777777" w:rsidR="00010986" w:rsidRPr="00394675" w:rsidRDefault="00071BD1">
            <w:pPr>
              <w:jc w:val="both"/>
              <w:rPr>
                <w:rFonts w:cs="Times New Roman"/>
                <w:sz w:val="22"/>
              </w:rPr>
            </w:pPr>
            <w:r w:rsidRPr="00394675">
              <w:rPr>
                <w:rFonts w:eastAsia="Times New Roman" w:cs="Times New Roman"/>
                <w:sz w:val="22"/>
              </w:rPr>
              <w:t xml:space="preserve">Mătura plată este confecționată din plastic rezistent, fiind destinată utilizării la exterior, pentru curățarea curților și </w:t>
            </w:r>
            <w:proofErr w:type="gramStart"/>
            <w:r w:rsidRPr="00394675">
              <w:rPr>
                <w:rFonts w:eastAsia="Times New Roman" w:cs="Times New Roman"/>
                <w:sz w:val="22"/>
              </w:rPr>
              <w:t>a</w:t>
            </w:r>
            <w:proofErr w:type="gramEnd"/>
            <w:r w:rsidRPr="00394675">
              <w:rPr>
                <w:rFonts w:eastAsia="Times New Roman" w:cs="Times New Roman"/>
                <w:sz w:val="22"/>
              </w:rPr>
              <w:t xml:space="preserve"> altor suprafețe din spațiile deschise.</w:t>
            </w:r>
          </w:p>
        </w:tc>
        <w:tc>
          <w:tcPr>
            <w:tcW w:w="2004" w:type="dxa"/>
            <w:vAlign w:val="center"/>
          </w:tcPr>
          <w:p w14:paraId="1A5438E7"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2C17A7BF"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7D737088" w14:textId="77777777">
        <w:trPr>
          <w:jc w:val="center"/>
        </w:trPr>
        <w:tc>
          <w:tcPr>
            <w:tcW w:w="2004" w:type="dxa"/>
            <w:vAlign w:val="center"/>
          </w:tcPr>
          <w:p w14:paraId="4DC60494" w14:textId="77777777" w:rsidR="00010986" w:rsidRPr="00394675" w:rsidRDefault="00071BD1">
            <w:pPr>
              <w:jc w:val="both"/>
              <w:rPr>
                <w:rFonts w:cs="Times New Roman"/>
                <w:sz w:val="22"/>
              </w:rPr>
            </w:pPr>
            <w:r w:rsidRPr="00394675">
              <w:rPr>
                <w:rFonts w:eastAsia="Times New Roman" w:cs="Times New Roman"/>
                <w:sz w:val="22"/>
              </w:rPr>
              <w:t>Mătură plată (interior)</w:t>
            </w:r>
          </w:p>
        </w:tc>
        <w:tc>
          <w:tcPr>
            <w:tcW w:w="2004" w:type="dxa"/>
            <w:vAlign w:val="center"/>
          </w:tcPr>
          <w:p w14:paraId="40AA8E1D"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6A1ABB09"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1E863392"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1D751FB7" w14:textId="77777777" w:rsidR="00010986" w:rsidRPr="00394675" w:rsidRDefault="00071BD1">
            <w:pPr>
              <w:jc w:val="both"/>
              <w:rPr>
                <w:rFonts w:cs="Times New Roman"/>
                <w:sz w:val="22"/>
              </w:rPr>
            </w:pPr>
            <w:r w:rsidRPr="00394675">
              <w:rPr>
                <w:rFonts w:eastAsia="Times New Roman" w:cs="Times New Roman"/>
                <w:sz w:val="22"/>
              </w:rPr>
              <w:t>Mătura plată este confecționată din plastic și este destinată utilizării în interior, pentru curățarea podelelor și a suprafețelor interioare.</w:t>
            </w:r>
          </w:p>
        </w:tc>
        <w:tc>
          <w:tcPr>
            <w:tcW w:w="2004" w:type="dxa"/>
            <w:vAlign w:val="center"/>
          </w:tcPr>
          <w:p w14:paraId="314E6162"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26FAC565"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260EE35A" w14:textId="77777777">
        <w:trPr>
          <w:jc w:val="center"/>
        </w:trPr>
        <w:tc>
          <w:tcPr>
            <w:tcW w:w="2004" w:type="dxa"/>
            <w:vAlign w:val="center"/>
          </w:tcPr>
          <w:p w14:paraId="50B0FE20" w14:textId="77777777" w:rsidR="00010986" w:rsidRPr="00394675" w:rsidRDefault="00071BD1">
            <w:pPr>
              <w:jc w:val="both"/>
              <w:rPr>
                <w:rFonts w:cs="Times New Roman"/>
                <w:sz w:val="22"/>
              </w:rPr>
            </w:pPr>
            <w:r w:rsidRPr="00394675">
              <w:rPr>
                <w:rFonts w:eastAsia="Times New Roman" w:cs="Times New Roman"/>
                <w:sz w:val="22"/>
              </w:rPr>
              <w:t>Ventuza pentru desfundarea WC</w:t>
            </w:r>
          </w:p>
        </w:tc>
        <w:tc>
          <w:tcPr>
            <w:tcW w:w="2004" w:type="dxa"/>
            <w:vAlign w:val="center"/>
          </w:tcPr>
          <w:p w14:paraId="3112010B"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1ABEE0A9"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27BD68D2"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286B0753" w14:textId="77777777" w:rsidR="00010986" w:rsidRPr="00394675" w:rsidRDefault="00071BD1">
            <w:pPr>
              <w:jc w:val="both"/>
              <w:rPr>
                <w:rFonts w:cs="Times New Roman"/>
                <w:sz w:val="22"/>
              </w:rPr>
            </w:pPr>
            <w:r w:rsidRPr="00394675">
              <w:rPr>
                <w:rFonts w:eastAsia="Times New Roman" w:cs="Times New Roman"/>
                <w:sz w:val="22"/>
              </w:rPr>
              <w:t xml:space="preserve">Ventuza pentru desfundat WC-uri din cauciuc gros cu mâner din lemn este un instrument sanitar manual, cu cupă de cauciuc elastic de diametru mare pentru etanșare eficientă, corp rezistent la </w:t>
            </w:r>
            <w:r w:rsidRPr="00394675">
              <w:rPr>
                <w:rFonts w:eastAsia="Times New Roman" w:cs="Times New Roman"/>
                <w:sz w:val="22"/>
              </w:rPr>
              <w:lastRenderedPageBreak/>
              <w:t>deformare și uz intens, mâner ergonomic din lemn dur, destinată generării de presiune și vacuum pentru desfundarea vaselor WC și a conductelor de evacuare.</w:t>
            </w:r>
          </w:p>
        </w:tc>
        <w:tc>
          <w:tcPr>
            <w:tcW w:w="2004" w:type="dxa"/>
            <w:vAlign w:val="center"/>
          </w:tcPr>
          <w:p w14:paraId="2D04B61F" w14:textId="77777777" w:rsidR="00010986" w:rsidRPr="00394675" w:rsidRDefault="00071BD1">
            <w:pPr>
              <w:jc w:val="both"/>
              <w:rPr>
                <w:rFonts w:cs="Times New Roman"/>
                <w:sz w:val="22"/>
              </w:rPr>
            </w:pPr>
            <w:r w:rsidRPr="00394675">
              <w:rPr>
                <w:rFonts w:eastAsia="Times New Roman" w:cs="Times New Roman"/>
                <w:sz w:val="22"/>
              </w:rPr>
              <w:lastRenderedPageBreak/>
              <w:t>[se completează de ofertant]</w:t>
            </w:r>
          </w:p>
        </w:tc>
        <w:tc>
          <w:tcPr>
            <w:tcW w:w="2004" w:type="dxa"/>
            <w:vAlign w:val="center"/>
          </w:tcPr>
          <w:p w14:paraId="28CB9B3B"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5BF8827C" w14:textId="77777777">
        <w:trPr>
          <w:jc w:val="center"/>
        </w:trPr>
        <w:tc>
          <w:tcPr>
            <w:tcW w:w="2004" w:type="dxa"/>
            <w:vAlign w:val="center"/>
          </w:tcPr>
          <w:p w14:paraId="2434C106" w14:textId="77777777" w:rsidR="00010986" w:rsidRPr="00394675" w:rsidRDefault="00071BD1">
            <w:pPr>
              <w:jc w:val="both"/>
              <w:rPr>
                <w:rFonts w:cs="Times New Roman"/>
                <w:sz w:val="22"/>
              </w:rPr>
            </w:pPr>
            <w:r w:rsidRPr="00394675">
              <w:rPr>
                <w:rFonts w:eastAsia="Times New Roman" w:cs="Times New Roman"/>
                <w:sz w:val="22"/>
              </w:rPr>
              <w:t>Perie pentru vopsea</w:t>
            </w:r>
          </w:p>
        </w:tc>
        <w:tc>
          <w:tcPr>
            <w:tcW w:w="2004" w:type="dxa"/>
            <w:vAlign w:val="center"/>
          </w:tcPr>
          <w:p w14:paraId="16DDC80B"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554FFEB3"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78EAF569"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68D5BBEC" w14:textId="77777777" w:rsidR="00010986" w:rsidRPr="00394675" w:rsidRDefault="00071BD1">
            <w:pPr>
              <w:jc w:val="both"/>
              <w:rPr>
                <w:rFonts w:cs="Times New Roman"/>
                <w:sz w:val="22"/>
              </w:rPr>
            </w:pPr>
            <w:r w:rsidRPr="00394675">
              <w:rPr>
                <w:rFonts w:eastAsia="Times New Roman" w:cs="Times New Roman"/>
                <w:sz w:val="22"/>
              </w:rPr>
              <w:t>Peria pentru vopsea are lățimea de 5-10 cm și este prevăzută cu coadă din lemn, fiind destinată aplicării vopselelor pe diverse suprafețe.</w:t>
            </w:r>
          </w:p>
        </w:tc>
        <w:tc>
          <w:tcPr>
            <w:tcW w:w="2004" w:type="dxa"/>
            <w:vAlign w:val="center"/>
          </w:tcPr>
          <w:p w14:paraId="6A973375"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459E10D5"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6107818D" w14:textId="77777777">
        <w:trPr>
          <w:jc w:val="center"/>
        </w:trPr>
        <w:tc>
          <w:tcPr>
            <w:tcW w:w="2004" w:type="dxa"/>
            <w:vAlign w:val="center"/>
          </w:tcPr>
          <w:p w14:paraId="67B2B758" w14:textId="77777777" w:rsidR="00010986" w:rsidRPr="00394675" w:rsidRDefault="00071BD1">
            <w:pPr>
              <w:jc w:val="both"/>
              <w:rPr>
                <w:rFonts w:cs="Times New Roman"/>
                <w:sz w:val="22"/>
              </w:rPr>
            </w:pPr>
            <w:r w:rsidRPr="00394675">
              <w:rPr>
                <w:rFonts w:eastAsia="Times New Roman" w:cs="Times New Roman"/>
                <w:sz w:val="22"/>
              </w:rPr>
              <w:t>Dispenser hârtie WC pentru raioane</w:t>
            </w:r>
          </w:p>
        </w:tc>
        <w:tc>
          <w:tcPr>
            <w:tcW w:w="2004" w:type="dxa"/>
            <w:vAlign w:val="center"/>
          </w:tcPr>
          <w:p w14:paraId="4E30A52D"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3B3D9301"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443D572B"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0045E33E" w14:textId="77777777" w:rsidR="00010986" w:rsidRPr="00394675" w:rsidRDefault="00071BD1">
            <w:pPr>
              <w:jc w:val="both"/>
              <w:rPr>
                <w:rFonts w:cs="Times New Roman"/>
                <w:sz w:val="22"/>
              </w:rPr>
            </w:pPr>
            <w:r w:rsidRPr="00394675">
              <w:rPr>
                <w:rFonts w:eastAsia="Times New Roman" w:cs="Times New Roman"/>
                <w:sz w:val="22"/>
              </w:rPr>
              <w:t xml:space="preserve">Dispenser pentru hârtie igienică tip Jumbo, montare pe perete, confecționat din plastic ABS rezistent, prevăzut cu sistem de închidere cu cheie și vizor pentru </w:t>
            </w:r>
            <w:r w:rsidRPr="00394675">
              <w:rPr>
                <w:rFonts w:eastAsia="Times New Roman" w:cs="Times New Roman"/>
                <w:sz w:val="22"/>
              </w:rPr>
              <w:lastRenderedPageBreak/>
              <w:t>monitorizarea consumului.</w:t>
            </w:r>
          </w:p>
        </w:tc>
        <w:tc>
          <w:tcPr>
            <w:tcW w:w="2004" w:type="dxa"/>
            <w:vAlign w:val="center"/>
          </w:tcPr>
          <w:p w14:paraId="142B741A" w14:textId="77777777" w:rsidR="00010986" w:rsidRPr="00394675" w:rsidRDefault="00071BD1">
            <w:pPr>
              <w:jc w:val="both"/>
              <w:rPr>
                <w:rFonts w:cs="Times New Roman"/>
                <w:sz w:val="22"/>
              </w:rPr>
            </w:pPr>
            <w:r w:rsidRPr="00394675">
              <w:rPr>
                <w:rFonts w:eastAsia="Times New Roman" w:cs="Times New Roman"/>
                <w:sz w:val="22"/>
              </w:rPr>
              <w:lastRenderedPageBreak/>
              <w:t>[se completează de ofertant]</w:t>
            </w:r>
          </w:p>
        </w:tc>
        <w:tc>
          <w:tcPr>
            <w:tcW w:w="2004" w:type="dxa"/>
            <w:vAlign w:val="center"/>
          </w:tcPr>
          <w:p w14:paraId="6211D439"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7D16FE18" w14:textId="77777777">
        <w:trPr>
          <w:jc w:val="center"/>
        </w:trPr>
        <w:tc>
          <w:tcPr>
            <w:tcW w:w="2004" w:type="dxa"/>
            <w:vAlign w:val="center"/>
          </w:tcPr>
          <w:p w14:paraId="7801F162" w14:textId="77777777" w:rsidR="00010986" w:rsidRPr="00394675" w:rsidRDefault="00071BD1">
            <w:pPr>
              <w:jc w:val="both"/>
              <w:rPr>
                <w:rFonts w:cs="Times New Roman"/>
                <w:sz w:val="22"/>
              </w:rPr>
            </w:pPr>
            <w:r w:rsidRPr="00394675">
              <w:rPr>
                <w:rFonts w:eastAsia="Times New Roman" w:cs="Times New Roman"/>
                <w:sz w:val="22"/>
              </w:rPr>
              <w:t>Dispenser prosoape hârtie pentru raioane</w:t>
            </w:r>
          </w:p>
        </w:tc>
        <w:tc>
          <w:tcPr>
            <w:tcW w:w="2004" w:type="dxa"/>
            <w:vAlign w:val="center"/>
          </w:tcPr>
          <w:p w14:paraId="7D9643C5"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08B2D07C"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4EF4D886"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22235E5B" w14:textId="77777777" w:rsidR="00010986" w:rsidRPr="00394675" w:rsidRDefault="00071BD1">
            <w:pPr>
              <w:jc w:val="both"/>
              <w:rPr>
                <w:rFonts w:cs="Times New Roman"/>
                <w:sz w:val="22"/>
              </w:rPr>
            </w:pPr>
            <w:r w:rsidRPr="00394675">
              <w:rPr>
                <w:rFonts w:eastAsia="Times New Roman" w:cs="Times New Roman"/>
                <w:sz w:val="22"/>
              </w:rPr>
              <w:t>Dispenserul pentru prosoape de hârtie este confecționat din plastic rezistent, prevăzut cu fereastră transparentă pentru monitorizarea nivelului de consum, compatibil cu prosoape pliate tip Z având dimensiuni aproximative de 30x34x14,5 cm și garanție minimă de 12 luni.</w:t>
            </w:r>
          </w:p>
        </w:tc>
        <w:tc>
          <w:tcPr>
            <w:tcW w:w="2004" w:type="dxa"/>
            <w:vAlign w:val="center"/>
          </w:tcPr>
          <w:p w14:paraId="41E77C16"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68902637"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537F1735" w14:textId="77777777">
        <w:trPr>
          <w:jc w:val="center"/>
        </w:trPr>
        <w:tc>
          <w:tcPr>
            <w:tcW w:w="2004" w:type="dxa"/>
            <w:vAlign w:val="center"/>
          </w:tcPr>
          <w:p w14:paraId="761ED10E" w14:textId="77777777" w:rsidR="00010986" w:rsidRPr="00394675" w:rsidRDefault="00071BD1">
            <w:pPr>
              <w:jc w:val="both"/>
              <w:rPr>
                <w:rFonts w:cs="Times New Roman"/>
                <w:sz w:val="22"/>
              </w:rPr>
            </w:pPr>
            <w:r w:rsidRPr="00394675">
              <w:rPr>
                <w:rFonts w:eastAsia="Times New Roman" w:cs="Times New Roman"/>
                <w:sz w:val="22"/>
              </w:rPr>
              <w:t>Coadă pentru mop</w:t>
            </w:r>
          </w:p>
        </w:tc>
        <w:tc>
          <w:tcPr>
            <w:tcW w:w="2004" w:type="dxa"/>
            <w:vAlign w:val="center"/>
          </w:tcPr>
          <w:p w14:paraId="17470D7C"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1BDD0A38"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09DDB45A"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195CA868" w14:textId="77777777" w:rsidR="00010986" w:rsidRPr="00394675" w:rsidRDefault="00071BD1">
            <w:pPr>
              <w:jc w:val="both"/>
              <w:rPr>
                <w:rFonts w:cs="Times New Roman"/>
                <w:sz w:val="22"/>
              </w:rPr>
            </w:pPr>
            <w:r w:rsidRPr="00394675">
              <w:rPr>
                <w:rFonts w:eastAsia="Times New Roman" w:cs="Times New Roman"/>
                <w:sz w:val="22"/>
              </w:rPr>
              <w:t>Confecționată din aluminiu, metal sau lemn lăcuit, lungime aproximativ 120-140 cm, compatibilă cu mopurile ofertate.</w:t>
            </w:r>
          </w:p>
        </w:tc>
        <w:tc>
          <w:tcPr>
            <w:tcW w:w="2004" w:type="dxa"/>
            <w:vAlign w:val="center"/>
          </w:tcPr>
          <w:p w14:paraId="12B54ABE"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50010DE6"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3FE0055F" w14:textId="77777777">
        <w:trPr>
          <w:jc w:val="center"/>
        </w:trPr>
        <w:tc>
          <w:tcPr>
            <w:tcW w:w="2004" w:type="dxa"/>
            <w:vAlign w:val="center"/>
          </w:tcPr>
          <w:p w14:paraId="4DAA203F" w14:textId="77777777" w:rsidR="00010986" w:rsidRPr="00394675" w:rsidRDefault="00071BD1">
            <w:pPr>
              <w:jc w:val="both"/>
              <w:rPr>
                <w:rFonts w:cs="Times New Roman"/>
                <w:sz w:val="22"/>
              </w:rPr>
            </w:pPr>
            <w:r w:rsidRPr="00394675">
              <w:rPr>
                <w:rFonts w:eastAsia="Times New Roman" w:cs="Times New Roman"/>
                <w:sz w:val="22"/>
              </w:rPr>
              <w:lastRenderedPageBreak/>
              <w:t>Mop</w:t>
            </w:r>
          </w:p>
        </w:tc>
        <w:tc>
          <w:tcPr>
            <w:tcW w:w="2004" w:type="dxa"/>
            <w:vAlign w:val="center"/>
          </w:tcPr>
          <w:p w14:paraId="12A4027B"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38FFEA3F"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4CCA4A41"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078F7184" w14:textId="77777777" w:rsidR="00010986" w:rsidRPr="00394675" w:rsidRDefault="00071BD1">
            <w:pPr>
              <w:jc w:val="both"/>
              <w:rPr>
                <w:rFonts w:cs="Times New Roman"/>
                <w:sz w:val="22"/>
              </w:rPr>
            </w:pPr>
            <w:r w:rsidRPr="00394675">
              <w:rPr>
                <w:rFonts w:eastAsia="Times New Roman" w:cs="Times New Roman"/>
                <w:sz w:val="22"/>
              </w:rPr>
              <w:t>Mop profesional din microfibră, lavabil, destinat curățării umede a pardoselilor, compatibil cu suportul și coada ofertată.</w:t>
            </w:r>
          </w:p>
        </w:tc>
        <w:tc>
          <w:tcPr>
            <w:tcW w:w="2004" w:type="dxa"/>
            <w:vAlign w:val="center"/>
          </w:tcPr>
          <w:p w14:paraId="25027686"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6A89B48A"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6AD6DB3F" w14:textId="77777777">
        <w:trPr>
          <w:jc w:val="center"/>
        </w:trPr>
        <w:tc>
          <w:tcPr>
            <w:tcW w:w="2004" w:type="dxa"/>
            <w:vAlign w:val="center"/>
          </w:tcPr>
          <w:p w14:paraId="103AF54A" w14:textId="77777777" w:rsidR="00010986" w:rsidRPr="00394675" w:rsidRDefault="00071BD1">
            <w:pPr>
              <w:jc w:val="both"/>
              <w:rPr>
                <w:rFonts w:cs="Times New Roman"/>
                <w:sz w:val="22"/>
              </w:rPr>
            </w:pPr>
            <w:r w:rsidRPr="00394675">
              <w:rPr>
                <w:rFonts w:eastAsia="Times New Roman" w:cs="Times New Roman"/>
                <w:sz w:val="22"/>
              </w:rPr>
              <w:t>Mătură mălai</w:t>
            </w:r>
          </w:p>
        </w:tc>
        <w:tc>
          <w:tcPr>
            <w:tcW w:w="2004" w:type="dxa"/>
            <w:vAlign w:val="center"/>
          </w:tcPr>
          <w:p w14:paraId="40E0E150"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0E309434"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78B25612"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6C9CDFCE" w14:textId="77777777" w:rsidR="00010986" w:rsidRPr="00394675" w:rsidRDefault="00071BD1">
            <w:pPr>
              <w:jc w:val="both"/>
              <w:rPr>
                <w:rFonts w:cs="Times New Roman"/>
                <w:sz w:val="22"/>
              </w:rPr>
            </w:pPr>
            <w:r w:rsidRPr="00394675">
              <w:rPr>
                <w:rFonts w:eastAsia="Times New Roman" w:cs="Times New Roman"/>
                <w:sz w:val="22"/>
              </w:rPr>
              <w:t>Confecționată din fibre naturale de mălai, destinată curățării suprafețelor uscate, cu lungimea aproximativă de 25-35 cm, lățimea de 5-10 cm, rezistentă la utilizare zilnică, cu mâner din lemn sau plastic, ușoară și ergonomică, potrivită pentru curățenia interioară și exterioară.</w:t>
            </w:r>
          </w:p>
        </w:tc>
        <w:tc>
          <w:tcPr>
            <w:tcW w:w="2004" w:type="dxa"/>
            <w:vAlign w:val="center"/>
          </w:tcPr>
          <w:p w14:paraId="5942D7FF"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74653CB5"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5D342ED6" w14:textId="77777777">
        <w:trPr>
          <w:jc w:val="center"/>
        </w:trPr>
        <w:tc>
          <w:tcPr>
            <w:tcW w:w="2004" w:type="dxa"/>
            <w:vAlign w:val="center"/>
          </w:tcPr>
          <w:p w14:paraId="4FA5E484" w14:textId="77777777" w:rsidR="00010986" w:rsidRPr="00394675" w:rsidRDefault="00071BD1">
            <w:pPr>
              <w:jc w:val="both"/>
              <w:rPr>
                <w:rFonts w:cs="Times New Roman"/>
                <w:sz w:val="22"/>
              </w:rPr>
            </w:pPr>
            <w:r w:rsidRPr="00394675">
              <w:rPr>
                <w:rFonts w:eastAsia="Times New Roman" w:cs="Times New Roman"/>
                <w:sz w:val="22"/>
              </w:rPr>
              <w:t>Racleta pentru curățarea geamurilor</w:t>
            </w:r>
          </w:p>
        </w:tc>
        <w:tc>
          <w:tcPr>
            <w:tcW w:w="2004" w:type="dxa"/>
            <w:vAlign w:val="center"/>
          </w:tcPr>
          <w:p w14:paraId="2A3C73B2"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6C2F4209"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6C055352"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235A5AF7" w14:textId="77777777" w:rsidR="00010986" w:rsidRPr="00394675" w:rsidRDefault="00071BD1">
            <w:pPr>
              <w:jc w:val="both"/>
              <w:rPr>
                <w:rFonts w:cs="Times New Roman"/>
                <w:sz w:val="22"/>
              </w:rPr>
            </w:pPr>
            <w:r w:rsidRPr="00394675">
              <w:rPr>
                <w:rFonts w:eastAsia="Times New Roman" w:cs="Times New Roman"/>
                <w:sz w:val="22"/>
              </w:rPr>
              <w:t xml:space="preserve">Instrument destinat curățării și ștergerii suprafețelor vitrate, confecționat din </w:t>
            </w:r>
            <w:r w:rsidRPr="00394675">
              <w:rPr>
                <w:rFonts w:eastAsia="Times New Roman" w:cs="Times New Roman"/>
                <w:sz w:val="22"/>
              </w:rPr>
              <w:lastRenderedPageBreak/>
              <w:t>plastic rezistent sau metal, prevăzut cu lamă din cauciuc pentru eliminarea apei și a murdăriei de pe sticlă, lungimea mânerului aproximativ 150 cm, lățimea lamei circa 20-35 cm, ușor, ergonomic și reutilizabil.</w:t>
            </w:r>
          </w:p>
        </w:tc>
        <w:tc>
          <w:tcPr>
            <w:tcW w:w="2004" w:type="dxa"/>
            <w:vAlign w:val="center"/>
          </w:tcPr>
          <w:p w14:paraId="5C60780A" w14:textId="77777777" w:rsidR="00010986" w:rsidRPr="00394675" w:rsidRDefault="00071BD1">
            <w:pPr>
              <w:jc w:val="both"/>
              <w:rPr>
                <w:rFonts w:cs="Times New Roman"/>
                <w:sz w:val="22"/>
              </w:rPr>
            </w:pPr>
            <w:r w:rsidRPr="00394675">
              <w:rPr>
                <w:rFonts w:eastAsia="Times New Roman" w:cs="Times New Roman"/>
                <w:sz w:val="22"/>
              </w:rPr>
              <w:lastRenderedPageBreak/>
              <w:t>[se completează de ofertant]</w:t>
            </w:r>
          </w:p>
        </w:tc>
        <w:tc>
          <w:tcPr>
            <w:tcW w:w="2004" w:type="dxa"/>
            <w:vAlign w:val="center"/>
          </w:tcPr>
          <w:p w14:paraId="7BEA0E51" w14:textId="77777777" w:rsidR="00010986" w:rsidRPr="00394675" w:rsidRDefault="00071BD1">
            <w:pPr>
              <w:jc w:val="both"/>
              <w:rPr>
                <w:rFonts w:cs="Times New Roman"/>
                <w:sz w:val="22"/>
              </w:rPr>
            </w:pPr>
            <w:r w:rsidRPr="00394675">
              <w:rPr>
                <w:rFonts w:eastAsia="Times New Roman" w:cs="Times New Roman"/>
                <w:sz w:val="22"/>
              </w:rPr>
              <w:t xml:space="preserve">Conform cerințelor tehnice, documente de </w:t>
            </w:r>
            <w:r w:rsidRPr="00394675">
              <w:rPr>
                <w:rFonts w:eastAsia="Times New Roman" w:cs="Times New Roman"/>
                <w:sz w:val="22"/>
              </w:rPr>
              <w:lastRenderedPageBreak/>
              <w:t>conformitate/calitate, după caz</w:t>
            </w:r>
          </w:p>
        </w:tc>
      </w:tr>
      <w:tr w:rsidR="00010986" w:rsidRPr="00394675" w14:paraId="3B4A44CA" w14:textId="77777777">
        <w:trPr>
          <w:jc w:val="center"/>
        </w:trPr>
        <w:tc>
          <w:tcPr>
            <w:tcW w:w="2004" w:type="dxa"/>
            <w:vAlign w:val="center"/>
          </w:tcPr>
          <w:p w14:paraId="35F5B9DC" w14:textId="77777777" w:rsidR="00010986" w:rsidRPr="00394675" w:rsidRDefault="00071BD1">
            <w:pPr>
              <w:jc w:val="both"/>
              <w:rPr>
                <w:rFonts w:cs="Times New Roman"/>
                <w:sz w:val="22"/>
              </w:rPr>
            </w:pPr>
            <w:r w:rsidRPr="00394675">
              <w:rPr>
                <w:rFonts w:eastAsia="Times New Roman" w:cs="Times New Roman"/>
                <w:sz w:val="22"/>
              </w:rPr>
              <w:t>Set făraș cu perie industrială</w:t>
            </w:r>
          </w:p>
        </w:tc>
        <w:tc>
          <w:tcPr>
            <w:tcW w:w="2004" w:type="dxa"/>
            <w:vAlign w:val="center"/>
          </w:tcPr>
          <w:p w14:paraId="2EE7F8E7"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14447071"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209A4D35"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5A90BFE5" w14:textId="77777777" w:rsidR="00010986" w:rsidRPr="00394675" w:rsidRDefault="00071BD1">
            <w:pPr>
              <w:jc w:val="both"/>
              <w:rPr>
                <w:rFonts w:cs="Times New Roman"/>
                <w:sz w:val="22"/>
              </w:rPr>
            </w:pPr>
            <w:r w:rsidRPr="00394675">
              <w:rPr>
                <w:rFonts w:eastAsia="Times New Roman" w:cs="Times New Roman"/>
                <w:sz w:val="22"/>
              </w:rPr>
              <w:t>Set compus din făraș industrial din plastic dur și perie industrială cu peri sintetici, ambele cu mânere lungi și ergonomice, rezistente la uzură și potrivite pentru colectarea murdăriei pe pardoseli diverse, materiale durabile, stabile și ușor de întreținut.</w:t>
            </w:r>
          </w:p>
        </w:tc>
        <w:tc>
          <w:tcPr>
            <w:tcW w:w="2004" w:type="dxa"/>
            <w:vAlign w:val="center"/>
          </w:tcPr>
          <w:p w14:paraId="7E1EA5A1"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78C511D6"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2785E6ED" w14:textId="77777777">
        <w:trPr>
          <w:jc w:val="center"/>
        </w:trPr>
        <w:tc>
          <w:tcPr>
            <w:tcW w:w="2004" w:type="dxa"/>
            <w:vAlign w:val="center"/>
          </w:tcPr>
          <w:p w14:paraId="2B3DD193" w14:textId="77777777" w:rsidR="00010986" w:rsidRPr="00394675" w:rsidRDefault="00071BD1">
            <w:pPr>
              <w:jc w:val="both"/>
              <w:rPr>
                <w:rFonts w:cs="Times New Roman"/>
                <w:sz w:val="22"/>
              </w:rPr>
            </w:pPr>
            <w:r w:rsidRPr="00394675">
              <w:rPr>
                <w:rFonts w:eastAsia="Times New Roman" w:cs="Times New Roman"/>
                <w:sz w:val="22"/>
              </w:rPr>
              <w:lastRenderedPageBreak/>
              <w:t>Mănuși lucru</w:t>
            </w:r>
          </w:p>
        </w:tc>
        <w:tc>
          <w:tcPr>
            <w:tcW w:w="2004" w:type="dxa"/>
            <w:vAlign w:val="center"/>
          </w:tcPr>
          <w:p w14:paraId="7D9DC638"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28CA6009"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76D2FF53"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179A0CFD" w14:textId="77777777" w:rsidR="00010986" w:rsidRPr="00394675" w:rsidRDefault="00071BD1">
            <w:pPr>
              <w:jc w:val="both"/>
              <w:rPr>
                <w:rFonts w:cs="Times New Roman"/>
                <w:sz w:val="22"/>
              </w:rPr>
            </w:pPr>
            <w:r w:rsidRPr="00394675">
              <w:rPr>
                <w:rFonts w:eastAsia="Times New Roman" w:cs="Times New Roman"/>
                <w:sz w:val="22"/>
              </w:rPr>
              <w:t>Mănușile de lucru din bumbac sunt confecționate din bumbac 100%, tricotate fără cusături, cu greutatea aproximativă de 40-60 g/pereche, de culoare albă, crem sau gri deschis, prevăzute cu manșetă elastică, asigurând aerisirea mâinii și fiind destinate lucrărilor ușoare de manipulare.</w:t>
            </w:r>
          </w:p>
        </w:tc>
        <w:tc>
          <w:tcPr>
            <w:tcW w:w="2004" w:type="dxa"/>
            <w:vAlign w:val="center"/>
          </w:tcPr>
          <w:p w14:paraId="0BF106E0"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38A1855C"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6A6172BF" w14:textId="77777777">
        <w:trPr>
          <w:jc w:val="center"/>
        </w:trPr>
        <w:tc>
          <w:tcPr>
            <w:tcW w:w="2004" w:type="dxa"/>
            <w:vAlign w:val="center"/>
          </w:tcPr>
          <w:p w14:paraId="56F8D708" w14:textId="77777777" w:rsidR="00010986" w:rsidRPr="00394675" w:rsidRDefault="00071BD1">
            <w:pPr>
              <w:jc w:val="both"/>
              <w:rPr>
                <w:rFonts w:cs="Times New Roman"/>
                <w:sz w:val="22"/>
              </w:rPr>
            </w:pPr>
            <w:r w:rsidRPr="00394675">
              <w:rPr>
                <w:rFonts w:eastAsia="Times New Roman" w:cs="Times New Roman"/>
                <w:sz w:val="22"/>
              </w:rPr>
              <w:t>Dozator de săpun-spumă</w:t>
            </w:r>
          </w:p>
        </w:tc>
        <w:tc>
          <w:tcPr>
            <w:tcW w:w="2004" w:type="dxa"/>
            <w:vAlign w:val="center"/>
          </w:tcPr>
          <w:p w14:paraId="235E2BF1"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6EC894D0"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2001EEB8"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052FC5C4" w14:textId="77777777" w:rsidR="00010986" w:rsidRPr="00394675" w:rsidRDefault="00071BD1">
            <w:pPr>
              <w:jc w:val="both"/>
              <w:rPr>
                <w:rFonts w:cs="Times New Roman"/>
                <w:sz w:val="22"/>
              </w:rPr>
            </w:pPr>
            <w:r w:rsidRPr="00394675">
              <w:rPr>
                <w:rFonts w:eastAsia="Times New Roman" w:cs="Times New Roman"/>
                <w:sz w:val="22"/>
              </w:rPr>
              <w:t xml:space="preserve">Dozatorul de săpun lichid/spumă este un dispenser mecanic pentru montare pe perete, cu </w:t>
            </w:r>
            <w:proofErr w:type="gramStart"/>
            <w:r w:rsidRPr="00394675">
              <w:rPr>
                <w:rFonts w:eastAsia="Times New Roman" w:cs="Times New Roman"/>
                <w:sz w:val="22"/>
              </w:rPr>
              <w:t>capacitate</w:t>
            </w:r>
            <w:proofErr w:type="gramEnd"/>
            <w:r w:rsidRPr="00394675">
              <w:rPr>
                <w:rFonts w:eastAsia="Times New Roman" w:cs="Times New Roman"/>
                <w:sz w:val="22"/>
              </w:rPr>
              <w:t xml:space="preserve"> de aproximativ 1000 ml, confecționat din plastic ABS rezistent, prevăzut cu pompă manuală </w:t>
            </w:r>
            <w:r w:rsidRPr="00394675">
              <w:rPr>
                <w:rFonts w:eastAsia="Times New Roman" w:cs="Times New Roman"/>
                <w:sz w:val="22"/>
              </w:rPr>
              <w:lastRenderedPageBreak/>
              <w:t>și sistem de închidere cu cheie, destinat utilizării în spații casnice și instituționale.</w:t>
            </w:r>
          </w:p>
        </w:tc>
        <w:tc>
          <w:tcPr>
            <w:tcW w:w="2004" w:type="dxa"/>
            <w:vAlign w:val="center"/>
          </w:tcPr>
          <w:p w14:paraId="14C2972B" w14:textId="77777777" w:rsidR="00010986" w:rsidRPr="00394675" w:rsidRDefault="00071BD1">
            <w:pPr>
              <w:jc w:val="both"/>
              <w:rPr>
                <w:rFonts w:cs="Times New Roman"/>
                <w:sz w:val="22"/>
              </w:rPr>
            </w:pPr>
            <w:r w:rsidRPr="00394675">
              <w:rPr>
                <w:rFonts w:eastAsia="Times New Roman" w:cs="Times New Roman"/>
                <w:sz w:val="22"/>
              </w:rPr>
              <w:lastRenderedPageBreak/>
              <w:t>[se completează de ofertant]</w:t>
            </w:r>
          </w:p>
        </w:tc>
        <w:tc>
          <w:tcPr>
            <w:tcW w:w="2004" w:type="dxa"/>
            <w:vAlign w:val="center"/>
          </w:tcPr>
          <w:p w14:paraId="082E117C"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20A7872E" w14:textId="77777777">
        <w:trPr>
          <w:jc w:val="center"/>
        </w:trPr>
        <w:tc>
          <w:tcPr>
            <w:tcW w:w="2004" w:type="dxa"/>
            <w:vAlign w:val="center"/>
          </w:tcPr>
          <w:p w14:paraId="377C0C23" w14:textId="77777777" w:rsidR="00010986" w:rsidRPr="00394675" w:rsidRDefault="00071BD1">
            <w:pPr>
              <w:jc w:val="both"/>
              <w:rPr>
                <w:rFonts w:cs="Times New Roman"/>
                <w:sz w:val="22"/>
              </w:rPr>
            </w:pPr>
            <w:r w:rsidRPr="00394675">
              <w:rPr>
                <w:rFonts w:eastAsia="Times New Roman" w:cs="Times New Roman"/>
                <w:sz w:val="22"/>
              </w:rPr>
              <w:t>Coadă lopată</w:t>
            </w:r>
          </w:p>
        </w:tc>
        <w:tc>
          <w:tcPr>
            <w:tcW w:w="2004" w:type="dxa"/>
            <w:vAlign w:val="center"/>
          </w:tcPr>
          <w:p w14:paraId="2CEA7322"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394F9FB7"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3EAF0A72"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5C307E85" w14:textId="77777777" w:rsidR="00010986" w:rsidRPr="00394675" w:rsidRDefault="00071BD1">
            <w:pPr>
              <w:jc w:val="both"/>
              <w:rPr>
                <w:rFonts w:cs="Times New Roman"/>
                <w:sz w:val="22"/>
              </w:rPr>
            </w:pPr>
            <w:r w:rsidRPr="00394675">
              <w:rPr>
                <w:rFonts w:eastAsia="Times New Roman" w:cs="Times New Roman"/>
                <w:sz w:val="22"/>
              </w:rPr>
              <w:t>Coada pentru lopată este confecționată din lemn, având lungimea aproximativă de 1,5 m, fiind destinată montării pe lopată pentru lucrări gospodărești.</w:t>
            </w:r>
          </w:p>
        </w:tc>
        <w:tc>
          <w:tcPr>
            <w:tcW w:w="2004" w:type="dxa"/>
            <w:vAlign w:val="center"/>
          </w:tcPr>
          <w:p w14:paraId="4B729C9E"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06EF2D3F"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1905AB6E" w14:textId="77777777">
        <w:trPr>
          <w:jc w:val="center"/>
        </w:trPr>
        <w:tc>
          <w:tcPr>
            <w:tcW w:w="2004" w:type="dxa"/>
            <w:vAlign w:val="center"/>
          </w:tcPr>
          <w:p w14:paraId="55F9B984" w14:textId="77777777" w:rsidR="00010986" w:rsidRPr="00394675" w:rsidRDefault="00071BD1">
            <w:pPr>
              <w:jc w:val="both"/>
              <w:rPr>
                <w:rFonts w:cs="Times New Roman"/>
                <w:sz w:val="22"/>
              </w:rPr>
            </w:pPr>
            <w:r w:rsidRPr="00394675">
              <w:rPr>
                <w:rFonts w:eastAsia="Times New Roman" w:cs="Times New Roman"/>
                <w:sz w:val="22"/>
              </w:rPr>
              <w:t>Coadă sapă</w:t>
            </w:r>
          </w:p>
        </w:tc>
        <w:tc>
          <w:tcPr>
            <w:tcW w:w="2004" w:type="dxa"/>
            <w:vAlign w:val="center"/>
          </w:tcPr>
          <w:p w14:paraId="684ED391"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331760FB"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22F047F7"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77058CD8" w14:textId="77777777" w:rsidR="00010986" w:rsidRPr="00394675" w:rsidRDefault="00071BD1">
            <w:pPr>
              <w:jc w:val="both"/>
              <w:rPr>
                <w:rFonts w:cs="Times New Roman"/>
                <w:sz w:val="22"/>
              </w:rPr>
            </w:pPr>
            <w:r w:rsidRPr="00394675">
              <w:rPr>
                <w:rFonts w:eastAsia="Times New Roman" w:cs="Times New Roman"/>
                <w:sz w:val="22"/>
              </w:rPr>
              <w:t>Coada pentru sapă este confecționată din lemn, având lungimea aproximativă de 1,3 m, fiind destinată montării pe sapă pentru lucrări gospodărești.</w:t>
            </w:r>
          </w:p>
        </w:tc>
        <w:tc>
          <w:tcPr>
            <w:tcW w:w="2004" w:type="dxa"/>
            <w:vAlign w:val="center"/>
          </w:tcPr>
          <w:p w14:paraId="2AF92A90"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33E2A5F6"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74267F78" w14:textId="77777777">
        <w:trPr>
          <w:jc w:val="center"/>
        </w:trPr>
        <w:tc>
          <w:tcPr>
            <w:tcW w:w="2004" w:type="dxa"/>
            <w:vAlign w:val="center"/>
          </w:tcPr>
          <w:p w14:paraId="098E655E" w14:textId="77777777" w:rsidR="00010986" w:rsidRPr="00394675" w:rsidRDefault="00071BD1">
            <w:pPr>
              <w:jc w:val="both"/>
              <w:rPr>
                <w:rFonts w:cs="Times New Roman"/>
                <w:sz w:val="22"/>
              </w:rPr>
            </w:pPr>
            <w:r w:rsidRPr="00394675">
              <w:rPr>
                <w:rFonts w:eastAsia="Times New Roman" w:cs="Times New Roman"/>
                <w:sz w:val="22"/>
              </w:rPr>
              <w:t>Foarfece de grădină</w:t>
            </w:r>
          </w:p>
        </w:tc>
        <w:tc>
          <w:tcPr>
            <w:tcW w:w="2004" w:type="dxa"/>
            <w:vAlign w:val="center"/>
          </w:tcPr>
          <w:p w14:paraId="36D388C9"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6C33655A"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0AC421D6"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2152D733" w14:textId="77777777" w:rsidR="00010986" w:rsidRPr="00394675" w:rsidRDefault="00071BD1">
            <w:pPr>
              <w:jc w:val="both"/>
              <w:rPr>
                <w:rFonts w:cs="Times New Roman"/>
                <w:sz w:val="22"/>
              </w:rPr>
            </w:pPr>
            <w:r w:rsidRPr="00394675">
              <w:rPr>
                <w:rFonts w:eastAsia="Times New Roman" w:cs="Times New Roman"/>
                <w:sz w:val="22"/>
              </w:rPr>
              <w:t xml:space="preserve">Foarfecă de grădină cu lame din oțel durabil, mânere ergonomice cu blocare de siguranță </w:t>
            </w:r>
            <w:r w:rsidRPr="00394675">
              <w:rPr>
                <w:rFonts w:eastAsia="Times New Roman" w:cs="Times New Roman"/>
                <w:sz w:val="22"/>
              </w:rPr>
              <w:lastRenderedPageBreak/>
              <w:t>și diametru de tăiere până la aproximativ 20-50 mm.</w:t>
            </w:r>
          </w:p>
        </w:tc>
        <w:tc>
          <w:tcPr>
            <w:tcW w:w="2004" w:type="dxa"/>
            <w:vAlign w:val="center"/>
          </w:tcPr>
          <w:p w14:paraId="02168BCF" w14:textId="77777777" w:rsidR="00010986" w:rsidRPr="00394675" w:rsidRDefault="00071BD1">
            <w:pPr>
              <w:jc w:val="both"/>
              <w:rPr>
                <w:rFonts w:cs="Times New Roman"/>
                <w:sz w:val="22"/>
              </w:rPr>
            </w:pPr>
            <w:r w:rsidRPr="00394675">
              <w:rPr>
                <w:rFonts w:eastAsia="Times New Roman" w:cs="Times New Roman"/>
                <w:sz w:val="22"/>
              </w:rPr>
              <w:lastRenderedPageBreak/>
              <w:t>[se completează de ofertant]</w:t>
            </w:r>
          </w:p>
        </w:tc>
        <w:tc>
          <w:tcPr>
            <w:tcW w:w="2004" w:type="dxa"/>
            <w:vAlign w:val="center"/>
          </w:tcPr>
          <w:p w14:paraId="35FE343B" w14:textId="77777777" w:rsidR="00010986" w:rsidRPr="00394675" w:rsidRDefault="00071BD1">
            <w:pPr>
              <w:jc w:val="both"/>
              <w:rPr>
                <w:rFonts w:cs="Times New Roman"/>
                <w:sz w:val="22"/>
              </w:rPr>
            </w:pPr>
            <w:r w:rsidRPr="00394675">
              <w:rPr>
                <w:rFonts w:eastAsia="Times New Roman" w:cs="Times New Roman"/>
                <w:sz w:val="22"/>
              </w:rPr>
              <w:t xml:space="preserve">Conform cerințelor tehnice, documente de </w:t>
            </w:r>
            <w:r w:rsidRPr="00394675">
              <w:rPr>
                <w:rFonts w:eastAsia="Times New Roman" w:cs="Times New Roman"/>
                <w:sz w:val="22"/>
              </w:rPr>
              <w:lastRenderedPageBreak/>
              <w:t>conformitate/calitate, după caz</w:t>
            </w:r>
          </w:p>
        </w:tc>
      </w:tr>
      <w:tr w:rsidR="00010986" w:rsidRPr="00394675" w14:paraId="3D360CB8" w14:textId="77777777">
        <w:trPr>
          <w:jc w:val="center"/>
        </w:trPr>
        <w:tc>
          <w:tcPr>
            <w:tcW w:w="2004" w:type="dxa"/>
            <w:vAlign w:val="center"/>
          </w:tcPr>
          <w:p w14:paraId="03F50CBE" w14:textId="77777777" w:rsidR="00010986" w:rsidRPr="00394675" w:rsidRDefault="00071BD1">
            <w:pPr>
              <w:jc w:val="both"/>
              <w:rPr>
                <w:rFonts w:cs="Times New Roman"/>
                <w:sz w:val="22"/>
              </w:rPr>
            </w:pPr>
            <w:r w:rsidRPr="00394675">
              <w:rPr>
                <w:rFonts w:eastAsia="Times New Roman" w:cs="Times New Roman"/>
                <w:sz w:val="22"/>
              </w:rPr>
              <w:t>Greblă metalică reglabilă</w:t>
            </w:r>
          </w:p>
        </w:tc>
        <w:tc>
          <w:tcPr>
            <w:tcW w:w="2004" w:type="dxa"/>
            <w:vAlign w:val="center"/>
          </w:tcPr>
          <w:p w14:paraId="6AF68919"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0EF66724"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1DDF88A7"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238A2777" w14:textId="77777777" w:rsidR="00010986" w:rsidRPr="00394675" w:rsidRDefault="00071BD1">
            <w:pPr>
              <w:jc w:val="both"/>
              <w:rPr>
                <w:rFonts w:cs="Times New Roman"/>
                <w:sz w:val="22"/>
              </w:rPr>
            </w:pPr>
            <w:r w:rsidRPr="00394675">
              <w:rPr>
                <w:rFonts w:eastAsia="Times New Roman" w:cs="Times New Roman"/>
                <w:sz w:val="22"/>
              </w:rPr>
              <w:t>Grebla metalică este reglabilă, confecționată din metal, având lățimea de aproximativ 460 mm, fiind destinată lucrărilor de greblare și întreținere a spațiilor verzi.</w:t>
            </w:r>
          </w:p>
        </w:tc>
        <w:tc>
          <w:tcPr>
            <w:tcW w:w="2004" w:type="dxa"/>
            <w:vAlign w:val="center"/>
          </w:tcPr>
          <w:p w14:paraId="0618CDEF"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00A10B2A"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0D6C56DC" w14:textId="77777777">
        <w:trPr>
          <w:jc w:val="center"/>
        </w:trPr>
        <w:tc>
          <w:tcPr>
            <w:tcW w:w="2004" w:type="dxa"/>
            <w:vAlign w:val="center"/>
          </w:tcPr>
          <w:p w14:paraId="5D92CD1A" w14:textId="77777777" w:rsidR="00010986" w:rsidRPr="00394675" w:rsidRDefault="00071BD1">
            <w:pPr>
              <w:jc w:val="both"/>
              <w:rPr>
                <w:rFonts w:cs="Times New Roman"/>
                <w:sz w:val="22"/>
              </w:rPr>
            </w:pPr>
            <w:r w:rsidRPr="00394675">
              <w:rPr>
                <w:rFonts w:eastAsia="Times New Roman" w:cs="Times New Roman"/>
                <w:sz w:val="22"/>
              </w:rPr>
              <w:t>Ferestrău manual</w:t>
            </w:r>
          </w:p>
        </w:tc>
        <w:tc>
          <w:tcPr>
            <w:tcW w:w="2004" w:type="dxa"/>
            <w:vAlign w:val="center"/>
          </w:tcPr>
          <w:p w14:paraId="63D35714"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3DC0850A"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1DBCA441"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68F6205C" w14:textId="77777777" w:rsidR="00010986" w:rsidRPr="00394675" w:rsidRDefault="00071BD1">
            <w:pPr>
              <w:jc w:val="both"/>
              <w:rPr>
                <w:rFonts w:cs="Times New Roman"/>
                <w:sz w:val="22"/>
              </w:rPr>
            </w:pPr>
            <w:r w:rsidRPr="00394675">
              <w:rPr>
                <w:rFonts w:eastAsia="Times New Roman" w:cs="Times New Roman"/>
                <w:sz w:val="22"/>
              </w:rPr>
              <w:t>Ferăstrău manual pentru tăiere crengi cu lamă curbă din oțel călit de aproximativ 300 mm și dinți fini, mâner ergonomic anti-alunecare și teacă de protecție, ideal pentru tăieri precise ale crengilor cu diametrul de până la aproximativ 40 mm.</w:t>
            </w:r>
          </w:p>
        </w:tc>
        <w:tc>
          <w:tcPr>
            <w:tcW w:w="2004" w:type="dxa"/>
            <w:vAlign w:val="center"/>
          </w:tcPr>
          <w:p w14:paraId="454465F4"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6C081722"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52C24B87" w14:textId="77777777">
        <w:trPr>
          <w:jc w:val="center"/>
        </w:trPr>
        <w:tc>
          <w:tcPr>
            <w:tcW w:w="2004" w:type="dxa"/>
            <w:vAlign w:val="center"/>
          </w:tcPr>
          <w:p w14:paraId="104CF1CB" w14:textId="77777777" w:rsidR="00010986" w:rsidRPr="00394675" w:rsidRDefault="00071BD1">
            <w:pPr>
              <w:jc w:val="both"/>
              <w:rPr>
                <w:rFonts w:cs="Times New Roman"/>
                <w:sz w:val="22"/>
              </w:rPr>
            </w:pPr>
            <w:r w:rsidRPr="00394675">
              <w:rPr>
                <w:rFonts w:eastAsia="Times New Roman" w:cs="Times New Roman"/>
                <w:sz w:val="22"/>
              </w:rPr>
              <w:lastRenderedPageBreak/>
              <w:t>Roabă</w:t>
            </w:r>
          </w:p>
        </w:tc>
        <w:tc>
          <w:tcPr>
            <w:tcW w:w="2004" w:type="dxa"/>
            <w:vAlign w:val="center"/>
          </w:tcPr>
          <w:p w14:paraId="72E4B13D"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4A706FB7"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567A9160"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3727FE2C" w14:textId="77777777" w:rsidR="00010986" w:rsidRPr="00394675" w:rsidRDefault="00071BD1">
            <w:pPr>
              <w:jc w:val="both"/>
              <w:rPr>
                <w:rFonts w:cs="Times New Roman"/>
                <w:sz w:val="22"/>
              </w:rPr>
            </w:pPr>
            <w:r w:rsidRPr="00394675">
              <w:rPr>
                <w:rFonts w:eastAsia="Times New Roman" w:cs="Times New Roman"/>
                <w:sz w:val="22"/>
              </w:rPr>
              <w:t>Roabă pentru grădinărit cu capacitate 80-120 L, sarcină maximă 120-200 kg, cuvă din oțel galvanizat anticoroziv, cadru metalic sudat, roată pneumatică sau din cauciuc, mâner ergonomic, destinată transportului materialelor de grădinărit.</w:t>
            </w:r>
          </w:p>
        </w:tc>
        <w:tc>
          <w:tcPr>
            <w:tcW w:w="2004" w:type="dxa"/>
            <w:vAlign w:val="center"/>
          </w:tcPr>
          <w:p w14:paraId="144E9FD9"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275714B6"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5664FDB2" w14:textId="77777777">
        <w:trPr>
          <w:jc w:val="center"/>
        </w:trPr>
        <w:tc>
          <w:tcPr>
            <w:tcW w:w="2004" w:type="dxa"/>
            <w:vAlign w:val="center"/>
          </w:tcPr>
          <w:p w14:paraId="02D869D7" w14:textId="77777777" w:rsidR="00010986" w:rsidRPr="00394675" w:rsidRDefault="00071BD1">
            <w:pPr>
              <w:jc w:val="both"/>
              <w:rPr>
                <w:rFonts w:cs="Times New Roman"/>
                <w:sz w:val="22"/>
              </w:rPr>
            </w:pPr>
            <w:r w:rsidRPr="00394675">
              <w:rPr>
                <w:rFonts w:eastAsia="Times New Roman" w:cs="Times New Roman"/>
                <w:sz w:val="22"/>
              </w:rPr>
              <w:t>Cărucior pentru depozitare</w:t>
            </w:r>
          </w:p>
        </w:tc>
        <w:tc>
          <w:tcPr>
            <w:tcW w:w="2004" w:type="dxa"/>
            <w:vAlign w:val="center"/>
          </w:tcPr>
          <w:p w14:paraId="436110E2"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7DD17548"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678D516D"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3379AF9F" w14:textId="77777777" w:rsidR="00010986" w:rsidRPr="00394675" w:rsidRDefault="00071BD1">
            <w:pPr>
              <w:jc w:val="both"/>
              <w:rPr>
                <w:rFonts w:cs="Times New Roman"/>
                <w:sz w:val="22"/>
              </w:rPr>
            </w:pPr>
            <w:r w:rsidRPr="00394675">
              <w:rPr>
                <w:rFonts w:eastAsia="Times New Roman" w:cs="Times New Roman"/>
                <w:sz w:val="22"/>
              </w:rPr>
              <w:t xml:space="preserve">Cărucior pliabil pentru transport, ușor și compact, destinat utilizării în birouri și depozite, cu </w:t>
            </w:r>
            <w:proofErr w:type="gramStart"/>
            <w:r w:rsidRPr="00394675">
              <w:rPr>
                <w:rFonts w:eastAsia="Times New Roman" w:cs="Times New Roman"/>
                <w:sz w:val="22"/>
              </w:rPr>
              <w:t>capacitate</w:t>
            </w:r>
            <w:proofErr w:type="gramEnd"/>
            <w:r w:rsidRPr="00394675">
              <w:rPr>
                <w:rFonts w:eastAsia="Times New Roman" w:cs="Times New Roman"/>
                <w:sz w:val="22"/>
              </w:rPr>
              <w:t xml:space="preserve"> de încărcare de până la 50 kg.</w:t>
            </w:r>
          </w:p>
        </w:tc>
        <w:tc>
          <w:tcPr>
            <w:tcW w:w="2004" w:type="dxa"/>
            <w:vAlign w:val="center"/>
          </w:tcPr>
          <w:p w14:paraId="5E532540"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36C8F4D2"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37C26DF1" w14:textId="77777777">
        <w:trPr>
          <w:jc w:val="center"/>
        </w:trPr>
        <w:tc>
          <w:tcPr>
            <w:tcW w:w="2004" w:type="dxa"/>
            <w:vAlign w:val="center"/>
          </w:tcPr>
          <w:p w14:paraId="7B657498" w14:textId="77777777" w:rsidR="00010986" w:rsidRPr="00394675" w:rsidRDefault="00071BD1">
            <w:pPr>
              <w:jc w:val="both"/>
              <w:rPr>
                <w:rFonts w:cs="Times New Roman"/>
                <w:sz w:val="22"/>
              </w:rPr>
            </w:pPr>
            <w:r w:rsidRPr="00394675">
              <w:rPr>
                <w:rFonts w:eastAsia="Times New Roman" w:cs="Times New Roman"/>
                <w:sz w:val="22"/>
              </w:rPr>
              <w:t>Cărucior pentru furtun</w:t>
            </w:r>
          </w:p>
        </w:tc>
        <w:tc>
          <w:tcPr>
            <w:tcW w:w="2004" w:type="dxa"/>
            <w:vAlign w:val="center"/>
          </w:tcPr>
          <w:p w14:paraId="7E36F0BD"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1CBE76E0"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51E33EB9"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15EA26C3" w14:textId="77777777" w:rsidR="00010986" w:rsidRPr="00394675" w:rsidRDefault="00071BD1">
            <w:pPr>
              <w:jc w:val="both"/>
              <w:rPr>
                <w:rFonts w:cs="Times New Roman"/>
                <w:sz w:val="22"/>
              </w:rPr>
            </w:pPr>
            <w:r w:rsidRPr="00394675">
              <w:rPr>
                <w:rFonts w:eastAsia="Times New Roman" w:cs="Times New Roman"/>
                <w:sz w:val="22"/>
              </w:rPr>
              <w:t xml:space="preserve">Cărucior metalic robust cu suport pentru rulare furtun, roți mari cauciucate pentru mobilitate </w:t>
            </w:r>
            <w:r w:rsidRPr="00394675">
              <w:rPr>
                <w:rFonts w:eastAsia="Times New Roman" w:cs="Times New Roman"/>
                <w:sz w:val="22"/>
              </w:rPr>
              <w:lastRenderedPageBreak/>
              <w:t>interior/exterior, capacitate portantă aproximativ 150 kg și mânere ergonomice.</w:t>
            </w:r>
          </w:p>
        </w:tc>
        <w:tc>
          <w:tcPr>
            <w:tcW w:w="2004" w:type="dxa"/>
            <w:vAlign w:val="center"/>
          </w:tcPr>
          <w:p w14:paraId="52DDBB5D" w14:textId="77777777" w:rsidR="00010986" w:rsidRPr="00394675" w:rsidRDefault="00071BD1">
            <w:pPr>
              <w:jc w:val="both"/>
              <w:rPr>
                <w:rFonts w:cs="Times New Roman"/>
                <w:sz w:val="22"/>
              </w:rPr>
            </w:pPr>
            <w:r w:rsidRPr="00394675">
              <w:rPr>
                <w:rFonts w:eastAsia="Times New Roman" w:cs="Times New Roman"/>
                <w:sz w:val="22"/>
              </w:rPr>
              <w:lastRenderedPageBreak/>
              <w:t>[se completează de ofertant]</w:t>
            </w:r>
          </w:p>
        </w:tc>
        <w:tc>
          <w:tcPr>
            <w:tcW w:w="2004" w:type="dxa"/>
            <w:vAlign w:val="center"/>
          </w:tcPr>
          <w:p w14:paraId="1F69C54A"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59E34AED" w14:textId="77777777">
        <w:trPr>
          <w:jc w:val="center"/>
        </w:trPr>
        <w:tc>
          <w:tcPr>
            <w:tcW w:w="2004" w:type="dxa"/>
            <w:vAlign w:val="center"/>
          </w:tcPr>
          <w:p w14:paraId="39008A06" w14:textId="77777777" w:rsidR="00010986" w:rsidRPr="00394675" w:rsidRDefault="00071BD1">
            <w:pPr>
              <w:jc w:val="both"/>
              <w:rPr>
                <w:rFonts w:cs="Times New Roman"/>
                <w:sz w:val="22"/>
              </w:rPr>
            </w:pPr>
            <w:r w:rsidRPr="00394675">
              <w:rPr>
                <w:rFonts w:eastAsia="Times New Roman" w:cs="Times New Roman"/>
                <w:sz w:val="22"/>
              </w:rPr>
              <w:t>Sapă de mână cu ghiară</w:t>
            </w:r>
          </w:p>
        </w:tc>
        <w:tc>
          <w:tcPr>
            <w:tcW w:w="2004" w:type="dxa"/>
            <w:vAlign w:val="center"/>
          </w:tcPr>
          <w:p w14:paraId="64BBC8FE"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131A96B0"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7E138C51"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4EFAE9F9" w14:textId="77777777" w:rsidR="00010986" w:rsidRPr="00394675" w:rsidRDefault="00071BD1">
            <w:pPr>
              <w:jc w:val="both"/>
              <w:rPr>
                <w:rFonts w:cs="Times New Roman"/>
                <w:sz w:val="22"/>
              </w:rPr>
            </w:pPr>
            <w:r w:rsidRPr="00394675">
              <w:rPr>
                <w:rFonts w:eastAsia="Times New Roman" w:cs="Times New Roman"/>
                <w:sz w:val="22"/>
              </w:rPr>
              <w:t>Unealtă manuală de grădinărit cu mâner scurt din lemn sau plastic și cap metalic, prevăzută cu o lamă de sapă pe o parte și 3-4 dinți tip greblă pe partea opusă, utilizată pentru plivit buruieni și afânarea solului.</w:t>
            </w:r>
          </w:p>
        </w:tc>
        <w:tc>
          <w:tcPr>
            <w:tcW w:w="2004" w:type="dxa"/>
            <w:vAlign w:val="center"/>
          </w:tcPr>
          <w:p w14:paraId="0AEEDAB0"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084854A1"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7F5E90D8" w14:textId="77777777">
        <w:trPr>
          <w:jc w:val="center"/>
        </w:trPr>
        <w:tc>
          <w:tcPr>
            <w:tcW w:w="2004" w:type="dxa"/>
            <w:vAlign w:val="center"/>
          </w:tcPr>
          <w:p w14:paraId="7FBE46E7" w14:textId="77777777" w:rsidR="00010986" w:rsidRPr="00394675" w:rsidRDefault="00071BD1">
            <w:pPr>
              <w:jc w:val="both"/>
              <w:rPr>
                <w:rFonts w:cs="Times New Roman"/>
                <w:sz w:val="22"/>
              </w:rPr>
            </w:pPr>
            <w:r w:rsidRPr="00394675">
              <w:rPr>
                <w:rFonts w:eastAsia="Times New Roman" w:cs="Times New Roman"/>
                <w:sz w:val="22"/>
              </w:rPr>
              <w:t>Clește tăietor 160 mm</w:t>
            </w:r>
          </w:p>
        </w:tc>
        <w:tc>
          <w:tcPr>
            <w:tcW w:w="2004" w:type="dxa"/>
            <w:vAlign w:val="center"/>
          </w:tcPr>
          <w:p w14:paraId="41B2FFD5"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0B0D6839"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1C63FE05"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4314B8D8" w14:textId="77777777" w:rsidR="00010986" w:rsidRPr="00394675" w:rsidRDefault="00071BD1">
            <w:pPr>
              <w:jc w:val="both"/>
              <w:rPr>
                <w:rFonts w:cs="Times New Roman"/>
                <w:sz w:val="22"/>
              </w:rPr>
            </w:pPr>
            <w:r w:rsidRPr="00394675">
              <w:rPr>
                <w:rFonts w:eastAsia="Times New Roman" w:cs="Times New Roman"/>
                <w:sz w:val="22"/>
              </w:rPr>
              <w:t xml:space="preserve">Clește manual din oțel crom-vanadiu cu fălci tăietoare laterale și mânere izolate din plastic sau cauciuc, utilizat pentru tăierea sârmei, cablurilor subțiri și </w:t>
            </w:r>
            <w:proofErr w:type="gramStart"/>
            <w:r w:rsidRPr="00394675">
              <w:rPr>
                <w:rFonts w:eastAsia="Times New Roman" w:cs="Times New Roman"/>
                <w:sz w:val="22"/>
              </w:rPr>
              <w:t>a</w:t>
            </w:r>
            <w:proofErr w:type="gramEnd"/>
            <w:r w:rsidRPr="00394675">
              <w:rPr>
                <w:rFonts w:eastAsia="Times New Roman" w:cs="Times New Roman"/>
                <w:sz w:val="22"/>
              </w:rPr>
              <w:t xml:space="preserve"> elementelor metalice mici.</w:t>
            </w:r>
          </w:p>
        </w:tc>
        <w:tc>
          <w:tcPr>
            <w:tcW w:w="2004" w:type="dxa"/>
            <w:vAlign w:val="center"/>
          </w:tcPr>
          <w:p w14:paraId="0D0404B3"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6E34EC6A"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190FDD07" w14:textId="77777777">
        <w:trPr>
          <w:jc w:val="center"/>
        </w:trPr>
        <w:tc>
          <w:tcPr>
            <w:tcW w:w="2004" w:type="dxa"/>
            <w:vAlign w:val="center"/>
          </w:tcPr>
          <w:p w14:paraId="69E7B5DD" w14:textId="77777777" w:rsidR="00010986" w:rsidRPr="00394675" w:rsidRDefault="00071BD1">
            <w:pPr>
              <w:jc w:val="both"/>
              <w:rPr>
                <w:rFonts w:cs="Times New Roman"/>
                <w:sz w:val="22"/>
              </w:rPr>
            </w:pPr>
            <w:r w:rsidRPr="00394675">
              <w:rPr>
                <w:rFonts w:eastAsia="Times New Roman" w:cs="Times New Roman"/>
                <w:sz w:val="22"/>
              </w:rPr>
              <w:lastRenderedPageBreak/>
              <w:t>Ruletă cu lungimea de 5 m</w:t>
            </w:r>
          </w:p>
        </w:tc>
        <w:tc>
          <w:tcPr>
            <w:tcW w:w="2004" w:type="dxa"/>
            <w:vAlign w:val="center"/>
          </w:tcPr>
          <w:p w14:paraId="7938C1D0"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1170434C"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1AD28278"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18E3F07D" w14:textId="77777777" w:rsidR="00010986" w:rsidRPr="00394675" w:rsidRDefault="00071BD1">
            <w:pPr>
              <w:jc w:val="both"/>
              <w:rPr>
                <w:rFonts w:cs="Times New Roman"/>
                <w:sz w:val="22"/>
              </w:rPr>
            </w:pPr>
            <w:r w:rsidRPr="00394675">
              <w:rPr>
                <w:rFonts w:eastAsia="Times New Roman" w:cs="Times New Roman"/>
                <w:sz w:val="22"/>
              </w:rPr>
              <w:t>Ruletă de măsurat cu bandă metalică gradată, carcasă din plastic rezistent la șocuri cu inserții cauciucate, sistem de blocare a benzii și cârlig metalic la capăt pentru măsurări precise în construcții și uz tehnic.</w:t>
            </w:r>
          </w:p>
        </w:tc>
        <w:tc>
          <w:tcPr>
            <w:tcW w:w="2004" w:type="dxa"/>
            <w:vAlign w:val="center"/>
          </w:tcPr>
          <w:p w14:paraId="7B8DBC68"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0781C930"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685A025D" w14:textId="77777777">
        <w:trPr>
          <w:jc w:val="center"/>
        </w:trPr>
        <w:tc>
          <w:tcPr>
            <w:tcW w:w="2004" w:type="dxa"/>
            <w:vAlign w:val="center"/>
          </w:tcPr>
          <w:p w14:paraId="109F1DED" w14:textId="77777777" w:rsidR="00010986" w:rsidRPr="00394675" w:rsidRDefault="00071BD1">
            <w:pPr>
              <w:jc w:val="both"/>
              <w:rPr>
                <w:rFonts w:cs="Times New Roman"/>
                <w:sz w:val="22"/>
              </w:rPr>
            </w:pPr>
            <w:r w:rsidRPr="00394675">
              <w:rPr>
                <w:rFonts w:eastAsia="Times New Roman" w:cs="Times New Roman"/>
                <w:sz w:val="22"/>
              </w:rPr>
              <w:t>Cărucior cu platformă fixă capacitate 150 kg cu roți pneumatice pentru transport butelii</w:t>
            </w:r>
          </w:p>
        </w:tc>
        <w:tc>
          <w:tcPr>
            <w:tcW w:w="2004" w:type="dxa"/>
            <w:vAlign w:val="center"/>
          </w:tcPr>
          <w:p w14:paraId="434BD268"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4ED3BA4B"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2B9EB945"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033666BC" w14:textId="77777777" w:rsidR="00010986" w:rsidRPr="00394675" w:rsidRDefault="00071BD1">
            <w:pPr>
              <w:jc w:val="both"/>
              <w:rPr>
                <w:rFonts w:cs="Times New Roman"/>
                <w:sz w:val="22"/>
              </w:rPr>
            </w:pPr>
            <w:r w:rsidRPr="00394675">
              <w:rPr>
                <w:rFonts w:eastAsia="Times New Roman" w:cs="Times New Roman"/>
                <w:sz w:val="22"/>
              </w:rPr>
              <w:t xml:space="preserve">Capacitate de încărcare 150-160 kg. Dimensiuni roată 4.10/3.50-4. Vopsit în câmp electrostatic, rezistent la intemperii și uzură. Jante prinse pe ax cu rulmenți. Mânere cu cauciuc moale. Cadru din țeavă rotundă D-23 mm din oțel, transversale din tablă și platbandă de 2 mm. Lungime </w:t>
            </w:r>
            <w:r w:rsidRPr="00394675">
              <w:rPr>
                <w:rFonts w:eastAsia="Times New Roman" w:cs="Times New Roman"/>
                <w:sz w:val="22"/>
              </w:rPr>
              <w:lastRenderedPageBreak/>
              <w:t>850-870 mm, lățime 400-420 mm, înălțime 1200-1250 mm, greutate 9,5-10 kg. Sau echivalent.</w:t>
            </w:r>
          </w:p>
        </w:tc>
        <w:tc>
          <w:tcPr>
            <w:tcW w:w="2004" w:type="dxa"/>
            <w:vAlign w:val="center"/>
          </w:tcPr>
          <w:p w14:paraId="590FE588" w14:textId="77777777" w:rsidR="00010986" w:rsidRPr="00394675" w:rsidRDefault="00071BD1">
            <w:pPr>
              <w:jc w:val="both"/>
              <w:rPr>
                <w:rFonts w:cs="Times New Roman"/>
                <w:sz w:val="22"/>
              </w:rPr>
            </w:pPr>
            <w:r w:rsidRPr="00394675">
              <w:rPr>
                <w:rFonts w:eastAsia="Times New Roman" w:cs="Times New Roman"/>
                <w:sz w:val="22"/>
              </w:rPr>
              <w:lastRenderedPageBreak/>
              <w:t>[se completează de ofertant]</w:t>
            </w:r>
          </w:p>
        </w:tc>
        <w:tc>
          <w:tcPr>
            <w:tcW w:w="2004" w:type="dxa"/>
            <w:vAlign w:val="center"/>
          </w:tcPr>
          <w:p w14:paraId="51E564D4"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19C6184F" w14:textId="77777777">
        <w:trPr>
          <w:jc w:val="center"/>
        </w:trPr>
        <w:tc>
          <w:tcPr>
            <w:tcW w:w="2004" w:type="dxa"/>
            <w:vAlign w:val="center"/>
          </w:tcPr>
          <w:p w14:paraId="60199275" w14:textId="77777777" w:rsidR="00010986" w:rsidRPr="00394675" w:rsidRDefault="00071BD1">
            <w:pPr>
              <w:jc w:val="both"/>
              <w:rPr>
                <w:rFonts w:cs="Times New Roman"/>
                <w:sz w:val="22"/>
              </w:rPr>
            </w:pPr>
            <w:r w:rsidRPr="00394675">
              <w:rPr>
                <w:rFonts w:eastAsia="Times New Roman" w:cs="Times New Roman"/>
                <w:sz w:val="22"/>
              </w:rPr>
              <w:t>Suport metalic pentru transport 2 butelii 50 litri</w:t>
            </w:r>
          </w:p>
        </w:tc>
        <w:tc>
          <w:tcPr>
            <w:tcW w:w="2004" w:type="dxa"/>
            <w:vAlign w:val="center"/>
          </w:tcPr>
          <w:p w14:paraId="50148931" w14:textId="77777777" w:rsidR="00010986" w:rsidRPr="00394675" w:rsidRDefault="00071BD1">
            <w:pPr>
              <w:jc w:val="center"/>
              <w:rPr>
                <w:rFonts w:cs="Times New Roman"/>
                <w:sz w:val="22"/>
              </w:rPr>
            </w:pPr>
            <w:r w:rsidRPr="00394675">
              <w:rPr>
                <w:rFonts w:eastAsia="Times New Roman" w:cs="Times New Roman"/>
                <w:sz w:val="22"/>
              </w:rPr>
              <w:t>[model/cod, după caz]</w:t>
            </w:r>
          </w:p>
        </w:tc>
        <w:tc>
          <w:tcPr>
            <w:tcW w:w="2004" w:type="dxa"/>
            <w:vAlign w:val="center"/>
          </w:tcPr>
          <w:p w14:paraId="3EDFEBDA" w14:textId="77777777" w:rsidR="00010986" w:rsidRPr="00394675" w:rsidRDefault="00071BD1">
            <w:pPr>
              <w:jc w:val="center"/>
              <w:rPr>
                <w:rFonts w:cs="Times New Roman"/>
                <w:sz w:val="22"/>
              </w:rPr>
            </w:pPr>
            <w:r w:rsidRPr="00394675">
              <w:rPr>
                <w:rFonts w:eastAsia="Times New Roman" w:cs="Times New Roman"/>
                <w:sz w:val="22"/>
              </w:rPr>
              <w:t>[țara]</w:t>
            </w:r>
          </w:p>
        </w:tc>
        <w:tc>
          <w:tcPr>
            <w:tcW w:w="2004" w:type="dxa"/>
            <w:vAlign w:val="center"/>
          </w:tcPr>
          <w:p w14:paraId="2F67D5E0" w14:textId="77777777" w:rsidR="00010986" w:rsidRPr="00394675" w:rsidRDefault="00071BD1">
            <w:pPr>
              <w:jc w:val="center"/>
              <w:rPr>
                <w:rFonts w:cs="Times New Roman"/>
                <w:sz w:val="22"/>
              </w:rPr>
            </w:pPr>
            <w:r w:rsidRPr="00394675">
              <w:rPr>
                <w:rFonts w:eastAsia="Times New Roman" w:cs="Times New Roman"/>
                <w:sz w:val="22"/>
              </w:rPr>
              <w:t>[producătorul]</w:t>
            </w:r>
          </w:p>
        </w:tc>
        <w:tc>
          <w:tcPr>
            <w:tcW w:w="2004" w:type="dxa"/>
            <w:vAlign w:val="center"/>
          </w:tcPr>
          <w:p w14:paraId="3D84B762" w14:textId="77777777" w:rsidR="00010986" w:rsidRPr="00394675" w:rsidRDefault="00071BD1">
            <w:pPr>
              <w:jc w:val="both"/>
              <w:rPr>
                <w:rFonts w:cs="Times New Roman"/>
                <w:sz w:val="22"/>
              </w:rPr>
            </w:pPr>
            <w:r w:rsidRPr="00394675">
              <w:rPr>
                <w:rFonts w:eastAsia="Times New Roman" w:cs="Times New Roman"/>
                <w:sz w:val="22"/>
              </w:rPr>
              <w:t>Material: oțel. Lungime 1200-1210 mm, lățime 550-555 mm, înălțime 400-450 mm, greutate 70-80 kg. Capacitate de transport: 2 butelii 50 litri cu dimensiunile lungime 1420 mm și diametrul 232 mm. Sau echivalent.</w:t>
            </w:r>
          </w:p>
        </w:tc>
        <w:tc>
          <w:tcPr>
            <w:tcW w:w="2004" w:type="dxa"/>
            <w:vAlign w:val="center"/>
          </w:tcPr>
          <w:p w14:paraId="277C0F9B" w14:textId="77777777" w:rsidR="00010986" w:rsidRPr="00394675" w:rsidRDefault="00071BD1">
            <w:pPr>
              <w:jc w:val="both"/>
              <w:rPr>
                <w:rFonts w:cs="Times New Roman"/>
                <w:sz w:val="22"/>
              </w:rPr>
            </w:pPr>
            <w:r w:rsidRPr="00394675">
              <w:rPr>
                <w:rFonts w:eastAsia="Times New Roman" w:cs="Times New Roman"/>
                <w:sz w:val="22"/>
              </w:rPr>
              <w:t>[se completează de ofertant]</w:t>
            </w:r>
          </w:p>
        </w:tc>
        <w:tc>
          <w:tcPr>
            <w:tcW w:w="2004" w:type="dxa"/>
            <w:vAlign w:val="center"/>
          </w:tcPr>
          <w:p w14:paraId="5D6F8174" w14:textId="77777777" w:rsidR="00010986" w:rsidRPr="00394675" w:rsidRDefault="00071BD1">
            <w:pPr>
              <w:jc w:val="both"/>
              <w:rPr>
                <w:rFonts w:cs="Times New Roman"/>
                <w:sz w:val="22"/>
              </w:rPr>
            </w:pPr>
            <w:r w:rsidRPr="00394675">
              <w:rPr>
                <w:rFonts w:eastAsia="Times New Roman" w:cs="Times New Roman"/>
                <w:sz w:val="22"/>
              </w:rPr>
              <w:t>Conform cerințelor tehnice, documente de conformitate/calitate, după caz</w:t>
            </w:r>
          </w:p>
        </w:tc>
      </w:tr>
      <w:tr w:rsidR="00010986" w:rsidRPr="00394675" w14:paraId="08540579" w14:textId="77777777">
        <w:trPr>
          <w:jc w:val="center"/>
        </w:trPr>
        <w:tc>
          <w:tcPr>
            <w:tcW w:w="2004" w:type="dxa"/>
            <w:vAlign w:val="center"/>
          </w:tcPr>
          <w:p w14:paraId="5F9F4805" w14:textId="77777777" w:rsidR="00010986" w:rsidRPr="00394675" w:rsidRDefault="00071BD1">
            <w:pPr>
              <w:jc w:val="center"/>
              <w:rPr>
                <w:rFonts w:cs="Times New Roman"/>
                <w:sz w:val="22"/>
              </w:rPr>
            </w:pPr>
            <w:r w:rsidRPr="00394675">
              <w:rPr>
                <w:rFonts w:eastAsia="Times New Roman" w:cs="Times New Roman"/>
                <w:b/>
                <w:sz w:val="22"/>
              </w:rPr>
              <w:t>Total</w:t>
            </w:r>
          </w:p>
        </w:tc>
        <w:tc>
          <w:tcPr>
            <w:tcW w:w="2004" w:type="dxa"/>
            <w:vAlign w:val="center"/>
          </w:tcPr>
          <w:p w14:paraId="7C9ABFEE" w14:textId="77777777" w:rsidR="00010986" w:rsidRPr="00394675" w:rsidRDefault="00010986">
            <w:pPr>
              <w:jc w:val="center"/>
              <w:rPr>
                <w:rFonts w:cs="Times New Roman"/>
                <w:sz w:val="22"/>
              </w:rPr>
            </w:pPr>
          </w:p>
        </w:tc>
        <w:tc>
          <w:tcPr>
            <w:tcW w:w="2004" w:type="dxa"/>
            <w:vAlign w:val="center"/>
          </w:tcPr>
          <w:p w14:paraId="57C1FEAD" w14:textId="77777777" w:rsidR="00010986" w:rsidRPr="00394675" w:rsidRDefault="00010986">
            <w:pPr>
              <w:jc w:val="center"/>
              <w:rPr>
                <w:rFonts w:cs="Times New Roman"/>
                <w:sz w:val="22"/>
              </w:rPr>
            </w:pPr>
          </w:p>
        </w:tc>
        <w:tc>
          <w:tcPr>
            <w:tcW w:w="2004" w:type="dxa"/>
            <w:vAlign w:val="center"/>
          </w:tcPr>
          <w:p w14:paraId="48541E5F" w14:textId="77777777" w:rsidR="00010986" w:rsidRPr="00394675" w:rsidRDefault="00010986">
            <w:pPr>
              <w:jc w:val="center"/>
              <w:rPr>
                <w:rFonts w:cs="Times New Roman"/>
                <w:sz w:val="22"/>
              </w:rPr>
            </w:pPr>
          </w:p>
        </w:tc>
        <w:tc>
          <w:tcPr>
            <w:tcW w:w="2004" w:type="dxa"/>
            <w:vAlign w:val="center"/>
          </w:tcPr>
          <w:p w14:paraId="5E1DEF16" w14:textId="77777777" w:rsidR="00010986" w:rsidRPr="00394675" w:rsidRDefault="00071BD1">
            <w:pPr>
              <w:jc w:val="center"/>
              <w:rPr>
                <w:rFonts w:cs="Times New Roman"/>
                <w:sz w:val="22"/>
              </w:rPr>
            </w:pPr>
            <w:r w:rsidRPr="00394675">
              <w:rPr>
                <w:rFonts w:eastAsia="Times New Roman" w:cs="Times New Roman"/>
                <w:b/>
                <w:sz w:val="22"/>
              </w:rPr>
              <w:t>32 poziții conform caietului de sarcini</w:t>
            </w:r>
          </w:p>
        </w:tc>
        <w:tc>
          <w:tcPr>
            <w:tcW w:w="2004" w:type="dxa"/>
            <w:vAlign w:val="center"/>
          </w:tcPr>
          <w:p w14:paraId="3D6A1142" w14:textId="77777777" w:rsidR="00010986" w:rsidRPr="00394675" w:rsidRDefault="00010986">
            <w:pPr>
              <w:jc w:val="center"/>
              <w:rPr>
                <w:rFonts w:cs="Times New Roman"/>
                <w:sz w:val="22"/>
              </w:rPr>
            </w:pPr>
          </w:p>
        </w:tc>
        <w:tc>
          <w:tcPr>
            <w:tcW w:w="2004" w:type="dxa"/>
            <w:vAlign w:val="center"/>
          </w:tcPr>
          <w:p w14:paraId="2924EAE4" w14:textId="77777777" w:rsidR="00010986" w:rsidRPr="00394675" w:rsidRDefault="00010986">
            <w:pPr>
              <w:jc w:val="center"/>
              <w:rPr>
                <w:rFonts w:cs="Times New Roman"/>
                <w:sz w:val="22"/>
              </w:rPr>
            </w:pPr>
          </w:p>
        </w:tc>
      </w:tr>
    </w:tbl>
    <w:p w14:paraId="1A62A1DD" w14:textId="77777777" w:rsidR="00010986" w:rsidRPr="00394675" w:rsidRDefault="00071BD1">
      <w:pPr>
        <w:spacing w:after="0" w:line="240" w:lineRule="auto"/>
        <w:jc w:val="both"/>
        <w:rPr>
          <w:rFonts w:cs="Times New Roman"/>
          <w:sz w:val="22"/>
        </w:rPr>
      </w:pPr>
      <w:r w:rsidRPr="00394675">
        <w:rPr>
          <w:rFonts w:eastAsia="Times New Roman" w:cs="Times New Roman"/>
          <w:sz w:val="22"/>
        </w:rPr>
        <w:t>Semnat: ________ Numele, Prenumele: ____________ În calitate de: ______________</w:t>
      </w:r>
    </w:p>
    <w:p w14:paraId="54E869E2" w14:textId="77777777" w:rsidR="00010986" w:rsidRPr="00394675" w:rsidRDefault="00071BD1">
      <w:pPr>
        <w:spacing w:after="0" w:line="240" w:lineRule="auto"/>
        <w:jc w:val="both"/>
        <w:rPr>
          <w:rFonts w:cs="Times New Roman"/>
          <w:sz w:val="22"/>
        </w:rPr>
      </w:pPr>
      <w:r w:rsidRPr="00394675">
        <w:rPr>
          <w:rFonts w:eastAsia="Times New Roman" w:cs="Times New Roman"/>
          <w:sz w:val="22"/>
        </w:rPr>
        <w:t>Ofertantul: ______________________ Adresa: _____________________</w:t>
      </w:r>
    </w:p>
    <w:p w14:paraId="7332F1B1" w14:textId="77777777" w:rsidR="00010986" w:rsidRPr="00394675" w:rsidRDefault="00071BD1">
      <w:pPr>
        <w:spacing w:after="0" w:line="240" w:lineRule="auto"/>
        <w:rPr>
          <w:rFonts w:cs="Times New Roman"/>
          <w:sz w:val="22"/>
        </w:rPr>
      </w:pPr>
      <w:r w:rsidRPr="00394675">
        <w:rPr>
          <w:rFonts w:cs="Times New Roman"/>
          <w:sz w:val="22"/>
        </w:rPr>
        <w:br w:type="page"/>
      </w:r>
    </w:p>
    <w:p w14:paraId="046F1767"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lastRenderedPageBreak/>
        <w:t>Anexa nr. 3</w:t>
      </w:r>
    </w:p>
    <w:p w14:paraId="34E186E3"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t>SPECIFICAȚII DE PREȚ</w:t>
      </w:r>
    </w:p>
    <w:p w14:paraId="4B007C58" w14:textId="77777777" w:rsidR="00010986" w:rsidRPr="00394675" w:rsidRDefault="00071BD1">
      <w:pPr>
        <w:spacing w:after="0" w:line="240" w:lineRule="auto"/>
        <w:jc w:val="center"/>
        <w:rPr>
          <w:rFonts w:cs="Times New Roman"/>
          <w:sz w:val="22"/>
        </w:rPr>
      </w:pPr>
      <w:r w:rsidRPr="00394675">
        <w:rPr>
          <w:rFonts w:eastAsia="Times New Roman" w:cs="Times New Roman"/>
          <w:sz w:val="22"/>
        </w:rPr>
        <w:t>[Acest tabel va fi completat de către ofertant în coloanele 5, 6, 7, 8 și 11, la necesitate, iar de către autoritatea contractantă - în coloanele 1, 2, 3, 4, 9, 10.]</w:t>
      </w:r>
    </w:p>
    <w:p w14:paraId="6CAF198D" w14:textId="77777777" w:rsidR="00010986" w:rsidRPr="00394675" w:rsidRDefault="00071BD1">
      <w:pPr>
        <w:spacing w:after="0" w:line="240" w:lineRule="auto"/>
        <w:jc w:val="both"/>
        <w:rPr>
          <w:rFonts w:cs="Times New Roman"/>
          <w:sz w:val="22"/>
        </w:rPr>
      </w:pPr>
      <w:r w:rsidRPr="00394675">
        <w:rPr>
          <w:rFonts w:eastAsia="Times New Roman" w:cs="Times New Roman"/>
          <w:sz w:val="22"/>
        </w:rPr>
        <w:t>Numărul procedurii de achiziție ______________ din ___________</w:t>
      </w:r>
    </w:p>
    <w:p w14:paraId="14743168" w14:textId="77777777" w:rsidR="00010986" w:rsidRPr="00394675" w:rsidRDefault="00071BD1">
      <w:pPr>
        <w:spacing w:after="0" w:line="240" w:lineRule="auto"/>
        <w:jc w:val="both"/>
        <w:rPr>
          <w:rFonts w:cs="Times New Roman"/>
          <w:sz w:val="22"/>
        </w:rPr>
      </w:pPr>
      <w:r w:rsidRPr="00394675">
        <w:rPr>
          <w:rFonts w:eastAsia="Times New Roman" w:cs="Times New Roman"/>
          <w:sz w:val="22"/>
        </w:rPr>
        <w:t>Obiectul achiziției: Procurarea inventarului gospodăresc</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
        <w:gridCol w:w="1319"/>
        <w:gridCol w:w="983"/>
        <w:gridCol w:w="1157"/>
        <w:gridCol w:w="1006"/>
        <w:gridCol w:w="1006"/>
        <w:gridCol w:w="1006"/>
        <w:gridCol w:w="1006"/>
        <w:gridCol w:w="1215"/>
        <w:gridCol w:w="3190"/>
        <w:gridCol w:w="1007"/>
      </w:tblGrid>
      <w:tr w:rsidR="00010986" w:rsidRPr="00394675" w14:paraId="2D1C3126" w14:textId="77777777">
        <w:trPr>
          <w:tblHeader/>
          <w:jc w:val="center"/>
        </w:trPr>
        <w:tc>
          <w:tcPr>
            <w:tcW w:w="1275" w:type="dxa"/>
            <w:vAlign w:val="center"/>
          </w:tcPr>
          <w:p w14:paraId="48982DEF" w14:textId="77777777" w:rsidR="00010986" w:rsidRPr="00394675" w:rsidRDefault="00071BD1">
            <w:pPr>
              <w:jc w:val="center"/>
              <w:rPr>
                <w:rFonts w:cs="Times New Roman"/>
                <w:sz w:val="22"/>
              </w:rPr>
            </w:pPr>
            <w:r w:rsidRPr="00394675">
              <w:rPr>
                <w:rFonts w:eastAsia="Times New Roman" w:cs="Times New Roman"/>
                <w:b/>
                <w:sz w:val="22"/>
              </w:rPr>
              <w:t>Cod CPV</w:t>
            </w:r>
          </w:p>
        </w:tc>
        <w:tc>
          <w:tcPr>
            <w:tcW w:w="1275" w:type="dxa"/>
            <w:vAlign w:val="center"/>
          </w:tcPr>
          <w:p w14:paraId="11270AC9" w14:textId="77777777" w:rsidR="00010986" w:rsidRPr="00394675" w:rsidRDefault="00071BD1">
            <w:pPr>
              <w:jc w:val="center"/>
              <w:rPr>
                <w:rFonts w:cs="Times New Roman"/>
                <w:sz w:val="22"/>
              </w:rPr>
            </w:pPr>
            <w:r w:rsidRPr="00394675">
              <w:rPr>
                <w:rFonts w:eastAsia="Times New Roman" w:cs="Times New Roman"/>
                <w:b/>
                <w:sz w:val="22"/>
              </w:rPr>
              <w:t>Denumirea bunurilor</w:t>
            </w:r>
          </w:p>
        </w:tc>
        <w:tc>
          <w:tcPr>
            <w:tcW w:w="1275" w:type="dxa"/>
            <w:vAlign w:val="center"/>
          </w:tcPr>
          <w:p w14:paraId="21D57625" w14:textId="77777777" w:rsidR="00010986" w:rsidRPr="00394675" w:rsidRDefault="00071BD1">
            <w:pPr>
              <w:jc w:val="center"/>
              <w:rPr>
                <w:rFonts w:cs="Times New Roman"/>
                <w:sz w:val="22"/>
              </w:rPr>
            </w:pPr>
            <w:r w:rsidRPr="00394675">
              <w:rPr>
                <w:rFonts w:eastAsia="Times New Roman" w:cs="Times New Roman"/>
                <w:b/>
                <w:sz w:val="22"/>
              </w:rPr>
              <w:t>Unitatea de măsură</w:t>
            </w:r>
          </w:p>
        </w:tc>
        <w:tc>
          <w:tcPr>
            <w:tcW w:w="1275" w:type="dxa"/>
            <w:vAlign w:val="center"/>
          </w:tcPr>
          <w:p w14:paraId="15223AF7" w14:textId="77777777" w:rsidR="00010986" w:rsidRPr="00394675" w:rsidRDefault="00071BD1">
            <w:pPr>
              <w:jc w:val="center"/>
              <w:rPr>
                <w:rFonts w:cs="Times New Roman"/>
                <w:sz w:val="22"/>
              </w:rPr>
            </w:pPr>
            <w:r w:rsidRPr="00394675">
              <w:rPr>
                <w:rFonts w:eastAsia="Times New Roman" w:cs="Times New Roman"/>
                <w:b/>
                <w:sz w:val="22"/>
              </w:rPr>
              <w:t>Cantitatea</w:t>
            </w:r>
          </w:p>
        </w:tc>
        <w:tc>
          <w:tcPr>
            <w:tcW w:w="1275" w:type="dxa"/>
            <w:vAlign w:val="center"/>
          </w:tcPr>
          <w:p w14:paraId="5D3CE12F" w14:textId="77777777" w:rsidR="00010986" w:rsidRPr="00394675" w:rsidRDefault="00071BD1">
            <w:pPr>
              <w:jc w:val="center"/>
              <w:rPr>
                <w:rFonts w:cs="Times New Roman"/>
                <w:sz w:val="22"/>
              </w:rPr>
            </w:pPr>
            <w:r w:rsidRPr="00394675">
              <w:rPr>
                <w:rFonts w:eastAsia="Times New Roman" w:cs="Times New Roman"/>
                <w:b/>
                <w:sz w:val="22"/>
              </w:rPr>
              <w:t>Preț unitar fără TVA</w:t>
            </w:r>
          </w:p>
        </w:tc>
        <w:tc>
          <w:tcPr>
            <w:tcW w:w="1275" w:type="dxa"/>
            <w:vAlign w:val="center"/>
          </w:tcPr>
          <w:p w14:paraId="03979E8C" w14:textId="77777777" w:rsidR="00010986" w:rsidRPr="00394675" w:rsidRDefault="00071BD1">
            <w:pPr>
              <w:jc w:val="center"/>
              <w:rPr>
                <w:rFonts w:cs="Times New Roman"/>
                <w:sz w:val="22"/>
              </w:rPr>
            </w:pPr>
            <w:r w:rsidRPr="00394675">
              <w:rPr>
                <w:rFonts w:eastAsia="Times New Roman" w:cs="Times New Roman"/>
                <w:b/>
                <w:sz w:val="22"/>
              </w:rPr>
              <w:t>Preț unitar cu TVA</w:t>
            </w:r>
          </w:p>
        </w:tc>
        <w:tc>
          <w:tcPr>
            <w:tcW w:w="1275" w:type="dxa"/>
            <w:vAlign w:val="center"/>
          </w:tcPr>
          <w:p w14:paraId="6AAA057F" w14:textId="77777777" w:rsidR="00010986" w:rsidRPr="00394675" w:rsidRDefault="00071BD1">
            <w:pPr>
              <w:jc w:val="center"/>
              <w:rPr>
                <w:rFonts w:cs="Times New Roman"/>
                <w:sz w:val="22"/>
              </w:rPr>
            </w:pPr>
            <w:r w:rsidRPr="00394675">
              <w:rPr>
                <w:rFonts w:eastAsia="Times New Roman" w:cs="Times New Roman"/>
                <w:b/>
                <w:sz w:val="22"/>
              </w:rPr>
              <w:t>Suma fără TVA</w:t>
            </w:r>
          </w:p>
        </w:tc>
        <w:tc>
          <w:tcPr>
            <w:tcW w:w="1275" w:type="dxa"/>
            <w:vAlign w:val="center"/>
          </w:tcPr>
          <w:p w14:paraId="17A1D286" w14:textId="77777777" w:rsidR="00010986" w:rsidRPr="00394675" w:rsidRDefault="00071BD1">
            <w:pPr>
              <w:jc w:val="center"/>
              <w:rPr>
                <w:rFonts w:cs="Times New Roman"/>
                <w:sz w:val="22"/>
              </w:rPr>
            </w:pPr>
            <w:r w:rsidRPr="00394675">
              <w:rPr>
                <w:rFonts w:eastAsia="Times New Roman" w:cs="Times New Roman"/>
                <w:b/>
                <w:sz w:val="22"/>
              </w:rPr>
              <w:t>Suma cu TVA</w:t>
            </w:r>
          </w:p>
        </w:tc>
        <w:tc>
          <w:tcPr>
            <w:tcW w:w="1275" w:type="dxa"/>
            <w:vAlign w:val="center"/>
          </w:tcPr>
          <w:p w14:paraId="36161C0C" w14:textId="77777777" w:rsidR="00010986" w:rsidRPr="00394675" w:rsidRDefault="00071BD1">
            <w:pPr>
              <w:jc w:val="center"/>
              <w:rPr>
                <w:rFonts w:cs="Times New Roman"/>
                <w:sz w:val="22"/>
              </w:rPr>
            </w:pPr>
            <w:r w:rsidRPr="00394675">
              <w:rPr>
                <w:rFonts w:eastAsia="Times New Roman" w:cs="Times New Roman"/>
                <w:b/>
                <w:sz w:val="22"/>
              </w:rPr>
              <w:t>Termenul de livrare</w:t>
            </w:r>
          </w:p>
        </w:tc>
        <w:tc>
          <w:tcPr>
            <w:tcW w:w="1275" w:type="dxa"/>
            <w:vAlign w:val="center"/>
          </w:tcPr>
          <w:p w14:paraId="093EC923" w14:textId="77777777" w:rsidR="00010986" w:rsidRPr="00394675" w:rsidRDefault="00071BD1">
            <w:pPr>
              <w:jc w:val="center"/>
              <w:rPr>
                <w:rFonts w:cs="Times New Roman"/>
                <w:sz w:val="22"/>
              </w:rPr>
            </w:pPr>
            <w:r w:rsidRPr="00394675">
              <w:rPr>
                <w:rFonts w:eastAsia="Times New Roman" w:cs="Times New Roman"/>
                <w:b/>
                <w:sz w:val="22"/>
              </w:rPr>
              <w:t>Clasificație bugetară (IBAN)</w:t>
            </w:r>
          </w:p>
        </w:tc>
        <w:tc>
          <w:tcPr>
            <w:tcW w:w="1275" w:type="dxa"/>
            <w:vAlign w:val="center"/>
          </w:tcPr>
          <w:p w14:paraId="48B6EFD9" w14:textId="77777777" w:rsidR="00010986" w:rsidRPr="00394675" w:rsidRDefault="00071BD1">
            <w:pPr>
              <w:jc w:val="center"/>
              <w:rPr>
                <w:rFonts w:cs="Times New Roman"/>
                <w:sz w:val="22"/>
              </w:rPr>
            </w:pPr>
            <w:r w:rsidRPr="00394675">
              <w:rPr>
                <w:rFonts w:eastAsia="Times New Roman" w:cs="Times New Roman"/>
                <w:b/>
                <w:sz w:val="22"/>
              </w:rPr>
              <w:t>Discount %</w:t>
            </w:r>
          </w:p>
        </w:tc>
      </w:tr>
      <w:tr w:rsidR="00010986" w:rsidRPr="00394675" w14:paraId="68F63FEC" w14:textId="77777777">
        <w:trPr>
          <w:jc w:val="center"/>
        </w:trPr>
        <w:tc>
          <w:tcPr>
            <w:tcW w:w="1275" w:type="dxa"/>
            <w:vAlign w:val="center"/>
          </w:tcPr>
          <w:p w14:paraId="2D964610"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790AA3AF" w14:textId="77777777" w:rsidR="00010986" w:rsidRPr="00394675" w:rsidRDefault="00071BD1">
            <w:pPr>
              <w:jc w:val="both"/>
              <w:rPr>
                <w:rFonts w:cs="Times New Roman"/>
                <w:sz w:val="22"/>
              </w:rPr>
            </w:pPr>
            <w:r w:rsidRPr="00394675">
              <w:rPr>
                <w:rFonts w:eastAsia="Times New Roman" w:cs="Times New Roman"/>
                <w:sz w:val="22"/>
              </w:rPr>
              <w:t>Perie pentru podea și pereți</w:t>
            </w:r>
          </w:p>
        </w:tc>
        <w:tc>
          <w:tcPr>
            <w:tcW w:w="1275" w:type="dxa"/>
            <w:vAlign w:val="center"/>
          </w:tcPr>
          <w:p w14:paraId="2836628B"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496F2C9D" w14:textId="77777777" w:rsidR="00010986" w:rsidRPr="00394675" w:rsidRDefault="00071BD1">
            <w:pPr>
              <w:jc w:val="center"/>
              <w:rPr>
                <w:rFonts w:cs="Times New Roman"/>
                <w:sz w:val="22"/>
              </w:rPr>
            </w:pPr>
            <w:r w:rsidRPr="00394675">
              <w:rPr>
                <w:rFonts w:eastAsia="Times New Roman" w:cs="Times New Roman"/>
                <w:sz w:val="22"/>
              </w:rPr>
              <w:t>20</w:t>
            </w:r>
          </w:p>
        </w:tc>
        <w:tc>
          <w:tcPr>
            <w:tcW w:w="1275" w:type="dxa"/>
            <w:vAlign w:val="center"/>
          </w:tcPr>
          <w:p w14:paraId="490F4CC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B00CAD9"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872EA42"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B91B089"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F2E20FA"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57B41346"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32545965"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17E0E819" w14:textId="77777777">
        <w:trPr>
          <w:jc w:val="center"/>
        </w:trPr>
        <w:tc>
          <w:tcPr>
            <w:tcW w:w="1275" w:type="dxa"/>
            <w:vAlign w:val="center"/>
          </w:tcPr>
          <w:p w14:paraId="49FF1E78"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5B40C459" w14:textId="77777777" w:rsidR="00010986" w:rsidRPr="00394675" w:rsidRDefault="00071BD1">
            <w:pPr>
              <w:jc w:val="both"/>
              <w:rPr>
                <w:rFonts w:cs="Times New Roman"/>
                <w:sz w:val="22"/>
              </w:rPr>
            </w:pPr>
            <w:r w:rsidRPr="00394675">
              <w:rPr>
                <w:rFonts w:eastAsia="Times New Roman" w:cs="Times New Roman"/>
                <w:sz w:val="22"/>
              </w:rPr>
              <w:t>Furtun pentru grădină 50 m</w:t>
            </w:r>
          </w:p>
        </w:tc>
        <w:tc>
          <w:tcPr>
            <w:tcW w:w="1275" w:type="dxa"/>
            <w:vAlign w:val="center"/>
          </w:tcPr>
          <w:p w14:paraId="5EB9739B"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0B94E305" w14:textId="77777777" w:rsidR="00010986" w:rsidRPr="00394675" w:rsidRDefault="00071BD1">
            <w:pPr>
              <w:jc w:val="center"/>
              <w:rPr>
                <w:rFonts w:cs="Times New Roman"/>
                <w:sz w:val="22"/>
              </w:rPr>
            </w:pPr>
            <w:r w:rsidRPr="00394675">
              <w:rPr>
                <w:rFonts w:eastAsia="Times New Roman" w:cs="Times New Roman"/>
                <w:sz w:val="22"/>
              </w:rPr>
              <w:t>2</w:t>
            </w:r>
          </w:p>
        </w:tc>
        <w:tc>
          <w:tcPr>
            <w:tcW w:w="1275" w:type="dxa"/>
            <w:vAlign w:val="center"/>
          </w:tcPr>
          <w:p w14:paraId="69D5E4E5"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DBB1A3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DEA18A3"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8BFD877"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2E0305D"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5DAC1F2C"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2F34CE73"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5FD68E85" w14:textId="77777777">
        <w:trPr>
          <w:jc w:val="center"/>
        </w:trPr>
        <w:tc>
          <w:tcPr>
            <w:tcW w:w="1275" w:type="dxa"/>
            <w:vAlign w:val="center"/>
          </w:tcPr>
          <w:p w14:paraId="2A34C426"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4555C111" w14:textId="77777777" w:rsidR="00010986" w:rsidRPr="00394675" w:rsidRDefault="00071BD1">
            <w:pPr>
              <w:jc w:val="both"/>
              <w:rPr>
                <w:rFonts w:cs="Times New Roman"/>
                <w:sz w:val="22"/>
              </w:rPr>
            </w:pPr>
            <w:r w:rsidRPr="00394675">
              <w:rPr>
                <w:rFonts w:eastAsia="Times New Roman" w:cs="Times New Roman"/>
                <w:sz w:val="22"/>
              </w:rPr>
              <w:t>Căldare cu storcător</w:t>
            </w:r>
          </w:p>
        </w:tc>
        <w:tc>
          <w:tcPr>
            <w:tcW w:w="1275" w:type="dxa"/>
            <w:vAlign w:val="center"/>
          </w:tcPr>
          <w:p w14:paraId="05DC8C29"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78F9B258" w14:textId="77777777" w:rsidR="00010986" w:rsidRPr="00394675" w:rsidRDefault="00071BD1">
            <w:pPr>
              <w:jc w:val="center"/>
              <w:rPr>
                <w:rFonts w:cs="Times New Roman"/>
                <w:sz w:val="22"/>
              </w:rPr>
            </w:pPr>
            <w:r w:rsidRPr="00394675">
              <w:rPr>
                <w:rFonts w:eastAsia="Times New Roman" w:cs="Times New Roman"/>
                <w:sz w:val="22"/>
              </w:rPr>
              <w:t>100</w:t>
            </w:r>
          </w:p>
        </w:tc>
        <w:tc>
          <w:tcPr>
            <w:tcW w:w="1275" w:type="dxa"/>
            <w:vAlign w:val="center"/>
          </w:tcPr>
          <w:p w14:paraId="1E3BD5AE"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881237D"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D3B63D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A727C56"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518B66C"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301B3C81"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1FECF097"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42BB35B3" w14:textId="77777777">
        <w:trPr>
          <w:jc w:val="center"/>
        </w:trPr>
        <w:tc>
          <w:tcPr>
            <w:tcW w:w="1275" w:type="dxa"/>
            <w:vAlign w:val="center"/>
          </w:tcPr>
          <w:p w14:paraId="452670F6"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6EC875BD" w14:textId="77777777" w:rsidR="00010986" w:rsidRPr="00394675" w:rsidRDefault="00071BD1">
            <w:pPr>
              <w:jc w:val="both"/>
              <w:rPr>
                <w:rFonts w:cs="Times New Roman"/>
                <w:sz w:val="22"/>
              </w:rPr>
            </w:pPr>
            <w:r w:rsidRPr="00394675">
              <w:rPr>
                <w:rFonts w:eastAsia="Times New Roman" w:cs="Times New Roman"/>
                <w:sz w:val="22"/>
              </w:rPr>
              <w:t>Coadă de hârleț</w:t>
            </w:r>
          </w:p>
        </w:tc>
        <w:tc>
          <w:tcPr>
            <w:tcW w:w="1275" w:type="dxa"/>
            <w:vAlign w:val="center"/>
          </w:tcPr>
          <w:p w14:paraId="1B59D4D7"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6046F546" w14:textId="77777777" w:rsidR="00010986" w:rsidRPr="00394675" w:rsidRDefault="00071BD1">
            <w:pPr>
              <w:jc w:val="center"/>
              <w:rPr>
                <w:rFonts w:cs="Times New Roman"/>
                <w:sz w:val="22"/>
              </w:rPr>
            </w:pPr>
            <w:r w:rsidRPr="00394675">
              <w:rPr>
                <w:rFonts w:eastAsia="Times New Roman" w:cs="Times New Roman"/>
                <w:sz w:val="22"/>
              </w:rPr>
              <w:t>15</w:t>
            </w:r>
          </w:p>
        </w:tc>
        <w:tc>
          <w:tcPr>
            <w:tcW w:w="1275" w:type="dxa"/>
            <w:vAlign w:val="center"/>
          </w:tcPr>
          <w:p w14:paraId="1D3C6EF9"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27A198E"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13320EC"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182CA62"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19B0AD6"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73FB89AF"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13DDE587"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35F913C4" w14:textId="77777777">
        <w:trPr>
          <w:jc w:val="center"/>
        </w:trPr>
        <w:tc>
          <w:tcPr>
            <w:tcW w:w="1275" w:type="dxa"/>
            <w:vAlign w:val="center"/>
          </w:tcPr>
          <w:p w14:paraId="2307DCB6"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7FAAECEF" w14:textId="77777777" w:rsidR="00010986" w:rsidRPr="00394675" w:rsidRDefault="00071BD1">
            <w:pPr>
              <w:jc w:val="both"/>
              <w:rPr>
                <w:rFonts w:cs="Times New Roman"/>
                <w:sz w:val="22"/>
              </w:rPr>
            </w:pPr>
            <w:r w:rsidRPr="00394675">
              <w:rPr>
                <w:rFonts w:eastAsia="Times New Roman" w:cs="Times New Roman"/>
                <w:sz w:val="22"/>
              </w:rPr>
              <w:t>Hârleț</w:t>
            </w:r>
          </w:p>
        </w:tc>
        <w:tc>
          <w:tcPr>
            <w:tcW w:w="1275" w:type="dxa"/>
            <w:vAlign w:val="center"/>
          </w:tcPr>
          <w:p w14:paraId="5B507D37"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39E09281" w14:textId="77777777" w:rsidR="00010986" w:rsidRPr="00394675" w:rsidRDefault="00071BD1">
            <w:pPr>
              <w:jc w:val="center"/>
              <w:rPr>
                <w:rFonts w:cs="Times New Roman"/>
                <w:sz w:val="22"/>
              </w:rPr>
            </w:pPr>
            <w:r w:rsidRPr="00394675">
              <w:rPr>
                <w:rFonts w:eastAsia="Times New Roman" w:cs="Times New Roman"/>
                <w:sz w:val="22"/>
              </w:rPr>
              <w:t>30</w:t>
            </w:r>
          </w:p>
        </w:tc>
        <w:tc>
          <w:tcPr>
            <w:tcW w:w="1275" w:type="dxa"/>
            <w:vAlign w:val="center"/>
          </w:tcPr>
          <w:p w14:paraId="77612B7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5CC59F3"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BA3BFA1"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3FB631A"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E15873A" w14:textId="77777777" w:rsidR="00010986" w:rsidRPr="00394675" w:rsidRDefault="00071BD1">
            <w:pPr>
              <w:jc w:val="center"/>
              <w:rPr>
                <w:rFonts w:cs="Times New Roman"/>
                <w:sz w:val="22"/>
              </w:rPr>
            </w:pPr>
            <w:r w:rsidRPr="00394675">
              <w:rPr>
                <w:rFonts w:eastAsia="Times New Roman" w:cs="Times New Roman"/>
                <w:sz w:val="22"/>
              </w:rPr>
              <w:t xml:space="preserve">Maxim 15 zile de la semnarea </w:t>
            </w:r>
            <w:r w:rsidRPr="00394675">
              <w:rPr>
                <w:rFonts w:eastAsia="Times New Roman" w:cs="Times New Roman"/>
                <w:sz w:val="22"/>
              </w:rPr>
              <w:lastRenderedPageBreak/>
              <w:t>contractului</w:t>
            </w:r>
          </w:p>
        </w:tc>
        <w:tc>
          <w:tcPr>
            <w:tcW w:w="1275" w:type="dxa"/>
            <w:vAlign w:val="center"/>
          </w:tcPr>
          <w:p w14:paraId="7AF1B168" w14:textId="77777777" w:rsidR="00010986" w:rsidRPr="00394675" w:rsidRDefault="00071BD1">
            <w:pPr>
              <w:jc w:val="center"/>
              <w:rPr>
                <w:rFonts w:cs="Times New Roman"/>
                <w:sz w:val="22"/>
              </w:rPr>
            </w:pPr>
            <w:r w:rsidRPr="00394675">
              <w:rPr>
                <w:rFonts w:eastAsia="Times New Roman" w:cs="Times New Roman"/>
                <w:sz w:val="22"/>
              </w:rPr>
              <w:lastRenderedPageBreak/>
              <w:t>MD91TRPCAA518410A01513AA</w:t>
            </w:r>
          </w:p>
        </w:tc>
        <w:tc>
          <w:tcPr>
            <w:tcW w:w="1275" w:type="dxa"/>
            <w:vAlign w:val="center"/>
          </w:tcPr>
          <w:p w14:paraId="252FCDDB"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7201C8A3" w14:textId="77777777">
        <w:trPr>
          <w:jc w:val="center"/>
        </w:trPr>
        <w:tc>
          <w:tcPr>
            <w:tcW w:w="1275" w:type="dxa"/>
            <w:vAlign w:val="center"/>
          </w:tcPr>
          <w:p w14:paraId="2F780B70"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2B5B9B3C" w14:textId="77777777" w:rsidR="00010986" w:rsidRPr="00394675" w:rsidRDefault="00071BD1">
            <w:pPr>
              <w:jc w:val="both"/>
              <w:rPr>
                <w:rFonts w:cs="Times New Roman"/>
                <w:sz w:val="22"/>
              </w:rPr>
            </w:pPr>
            <w:r w:rsidRPr="00394675">
              <w:rPr>
                <w:rFonts w:eastAsia="Times New Roman" w:cs="Times New Roman"/>
                <w:sz w:val="22"/>
              </w:rPr>
              <w:t>Lopată</w:t>
            </w:r>
          </w:p>
        </w:tc>
        <w:tc>
          <w:tcPr>
            <w:tcW w:w="1275" w:type="dxa"/>
            <w:vAlign w:val="center"/>
          </w:tcPr>
          <w:p w14:paraId="745F1493"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7EA54C0D" w14:textId="77777777" w:rsidR="00010986" w:rsidRPr="00394675" w:rsidRDefault="00071BD1">
            <w:pPr>
              <w:jc w:val="center"/>
              <w:rPr>
                <w:rFonts w:cs="Times New Roman"/>
                <w:sz w:val="22"/>
              </w:rPr>
            </w:pPr>
            <w:r w:rsidRPr="00394675">
              <w:rPr>
                <w:rFonts w:eastAsia="Times New Roman" w:cs="Times New Roman"/>
                <w:sz w:val="22"/>
              </w:rPr>
              <w:t>15</w:t>
            </w:r>
          </w:p>
        </w:tc>
        <w:tc>
          <w:tcPr>
            <w:tcW w:w="1275" w:type="dxa"/>
            <w:vAlign w:val="center"/>
          </w:tcPr>
          <w:p w14:paraId="26638A48"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3BCB3DD"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94CF89C"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8EA2B8C"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A958082"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546FF595"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662D46CB"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50F491E7" w14:textId="77777777">
        <w:trPr>
          <w:jc w:val="center"/>
        </w:trPr>
        <w:tc>
          <w:tcPr>
            <w:tcW w:w="1275" w:type="dxa"/>
            <w:vAlign w:val="center"/>
          </w:tcPr>
          <w:p w14:paraId="497B0ED3"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10F48700" w14:textId="77777777" w:rsidR="00010986" w:rsidRPr="00394675" w:rsidRDefault="00071BD1">
            <w:pPr>
              <w:jc w:val="both"/>
              <w:rPr>
                <w:rFonts w:cs="Times New Roman"/>
                <w:sz w:val="22"/>
              </w:rPr>
            </w:pPr>
            <w:r w:rsidRPr="00394675">
              <w:rPr>
                <w:rFonts w:eastAsia="Times New Roman" w:cs="Times New Roman"/>
                <w:sz w:val="22"/>
              </w:rPr>
              <w:t>Mătură plată (exterior)</w:t>
            </w:r>
          </w:p>
        </w:tc>
        <w:tc>
          <w:tcPr>
            <w:tcW w:w="1275" w:type="dxa"/>
            <w:vAlign w:val="center"/>
          </w:tcPr>
          <w:p w14:paraId="0FEBD662"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658C16BC" w14:textId="77777777" w:rsidR="00010986" w:rsidRPr="00394675" w:rsidRDefault="00071BD1">
            <w:pPr>
              <w:jc w:val="center"/>
              <w:rPr>
                <w:rFonts w:cs="Times New Roman"/>
                <w:sz w:val="22"/>
              </w:rPr>
            </w:pPr>
            <w:r w:rsidRPr="00394675">
              <w:rPr>
                <w:rFonts w:eastAsia="Times New Roman" w:cs="Times New Roman"/>
                <w:sz w:val="22"/>
              </w:rPr>
              <w:t>50</w:t>
            </w:r>
          </w:p>
        </w:tc>
        <w:tc>
          <w:tcPr>
            <w:tcW w:w="1275" w:type="dxa"/>
            <w:vAlign w:val="center"/>
          </w:tcPr>
          <w:p w14:paraId="4A511FC9"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53D34A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81A4503"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2D6431A"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0D9336E"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3796EDE2"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3430D8A9"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1265C88A" w14:textId="77777777">
        <w:trPr>
          <w:jc w:val="center"/>
        </w:trPr>
        <w:tc>
          <w:tcPr>
            <w:tcW w:w="1275" w:type="dxa"/>
            <w:vAlign w:val="center"/>
          </w:tcPr>
          <w:p w14:paraId="518E21D6"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54B4DD31" w14:textId="77777777" w:rsidR="00010986" w:rsidRPr="00394675" w:rsidRDefault="00071BD1">
            <w:pPr>
              <w:jc w:val="both"/>
              <w:rPr>
                <w:rFonts w:cs="Times New Roman"/>
                <w:sz w:val="22"/>
              </w:rPr>
            </w:pPr>
            <w:r w:rsidRPr="00394675">
              <w:rPr>
                <w:rFonts w:eastAsia="Times New Roman" w:cs="Times New Roman"/>
                <w:sz w:val="22"/>
              </w:rPr>
              <w:t>Mătură plată (interior)</w:t>
            </w:r>
          </w:p>
        </w:tc>
        <w:tc>
          <w:tcPr>
            <w:tcW w:w="1275" w:type="dxa"/>
            <w:vAlign w:val="center"/>
          </w:tcPr>
          <w:p w14:paraId="39968176"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5DF14B7B" w14:textId="77777777" w:rsidR="00010986" w:rsidRPr="00394675" w:rsidRDefault="00071BD1">
            <w:pPr>
              <w:jc w:val="center"/>
              <w:rPr>
                <w:rFonts w:cs="Times New Roman"/>
                <w:sz w:val="22"/>
              </w:rPr>
            </w:pPr>
            <w:r w:rsidRPr="00394675">
              <w:rPr>
                <w:rFonts w:eastAsia="Times New Roman" w:cs="Times New Roman"/>
                <w:sz w:val="22"/>
              </w:rPr>
              <w:t>50</w:t>
            </w:r>
          </w:p>
        </w:tc>
        <w:tc>
          <w:tcPr>
            <w:tcW w:w="1275" w:type="dxa"/>
            <w:vAlign w:val="center"/>
          </w:tcPr>
          <w:p w14:paraId="0CE98FB1"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73A4341"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132F92C"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B8DB777"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6C4500F"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244024CB"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4BD05550"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6C70CA38" w14:textId="77777777">
        <w:trPr>
          <w:jc w:val="center"/>
        </w:trPr>
        <w:tc>
          <w:tcPr>
            <w:tcW w:w="1275" w:type="dxa"/>
            <w:vAlign w:val="center"/>
          </w:tcPr>
          <w:p w14:paraId="65CB0DE1"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39E04FF9" w14:textId="77777777" w:rsidR="00010986" w:rsidRPr="00394675" w:rsidRDefault="00071BD1">
            <w:pPr>
              <w:jc w:val="both"/>
              <w:rPr>
                <w:rFonts w:cs="Times New Roman"/>
                <w:sz w:val="22"/>
              </w:rPr>
            </w:pPr>
            <w:r w:rsidRPr="00394675">
              <w:rPr>
                <w:rFonts w:eastAsia="Times New Roman" w:cs="Times New Roman"/>
                <w:sz w:val="22"/>
              </w:rPr>
              <w:t>Ventuza pentru desfundarea WC</w:t>
            </w:r>
          </w:p>
        </w:tc>
        <w:tc>
          <w:tcPr>
            <w:tcW w:w="1275" w:type="dxa"/>
            <w:vAlign w:val="center"/>
          </w:tcPr>
          <w:p w14:paraId="6D68D820"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6A382734" w14:textId="77777777" w:rsidR="00010986" w:rsidRPr="00394675" w:rsidRDefault="00071BD1">
            <w:pPr>
              <w:jc w:val="center"/>
              <w:rPr>
                <w:rFonts w:cs="Times New Roman"/>
                <w:sz w:val="22"/>
              </w:rPr>
            </w:pPr>
            <w:r w:rsidRPr="00394675">
              <w:rPr>
                <w:rFonts w:eastAsia="Times New Roman" w:cs="Times New Roman"/>
                <w:sz w:val="22"/>
              </w:rPr>
              <w:t>50</w:t>
            </w:r>
          </w:p>
        </w:tc>
        <w:tc>
          <w:tcPr>
            <w:tcW w:w="1275" w:type="dxa"/>
            <w:vAlign w:val="center"/>
          </w:tcPr>
          <w:p w14:paraId="0744DF2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8322FF6"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866EB2D"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F58EC19"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166513F"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7D47D9BD"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4879319A"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4873219B" w14:textId="77777777">
        <w:trPr>
          <w:jc w:val="center"/>
        </w:trPr>
        <w:tc>
          <w:tcPr>
            <w:tcW w:w="1275" w:type="dxa"/>
            <w:vAlign w:val="center"/>
          </w:tcPr>
          <w:p w14:paraId="3E0AA80D"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39DDCF2B" w14:textId="77777777" w:rsidR="00010986" w:rsidRPr="00394675" w:rsidRDefault="00071BD1">
            <w:pPr>
              <w:jc w:val="both"/>
              <w:rPr>
                <w:rFonts w:cs="Times New Roman"/>
                <w:sz w:val="22"/>
              </w:rPr>
            </w:pPr>
            <w:r w:rsidRPr="00394675">
              <w:rPr>
                <w:rFonts w:eastAsia="Times New Roman" w:cs="Times New Roman"/>
                <w:sz w:val="22"/>
              </w:rPr>
              <w:t>Perie pentru vopsea</w:t>
            </w:r>
          </w:p>
        </w:tc>
        <w:tc>
          <w:tcPr>
            <w:tcW w:w="1275" w:type="dxa"/>
            <w:vAlign w:val="center"/>
          </w:tcPr>
          <w:p w14:paraId="0D61734D"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6E90F9CE" w14:textId="77777777" w:rsidR="00010986" w:rsidRPr="00394675" w:rsidRDefault="00071BD1">
            <w:pPr>
              <w:jc w:val="center"/>
              <w:rPr>
                <w:rFonts w:cs="Times New Roman"/>
                <w:sz w:val="22"/>
              </w:rPr>
            </w:pPr>
            <w:r w:rsidRPr="00394675">
              <w:rPr>
                <w:rFonts w:eastAsia="Times New Roman" w:cs="Times New Roman"/>
                <w:sz w:val="22"/>
              </w:rPr>
              <w:t>25</w:t>
            </w:r>
          </w:p>
        </w:tc>
        <w:tc>
          <w:tcPr>
            <w:tcW w:w="1275" w:type="dxa"/>
            <w:vAlign w:val="center"/>
          </w:tcPr>
          <w:p w14:paraId="4ACC53D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BB835B2"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4F0AD0F"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02BBF3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9526AC1"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79D6518A"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2E031CC3"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63AB0149" w14:textId="77777777">
        <w:trPr>
          <w:jc w:val="center"/>
        </w:trPr>
        <w:tc>
          <w:tcPr>
            <w:tcW w:w="1275" w:type="dxa"/>
            <w:vAlign w:val="center"/>
          </w:tcPr>
          <w:p w14:paraId="03DD1D11" w14:textId="77777777" w:rsidR="00010986" w:rsidRPr="00394675" w:rsidRDefault="00071BD1">
            <w:pPr>
              <w:jc w:val="center"/>
              <w:rPr>
                <w:rFonts w:cs="Times New Roman"/>
                <w:sz w:val="22"/>
              </w:rPr>
            </w:pPr>
            <w:r w:rsidRPr="00394675">
              <w:rPr>
                <w:rFonts w:eastAsia="Times New Roman" w:cs="Times New Roman"/>
                <w:sz w:val="22"/>
              </w:rPr>
              <w:lastRenderedPageBreak/>
              <w:t>44510000-8</w:t>
            </w:r>
          </w:p>
        </w:tc>
        <w:tc>
          <w:tcPr>
            <w:tcW w:w="1275" w:type="dxa"/>
            <w:vAlign w:val="center"/>
          </w:tcPr>
          <w:p w14:paraId="54B0BBEA" w14:textId="77777777" w:rsidR="00010986" w:rsidRPr="00394675" w:rsidRDefault="00071BD1">
            <w:pPr>
              <w:jc w:val="both"/>
              <w:rPr>
                <w:rFonts w:cs="Times New Roman"/>
                <w:sz w:val="22"/>
              </w:rPr>
            </w:pPr>
            <w:r w:rsidRPr="00394675">
              <w:rPr>
                <w:rFonts w:eastAsia="Times New Roman" w:cs="Times New Roman"/>
                <w:sz w:val="22"/>
              </w:rPr>
              <w:t>Dispenser hârtie WC pentru raioane</w:t>
            </w:r>
          </w:p>
        </w:tc>
        <w:tc>
          <w:tcPr>
            <w:tcW w:w="1275" w:type="dxa"/>
            <w:vAlign w:val="center"/>
          </w:tcPr>
          <w:p w14:paraId="1B25D654"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159C1196" w14:textId="77777777" w:rsidR="00010986" w:rsidRPr="00394675" w:rsidRDefault="00071BD1">
            <w:pPr>
              <w:jc w:val="center"/>
              <w:rPr>
                <w:rFonts w:cs="Times New Roman"/>
                <w:sz w:val="22"/>
              </w:rPr>
            </w:pPr>
            <w:r w:rsidRPr="00394675">
              <w:rPr>
                <w:rFonts w:eastAsia="Times New Roman" w:cs="Times New Roman"/>
                <w:sz w:val="22"/>
              </w:rPr>
              <w:t>50</w:t>
            </w:r>
          </w:p>
        </w:tc>
        <w:tc>
          <w:tcPr>
            <w:tcW w:w="1275" w:type="dxa"/>
            <w:vAlign w:val="center"/>
          </w:tcPr>
          <w:p w14:paraId="1F5B5C65"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EF44B5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CF9ED8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B19B64C"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473572E"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27E443D3"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7B0AAD65"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43E522E9" w14:textId="77777777">
        <w:trPr>
          <w:jc w:val="center"/>
        </w:trPr>
        <w:tc>
          <w:tcPr>
            <w:tcW w:w="1275" w:type="dxa"/>
            <w:vAlign w:val="center"/>
          </w:tcPr>
          <w:p w14:paraId="325D48A1"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3FB80CAC" w14:textId="77777777" w:rsidR="00010986" w:rsidRPr="00394675" w:rsidRDefault="00071BD1">
            <w:pPr>
              <w:jc w:val="both"/>
              <w:rPr>
                <w:rFonts w:cs="Times New Roman"/>
                <w:sz w:val="22"/>
              </w:rPr>
            </w:pPr>
            <w:r w:rsidRPr="00394675">
              <w:rPr>
                <w:rFonts w:eastAsia="Times New Roman" w:cs="Times New Roman"/>
                <w:sz w:val="22"/>
              </w:rPr>
              <w:t>Dispenser prosoape hârtie pentru raioane</w:t>
            </w:r>
          </w:p>
        </w:tc>
        <w:tc>
          <w:tcPr>
            <w:tcW w:w="1275" w:type="dxa"/>
            <w:vAlign w:val="center"/>
          </w:tcPr>
          <w:p w14:paraId="12CB0791"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11EDFA6E" w14:textId="77777777" w:rsidR="00010986" w:rsidRPr="00394675" w:rsidRDefault="00071BD1">
            <w:pPr>
              <w:jc w:val="center"/>
              <w:rPr>
                <w:rFonts w:cs="Times New Roman"/>
                <w:sz w:val="22"/>
              </w:rPr>
            </w:pPr>
            <w:r w:rsidRPr="00394675">
              <w:rPr>
                <w:rFonts w:eastAsia="Times New Roman" w:cs="Times New Roman"/>
                <w:sz w:val="22"/>
              </w:rPr>
              <w:t>50</w:t>
            </w:r>
          </w:p>
        </w:tc>
        <w:tc>
          <w:tcPr>
            <w:tcW w:w="1275" w:type="dxa"/>
            <w:vAlign w:val="center"/>
          </w:tcPr>
          <w:p w14:paraId="71ACFCA3"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464FFA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1AFE4F6"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3EF758D"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47D874E"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7EBC8716"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21974956"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12A4CA8B" w14:textId="77777777">
        <w:trPr>
          <w:jc w:val="center"/>
        </w:trPr>
        <w:tc>
          <w:tcPr>
            <w:tcW w:w="1275" w:type="dxa"/>
            <w:vAlign w:val="center"/>
          </w:tcPr>
          <w:p w14:paraId="4879271A"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6ADDDDD8" w14:textId="77777777" w:rsidR="00010986" w:rsidRPr="00394675" w:rsidRDefault="00071BD1">
            <w:pPr>
              <w:jc w:val="both"/>
              <w:rPr>
                <w:rFonts w:cs="Times New Roman"/>
                <w:sz w:val="22"/>
              </w:rPr>
            </w:pPr>
            <w:r w:rsidRPr="00394675">
              <w:rPr>
                <w:rFonts w:eastAsia="Times New Roman" w:cs="Times New Roman"/>
                <w:sz w:val="22"/>
              </w:rPr>
              <w:t>Coadă pentru mop</w:t>
            </w:r>
          </w:p>
        </w:tc>
        <w:tc>
          <w:tcPr>
            <w:tcW w:w="1275" w:type="dxa"/>
            <w:vAlign w:val="center"/>
          </w:tcPr>
          <w:p w14:paraId="5C9499A8"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4BD7BB57" w14:textId="77777777" w:rsidR="00010986" w:rsidRPr="00394675" w:rsidRDefault="00071BD1">
            <w:pPr>
              <w:jc w:val="center"/>
              <w:rPr>
                <w:rFonts w:cs="Times New Roman"/>
                <w:sz w:val="22"/>
              </w:rPr>
            </w:pPr>
            <w:r w:rsidRPr="00394675">
              <w:rPr>
                <w:rFonts w:eastAsia="Times New Roman" w:cs="Times New Roman"/>
                <w:sz w:val="22"/>
              </w:rPr>
              <w:t>50</w:t>
            </w:r>
          </w:p>
        </w:tc>
        <w:tc>
          <w:tcPr>
            <w:tcW w:w="1275" w:type="dxa"/>
            <w:vAlign w:val="center"/>
          </w:tcPr>
          <w:p w14:paraId="2E3AD55E"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2184C0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92A141F"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E529FB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2C6CB29"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5F6CB20B"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67F73B24"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3066FA99" w14:textId="77777777">
        <w:trPr>
          <w:jc w:val="center"/>
        </w:trPr>
        <w:tc>
          <w:tcPr>
            <w:tcW w:w="1275" w:type="dxa"/>
            <w:vAlign w:val="center"/>
          </w:tcPr>
          <w:p w14:paraId="56FAF0A4"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73EE9B9E" w14:textId="77777777" w:rsidR="00010986" w:rsidRPr="00394675" w:rsidRDefault="00071BD1">
            <w:pPr>
              <w:jc w:val="both"/>
              <w:rPr>
                <w:rFonts w:cs="Times New Roman"/>
                <w:sz w:val="22"/>
              </w:rPr>
            </w:pPr>
            <w:r w:rsidRPr="00394675">
              <w:rPr>
                <w:rFonts w:eastAsia="Times New Roman" w:cs="Times New Roman"/>
                <w:sz w:val="22"/>
              </w:rPr>
              <w:t>Mop</w:t>
            </w:r>
          </w:p>
        </w:tc>
        <w:tc>
          <w:tcPr>
            <w:tcW w:w="1275" w:type="dxa"/>
            <w:vAlign w:val="center"/>
          </w:tcPr>
          <w:p w14:paraId="23D4E6A6"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39A137A9" w14:textId="77777777" w:rsidR="00010986" w:rsidRPr="00394675" w:rsidRDefault="00071BD1">
            <w:pPr>
              <w:jc w:val="center"/>
              <w:rPr>
                <w:rFonts w:cs="Times New Roman"/>
                <w:sz w:val="22"/>
              </w:rPr>
            </w:pPr>
            <w:r w:rsidRPr="00394675">
              <w:rPr>
                <w:rFonts w:eastAsia="Times New Roman" w:cs="Times New Roman"/>
                <w:sz w:val="22"/>
              </w:rPr>
              <w:t>100</w:t>
            </w:r>
          </w:p>
        </w:tc>
        <w:tc>
          <w:tcPr>
            <w:tcW w:w="1275" w:type="dxa"/>
            <w:vAlign w:val="center"/>
          </w:tcPr>
          <w:p w14:paraId="78E1219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FD182FA"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39A9FCA"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DF0E2A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D34B59A"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7A27BBF8"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61630FEE"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3B3C5EE7" w14:textId="77777777">
        <w:trPr>
          <w:jc w:val="center"/>
        </w:trPr>
        <w:tc>
          <w:tcPr>
            <w:tcW w:w="1275" w:type="dxa"/>
            <w:vAlign w:val="center"/>
          </w:tcPr>
          <w:p w14:paraId="79A890F3"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52CDC485" w14:textId="77777777" w:rsidR="00010986" w:rsidRPr="00394675" w:rsidRDefault="00071BD1">
            <w:pPr>
              <w:jc w:val="both"/>
              <w:rPr>
                <w:rFonts w:cs="Times New Roman"/>
                <w:sz w:val="22"/>
              </w:rPr>
            </w:pPr>
            <w:r w:rsidRPr="00394675">
              <w:rPr>
                <w:rFonts w:eastAsia="Times New Roman" w:cs="Times New Roman"/>
                <w:sz w:val="22"/>
              </w:rPr>
              <w:t>Mătură mălai</w:t>
            </w:r>
          </w:p>
        </w:tc>
        <w:tc>
          <w:tcPr>
            <w:tcW w:w="1275" w:type="dxa"/>
            <w:vAlign w:val="center"/>
          </w:tcPr>
          <w:p w14:paraId="3AF9011A"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7DAC13AA" w14:textId="77777777" w:rsidR="00010986" w:rsidRPr="00394675" w:rsidRDefault="00071BD1">
            <w:pPr>
              <w:jc w:val="center"/>
              <w:rPr>
                <w:rFonts w:cs="Times New Roman"/>
                <w:sz w:val="22"/>
              </w:rPr>
            </w:pPr>
            <w:r w:rsidRPr="00394675">
              <w:rPr>
                <w:rFonts w:eastAsia="Times New Roman" w:cs="Times New Roman"/>
                <w:sz w:val="22"/>
              </w:rPr>
              <w:t>50</w:t>
            </w:r>
          </w:p>
        </w:tc>
        <w:tc>
          <w:tcPr>
            <w:tcW w:w="1275" w:type="dxa"/>
            <w:vAlign w:val="center"/>
          </w:tcPr>
          <w:p w14:paraId="4D7B5D1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0AE15D8"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188A995"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2DE6FC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A72028C"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62D8AC85"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2D5F473B"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1A2B8CA4" w14:textId="77777777">
        <w:trPr>
          <w:jc w:val="center"/>
        </w:trPr>
        <w:tc>
          <w:tcPr>
            <w:tcW w:w="1275" w:type="dxa"/>
            <w:vAlign w:val="center"/>
          </w:tcPr>
          <w:p w14:paraId="16118DCD"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3A79A8B2" w14:textId="77777777" w:rsidR="00010986" w:rsidRPr="00394675" w:rsidRDefault="00071BD1">
            <w:pPr>
              <w:jc w:val="both"/>
              <w:rPr>
                <w:rFonts w:cs="Times New Roman"/>
                <w:sz w:val="22"/>
              </w:rPr>
            </w:pPr>
            <w:r w:rsidRPr="00394675">
              <w:rPr>
                <w:rFonts w:eastAsia="Times New Roman" w:cs="Times New Roman"/>
                <w:sz w:val="22"/>
              </w:rPr>
              <w:t xml:space="preserve">Racleta pentru </w:t>
            </w:r>
            <w:r w:rsidRPr="00394675">
              <w:rPr>
                <w:rFonts w:eastAsia="Times New Roman" w:cs="Times New Roman"/>
                <w:sz w:val="22"/>
              </w:rPr>
              <w:lastRenderedPageBreak/>
              <w:t>curățarea geamurilor</w:t>
            </w:r>
          </w:p>
        </w:tc>
        <w:tc>
          <w:tcPr>
            <w:tcW w:w="1275" w:type="dxa"/>
            <w:vAlign w:val="center"/>
          </w:tcPr>
          <w:p w14:paraId="6849897B" w14:textId="77777777" w:rsidR="00010986" w:rsidRPr="00394675" w:rsidRDefault="00071BD1">
            <w:pPr>
              <w:jc w:val="center"/>
              <w:rPr>
                <w:rFonts w:cs="Times New Roman"/>
                <w:sz w:val="22"/>
              </w:rPr>
            </w:pPr>
            <w:r w:rsidRPr="00394675">
              <w:rPr>
                <w:rFonts w:eastAsia="Times New Roman" w:cs="Times New Roman"/>
                <w:sz w:val="22"/>
              </w:rPr>
              <w:lastRenderedPageBreak/>
              <w:t>bucată</w:t>
            </w:r>
          </w:p>
        </w:tc>
        <w:tc>
          <w:tcPr>
            <w:tcW w:w="1275" w:type="dxa"/>
            <w:vAlign w:val="center"/>
          </w:tcPr>
          <w:p w14:paraId="682C2533" w14:textId="77777777" w:rsidR="00010986" w:rsidRPr="00394675" w:rsidRDefault="00071BD1">
            <w:pPr>
              <w:jc w:val="center"/>
              <w:rPr>
                <w:rFonts w:cs="Times New Roman"/>
                <w:sz w:val="22"/>
              </w:rPr>
            </w:pPr>
            <w:r w:rsidRPr="00394675">
              <w:rPr>
                <w:rFonts w:eastAsia="Times New Roman" w:cs="Times New Roman"/>
                <w:sz w:val="22"/>
              </w:rPr>
              <w:t>20</w:t>
            </w:r>
          </w:p>
        </w:tc>
        <w:tc>
          <w:tcPr>
            <w:tcW w:w="1275" w:type="dxa"/>
            <w:vAlign w:val="center"/>
          </w:tcPr>
          <w:p w14:paraId="009BF67D"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A4BCE88"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93F2F4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806273E"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F1C2494" w14:textId="77777777" w:rsidR="00010986" w:rsidRPr="00394675" w:rsidRDefault="00071BD1">
            <w:pPr>
              <w:jc w:val="center"/>
              <w:rPr>
                <w:rFonts w:cs="Times New Roman"/>
                <w:sz w:val="22"/>
              </w:rPr>
            </w:pPr>
            <w:r w:rsidRPr="00394675">
              <w:rPr>
                <w:rFonts w:eastAsia="Times New Roman" w:cs="Times New Roman"/>
                <w:sz w:val="22"/>
              </w:rPr>
              <w:t xml:space="preserve">Maxim 15 zile de la </w:t>
            </w:r>
            <w:r w:rsidRPr="00394675">
              <w:rPr>
                <w:rFonts w:eastAsia="Times New Roman" w:cs="Times New Roman"/>
                <w:sz w:val="22"/>
              </w:rPr>
              <w:lastRenderedPageBreak/>
              <w:t>semnarea contractului</w:t>
            </w:r>
          </w:p>
        </w:tc>
        <w:tc>
          <w:tcPr>
            <w:tcW w:w="1275" w:type="dxa"/>
            <w:vAlign w:val="center"/>
          </w:tcPr>
          <w:p w14:paraId="35B41E4E" w14:textId="77777777" w:rsidR="00010986" w:rsidRPr="00394675" w:rsidRDefault="00071BD1">
            <w:pPr>
              <w:jc w:val="center"/>
              <w:rPr>
                <w:rFonts w:cs="Times New Roman"/>
                <w:sz w:val="22"/>
              </w:rPr>
            </w:pPr>
            <w:r w:rsidRPr="00394675">
              <w:rPr>
                <w:rFonts w:eastAsia="Times New Roman" w:cs="Times New Roman"/>
                <w:sz w:val="22"/>
              </w:rPr>
              <w:lastRenderedPageBreak/>
              <w:t>MD91TRPCAA518410A01513AA</w:t>
            </w:r>
          </w:p>
        </w:tc>
        <w:tc>
          <w:tcPr>
            <w:tcW w:w="1275" w:type="dxa"/>
            <w:vAlign w:val="center"/>
          </w:tcPr>
          <w:p w14:paraId="59FB5653"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2A24EE0C" w14:textId="77777777">
        <w:trPr>
          <w:jc w:val="center"/>
        </w:trPr>
        <w:tc>
          <w:tcPr>
            <w:tcW w:w="1275" w:type="dxa"/>
            <w:vAlign w:val="center"/>
          </w:tcPr>
          <w:p w14:paraId="13BF24EE"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26F87E87" w14:textId="77777777" w:rsidR="00010986" w:rsidRPr="00394675" w:rsidRDefault="00071BD1">
            <w:pPr>
              <w:jc w:val="both"/>
              <w:rPr>
                <w:rFonts w:cs="Times New Roman"/>
                <w:sz w:val="22"/>
              </w:rPr>
            </w:pPr>
            <w:r w:rsidRPr="00394675">
              <w:rPr>
                <w:rFonts w:eastAsia="Times New Roman" w:cs="Times New Roman"/>
                <w:sz w:val="22"/>
              </w:rPr>
              <w:t>Set făraș cu perie industrială</w:t>
            </w:r>
          </w:p>
        </w:tc>
        <w:tc>
          <w:tcPr>
            <w:tcW w:w="1275" w:type="dxa"/>
            <w:vAlign w:val="center"/>
          </w:tcPr>
          <w:p w14:paraId="261AC022"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6B49AFF1" w14:textId="77777777" w:rsidR="00010986" w:rsidRPr="00394675" w:rsidRDefault="00071BD1">
            <w:pPr>
              <w:jc w:val="center"/>
              <w:rPr>
                <w:rFonts w:cs="Times New Roman"/>
                <w:sz w:val="22"/>
              </w:rPr>
            </w:pPr>
            <w:r w:rsidRPr="00394675">
              <w:rPr>
                <w:rFonts w:eastAsia="Times New Roman" w:cs="Times New Roman"/>
                <w:sz w:val="22"/>
              </w:rPr>
              <w:t>40</w:t>
            </w:r>
          </w:p>
        </w:tc>
        <w:tc>
          <w:tcPr>
            <w:tcW w:w="1275" w:type="dxa"/>
            <w:vAlign w:val="center"/>
          </w:tcPr>
          <w:p w14:paraId="04EF975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68E39A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9459879"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DF742C9"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1C9D0EA"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16608E2E"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113B4724"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658A63F0" w14:textId="77777777">
        <w:trPr>
          <w:jc w:val="center"/>
        </w:trPr>
        <w:tc>
          <w:tcPr>
            <w:tcW w:w="1275" w:type="dxa"/>
            <w:vAlign w:val="center"/>
          </w:tcPr>
          <w:p w14:paraId="65CCFE26"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043EF610" w14:textId="77777777" w:rsidR="00010986" w:rsidRPr="00394675" w:rsidRDefault="00071BD1">
            <w:pPr>
              <w:jc w:val="both"/>
              <w:rPr>
                <w:rFonts w:cs="Times New Roman"/>
                <w:sz w:val="22"/>
              </w:rPr>
            </w:pPr>
            <w:r w:rsidRPr="00394675">
              <w:rPr>
                <w:rFonts w:eastAsia="Times New Roman" w:cs="Times New Roman"/>
                <w:sz w:val="22"/>
              </w:rPr>
              <w:t>Mănuși lucru</w:t>
            </w:r>
          </w:p>
        </w:tc>
        <w:tc>
          <w:tcPr>
            <w:tcW w:w="1275" w:type="dxa"/>
            <w:vAlign w:val="center"/>
          </w:tcPr>
          <w:p w14:paraId="7E7279C2"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08B5FF4A" w14:textId="77777777" w:rsidR="00010986" w:rsidRPr="00394675" w:rsidRDefault="00071BD1">
            <w:pPr>
              <w:jc w:val="center"/>
              <w:rPr>
                <w:rFonts w:cs="Times New Roman"/>
                <w:sz w:val="22"/>
              </w:rPr>
            </w:pPr>
            <w:r w:rsidRPr="00394675">
              <w:rPr>
                <w:rFonts w:eastAsia="Times New Roman" w:cs="Times New Roman"/>
                <w:sz w:val="22"/>
              </w:rPr>
              <w:t>300</w:t>
            </w:r>
          </w:p>
        </w:tc>
        <w:tc>
          <w:tcPr>
            <w:tcW w:w="1275" w:type="dxa"/>
            <w:vAlign w:val="center"/>
          </w:tcPr>
          <w:p w14:paraId="490F7E71"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272969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108A52E"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3B5ACB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BAF4ACF"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6ED5C3BC"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19C2E9A7"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3634974F" w14:textId="77777777">
        <w:trPr>
          <w:jc w:val="center"/>
        </w:trPr>
        <w:tc>
          <w:tcPr>
            <w:tcW w:w="1275" w:type="dxa"/>
            <w:vAlign w:val="center"/>
          </w:tcPr>
          <w:p w14:paraId="0928D7D7"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7EED0AEC" w14:textId="77777777" w:rsidR="00010986" w:rsidRPr="00394675" w:rsidRDefault="00071BD1">
            <w:pPr>
              <w:jc w:val="both"/>
              <w:rPr>
                <w:rFonts w:cs="Times New Roman"/>
                <w:sz w:val="22"/>
              </w:rPr>
            </w:pPr>
            <w:r w:rsidRPr="00394675">
              <w:rPr>
                <w:rFonts w:eastAsia="Times New Roman" w:cs="Times New Roman"/>
                <w:sz w:val="22"/>
              </w:rPr>
              <w:t>Dozator de săpun-spumă</w:t>
            </w:r>
          </w:p>
        </w:tc>
        <w:tc>
          <w:tcPr>
            <w:tcW w:w="1275" w:type="dxa"/>
            <w:vAlign w:val="center"/>
          </w:tcPr>
          <w:p w14:paraId="66C90C4C"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49E9B685" w14:textId="77777777" w:rsidR="00010986" w:rsidRPr="00394675" w:rsidRDefault="00071BD1">
            <w:pPr>
              <w:jc w:val="center"/>
              <w:rPr>
                <w:rFonts w:cs="Times New Roman"/>
                <w:sz w:val="22"/>
              </w:rPr>
            </w:pPr>
            <w:r w:rsidRPr="00394675">
              <w:rPr>
                <w:rFonts w:eastAsia="Times New Roman" w:cs="Times New Roman"/>
                <w:sz w:val="22"/>
              </w:rPr>
              <w:t>50</w:t>
            </w:r>
          </w:p>
        </w:tc>
        <w:tc>
          <w:tcPr>
            <w:tcW w:w="1275" w:type="dxa"/>
            <w:vAlign w:val="center"/>
          </w:tcPr>
          <w:p w14:paraId="260BF046"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30D6CBF"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511A186"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06E45C2"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176E02C"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1882B068"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68B65700"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732A5060" w14:textId="77777777">
        <w:trPr>
          <w:jc w:val="center"/>
        </w:trPr>
        <w:tc>
          <w:tcPr>
            <w:tcW w:w="1275" w:type="dxa"/>
            <w:vAlign w:val="center"/>
          </w:tcPr>
          <w:p w14:paraId="1A9D724A"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25364A64" w14:textId="77777777" w:rsidR="00010986" w:rsidRPr="00394675" w:rsidRDefault="00071BD1">
            <w:pPr>
              <w:jc w:val="both"/>
              <w:rPr>
                <w:rFonts w:cs="Times New Roman"/>
                <w:sz w:val="22"/>
              </w:rPr>
            </w:pPr>
            <w:r w:rsidRPr="00394675">
              <w:rPr>
                <w:rFonts w:eastAsia="Times New Roman" w:cs="Times New Roman"/>
                <w:sz w:val="22"/>
              </w:rPr>
              <w:t>Coadă lopată</w:t>
            </w:r>
          </w:p>
        </w:tc>
        <w:tc>
          <w:tcPr>
            <w:tcW w:w="1275" w:type="dxa"/>
            <w:vAlign w:val="center"/>
          </w:tcPr>
          <w:p w14:paraId="2ED09913"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138D30F7" w14:textId="77777777" w:rsidR="00010986" w:rsidRPr="00394675" w:rsidRDefault="00071BD1">
            <w:pPr>
              <w:jc w:val="center"/>
              <w:rPr>
                <w:rFonts w:cs="Times New Roman"/>
                <w:sz w:val="22"/>
              </w:rPr>
            </w:pPr>
            <w:r w:rsidRPr="00394675">
              <w:rPr>
                <w:rFonts w:eastAsia="Times New Roman" w:cs="Times New Roman"/>
                <w:sz w:val="22"/>
              </w:rPr>
              <w:t>15</w:t>
            </w:r>
          </w:p>
        </w:tc>
        <w:tc>
          <w:tcPr>
            <w:tcW w:w="1275" w:type="dxa"/>
            <w:vAlign w:val="center"/>
          </w:tcPr>
          <w:p w14:paraId="2A9C3D03"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6DD684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6F6D4AC"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64992A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F8B7458"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63FB3AD8"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380D595F"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0F114C6D" w14:textId="77777777">
        <w:trPr>
          <w:jc w:val="center"/>
        </w:trPr>
        <w:tc>
          <w:tcPr>
            <w:tcW w:w="1275" w:type="dxa"/>
            <w:vAlign w:val="center"/>
          </w:tcPr>
          <w:p w14:paraId="395A5BED"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5A85600C" w14:textId="77777777" w:rsidR="00010986" w:rsidRPr="00394675" w:rsidRDefault="00071BD1">
            <w:pPr>
              <w:jc w:val="both"/>
              <w:rPr>
                <w:rFonts w:cs="Times New Roman"/>
                <w:sz w:val="22"/>
              </w:rPr>
            </w:pPr>
            <w:r w:rsidRPr="00394675">
              <w:rPr>
                <w:rFonts w:eastAsia="Times New Roman" w:cs="Times New Roman"/>
                <w:sz w:val="22"/>
              </w:rPr>
              <w:t>Coadă sapă</w:t>
            </w:r>
          </w:p>
        </w:tc>
        <w:tc>
          <w:tcPr>
            <w:tcW w:w="1275" w:type="dxa"/>
            <w:vAlign w:val="center"/>
          </w:tcPr>
          <w:p w14:paraId="49C29B1A"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49C5201E" w14:textId="77777777" w:rsidR="00010986" w:rsidRPr="00394675" w:rsidRDefault="00071BD1">
            <w:pPr>
              <w:jc w:val="center"/>
              <w:rPr>
                <w:rFonts w:cs="Times New Roman"/>
                <w:sz w:val="22"/>
              </w:rPr>
            </w:pPr>
            <w:r w:rsidRPr="00394675">
              <w:rPr>
                <w:rFonts w:eastAsia="Times New Roman" w:cs="Times New Roman"/>
                <w:sz w:val="22"/>
              </w:rPr>
              <w:t>20</w:t>
            </w:r>
          </w:p>
        </w:tc>
        <w:tc>
          <w:tcPr>
            <w:tcW w:w="1275" w:type="dxa"/>
            <w:vAlign w:val="center"/>
          </w:tcPr>
          <w:p w14:paraId="2A6DF96A"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8061B2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D4D1B48"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21C911F"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CF7FE64" w14:textId="77777777" w:rsidR="00010986" w:rsidRPr="00394675" w:rsidRDefault="00071BD1">
            <w:pPr>
              <w:jc w:val="center"/>
              <w:rPr>
                <w:rFonts w:cs="Times New Roman"/>
                <w:sz w:val="22"/>
              </w:rPr>
            </w:pPr>
            <w:r w:rsidRPr="00394675">
              <w:rPr>
                <w:rFonts w:eastAsia="Times New Roman" w:cs="Times New Roman"/>
                <w:sz w:val="22"/>
              </w:rPr>
              <w:t xml:space="preserve">Maxim 15 zile de la semnarea </w:t>
            </w:r>
            <w:r w:rsidRPr="00394675">
              <w:rPr>
                <w:rFonts w:eastAsia="Times New Roman" w:cs="Times New Roman"/>
                <w:sz w:val="22"/>
              </w:rPr>
              <w:lastRenderedPageBreak/>
              <w:t>contractului</w:t>
            </w:r>
          </w:p>
        </w:tc>
        <w:tc>
          <w:tcPr>
            <w:tcW w:w="1275" w:type="dxa"/>
            <w:vAlign w:val="center"/>
          </w:tcPr>
          <w:p w14:paraId="00E74203" w14:textId="77777777" w:rsidR="00010986" w:rsidRPr="00394675" w:rsidRDefault="00071BD1">
            <w:pPr>
              <w:jc w:val="center"/>
              <w:rPr>
                <w:rFonts w:cs="Times New Roman"/>
                <w:sz w:val="22"/>
              </w:rPr>
            </w:pPr>
            <w:r w:rsidRPr="00394675">
              <w:rPr>
                <w:rFonts w:eastAsia="Times New Roman" w:cs="Times New Roman"/>
                <w:sz w:val="22"/>
              </w:rPr>
              <w:lastRenderedPageBreak/>
              <w:t>MD91TRPCAA518410A01513AA</w:t>
            </w:r>
          </w:p>
        </w:tc>
        <w:tc>
          <w:tcPr>
            <w:tcW w:w="1275" w:type="dxa"/>
            <w:vAlign w:val="center"/>
          </w:tcPr>
          <w:p w14:paraId="42DC0DFC"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67B2E75B" w14:textId="77777777">
        <w:trPr>
          <w:jc w:val="center"/>
        </w:trPr>
        <w:tc>
          <w:tcPr>
            <w:tcW w:w="1275" w:type="dxa"/>
            <w:vAlign w:val="center"/>
          </w:tcPr>
          <w:p w14:paraId="25ADA24E"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1138405D" w14:textId="77777777" w:rsidR="00010986" w:rsidRPr="00394675" w:rsidRDefault="00071BD1">
            <w:pPr>
              <w:jc w:val="both"/>
              <w:rPr>
                <w:rFonts w:cs="Times New Roman"/>
                <w:sz w:val="22"/>
              </w:rPr>
            </w:pPr>
            <w:r w:rsidRPr="00394675">
              <w:rPr>
                <w:rFonts w:eastAsia="Times New Roman" w:cs="Times New Roman"/>
                <w:sz w:val="22"/>
              </w:rPr>
              <w:t>Foarfece de grădină</w:t>
            </w:r>
          </w:p>
        </w:tc>
        <w:tc>
          <w:tcPr>
            <w:tcW w:w="1275" w:type="dxa"/>
            <w:vAlign w:val="center"/>
          </w:tcPr>
          <w:p w14:paraId="3609E1D7"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3429B578" w14:textId="77777777" w:rsidR="00010986" w:rsidRPr="00394675" w:rsidRDefault="00071BD1">
            <w:pPr>
              <w:jc w:val="center"/>
              <w:rPr>
                <w:rFonts w:cs="Times New Roman"/>
                <w:sz w:val="22"/>
              </w:rPr>
            </w:pPr>
            <w:r w:rsidRPr="00394675">
              <w:rPr>
                <w:rFonts w:eastAsia="Times New Roman" w:cs="Times New Roman"/>
                <w:sz w:val="22"/>
              </w:rPr>
              <w:t>12</w:t>
            </w:r>
          </w:p>
        </w:tc>
        <w:tc>
          <w:tcPr>
            <w:tcW w:w="1275" w:type="dxa"/>
            <w:vAlign w:val="center"/>
          </w:tcPr>
          <w:p w14:paraId="3F23978F"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37A100E"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CC6D16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25B96CF"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EB566DA"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2037A95D"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12692B68"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513670C8" w14:textId="77777777">
        <w:trPr>
          <w:jc w:val="center"/>
        </w:trPr>
        <w:tc>
          <w:tcPr>
            <w:tcW w:w="1275" w:type="dxa"/>
            <w:vAlign w:val="center"/>
          </w:tcPr>
          <w:p w14:paraId="55627F33"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3EB6AC02" w14:textId="77777777" w:rsidR="00010986" w:rsidRPr="00394675" w:rsidRDefault="00071BD1">
            <w:pPr>
              <w:jc w:val="both"/>
              <w:rPr>
                <w:rFonts w:cs="Times New Roman"/>
                <w:sz w:val="22"/>
              </w:rPr>
            </w:pPr>
            <w:r w:rsidRPr="00394675">
              <w:rPr>
                <w:rFonts w:eastAsia="Times New Roman" w:cs="Times New Roman"/>
                <w:sz w:val="22"/>
              </w:rPr>
              <w:t>Greblă metalică reglabilă</w:t>
            </w:r>
          </w:p>
        </w:tc>
        <w:tc>
          <w:tcPr>
            <w:tcW w:w="1275" w:type="dxa"/>
            <w:vAlign w:val="center"/>
          </w:tcPr>
          <w:p w14:paraId="00F19276"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4E8C6227" w14:textId="77777777" w:rsidR="00010986" w:rsidRPr="00394675" w:rsidRDefault="00071BD1">
            <w:pPr>
              <w:jc w:val="center"/>
              <w:rPr>
                <w:rFonts w:cs="Times New Roman"/>
                <w:sz w:val="22"/>
              </w:rPr>
            </w:pPr>
            <w:r w:rsidRPr="00394675">
              <w:rPr>
                <w:rFonts w:eastAsia="Times New Roman" w:cs="Times New Roman"/>
                <w:sz w:val="22"/>
              </w:rPr>
              <w:t>20</w:t>
            </w:r>
          </w:p>
        </w:tc>
        <w:tc>
          <w:tcPr>
            <w:tcW w:w="1275" w:type="dxa"/>
            <w:vAlign w:val="center"/>
          </w:tcPr>
          <w:p w14:paraId="7A9E4F3A"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652604E"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1454A1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A38C96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F921A01"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72FC5FB1"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56F00681"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0A991A71" w14:textId="77777777">
        <w:trPr>
          <w:jc w:val="center"/>
        </w:trPr>
        <w:tc>
          <w:tcPr>
            <w:tcW w:w="1275" w:type="dxa"/>
            <w:vAlign w:val="center"/>
          </w:tcPr>
          <w:p w14:paraId="30919468"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5BF714E6" w14:textId="77777777" w:rsidR="00010986" w:rsidRPr="00394675" w:rsidRDefault="00071BD1">
            <w:pPr>
              <w:jc w:val="both"/>
              <w:rPr>
                <w:rFonts w:cs="Times New Roman"/>
                <w:sz w:val="22"/>
              </w:rPr>
            </w:pPr>
            <w:r w:rsidRPr="00394675">
              <w:rPr>
                <w:rFonts w:eastAsia="Times New Roman" w:cs="Times New Roman"/>
                <w:sz w:val="22"/>
              </w:rPr>
              <w:t>Ferestrău manual</w:t>
            </w:r>
          </w:p>
        </w:tc>
        <w:tc>
          <w:tcPr>
            <w:tcW w:w="1275" w:type="dxa"/>
            <w:vAlign w:val="center"/>
          </w:tcPr>
          <w:p w14:paraId="30E9A175"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0DE3E08C" w14:textId="77777777" w:rsidR="00010986" w:rsidRPr="00394675" w:rsidRDefault="00071BD1">
            <w:pPr>
              <w:jc w:val="center"/>
              <w:rPr>
                <w:rFonts w:cs="Times New Roman"/>
                <w:sz w:val="22"/>
              </w:rPr>
            </w:pPr>
            <w:r w:rsidRPr="00394675">
              <w:rPr>
                <w:rFonts w:eastAsia="Times New Roman" w:cs="Times New Roman"/>
                <w:sz w:val="22"/>
              </w:rPr>
              <w:t>12</w:t>
            </w:r>
          </w:p>
        </w:tc>
        <w:tc>
          <w:tcPr>
            <w:tcW w:w="1275" w:type="dxa"/>
            <w:vAlign w:val="center"/>
          </w:tcPr>
          <w:p w14:paraId="7A2A0291"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8B17F38"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C6A5BA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74A635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BD0F1DE"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09DBAA84"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4B294DC3"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0A384815" w14:textId="77777777">
        <w:trPr>
          <w:jc w:val="center"/>
        </w:trPr>
        <w:tc>
          <w:tcPr>
            <w:tcW w:w="1275" w:type="dxa"/>
            <w:vAlign w:val="center"/>
          </w:tcPr>
          <w:p w14:paraId="2E982A68"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1E9FAAF4" w14:textId="77777777" w:rsidR="00010986" w:rsidRPr="00394675" w:rsidRDefault="00071BD1">
            <w:pPr>
              <w:jc w:val="both"/>
              <w:rPr>
                <w:rFonts w:cs="Times New Roman"/>
                <w:sz w:val="22"/>
              </w:rPr>
            </w:pPr>
            <w:r w:rsidRPr="00394675">
              <w:rPr>
                <w:rFonts w:eastAsia="Times New Roman" w:cs="Times New Roman"/>
                <w:sz w:val="22"/>
              </w:rPr>
              <w:t>Roabă</w:t>
            </w:r>
          </w:p>
        </w:tc>
        <w:tc>
          <w:tcPr>
            <w:tcW w:w="1275" w:type="dxa"/>
            <w:vAlign w:val="center"/>
          </w:tcPr>
          <w:p w14:paraId="6E6E1DF1"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117F9573" w14:textId="77777777" w:rsidR="00010986" w:rsidRPr="00394675" w:rsidRDefault="00071BD1">
            <w:pPr>
              <w:jc w:val="center"/>
              <w:rPr>
                <w:rFonts w:cs="Times New Roman"/>
                <w:sz w:val="22"/>
              </w:rPr>
            </w:pPr>
            <w:r w:rsidRPr="00394675">
              <w:rPr>
                <w:rFonts w:eastAsia="Times New Roman" w:cs="Times New Roman"/>
                <w:sz w:val="22"/>
              </w:rPr>
              <w:t>7</w:t>
            </w:r>
          </w:p>
        </w:tc>
        <w:tc>
          <w:tcPr>
            <w:tcW w:w="1275" w:type="dxa"/>
            <w:vAlign w:val="center"/>
          </w:tcPr>
          <w:p w14:paraId="669509A8"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EA06AAA"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B28E687"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B20C31B"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2E9923D"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659C072C"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2DCC1B19"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51BD18B3" w14:textId="77777777">
        <w:trPr>
          <w:jc w:val="center"/>
        </w:trPr>
        <w:tc>
          <w:tcPr>
            <w:tcW w:w="1275" w:type="dxa"/>
            <w:vAlign w:val="center"/>
          </w:tcPr>
          <w:p w14:paraId="2C31F15F"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130595A4" w14:textId="77777777" w:rsidR="00010986" w:rsidRPr="00394675" w:rsidRDefault="00071BD1">
            <w:pPr>
              <w:jc w:val="both"/>
              <w:rPr>
                <w:rFonts w:cs="Times New Roman"/>
                <w:sz w:val="22"/>
              </w:rPr>
            </w:pPr>
            <w:r w:rsidRPr="00394675">
              <w:rPr>
                <w:rFonts w:eastAsia="Times New Roman" w:cs="Times New Roman"/>
                <w:sz w:val="22"/>
              </w:rPr>
              <w:t>Cărucior pentru depozitare</w:t>
            </w:r>
          </w:p>
        </w:tc>
        <w:tc>
          <w:tcPr>
            <w:tcW w:w="1275" w:type="dxa"/>
            <w:vAlign w:val="center"/>
          </w:tcPr>
          <w:p w14:paraId="584A7D08"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3CAB8E8C" w14:textId="77777777" w:rsidR="00010986" w:rsidRPr="00394675" w:rsidRDefault="00071BD1">
            <w:pPr>
              <w:jc w:val="center"/>
              <w:rPr>
                <w:rFonts w:cs="Times New Roman"/>
                <w:sz w:val="22"/>
              </w:rPr>
            </w:pPr>
            <w:r w:rsidRPr="00394675">
              <w:rPr>
                <w:rFonts w:eastAsia="Times New Roman" w:cs="Times New Roman"/>
                <w:sz w:val="22"/>
              </w:rPr>
              <w:t>4</w:t>
            </w:r>
          </w:p>
        </w:tc>
        <w:tc>
          <w:tcPr>
            <w:tcW w:w="1275" w:type="dxa"/>
            <w:vAlign w:val="center"/>
          </w:tcPr>
          <w:p w14:paraId="1C886741"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7EDECA6"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D9C7372"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605BFC5"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59ABCDD"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6C4C2B05"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411B5C9F"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486C8B1B" w14:textId="77777777">
        <w:trPr>
          <w:jc w:val="center"/>
        </w:trPr>
        <w:tc>
          <w:tcPr>
            <w:tcW w:w="1275" w:type="dxa"/>
            <w:vAlign w:val="center"/>
          </w:tcPr>
          <w:p w14:paraId="5E697C2B" w14:textId="77777777" w:rsidR="00010986" w:rsidRPr="00394675" w:rsidRDefault="00071BD1">
            <w:pPr>
              <w:jc w:val="center"/>
              <w:rPr>
                <w:rFonts w:cs="Times New Roman"/>
                <w:sz w:val="22"/>
              </w:rPr>
            </w:pPr>
            <w:r w:rsidRPr="00394675">
              <w:rPr>
                <w:rFonts w:eastAsia="Times New Roman" w:cs="Times New Roman"/>
                <w:sz w:val="22"/>
              </w:rPr>
              <w:lastRenderedPageBreak/>
              <w:t>44510000-8</w:t>
            </w:r>
          </w:p>
        </w:tc>
        <w:tc>
          <w:tcPr>
            <w:tcW w:w="1275" w:type="dxa"/>
            <w:vAlign w:val="center"/>
          </w:tcPr>
          <w:p w14:paraId="0FCD621A" w14:textId="77777777" w:rsidR="00010986" w:rsidRPr="00394675" w:rsidRDefault="00071BD1">
            <w:pPr>
              <w:jc w:val="both"/>
              <w:rPr>
                <w:rFonts w:cs="Times New Roman"/>
                <w:sz w:val="22"/>
              </w:rPr>
            </w:pPr>
            <w:r w:rsidRPr="00394675">
              <w:rPr>
                <w:rFonts w:eastAsia="Times New Roman" w:cs="Times New Roman"/>
                <w:sz w:val="22"/>
              </w:rPr>
              <w:t>Cărucior pentru furtun</w:t>
            </w:r>
          </w:p>
        </w:tc>
        <w:tc>
          <w:tcPr>
            <w:tcW w:w="1275" w:type="dxa"/>
            <w:vAlign w:val="center"/>
          </w:tcPr>
          <w:p w14:paraId="5539492C"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11B91300" w14:textId="77777777" w:rsidR="00010986" w:rsidRPr="00394675" w:rsidRDefault="00071BD1">
            <w:pPr>
              <w:jc w:val="center"/>
              <w:rPr>
                <w:rFonts w:cs="Times New Roman"/>
                <w:sz w:val="22"/>
              </w:rPr>
            </w:pPr>
            <w:r w:rsidRPr="00394675">
              <w:rPr>
                <w:rFonts w:eastAsia="Times New Roman" w:cs="Times New Roman"/>
                <w:sz w:val="22"/>
              </w:rPr>
              <w:t>2</w:t>
            </w:r>
          </w:p>
        </w:tc>
        <w:tc>
          <w:tcPr>
            <w:tcW w:w="1275" w:type="dxa"/>
            <w:vAlign w:val="center"/>
          </w:tcPr>
          <w:p w14:paraId="041A9DB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C20A66F"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5B9DB1F6"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BC108B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777AF2B"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5587CCED"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55CD84CD"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1587174A" w14:textId="77777777">
        <w:trPr>
          <w:jc w:val="center"/>
        </w:trPr>
        <w:tc>
          <w:tcPr>
            <w:tcW w:w="1275" w:type="dxa"/>
            <w:vAlign w:val="center"/>
          </w:tcPr>
          <w:p w14:paraId="07217476"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297D8AB1" w14:textId="77777777" w:rsidR="00010986" w:rsidRPr="00394675" w:rsidRDefault="00071BD1">
            <w:pPr>
              <w:jc w:val="both"/>
              <w:rPr>
                <w:rFonts w:cs="Times New Roman"/>
                <w:sz w:val="22"/>
              </w:rPr>
            </w:pPr>
            <w:r w:rsidRPr="00394675">
              <w:rPr>
                <w:rFonts w:eastAsia="Times New Roman" w:cs="Times New Roman"/>
                <w:sz w:val="22"/>
              </w:rPr>
              <w:t>Sapă de mână cu ghiară</w:t>
            </w:r>
          </w:p>
        </w:tc>
        <w:tc>
          <w:tcPr>
            <w:tcW w:w="1275" w:type="dxa"/>
            <w:vAlign w:val="center"/>
          </w:tcPr>
          <w:p w14:paraId="503E6824"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052DFDA1" w14:textId="77777777" w:rsidR="00010986" w:rsidRPr="00394675" w:rsidRDefault="00071BD1">
            <w:pPr>
              <w:jc w:val="center"/>
              <w:rPr>
                <w:rFonts w:cs="Times New Roman"/>
                <w:sz w:val="22"/>
              </w:rPr>
            </w:pPr>
            <w:r w:rsidRPr="00394675">
              <w:rPr>
                <w:rFonts w:eastAsia="Times New Roman" w:cs="Times New Roman"/>
                <w:sz w:val="22"/>
              </w:rPr>
              <w:t>10</w:t>
            </w:r>
          </w:p>
        </w:tc>
        <w:tc>
          <w:tcPr>
            <w:tcW w:w="1275" w:type="dxa"/>
            <w:vAlign w:val="center"/>
          </w:tcPr>
          <w:p w14:paraId="5067C714"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84D2FF2"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4351D0D"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04A82FCD"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33E882A"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50FA920B"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37C18138"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2609DA8A" w14:textId="77777777">
        <w:trPr>
          <w:jc w:val="center"/>
        </w:trPr>
        <w:tc>
          <w:tcPr>
            <w:tcW w:w="1275" w:type="dxa"/>
            <w:vAlign w:val="center"/>
          </w:tcPr>
          <w:p w14:paraId="7A953278"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48BE1576" w14:textId="77777777" w:rsidR="00010986" w:rsidRPr="00394675" w:rsidRDefault="00071BD1">
            <w:pPr>
              <w:jc w:val="both"/>
              <w:rPr>
                <w:rFonts w:cs="Times New Roman"/>
                <w:sz w:val="22"/>
              </w:rPr>
            </w:pPr>
            <w:r w:rsidRPr="00394675">
              <w:rPr>
                <w:rFonts w:eastAsia="Times New Roman" w:cs="Times New Roman"/>
                <w:sz w:val="22"/>
              </w:rPr>
              <w:t>Clește tăietor 160 mm</w:t>
            </w:r>
          </w:p>
        </w:tc>
        <w:tc>
          <w:tcPr>
            <w:tcW w:w="1275" w:type="dxa"/>
            <w:vAlign w:val="center"/>
          </w:tcPr>
          <w:p w14:paraId="3F4A310D"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1C4889C1" w14:textId="77777777" w:rsidR="00010986" w:rsidRPr="00394675" w:rsidRDefault="00071BD1">
            <w:pPr>
              <w:jc w:val="center"/>
              <w:rPr>
                <w:rFonts w:cs="Times New Roman"/>
                <w:sz w:val="22"/>
              </w:rPr>
            </w:pPr>
            <w:r w:rsidRPr="00394675">
              <w:rPr>
                <w:rFonts w:eastAsia="Times New Roman" w:cs="Times New Roman"/>
                <w:sz w:val="22"/>
              </w:rPr>
              <w:t>10</w:t>
            </w:r>
          </w:p>
        </w:tc>
        <w:tc>
          <w:tcPr>
            <w:tcW w:w="1275" w:type="dxa"/>
            <w:vAlign w:val="center"/>
          </w:tcPr>
          <w:p w14:paraId="25D97646"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29B2802"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55AA0A1"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70D11A66"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0EEBA0F"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0164A6CC"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0D5F8F51"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047A4D80" w14:textId="77777777">
        <w:trPr>
          <w:jc w:val="center"/>
        </w:trPr>
        <w:tc>
          <w:tcPr>
            <w:tcW w:w="1275" w:type="dxa"/>
            <w:vAlign w:val="center"/>
          </w:tcPr>
          <w:p w14:paraId="6311A361"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36B5AE1F" w14:textId="77777777" w:rsidR="00010986" w:rsidRPr="00394675" w:rsidRDefault="00071BD1">
            <w:pPr>
              <w:jc w:val="both"/>
              <w:rPr>
                <w:rFonts w:cs="Times New Roman"/>
                <w:sz w:val="22"/>
              </w:rPr>
            </w:pPr>
            <w:r w:rsidRPr="00394675">
              <w:rPr>
                <w:rFonts w:eastAsia="Times New Roman" w:cs="Times New Roman"/>
                <w:sz w:val="22"/>
              </w:rPr>
              <w:t>Ruletă cu lungimea de 5 m</w:t>
            </w:r>
          </w:p>
        </w:tc>
        <w:tc>
          <w:tcPr>
            <w:tcW w:w="1275" w:type="dxa"/>
            <w:vAlign w:val="center"/>
          </w:tcPr>
          <w:p w14:paraId="72E5B061"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70AC6043" w14:textId="77777777" w:rsidR="00010986" w:rsidRPr="00394675" w:rsidRDefault="00071BD1">
            <w:pPr>
              <w:jc w:val="center"/>
              <w:rPr>
                <w:rFonts w:cs="Times New Roman"/>
                <w:sz w:val="22"/>
              </w:rPr>
            </w:pPr>
            <w:r w:rsidRPr="00394675">
              <w:rPr>
                <w:rFonts w:eastAsia="Times New Roman" w:cs="Times New Roman"/>
                <w:sz w:val="22"/>
              </w:rPr>
              <w:t>10</w:t>
            </w:r>
          </w:p>
        </w:tc>
        <w:tc>
          <w:tcPr>
            <w:tcW w:w="1275" w:type="dxa"/>
            <w:vAlign w:val="center"/>
          </w:tcPr>
          <w:p w14:paraId="1FF5E141"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6CF3848"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6AEE87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F17F91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5BAB5A1"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36D69AA9"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61F80F92"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6EBCEB76" w14:textId="77777777">
        <w:trPr>
          <w:jc w:val="center"/>
        </w:trPr>
        <w:tc>
          <w:tcPr>
            <w:tcW w:w="1275" w:type="dxa"/>
            <w:vAlign w:val="center"/>
          </w:tcPr>
          <w:p w14:paraId="62FBEBD5"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75933D64" w14:textId="77777777" w:rsidR="00010986" w:rsidRPr="00394675" w:rsidRDefault="00071BD1">
            <w:pPr>
              <w:jc w:val="both"/>
              <w:rPr>
                <w:rFonts w:cs="Times New Roman"/>
                <w:sz w:val="22"/>
              </w:rPr>
            </w:pPr>
            <w:r w:rsidRPr="00394675">
              <w:rPr>
                <w:rFonts w:eastAsia="Times New Roman" w:cs="Times New Roman"/>
                <w:sz w:val="22"/>
              </w:rPr>
              <w:t xml:space="preserve">Cărucior cu platformă fixă capacitate 150 kg cu roți pneumatice pentru </w:t>
            </w:r>
            <w:r w:rsidRPr="00394675">
              <w:rPr>
                <w:rFonts w:eastAsia="Times New Roman" w:cs="Times New Roman"/>
                <w:sz w:val="22"/>
              </w:rPr>
              <w:lastRenderedPageBreak/>
              <w:t>transport butelii</w:t>
            </w:r>
          </w:p>
        </w:tc>
        <w:tc>
          <w:tcPr>
            <w:tcW w:w="1275" w:type="dxa"/>
            <w:vAlign w:val="center"/>
          </w:tcPr>
          <w:p w14:paraId="2CA71E90" w14:textId="77777777" w:rsidR="00010986" w:rsidRPr="00394675" w:rsidRDefault="00071BD1">
            <w:pPr>
              <w:jc w:val="center"/>
              <w:rPr>
                <w:rFonts w:cs="Times New Roman"/>
                <w:sz w:val="22"/>
              </w:rPr>
            </w:pPr>
            <w:r w:rsidRPr="00394675">
              <w:rPr>
                <w:rFonts w:eastAsia="Times New Roman" w:cs="Times New Roman"/>
                <w:sz w:val="22"/>
              </w:rPr>
              <w:lastRenderedPageBreak/>
              <w:t>bucată</w:t>
            </w:r>
          </w:p>
        </w:tc>
        <w:tc>
          <w:tcPr>
            <w:tcW w:w="1275" w:type="dxa"/>
            <w:vAlign w:val="center"/>
          </w:tcPr>
          <w:p w14:paraId="224C5042" w14:textId="77777777" w:rsidR="00010986" w:rsidRPr="00394675" w:rsidRDefault="00071BD1">
            <w:pPr>
              <w:jc w:val="center"/>
              <w:rPr>
                <w:rFonts w:cs="Times New Roman"/>
                <w:sz w:val="22"/>
              </w:rPr>
            </w:pPr>
            <w:r w:rsidRPr="00394675">
              <w:rPr>
                <w:rFonts w:eastAsia="Times New Roman" w:cs="Times New Roman"/>
                <w:sz w:val="22"/>
              </w:rPr>
              <w:t>1</w:t>
            </w:r>
          </w:p>
        </w:tc>
        <w:tc>
          <w:tcPr>
            <w:tcW w:w="1275" w:type="dxa"/>
            <w:vAlign w:val="center"/>
          </w:tcPr>
          <w:p w14:paraId="64AFB490"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3AEE82E"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80E0DD2"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E34F45A"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108EE9FA"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55B2E805"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4B7BFD9A"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4DC12CB2" w14:textId="77777777">
        <w:trPr>
          <w:jc w:val="center"/>
        </w:trPr>
        <w:tc>
          <w:tcPr>
            <w:tcW w:w="1275" w:type="dxa"/>
            <w:vAlign w:val="center"/>
          </w:tcPr>
          <w:p w14:paraId="60A20AFF" w14:textId="77777777" w:rsidR="00010986" w:rsidRPr="00394675" w:rsidRDefault="00071BD1">
            <w:pPr>
              <w:jc w:val="center"/>
              <w:rPr>
                <w:rFonts w:cs="Times New Roman"/>
                <w:sz w:val="22"/>
              </w:rPr>
            </w:pPr>
            <w:r w:rsidRPr="00394675">
              <w:rPr>
                <w:rFonts w:eastAsia="Times New Roman" w:cs="Times New Roman"/>
                <w:sz w:val="22"/>
              </w:rPr>
              <w:t>44510000-8</w:t>
            </w:r>
          </w:p>
        </w:tc>
        <w:tc>
          <w:tcPr>
            <w:tcW w:w="1275" w:type="dxa"/>
            <w:vAlign w:val="center"/>
          </w:tcPr>
          <w:p w14:paraId="438CBFAA" w14:textId="77777777" w:rsidR="00010986" w:rsidRPr="00394675" w:rsidRDefault="00071BD1">
            <w:pPr>
              <w:jc w:val="both"/>
              <w:rPr>
                <w:rFonts w:cs="Times New Roman"/>
                <w:sz w:val="22"/>
              </w:rPr>
            </w:pPr>
            <w:r w:rsidRPr="00394675">
              <w:rPr>
                <w:rFonts w:eastAsia="Times New Roman" w:cs="Times New Roman"/>
                <w:sz w:val="22"/>
              </w:rPr>
              <w:t>Suport metalic pentru transport 2 butelii 50 litri</w:t>
            </w:r>
          </w:p>
        </w:tc>
        <w:tc>
          <w:tcPr>
            <w:tcW w:w="1275" w:type="dxa"/>
            <w:vAlign w:val="center"/>
          </w:tcPr>
          <w:p w14:paraId="09A1AD3C" w14:textId="77777777" w:rsidR="00010986" w:rsidRPr="00394675" w:rsidRDefault="00071BD1">
            <w:pPr>
              <w:jc w:val="center"/>
              <w:rPr>
                <w:rFonts w:cs="Times New Roman"/>
                <w:sz w:val="22"/>
              </w:rPr>
            </w:pPr>
            <w:r w:rsidRPr="00394675">
              <w:rPr>
                <w:rFonts w:eastAsia="Times New Roman" w:cs="Times New Roman"/>
                <w:sz w:val="22"/>
              </w:rPr>
              <w:t>bucată</w:t>
            </w:r>
          </w:p>
        </w:tc>
        <w:tc>
          <w:tcPr>
            <w:tcW w:w="1275" w:type="dxa"/>
            <w:vAlign w:val="center"/>
          </w:tcPr>
          <w:p w14:paraId="1A7F8D6C" w14:textId="77777777" w:rsidR="00010986" w:rsidRPr="00394675" w:rsidRDefault="00071BD1">
            <w:pPr>
              <w:jc w:val="center"/>
              <w:rPr>
                <w:rFonts w:cs="Times New Roman"/>
                <w:sz w:val="22"/>
              </w:rPr>
            </w:pPr>
            <w:r w:rsidRPr="00394675">
              <w:rPr>
                <w:rFonts w:eastAsia="Times New Roman" w:cs="Times New Roman"/>
                <w:sz w:val="22"/>
              </w:rPr>
              <w:t>1</w:t>
            </w:r>
          </w:p>
        </w:tc>
        <w:tc>
          <w:tcPr>
            <w:tcW w:w="1275" w:type="dxa"/>
            <w:vAlign w:val="center"/>
          </w:tcPr>
          <w:p w14:paraId="2A612BAC"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6CD52B3D"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48E8C77C"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2539B17F" w14:textId="77777777" w:rsidR="00010986" w:rsidRPr="00394675" w:rsidRDefault="00071BD1">
            <w:pPr>
              <w:jc w:val="center"/>
              <w:rPr>
                <w:rFonts w:cs="Times New Roman"/>
                <w:sz w:val="22"/>
              </w:rPr>
            </w:pPr>
            <w:r w:rsidRPr="00394675">
              <w:rPr>
                <w:rFonts w:eastAsia="Times New Roman" w:cs="Times New Roman"/>
                <w:sz w:val="22"/>
              </w:rPr>
              <w:t>[ofertant]</w:t>
            </w:r>
          </w:p>
        </w:tc>
        <w:tc>
          <w:tcPr>
            <w:tcW w:w="1275" w:type="dxa"/>
            <w:vAlign w:val="center"/>
          </w:tcPr>
          <w:p w14:paraId="315B199F" w14:textId="77777777" w:rsidR="00010986" w:rsidRPr="00394675" w:rsidRDefault="00071BD1">
            <w:pPr>
              <w:jc w:val="center"/>
              <w:rPr>
                <w:rFonts w:cs="Times New Roman"/>
                <w:sz w:val="22"/>
              </w:rPr>
            </w:pPr>
            <w:r w:rsidRPr="00394675">
              <w:rPr>
                <w:rFonts w:eastAsia="Times New Roman" w:cs="Times New Roman"/>
                <w:sz w:val="22"/>
              </w:rPr>
              <w:t>Maxim 15 zile de la semnarea contractului</w:t>
            </w:r>
          </w:p>
        </w:tc>
        <w:tc>
          <w:tcPr>
            <w:tcW w:w="1275" w:type="dxa"/>
            <w:vAlign w:val="center"/>
          </w:tcPr>
          <w:p w14:paraId="0EF2C35A"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123D1E54" w14:textId="77777777" w:rsidR="00010986" w:rsidRPr="00394675" w:rsidRDefault="00071BD1">
            <w:pPr>
              <w:jc w:val="center"/>
              <w:rPr>
                <w:rFonts w:cs="Times New Roman"/>
                <w:sz w:val="22"/>
              </w:rPr>
            </w:pPr>
            <w:r w:rsidRPr="00394675">
              <w:rPr>
                <w:rFonts w:eastAsia="Times New Roman" w:cs="Times New Roman"/>
                <w:sz w:val="22"/>
              </w:rPr>
              <w:t>[ofertant]</w:t>
            </w:r>
          </w:p>
        </w:tc>
      </w:tr>
      <w:tr w:rsidR="00010986" w:rsidRPr="00394675" w14:paraId="64D09571" w14:textId="77777777">
        <w:trPr>
          <w:jc w:val="center"/>
        </w:trPr>
        <w:tc>
          <w:tcPr>
            <w:tcW w:w="1275" w:type="dxa"/>
            <w:vAlign w:val="center"/>
          </w:tcPr>
          <w:p w14:paraId="06DC7AA4" w14:textId="77777777" w:rsidR="00010986" w:rsidRPr="00394675" w:rsidRDefault="00071BD1">
            <w:pPr>
              <w:jc w:val="center"/>
              <w:rPr>
                <w:rFonts w:cs="Times New Roman"/>
                <w:sz w:val="22"/>
              </w:rPr>
            </w:pPr>
            <w:r w:rsidRPr="00394675">
              <w:rPr>
                <w:rFonts w:eastAsia="Times New Roman" w:cs="Times New Roman"/>
                <w:b/>
                <w:sz w:val="22"/>
              </w:rPr>
              <w:t>Total</w:t>
            </w:r>
          </w:p>
        </w:tc>
        <w:tc>
          <w:tcPr>
            <w:tcW w:w="1275" w:type="dxa"/>
            <w:vAlign w:val="center"/>
          </w:tcPr>
          <w:p w14:paraId="53598E1D" w14:textId="77777777" w:rsidR="00010986" w:rsidRPr="00394675" w:rsidRDefault="00071BD1">
            <w:pPr>
              <w:jc w:val="center"/>
              <w:rPr>
                <w:rFonts w:cs="Times New Roman"/>
                <w:sz w:val="22"/>
              </w:rPr>
            </w:pPr>
            <w:r w:rsidRPr="00394675">
              <w:rPr>
                <w:rFonts w:eastAsia="Times New Roman" w:cs="Times New Roman"/>
                <w:b/>
                <w:sz w:val="22"/>
              </w:rPr>
              <w:t>Procurarea inventarului gospodăresc</w:t>
            </w:r>
          </w:p>
        </w:tc>
        <w:tc>
          <w:tcPr>
            <w:tcW w:w="1275" w:type="dxa"/>
            <w:vAlign w:val="center"/>
          </w:tcPr>
          <w:p w14:paraId="2DADD2A4" w14:textId="77777777" w:rsidR="00010986" w:rsidRPr="00394675" w:rsidRDefault="00010986">
            <w:pPr>
              <w:jc w:val="center"/>
              <w:rPr>
                <w:rFonts w:cs="Times New Roman"/>
                <w:sz w:val="22"/>
              </w:rPr>
            </w:pPr>
          </w:p>
        </w:tc>
        <w:tc>
          <w:tcPr>
            <w:tcW w:w="1275" w:type="dxa"/>
            <w:vAlign w:val="center"/>
          </w:tcPr>
          <w:p w14:paraId="0076AAD5" w14:textId="77777777" w:rsidR="00010986" w:rsidRPr="00394675" w:rsidRDefault="00010986">
            <w:pPr>
              <w:jc w:val="center"/>
              <w:rPr>
                <w:rFonts w:cs="Times New Roman"/>
                <w:sz w:val="22"/>
              </w:rPr>
            </w:pPr>
          </w:p>
        </w:tc>
        <w:tc>
          <w:tcPr>
            <w:tcW w:w="1275" w:type="dxa"/>
            <w:vAlign w:val="center"/>
          </w:tcPr>
          <w:p w14:paraId="63846B45" w14:textId="77777777" w:rsidR="00010986" w:rsidRPr="00394675" w:rsidRDefault="00010986">
            <w:pPr>
              <w:jc w:val="center"/>
              <w:rPr>
                <w:rFonts w:cs="Times New Roman"/>
                <w:sz w:val="22"/>
              </w:rPr>
            </w:pPr>
          </w:p>
        </w:tc>
        <w:tc>
          <w:tcPr>
            <w:tcW w:w="1275" w:type="dxa"/>
            <w:vAlign w:val="center"/>
          </w:tcPr>
          <w:p w14:paraId="6A141141" w14:textId="77777777" w:rsidR="00010986" w:rsidRPr="00394675" w:rsidRDefault="00010986">
            <w:pPr>
              <w:jc w:val="center"/>
              <w:rPr>
                <w:rFonts w:cs="Times New Roman"/>
                <w:sz w:val="22"/>
              </w:rPr>
            </w:pPr>
          </w:p>
        </w:tc>
        <w:tc>
          <w:tcPr>
            <w:tcW w:w="1275" w:type="dxa"/>
            <w:vAlign w:val="center"/>
          </w:tcPr>
          <w:p w14:paraId="1EE6D217" w14:textId="77777777" w:rsidR="00010986" w:rsidRPr="00394675" w:rsidRDefault="00010986">
            <w:pPr>
              <w:jc w:val="center"/>
              <w:rPr>
                <w:rFonts w:cs="Times New Roman"/>
                <w:sz w:val="22"/>
              </w:rPr>
            </w:pPr>
          </w:p>
        </w:tc>
        <w:tc>
          <w:tcPr>
            <w:tcW w:w="1275" w:type="dxa"/>
            <w:vAlign w:val="center"/>
          </w:tcPr>
          <w:p w14:paraId="18169047" w14:textId="77777777" w:rsidR="00010986" w:rsidRPr="00394675" w:rsidRDefault="00010986">
            <w:pPr>
              <w:jc w:val="center"/>
              <w:rPr>
                <w:rFonts w:cs="Times New Roman"/>
                <w:sz w:val="22"/>
              </w:rPr>
            </w:pPr>
          </w:p>
        </w:tc>
        <w:tc>
          <w:tcPr>
            <w:tcW w:w="1275" w:type="dxa"/>
            <w:vAlign w:val="center"/>
          </w:tcPr>
          <w:p w14:paraId="34A9B80E" w14:textId="77777777" w:rsidR="00010986" w:rsidRPr="00394675" w:rsidRDefault="00071BD1">
            <w:pPr>
              <w:jc w:val="center"/>
              <w:rPr>
                <w:rFonts w:cs="Times New Roman"/>
                <w:sz w:val="22"/>
              </w:rPr>
            </w:pPr>
            <w:r w:rsidRPr="00394675">
              <w:rPr>
                <w:rFonts w:eastAsia="Times New Roman" w:cs="Times New Roman"/>
                <w:sz w:val="22"/>
              </w:rPr>
              <w:t>Maxim 15 zile</w:t>
            </w:r>
          </w:p>
        </w:tc>
        <w:tc>
          <w:tcPr>
            <w:tcW w:w="1275" w:type="dxa"/>
            <w:vAlign w:val="center"/>
          </w:tcPr>
          <w:p w14:paraId="6E06B6C4" w14:textId="77777777" w:rsidR="00010986" w:rsidRPr="00394675" w:rsidRDefault="00071BD1">
            <w:pPr>
              <w:jc w:val="center"/>
              <w:rPr>
                <w:rFonts w:cs="Times New Roman"/>
                <w:sz w:val="22"/>
              </w:rPr>
            </w:pPr>
            <w:r w:rsidRPr="00394675">
              <w:rPr>
                <w:rFonts w:eastAsia="Times New Roman" w:cs="Times New Roman"/>
                <w:sz w:val="22"/>
              </w:rPr>
              <w:t>MD91TRPCAA518410A01513AA</w:t>
            </w:r>
          </w:p>
        </w:tc>
        <w:tc>
          <w:tcPr>
            <w:tcW w:w="1275" w:type="dxa"/>
            <w:vAlign w:val="center"/>
          </w:tcPr>
          <w:p w14:paraId="129E7A90" w14:textId="77777777" w:rsidR="00010986" w:rsidRPr="00394675" w:rsidRDefault="00010986">
            <w:pPr>
              <w:jc w:val="center"/>
              <w:rPr>
                <w:rFonts w:cs="Times New Roman"/>
                <w:sz w:val="22"/>
              </w:rPr>
            </w:pPr>
          </w:p>
        </w:tc>
      </w:tr>
    </w:tbl>
    <w:p w14:paraId="3101F38F" w14:textId="77777777" w:rsidR="00010986" w:rsidRPr="00394675" w:rsidRDefault="00071BD1">
      <w:pPr>
        <w:spacing w:after="0" w:line="240" w:lineRule="auto"/>
        <w:jc w:val="both"/>
        <w:rPr>
          <w:rFonts w:cs="Times New Roman"/>
          <w:sz w:val="22"/>
        </w:rPr>
      </w:pPr>
      <w:r w:rsidRPr="00394675">
        <w:rPr>
          <w:rFonts w:eastAsia="Times New Roman" w:cs="Times New Roman"/>
          <w:sz w:val="22"/>
        </w:rPr>
        <w:t>Semnat: ________ Numele, Prenumele: ____________ În calitate de: ______________</w:t>
      </w:r>
    </w:p>
    <w:p w14:paraId="32E970D1" w14:textId="77777777" w:rsidR="00010986" w:rsidRPr="00394675" w:rsidRDefault="00071BD1">
      <w:pPr>
        <w:spacing w:after="0" w:line="240" w:lineRule="auto"/>
        <w:jc w:val="both"/>
        <w:rPr>
          <w:rFonts w:cs="Times New Roman"/>
          <w:sz w:val="22"/>
        </w:rPr>
      </w:pPr>
      <w:r w:rsidRPr="00394675">
        <w:rPr>
          <w:rFonts w:eastAsia="Times New Roman" w:cs="Times New Roman"/>
          <w:sz w:val="22"/>
        </w:rPr>
        <w:t>Ofertantul: ______________________ Adresa: _____________________</w:t>
      </w:r>
    </w:p>
    <w:p w14:paraId="4099E0C9" w14:textId="77777777" w:rsidR="00010986" w:rsidRPr="00394675" w:rsidRDefault="00071BD1">
      <w:pPr>
        <w:spacing w:after="0" w:line="240" w:lineRule="auto"/>
        <w:rPr>
          <w:rFonts w:cs="Times New Roman"/>
          <w:sz w:val="22"/>
        </w:rPr>
      </w:pPr>
      <w:r w:rsidRPr="00394675">
        <w:rPr>
          <w:rFonts w:cs="Times New Roman"/>
          <w:sz w:val="22"/>
        </w:rPr>
        <w:br w:type="page"/>
      </w:r>
    </w:p>
    <w:p w14:paraId="6A515735"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lastRenderedPageBreak/>
        <w:t>Anexa nr. 4</w:t>
      </w:r>
    </w:p>
    <w:p w14:paraId="4D8B8470"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t>DECLARAȚIE DE ELIGIBILITATE</w:t>
      </w:r>
    </w:p>
    <w:p w14:paraId="7C64A403" w14:textId="77777777" w:rsidR="00010986" w:rsidRPr="00394675" w:rsidRDefault="00071BD1">
      <w:pPr>
        <w:spacing w:after="0" w:line="240" w:lineRule="auto"/>
        <w:jc w:val="both"/>
        <w:rPr>
          <w:rFonts w:cs="Times New Roman"/>
          <w:sz w:val="22"/>
        </w:rPr>
      </w:pPr>
      <w:r w:rsidRPr="00394675">
        <w:rPr>
          <w:rFonts w:eastAsia="Times New Roman" w:cs="Times New Roman"/>
          <w:sz w:val="22"/>
        </w:rPr>
        <w:t>Către Agenția Națională pentru Sănătate Publică, mun. Chișinău, str. Gh. Asachi, 67 A</w:t>
      </w:r>
    </w:p>
    <w:p w14:paraId="3BF4F370" w14:textId="77777777" w:rsidR="00010986" w:rsidRPr="00394675" w:rsidRDefault="00071BD1">
      <w:pPr>
        <w:spacing w:after="0" w:line="240" w:lineRule="auto"/>
        <w:jc w:val="both"/>
        <w:rPr>
          <w:rFonts w:cs="Times New Roman"/>
          <w:sz w:val="22"/>
        </w:rPr>
      </w:pPr>
      <w:r w:rsidRPr="00394675">
        <w:rPr>
          <w:rFonts w:eastAsia="Times New Roman" w:cs="Times New Roman"/>
          <w:sz w:val="22"/>
        </w:rPr>
        <w:t>Stimați domni,</w:t>
      </w:r>
    </w:p>
    <w:p w14:paraId="3F2BDC57" w14:textId="77777777" w:rsidR="00010986" w:rsidRPr="00394675" w:rsidRDefault="00071BD1">
      <w:pPr>
        <w:spacing w:after="0" w:line="240" w:lineRule="auto"/>
        <w:jc w:val="both"/>
        <w:rPr>
          <w:rFonts w:cs="Times New Roman"/>
          <w:sz w:val="22"/>
        </w:rPr>
      </w:pPr>
      <w:r w:rsidRPr="00394675">
        <w:rPr>
          <w:rFonts w:eastAsia="Times New Roman" w:cs="Times New Roman"/>
          <w:sz w:val="22"/>
        </w:rPr>
        <w:t>Subsemnatul, reprezentant împuternicit al [denumirea operatorului economic], în calitate de ofertant, declar pe propria răspundere, sub sancțiunea excluderii din procedură și sub sancțiunile aplicate faptei de fals în acte publice, că nu mă aflu în una dintre situațiile prevăzute la art. 19 din Legea nr. 131/2015 privind achizițiile publice.</w:t>
      </w:r>
    </w:p>
    <w:p w14:paraId="10B0C87B" w14:textId="77777777" w:rsidR="00010986" w:rsidRPr="00394675" w:rsidRDefault="00071BD1">
      <w:pPr>
        <w:spacing w:after="0" w:line="240" w:lineRule="auto"/>
        <w:jc w:val="both"/>
        <w:rPr>
          <w:rFonts w:cs="Times New Roman"/>
          <w:sz w:val="22"/>
        </w:rPr>
      </w:pPr>
      <w:r w:rsidRPr="00394675">
        <w:rPr>
          <w:rFonts w:eastAsia="Times New Roman" w:cs="Times New Roman"/>
          <w:sz w:val="22"/>
        </w:rPr>
        <w:t>Mă oblig, la solicitarea autorității contractante, în scopul verificării și confirmării declarației, să prezint orice document doveditor de care dispun.</w:t>
      </w:r>
    </w:p>
    <w:p w14:paraId="6907C61C"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Data </w:t>
      </w:r>
      <w:proofErr w:type="spellStart"/>
      <w:r w:rsidRPr="00394675">
        <w:rPr>
          <w:rFonts w:eastAsia="Times New Roman" w:cs="Times New Roman"/>
          <w:sz w:val="22"/>
        </w:rPr>
        <w:t>completării</w:t>
      </w:r>
      <w:proofErr w:type="spellEnd"/>
      <w:r w:rsidRPr="00394675">
        <w:rPr>
          <w:rFonts w:eastAsia="Times New Roman" w:cs="Times New Roman"/>
          <w:sz w:val="22"/>
        </w:rPr>
        <w:t>: _____________</w:t>
      </w:r>
      <w:proofErr w:type="spellStart"/>
      <w:r w:rsidRPr="00394675">
        <w:rPr>
          <w:rFonts w:eastAsia="Times New Roman" w:cs="Times New Roman"/>
          <w:sz w:val="22"/>
        </w:rPr>
        <w:t>Ofertant</w:t>
      </w:r>
      <w:proofErr w:type="spellEnd"/>
      <w:r w:rsidRPr="00394675">
        <w:rPr>
          <w:rFonts w:eastAsia="Times New Roman" w:cs="Times New Roman"/>
          <w:sz w:val="22"/>
        </w:rPr>
        <w:t>/</w:t>
      </w:r>
      <w:proofErr w:type="spellStart"/>
      <w:r w:rsidRPr="00394675">
        <w:rPr>
          <w:rFonts w:eastAsia="Times New Roman" w:cs="Times New Roman"/>
          <w:sz w:val="22"/>
        </w:rPr>
        <w:t>candidat</w:t>
      </w:r>
      <w:proofErr w:type="spellEnd"/>
      <w:r w:rsidRPr="00394675">
        <w:rPr>
          <w:rFonts w:eastAsia="Times New Roman" w:cs="Times New Roman"/>
          <w:sz w:val="22"/>
        </w:rPr>
        <w:t>: __________________</w:t>
      </w:r>
      <w:proofErr w:type="gramStart"/>
      <w:r w:rsidRPr="00394675">
        <w:rPr>
          <w:rFonts w:eastAsia="Times New Roman" w:cs="Times New Roman"/>
          <w:sz w:val="22"/>
        </w:rPr>
        <w:t>_(</w:t>
      </w:r>
      <w:proofErr w:type="spellStart"/>
      <w:proofErr w:type="gramEnd"/>
      <w:r w:rsidRPr="00394675">
        <w:rPr>
          <w:rFonts w:eastAsia="Times New Roman" w:cs="Times New Roman"/>
          <w:sz w:val="22"/>
        </w:rPr>
        <w:t>semnătura</w:t>
      </w:r>
      <w:proofErr w:type="spellEnd"/>
      <w:r w:rsidRPr="00394675">
        <w:rPr>
          <w:rFonts w:eastAsia="Times New Roman" w:cs="Times New Roman"/>
          <w:sz w:val="22"/>
        </w:rPr>
        <w:t xml:space="preserve"> </w:t>
      </w:r>
      <w:proofErr w:type="spellStart"/>
      <w:r w:rsidRPr="00394675">
        <w:rPr>
          <w:rFonts w:eastAsia="Times New Roman" w:cs="Times New Roman"/>
          <w:sz w:val="22"/>
        </w:rPr>
        <w:t>autorizată</w:t>
      </w:r>
      <w:proofErr w:type="spellEnd"/>
      <w:r w:rsidRPr="00394675">
        <w:rPr>
          <w:rFonts w:eastAsia="Times New Roman" w:cs="Times New Roman"/>
          <w:sz w:val="22"/>
        </w:rPr>
        <w:t>)</w:t>
      </w:r>
    </w:p>
    <w:p w14:paraId="6A481F8C" w14:textId="77777777" w:rsidR="00010986" w:rsidRPr="00394675" w:rsidRDefault="00071BD1">
      <w:pPr>
        <w:spacing w:after="0" w:line="240" w:lineRule="auto"/>
        <w:rPr>
          <w:rFonts w:cs="Times New Roman"/>
          <w:sz w:val="22"/>
        </w:rPr>
      </w:pPr>
      <w:r w:rsidRPr="00394675">
        <w:rPr>
          <w:rFonts w:cs="Times New Roman"/>
          <w:sz w:val="22"/>
        </w:rPr>
        <w:br w:type="page"/>
      </w:r>
    </w:p>
    <w:p w14:paraId="6BEF35F8"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lastRenderedPageBreak/>
        <w:t>Anexa nr. 5</w:t>
      </w:r>
    </w:p>
    <w:p w14:paraId="52F64B73"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t>DECLARAȚIE PRIVIND VALABILITATEA OFERTEI</w:t>
      </w:r>
    </w:p>
    <w:p w14:paraId="4DB96B65" w14:textId="77777777" w:rsidR="00010986" w:rsidRPr="00394675" w:rsidRDefault="00071BD1">
      <w:pPr>
        <w:spacing w:after="0" w:line="240" w:lineRule="auto"/>
        <w:jc w:val="both"/>
        <w:rPr>
          <w:rFonts w:cs="Times New Roman"/>
          <w:sz w:val="22"/>
        </w:rPr>
      </w:pPr>
      <w:r w:rsidRPr="00394675">
        <w:rPr>
          <w:rFonts w:eastAsia="Times New Roman" w:cs="Times New Roman"/>
          <w:sz w:val="22"/>
        </w:rPr>
        <w:t>Către Agenția Națională pentru Sănătate Publică, mun. Chișinău, str. Gh. Asachi, 67 A</w:t>
      </w:r>
    </w:p>
    <w:p w14:paraId="5D59DBC1" w14:textId="77777777" w:rsidR="00010986" w:rsidRPr="00394675" w:rsidRDefault="00071BD1">
      <w:pPr>
        <w:spacing w:after="0" w:line="240" w:lineRule="auto"/>
        <w:jc w:val="both"/>
        <w:rPr>
          <w:rFonts w:cs="Times New Roman"/>
          <w:sz w:val="22"/>
        </w:rPr>
      </w:pPr>
      <w:r w:rsidRPr="00394675">
        <w:rPr>
          <w:rFonts w:eastAsia="Times New Roman" w:cs="Times New Roman"/>
          <w:sz w:val="22"/>
        </w:rPr>
        <w:t>Stimați domni,</w:t>
      </w:r>
    </w:p>
    <w:p w14:paraId="5B5061B0" w14:textId="77777777" w:rsidR="00010986" w:rsidRPr="00394675" w:rsidRDefault="00071BD1">
      <w:pPr>
        <w:spacing w:after="0" w:line="240" w:lineRule="auto"/>
        <w:jc w:val="both"/>
        <w:rPr>
          <w:rFonts w:cs="Times New Roman"/>
          <w:sz w:val="22"/>
        </w:rPr>
      </w:pPr>
      <w:r w:rsidRPr="00394675">
        <w:rPr>
          <w:rFonts w:eastAsia="Times New Roman" w:cs="Times New Roman"/>
          <w:sz w:val="22"/>
        </w:rPr>
        <w:t>Ne angajăm să menținem oferta valabilă privind achiziționarea „Procurarea inventarului gospodăresc”, prin procedura de achiziție de valoare mică, pentru o durată de 60 (șaizeci) zile, și ea va rămâne obligatorie pentru noi și poate fi acceptată oricând înainte de expirarea perioadei de valabilitate.</w:t>
      </w:r>
    </w:p>
    <w:p w14:paraId="35C09054" w14:textId="77777777" w:rsidR="00010986" w:rsidRPr="00394675" w:rsidRDefault="00071BD1">
      <w:pPr>
        <w:spacing w:after="0" w:line="240" w:lineRule="auto"/>
        <w:jc w:val="both"/>
        <w:rPr>
          <w:rFonts w:cs="Times New Roman"/>
          <w:sz w:val="22"/>
        </w:rPr>
      </w:pPr>
      <w:r w:rsidRPr="00394675">
        <w:rPr>
          <w:rFonts w:eastAsia="Times New Roman" w:cs="Times New Roman"/>
          <w:sz w:val="22"/>
        </w:rPr>
        <w:t>Data completării: _____________</w:t>
      </w:r>
      <w:r w:rsidRPr="00394675">
        <w:rPr>
          <w:rFonts w:eastAsia="Times New Roman" w:cs="Times New Roman"/>
          <w:sz w:val="22"/>
        </w:rPr>
        <w:br/>
        <w:t>Cu stimă,</w:t>
      </w:r>
      <w:r w:rsidRPr="00394675">
        <w:rPr>
          <w:rFonts w:eastAsia="Times New Roman" w:cs="Times New Roman"/>
          <w:sz w:val="22"/>
        </w:rPr>
        <w:br/>
        <w:t>Ofertant/candidat: ___________________</w:t>
      </w:r>
      <w:r w:rsidRPr="00394675">
        <w:rPr>
          <w:rFonts w:eastAsia="Times New Roman" w:cs="Times New Roman"/>
          <w:sz w:val="22"/>
        </w:rPr>
        <w:br/>
        <w:t>(semnătura autorizată)</w:t>
      </w:r>
    </w:p>
    <w:p w14:paraId="376DB5DE"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t>Anexa nr. 6</w:t>
      </w:r>
    </w:p>
    <w:p w14:paraId="06E6C6D7" w14:textId="77777777" w:rsidR="00010986" w:rsidRPr="00394675" w:rsidRDefault="00071BD1">
      <w:pPr>
        <w:spacing w:after="0" w:line="240" w:lineRule="auto"/>
        <w:jc w:val="center"/>
        <w:rPr>
          <w:rFonts w:cs="Times New Roman"/>
          <w:sz w:val="22"/>
        </w:rPr>
      </w:pPr>
      <w:r w:rsidRPr="00394675">
        <w:rPr>
          <w:rFonts w:eastAsia="Times New Roman" w:cs="Times New Roman"/>
          <w:b/>
          <w:sz w:val="22"/>
        </w:rPr>
        <w:t>DECLARAȚIE PRIVIND DATELE DE IDENTIFICARE ALE OPERATORULUI ECONOMIC</w:t>
      </w:r>
    </w:p>
    <w:p w14:paraId="5E66DAA1" w14:textId="77777777" w:rsidR="00010986" w:rsidRPr="00394675" w:rsidRDefault="00071BD1">
      <w:pPr>
        <w:spacing w:after="0" w:line="240" w:lineRule="auto"/>
        <w:jc w:val="both"/>
        <w:rPr>
          <w:rFonts w:cs="Times New Roman"/>
          <w:sz w:val="22"/>
        </w:rPr>
      </w:pPr>
      <w:r w:rsidRPr="00394675">
        <w:rPr>
          <w:rFonts w:eastAsia="Times New Roman" w:cs="Times New Roman"/>
          <w:sz w:val="22"/>
        </w:rPr>
        <w:t>Subsemnatul(a) ______________________________, în calitate de reprezentant legal / persoană împuternicită a operatorului economic ______________________________, declar pe propria răspundere că informațiile prezentate mai jos sunt complete, corecte și actuale: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06"/>
        <w:gridCol w:w="7010"/>
      </w:tblGrid>
      <w:tr w:rsidR="00010986" w:rsidRPr="00394675" w14:paraId="0827465A" w14:textId="77777777">
        <w:trPr>
          <w:jc w:val="center"/>
        </w:trPr>
        <w:tc>
          <w:tcPr>
            <w:tcW w:w="7013" w:type="dxa"/>
            <w:vAlign w:val="center"/>
          </w:tcPr>
          <w:p w14:paraId="2ADE38FE" w14:textId="77777777" w:rsidR="00010986" w:rsidRPr="00394675" w:rsidRDefault="00071BD1">
            <w:pPr>
              <w:jc w:val="center"/>
              <w:rPr>
                <w:rFonts w:cs="Times New Roman"/>
                <w:sz w:val="22"/>
              </w:rPr>
            </w:pPr>
            <w:r w:rsidRPr="00394675">
              <w:rPr>
                <w:rFonts w:eastAsia="Times New Roman" w:cs="Times New Roman"/>
                <w:b/>
                <w:sz w:val="22"/>
              </w:rPr>
              <w:t>Informația solicitată</w:t>
            </w:r>
          </w:p>
        </w:tc>
        <w:tc>
          <w:tcPr>
            <w:tcW w:w="7013" w:type="dxa"/>
            <w:vAlign w:val="center"/>
          </w:tcPr>
          <w:p w14:paraId="2A3D2E55" w14:textId="77777777" w:rsidR="00010986" w:rsidRPr="00394675" w:rsidRDefault="00071BD1">
            <w:pPr>
              <w:jc w:val="center"/>
              <w:rPr>
                <w:rFonts w:cs="Times New Roman"/>
                <w:sz w:val="22"/>
              </w:rPr>
            </w:pPr>
            <w:r w:rsidRPr="00394675">
              <w:rPr>
                <w:rFonts w:eastAsia="Times New Roman" w:cs="Times New Roman"/>
                <w:b/>
                <w:sz w:val="22"/>
              </w:rPr>
              <w:t>Datele operatorului economic</w:t>
            </w:r>
          </w:p>
        </w:tc>
      </w:tr>
      <w:tr w:rsidR="00010986" w:rsidRPr="00394675" w14:paraId="7632D9F5" w14:textId="77777777">
        <w:trPr>
          <w:jc w:val="center"/>
        </w:trPr>
        <w:tc>
          <w:tcPr>
            <w:tcW w:w="7013" w:type="dxa"/>
            <w:vAlign w:val="center"/>
          </w:tcPr>
          <w:p w14:paraId="65C2AB82" w14:textId="77777777" w:rsidR="00010986" w:rsidRPr="00394675" w:rsidRDefault="00071BD1">
            <w:pPr>
              <w:jc w:val="both"/>
              <w:rPr>
                <w:rFonts w:cs="Times New Roman"/>
                <w:sz w:val="22"/>
              </w:rPr>
            </w:pPr>
            <w:r w:rsidRPr="00394675">
              <w:rPr>
                <w:rFonts w:eastAsia="Times New Roman" w:cs="Times New Roman"/>
                <w:sz w:val="22"/>
              </w:rPr>
              <w:t xml:space="preserve">1. Denumirea completă </w:t>
            </w:r>
            <w:proofErr w:type="gramStart"/>
            <w:r w:rsidRPr="00394675">
              <w:rPr>
                <w:rFonts w:eastAsia="Times New Roman" w:cs="Times New Roman"/>
                <w:sz w:val="22"/>
              </w:rPr>
              <w:t>a</w:t>
            </w:r>
            <w:proofErr w:type="gramEnd"/>
            <w:r w:rsidRPr="00394675">
              <w:rPr>
                <w:rFonts w:eastAsia="Times New Roman" w:cs="Times New Roman"/>
                <w:sz w:val="22"/>
              </w:rPr>
              <w:t xml:space="preserve"> operatorului economic</w:t>
            </w:r>
          </w:p>
        </w:tc>
        <w:tc>
          <w:tcPr>
            <w:tcW w:w="7013" w:type="dxa"/>
            <w:vAlign w:val="center"/>
          </w:tcPr>
          <w:p w14:paraId="783A78A2"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71FC82D8" w14:textId="77777777">
        <w:trPr>
          <w:jc w:val="center"/>
        </w:trPr>
        <w:tc>
          <w:tcPr>
            <w:tcW w:w="7013" w:type="dxa"/>
            <w:vAlign w:val="center"/>
          </w:tcPr>
          <w:p w14:paraId="17E076A1" w14:textId="77777777" w:rsidR="00010986" w:rsidRPr="00394675" w:rsidRDefault="00071BD1">
            <w:pPr>
              <w:jc w:val="both"/>
              <w:rPr>
                <w:rFonts w:cs="Times New Roman"/>
                <w:sz w:val="22"/>
              </w:rPr>
            </w:pPr>
            <w:r w:rsidRPr="00394675">
              <w:rPr>
                <w:rFonts w:eastAsia="Times New Roman" w:cs="Times New Roman"/>
                <w:sz w:val="22"/>
              </w:rPr>
              <w:t>2. Forma juridică de organizare</w:t>
            </w:r>
          </w:p>
        </w:tc>
        <w:tc>
          <w:tcPr>
            <w:tcW w:w="7013" w:type="dxa"/>
            <w:vAlign w:val="center"/>
          </w:tcPr>
          <w:p w14:paraId="1933C440"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33D32055" w14:textId="77777777">
        <w:trPr>
          <w:jc w:val="center"/>
        </w:trPr>
        <w:tc>
          <w:tcPr>
            <w:tcW w:w="7013" w:type="dxa"/>
            <w:vAlign w:val="center"/>
          </w:tcPr>
          <w:p w14:paraId="7F349020" w14:textId="77777777" w:rsidR="00010986" w:rsidRPr="00394675" w:rsidRDefault="00071BD1">
            <w:pPr>
              <w:jc w:val="both"/>
              <w:rPr>
                <w:rFonts w:cs="Times New Roman"/>
                <w:sz w:val="22"/>
              </w:rPr>
            </w:pPr>
            <w:r w:rsidRPr="00394675">
              <w:rPr>
                <w:rFonts w:eastAsia="Times New Roman" w:cs="Times New Roman"/>
                <w:sz w:val="22"/>
              </w:rPr>
              <w:t>3. IDNO</w:t>
            </w:r>
          </w:p>
        </w:tc>
        <w:tc>
          <w:tcPr>
            <w:tcW w:w="7013" w:type="dxa"/>
            <w:vAlign w:val="center"/>
          </w:tcPr>
          <w:p w14:paraId="1E8A1EFA"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7E76F879" w14:textId="77777777">
        <w:trPr>
          <w:jc w:val="center"/>
        </w:trPr>
        <w:tc>
          <w:tcPr>
            <w:tcW w:w="7013" w:type="dxa"/>
            <w:vAlign w:val="center"/>
          </w:tcPr>
          <w:p w14:paraId="458C299B" w14:textId="77777777" w:rsidR="00010986" w:rsidRPr="00394675" w:rsidRDefault="00071BD1">
            <w:pPr>
              <w:jc w:val="both"/>
              <w:rPr>
                <w:rFonts w:cs="Times New Roman"/>
                <w:sz w:val="22"/>
              </w:rPr>
            </w:pPr>
            <w:r w:rsidRPr="00394675">
              <w:rPr>
                <w:rFonts w:eastAsia="Times New Roman" w:cs="Times New Roman"/>
                <w:sz w:val="22"/>
              </w:rPr>
              <w:t>4. Adresa juridică</w:t>
            </w:r>
          </w:p>
        </w:tc>
        <w:tc>
          <w:tcPr>
            <w:tcW w:w="7013" w:type="dxa"/>
            <w:vAlign w:val="center"/>
          </w:tcPr>
          <w:p w14:paraId="2D24F926"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2384E098" w14:textId="77777777">
        <w:trPr>
          <w:jc w:val="center"/>
        </w:trPr>
        <w:tc>
          <w:tcPr>
            <w:tcW w:w="7013" w:type="dxa"/>
            <w:vAlign w:val="center"/>
          </w:tcPr>
          <w:p w14:paraId="352739B6" w14:textId="77777777" w:rsidR="00010986" w:rsidRPr="00394675" w:rsidRDefault="00071BD1">
            <w:pPr>
              <w:jc w:val="both"/>
              <w:rPr>
                <w:rFonts w:cs="Times New Roman"/>
                <w:sz w:val="22"/>
              </w:rPr>
            </w:pPr>
            <w:r w:rsidRPr="00394675">
              <w:rPr>
                <w:rFonts w:eastAsia="Times New Roman" w:cs="Times New Roman"/>
                <w:sz w:val="22"/>
              </w:rPr>
              <w:t>5. Adresa poștală / sediul de corespondență, dacă diferă</w:t>
            </w:r>
          </w:p>
        </w:tc>
        <w:tc>
          <w:tcPr>
            <w:tcW w:w="7013" w:type="dxa"/>
            <w:vAlign w:val="center"/>
          </w:tcPr>
          <w:p w14:paraId="3CDDC96B"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267C2EE5" w14:textId="77777777">
        <w:trPr>
          <w:jc w:val="center"/>
        </w:trPr>
        <w:tc>
          <w:tcPr>
            <w:tcW w:w="7013" w:type="dxa"/>
            <w:vAlign w:val="center"/>
          </w:tcPr>
          <w:p w14:paraId="3BA8EF13" w14:textId="77777777" w:rsidR="00010986" w:rsidRPr="00394675" w:rsidRDefault="00071BD1">
            <w:pPr>
              <w:jc w:val="both"/>
              <w:rPr>
                <w:rFonts w:cs="Times New Roman"/>
                <w:sz w:val="22"/>
              </w:rPr>
            </w:pPr>
            <w:r w:rsidRPr="00394675">
              <w:rPr>
                <w:rFonts w:eastAsia="Times New Roman" w:cs="Times New Roman"/>
                <w:sz w:val="22"/>
              </w:rPr>
              <w:t>6. Administrator / conducător</w:t>
            </w:r>
          </w:p>
        </w:tc>
        <w:tc>
          <w:tcPr>
            <w:tcW w:w="7013" w:type="dxa"/>
            <w:vAlign w:val="center"/>
          </w:tcPr>
          <w:p w14:paraId="5AE88D28"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5CEC3A58" w14:textId="77777777">
        <w:trPr>
          <w:jc w:val="center"/>
        </w:trPr>
        <w:tc>
          <w:tcPr>
            <w:tcW w:w="7013" w:type="dxa"/>
            <w:vAlign w:val="center"/>
          </w:tcPr>
          <w:p w14:paraId="051FC83C" w14:textId="77777777" w:rsidR="00010986" w:rsidRPr="00394675" w:rsidRDefault="00071BD1">
            <w:pPr>
              <w:jc w:val="both"/>
              <w:rPr>
                <w:rFonts w:cs="Times New Roman"/>
                <w:sz w:val="22"/>
              </w:rPr>
            </w:pPr>
            <w:r w:rsidRPr="00394675">
              <w:rPr>
                <w:rFonts w:eastAsia="Times New Roman" w:cs="Times New Roman"/>
                <w:sz w:val="22"/>
              </w:rPr>
              <w:t>7. Persoana împuternicită să semneze oferta și contractul, după caz</w:t>
            </w:r>
          </w:p>
        </w:tc>
        <w:tc>
          <w:tcPr>
            <w:tcW w:w="7013" w:type="dxa"/>
            <w:vAlign w:val="center"/>
          </w:tcPr>
          <w:p w14:paraId="2F514C63"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6458A761" w14:textId="77777777">
        <w:trPr>
          <w:jc w:val="center"/>
        </w:trPr>
        <w:tc>
          <w:tcPr>
            <w:tcW w:w="7013" w:type="dxa"/>
            <w:vAlign w:val="center"/>
          </w:tcPr>
          <w:p w14:paraId="6D872DA3" w14:textId="77777777" w:rsidR="00010986" w:rsidRPr="00394675" w:rsidRDefault="00071BD1">
            <w:pPr>
              <w:jc w:val="both"/>
              <w:rPr>
                <w:rFonts w:cs="Times New Roman"/>
                <w:sz w:val="22"/>
              </w:rPr>
            </w:pPr>
            <w:r w:rsidRPr="00394675">
              <w:rPr>
                <w:rFonts w:eastAsia="Times New Roman" w:cs="Times New Roman"/>
                <w:sz w:val="22"/>
              </w:rPr>
              <w:t>8. Telefon de contact</w:t>
            </w:r>
          </w:p>
        </w:tc>
        <w:tc>
          <w:tcPr>
            <w:tcW w:w="7013" w:type="dxa"/>
            <w:vAlign w:val="center"/>
          </w:tcPr>
          <w:p w14:paraId="75EEC717"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2EE75544" w14:textId="77777777">
        <w:trPr>
          <w:jc w:val="center"/>
        </w:trPr>
        <w:tc>
          <w:tcPr>
            <w:tcW w:w="7013" w:type="dxa"/>
            <w:vAlign w:val="center"/>
          </w:tcPr>
          <w:p w14:paraId="381A0EFA" w14:textId="77777777" w:rsidR="00010986" w:rsidRPr="00394675" w:rsidRDefault="00071BD1">
            <w:pPr>
              <w:jc w:val="both"/>
              <w:rPr>
                <w:rFonts w:cs="Times New Roman"/>
                <w:sz w:val="22"/>
              </w:rPr>
            </w:pPr>
            <w:r w:rsidRPr="00394675">
              <w:rPr>
                <w:rFonts w:eastAsia="Times New Roman" w:cs="Times New Roman"/>
                <w:sz w:val="22"/>
              </w:rPr>
              <w:t>9. Adresa electronică oficială</w:t>
            </w:r>
          </w:p>
        </w:tc>
        <w:tc>
          <w:tcPr>
            <w:tcW w:w="7013" w:type="dxa"/>
            <w:vAlign w:val="center"/>
          </w:tcPr>
          <w:p w14:paraId="5ABD6562"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7A34D078" w14:textId="77777777">
        <w:trPr>
          <w:jc w:val="center"/>
        </w:trPr>
        <w:tc>
          <w:tcPr>
            <w:tcW w:w="7013" w:type="dxa"/>
            <w:vAlign w:val="center"/>
          </w:tcPr>
          <w:p w14:paraId="7BBEE46C" w14:textId="77777777" w:rsidR="00010986" w:rsidRPr="00394675" w:rsidRDefault="00071BD1">
            <w:pPr>
              <w:jc w:val="both"/>
              <w:rPr>
                <w:rFonts w:cs="Times New Roman"/>
                <w:sz w:val="22"/>
              </w:rPr>
            </w:pPr>
            <w:r w:rsidRPr="00394675">
              <w:rPr>
                <w:rFonts w:eastAsia="Times New Roman" w:cs="Times New Roman"/>
                <w:sz w:val="22"/>
              </w:rPr>
              <w:t>10. Denumirea băncii</w:t>
            </w:r>
          </w:p>
        </w:tc>
        <w:tc>
          <w:tcPr>
            <w:tcW w:w="7013" w:type="dxa"/>
            <w:vAlign w:val="center"/>
          </w:tcPr>
          <w:p w14:paraId="654DF174"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2AEF5486" w14:textId="77777777">
        <w:trPr>
          <w:jc w:val="center"/>
        </w:trPr>
        <w:tc>
          <w:tcPr>
            <w:tcW w:w="7013" w:type="dxa"/>
            <w:vAlign w:val="center"/>
          </w:tcPr>
          <w:p w14:paraId="572E89EC" w14:textId="77777777" w:rsidR="00010986" w:rsidRPr="00394675" w:rsidRDefault="00071BD1">
            <w:pPr>
              <w:jc w:val="both"/>
              <w:rPr>
                <w:rFonts w:cs="Times New Roman"/>
                <w:sz w:val="22"/>
              </w:rPr>
            </w:pPr>
            <w:r w:rsidRPr="00394675">
              <w:rPr>
                <w:rFonts w:eastAsia="Times New Roman" w:cs="Times New Roman"/>
                <w:sz w:val="22"/>
              </w:rPr>
              <w:t>11. Cod bancar (SWIFT/BIC)</w:t>
            </w:r>
          </w:p>
        </w:tc>
        <w:tc>
          <w:tcPr>
            <w:tcW w:w="7013" w:type="dxa"/>
            <w:vAlign w:val="center"/>
          </w:tcPr>
          <w:p w14:paraId="2F6E062A"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0E0A56F2" w14:textId="77777777">
        <w:trPr>
          <w:jc w:val="center"/>
        </w:trPr>
        <w:tc>
          <w:tcPr>
            <w:tcW w:w="7013" w:type="dxa"/>
            <w:vAlign w:val="center"/>
          </w:tcPr>
          <w:p w14:paraId="3A8A554C" w14:textId="77777777" w:rsidR="00010986" w:rsidRPr="00394675" w:rsidRDefault="00071BD1">
            <w:pPr>
              <w:jc w:val="both"/>
              <w:rPr>
                <w:rFonts w:cs="Times New Roman"/>
                <w:sz w:val="22"/>
              </w:rPr>
            </w:pPr>
            <w:r w:rsidRPr="00394675">
              <w:rPr>
                <w:rFonts w:eastAsia="Times New Roman" w:cs="Times New Roman"/>
                <w:sz w:val="22"/>
              </w:rPr>
              <w:t>12. Cod IBAN</w:t>
            </w:r>
          </w:p>
        </w:tc>
        <w:tc>
          <w:tcPr>
            <w:tcW w:w="7013" w:type="dxa"/>
            <w:vAlign w:val="center"/>
          </w:tcPr>
          <w:p w14:paraId="67F71C6C" w14:textId="77777777" w:rsidR="00010986" w:rsidRPr="00394675" w:rsidRDefault="00071BD1">
            <w:pPr>
              <w:jc w:val="both"/>
              <w:rPr>
                <w:rFonts w:cs="Times New Roman"/>
                <w:sz w:val="22"/>
              </w:rPr>
            </w:pPr>
            <w:r w:rsidRPr="00394675">
              <w:rPr>
                <w:rFonts w:eastAsia="Times New Roman" w:cs="Times New Roman"/>
                <w:sz w:val="22"/>
              </w:rPr>
              <w:t>____________________________________________</w:t>
            </w:r>
          </w:p>
        </w:tc>
      </w:tr>
      <w:tr w:rsidR="00010986" w:rsidRPr="00394675" w14:paraId="0B3DB8A0" w14:textId="77777777">
        <w:trPr>
          <w:jc w:val="center"/>
        </w:trPr>
        <w:tc>
          <w:tcPr>
            <w:tcW w:w="7013" w:type="dxa"/>
            <w:vAlign w:val="center"/>
          </w:tcPr>
          <w:p w14:paraId="3DB6311F" w14:textId="77777777" w:rsidR="00010986" w:rsidRPr="00394675" w:rsidRDefault="00071BD1">
            <w:pPr>
              <w:jc w:val="both"/>
              <w:rPr>
                <w:rFonts w:cs="Times New Roman"/>
                <w:sz w:val="22"/>
              </w:rPr>
            </w:pPr>
            <w:r w:rsidRPr="00394675">
              <w:rPr>
                <w:rFonts w:eastAsia="Times New Roman" w:cs="Times New Roman"/>
                <w:sz w:val="22"/>
              </w:rPr>
              <w:lastRenderedPageBreak/>
              <w:t>13. Regimul TVA aplicabil</w:t>
            </w:r>
          </w:p>
        </w:tc>
        <w:tc>
          <w:tcPr>
            <w:tcW w:w="7013" w:type="dxa"/>
            <w:vAlign w:val="center"/>
          </w:tcPr>
          <w:p w14:paraId="11873660" w14:textId="77777777" w:rsidR="00010986" w:rsidRPr="00394675" w:rsidRDefault="00071BD1">
            <w:pPr>
              <w:jc w:val="both"/>
              <w:rPr>
                <w:rFonts w:cs="Times New Roman"/>
                <w:sz w:val="22"/>
              </w:rPr>
            </w:pPr>
            <w:r w:rsidRPr="00394675">
              <w:rPr>
                <w:rFonts w:ascii="Segoe UI Symbol" w:eastAsia="Times New Roman" w:hAnsi="Segoe UI Symbol" w:cs="Segoe UI Symbol"/>
                <w:sz w:val="22"/>
              </w:rPr>
              <w:t>☐</w:t>
            </w:r>
            <w:r w:rsidRPr="00394675">
              <w:rPr>
                <w:rFonts w:eastAsia="Times New Roman" w:cs="Times New Roman"/>
                <w:sz w:val="22"/>
              </w:rPr>
              <w:t xml:space="preserve"> Plătitor de TVA   </w:t>
            </w:r>
            <w:r w:rsidRPr="00394675">
              <w:rPr>
                <w:rFonts w:ascii="Segoe UI Symbol" w:eastAsia="Times New Roman" w:hAnsi="Segoe UI Symbol" w:cs="Segoe UI Symbol"/>
                <w:sz w:val="22"/>
              </w:rPr>
              <w:t>☐</w:t>
            </w:r>
            <w:r w:rsidRPr="00394675">
              <w:rPr>
                <w:rFonts w:eastAsia="Times New Roman" w:cs="Times New Roman"/>
                <w:sz w:val="22"/>
              </w:rPr>
              <w:t xml:space="preserve"> Neplătitor de TVA</w:t>
            </w:r>
          </w:p>
        </w:tc>
      </w:tr>
      <w:tr w:rsidR="00010986" w:rsidRPr="00394675" w14:paraId="5D73ECEA" w14:textId="77777777">
        <w:trPr>
          <w:jc w:val="center"/>
        </w:trPr>
        <w:tc>
          <w:tcPr>
            <w:tcW w:w="7013" w:type="dxa"/>
            <w:vAlign w:val="center"/>
          </w:tcPr>
          <w:p w14:paraId="59E08AFF" w14:textId="77777777" w:rsidR="00010986" w:rsidRPr="00394675" w:rsidRDefault="00071BD1">
            <w:pPr>
              <w:jc w:val="both"/>
              <w:rPr>
                <w:rFonts w:cs="Times New Roman"/>
                <w:sz w:val="22"/>
              </w:rPr>
            </w:pPr>
            <w:r w:rsidRPr="00394675">
              <w:rPr>
                <w:rFonts w:eastAsia="Times New Roman" w:cs="Times New Roman"/>
                <w:sz w:val="22"/>
              </w:rPr>
              <w:t>14. Persoana responsabilă de executarea contractului</w:t>
            </w:r>
          </w:p>
        </w:tc>
        <w:tc>
          <w:tcPr>
            <w:tcW w:w="7013" w:type="dxa"/>
            <w:vAlign w:val="center"/>
          </w:tcPr>
          <w:p w14:paraId="16412D4F" w14:textId="77777777" w:rsidR="00010986" w:rsidRPr="00394675" w:rsidRDefault="00071BD1">
            <w:pPr>
              <w:jc w:val="both"/>
              <w:rPr>
                <w:rFonts w:cs="Times New Roman"/>
                <w:sz w:val="22"/>
              </w:rPr>
            </w:pPr>
            <w:r w:rsidRPr="00394675">
              <w:rPr>
                <w:rFonts w:eastAsia="Times New Roman" w:cs="Times New Roman"/>
                <w:sz w:val="22"/>
              </w:rPr>
              <w:t>Nume, prenume: ___________________</w:t>
            </w:r>
            <w:r w:rsidRPr="00394675">
              <w:rPr>
                <w:rFonts w:eastAsia="Times New Roman" w:cs="Times New Roman"/>
                <w:sz w:val="22"/>
              </w:rPr>
              <w:br/>
              <w:t>Funcția: ___________________</w:t>
            </w:r>
            <w:r w:rsidRPr="00394675">
              <w:rPr>
                <w:rFonts w:eastAsia="Times New Roman" w:cs="Times New Roman"/>
                <w:sz w:val="22"/>
              </w:rPr>
              <w:br/>
              <w:t>Telefon: ___________________</w:t>
            </w:r>
            <w:r w:rsidRPr="00394675">
              <w:rPr>
                <w:rFonts w:eastAsia="Times New Roman" w:cs="Times New Roman"/>
                <w:sz w:val="22"/>
              </w:rPr>
              <w:br/>
              <w:t>E-mail: ___________________</w:t>
            </w:r>
          </w:p>
        </w:tc>
      </w:tr>
    </w:tbl>
    <w:p w14:paraId="4354B635" w14:textId="77777777" w:rsidR="00010986" w:rsidRPr="00394675" w:rsidRDefault="00071BD1">
      <w:pPr>
        <w:spacing w:after="0" w:line="240" w:lineRule="auto"/>
        <w:jc w:val="both"/>
        <w:rPr>
          <w:rFonts w:cs="Times New Roman"/>
          <w:sz w:val="22"/>
        </w:rPr>
      </w:pPr>
      <w:r w:rsidRPr="00394675">
        <w:rPr>
          <w:rFonts w:eastAsia="Times New Roman" w:cs="Times New Roman"/>
          <w:sz w:val="22"/>
        </w:rPr>
        <w:t xml:space="preserve">Operatorul economic declară că nu se află în proces de insolvabilitate, lichidare sau suspendare </w:t>
      </w:r>
      <w:proofErr w:type="gramStart"/>
      <w:r w:rsidRPr="00394675">
        <w:rPr>
          <w:rFonts w:eastAsia="Times New Roman" w:cs="Times New Roman"/>
          <w:sz w:val="22"/>
        </w:rPr>
        <w:t>a</w:t>
      </w:r>
      <w:proofErr w:type="gramEnd"/>
      <w:r w:rsidRPr="00394675">
        <w:rPr>
          <w:rFonts w:eastAsia="Times New Roman" w:cs="Times New Roman"/>
          <w:sz w:val="22"/>
        </w:rPr>
        <w:t xml:space="preserve"> activității și are dreptul legal de a desfășura activitățile aferente obiectului contractului.</w:t>
      </w:r>
    </w:p>
    <w:p w14:paraId="23DEE9FE" w14:textId="77777777" w:rsidR="00010986" w:rsidRPr="00394675" w:rsidRDefault="00071BD1">
      <w:pPr>
        <w:spacing w:after="0" w:line="240" w:lineRule="auto"/>
        <w:jc w:val="both"/>
        <w:rPr>
          <w:rFonts w:cs="Times New Roman"/>
          <w:sz w:val="22"/>
        </w:rPr>
      </w:pPr>
      <w:r w:rsidRPr="00394675">
        <w:rPr>
          <w:rFonts w:eastAsia="Times New Roman" w:cs="Times New Roman"/>
          <w:sz w:val="22"/>
        </w:rPr>
        <w:t>Data completării: _______________</w:t>
      </w:r>
      <w:r w:rsidRPr="00394675">
        <w:rPr>
          <w:rFonts w:eastAsia="Times New Roman" w:cs="Times New Roman"/>
          <w:sz w:val="22"/>
        </w:rPr>
        <w:br/>
        <w:t>Operator economic: _______________________________</w:t>
      </w:r>
      <w:r w:rsidRPr="00394675">
        <w:rPr>
          <w:rFonts w:eastAsia="Times New Roman" w:cs="Times New Roman"/>
          <w:sz w:val="22"/>
        </w:rPr>
        <w:br/>
        <w:t>Nume, prenume: _______________________________</w:t>
      </w:r>
      <w:r w:rsidRPr="00394675">
        <w:rPr>
          <w:rFonts w:eastAsia="Times New Roman" w:cs="Times New Roman"/>
          <w:sz w:val="22"/>
        </w:rPr>
        <w:br/>
        <w:t>Funcția: _______________________________</w:t>
      </w:r>
      <w:r w:rsidRPr="00394675">
        <w:rPr>
          <w:rFonts w:eastAsia="Times New Roman" w:cs="Times New Roman"/>
          <w:sz w:val="22"/>
        </w:rPr>
        <w:br/>
        <w:t>Semnătura: _______________________________</w:t>
      </w:r>
    </w:p>
    <w:sectPr w:rsidR="00010986" w:rsidRPr="00394675" w:rsidSect="00034616">
      <w:pgSz w:w="15840" w:h="12240" w:orient="landscape"/>
      <w:pgMar w:top="850" w:right="680"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986"/>
    <w:rsid w:val="00034616"/>
    <w:rsid w:val="0006063C"/>
    <w:rsid w:val="00071BD1"/>
    <w:rsid w:val="0015074B"/>
    <w:rsid w:val="002103FB"/>
    <w:rsid w:val="0029639D"/>
    <w:rsid w:val="00326F90"/>
    <w:rsid w:val="00394675"/>
    <w:rsid w:val="00AA1D8D"/>
    <w:rsid w:val="00B47730"/>
    <w:rsid w:val="00CB0664"/>
    <w:rsid w:val="00D806C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9A6218"/>
  <w14:defaultImageDpi w14:val="300"/>
  <w15:docId w15:val="{5A98E342-111B-4E6A-A6D7-E4975BE4F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9E607-C82E-4BF2-9A51-25DDC6AA0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4569</Words>
  <Characters>26046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5</cp:revision>
  <cp:lastPrinted>2026-06-17T16:52:00Z</cp:lastPrinted>
  <dcterms:created xsi:type="dcterms:W3CDTF">2026-06-17T16:26:00Z</dcterms:created>
  <dcterms:modified xsi:type="dcterms:W3CDTF">2026-06-17T16:52:00Z</dcterms:modified>
  <cp:category/>
</cp:coreProperties>
</file>