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72075" w:rsidRPr="00423BF0" w:rsidRDefault="00423BF0">
      <w:pPr>
        <w:jc w:val="right"/>
        <w:rPr>
          <w:szCs w:val="24"/>
        </w:rPr>
      </w:pPr>
      <w:bookmarkStart w:id="0" w:name="_GoBack"/>
      <w:r w:rsidRPr="00423BF0">
        <w:rPr>
          <w:szCs w:val="24"/>
        </w:rPr>
        <w:t>Anexa nr. 2</w:t>
      </w:r>
      <w:r w:rsidRPr="00423BF0">
        <w:rPr>
          <w:szCs w:val="24"/>
        </w:rPr>
        <w:br/>
        <w:t>la Regulamentul cu privire la achizițiile publice de valoare mică</w:t>
      </w:r>
    </w:p>
    <w:p w:rsidR="00B72075" w:rsidRPr="00423BF0" w:rsidRDefault="00423BF0">
      <w:pPr>
        <w:jc w:val="center"/>
        <w:rPr>
          <w:szCs w:val="24"/>
        </w:rPr>
      </w:pPr>
      <w:r w:rsidRPr="00423BF0">
        <w:rPr>
          <w:b/>
          <w:szCs w:val="24"/>
        </w:rPr>
        <w:t>DECLARAȚIE DE ELIGIBILITATE</w:t>
      </w:r>
    </w:p>
    <w:p w:rsidR="00B72075" w:rsidRPr="00423BF0" w:rsidRDefault="00423BF0">
      <w:pPr>
        <w:spacing w:after="60"/>
        <w:rPr>
          <w:szCs w:val="24"/>
        </w:rPr>
      </w:pPr>
      <w:r w:rsidRPr="00423BF0">
        <w:rPr>
          <w:szCs w:val="24"/>
        </w:rPr>
        <w:t>Către: Agenția Națională pentru Sănătate Publică, mun. Chișinău, str. Gh. Asachi, nr. 67A</w:t>
      </w:r>
    </w:p>
    <w:p w:rsidR="00B72075" w:rsidRPr="00423BF0" w:rsidRDefault="00423BF0">
      <w:pPr>
        <w:spacing w:after="60"/>
        <w:rPr>
          <w:szCs w:val="24"/>
        </w:rPr>
      </w:pPr>
      <w:r w:rsidRPr="00423BF0">
        <w:rPr>
          <w:szCs w:val="24"/>
        </w:rPr>
        <w:t>Stimați domni,</w:t>
      </w:r>
    </w:p>
    <w:p w:rsidR="00B72075" w:rsidRPr="00423BF0" w:rsidRDefault="00423BF0">
      <w:pPr>
        <w:spacing w:after="60"/>
        <w:rPr>
          <w:szCs w:val="24"/>
        </w:rPr>
      </w:pPr>
      <w:r w:rsidRPr="00423BF0">
        <w:rPr>
          <w:szCs w:val="24"/>
        </w:rPr>
        <w:t xml:space="preserve">Subsemnatul, reprezentant </w:t>
      </w:r>
      <w:r w:rsidRPr="00423BF0">
        <w:rPr>
          <w:szCs w:val="24"/>
        </w:rPr>
        <w:t>împuternicit al ___________________________________, în calitate de ofertant la procedura de achiziție de valoare mică privind achiziționarea „Materiale de tehnică sanitară pentru anul 2026”, declar pe propria răspundere, sub sancțiunea excluderii din proc</w:t>
      </w:r>
      <w:r w:rsidRPr="00423BF0">
        <w:rPr>
          <w:szCs w:val="24"/>
        </w:rPr>
        <w:t>edură și sub sancțiunile aplicate faptei de fals în acte publice, că nu mă aflu în una dintre situațiile prevăzute la art. 19 din Legea nr. 131/2015 privind achizițiile publice.</w:t>
      </w:r>
    </w:p>
    <w:p w:rsidR="00B72075" w:rsidRPr="00423BF0" w:rsidRDefault="00423BF0">
      <w:pPr>
        <w:spacing w:after="60"/>
        <w:rPr>
          <w:szCs w:val="24"/>
        </w:rPr>
      </w:pPr>
      <w:r w:rsidRPr="00423BF0">
        <w:rPr>
          <w:szCs w:val="24"/>
        </w:rPr>
        <w:t>Mă oblig, la solicitarea autorității/entității contractante, în scopul verific</w:t>
      </w:r>
      <w:r w:rsidRPr="00423BF0">
        <w:rPr>
          <w:szCs w:val="24"/>
        </w:rPr>
        <w:t>ării și confirmării declarației, să prezint orice document doveditor de care dispun.</w:t>
      </w:r>
    </w:p>
    <w:p w:rsidR="00B72075" w:rsidRPr="00423BF0" w:rsidRDefault="00423BF0">
      <w:pPr>
        <w:spacing w:after="60"/>
        <w:rPr>
          <w:szCs w:val="24"/>
        </w:rPr>
      </w:pPr>
      <w:r w:rsidRPr="00423BF0">
        <w:rPr>
          <w:szCs w:val="24"/>
        </w:rPr>
        <w:t>Data completării: _____________</w:t>
      </w:r>
    </w:p>
    <w:p w:rsidR="00B72075" w:rsidRPr="00423BF0" w:rsidRDefault="00423BF0">
      <w:pPr>
        <w:spacing w:after="60"/>
        <w:rPr>
          <w:szCs w:val="24"/>
        </w:rPr>
      </w:pPr>
      <w:r w:rsidRPr="00423BF0">
        <w:rPr>
          <w:szCs w:val="24"/>
        </w:rPr>
        <w:t>Ofertant/candidat: ___________________</w:t>
      </w:r>
    </w:p>
    <w:bookmarkEnd w:id="0"/>
    <w:p w:rsidR="00B72075" w:rsidRPr="000E03FC" w:rsidRDefault="00423BF0">
      <w:pPr>
        <w:spacing w:after="60"/>
        <w:rPr>
          <w:szCs w:val="24"/>
        </w:rPr>
      </w:pPr>
      <w:r w:rsidRPr="000E03FC">
        <w:rPr>
          <w:szCs w:val="24"/>
        </w:rPr>
        <w:t>(semnătura autorizată)</w:t>
      </w:r>
    </w:p>
    <w:sectPr w:rsidR="00B72075" w:rsidRPr="000E03FC" w:rsidSect="00034616">
      <w:pgSz w:w="12240" w:h="15840"/>
      <w:pgMar w:top="624" w:right="624" w:bottom="624" w:left="62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tat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tat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umarcator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umarcator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erotat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cumarcator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E03FC"/>
    <w:rsid w:val="0015074B"/>
    <w:rsid w:val="0029639D"/>
    <w:rsid w:val="00326F90"/>
    <w:rsid w:val="00423BF0"/>
    <w:rsid w:val="00AA1D8D"/>
    <w:rsid w:val="00B47730"/>
    <w:rsid w:val="00B72075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DD431441-EE07-4055-90C8-4EF77A39D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imes New Roman" w:hAnsi="Times New Roman"/>
      <w:sz w:val="24"/>
    </w:rPr>
  </w:style>
  <w:style w:type="paragraph" w:styleId="Titlu1">
    <w:name w:val="heading 1"/>
    <w:basedOn w:val="Normal"/>
    <w:next w:val="Normal"/>
    <w:link w:val="Titlu1Caracte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618BF"/>
  </w:style>
  <w:style w:type="paragraph" w:styleId="Subsol">
    <w:name w:val="footer"/>
    <w:basedOn w:val="Normal"/>
    <w:link w:val="SubsolCaracte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618BF"/>
  </w:style>
  <w:style w:type="paragraph" w:styleId="Frspaiere">
    <w:name w:val="No Spacing"/>
    <w:uiPriority w:val="1"/>
    <w:qFormat/>
    <w:rsid w:val="00FC693F"/>
    <w:pPr>
      <w:spacing w:after="0" w:line="240" w:lineRule="auto"/>
    </w:pPr>
  </w:style>
  <w:style w:type="character" w:customStyle="1" w:styleId="Titlu1Caracter">
    <w:name w:val="Titlu 1 Caracter"/>
    <w:basedOn w:val="Fontdeparagrafimplicit"/>
    <w:link w:val="Titlu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lu2Caracter">
    <w:name w:val="Titlu 2 Caracter"/>
    <w:basedOn w:val="Fontdeparagrafimplicit"/>
    <w:link w:val="Titlu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lu3Caracter">
    <w:name w:val="Titlu 3 Caracter"/>
    <w:basedOn w:val="Fontdeparagrafimplicit"/>
    <w:link w:val="Titlu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">
    <w:name w:val="Title"/>
    <w:basedOn w:val="Normal"/>
    <w:next w:val="Normal"/>
    <w:link w:val="TitluCaracte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itluCaracter">
    <w:name w:val="Subtitlu Caracter"/>
    <w:basedOn w:val="Fontdeparagrafimplicit"/>
    <w:link w:val="Subtitl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text">
    <w:name w:val="Body Text"/>
    <w:basedOn w:val="Normal"/>
    <w:link w:val="CorptextCaracter"/>
    <w:uiPriority w:val="99"/>
    <w:unhideWhenUsed/>
    <w:rsid w:val="00AA1D8D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rsid w:val="00AA1D8D"/>
  </w:style>
  <w:style w:type="paragraph" w:styleId="Corptext2">
    <w:name w:val="Body Text 2"/>
    <w:basedOn w:val="Normal"/>
    <w:link w:val="Corptext2Caracter"/>
    <w:uiPriority w:val="99"/>
    <w:unhideWhenUsed/>
    <w:rsid w:val="00AA1D8D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AA1D8D"/>
  </w:style>
  <w:style w:type="paragraph" w:styleId="Corptext3">
    <w:name w:val="Body Text 3"/>
    <w:basedOn w:val="Normal"/>
    <w:link w:val="Corptext3Caracte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text3Caracter">
    <w:name w:val="Corp text 3 Caracter"/>
    <w:basedOn w:val="Fontdeparagrafimplicit"/>
    <w:link w:val="Corp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cumarcator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umarcator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umarcator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erotat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numerotat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numerotat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ar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ar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ar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macrocomand">
    <w:name w:val="macro"/>
    <w:link w:val="TextmacrocomandCaracte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crocomandCaracter">
    <w:name w:val="Text macrocomandă Caracter"/>
    <w:basedOn w:val="Fontdeparagrafimplicit"/>
    <w:link w:val="Textmacrocomand"/>
    <w:uiPriority w:val="99"/>
    <w:rsid w:val="0029639D"/>
    <w:rPr>
      <w:rFonts w:ascii="Courier" w:hAnsi="Courier"/>
      <w:sz w:val="20"/>
      <w:szCs w:val="20"/>
    </w:rPr>
  </w:style>
  <w:style w:type="paragraph" w:styleId="Citat">
    <w:name w:val="Quote"/>
    <w:basedOn w:val="Normal"/>
    <w:next w:val="Normal"/>
    <w:link w:val="CitatCaracter"/>
    <w:uiPriority w:val="29"/>
    <w:qFormat/>
    <w:rsid w:val="00FC693F"/>
    <w:rPr>
      <w:i/>
      <w:iCs/>
      <w:color w:val="000000" w:themeColor="text1"/>
    </w:rPr>
  </w:style>
  <w:style w:type="character" w:customStyle="1" w:styleId="CitatCaracter">
    <w:name w:val="Citat Caracter"/>
    <w:basedOn w:val="Fontdeparagrafimplicit"/>
    <w:link w:val="Citat"/>
    <w:uiPriority w:val="29"/>
    <w:rsid w:val="00FC693F"/>
    <w:rPr>
      <w:i/>
      <w:iCs/>
      <w:color w:val="000000" w:themeColor="text1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Robust">
    <w:name w:val="Strong"/>
    <w:basedOn w:val="Fontdeparagrafimplicit"/>
    <w:uiPriority w:val="22"/>
    <w:qFormat/>
    <w:rsid w:val="00FC693F"/>
    <w:rPr>
      <w:b/>
      <w:bCs/>
    </w:rPr>
  </w:style>
  <w:style w:type="character" w:styleId="Accentuat">
    <w:name w:val="Emphasis"/>
    <w:basedOn w:val="Fontdeparagrafimplicit"/>
    <w:uiPriority w:val="20"/>
    <w:qFormat/>
    <w:rsid w:val="00FC693F"/>
    <w:rPr>
      <w:i/>
      <w:iCs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FC693F"/>
    <w:rPr>
      <w:b/>
      <w:bCs/>
      <w:i/>
      <w:iCs/>
      <w:color w:val="4F81BD" w:themeColor="accent1"/>
    </w:rPr>
  </w:style>
  <w:style w:type="character" w:styleId="Accentuaresubtil">
    <w:name w:val="Subtle Emphasis"/>
    <w:basedOn w:val="Fontdeparagrafimplicit"/>
    <w:uiPriority w:val="19"/>
    <w:qFormat/>
    <w:rsid w:val="00FC693F"/>
    <w:rPr>
      <w:i/>
      <w:iCs/>
      <w:color w:val="808080" w:themeColor="text1" w:themeTint="7F"/>
    </w:rPr>
  </w:style>
  <w:style w:type="character" w:styleId="Accentuareintens">
    <w:name w:val="Intense Emphasis"/>
    <w:basedOn w:val="Fontdeparagrafimplicit"/>
    <w:uiPriority w:val="21"/>
    <w:qFormat/>
    <w:rsid w:val="00FC693F"/>
    <w:rPr>
      <w:b/>
      <w:bCs/>
      <w:i/>
      <w:iCs/>
      <w:color w:val="4F81BD" w:themeColor="accent1"/>
    </w:rPr>
  </w:style>
  <w:style w:type="character" w:styleId="Referiresubtil">
    <w:name w:val="Subtle Reference"/>
    <w:basedOn w:val="Fontdeparagrafimplicit"/>
    <w:uiPriority w:val="31"/>
    <w:qFormat/>
    <w:rsid w:val="00FC693F"/>
    <w:rPr>
      <w:smallCaps/>
      <w:color w:val="C0504D" w:themeColor="accent2"/>
      <w:u w:val="single"/>
    </w:rPr>
  </w:style>
  <w:style w:type="character" w:styleId="Referireintens">
    <w:name w:val="Intense Reference"/>
    <w:basedOn w:val="Fontdeparagrafimplici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lulcrii">
    <w:name w:val="Book Title"/>
    <w:basedOn w:val="Fontdeparagrafimplicit"/>
    <w:uiPriority w:val="33"/>
    <w:qFormat/>
    <w:rsid w:val="00FC693F"/>
    <w:rPr>
      <w:b/>
      <w:bCs/>
      <w:smallCaps/>
      <w:spacing w:val="5"/>
    </w:rPr>
  </w:style>
  <w:style w:type="paragraph" w:styleId="Titlucuprins">
    <w:name w:val="TOC Heading"/>
    <w:basedOn w:val="Titlu1"/>
    <w:next w:val="Normal"/>
    <w:uiPriority w:val="39"/>
    <w:semiHidden/>
    <w:unhideWhenUsed/>
    <w:qFormat/>
    <w:rsid w:val="00FC693F"/>
    <w:pPr>
      <w:outlineLvl w:val="9"/>
    </w:pPr>
  </w:style>
  <w:style w:type="table" w:styleId="Tabelgril">
    <w:name w:val="Table Grid"/>
    <w:basedOn w:val="Tabel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Umbriredeculoaredeschis">
    <w:name w:val="Light Shading"/>
    <w:basedOn w:val="Tabel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Umbriredeculoaredeschis-Accentuare1">
    <w:name w:val="Light Shading Accent 1"/>
    <w:basedOn w:val="Tabel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Umbriredeculoaredeschis-Accentuare2">
    <w:name w:val="Light Shading Accent 2"/>
    <w:basedOn w:val="Tabel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Umbriredeculoaredeschis-Accentuare3">
    <w:name w:val="Light Shading Accent 3"/>
    <w:basedOn w:val="Tabel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Umbriredeculoaredeschis-Accentuare4">
    <w:name w:val="Light Shading Accent 4"/>
    <w:basedOn w:val="Tabel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Umbriredeculoaredeschis-Accentuare5">
    <w:name w:val="Light Shading Accent 5"/>
    <w:basedOn w:val="Tabel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Umbriredeculoaredeschis-Accentuare6">
    <w:name w:val="Light Shading Accent 6"/>
    <w:basedOn w:val="Tabel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deculoaredeschis">
    <w:name w:val="Light List"/>
    <w:basedOn w:val="Tabel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deculoaredeschis-Accentuare1">
    <w:name w:val="Light List Accent 1"/>
    <w:basedOn w:val="Tabel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deculoaredeschis-Accentuare2">
    <w:name w:val="Light List Accent 2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deculoaredeschis-Accentuare3">
    <w:name w:val="Light List Accent 3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deculoaredeschis-Accentuare4">
    <w:name w:val="Light List Accent 4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deculoaredeschis-Accentuare5">
    <w:name w:val="Light List Accent 5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deculoaredeschis-Accentuare6">
    <w:name w:val="Light List Accent 6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ldeculoaredeschis">
    <w:name w:val="Light Grid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ldeculoaredeschis-Accentuare1">
    <w:name w:val="Light Grid Accent 1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ldeculoaredeschis-Accentuare2">
    <w:name w:val="Light Grid Accent 2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ldeculoaredeschis-Accentuare3">
    <w:name w:val="Light Grid Accent 3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ldeculoaredeschis-Accentuare4">
    <w:name w:val="Light Grid Accent 4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ldeculoaredeschis-Accentuare5">
    <w:name w:val="Light Grid Accent 5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ldeculoaredeschis-Accentuare6">
    <w:name w:val="Light Grid Accent 6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Umbriremedie1">
    <w:name w:val="Medium Shading 1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1">
    <w:name w:val="Medium Shading 1 Accent 1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2">
    <w:name w:val="Medium Shading 1 Accent 2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3">
    <w:name w:val="Medium Shading 1 Accent 3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4">
    <w:name w:val="Medium Shading 1 Accent 4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5">
    <w:name w:val="Medium Shading 1 Accent 5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6">
    <w:name w:val="Medium Shading 1 Accent 6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2">
    <w:name w:val="Medium Shading 2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1">
    <w:name w:val="Medium Shading 2 Accent 1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2">
    <w:name w:val="Medium Shading 2 Accent 2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3">
    <w:name w:val="Medium Shading 2 Accent 3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4">
    <w:name w:val="Medium Shading 2 Accent 4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5">
    <w:name w:val="Medium Shading 2 Accent 5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6">
    <w:name w:val="Medium Shading 2 Accent 6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medie1">
    <w:name w:val="Medium List 1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medie1-Accentuare1">
    <w:name w:val="Medium List 1 Accent 1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medie1-Accentuare2">
    <w:name w:val="Medium List 1 Accent 2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medie1-Accentuare3">
    <w:name w:val="Medium List 1 Accent 3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medie1-Accentuare4">
    <w:name w:val="Medium List 1 Accent 4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medie1-Accentuare5">
    <w:name w:val="Medium List 1 Accent 5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medie1-Accentuare6">
    <w:name w:val="Medium List 1 Accent 6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medie2">
    <w:name w:val="Medium List 2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1">
    <w:name w:val="Medium List 2 Accent 1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2">
    <w:name w:val="Medium List 2 Accent 2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3">
    <w:name w:val="Medium List 2 Accent 3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4">
    <w:name w:val="Medium List 2 Accent 4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5">
    <w:name w:val="Medium List 2 Accent 5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6">
    <w:name w:val="Medium List 2 Accent 6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lmedie1">
    <w:name w:val="Medium Grid 1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medie1-Accentuare1">
    <w:name w:val="Medium Grid 1 Accent 1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medie1-Accentuare2">
    <w:name w:val="Medium Grid 1 Accent 2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medie1-Accentuare3">
    <w:name w:val="Medium Grid 1 Accent 3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medie1-Accentuare4">
    <w:name w:val="Medium Grid 1 Accent 4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medie1-Accentuare5">
    <w:name w:val="Medium Grid 1 Accent 5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medie1-Accentuare6">
    <w:name w:val="Medium Grid 1 Accent 6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lmedie2">
    <w:name w:val="Medium Grid 2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1">
    <w:name w:val="Medium Grid 2 Accent 1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2">
    <w:name w:val="Medium Grid 2 Accent 2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3">
    <w:name w:val="Medium Grid 2 Accent 3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4">
    <w:name w:val="Medium Grid 2 Accent 4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5">
    <w:name w:val="Medium Grid 2 Accent 5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6">
    <w:name w:val="Medium Grid 2 Accent 6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3">
    <w:name w:val="Medium Grid 3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lmedie3-Accentuare1">
    <w:name w:val="Medium Grid 3 Accent 1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lmedie3-Accentuare2">
    <w:name w:val="Medium Grid 3 Accent 2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lmedie3-Accentuare3">
    <w:name w:val="Medium Grid 3 Accent 3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lmedie3-Accentuare4">
    <w:name w:val="Medium Grid 3 Accent 4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lmedie3-Accentuare5">
    <w:name w:val="Medium Grid 3 Accent 5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lmedie3-Accentuare6">
    <w:name w:val="Medium Grid 3 Accent 6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deculoarenchis">
    <w:name w:val="Dark List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deculoarenchis-Accentuare1">
    <w:name w:val="Dark List Accent 1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deculoarenchis-Accentuare2">
    <w:name w:val="Dark List Accent 2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deculoarenchis-Accentuare3">
    <w:name w:val="Dark List Accent 3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deculoarenchis-Accentuare4">
    <w:name w:val="Dark List Accent 4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deculoarenchis-Accentuare5">
    <w:name w:val="Dark List Accent 5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deculoarenchis-Accentuare6">
    <w:name w:val="Dark List Accent 6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Umbrirecolorat">
    <w:name w:val="Colorful Shading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1">
    <w:name w:val="Colorful Shading Accent 1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2">
    <w:name w:val="Colorful Shading Accent 2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3">
    <w:name w:val="Colorful Shading Accent 3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Umbrirecolorat-Accentuare4">
    <w:name w:val="Colorful Shading Accent 4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5">
    <w:name w:val="Colorful Shading Accent 5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6">
    <w:name w:val="Colorful Shading Accent 6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colorat">
    <w:name w:val="Colorful List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colorat-Accentuare1">
    <w:name w:val="Colorful List Accent 1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colorat-Accentuare2">
    <w:name w:val="Colorful List Accent 2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colorat-Accentuare3">
    <w:name w:val="Colorful List Accent 3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colorat-Accentuare4">
    <w:name w:val="Colorful List Accent 4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colorat-Accentuare5">
    <w:name w:val="Colorful List Accent 5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colorat-Accentuare6">
    <w:name w:val="Colorful List Accent 6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lcolorat">
    <w:name w:val="Colorful Grid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colorat-Accentuare1">
    <w:name w:val="Colorful Grid Accent 1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colorat-Accentuare2">
    <w:name w:val="Colorful Grid Accent 2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colorat-Accentuare3">
    <w:name w:val="Colorful Grid Accent 3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colorat-Accentuare4">
    <w:name w:val="Colorful Grid Accent 4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colorat-Accentuare5">
    <w:name w:val="Colorful Grid Accent 5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colorat-Accentuare6">
    <w:name w:val="Colorful Grid Accent 6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7625259-3F67-40A8-9C78-55A53254B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927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Vladimir Vornic</cp:lastModifiedBy>
  <cp:revision>3</cp:revision>
  <dcterms:created xsi:type="dcterms:W3CDTF">2026-06-11T10:42:00Z</dcterms:created>
  <dcterms:modified xsi:type="dcterms:W3CDTF">2026-06-11T10:42:00Z</dcterms:modified>
  <cp:category/>
</cp:coreProperties>
</file>