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4404" w:rsidRPr="000736EB" w:rsidRDefault="008101C1" w:rsidP="000736EB">
      <w:pPr>
        <w:pStyle w:val="Title"/>
        <w:ind w:firstLine="709"/>
        <w:jc w:val="center"/>
        <w:rPr>
          <w:rFonts w:ascii="Times New Roman" w:hAnsi="Times New Roman" w:cs="Times New Roman"/>
          <w:b/>
          <w:color w:val="auto"/>
          <w:sz w:val="32"/>
          <w:szCs w:val="24"/>
        </w:rPr>
      </w:pPr>
      <w:r w:rsidRPr="000736EB">
        <w:rPr>
          <w:rFonts w:ascii="Times New Roman" w:hAnsi="Times New Roman" w:cs="Times New Roman"/>
          <w:b/>
          <w:color w:val="auto"/>
          <w:sz w:val="32"/>
          <w:szCs w:val="24"/>
        </w:rPr>
        <w:t>CAIET DE SARCINI</w:t>
      </w:r>
    </w:p>
    <w:p w:rsidR="000736EB" w:rsidRDefault="008101C1" w:rsidP="000736EB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36EB">
        <w:rPr>
          <w:rFonts w:ascii="Times New Roman" w:hAnsi="Times New Roman" w:cs="Times New Roman"/>
          <w:b/>
          <w:sz w:val="24"/>
          <w:szCs w:val="24"/>
        </w:rPr>
        <w:t xml:space="preserve">Privind achiziționarea lucrărilor de reparație a str. Mănăstirea Hîncu </w:t>
      </w:r>
    </w:p>
    <w:p w:rsidR="00544404" w:rsidRPr="000736EB" w:rsidRDefault="008101C1" w:rsidP="000736EB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0736EB">
        <w:rPr>
          <w:rFonts w:ascii="Times New Roman" w:hAnsi="Times New Roman" w:cs="Times New Roman"/>
          <w:b/>
          <w:sz w:val="24"/>
          <w:szCs w:val="24"/>
        </w:rPr>
        <w:t>din</w:t>
      </w:r>
      <w:proofErr w:type="gramEnd"/>
      <w:r w:rsidRPr="000736EB">
        <w:rPr>
          <w:rFonts w:ascii="Times New Roman" w:hAnsi="Times New Roman" w:cs="Times New Roman"/>
          <w:b/>
          <w:sz w:val="24"/>
          <w:szCs w:val="24"/>
        </w:rPr>
        <w:t xml:space="preserve"> s. Bursuc, r-nul Nisporeni</w:t>
      </w:r>
    </w:p>
    <w:p w:rsidR="00544404" w:rsidRPr="000736EB" w:rsidRDefault="008101C1" w:rsidP="000736EB">
      <w:pPr>
        <w:pStyle w:val="Heading1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0736EB">
        <w:rPr>
          <w:rFonts w:ascii="Times New Roman" w:hAnsi="Times New Roman" w:cs="Times New Roman"/>
          <w:color w:val="auto"/>
          <w:sz w:val="24"/>
          <w:szCs w:val="24"/>
        </w:rPr>
        <w:t>1. Informații generale</w:t>
      </w:r>
    </w:p>
    <w:p w:rsidR="00544404" w:rsidRPr="000736EB" w:rsidRDefault="008101C1" w:rsidP="000736E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36EB">
        <w:rPr>
          <w:rFonts w:ascii="Times New Roman" w:hAnsi="Times New Roman" w:cs="Times New Roman"/>
          <w:sz w:val="24"/>
          <w:szCs w:val="24"/>
        </w:rPr>
        <w:t>Autoritatea contractantă: Primăria satului Bursuc, raionul Nisporeni.</w:t>
      </w:r>
      <w:r w:rsidRPr="000736EB">
        <w:rPr>
          <w:rFonts w:ascii="Times New Roman" w:hAnsi="Times New Roman" w:cs="Times New Roman"/>
          <w:sz w:val="24"/>
          <w:szCs w:val="24"/>
        </w:rPr>
        <w:br/>
        <w:t xml:space="preserve">Obiectul contractului: executarea </w:t>
      </w:r>
      <w:r w:rsidRPr="000736EB">
        <w:rPr>
          <w:rFonts w:ascii="Times New Roman" w:hAnsi="Times New Roman" w:cs="Times New Roman"/>
          <w:sz w:val="24"/>
          <w:szCs w:val="24"/>
        </w:rPr>
        <w:t>lucrărilor de reparație a străzii Mănăstirea Hîncu.</w:t>
      </w:r>
    </w:p>
    <w:p w:rsidR="00544404" w:rsidRPr="000736EB" w:rsidRDefault="008101C1" w:rsidP="000736EB">
      <w:pPr>
        <w:pStyle w:val="Heading1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0736EB">
        <w:rPr>
          <w:rFonts w:ascii="Times New Roman" w:hAnsi="Times New Roman" w:cs="Times New Roman"/>
          <w:color w:val="auto"/>
          <w:sz w:val="24"/>
          <w:szCs w:val="24"/>
        </w:rPr>
        <w:t>2. Scopul lucrărilor</w:t>
      </w:r>
    </w:p>
    <w:p w:rsidR="00544404" w:rsidRPr="000736EB" w:rsidRDefault="008101C1" w:rsidP="000736EB">
      <w:pPr>
        <w:ind w:firstLine="709"/>
        <w:jc w:val="both"/>
        <w:rPr>
          <w:rFonts w:ascii="Times New Roman" w:hAnsi="Times New Roman" w:cs="Times New Roman"/>
          <w:caps/>
          <w:sz w:val="24"/>
          <w:szCs w:val="24"/>
        </w:rPr>
      </w:pPr>
      <w:r w:rsidRPr="000736EB">
        <w:rPr>
          <w:rFonts w:ascii="Times New Roman" w:hAnsi="Times New Roman" w:cs="Times New Roman"/>
          <w:sz w:val="24"/>
          <w:szCs w:val="24"/>
        </w:rPr>
        <w:t xml:space="preserve">Îmbunătățirea condițiilor de circulație și asigurarea exploatării corespunzătoare </w:t>
      </w:r>
      <w:proofErr w:type="gramStart"/>
      <w:r w:rsidRPr="000736EB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0736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36EB">
        <w:rPr>
          <w:rFonts w:ascii="Times New Roman" w:hAnsi="Times New Roman" w:cs="Times New Roman"/>
          <w:sz w:val="24"/>
          <w:szCs w:val="24"/>
        </w:rPr>
        <w:t>infrastructurii</w:t>
      </w:r>
      <w:proofErr w:type="spellEnd"/>
      <w:r w:rsidRPr="000736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36EB">
        <w:rPr>
          <w:rFonts w:ascii="Times New Roman" w:hAnsi="Times New Roman" w:cs="Times New Roman"/>
          <w:sz w:val="24"/>
          <w:szCs w:val="24"/>
        </w:rPr>
        <w:t>rutiere</w:t>
      </w:r>
      <w:proofErr w:type="spellEnd"/>
      <w:r w:rsidRPr="000736EB">
        <w:rPr>
          <w:rFonts w:ascii="Times New Roman" w:hAnsi="Times New Roman" w:cs="Times New Roman"/>
          <w:sz w:val="24"/>
          <w:szCs w:val="24"/>
        </w:rPr>
        <w:t xml:space="preserve"> locale.</w:t>
      </w:r>
    </w:p>
    <w:p w:rsidR="00544404" w:rsidRPr="000736EB" w:rsidRDefault="008101C1" w:rsidP="000736EB">
      <w:pPr>
        <w:pStyle w:val="Heading1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0736EB">
        <w:rPr>
          <w:rFonts w:ascii="Times New Roman" w:hAnsi="Times New Roman" w:cs="Times New Roman"/>
          <w:color w:val="auto"/>
          <w:sz w:val="24"/>
          <w:szCs w:val="24"/>
        </w:rPr>
        <w:t>3. Baza normativă</w:t>
      </w:r>
    </w:p>
    <w:p w:rsidR="00544404" w:rsidRPr="000736EB" w:rsidRDefault="008101C1" w:rsidP="000736E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36EB">
        <w:rPr>
          <w:rFonts w:ascii="Times New Roman" w:hAnsi="Times New Roman" w:cs="Times New Roman"/>
          <w:sz w:val="24"/>
          <w:szCs w:val="24"/>
        </w:rPr>
        <w:t>Lucrările se vor executa conform normativelor teh</w:t>
      </w:r>
      <w:r w:rsidRPr="000736EB">
        <w:rPr>
          <w:rFonts w:ascii="Times New Roman" w:hAnsi="Times New Roman" w:cs="Times New Roman"/>
          <w:sz w:val="24"/>
          <w:szCs w:val="24"/>
        </w:rPr>
        <w:t>nice în construcții și drumuri aplicabile în Republica Moldova, inclusiv documentelor normative privind executarea și recepția lucrărilor.</w:t>
      </w:r>
    </w:p>
    <w:p w:rsidR="00544404" w:rsidRPr="000736EB" w:rsidRDefault="008101C1" w:rsidP="000736EB">
      <w:pPr>
        <w:pStyle w:val="Heading1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0736EB">
        <w:rPr>
          <w:rFonts w:ascii="Times New Roman" w:hAnsi="Times New Roman" w:cs="Times New Roman"/>
          <w:color w:val="auto"/>
          <w:sz w:val="24"/>
          <w:szCs w:val="24"/>
        </w:rPr>
        <w:t>4. Cerințe privind materialele</w:t>
      </w:r>
    </w:p>
    <w:p w:rsidR="00544404" w:rsidRPr="000736EB" w:rsidRDefault="008101C1" w:rsidP="000736E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736EB">
        <w:rPr>
          <w:rFonts w:ascii="Times New Roman" w:hAnsi="Times New Roman" w:cs="Times New Roman"/>
          <w:sz w:val="24"/>
          <w:szCs w:val="24"/>
        </w:rPr>
        <w:t>Toate materialele vor fi noi, însoțite de certificate de conformitate, declarații de p</w:t>
      </w:r>
      <w:r w:rsidRPr="000736EB">
        <w:rPr>
          <w:rFonts w:ascii="Times New Roman" w:hAnsi="Times New Roman" w:cs="Times New Roman"/>
          <w:sz w:val="24"/>
          <w:szCs w:val="24"/>
        </w:rPr>
        <w:t>erformanță și documente de proveniență. Beneficiarul poate solicita verificarea calității materialelor utilizate.</w:t>
      </w:r>
      <w:proofErr w:type="gramEnd"/>
    </w:p>
    <w:p w:rsidR="00544404" w:rsidRPr="000736EB" w:rsidRDefault="008101C1" w:rsidP="000736EB">
      <w:pPr>
        <w:pStyle w:val="Heading1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0736EB">
        <w:rPr>
          <w:rFonts w:ascii="Times New Roman" w:hAnsi="Times New Roman" w:cs="Times New Roman"/>
          <w:color w:val="auto"/>
          <w:sz w:val="24"/>
          <w:szCs w:val="24"/>
        </w:rPr>
        <w:t>5. Cerințe privind executarea lucrărilor</w:t>
      </w:r>
    </w:p>
    <w:p w:rsidR="00544404" w:rsidRPr="000736EB" w:rsidRDefault="008101C1" w:rsidP="000736E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36EB">
        <w:rPr>
          <w:rFonts w:ascii="Times New Roman" w:hAnsi="Times New Roman" w:cs="Times New Roman"/>
          <w:sz w:val="24"/>
          <w:szCs w:val="24"/>
        </w:rPr>
        <w:t xml:space="preserve">Antreprenorul </w:t>
      </w:r>
      <w:proofErr w:type="gramStart"/>
      <w:r w:rsidRPr="000736EB">
        <w:rPr>
          <w:rFonts w:ascii="Times New Roman" w:hAnsi="Times New Roman" w:cs="Times New Roman"/>
          <w:sz w:val="24"/>
          <w:szCs w:val="24"/>
        </w:rPr>
        <w:t>va</w:t>
      </w:r>
      <w:proofErr w:type="gramEnd"/>
      <w:r w:rsidRPr="000736EB">
        <w:rPr>
          <w:rFonts w:ascii="Times New Roman" w:hAnsi="Times New Roman" w:cs="Times New Roman"/>
          <w:sz w:val="24"/>
          <w:szCs w:val="24"/>
        </w:rPr>
        <w:t xml:space="preserve"> asigura personal calificat, utilaje corespunzătoare, organizarea șantierului, semnal</w:t>
      </w:r>
      <w:r w:rsidRPr="000736EB">
        <w:rPr>
          <w:rFonts w:ascii="Times New Roman" w:hAnsi="Times New Roman" w:cs="Times New Roman"/>
          <w:sz w:val="24"/>
          <w:szCs w:val="24"/>
        </w:rPr>
        <w:t>izarea lucrărilor și respectarea cerințelor de securitate și sănătate în muncă.</w:t>
      </w:r>
    </w:p>
    <w:p w:rsidR="00544404" w:rsidRPr="000736EB" w:rsidRDefault="008101C1" w:rsidP="000736EB">
      <w:pPr>
        <w:pStyle w:val="Heading1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0736EB">
        <w:rPr>
          <w:rFonts w:ascii="Times New Roman" w:hAnsi="Times New Roman" w:cs="Times New Roman"/>
          <w:color w:val="auto"/>
          <w:sz w:val="24"/>
          <w:szCs w:val="24"/>
        </w:rPr>
        <w:t>6. Protecția mediului</w:t>
      </w:r>
    </w:p>
    <w:p w:rsidR="00544404" w:rsidRPr="000736EB" w:rsidRDefault="008101C1" w:rsidP="000736E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36EB">
        <w:rPr>
          <w:rFonts w:ascii="Times New Roman" w:hAnsi="Times New Roman" w:cs="Times New Roman"/>
          <w:sz w:val="24"/>
          <w:szCs w:val="24"/>
        </w:rPr>
        <w:t xml:space="preserve">Executantul </w:t>
      </w:r>
      <w:proofErr w:type="gramStart"/>
      <w:r w:rsidRPr="000736EB">
        <w:rPr>
          <w:rFonts w:ascii="Times New Roman" w:hAnsi="Times New Roman" w:cs="Times New Roman"/>
          <w:sz w:val="24"/>
          <w:szCs w:val="24"/>
        </w:rPr>
        <w:t>va</w:t>
      </w:r>
      <w:proofErr w:type="gramEnd"/>
      <w:r w:rsidRPr="000736EB">
        <w:rPr>
          <w:rFonts w:ascii="Times New Roman" w:hAnsi="Times New Roman" w:cs="Times New Roman"/>
          <w:sz w:val="24"/>
          <w:szCs w:val="24"/>
        </w:rPr>
        <w:t xml:space="preserve"> lua măsuri pentru prevenirea poluării mediului, gestionarea deșeurilor și reducerea disconfortului produs populației.</w:t>
      </w:r>
    </w:p>
    <w:p w:rsidR="00544404" w:rsidRPr="000736EB" w:rsidRDefault="008101C1" w:rsidP="000736EB">
      <w:pPr>
        <w:pStyle w:val="Heading1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0736EB">
        <w:rPr>
          <w:rFonts w:ascii="Times New Roman" w:hAnsi="Times New Roman" w:cs="Times New Roman"/>
          <w:color w:val="auto"/>
          <w:sz w:val="24"/>
          <w:szCs w:val="24"/>
        </w:rPr>
        <w:t>7. Controlul calități</w:t>
      </w:r>
      <w:r w:rsidRPr="000736EB">
        <w:rPr>
          <w:rFonts w:ascii="Times New Roman" w:hAnsi="Times New Roman" w:cs="Times New Roman"/>
          <w:color w:val="auto"/>
          <w:sz w:val="24"/>
          <w:szCs w:val="24"/>
        </w:rPr>
        <w:t>i</w:t>
      </w:r>
    </w:p>
    <w:p w:rsidR="00544404" w:rsidRPr="000736EB" w:rsidRDefault="008101C1" w:rsidP="000736E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36EB">
        <w:rPr>
          <w:rFonts w:ascii="Times New Roman" w:hAnsi="Times New Roman" w:cs="Times New Roman"/>
          <w:sz w:val="24"/>
          <w:szCs w:val="24"/>
        </w:rPr>
        <w:t xml:space="preserve">Pe parcursul executării lucrărilor se vor efectua verificări și încercări conform normativelor în vigoare. </w:t>
      </w:r>
      <w:proofErr w:type="gramStart"/>
      <w:r w:rsidRPr="000736EB">
        <w:rPr>
          <w:rFonts w:ascii="Times New Roman" w:hAnsi="Times New Roman" w:cs="Times New Roman"/>
          <w:sz w:val="24"/>
          <w:szCs w:val="24"/>
        </w:rPr>
        <w:t>Costurile aferente sunt incluse în ofertă.</w:t>
      </w:r>
      <w:proofErr w:type="gramEnd"/>
    </w:p>
    <w:p w:rsidR="00544404" w:rsidRPr="000736EB" w:rsidRDefault="008101C1" w:rsidP="000736EB">
      <w:pPr>
        <w:pStyle w:val="Heading1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0736EB">
        <w:rPr>
          <w:rFonts w:ascii="Times New Roman" w:hAnsi="Times New Roman" w:cs="Times New Roman"/>
          <w:color w:val="auto"/>
          <w:sz w:val="24"/>
          <w:szCs w:val="24"/>
        </w:rPr>
        <w:lastRenderedPageBreak/>
        <w:t>8. Termene</w:t>
      </w:r>
    </w:p>
    <w:p w:rsidR="00544404" w:rsidRPr="000736EB" w:rsidRDefault="008101C1" w:rsidP="000736E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36EB">
        <w:rPr>
          <w:rFonts w:ascii="Times New Roman" w:hAnsi="Times New Roman" w:cs="Times New Roman"/>
          <w:sz w:val="24"/>
          <w:szCs w:val="24"/>
        </w:rPr>
        <w:t>Termen de execuție: 60 zile calendaristice de la semnarea contractului. Termenul de valabilit</w:t>
      </w:r>
      <w:r w:rsidRPr="000736EB">
        <w:rPr>
          <w:rFonts w:ascii="Times New Roman" w:hAnsi="Times New Roman" w:cs="Times New Roman"/>
          <w:sz w:val="24"/>
          <w:szCs w:val="24"/>
        </w:rPr>
        <w:t xml:space="preserve">ate al contractului: </w:t>
      </w:r>
      <w:proofErr w:type="gramStart"/>
      <w:r w:rsidRPr="000736EB">
        <w:rPr>
          <w:rFonts w:ascii="Times New Roman" w:hAnsi="Times New Roman" w:cs="Times New Roman"/>
          <w:sz w:val="24"/>
          <w:szCs w:val="24"/>
        </w:rPr>
        <w:t>conform</w:t>
      </w:r>
      <w:proofErr w:type="gramEnd"/>
      <w:r w:rsidRPr="000736EB">
        <w:rPr>
          <w:rFonts w:ascii="Times New Roman" w:hAnsi="Times New Roman" w:cs="Times New Roman"/>
          <w:sz w:val="24"/>
          <w:szCs w:val="24"/>
        </w:rPr>
        <w:t xml:space="preserve"> documentației de atribuire.</w:t>
      </w:r>
    </w:p>
    <w:p w:rsidR="00544404" w:rsidRPr="000736EB" w:rsidRDefault="008101C1" w:rsidP="000736EB">
      <w:pPr>
        <w:pStyle w:val="Heading1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0736EB">
        <w:rPr>
          <w:rFonts w:ascii="Times New Roman" w:hAnsi="Times New Roman" w:cs="Times New Roman"/>
          <w:color w:val="auto"/>
          <w:sz w:val="24"/>
          <w:szCs w:val="24"/>
        </w:rPr>
        <w:t>9. Garanția lucrărilor</w:t>
      </w:r>
    </w:p>
    <w:p w:rsidR="00544404" w:rsidRPr="000736EB" w:rsidRDefault="008101C1" w:rsidP="000736E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36EB">
        <w:rPr>
          <w:rFonts w:ascii="Times New Roman" w:hAnsi="Times New Roman" w:cs="Times New Roman"/>
          <w:sz w:val="24"/>
          <w:szCs w:val="24"/>
        </w:rPr>
        <w:t xml:space="preserve">Perioada minimă de garanție </w:t>
      </w:r>
      <w:proofErr w:type="gramStart"/>
      <w:r w:rsidRPr="000736EB">
        <w:rPr>
          <w:rFonts w:ascii="Times New Roman" w:hAnsi="Times New Roman" w:cs="Times New Roman"/>
          <w:sz w:val="24"/>
          <w:szCs w:val="24"/>
        </w:rPr>
        <w:t>este</w:t>
      </w:r>
      <w:proofErr w:type="gramEnd"/>
      <w:r w:rsidRPr="000736EB">
        <w:rPr>
          <w:rFonts w:ascii="Times New Roman" w:hAnsi="Times New Roman" w:cs="Times New Roman"/>
          <w:sz w:val="24"/>
          <w:szCs w:val="24"/>
        </w:rPr>
        <w:t xml:space="preserve"> de 3 ani de la recepția la terminarea lucrărilor. </w:t>
      </w:r>
      <w:proofErr w:type="gramStart"/>
      <w:r w:rsidRPr="000736EB">
        <w:rPr>
          <w:rFonts w:ascii="Times New Roman" w:hAnsi="Times New Roman" w:cs="Times New Roman"/>
          <w:sz w:val="24"/>
          <w:szCs w:val="24"/>
        </w:rPr>
        <w:t>Defectele apărute în perioada de garanție vor fi remediate din contul antreprenorului.</w:t>
      </w:r>
      <w:proofErr w:type="gramEnd"/>
    </w:p>
    <w:p w:rsidR="000736EB" w:rsidRPr="000736EB" w:rsidRDefault="008101C1" w:rsidP="000736EB">
      <w:pPr>
        <w:ind w:firstLine="709"/>
        <w:rPr>
          <w:b/>
          <w:lang w:val="ro-RO"/>
        </w:rPr>
      </w:pPr>
      <w:r w:rsidRPr="000736EB">
        <w:rPr>
          <w:rFonts w:ascii="Times New Roman" w:hAnsi="Times New Roman" w:cs="Times New Roman"/>
          <w:b/>
          <w:sz w:val="24"/>
          <w:szCs w:val="24"/>
        </w:rPr>
        <w:t>10. Li</w:t>
      </w:r>
      <w:r w:rsidRPr="000736EB">
        <w:rPr>
          <w:rFonts w:ascii="Times New Roman" w:hAnsi="Times New Roman" w:cs="Times New Roman"/>
          <w:b/>
          <w:sz w:val="24"/>
          <w:szCs w:val="24"/>
        </w:rPr>
        <w:t xml:space="preserve">sta cantităților de </w:t>
      </w:r>
      <w:proofErr w:type="spellStart"/>
      <w:r w:rsidRPr="000736EB">
        <w:rPr>
          <w:rFonts w:ascii="Times New Roman" w:hAnsi="Times New Roman" w:cs="Times New Roman"/>
          <w:b/>
          <w:sz w:val="24"/>
          <w:szCs w:val="24"/>
        </w:rPr>
        <w:t>lucrări</w:t>
      </w:r>
      <w:proofErr w:type="spellEnd"/>
    </w:p>
    <w:tbl>
      <w:tblPr>
        <w:tblW w:w="976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8"/>
        <w:gridCol w:w="1417"/>
        <w:gridCol w:w="4599"/>
        <w:gridCol w:w="1134"/>
        <w:gridCol w:w="1825"/>
      </w:tblGrid>
      <w:tr w:rsidR="000736EB" w:rsidRPr="00682A78" w:rsidTr="000736EB">
        <w:trPr>
          <w:cantSplit/>
          <w:trHeight w:val="1255"/>
        </w:trPr>
        <w:tc>
          <w:tcPr>
            <w:tcW w:w="788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0736EB" w:rsidRDefault="000736EB" w:rsidP="000736EB">
            <w:pPr>
              <w:ind w:right="-108"/>
            </w:pPr>
            <w:r>
              <w:t>№</w:t>
            </w:r>
          </w:p>
          <w:p w:rsidR="000736EB" w:rsidRDefault="000736EB" w:rsidP="000736EB">
            <w:pPr>
              <w:ind w:right="-108"/>
            </w:pPr>
            <w:proofErr w:type="spellStart"/>
            <w:proofErr w:type="gramStart"/>
            <w:r>
              <w:t>crt</w:t>
            </w:r>
            <w:proofErr w:type="spellEnd"/>
            <w:proofErr w:type="gramEnd"/>
            <w:r>
              <w:t>.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0736EB" w:rsidRDefault="000736EB" w:rsidP="000736EB">
            <w:pPr>
              <w:ind w:left="-120" w:right="-108"/>
            </w:pPr>
            <w:r>
              <w:rPr>
                <w:lang w:val="ro-RO"/>
              </w:rPr>
              <w:t>Simbol</w:t>
            </w:r>
            <w:r>
              <w:t xml:space="preserve"> </w:t>
            </w:r>
            <w:r>
              <w:rPr>
                <w:lang w:val="ro-RO"/>
              </w:rPr>
              <w:t>norme</w:t>
            </w:r>
            <w:r>
              <w:t xml:space="preserve"> </w:t>
            </w:r>
            <w:r>
              <w:rPr>
                <w:lang w:val="ro-RO"/>
              </w:rPr>
              <w:t xml:space="preserve">şi Cod </w:t>
            </w:r>
            <w:r>
              <w:t xml:space="preserve"> </w:t>
            </w:r>
            <w:r>
              <w:rPr>
                <w:lang w:val="ro-RO"/>
              </w:rPr>
              <w:t>resurse</w:t>
            </w:r>
          </w:p>
        </w:tc>
        <w:tc>
          <w:tcPr>
            <w:tcW w:w="459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0736EB" w:rsidRDefault="000736EB" w:rsidP="000736EB">
            <w:pPr>
              <w:rPr>
                <w:lang w:val="ro-RO"/>
              </w:rPr>
            </w:pPr>
          </w:p>
          <w:p w:rsidR="000736EB" w:rsidRDefault="000736EB" w:rsidP="000736EB">
            <w:r>
              <w:rPr>
                <w:lang w:val="ro-RO"/>
              </w:rPr>
              <w:t>Denumire lucrări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0736EB" w:rsidRDefault="000736EB" w:rsidP="000736EB">
            <w:pPr>
              <w:ind w:left="-108" w:right="-108"/>
              <w:rPr>
                <w:lang w:val="ro-RO"/>
              </w:rPr>
            </w:pPr>
          </w:p>
          <w:p w:rsidR="000736EB" w:rsidRDefault="000736EB" w:rsidP="000736EB">
            <w:pPr>
              <w:ind w:left="-108" w:right="-108"/>
            </w:pPr>
            <w:r>
              <w:rPr>
                <w:lang w:val="ro-RO"/>
              </w:rPr>
              <w:t>U.M.</w:t>
            </w:r>
          </w:p>
        </w:tc>
        <w:tc>
          <w:tcPr>
            <w:tcW w:w="1825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0736EB" w:rsidRPr="000736EB" w:rsidRDefault="000736EB" w:rsidP="000736EB">
            <w:pPr>
              <w:ind w:left="-108" w:right="-108"/>
              <w:rPr>
                <w:lang w:val="ro-RO"/>
              </w:rPr>
            </w:pPr>
            <w:r>
              <w:rPr>
                <w:lang w:val="ro-RO"/>
              </w:rPr>
              <w:t>Cantitate conform datelor din</w:t>
            </w:r>
            <w:r>
              <w:rPr>
                <w:lang w:val="ro-RO"/>
              </w:rPr>
              <w:t xml:space="preserve"> </w:t>
            </w:r>
            <w:r>
              <w:rPr>
                <w:lang w:val="ro-RO"/>
              </w:rPr>
              <w:t>proiect</w:t>
            </w:r>
          </w:p>
        </w:tc>
      </w:tr>
    </w:tbl>
    <w:p w:rsidR="000736EB" w:rsidRDefault="000736EB" w:rsidP="000736EB">
      <w:pPr>
        <w:rPr>
          <w:sz w:val="2"/>
          <w:szCs w:val="2"/>
        </w:rPr>
      </w:pPr>
    </w:p>
    <w:tbl>
      <w:tblPr>
        <w:tblW w:w="10022" w:type="dxa"/>
        <w:tblInd w:w="-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8"/>
        <w:gridCol w:w="1875"/>
        <w:gridCol w:w="4635"/>
        <w:gridCol w:w="1145"/>
        <w:gridCol w:w="1843"/>
        <w:gridCol w:w="236"/>
      </w:tblGrid>
      <w:tr w:rsidR="000736EB" w:rsidTr="000736EB">
        <w:trPr>
          <w:gridAfter w:val="1"/>
          <w:wAfter w:w="236" w:type="dxa"/>
          <w:cantSplit/>
          <w:trHeight w:val="193"/>
          <w:tblHeader/>
        </w:trPr>
        <w:tc>
          <w:tcPr>
            <w:tcW w:w="288" w:type="dxa"/>
            <w:shd w:val="pct5" w:color="auto" w:fill="auto"/>
            <w:vAlign w:val="center"/>
          </w:tcPr>
          <w:p w:rsidR="000736EB" w:rsidRDefault="000736EB" w:rsidP="000736EB">
            <w:pPr>
              <w:ind w:right="-108"/>
            </w:pPr>
            <w:r>
              <w:t>1</w:t>
            </w:r>
          </w:p>
        </w:tc>
        <w:tc>
          <w:tcPr>
            <w:tcW w:w="1875" w:type="dxa"/>
            <w:shd w:val="pct5" w:color="auto" w:fill="auto"/>
            <w:vAlign w:val="center"/>
          </w:tcPr>
          <w:p w:rsidR="000736EB" w:rsidRDefault="000736EB" w:rsidP="000736EB">
            <w:pPr>
              <w:ind w:left="-120" w:right="-108"/>
            </w:pPr>
            <w:r>
              <w:t>2</w:t>
            </w:r>
          </w:p>
        </w:tc>
        <w:tc>
          <w:tcPr>
            <w:tcW w:w="4635" w:type="dxa"/>
            <w:shd w:val="pct5" w:color="auto" w:fill="auto"/>
            <w:vAlign w:val="center"/>
          </w:tcPr>
          <w:p w:rsidR="000736EB" w:rsidRDefault="000736EB" w:rsidP="000736EB">
            <w:r>
              <w:t>3</w:t>
            </w:r>
          </w:p>
        </w:tc>
        <w:tc>
          <w:tcPr>
            <w:tcW w:w="1145" w:type="dxa"/>
            <w:shd w:val="pct5" w:color="auto" w:fill="auto"/>
            <w:vAlign w:val="center"/>
          </w:tcPr>
          <w:p w:rsidR="000736EB" w:rsidRDefault="000736EB" w:rsidP="000736EB">
            <w:pPr>
              <w:ind w:left="-108" w:right="-108"/>
            </w:pPr>
            <w:r>
              <w:t>4</w:t>
            </w:r>
          </w:p>
        </w:tc>
        <w:tc>
          <w:tcPr>
            <w:tcW w:w="1843" w:type="dxa"/>
            <w:shd w:val="pct5" w:color="auto" w:fill="auto"/>
            <w:vAlign w:val="center"/>
          </w:tcPr>
          <w:p w:rsidR="000736EB" w:rsidRDefault="000736EB" w:rsidP="000736EB">
            <w:pPr>
              <w:ind w:left="-108" w:right="-108"/>
            </w:pPr>
            <w:r>
              <w:t>5</w:t>
            </w:r>
          </w:p>
        </w:tc>
      </w:tr>
      <w:tr w:rsidR="000736EB" w:rsidRPr="0097392D" w:rsidTr="000736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0"/>
        </w:trPr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6EB" w:rsidRDefault="000736EB" w:rsidP="000736EB"/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6EB" w:rsidRDefault="000736EB" w:rsidP="000736EB"/>
        </w:tc>
        <w:tc>
          <w:tcPr>
            <w:tcW w:w="4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6EB" w:rsidRPr="007F2714" w:rsidRDefault="000736EB" w:rsidP="000736EB">
            <w:pPr>
              <w:rPr>
                <w:b/>
                <w:bCs/>
              </w:rPr>
            </w:pPr>
            <w:r w:rsidRPr="0097392D">
              <w:rPr>
                <w:b/>
                <w:bCs/>
              </w:rPr>
              <w:t xml:space="preserve">1. </w:t>
            </w:r>
            <w:proofErr w:type="spellStart"/>
            <w:r w:rsidRPr="0097392D">
              <w:rPr>
                <w:b/>
                <w:bCs/>
              </w:rPr>
              <w:t>Lucrari</w:t>
            </w:r>
            <w:proofErr w:type="spellEnd"/>
            <w:r w:rsidRPr="0097392D">
              <w:rPr>
                <w:b/>
                <w:bCs/>
              </w:rPr>
              <w:t xml:space="preserve"> de </w:t>
            </w:r>
            <w:proofErr w:type="spellStart"/>
            <w:r w:rsidRPr="0097392D">
              <w:rPr>
                <w:b/>
                <w:bCs/>
              </w:rPr>
              <w:t>constructii</w:t>
            </w:r>
            <w:proofErr w:type="spellEnd"/>
          </w:p>
          <w:p w:rsidR="000736EB" w:rsidRPr="0097392D" w:rsidRDefault="000736EB" w:rsidP="000736EB"/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6EB" w:rsidRPr="0097392D" w:rsidRDefault="000736EB" w:rsidP="000736EB">
            <w:pPr>
              <w:rPr>
                <w:b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6EB" w:rsidRPr="0097392D" w:rsidRDefault="000736EB" w:rsidP="000736EB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0736EB" w:rsidRPr="0097392D" w:rsidRDefault="000736EB" w:rsidP="000736EB"/>
        </w:tc>
      </w:tr>
      <w:tr w:rsidR="000736EB" w:rsidTr="000736EB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  <w:trHeight w:val="662"/>
        </w:trPr>
        <w:tc>
          <w:tcPr>
            <w:tcW w:w="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36EB" w:rsidRDefault="000736EB" w:rsidP="000736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36EB" w:rsidRDefault="000736EB" w:rsidP="000736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DH02B</w:t>
            </w:r>
          </w:p>
          <w:p w:rsidR="000736EB" w:rsidRDefault="000736EB" w:rsidP="000736EB">
            <w:pPr>
              <w:rPr>
                <w:sz w:val="24"/>
                <w:szCs w:val="24"/>
              </w:rPr>
            </w:pPr>
          </w:p>
        </w:tc>
        <w:tc>
          <w:tcPr>
            <w:tcW w:w="46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36EB" w:rsidRPr="00924C97" w:rsidRDefault="000736EB" w:rsidP="000736EB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proofErr w:type="spellStart"/>
            <w:r w:rsidRPr="00924C97">
              <w:rPr>
                <w:sz w:val="24"/>
                <w:szCs w:val="24"/>
              </w:rPr>
              <w:t>Scarificarea</w:t>
            </w:r>
            <w:proofErr w:type="spellEnd"/>
            <w:r w:rsidRPr="00924C97">
              <w:rPr>
                <w:sz w:val="24"/>
                <w:szCs w:val="24"/>
              </w:rPr>
              <w:t xml:space="preserve"> </w:t>
            </w:r>
            <w:proofErr w:type="spellStart"/>
            <w:r w:rsidRPr="00924C97">
              <w:rPr>
                <w:sz w:val="24"/>
                <w:szCs w:val="24"/>
              </w:rPr>
              <w:t>usoara</w:t>
            </w:r>
            <w:proofErr w:type="spellEnd"/>
            <w:r w:rsidRPr="00924C97">
              <w:rPr>
                <w:sz w:val="24"/>
                <w:szCs w:val="24"/>
              </w:rPr>
              <w:t xml:space="preserve"> a </w:t>
            </w:r>
            <w:proofErr w:type="spellStart"/>
            <w:r w:rsidRPr="00924C97">
              <w:rPr>
                <w:sz w:val="24"/>
                <w:szCs w:val="24"/>
              </w:rPr>
              <w:t>impietruirii</w:t>
            </w:r>
            <w:proofErr w:type="spellEnd"/>
            <w:r w:rsidRPr="00924C97">
              <w:rPr>
                <w:sz w:val="24"/>
                <w:szCs w:val="24"/>
              </w:rPr>
              <w:t xml:space="preserve"> </w:t>
            </w:r>
            <w:proofErr w:type="spellStart"/>
            <w:r w:rsidRPr="00924C97">
              <w:rPr>
                <w:sz w:val="24"/>
                <w:szCs w:val="24"/>
              </w:rPr>
              <w:t>pina</w:t>
            </w:r>
            <w:proofErr w:type="spellEnd"/>
            <w:r w:rsidRPr="00924C97">
              <w:rPr>
                <w:sz w:val="24"/>
                <w:szCs w:val="24"/>
              </w:rPr>
              <w:t xml:space="preserve"> la 5 cm </w:t>
            </w:r>
            <w:proofErr w:type="spellStart"/>
            <w:r w:rsidRPr="00924C97">
              <w:rPr>
                <w:sz w:val="24"/>
                <w:szCs w:val="24"/>
              </w:rPr>
              <w:t>adincime</w:t>
            </w:r>
            <w:proofErr w:type="spellEnd"/>
            <w:r w:rsidRPr="00924C97">
              <w:rPr>
                <w:sz w:val="24"/>
                <w:szCs w:val="24"/>
              </w:rPr>
              <w:t xml:space="preserve"> cu </w:t>
            </w:r>
            <w:proofErr w:type="spellStart"/>
            <w:r w:rsidRPr="00924C97">
              <w:rPr>
                <w:sz w:val="24"/>
                <w:szCs w:val="24"/>
              </w:rPr>
              <w:t>autogreder</w:t>
            </w:r>
            <w:proofErr w:type="spellEnd"/>
            <w:r w:rsidRPr="00924C97">
              <w:rPr>
                <w:sz w:val="24"/>
                <w:szCs w:val="24"/>
              </w:rPr>
              <w:t xml:space="preserve">, </w:t>
            </w:r>
            <w:proofErr w:type="spellStart"/>
            <w:r w:rsidRPr="00924C97">
              <w:rPr>
                <w:sz w:val="24"/>
                <w:szCs w:val="24"/>
              </w:rPr>
              <w:t>inclusin</w:t>
            </w:r>
            <w:proofErr w:type="spellEnd"/>
            <w:r w:rsidRPr="00924C97">
              <w:rPr>
                <w:sz w:val="24"/>
                <w:szCs w:val="24"/>
              </w:rPr>
              <w:t xml:space="preserve"> </w:t>
            </w:r>
            <w:proofErr w:type="spellStart"/>
            <w:r w:rsidRPr="00924C97">
              <w:rPr>
                <w:sz w:val="24"/>
                <w:szCs w:val="24"/>
              </w:rPr>
              <w:t>reprofilarea</w:t>
            </w:r>
            <w:proofErr w:type="spellEnd"/>
          </w:p>
          <w:p w:rsidR="000736EB" w:rsidRPr="00924C97" w:rsidRDefault="000736EB" w:rsidP="000736EB">
            <w:pPr>
              <w:rPr>
                <w:sz w:val="24"/>
                <w:szCs w:val="24"/>
              </w:rPr>
            </w:pPr>
          </w:p>
        </w:tc>
        <w:tc>
          <w:tcPr>
            <w:tcW w:w="11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36EB" w:rsidRDefault="000736EB" w:rsidP="000736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36EB" w:rsidRDefault="000736EB" w:rsidP="000736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9,40</w:t>
            </w:r>
          </w:p>
        </w:tc>
      </w:tr>
      <w:tr w:rsidR="000736EB" w:rsidTr="000736E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  <w:trHeight w:val="244"/>
        </w:trPr>
        <w:tc>
          <w:tcPr>
            <w:tcW w:w="288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/>
        </w:tc>
        <w:tc>
          <w:tcPr>
            <w:tcW w:w="1875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4635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proofErr w:type="spellStart"/>
            <w:r>
              <w:t>Autogreder</w:t>
            </w:r>
            <w:proofErr w:type="spellEnd"/>
            <w:r>
              <w:t xml:space="preserve"> </w:t>
            </w:r>
            <w:proofErr w:type="spellStart"/>
            <w:r>
              <w:t>pina</w:t>
            </w:r>
            <w:proofErr w:type="spellEnd"/>
            <w:r>
              <w:t xml:space="preserve"> la 175 </w:t>
            </w:r>
            <w:proofErr w:type="spellStart"/>
            <w:r>
              <w:t>cp</w:t>
            </w:r>
            <w:proofErr w:type="spellEnd"/>
          </w:p>
        </w:tc>
        <w:tc>
          <w:tcPr>
            <w:tcW w:w="1145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r>
              <w:t>1,241</w:t>
            </w:r>
          </w:p>
        </w:tc>
      </w:tr>
      <w:tr w:rsidR="000736EB" w:rsidTr="000736EB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  <w:trHeight w:val="789"/>
        </w:trPr>
        <w:tc>
          <w:tcPr>
            <w:tcW w:w="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36EB" w:rsidRDefault="000736EB" w:rsidP="000736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8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36EB" w:rsidRDefault="000736EB" w:rsidP="000736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TsC59A</w:t>
            </w:r>
          </w:p>
          <w:p w:rsidR="000736EB" w:rsidRDefault="000736EB" w:rsidP="000736EB">
            <w:pPr>
              <w:rPr>
                <w:sz w:val="24"/>
                <w:szCs w:val="24"/>
              </w:rPr>
            </w:pPr>
          </w:p>
        </w:tc>
        <w:tc>
          <w:tcPr>
            <w:tcW w:w="46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36EB" w:rsidRPr="00924C97" w:rsidRDefault="000736EB" w:rsidP="000736EB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proofErr w:type="spellStart"/>
            <w:r w:rsidRPr="00924C97">
              <w:rPr>
                <w:sz w:val="24"/>
                <w:szCs w:val="24"/>
              </w:rPr>
              <w:t>Sapatura</w:t>
            </w:r>
            <w:proofErr w:type="spellEnd"/>
            <w:r w:rsidRPr="00924C97">
              <w:rPr>
                <w:sz w:val="24"/>
                <w:szCs w:val="24"/>
              </w:rPr>
              <w:t xml:space="preserve"> </w:t>
            </w:r>
            <w:proofErr w:type="spellStart"/>
            <w:r w:rsidRPr="00924C97">
              <w:rPr>
                <w:sz w:val="24"/>
                <w:szCs w:val="24"/>
              </w:rPr>
              <w:t>mecanica</w:t>
            </w:r>
            <w:proofErr w:type="spellEnd"/>
            <w:r w:rsidRPr="00924C97">
              <w:rPr>
                <w:sz w:val="24"/>
                <w:szCs w:val="24"/>
              </w:rPr>
              <w:t xml:space="preserve"> a </w:t>
            </w:r>
            <w:proofErr w:type="spellStart"/>
            <w:r w:rsidRPr="00924C97">
              <w:rPr>
                <w:sz w:val="24"/>
                <w:szCs w:val="24"/>
              </w:rPr>
              <w:t>pamintului</w:t>
            </w:r>
            <w:proofErr w:type="spellEnd"/>
            <w:r w:rsidRPr="00924C97">
              <w:rPr>
                <w:sz w:val="24"/>
                <w:szCs w:val="24"/>
              </w:rPr>
              <w:t xml:space="preserve"> cu excavator cu o </w:t>
            </w:r>
            <w:proofErr w:type="spellStart"/>
            <w:r w:rsidRPr="00924C97">
              <w:rPr>
                <w:sz w:val="24"/>
                <w:szCs w:val="24"/>
              </w:rPr>
              <w:t>cupa</w:t>
            </w:r>
            <w:proofErr w:type="spellEnd"/>
            <w:r w:rsidRPr="00924C97">
              <w:rPr>
                <w:sz w:val="24"/>
                <w:szCs w:val="24"/>
              </w:rPr>
              <w:t xml:space="preserve"> de 0,15 m3 cu </w:t>
            </w:r>
            <w:proofErr w:type="spellStart"/>
            <w:r w:rsidRPr="00924C97">
              <w:rPr>
                <w:sz w:val="24"/>
                <w:szCs w:val="24"/>
              </w:rPr>
              <w:t>descarcare</w:t>
            </w:r>
            <w:proofErr w:type="spellEnd"/>
            <w:r w:rsidRPr="00924C97">
              <w:rPr>
                <w:sz w:val="24"/>
                <w:szCs w:val="24"/>
              </w:rPr>
              <w:t xml:space="preserve"> in </w:t>
            </w:r>
            <w:proofErr w:type="spellStart"/>
            <w:r w:rsidRPr="00924C97">
              <w:rPr>
                <w:sz w:val="24"/>
                <w:szCs w:val="24"/>
              </w:rPr>
              <w:t>autobasculanta</w:t>
            </w:r>
            <w:proofErr w:type="spellEnd"/>
            <w:r w:rsidRPr="00924C97">
              <w:rPr>
                <w:sz w:val="24"/>
                <w:szCs w:val="24"/>
              </w:rPr>
              <w:t xml:space="preserve">:  </w:t>
            </w:r>
            <w:proofErr w:type="spellStart"/>
            <w:r w:rsidRPr="00924C97">
              <w:rPr>
                <w:sz w:val="24"/>
                <w:szCs w:val="24"/>
              </w:rPr>
              <w:t>teren</w:t>
            </w:r>
            <w:proofErr w:type="spellEnd"/>
            <w:r w:rsidRPr="00924C97">
              <w:rPr>
                <w:sz w:val="24"/>
                <w:szCs w:val="24"/>
              </w:rPr>
              <w:t xml:space="preserve"> de </w:t>
            </w:r>
            <w:proofErr w:type="spellStart"/>
            <w:r w:rsidRPr="00924C97">
              <w:rPr>
                <w:sz w:val="24"/>
                <w:szCs w:val="24"/>
              </w:rPr>
              <w:t>categoria</w:t>
            </w:r>
            <w:proofErr w:type="spellEnd"/>
            <w:r w:rsidRPr="00924C97">
              <w:rPr>
                <w:sz w:val="24"/>
                <w:szCs w:val="24"/>
              </w:rPr>
              <w:t xml:space="preserve"> 1 (</w:t>
            </w:r>
            <w:proofErr w:type="spellStart"/>
            <w:r w:rsidRPr="00924C97">
              <w:rPr>
                <w:sz w:val="24"/>
                <w:szCs w:val="24"/>
              </w:rPr>
              <w:t>incarcarea</w:t>
            </w:r>
            <w:proofErr w:type="spellEnd"/>
            <w:r w:rsidRPr="00924C97">
              <w:rPr>
                <w:sz w:val="24"/>
                <w:szCs w:val="24"/>
              </w:rPr>
              <w:t>)</w:t>
            </w:r>
          </w:p>
          <w:p w:rsidR="000736EB" w:rsidRPr="00924C97" w:rsidRDefault="000736EB" w:rsidP="000736EB">
            <w:pPr>
              <w:rPr>
                <w:sz w:val="24"/>
                <w:szCs w:val="24"/>
              </w:rPr>
            </w:pPr>
          </w:p>
        </w:tc>
        <w:tc>
          <w:tcPr>
            <w:tcW w:w="11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36EB" w:rsidRDefault="000736EB" w:rsidP="000736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36EB" w:rsidRDefault="000736EB" w:rsidP="000736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0,47</w:t>
            </w:r>
          </w:p>
        </w:tc>
      </w:tr>
      <w:tr w:rsidR="000736EB" w:rsidTr="000736E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  <w:trHeight w:val="249"/>
        </w:trPr>
        <w:tc>
          <w:tcPr>
            <w:tcW w:w="288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/>
        </w:tc>
        <w:tc>
          <w:tcPr>
            <w:tcW w:w="1875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4635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proofErr w:type="spellStart"/>
            <w:r>
              <w:t>Muncitor</w:t>
            </w:r>
            <w:proofErr w:type="spellEnd"/>
          </w:p>
        </w:tc>
        <w:tc>
          <w:tcPr>
            <w:tcW w:w="1145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r>
              <w:t>2,176</w:t>
            </w:r>
          </w:p>
        </w:tc>
      </w:tr>
      <w:tr w:rsidR="000736EB" w:rsidTr="000736E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  <w:trHeight w:val="244"/>
        </w:trPr>
        <w:tc>
          <w:tcPr>
            <w:tcW w:w="288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/>
        </w:tc>
        <w:tc>
          <w:tcPr>
            <w:tcW w:w="1875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1421102200227</w:t>
            </w:r>
          </w:p>
        </w:tc>
        <w:tc>
          <w:tcPr>
            <w:tcW w:w="4635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proofErr w:type="spellStart"/>
            <w:r>
              <w:t>Pietris</w:t>
            </w:r>
            <w:proofErr w:type="spellEnd"/>
          </w:p>
        </w:tc>
        <w:tc>
          <w:tcPr>
            <w:tcW w:w="1145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r>
              <w:t>m3</w:t>
            </w: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r>
              <w:t>0,001</w:t>
            </w:r>
          </w:p>
        </w:tc>
      </w:tr>
      <w:tr w:rsidR="000736EB" w:rsidTr="000736E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  <w:trHeight w:val="310"/>
        </w:trPr>
        <w:tc>
          <w:tcPr>
            <w:tcW w:w="288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/>
        </w:tc>
        <w:tc>
          <w:tcPr>
            <w:tcW w:w="1875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2952260003523</w:t>
            </w:r>
          </w:p>
        </w:tc>
        <w:tc>
          <w:tcPr>
            <w:tcW w:w="4635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Pr="00924C97" w:rsidRDefault="000736EB" w:rsidP="000736EB">
            <w:r w:rsidRPr="00924C97">
              <w:t xml:space="preserve">Excavator diesel </w:t>
            </w:r>
            <w:proofErr w:type="spellStart"/>
            <w:r w:rsidRPr="00924C97">
              <w:t>pe</w:t>
            </w:r>
            <w:proofErr w:type="spellEnd"/>
            <w:r w:rsidRPr="00924C97">
              <w:t xml:space="preserve"> </w:t>
            </w:r>
            <w:proofErr w:type="spellStart"/>
            <w:r w:rsidRPr="00924C97">
              <w:t>pneuri</w:t>
            </w:r>
            <w:proofErr w:type="spellEnd"/>
            <w:r w:rsidRPr="00924C97">
              <w:t xml:space="preserve"> cu o </w:t>
            </w:r>
            <w:proofErr w:type="spellStart"/>
            <w:r w:rsidRPr="00924C97">
              <w:t>cupa</w:t>
            </w:r>
            <w:proofErr w:type="spellEnd"/>
            <w:r w:rsidRPr="00924C97">
              <w:t xml:space="preserve"> de 0,15 m3</w:t>
            </w:r>
          </w:p>
        </w:tc>
        <w:tc>
          <w:tcPr>
            <w:tcW w:w="1145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r>
              <w:t>5,123</w:t>
            </w:r>
          </w:p>
        </w:tc>
      </w:tr>
      <w:tr w:rsidR="000736EB" w:rsidTr="000736E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  <w:trHeight w:val="249"/>
        </w:trPr>
        <w:tc>
          <w:tcPr>
            <w:tcW w:w="288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/>
        </w:tc>
        <w:tc>
          <w:tcPr>
            <w:tcW w:w="1875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2952260003557</w:t>
            </w:r>
          </w:p>
        </w:tc>
        <w:tc>
          <w:tcPr>
            <w:tcW w:w="4635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proofErr w:type="spellStart"/>
            <w:r>
              <w:t>Buldozere</w:t>
            </w:r>
            <w:proofErr w:type="spellEnd"/>
            <w:r>
              <w:t>, 58(80)KW (</w:t>
            </w:r>
            <w:proofErr w:type="spellStart"/>
            <w:r>
              <w:t>с.p</w:t>
            </w:r>
            <w:proofErr w:type="spellEnd"/>
            <w:r>
              <w:t>.)</w:t>
            </w:r>
          </w:p>
        </w:tc>
        <w:tc>
          <w:tcPr>
            <w:tcW w:w="1145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r>
              <w:t>1,387</w:t>
            </w:r>
          </w:p>
        </w:tc>
      </w:tr>
      <w:tr w:rsidR="000736EB" w:rsidTr="000736EB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  <w:trHeight w:val="535"/>
        </w:trPr>
        <w:tc>
          <w:tcPr>
            <w:tcW w:w="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36EB" w:rsidRDefault="000736EB" w:rsidP="000736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18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36EB" w:rsidRDefault="000736EB" w:rsidP="000736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TsI50A1</w:t>
            </w:r>
          </w:p>
          <w:p w:rsidR="000736EB" w:rsidRDefault="000736EB" w:rsidP="000736EB">
            <w:pPr>
              <w:rPr>
                <w:sz w:val="24"/>
                <w:szCs w:val="24"/>
              </w:rPr>
            </w:pPr>
          </w:p>
        </w:tc>
        <w:tc>
          <w:tcPr>
            <w:tcW w:w="46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36EB" w:rsidRPr="00924C97" w:rsidRDefault="000736EB" w:rsidP="000736EB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proofErr w:type="spellStart"/>
            <w:r w:rsidRPr="00924C97">
              <w:rPr>
                <w:sz w:val="24"/>
                <w:szCs w:val="24"/>
              </w:rPr>
              <w:t>Transportarea</w:t>
            </w:r>
            <w:proofErr w:type="spellEnd"/>
            <w:r w:rsidRPr="00924C97">
              <w:rPr>
                <w:sz w:val="24"/>
                <w:szCs w:val="24"/>
              </w:rPr>
              <w:t xml:space="preserve"> </w:t>
            </w:r>
            <w:proofErr w:type="spellStart"/>
            <w:r w:rsidRPr="00924C97">
              <w:rPr>
                <w:sz w:val="24"/>
                <w:szCs w:val="24"/>
              </w:rPr>
              <w:t>pamintului</w:t>
            </w:r>
            <w:proofErr w:type="spellEnd"/>
            <w:r w:rsidRPr="00924C97">
              <w:rPr>
                <w:sz w:val="24"/>
                <w:szCs w:val="24"/>
              </w:rPr>
              <w:t xml:space="preserve"> cu </w:t>
            </w:r>
            <w:proofErr w:type="spellStart"/>
            <w:r w:rsidRPr="00924C97">
              <w:rPr>
                <w:sz w:val="24"/>
                <w:szCs w:val="24"/>
              </w:rPr>
              <w:t>autobasculanta</w:t>
            </w:r>
            <w:proofErr w:type="spellEnd"/>
            <w:r w:rsidRPr="00924C97">
              <w:rPr>
                <w:sz w:val="24"/>
                <w:szCs w:val="24"/>
              </w:rPr>
              <w:t xml:space="preserve">  la </w:t>
            </w:r>
            <w:proofErr w:type="spellStart"/>
            <w:r w:rsidRPr="00924C97">
              <w:rPr>
                <w:sz w:val="24"/>
                <w:szCs w:val="24"/>
              </w:rPr>
              <w:t>distanta</w:t>
            </w:r>
            <w:proofErr w:type="spellEnd"/>
            <w:r w:rsidRPr="00924C97">
              <w:rPr>
                <w:sz w:val="24"/>
                <w:szCs w:val="24"/>
              </w:rPr>
              <w:t xml:space="preserve"> de 1 km</w:t>
            </w:r>
          </w:p>
          <w:p w:rsidR="000736EB" w:rsidRPr="00924C97" w:rsidRDefault="000736EB" w:rsidP="000736EB">
            <w:pPr>
              <w:rPr>
                <w:sz w:val="24"/>
                <w:szCs w:val="24"/>
              </w:rPr>
            </w:pPr>
          </w:p>
        </w:tc>
        <w:tc>
          <w:tcPr>
            <w:tcW w:w="11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36EB" w:rsidRDefault="000736EB" w:rsidP="000736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36EB" w:rsidRDefault="000736EB" w:rsidP="000736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75,20</w:t>
            </w:r>
          </w:p>
        </w:tc>
      </w:tr>
      <w:tr w:rsidR="000736EB" w:rsidTr="000736E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  <w:trHeight w:val="244"/>
        </w:trPr>
        <w:tc>
          <w:tcPr>
            <w:tcW w:w="288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/>
        </w:tc>
        <w:tc>
          <w:tcPr>
            <w:tcW w:w="1875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3410540000006</w:t>
            </w:r>
          </w:p>
        </w:tc>
        <w:tc>
          <w:tcPr>
            <w:tcW w:w="4635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r>
              <w:t>Autobasculanta-5t</w:t>
            </w:r>
          </w:p>
        </w:tc>
        <w:tc>
          <w:tcPr>
            <w:tcW w:w="1145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r>
              <w:t>3,76</w:t>
            </w:r>
          </w:p>
        </w:tc>
      </w:tr>
      <w:tr w:rsidR="000736EB" w:rsidTr="000736EB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  <w:trHeight w:val="1042"/>
        </w:trPr>
        <w:tc>
          <w:tcPr>
            <w:tcW w:w="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36EB" w:rsidRDefault="000736EB" w:rsidP="000736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8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36EB" w:rsidRDefault="000736EB" w:rsidP="000736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TsE05B</w:t>
            </w:r>
          </w:p>
          <w:p w:rsidR="000736EB" w:rsidRDefault="000736EB" w:rsidP="000736EB">
            <w:pPr>
              <w:rPr>
                <w:sz w:val="24"/>
                <w:szCs w:val="24"/>
              </w:rPr>
            </w:pPr>
          </w:p>
        </w:tc>
        <w:tc>
          <w:tcPr>
            <w:tcW w:w="46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36EB" w:rsidRPr="0097392D" w:rsidRDefault="000736EB" w:rsidP="000736EB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proofErr w:type="spellStart"/>
            <w:r w:rsidRPr="00924C97">
              <w:rPr>
                <w:sz w:val="24"/>
                <w:szCs w:val="24"/>
              </w:rPr>
              <w:t>Nivelarea</w:t>
            </w:r>
            <w:proofErr w:type="spellEnd"/>
            <w:r w:rsidRPr="00924C97">
              <w:rPr>
                <w:sz w:val="24"/>
                <w:szCs w:val="24"/>
              </w:rPr>
              <w:t xml:space="preserve"> cu </w:t>
            </w:r>
            <w:proofErr w:type="spellStart"/>
            <w:r w:rsidRPr="00924C97">
              <w:rPr>
                <w:sz w:val="24"/>
                <w:szCs w:val="24"/>
              </w:rPr>
              <w:t>autogreder</w:t>
            </w:r>
            <w:proofErr w:type="spellEnd"/>
            <w:r w:rsidRPr="00924C97">
              <w:rPr>
                <w:sz w:val="24"/>
                <w:szCs w:val="24"/>
              </w:rPr>
              <w:t xml:space="preserve"> de </w:t>
            </w:r>
            <w:proofErr w:type="spellStart"/>
            <w:r w:rsidRPr="00924C97">
              <w:rPr>
                <w:sz w:val="24"/>
                <w:szCs w:val="24"/>
              </w:rPr>
              <w:t>pina</w:t>
            </w:r>
            <w:proofErr w:type="spellEnd"/>
            <w:r w:rsidRPr="00924C97">
              <w:rPr>
                <w:sz w:val="24"/>
                <w:szCs w:val="24"/>
              </w:rPr>
              <w:t xml:space="preserve"> la 175 CP a </w:t>
            </w:r>
            <w:proofErr w:type="spellStart"/>
            <w:r w:rsidRPr="00924C97">
              <w:rPr>
                <w:sz w:val="24"/>
                <w:szCs w:val="24"/>
              </w:rPr>
              <w:t>suprafetei</w:t>
            </w:r>
            <w:proofErr w:type="spellEnd"/>
            <w:r w:rsidRPr="00924C97">
              <w:rPr>
                <w:sz w:val="24"/>
                <w:szCs w:val="24"/>
              </w:rPr>
              <w:t xml:space="preserve"> </w:t>
            </w:r>
            <w:proofErr w:type="spellStart"/>
            <w:r w:rsidRPr="00924C97">
              <w:rPr>
                <w:sz w:val="24"/>
                <w:szCs w:val="24"/>
              </w:rPr>
              <w:t>terenului</w:t>
            </w:r>
            <w:proofErr w:type="spellEnd"/>
            <w:r w:rsidRPr="00924C97">
              <w:rPr>
                <w:sz w:val="24"/>
                <w:szCs w:val="24"/>
              </w:rPr>
              <w:t xml:space="preserve"> natural </w:t>
            </w:r>
            <w:proofErr w:type="spellStart"/>
            <w:r w:rsidRPr="00924C97">
              <w:rPr>
                <w:sz w:val="24"/>
                <w:szCs w:val="24"/>
              </w:rPr>
              <w:t>si</w:t>
            </w:r>
            <w:proofErr w:type="spellEnd"/>
            <w:r w:rsidRPr="00924C97">
              <w:rPr>
                <w:sz w:val="24"/>
                <w:szCs w:val="24"/>
              </w:rPr>
              <w:t xml:space="preserve"> a </w:t>
            </w:r>
            <w:proofErr w:type="spellStart"/>
            <w:r w:rsidRPr="00924C97">
              <w:rPr>
                <w:sz w:val="24"/>
                <w:szCs w:val="24"/>
              </w:rPr>
              <w:t>platformelor</w:t>
            </w:r>
            <w:proofErr w:type="spellEnd"/>
            <w:r w:rsidRPr="00924C97">
              <w:rPr>
                <w:sz w:val="24"/>
                <w:szCs w:val="24"/>
              </w:rPr>
              <w:t xml:space="preserve"> de </w:t>
            </w:r>
            <w:proofErr w:type="spellStart"/>
            <w:r w:rsidRPr="00924C97">
              <w:rPr>
                <w:sz w:val="24"/>
                <w:szCs w:val="24"/>
              </w:rPr>
              <w:t>terasamente</w:t>
            </w:r>
            <w:proofErr w:type="spellEnd"/>
            <w:r w:rsidRPr="00924C97">
              <w:rPr>
                <w:sz w:val="24"/>
                <w:szCs w:val="24"/>
              </w:rPr>
              <w:t xml:space="preserve">, </w:t>
            </w:r>
            <w:proofErr w:type="spellStart"/>
            <w:r w:rsidRPr="00924C97">
              <w:rPr>
                <w:sz w:val="24"/>
                <w:szCs w:val="24"/>
              </w:rPr>
              <w:t>prin</w:t>
            </w:r>
            <w:proofErr w:type="spellEnd"/>
            <w:r w:rsidRPr="00924C97">
              <w:rPr>
                <w:sz w:val="24"/>
                <w:szCs w:val="24"/>
              </w:rPr>
              <w:t xml:space="preserve"> </w:t>
            </w:r>
            <w:proofErr w:type="spellStart"/>
            <w:r w:rsidRPr="00924C97">
              <w:rPr>
                <w:sz w:val="24"/>
                <w:szCs w:val="24"/>
              </w:rPr>
              <w:t>taierea</w:t>
            </w:r>
            <w:proofErr w:type="spellEnd"/>
            <w:r w:rsidRPr="00924C97">
              <w:rPr>
                <w:sz w:val="24"/>
                <w:szCs w:val="24"/>
              </w:rPr>
              <w:t xml:space="preserve"> </w:t>
            </w:r>
            <w:proofErr w:type="spellStart"/>
            <w:r w:rsidRPr="00924C97">
              <w:rPr>
                <w:sz w:val="24"/>
                <w:szCs w:val="24"/>
              </w:rPr>
              <w:t>damburilor</w:t>
            </w:r>
            <w:proofErr w:type="spellEnd"/>
            <w:r w:rsidRPr="00924C97">
              <w:rPr>
                <w:sz w:val="24"/>
                <w:szCs w:val="24"/>
              </w:rPr>
              <w:t xml:space="preserve"> </w:t>
            </w:r>
            <w:proofErr w:type="spellStart"/>
            <w:r w:rsidRPr="00924C97">
              <w:rPr>
                <w:sz w:val="24"/>
                <w:szCs w:val="24"/>
              </w:rPr>
              <w:t>si</w:t>
            </w:r>
            <w:proofErr w:type="spellEnd"/>
            <w:r w:rsidRPr="00924C97">
              <w:rPr>
                <w:sz w:val="24"/>
                <w:szCs w:val="24"/>
              </w:rPr>
              <w:t xml:space="preserve"> </w:t>
            </w:r>
            <w:proofErr w:type="spellStart"/>
            <w:r w:rsidRPr="00924C97">
              <w:rPr>
                <w:sz w:val="24"/>
                <w:szCs w:val="24"/>
              </w:rPr>
              <w:t>deplasarea</w:t>
            </w:r>
            <w:proofErr w:type="spellEnd"/>
            <w:r w:rsidRPr="00924C97">
              <w:rPr>
                <w:sz w:val="24"/>
                <w:szCs w:val="24"/>
              </w:rPr>
              <w:t xml:space="preserve"> in </w:t>
            </w:r>
            <w:proofErr w:type="spellStart"/>
            <w:r w:rsidRPr="00924C97">
              <w:rPr>
                <w:sz w:val="24"/>
                <w:szCs w:val="24"/>
              </w:rPr>
              <w:t>goluri</w:t>
            </w:r>
            <w:proofErr w:type="spellEnd"/>
            <w:r w:rsidRPr="00924C97">
              <w:rPr>
                <w:sz w:val="24"/>
                <w:szCs w:val="24"/>
              </w:rPr>
              <w:t xml:space="preserve"> a </w:t>
            </w:r>
            <w:proofErr w:type="spellStart"/>
            <w:r w:rsidRPr="00924C97">
              <w:rPr>
                <w:sz w:val="24"/>
                <w:szCs w:val="24"/>
              </w:rPr>
              <w:t>pamintului</w:t>
            </w:r>
            <w:proofErr w:type="spellEnd"/>
            <w:r w:rsidRPr="00924C97">
              <w:rPr>
                <w:sz w:val="24"/>
                <w:szCs w:val="24"/>
              </w:rPr>
              <w:t xml:space="preserve"> </w:t>
            </w:r>
            <w:proofErr w:type="spellStart"/>
            <w:r w:rsidRPr="00924C97">
              <w:rPr>
                <w:sz w:val="24"/>
                <w:szCs w:val="24"/>
              </w:rPr>
              <w:t>sapat</w:t>
            </w:r>
            <w:proofErr w:type="spellEnd"/>
            <w:r w:rsidRPr="00924C97">
              <w:rPr>
                <w:sz w:val="24"/>
                <w:szCs w:val="24"/>
              </w:rPr>
              <w:t xml:space="preserve"> in </w:t>
            </w:r>
            <w:proofErr w:type="spellStart"/>
            <w:r w:rsidRPr="00924C97">
              <w:rPr>
                <w:sz w:val="24"/>
                <w:szCs w:val="24"/>
              </w:rPr>
              <w:t>teren</w:t>
            </w:r>
            <w:proofErr w:type="spellEnd"/>
            <w:r w:rsidRPr="00924C97">
              <w:rPr>
                <w:sz w:val="24"/>
                <w:szCs w:val="24"/>
              </w:rPr>
              <w:t xml:space="preserve"> </w:t>
            </w:r>
            <w:proofErr w:type="spellStart"/>
            <w:r w:rsidRPr="00924C97">
              <w:rPr>
                <w:sz w:val="24"/>
                <w:szCs w:val="24"/>
              </w:rPr>
              <w:t>catg</w:t>
            </w:r>
            <w:proofErr w:type="spellEnd"/>
            <w:r w:rsidRPr="00924C97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II</w:t>
            </w:r>
          </w:p>
          <w:p w:rsidR="000736EB" w:rsidRDefault="000736EB" w:rsidP="000736EB">
            <w:pPr>
              <w:rPr>
                <w:sz w:val="24"/>
                <w:szCs w:val="24"/>
              </w:rPr>
            </w:pPr>
          </w:p>
        </w:tc>
        <w:tc>
          <w:tcPr>
            <w:tcW w:w="11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36EB" w:rsidRDefault="000736EB" w:rsidP="000736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36EB" w:rsidRDefault="000736EB" w:rsidP="000736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9,40</w:t>
            </w:r>
          </w:p>
        </w:tc>
      </w:tr>
      <w:tr w:rsidR="000736EB" w:rsidTr="000736E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  <w:trHeight w:val="249"/>
        </w:trPr>
        <w:tc>
          <w:tcPr>
            <w:tcW w:w="288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/>
        </w:tc>
        <w:tc>
          <w:tcPr>
            <w:tcW w:w="1875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4635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proofErr w:type="spellStart"/>
            <w:r>
              <w:t>Autogreder</w:t>
            </w:r>
            <w:proofErr w:type="spellEnd"/>
            <w:r>
              <w:t xml:space="preserve"> </w:t>
            </w:r>
            <w:proofErr w:type="spellStart"/>
            <w:r>
              <w:t>pina</w:t>
            </w:r>
            <w:proofErr w:type="spellEnd"/>
            <w:r>
              <w:t xml:space="preserve"> la 175 </w:t>
            </w:r>
            <w:proofErr w:type="spellStart"/>
            <w:r>
              <w:t>cp</w:t>
            </w:r>
            <w:proofErr w:type="spellEnd"/>
          </w:p>
        </w:tc>
        <w:tc>
          <w:tcPr>
            <w:tcW w:w="1145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r>
              <w:t>1,777</w:t>
            </w:r>
          </w:p>
        </w:tc>
      </w:tr>
      <w:tr w:rsidR="000736EB" w:rsidTr="000736EB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  <w:trHeight w:val="1291"/>
        </w:trPr>
        <w:tc>
          <w:tcPr>
            <w:tcW w:w="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36EB" w:rsidRDefault="000736EB" w:rsidP="000736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36EB" w:rsidRDefault="000736EB" w:rsidP="000736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TsD7A1</w:t>
            </w:r>
          </w:p>
          <w:p w:rsidR="000736EB" w:rsidRDefault="000736EB" w:rsidP="000736EB">
            <w:pPr>
              <w:rPr>
                <w:sz w:val="24"/>
                <w:szCs w:val="24"/>
              </w:rPr>
            </w:pPr>
          </w:p>
        </w:tc>
        <w:tc>
          <w:tcPr>
            <w:tcW w:w="46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36EB" w:rsidRPr="0097392D" w:rsidRDefault="000736EB" w:rsidP="000736EB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proofErr w:type="spellStart"/>
            <w:r w:rsidRPr="00924C97">
              <w:rPr>
                <w:sz w:val="24"/>
                <w:szCs w:val="24"/>
              </w:rPr>
              <w:t>Compactarea</w:t>
            </w:r>
            <w:proofErr w:type="spellEnd"/>
            <w:r w:rsidRPr="00924C97">
              <w:rPr>
                <w:sz w:val="24"/>
                <w:szCs w:val="24"/>
              </w:rPr>
              <w:t xml:space="preserve"> </w:t>
            </w:r>
            <w:proofErr w:type="spellStart"/>
            <w:r w:rsidRPr="00924C97">
              <w:rPr>
                <w:sz w:val="24"/>
                <w:szCs w:val="24"/>
              </w:rPr>
              <w:t>mecanica</w:t>
            </w:r>
            <w:proofErr w:type="spellEnd"/>
            <w:r w:rsidRPr="00924C97">
              <w:rPr>
                <w:sz w:val="24"/>
                <w:szCs w:val="24"/>
              </w:rPr>
              <w:t xml:space="preserve"> a </w:t>
            </w:r>
            <w:proofErr w:type="spellStart"/>
            <w:r w:rsidRPr="00924C97">
              <w:rPr>
                <w:sz w:val="24"/>
                <w:szCs w:val="24"/>
              </w:rPr>
              <w:t>umpluturilor</w:t>
            </w:r>
            <w:proofErr w:type="spellEnd"/>
            <w:r w:rsidRPr="00924C97">
              <w:rPr>
                <w:sz w:val="24"/>
                <w:szCs w:val="24"/>
              </w:rPr>
              <w:t xml:space="preserve"> cu </w:t>
            </w:r>
            <w:proofErr w:type="spellStart"/>
            <w:r w:rsidRPr="00924C97">
              <w:rPr>
                <w:sz w:val="24"/>
                <w:szCs w:val="24"/>
              </w:rPr>
              <w:t>rulou</w:t>
            </w:r>
            <w:proofErr w:type="spellEnd"/>
            <w:r w:rsidRPr="00924C97">
              <w:rPr>
                <w:sz w:val="24"/>
                <w:szCs w:val="24"/>
              </w:rPr>
              <w:t xml:space="preserve"> </w:t>
            </w:r>
            <w:proofErr w:type="spellStart"/>
            <w:r w:rsidRPr="00924C97">
              <w:rPr>
                <w:sz w:val="24"/>
                <w:szCs w:val="24"/>
              </w:rPr>
              <w:t>compresor</w:t>
            </w:r>
            <w:proofErr w:type="spellEnd"/>
            <w:r w:rsidRPr="00924C97">
              <w:rPr>
                <w:sz w:val="24"/>
                <w:szCs w:val="24"/>
              </w:rPr>
              <w:t xml:space="preserve"> static </w:t>
            </w:r>
            <w:proofErr w:type="spellStart"/>
            <w:r w:rsidRPr="00924C97">
              <w:rPr>
                <w:sz w:val="24"/>
                <w:szCs w:val="24"/>
              </w:rPr>
              <w:t>autopropulsat</w:t>
            </w:r>
            <w:proofErr w:type="spellEnd"/>
            <w:r w:rsidRPr="00924C97">
              <w:rPr>
                <w:sz w:val="24"/>
                <w:szCs w:val="24"/>
              </w:rPr>
              <w:t xml:space="preserve"> de 10-12 t, in </w:t>
            </w:r>
            <w:proofErr w:type="spellStart"/>
            <w:r w:rsidRPr="00924C97">
              <w:rPr>
                <w:sz w:val="24"/>
                <w:szCs w:val="24"/>
              </w:rPr>
              <w:t>straturi</w:t>
            </w:r>
            <w:proofErr w:type="spellEnd"/>
            <w:r w:rsidRPr="00924C97">
              <w:rPr>
                <w:sz w:val="24"/>
                <w:szCs w:val="24"/>
              </w:rPr>
              <w:t xml:space="preserve"> </w:t>
            </w:r>
            <w:proofErr w:type="spellStart"/>
            <w:r w:rsidRPr="00924C97">
              <w:rPr>
                <w:sz w:val="24"/>
                <w:szCs w:val="24"/>
              </w:rPr>
              <w:t>succesive</w:t>
            </w:r>
            <w:proofErr w:type="spellEnd"/>
            <w:r w:rsidRPr="00924C97">
              <w:rPr>
                <w:sz w:val="24"/>
                <w:szCs w:val="24"/>
              </w:rPr>
              <w:t xml:space="preserve"> de 15-20 cm </w:t>
            </w:r>
            <w:proofErr w:type="spellStart"/>
            <w:r w:rsidRPr="00924C97">
              <w:rPr>
                <w:sz w:val="24"/>
                <w:szCs w:val="24"/>
              </w:rPr>
              <w:t>grosime</w:t>
            </w:r>
            <w:proofErr w:type="spellEnd"/>
            <w:r w:rsidRPr="00924C97">
              <w:rPr>
                <w:sz w:val="24"/>
                <w:szCs w:val="24"/>
              </w:rPr>
              <w:t xml:space="preserve"> </w:t>
            </w:r>
            <w:proofErr w:type="spellStart"/>
            <w:r w:rsidRPr="00924C97">
              <w:rPr>
                <w:sz w:val="24"/>
                <w:szCs w:val="24"/>
              </w:rPr>
              <w:t>dupa</w:t>
            </w:r>
            <w:proofErr w:type="spellEnd"/>
            <w:r w:rsidRPr="00924C97">
              <w:rPr>
                <w:sz w:val="24"/>
                <w:szCs w:val="24"/>
              </w:rPr>
              <w:t xml:space="preserve"> </w:t>
            </w:r>
            <w:proofErr w:type="spellStart"/>
            <w:r w:rsidRPr="00924C97">
              <w:rPr>
                <w:sz w:val="24"/>
                <w:szCs w:val="24"/>
              </w:rPr>
              <w:t>compactare</w:t>
            </w:r>
            <w:proofErr w:type="spellEnd"/>
            <w:r w:rsidRPr="00924C97">
              <w:rPr>
                <w:sz w:val="24"/>
                <w:szCs w:val="24"/>
              </w:rPr>
              <w:t xml:space="preserve">, </w:t>
            </w:r>
            <w:proofErr w:type="spellStart"/>
            <w:r w:rsidRPr="00924C97">
              <w:rPr>
                <w:sz w:val="24"/>
                <w:szCs w:val="24"/>
              </w:rPr>
              <w:t>exclusiv</w:t>
            </w:r>
            <w:proofErr w:type="spellEnd"/>
            <w:r w:rsidRPr="00924C97">
              <w:rPr>
                <w:sz w:val="24"/>
                <w:szCs w:val="24"/>
              </w:rPr>
              <w:t xml:space="preserve"> </w:t>
            </w:r>
            <w:proofErr w:type="spellStart"/>
            <w:r w:rsidRPr="00924C97">
              <w:rPr>
                <w:sz w:val="24"/>
                <w:szCs w:val="24"/>
              </w:rPr>
              <w:t>udarea</w:t>
            </w:r>
            <w:proofErr w:type="spellEnd"/>
            <w:r w:rsidRPr="00924C97">
              <w:rPr>
                <w:sz w:val="24"/>
                <w:szCs w:val="24"/>
              </w:rPr>
              <w:t xml:space="preserve"> </w:t>
            </w:r>
            <w:proofErr w:type="spellStart"/>
            <w:r w:rsidRPr="00924C97">
              <w:rPr>
                <w:sz w:val="24"/>
                <w:szCs w:val="24"/>
              </w:rPr>
              <w:t>fiecarui</w:t>
            </w:r>
            <w:proofErr w:type="spellEnd"/>
            <w:r w:rsidRPr="00924C97">
              <w:rPr>
                <w:sz w:val="24"/>
                <w:szCs w:val="24"/>
              </w:rPr>
              <w:t xml:space="preserve"> </w:t>
            </w:r>
            <w:proofErr w:type="spellStart"/>
            <w:r w:rsidRPr="00924C97">
              <w:rPr>
                <w:sz w:val="24"/>
                <w:szCs w:val="24"/>
              </w:rPr>
              <w:t>strat</w:t>
            </w:r>
            <w:proofErr w:type="spellEnd"/>
            <w:r w:rsidRPr="00924C97">
              <w:rPr>
                <w:sz w:val="24"/>
                <w:szCs w:val="24"/>
              </w:rPr>
              <w:t xml:space="preserve"> in </w:t>
            </w:r>
            <w:proofErr w:type="spellStart"/>
            <w:r w:rsidRPr="00924C97">
              <w:rPr>
                <w:sz w:val="24"/>
                <w:szCs w:val="24"/>
              </w:rPr>
              <w:t>parte</w:t>
            </w:r>
            <w:proofErr w:type="spellEnd"/>
            <w:r w:rsidRPr="00924C97">
              <w:rPr>
                <w:sz w:val="24"/>
                <w:szCs w:val="24"/>
              </w:rPr>
              <w:t xml:space="preserve">, </w:t>
            </w:r>
            <w:proofErr w:type="spellStart"/>
            <w:r w:rsidRPr="00924C97">
              <w:rPr>
                <w:sz w:val="24"/>
                <w:szCs w:val="24"/>
              </w:rPr>
              <w:t>umpluturile</w:t>
            </w:r>
            <w:proofErr w:type="spellEnd"/>
            <w:r w:rsidRPr="00924C97">
              <w:rPr>
                <w:sz w:val="24"/>
                <w:szCs w:val="24"/>
              </w:rPr>
              <w:t xml:space="preserve"> </w:t>
            </w:r>
            <w:proofErr w:type="spellStart"/>
            <w:r w:rsidRPr="00924C97">
              <w:rPr>
                <w:sz w:val="24"/>
                <w:szCs w:val="24"/>
              </w:rPr>
              <w:t>executindu</w:t>
            </w:r>
            <w:proofErr w:type="spellEnd"/>
            <w:r w:rsidRPr="00924C97">
              <w:rPr>
                <w:sz w:val="24"/>
                <w:szCs w:val="24"/>
              </w:rPr>
              <w:t xml:space="preserve">-se cu </w:t>
            </w:r>
            <w:proofErr w:type="spellStart"/>
            <w:r w:rsidRPr="00924C97">
              <w:rPr>
                <w:sz w:val="24"/>
                <w:szCs w:val="24"/>
              </w:rPr>
              <w:t>pamint</w:t>
            </w:r>
            <w:proofErr w:type="spellEnd"/>
            <w:r w:rsidRPr="00924C97">
              <w:rPr>
                <w:sz w:val="24"/>
                <w:szCs w:val="24"/>
              </w:rPr>
              <w:t xml:space="preserve"> </w:t>
            </w:r>
            <w:proofErr w:type="spellStart"/>
            <w:r w:rsidRPr="00924C97">
              <w:rPr>
                <w:sz w:val="24"/>
                <w:szCs w:val="24"/>
              </w:rPr>
              <w:t>necoeziv</w:t>
            </w:r>
            <w:proofErr w:type="spellEnd"/>
            <w:r w:rsidRPr="00924C97">
              <w:rPr>
                <w:sz w:val="24"/>
                <w:szCs w:val="24"/>
              </w:rPr>
              <w:t xml:space="preserve"> grad. </w:t>
            </w:r>
            <w:proofErr w:type="gramStart"/>
            <w:r w:rsidRPr="00924C97">
              <w:rPr>
                <w:sz w:val="24"/>
                <w:szCs w:val="24"/>
              </w:rPr>
              <w:t>compact</w:t>
            </w:r>
            <w:proofErr w:type="gramEnd"/>
            <w:r w:rsidRPr="00924C97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92-94%</w:t>
            </w:r>
          </w:p>
          <w:p w:rsidR="000736EB" w:rsidRDefault="000736EB" w:rsidP="000736EB">
            <w:pPr>
              <w:rPr>
                <w:sz w:val="24"/>
                <w:szCs w:val="24"/>
              </w:rPr>
            </w:pPr>
          </w:p>
        </w:tc>
        <w:tc>
          <w:tcPr>
            <w:tcW w:w="11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36EB" w:rsidRDefault="000736EB" w:rsidP="000736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36EB" w:rsidRDefault="000736EB" w:rsidP="000736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1,89</w:t>
            </w:r>
          </w:p>
        </w:tc>
      </w:tr>
      <w:tr w:rsidR="000736EB" w:rsidTr="000736E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  <w:trHeight w:val="249"/>
        </w:trPr>
        <w:tc>
          <w:tcPr>
            <w:tcW w:w="288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/>
        </w:tc>
        <w:tc>
          <w:tcPr>
            <w:tcW w:w="1875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4635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necalificat</w:t>
            </w:r>
            <w:proofErr w:type="spellEnd"/>
          </w:p>
        </w:tc>
        <w:tc>
          <w:tcPr>
            <w:tcW w:w="1145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r>
              <w:t>9,582</w:t>
            </w:r>
          </w:p>
        </w:tc>
      </w:tr>
      <w:tr w:rsidR="000736EB" w:rsidTr="000736E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  <w:trHeight w:val="244"/>
        </w:trPr>
        <w:tc>
          <w:tcPr>
            <w:tcW w:w="288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/>
        </w:tc>
        <w:tc>
          <w:tcPr>
            <w:tcW w:w="1875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2952240004004</w:t>
            </w:r>
          </w:p>
        </w:tc>
        <w:tc>
          <w:tcPr>
            <w:tcW w:w="4635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Pr="00924C97" w:rsidRDefault="000736EB" w:rsidP="000736EB">
            <w:r w:rsidRPr="00924C97">
              <w:t xml:space="preserve">Compactor auto cu </w:t>
            </w:r>
            <w:proofErr w:type="spellStart"/>
            <w:r w:rsidRPr="00924C97">
              <w:t>rulouri</w:t>
            </w:r>
            <w:proofErr w:type="spellEnd"/>
            <w:r w:rsidRPr="00924C97">
              <w:t xml:space="preserve"> </w:t>
            </w:r>
            <w:proofErr w:type="spellStart"/>
            <w:r w:rsidRPr="00924C97">
              <w:t>pina</w:t>
            </w:r>
            <w:proofErr w:type="spellEnd"/>
            <w:r w:rsidRPr="00924C97">
              <w:t xml:space="preserve"> la 12 </w:t>
            </w:r>
            <w:proofErr w:type="spellStart"/>
            <w:r w:rsidRPr="00924C97">
              <w:t>tf</w:t>
            </w:r>
            <w:proofErr w:type="spellEnd"/>
          </w:p>
        </w:tc>
        <w:tc>
          <w:tcPr>
            <w:tcW w:w="1145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r>
              <w:t>16,447</w:t>
            </w:r>
          </w:p>
        </w:tc>
      </w:tr>
      <w:tr w:rsidR="000736EB" w:rsidTr="000736EB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  <w:trHeight w:val="587"/>
        </w:trPr>
        <w:tc>
          <w:tcPr>
            <w:tcW w:w="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36EB" w:rsidRDefault="000736EB" w:rsidP="000736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8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36EB" w:rsidRDefault="000736EB" w:rsidP="000736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DA12A</w:t>
            </w:r>
          </w:p>
          <w:p w:rsidR="000736EB" w:rsidRDefault="000736EB" w:rsidP="000736EB">
            <w:pPr>
              <w:rPr>
                <w:sz w:val="24"/>
                <w:szCs w:val="24"/>
              </w:rPr>
            </w:pPr>
          </w:p>
        </w:tc>
        <w:tc>
          <w:tcPr>
            <w:tcW w:w="46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36EB" w:rsidRPr="00924C97" w:rsidRDefault="000736EB" w:rsidP="000736EB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proofErr w:type="spellStart"/>
            <w:r w:rsidRPr="00924C97">
              <w:rPr>
                <w:sz w:val="24"/>
                <w:szCs w:val="24"/>
              </w:rPr>
              <w:t>Strat</w:t>
            </w:r>
            <w:proofErr w:type="spellEnd"/>
            <w:r w:rsidRPr="00924C97">
              <w:rPr>
                <w:sz w:val="24"/>
                <w:szCs w:val="24"/>
              </w:rPr>
              <w:t xml:space="preserve"> de </w:t>
            </w:r>
            <w:proofErr w:type="spellStart"/>
            <w:r w:rsidRPr="00924C97">
              <w:rPr>
                <w:sz w:val="24"/>
                <w:szCs w:val="24"/>
              </w:rPr>
              <w:t>fundatie</w:t>
            </w:r>
            <w:proofErr w:type="spellEnd"/>
            <w:r w:rsidRPr="00924C97">
              <w:rPr>
                <w:sz w:val="24"/>
                <w:szCs w:val="24"/>
              </w:rPr>
              <w:t xml:space="preserve"> </w:t>
            </w:r>
            <w:proofErr w:type="spellStart"/>
            <w:r w:rsidRPr="00924C97">
              <w:rPr>
                <w:sz w:val="24"/>
                <w:szCs w:val="24"/>
              </w:rPr>
              <w:t>sau</w:t>
            </w:r>
            <w:proofErr w:type="spellEnd"/>
            <w:r w:rsidRPr="00924C97">
              <w:rPr>
                <w:sz w:val="24"/>
                <w:szCs w:val="24"/>
              </w:rPr>
              <w:t xml:space="preserve"> </w:t>
            </w:r>
            <w:proofErr w:type="spellStart"/>
            <w:r w:rsidRPr="00924C97">
              <w:rPr>
                <w:sz w:val="24"/>
                <w:szCs w:val="24"/>
              </w:rPr>
              <w:t>reprofilare</w:t>
            </w:r>
            <w:proofErr w:type="spellEnd"/>
            <w:r w:rsidRPr="00924C97">
              <w:rPr>
                <w:sz w:val="24"/>
                <w:szCs w:val="24"/>
              </w:rPr>
              <w:t xml:space="preserve"> din </w:t>
            </w:r>
            <w:proofErr w:type="spellStart"/>
            <w:r w:rsidRPr="00924C97">
              <w:rPr>
                <w:sz w:val="24"/>
                <w:szCs w:val="24"/>
              </w:rPr>
              <w:t>piatra</w:t>
            </w:r>
            <w:proofErr w:type="spellEnd"/>
            <w:r w:rsidRPr="00924C97">
              <w:rPr>
                <w:sz w:val="24"/>
                <w:szCs w:val="24"/>
              </w:rPr>
              <w:t xml:space="preserve"> </w:t>
            </w:r>
            <w:proofErr w:type="spellStart"/>
            <w:r w:rsidRPr="00924C97">
              <w:rPr>
                <w:sz w:val="24"/>
                <w:szCs w:val="24"/>
              </w:rPr>
              <w:t>sparta</w:t>
            </w:r>
            <w:proofErr w:type="spellEnd"/>
            <w:r w:rsidRPr="00924C97">
              <w:rPr>
                <w:sz w:val="24"/>
                <w:szCs w:val="24"/>
              </w:rPr>
              <w:t xml:space="preserve">, </w:t>
            </w:r>
            <w:proofErr w:type="spellStart"/>
            <w:r w:rsidRPr="00924C97">
              <w:rPr>
                <w:sz w:val="24"/>
                <w:szCs w:val="24"/>
              </w:rPr>
              <w:t>pentru</w:t>
            </w:r>
            <w:proofErr w:type="spellEnd"/>
            <w:r w:rsidRPr="00924C97">
              <w:rPr>
                <w:sz w:val="24"/>
                <w:szCs w:val="24"/>
              </w:rPr>
              <w:t xml:space="preserve"> </w:t>
            </w:r>
            <w:proofErr w:type="spellStart"/>
            <w:r w:rsidRPr="00924C97">
              <w:rPr>
                <w:sz w:val="24"/>
                <w:szCs w:val="24"/>
              </w:rPr>
              <w:t>drumuri</w:t>
            </w:r>
            <w:proofErr w:type="spellEnd"/>
            <w:r w:rsidRPr="00924C97">
              <w:rPr>
                <w:sz w:val="24"/>
                <w:szCs w:val="24"/>
              </w:rPr>
              <w:t xml:space="preserve">, cu </w:t>
            </w:r>
            <w:proofErr w:type="spellStart"/>
            <w:r w:rsidRPr="00924C97">
              <w:rPr>
                <w:sz w:val="24"/>
                <w:szCs w:val="24"/>
              </w:rPr>
              <w:t>asternere</w:t>
            </w:r>
            <w:proofErr w:type="spellEnd"/>
            <w:r w:rsidRPr="00924C97">
              <w:rPr>
                <w:sz w:val="24"/>
                <w:szCs w:val="24"/>
              </w:rPr>
              <w:t xml:space="preserve"> </w:t>
            </w:r>
            <w:proofErr w:type="spellStart"/>
            <w:r w:rsidRPr="00924C97">
              <w:rPr>
                <w:sz w:val="24"/>
                <w:szCs w:val="24"/>
              </w:rPr>
              <w:t>mecanica</w:t>
            </w:r>
            <w:proofErr w:type="spellEnd"/>
            <w:r w:rsidRPr="00924C97">
              <w:rPr>
                <w:sz w:val="24"/>
                <w:szCs w:val="24"/>
              </w:rPr>
              <w:t xml:space="preserve">, </w:t>
            </w:r>
            <w:proofErr w:type="spellStart"/>
            <w:r w:rsidRPr="00924C97">
              <w:rPr>
                <w:sz w:val="24"/>
                <w:szCs w:val="24"/>
              </w:rPr>
              <w:t>executat</w:t>
            </w:r>
            <w:proofErr w:type="spellEnd"/>
            <w:r w:rsidRPr="00924C97">
              <w:rPr>
                <w:sz w:val="24"/>
                <w:szCs w:val="24"/>
              </w:rPr>
              <w:t xml:space="preserve"> cu </w:t>
            </w:r>
            <w:proofErr w:type="spellStart"/>
            <w:r w:rsidRPr="00924C97">
              <w:rPr>
                <w:sz w:val="24"/>
                <w:szCs w:val="24"/>
              </w:rPr>
              <w:t>impanare</w:t>
            </w:r>
            <w:proofErr w:type="spellEnd"/>
            <w:r w:rsidRPr="00924C97">
              <w:rPr>
                <w:sz w:val="24"/>
                <w:szCs w:val="24"/>
              </w:rPr>
              <w:t xml:space="preserve"> </w:t>
            </w:r>
            <w:proofErr w:type="spellStart"/>
            <w:r w:rsidRPr="00924C97">
              <w:rPr>
                <w:sz w:val="24"/>
                <w:szCs w:val="24"/>
              </w:rPr>
              <w:t>si</w:t>
            </w:r>
            <w:proofErr w:type="spellEnd"/>
            <w:r w:rsidRPr="00924C97">
              <w:rPr>
                <w:sz w:val="24"/>
                <w:szCs w:val="24"/>
              </w:rPr>
              <w:t xml:space="preserve"> </w:t>
            </w:r>
            <w:proofErr w:type="spellStart"/>
            <w:r w:rsidRPr="00924C97">
              <w:rPr>
                <w:sz w:val="24"/>
                <w:szCs w:val="24"/>
              </w:rPr>
              <w:t>innoiroire</w:t>
            </w:r>
            <w:proofErr w:type="spellEnd"/>
          </w:p>
          <w:p w:rsidR="000736EB" w:rsidRPr="00924C97" w:rsidRDefault="000736EB" w:rsidP="000736EB">
            <w:pPr>
              <w:rPr>
                <w:sz w:val="24"/>
                <w:szCs w:val="24"/>
              </w:rPr>
            </w:pPr>
          </w:p>
        </w:tc>
        <w:tc>
          <w:tcPr>
            <w:tcW w:w="11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36EB" w:rsidRDefault="000736EB" w:rsidP="000736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36EB" w:rsidRDefault="000736EB" w:rsidP="000736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141,75</w:t>
            </w:r>
          </w:p>
        </w:tc>
      </w:tr>
      <w:tr w:rsidR="000736EB" w:rsidTr="000736E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  <w:trHeight w:val="56"/>
        </w:trPr>
        <w:tc>
          <w:tcPr>
            <w:tcW w:w="288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/>
        </w:tc>
        <w:tc>
          <w:tcPr>
            <w:tcW w:w="1875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7129020012800</w:t>
            </w:r>
          </w:p>
        </w:tc>
        <w:tc>
          <w:tcPr>
            <w:tcW w:w="4635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proofErr w:type="spellStart"/>
            <w:r>
              <w:t>Pavator</w:t>
            </w:r>
            <w:proofErr w:type="spellEnd"/>
          </w:p>
        </w:tc>
        <w:tc>
          <w:tcPr>
            <w:tcW w:w="1145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r>
              <w:t>113,40</w:t>
            </w:r>
          </w:p>
        </w:tc>
      </w:tr>
      <w:tr w:rsidR="000736EB" w:rsidTr="000736E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  <w:trHeight w:val="56"/>
        </w:trPr>
        <w:tc>
          <w:tcPr>
            <w:tcW w:w="288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/>
        </w:tc>
        <w:tc>
          <w:tcPr>
            <w:tcW w:w="1875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1421102200525</w:t>
            </w:r>
          </w:p>
        </w:tc>
        <w:tc>
          <w:tcPr>
            <w:tcW w:w="4635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Pr="00924C97" w:rsidRDefault="000736EB" w:rsidP="000736EB">
            <w:proofErr w:type="spellStart"/>
            <w:r w:rsidRPr="00924C97">
              <w:t>Nisip</w:t>
            </w:r>
            <w:proofErr w:type="spellEnd"/>
            <w:r w:rsidRPr="00924C97">
              <w:t xml:space="preserve"> </w:t>
            </w:r>
            <w:proofErr w:type="spellStart"/>
            <w:r w:rsidRPr="00924C97">
              <w:t>sortat</w:t>
            </w:r>
            <w:proofErr w:type="spellEnd"/>
            <w:r w:rsidRPr="00924C97">
              <w:t xml:space="preserve"> </w:t>
            </w:r>
            <w:proofErr w:type="spellStart"/>
            <w:r w:rsidRPr="00924C97">
              <w:t>nespalat</w:t>
            </w:r>
            <w:proofErr w:type="spellEnd"/>
            <w:r w:rsidRPr="00924C97">
              <w:t xml:space="preserve"> de </w:t>
            </w:r>
            <w:proofErr w:type="spellStart"/>
            <w:r w:rsidRPr="00924C97">
              <w:t>riu</w:t>
            </w:r>
            <w:proofErr w:type="spellEnd"/>
            <w:r w:rsidRPr="00924C97">
              <w:t xml:space="preserve"> </w:t>
            </w:r>
            <w:proofErr w:type="spellStart"/>
            <w:r w:rsidRPr="00924C97">
              <w:t>si</w:t>
            </w:r>
            <w:proofErr w:type="spellEnd"/>
            <w:r w:rsidRPr="00924C97">
              <w:t xml:space="preserve"> </w:t>
            </w:r>
            <w:proofErr w:type="spellStart"/>
            <w:r w:rsidRPr="00924C97">
              <w:t>lacuri</w:t>
            </w:r>
            <w:proofErr w:type="spellEnd"/>
            <w:r w:rsidRPr="00924C97">
              <w:t xml:space="preserve"> 0,0-7,0 mm</w:t>
            </w:r>
          </w:p>
        </w:tc>
        <w:tc>
          <w:tcPr>
            <w:tcW w:w="1145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r>
              <w:t>m3</w:t>
            </w: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r>
              <w:t>36,43</w:t>
            </w:r>
          </w:p>
        </w:tc>
      </w:tr>
      <w:tr w:rsidR="000736EB" w:rsidTr="000736E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  <w:trHeight w:val="56"/>
        </w:trPr>
        <w:tc>
          <w:tcPr>
            <w:tcW w:w="288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/>
        </w:tc>
        <w:tc>
          <w:tcPr>
            <w:tcW w:w="1875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1411122201646</w:t>
            </w:r>
          </w:p>
        </w:tc>
        <w:tc>
          <w:tcPr>
            <w:tcW w:w="4635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Pr="00924C97" w:rsidRDefault="000736EB" w:rsidP="000736EB">
            <w:r w:rsidRPr="00924C97">
              <w:t xml:space="preserve">Piatra </w:t>
            </w:r>
            <w:proofErr w:type="spellStart"/>
            <w:r w:rsidRPr="00924C97">
              <w:t>sparta</w:t>
            </w:r>
            <w:proofErr w:type="spellEnd"/>
            <w:r w:rsidRPr="00924C97">
              <w:t xml:space="preserve"> </w:t>
            </w:r>
            <w:proofErr w:type="spellStart"/>
            <w:r w:rsidRPr="00924C97">
              <w:t>pentru</w:t>
            </w:r>
            <w:proofErr w:type="spellEnd"/>
            <w:r w:rsidRPr="00924C97">
              <w:t xml:space="preserve"> </w:t>
            </w:r>
            <w:proofErr w:type="spellStart"/>
            <w:r w:rsidRPr="00924C97">
              <w:t>pt.drumuri</w:t>
            </w:r>
            <w:proofErr w:type="spellEnd"/>
            <w:r w:rsidRPr="00924C97">
              <w:t xml:space="preserve"> </w:t>
            </w:r>
            <w:proofErr w:type="spellStart"/>
            <w:r w:rsidRPr="00924C97">
              <w:t>r.magmatice</w:t>
            </w:r>
            <w:proofErr w:type="spellEnd"/>
            <w:r w:rsidRPr="00924C97">
              <w:t xml:space="preserve">  15-25 mm</w:t>
            </w:r>
          </w:p>
        </w:tc>
        <w:tc>
          <w:tcPr>
            <w:tcW w:w="1145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r>
              <w:t>m3</w:t>
            </w: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r>
              <w:t>14,458</w:t>
            </w:r>
          </w:p>
        </w:tc>
      </w:tr>
      <w:tr w:rsidR="000736EB" w:rsidTr="000736E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  <w:trHeight w:val="56"/>
        </w:trPr>
        <w:tc>
          <w:tcPr>
            <w:tcW w:w="288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/>
        </w:tc>
        <w:tc>
          <w:tcPr>
            <w:tcW w:w="1875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1411122201672</w:t>
            </w:r>
          </w:p>
        </w:tc>
        <w:tc>
          <w:tcPr>
            <w:tcW w:w="4635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Pr="00924C97" w:rsidRDefault="000736EB" w:rsidP="000736EB">
            <w:r w:rsidRPr="00924C97">
              <w:t xml:space="preserve">Piatra </w:t>
            </w:r>
            <w:proofErr w:type="spellStart"/>
            <w:r w:rsidRPr="00924C97">
              <w:t>sparta</w:t>
            </w:r>
            <w:proofErr w:type="spellEnd"/>
            <w:r w:rsidRPr="00924C97">
              <w:t xml:space="preserve"> </w:t>
            </w:r>
            <w:proofErr w:type="spellStart"/>
            <w:r w:rsidRPr="00924C97">
              <w:t>pentru</w:t>
            </w:r>
            <w:proofErr w:type="spellEnd"/>
            <w:r w:rsidRPr="00924C97">
              <w:t xml:space="preserve"> </w:t>
            </w:r>
            <w:proofErr w:type="spellStart"/>
            <w:r w:rsidRPr="00924C97">
              <w:t>pt.drumuri</w:t>
            </w:r>
            <w:proofErr w:type="spellEnd"/>
            <w:r w:rsidRPr="00924C97">
              <w:t xml:space="preserve"> </w:t>
            </w:r>
            <w:proofErr w:type="spellStart"/>
            <w:r w:rsidRPr="00924C97">
              <w:t>r.magmatice</w:t>
            </w:r>
            <w:proofErr w:type="spellEnd"/>
            <w:r w:rsidRPr="00924C97">
              <w:t xml:space="preserve">  40-63 mm</w:t>
            </w:r>
          </w:p>
        </w:tc>
        <w:tc>
          <w:tcPr>
            <w:tcW w:w="1145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r>
              <w:t>m3</w:t>
            </w: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r>
              <w:t>180,023</w:t>
            </w:r>
          </w:p>
        </w:tc>
      </w:tr>
      <w:tr w:rsidR="000736EB" w:rsidTr="000736E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  <w:trHeight w:val="56"/>
        </w:trPr>
        <w:tc>
          <w:tcPr>
            <w:tcW w:w="288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/>
        </w:tc>
        <w:tc>
          <w:tcPr>
            <w:tcW w:w="1875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4100116202806</w:t>
            </w:r>
          </w:p>
        </w:tc>
        <w:tc>
          <w:tcPr>
            <w:tcW w:w="4635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Pr="00924C97" w:rsidRDefault="000736EB" w:rsidP="000736EB">
            <w:proofErr w:type="spellStart"/>
            <w:r w:rsidRPr="00924C97">
              <w:t>Apa</w:t>
            </w:r>
            <w:proofErr w:type="spellEnd"/>
            <w:r w:rsidRPr="00924C97">
              <w:t xml:space="preserve"> </w:t>
            </w:r>
            <w:proofErr w:type="spellStart"/>
            <w:r w:rsidRPr="00924C97">
              <w:t>industriala</w:t>
            </w:r>
            <w:proofErr w:type="spellEnd"/>
            <w:r w:rsidRPr="00924C97">
              <w:t xml:space="preserve"> in </w:t>
            </w:r>
            <w:proofErr w:type="spellStart"/>
            <w:r w:rsidRPr="00924C97">
              <w:t>cisterne</w:t>
            </w:r>
            <w:proofErr w:type="spellEnd"/>
            <w:r w:rsidRPr="00924C97">
              <w:t xml:space="preserve"> pt. </w:t>
            </w:r>
            <w:proofErr w:type="spellStart"/>
            <w:r w:rsidRPr="00924C97">
              <w:t>lucrari</w:t>
            </w:r>
            <w:proofErr w:type="spellEnd"/>
            <w:r w:rsidRPr="00924C97">
              <w:t xml:space="preserve"> </w:t>
            </w:r>
            <w:proofErr w:type="spellStart"/>
            <w:r w:rsidRPr="00924C97">
              <w:t>drumuri-terasam</w:t>
            </w:r>
            <w:proofErr w:type="spellEnd"/>
            <w:r w:rsidRPr="00924C97">
              <w:t>.</w:t>
            </w:r>
          </w:p>
        </w:tc>
        <w:tc>
          <w:tcPr>
            <w:tcW w:w="1145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r>
              <w:t>m3</w:t>
            </w: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r>
              <w:t>35,438</w:t>
            </w:r>
          </w:p>
        </w:tc>
      </w:tr>
      <w:tr w:rsidR="000736EB" w:rsidTr="000736E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  <w:trHeight w:val="56"/>
        </w:trPr>
        <w:tc>
          <w:tcPr>
            <w:tcW w:w="288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/>
        </w:tc>
        <w:tc>
          <w:tcPr>
            <w:tcW w:w="1875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4635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proofErr w:type="spellStart"/>
            <w:r>
              <w:t>Autogreder</w:t>
            </w:r>
            <w:proofErr w:type="spellEnd"/>
            <w:r>
              <w:t xml:space="preserve"> </w:t>
            </w:r>
            <w:proofErr w:type="spellStart"/>
            <w:r>
              <w:t>pina</w:t>
            </w:r>
            <w:proofErr w:type="spellEnd"/>
            <w:r>
              <w:t xml:space="preserve"> la 175 </w:t>
            </w:r>
            <w:proofErr w:type="spellStart"/>
            <w:r>
              <w:t>cp</w:t>
            </w:r>
            <w:proofErr w:type="spellEnd"/>
          </w:p>
        </w:tc>
        <w:tc>
          <w:tcPr>
            <w:tcW w:w="1145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r>
              <w:t>5,954</w:t>
            </w:r>
          </w:p>
        </w:tc>
      </w:tr>
      <w:tr w:rsidR="000736EB" w:rsidTr="000736E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  <w:trHeight w:val="56"/>
        </w:trPr>
        <w:tc>
          <w:tcPr>
            <w:tcW w:w="288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/>
        </w:tc>
        <w:tc>
          <w:tcPr>
            <w:tcW w:w="1875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2952240004010</w:t>
            </w:r>
          </w:p>
        </w:tc>
        <w:tc>
          <w:tcPr>
            <w:tcW w:w="4635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Pr="00924C97" w:rsidRDefault="000736EB" w:rsidP="000736EB">
            <w:r w:rsidRPr="00924C97">
              <w:t xml:space="preserve">Compactor static </w:t>
            </w:r>
            <w:proofErr w:type="spellStart"/>
            <w:r w:rsidRPr="00924C97">
              <w:t>autopropulsat</w:t>
            </w:r>
            <w:proofErr w:type="spellEnd"/>
            <w:r w:rsidRPr="00924C97">
              <w:t xml:space="preserve"> cu </w:t>
            </w:r>
            <w:proofErr w:type="spellStart"/>
            <w:r w:rsidRPr="00924C97">
              <w:t>rulouri</w:t>
            </w:r>
            <w:proofErr w:type="spellEnd"/>
            <w:r w:rsidRPr="00924C97">
              <w:t xml:space="preserve"> </w:t>
            </w:r>
            <w:proofErr w:type="spellStart"/>
            <w:r w:rsidRPr="00924C97">
              <w:t>valturi</w:t>
            </w:r>
            <w:proofErr w:type="spellEnd"/>
            <w:r w:rsidRPr="00924C97">
              <w:t xml:space="preserve">  R 8-14 de 14tf</w:t>
            </w:r>
          </w:p>
        </w:tc>
        <w:tc>
          <w:tcPr>
            <w:tcW w:w="1145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r>
              <w:t>36,572</w:t>
            </w:r>
          </w:p>
        </w:tc>
      </w:tr>
      <w:tr w:rsidR="000736EB" w:rsidTr="000736E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  <w:trHeight w:val="56"/>
        </w:trPr>
        <w:tc>
          <w:tcPr>
            <w:tcW w:w="288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/>
        </w:tc>
        <w:tc>
          <w:tcPr>
            <w:tcW w:w="1875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3410540005603</w:t>
            </w:r>
          </w:p>
        </w:tc>
        <w:tc>
          <w:tcPr>
            <w:tcW w:w="4635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Pr="00924C97" w:rsidRDefault="000736EB" w:rsidP="000736EB">
            <w:proofErr w:type="spellStart"/>
            <w:r w:rsidRPr="00924C97">
              <w:t>Autocisterna</w:t>
            </w:r>
            <w:proofErr w:type="spellEnd"/>
            <w:r w:rsidRPr="00924C97">
              <w:t xml:space="preserve"> 5-8 t cu </w:t>
            </w:r>
            <w:proofErr w:type="spellStart"/>
            <w:r w:rsidRPr="00924C97">
              <w:t>dispozitive</w:t>
            </w:r>
            <w:proofErr w:type="spellEnd"/>
            <w:r w:rsidRPr="00924C97">
              <w:t xml:space="preserve"> de </w:t>
            </w:r>
            <w:proofErr w:type="spellStart"/>
            <w:r w:rsidRPr="00924C97">
              <w:t>stropire</w:t>
            </w:r>
            <w:proofErr w:type="spellEnd"/>
          </w:p>
        </w:tc>
        <w:tc>
          <w:tcPr>
            <w:tcW w:w="1145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r>
              <w:t>3,544</w:t>
            </w:r>
          </w:p>
        </w:tc>
      </w:tr>
      <w:tr w:rsidR="000736EB" w:rsidTr="000736EB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  <w:trHeight w:val="56"/>
        </w:trPr>
        <w:tc>
          <w:tcPr>
            <w:tcW w:w="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36EB" w:rsidRDefault="000736EB" w:rsidP="000736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8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36EB" w:rsidRDefault="000736EB" w:rsidP="000736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Dl107</w:t>
            </w:r>
          </w:p>
          <w:p w:rsidR="000736EB" w:rsidRDefault="000736EB" w:rsidP="000736EB">
            <w:pPr>
              <w:rPr>
                <w:sz w:val="24"/>
                <w:szCs w:val="24"/>
              </w:rPr>
            </w:pPr>
          </w:p>
        </w:tc>
        <w:tc>
          <w:tcPr>
            <w:tcW w:w="46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36EB" w:rsidRPr="00924C97" w:rsidRDefault="000736EB" w:rsidP="000736EB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proofErr w:type="spellStart"/>
            <w:r w:rsidRPr="00924C97">
              <w:rPr>
                <w:sz w:val="24"/>
                <w:szCs w:val="24"/>
              </w:rPr>
              <w:t>Amorsarea</w:t>
            </w:r>
            <w:proofErr w:type="spellEnd"/>
            <w:r w:rsidRPr="00924C97">
              <w:rPr>
                <w:sz w:val="24"/>
                <w:szCs w:val="24"/>
              </w:rPr>
              <w:t xml:space="preserve"> </w:t>
            </w:r>
            <w:proofErr w:type="spellStart"/>
            <w:r w:rsidRPr="00924C97">
              <w:rPr>
                <w:sz w:val="24"/>
                <w:szCs w:val="24"/>
              </w:rPr>
              <w:t>suprafetelor</w:t>
            </w:r>
            <w:proofErr w:type="spellEnd"/>
            <w:r w:rsidRPr="00924C97">
              <w:rPr>
                <w:sz w:val="24"/>
                <w:szCs w:val="24"/>
              </w:rPr>
              <w:t xml:space="preserve"> </w:t>
            </w:r>
            <w:proofErr w:type="spellStart"/>
            <w:r w:rsidRPr="00924C97">
              <w:rPr>
                <w:sz w:val="24"/>
                <w:szCs w:val="24"/>
              </w:rPr>
              <w:t>straturilor</w:t>
            </w:r>
            <w:proofErr w:type="spellEnd"/>
            <w:r w:rsidRPr="00924C97">
              <w:rPr>
                <w:sz w:val="24"/>
                <w:szCs w:val="24"/>
              </w:rPr>
              <w:t xml:space="preserve"> de </w:t>
            </w:r>
            <w:proofErr w:type="spellStart"/>
            <w:r w:rsidRPr="00924C97">
              <w:rPr>
                <w:sz w:val="24"/>
                <w:szCs w:val="24"/>
              </w:rPr>
              <w:t>baza</w:t>
            </w:r>
            <w:proofErr w:type="spellEnd"/>
            <w:r w:rsidRPr="00924C97">
              <w:rPr>
                <w:sz w:val="24"/>
                <w:szCs w:val="24"/>
              </w:rPr>
              <w:t xml:space="preserve"> in </w:t>
            </w:r>
            <w:proofErr w:type="spellStart"/>
            <w:r w:rsidRPr="00924C97">
              <w:rPr>
                <w:sz w:val="24"/>
                <w:szCs w:val="24"/>
              </w:rPr>
              <w:t>vederea</w:t>
            </w:r>
            <w:proofErr w:type="spellEnd"/>
            <w:r w:rsidRPr="00924C97">
              <w:rPr>
                <w:sz w:val="24"/>
                <w:szCs w:val="24"/>
              </w:rPr>
              <w:t xml:space="preserve"> </w:t>
            </w:r>
            <w:proofErr w:type="spellStart"/>
            <w:r w:rsidRPr="00924C97">
              <w:rPr>
                <w:sz w:val="24"/>
                <w:szCs w:val="24"/>
              </w:rPr>
              <w:t>aplicarii</w:t>
            </w:r>
            <w:proofErr w:type="spellEnd"/>
            <w:r w:rsidRPr="00924C97">
              <w:rPr>
                <w:sz w:val="24"/>
                <w:szCs w:val="24"/>
              </w:rPr>
              <w:t xml:space="preserve"> </w:t>
            </w:r>
            <w:proofErr w:type="spellStart"/>
            <w:r w:rsidRPr="00924C97">
              <w:rPr>
                <w:sz w:val="24"/>
                <w:szCs w:val="24"/>
              </w:rPr>
              <w:t>unui</w:t>
            </w:r>
            <w:proofErr w:type="spellEnd"/>
            <w:r w:rsidRPr="00924C97">
              <w:rPr>
                <w:sz w:val="24"/>
                <w:szCs w:val="24"/>
              </w:rPr>
              <w:t xml:space="preserve"> </w:t>
            </w:r>
            <w:proofErr w:type="spellStart"/>
            <w:r w:rsidRPr="00924C97">
              <w:rPr>
                <w:sz w:val="24"/>
                <w:szCs w:val="24"/>
              </w:rPr>
              <w:t>strat</w:t>
            </w:r>
            <w:proofErr w:type="spellEnd"/>
            <w:r w:rsidRPr="00924C97">
              <w:rPr>
                <w:sz w:val="24"/>
                <w:szCs w:val="24"/>
              </w:rPr>
              <w:t xml:space="preserve"> de </w:t>
            </w:r>
            <w:proofErr w:type="spellStart"/>
            <w:r w:rsidRPr="00924C97">
              <w:rPr>
                <w:sz w:val="24"/>
                <w:szCs w:val="24"/>
              </w:rPr>
              <w:t>beton</w:t>
            </w:r>
            <w:proofErr w:type="spellEnd"/>
            <w:r w:rsidRPr="00924C97">
              <w:rPr>
                <w:sz w:val="24"/>
                <w:szCs w:val="24"/>
              </w:rPr>
              <w:t xml:space="preserve"> </w:t>
            </w:r>
            <w:proofErr w:type="spellStart"/>
            <w:r w:rsidRPr="00924C97">
              <w:rPr>
                <w:sz w:val="24"/>
                <w:szCs w:val="24"/>
              </w:rPr>
              <w:t>asfaltic</w:t>
            </w:r>
            <w:proofErr w:type="spellEnd"/>
          </w:p>
          <w:p w:rsidR="000736EB" w:rsidRPr="00924C97" w:rsidRDefault="000736EB" w:rsidP="000736EB">
            <w:pPr>
              <w:rPr>
                <w:sz w:val="24"/>
                <w:szCs w:val="24"/>
              </w:rPr>
            </w:pPr>
          </w:p>
        </w:tc>
        <w:tc>
          <w:tcPr>
            <w:tcW w:w="11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36EB" w:rsidRDefault="000736EB" w:rsidP="000736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36EB" w:rsidRDefault="000736EB" w:rsidP="000736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0,83</w:t>
            </w:r>
          </w:p>
        </w:tc>
      </w:tr>
      <w:tr w:rsidR="000736EB" w:rsidTr="000736E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  <w:trHeight w:val="56"/>
        </w:trPr>
        <w:tc>
          <w:tcPr>
            <w:tcW w:w="288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/>
        </w:tc>
        <w:tc>
          <w:tcPr>
            <w:tcW w:w="1875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23203226000401</w:t>
            </w:r>
          </w:p>
        </w:tc>
        <w:tc>
          <w:tcPr>
            <w:tcW w:w="4635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proofErr w:type="spellStart"/>
            <w:r>
              <w:t>Bitum</w:t>
            </w:r>
            <w:proofErr w:type="spellEnd"/>
          </w:p>
        </w:tc>
        <w:tc>
          <w:tcPr>
            <w:tcW w:w="1145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r>
              <w:t>t</w:t>
            </w: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r>
              <w:t>0,855</w:t>
            </w:r>
          </w:p>
        </w:tc>
      </w:tr>
      <w:tr w:rsidR="000736EB" w:rsidTr="000736E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  <w:trHeight w:val="56"/>
        </w:trPr>
        <w:tc>
          <w:tcPr>
            <w:tcW w:w="288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/>
        </w:tc>
        <w:tc>
          <w:tcPr>
            <w:tcW w:w="1875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2952220000000</w:t>
            </w:r>
          </w:p>
        </w:tc>
        <w:tc>
          <w:tcPr>
            <w:tcW w:w="4635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proofErr w:type="spellStart"/>
            <w:r>
              <w:t>Autogudronator</w:t>
            </w:r>
            <w:proofErr w:type="spellEnd"/>
            <w:r>
              <w:t xml:space="preserve"> 3500 l - 3600 l</w:t>
            </w:r>
          </w:p>
        </w:tc>
        <w:tc>
          <w:tcPr>
            <w:tcW w:w="1145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r>
              <w:t>0,249</w:t>
            </w:r>
          </w:p>
        </w:tc>
      </w:tr>
      <w:tr w:rsidR="000736EB" w:rsidTr="000736EB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  <w:trHeight w:val="56"/>
        </w:trPr>
        <w:tc>
          <w:tcPr>
            <w:tcW w:w="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36EB" w:rsidRDefault="000736EB" w:rsidP="000736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8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36EB" w:rsidRDefault="000736EB" w:rsidP="000736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DB16H</w:t>
            </w:r>
          </w:p>
          <w:p w:rsidR="000736EB" w:rsidRDefault="000736EB" w:rsidP="000736EB">
            <w:pPr>
              <w:rPr>
                <w:sz w:val="24"/>
                <w:szCs w:val="24"/>
              </w:rPr>
            </w:pPr>
          </w:p>
        </w:tc>
        <w:tc>
          <w:tcPr>
            <w:tcW w:w="46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36EB" w:rsidRPr="00924C97" w:rsidRDefault="000736EB" w:rsidP="000736EB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proofErr w:type="spellStart"/>
            <w:r w:rsidRPr="00924C97">
              <w:rPr>
                <w:sz w:val="24"/>
                <w:szCs w:val="24"/>
              </w:rPr>
              <w:t>Imbracaminte</w:t>
            </w:r>
            <w:proofErr w:type="spellEnd"/>
            <w:r w:rsidRPr="00924C97">
              <w:rPr>
                <w:sz w:val="24"/>
                <w:szCs w:val="24"/>
              </w:rPr>
              <w:t xml:space="preserve"> de </w:t>
            </w:r>
            <w:proofErr w:type="spellStart"/>
            <w:r w:rsidRPr="00924C97">
              <w:rPr>
                <w:sz w:val="24"/>
                <w:szCs w:val="24"/>
              </w:rPr>
              <w:t>beton</w:t>
            </w:r>
            <w:proofErr w:type="spellEnd"/>
            <w:r w:rsidRPr="00924C97">
              <w:rPr>
                <w:sz w:val="24"/>
                <w:szCs w:val="24"/>
              </w:rPr>
              <w:t xml:space="preserve"> </w:t>
            </w:r>
            <w:proofErr w:type="spellStart"/>
            <w:r w:rsidRPr="00924C97">
              <w:rPr>
                <w:sz w:val="24"/>
                <w:szCs w:val="24"/>
              </w:rPr>
              <w:t>asfaltic</w:t>
            </w:r>
            <w:proofErr w:type="spellEnd"/>
            <w:r w:rsidRPr="00924C97">
              <w:rPr>
                <w:sz w:val="24"/>
                <w:szCs w:val="24"/>
              </w:rPr>
              <w:t xml:space="preserve"> cu </w:t>
            </w:r>
            <w:proofErr w:type="spellStart"/>
            <w:r w:rsidRPr="00924C97">
              <w:rPr>
                <w:sz w:val="24"/>
                <w:szCs w:val="24"/>
              </w:rPr>
              <w:t>agregate</w:t>
            </w:r>
            <w:proofErr w:type="spellEnd"/>
            <w:r w:rsidRPr="00924C97">
              <w:rPr>
                <w:sz w:val="24"/>
                <w:szCs w:val="24"/>
              </w:rPr>
              <w:t xml:space="preserve"> </w:t>
            </w:r>
            <w:proofErr w:type="spellStart"/>
            <w:r w:rsidRPr="00924C97">
              <w:rPr>
                <w:sz w:val="24"/>
                <w:szCs w:val="24"/>
              </w:rPr>
              <w:t>marunte</w:t>
            </w:r>
            <w:proofErr w:type="spellEnd"/>
            <w:r w:rsidRPr="00924C97">
              <w:rPr>
                <w:sz w:val="24"/>
                <w:szCs w:val="24"/>
              </w:rPr>
              <w:t xml:space="preserve">, </w:t>
            </w:r>
            <w:proofErr w:type="spellStart"/>
            <w:r w:rsidRPr="00924C97">
              <w:rPr>
                <w:sz w:val="24"/>
                <w:szCs w:val="24"/>
              </w:rPr>
              <w:t>executata</w:t>
            </w:r>
            <w:proofErr w:type="spellEnd"/>
            <w:r w:rsidRPr="00924C97">
              <w:rPr>
                <w:sz w:val="24"/>
                <w:szCs w:val="24"/>
              </w:rPr>
              <w:t xml:space="preserve"> la </w:t>
            </w:r>
            <w:proofErr w:type="spellStart"/>
            <w:r w:rsidRPr="00924C97">
              <w:rPr>
                <w:sz w:val="24"/>
                <w:szCs w:val="24"/>
              </w:rPr>
              <w:t>cald</w:t>
            </w:r>
            <w:proofErr w:type="spellEnd"/>
            <w:r w:rsidRPr="00924C97">
              <w:rPr>
                <w:sz w:val="24"/>
                <w:szCs w:val="24"/>
              </w:rPr>
              <w:t xml:space="preserve">, in </w:t>
            </w:r>
            <w:proofErr w:type="spellStart"/>
            <w:r w:rsidRPr="00924C97">
              <w:rPr>
                <w:sz w:val="24"/>
                <w:szCs w:val="24"/>
              </w:rPr>
              <w:t>grosime</w:t>
            </w:r>
            <w:proofErr w:type="spellEnd"/>
            <w:r w:rsidRPr="00924C97">
              <w:rPr>
                <w:sz w:val="24"/>
                <w:szCs w:val="24"/>
              </w:rPr>
              <w:t xml:space="preserve"> de 4,0 cm, cu </w:t>
            </w:r>
            <w:proofErr w:type="spellStart"/>
            <w:r w:rsidRPr="00924C97">
              <w:rPr>
                <w:sz w:val="24"/>
                <w:szCs w:val="24"/>
              </w:rPr>
              <w:t>asternere</w:t>
            </w:r>
            <w:proofErr w:type="spellEnd"/>
            <w:r w:rsidRPr="00924C97">
              <w:rPr>
                <w:sz w:val="24"/>
                <w:szCs w:val="24"/>
              </w:rPr>
              <w:t xml:space="preserve"> </w:t>
            </w:r>
            <w:proofErr w:type="spellStart"/>
            <w:r w:rsidRPr="00924C97">
              <w:rPr>
                <w:sz w:val="24"/>
                <w:szCs w:val="24"/>
              </w:rPr>
              <w:t>mecanica</w:t>
            </w:r>
            <w:proofErr w:type="spellEnd"/>
            <w:r w:rsidRPr="00924C97">
              <w:rPr>
                <w:sz w:val="24"/>
                <w:szCs w:val="24"/>
              </w:rPr>
              <w:t xml:space="preserve"> (K=1.5 </w:t>
            </w:r>
            <w:proofErr w:type="spellStart"/>
            <w:r w:rsidRPr="00924C97">
              <w:rPr>
                <w:sz w:val="24"/>
                <w:szCs w:val="24"/>
              </w:rPr>
              <w:t>pentru</w:t>
            </w:r>
            <w:proofErr w:type="spellEnd"/>
            <w:r w:rsidRPr="00924C97">
              <w:rPr>
                <w:sz w:val="24"/>
                <w:szCs w:val="24"/>
              </w:rPr>
              <w:t xml:space="preserve"> 6 cm </w:t>
            </w:r>
            <w:proofErr w:type="spellStart"/>
            <w:r w:rsidRPr="00924C97">
              <w:rPr>
                <w:sz w:val="24"/>
                <w:szCs w:val="24"/>
              </w:rPr>
              <w:t>grosime</w:t>
            </w:r>
            <w:proofErr w:type="spellEnd"/>
            <w:r w:rsidRPr="00924C97">
              <w:rPr>
                <w:sz w:val="24"/>
                <w:szCs w:val="24"/>
              </w:rPr>
              <w:t>)</w:t>
            </w:r>
          </w:p>
          <w:p w:rsidR="000736EB" w:rsidRPr="00924C97" w:rsidRDefault="000736EB" w:rsidP="000736EB">
            <w:pPr>
              <w:rPr>
                <w:sz w:val="24"/>
                <w:szCs w:val="24"/>
              </w:rPr>
            </w:pPr>
          </w:p>
        </w:tc>
        <w:tc>
          <w:tcPr>
            <w:tcW w:w="11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36EB" w:rsidRDefault="000736EB" w:rsidP="000736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36EB" w:rsidRDefault="000736EB" w:rsidP="000736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940,00</w:t>
            </w:r>
          </w:p>
        </w:tc>
      </w:tr>
      <w:tr w:rsidR="000736EB" w:rsidTr="000736E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  <w:trHeight w:val="56"/>
        </w:trPr>
        <w:tc>
          <w:tcPr>
            <w:tcW w:w="288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/>
        </w:tc>
        <w:tc>
          <w:tcPr>
            <w:tcW w:w="1875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7129040010110</w:t>
            </w:r>
          </w:p>
        </w:tc>
        <w:tc>
          <w:tcPr>
            <w:tcW w:w="4635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proofErr w:type="spellStart"/>
            <w:r>
              <w:t>Asfaltator</w:t>
            </w:r>
            <w:proofErr w:type="spellEnd"/>
          </w:p>
        </w:tc>
        <w:tc>
          <w:tcPr>
            <w:tcW w:w="1145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r>
              <w:t>70,50</w:t>
            </w:r>
          </w:p>
        </w:tc>
      </w:tr>
      <w:tr w:rsidR="000736EB" w:rsidTr="000736E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  <w:trHeight w:val="56"/>
        </w:trPr>
        <w:tc>
          <w:tcPr>
            <w:tcW w:w="288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/>
        </w:tc>
        <w:tc>
          <w:tcPr>
            <w:tcW w:w="1875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111100010001311</w:t>
            </w:r>
          </w:p>
        </w:tc>
        <w:tc>
          <w:tcPr>
            <w:tcW w:w="4635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Pr="00924C97" w:rsidRDefault="000736EB" w:rsidP="000736EB">
            <w:proofErr w:type="spellStart"/>
            <w:r w:rsidRPr="00924C97">
              <w:t>Mixtura</w:t>
            </w:r>
            <w:proofErr w:type="spellEnd"/>
            <w:r w:rsidRPr="00924C97">
              <w:t xml:space="preserve"> </w:t>
            </w:r>
            <w:proofErr w:type="spellStart"/>
            <w:r w:rsidRPr="00924C97">
              <w:t>asfaltica</w:t>
            </w:r>
            <w:proofErr w:type="spellEnd"/>
            <w:r w:rsidRPr="00924C97">
              <w:t xml:space="preserve"> </w:t>
            </w:r>
            <w:proofErr w:type="spellStart"/>
            <w:r w:rsidRPr="00924C97">
              <w:t>preparata</w:t>
            </w:r>
            <w:proofErr w:type="spellEnd"/>
            <w:r w:rsidRPr="00924C97">
              <w:t xml:space="preserve"> la </w:t>
            </w:r>
            <w:proofErr w:type="spellStart"/>
            <w:r w:rsidRPr="00924C97">
              <w:t>cald</w:t>
            </w:r>
            <w:proofErr w:type="spellEnd"/>
            <w:r w:rsidRPr="00924C97">
              <w:t xml:space="preserve"> cu </w:t>
            </w:r>
            <w:proofErr w:type="spellStart"/>
            <w:r w:rsidRPr="00924C97">
              <w:t>agregate</w:t>
            </w:r>
            <w:proofErr w:type="spellEnd"/>
            <w:r w:rsidRPr="00924C97">
              <w:t xml:space="preserve"> </w:t>
            </w:r>
            <w:proofErr w:type="spellStart"/>
            <w:r w:rsidRPr="00924C97">
              <w:t>marunte</w:t>
            </w:r>
            <w:proofErr w:type="spellEnd"/>
            <w:r w:rsidRPr="00924C97">
              <w:t xml:space="preserve">  B-16</w:t>
            </w:r>
          </w:p>
        </w:tc>
        <w:tc>
          <w:tcPr>
            <w:tcW w:w="1145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r>
              <w:t>t</w:t>
            </w: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r>
              <w:t>132,54</w:t>
            </w:r>
          </w:p>
        </w:tc>
      </w:tr>
      <w:tr w:rsidR="000736EB" w:rsidTr="000736E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  <w:trHeight w:val="56"/>
        </w:trPr>
        <w:tc>
          <w:tcPr>
            <w:tcW w:w="288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/>
        </w:tc>
        <w:tc>
          <w:tcPr>
            <w:tcW w:w="1875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1421102200000</w:t>
            </w:r>
          </w:p>
        </w:tc>
        <w:tc>
          <w:tcPr>
            <w:tcW w:w="4635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proofErr w:type="spellStart"/>
            <w:r>
              <w:t>Nisip</w:t>
            </w:r>
            <w:proofErr w:type="spellEnd"/>
            <w:r>
              <w:t xml:space="preserve"> </w:t>
            </w:r>
            <w:proofErr w:type="spellStart"/>
            <w:r>
              <w:t>bitumat</w:t>
            </w:r>
            <w:proofErr w:type="spellEnd"/>
          </w:p>
        </w:tc>
        <w:tc>
          <w:tcPr>
            <w:tcW w:w="1145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r>
              <w:t>t</w:t>
            </w: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r>
              <w:t>4,23</w:t>
            </w:r>
          </w:p>
        </w:tc>
      </w:tr>
      <w:tr w:rsidR="000736EB" w:rsidTr="000736E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  <w:trHeight w:val="56"/>
        </w:trPr>
        <w:tc>
          <w:tcPr>
            <w:tcW w:w="288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/>
        </w:tc>
        <w:tc>
          <w:tcPr>
            <w:tcW w:w="1875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2710603420379</w:t>
            </w:r>
          </w:p>
        </w:tc>
        <w:tc>
          <w:tcPr>
            <w:tcW w:w="4635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Pr="00924C97" w:rsidRDefault="000736EB" w:rsidP="000736EB">
            <w:proofErr w:type="spellStart"/>
            <w:r w:rsidRPr="00924C97">
              <w:t>Otel</w:t>
            </w:r>
            <w:proofErr w:type="spellEnd"/>
            <w:r w:rsidRPr="00924C97">
              <w:t xml:space="preserve"> </w:t>
            </w:r>
            <w:proofErr w:type="spellStart"/>
            <w:r w:rsidRPr="00924C97">
              <w:t>patrat</w:t>
            </w:r>
            <w:proofErr w:type="spellEnd"/>
            <w:r w:rsidRPr="00924C97">
              <w:t xml:space="preserve"> </w:t>
            </w:r>
            <w:proofErr w:type="spellStart"/>
            <w:r w:rsidRPr="00924C97">
              <w:t>lam.cald</w:t>
            </w:r>
            <w:proofErr w:type="spellEnd"/>
            <w:r w:rsidRPr="00924C97">
              <w:t xml:space="preserve"> </w:t>
            </w:r>
            <w:proofErr w:type="spellStart"/>
            <w:r w:rsidRPr="00924C97">
              <w:t>lt</w:t>
            </w:r>
            <w:proofErr w:type="spellEnd"/>
            <w:r w:rsidRPr="00924C97">
              <w:t xml:space="preserve"> = 30 mm</w:t>
            </w:r>
          </w:p>
        </w:tc>
        <w:tc>
          <w:tcPr>
            <w:tcW w:w="1145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r>
              <w:t>kg</w:t>
            </w: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r>
              <w:t>15,51</w:t>
            </w:r>
          </w:p>
        </w:tc>
      </w:tr>
      <w:tr w:rsidR="000736EB" w:rsidTr="000736E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  <w:trHeight w:val="56"/>
        </w:trPr>
        <w:tc>
          <w:tcPr>
            <w:tcW w:w="288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/>
        </w:tc>
        <w:tc>
          <w:tcPr>
            <w:tcW w:w="1875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2952240004010</w:t>
            </w:r>
          </w:p>
        </w:tc>
        <w:tc>
          <w:tcPr>
            <w:tcW w:w="4635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Pr="00924C97" w:rsidRDefault="000736EB" w:rsidP="000736EB">
            <w:r w:rsidRPr="00924C97">
              <w:t xml:space="preserve">Compactor static </w:t>
            </w:r>
            <w:proofErr w:type="spellStart"/>
            <w:r w:rsidRPr="00924C97">
              <w:t>autopropulsat</w:t>
            </w:r>
            <w:proofErr w:type="spellEnd"/>
            <w:r w:rsidRPr="00924C97">
              <w:t xml:space="preserve"> cu </w:t>
            </w:r>
            <w:proofErr w:type="spellStart"/>
            <w:r w:rsidRPr="00924C97">
              <w:t>rulouri</w:t>
            </w:r>
            <w:proofErr w:type="spellEnd"/>
            <w:r w:rsidRPr="00924C97">
              <w:t xml:space="preserve"> </w:t>
            </w:r>
            <w:proofErr w:type="spellStart"/>
            <w:r w:rsidRPr="00924C97">
              <w:t>valturi</w:t>
            </w:r>
            <w:proofErr w:type="spellEnd"/>
            <w:r w:rsidRPr="00924C97">
              <w:t xml:space="preserve">  R 8-14 de 14tf</w:t>
            </w:r>
          </w:p>
        </w:tc>
        <w:tc>
          <w:tcPr>
            <w:tcW w:w="1145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r>
              <w:t>7,473</w:t>
            </w:r>
          </w:p>
        </w:tc>
      </w:tr>
      <w:tr w:rsidR="000736EB" w:rsidTr="000736E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  <w:trHeight w:val="56"/>
        </w:trPr>
        <w:tc>
          <w:tcPr>
            <w:tcW w:w="288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/>
        </w:tc>
        <w:tc>
          <w:tcPr>
            <w:tcW w:w="1875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2952240004003</w:t>
            </w:r>
          </w:p>
        </w:tc>
        <w:tc>
          <w:tcPr>
            <w:tcW w:w="4635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Pr="00924C97" w:rsidRDefault="000736EB" w:rsidP="000736EB">
            <w:r w:rsidRPr="00924C97">
              <w:t xml:space="preserve">Compactor </w:t>
            </w:r>
            <w:proofErr w:type="spellStart"/>
            <w:r w:rsidRPr="00924C97">
              <w:t>pe</w:t>
            </w:r>
            <w:proofErr w:type="spellEnd"/>
            <w:r w:rsidRPr="00924C97">
              <w:t xml:space="preserve"> </w:t>
            </w:r>
            <w:proofErr w:type="spellStart"/>
            <w:r w:rsidRPr="00924C97">
              <w:t>pneuri</w:t>
            </w:r>
            <w:proofErr w:type="spellEnd"/>
            <w:r w:rsidRPr="00924C97">
              <w:t xml:space="preserve"> static </w:t>
            </w:r>
            <w:proofErr w:type="spellStart"/>
            <w:r w:rsidRPr="00924C97">
              <w:t>autopropulsat</w:t>
            </w:r>
            <w:proofErr w:type="spellEnd"/>
            <w:r w:rsidRPr="00924C97">
              <w:t xml:space="preserve"> 10,1-16 </w:t>
            </w:r>
            <w:proofErr w:type="spellStart"/>
            <w:r w:rsidRPr="00924C97">
              <w:t>tf</w:t>
            </w:r>
            <w:proofErr w:type="spellEnd"/>
          </w:p>
        </w:tc>
        <w:tc>
          <w:tcPr>
            <w:tcW w:w="1145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r>
              <w:t>7,473</w:t>
            </w:r>
          </w:p>
        </w:tc>
      </w:tr>
      <w:tr w:rsidR="000736EB" w:rsidTr="000736E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  <w:trHeight w:val="56"/>
        </w:trPr>
        <w:tc>
          <w:tcPr>
            <w:tcW w:w="288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/>
        </w:tc>
        <w:tc>
          <w:tcPr>
            <w:tcW w:w="1875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2952240005100</w:t>
            </w:r>
          </w:p>
        </w:tc>
        <w:tc>
          <w:tcPr>
            <w:tcW w:w="4635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proofErr w:type="spellStart"/>
            <w:r w:rsidRPr="00924C97">
              <w:t>Repartizor</w:t>
            </w:r>
            <w:proofErr w:type="spellEnd"/>
            <w:r w:rsidRPr="00924C97">
              <w:t xml:space="preserve"> </w:t>
            </w:r>
            <w:proofErr w:type="spellStart"/>
            <w:r w:rsidRPr="00924C97">
              <w:t>finisor</w:t>
            </w:r>
            <w:proofErr w:type="spellEnd"/>
            <w:r w:rsidRPr="00924C97">
              <w:t xml:space="preserve"> de </w:t>
            </w:r>
            <w:proofErr w:type="spellStart"/>
            <w:r w:rsidRPr="00924C97">
              <w:t>mixturi</w:t>
            </w:r>
            <w:proofErr w:type="spellEnd"/>
            <w:r w:rsidRPr="00924C97">
              <w:t xml:space="preserve"> </w:t>
            </w:r>
            <w:proofErr w:type="spellStart"/>
            <w:r w:rsidRPr="00924C97">
              <w:t>asfaltice</w:t>
            </w:r>
            <w:proofErr w:type="spellEnd"/>
            <w:r w:rsidRPr="00924C97">
              <w:t xml:space="preserve"> cu motor term. </w:t>
            </w:r>
            <w:r>
              <w:t xml:space="preserve">92 </w:t>
            </w:r>
            <w:proofErr w:type="spellStart"/>
            <w:r>
              <w:t>cp</w:t>
            </w:r>
            <w:proofErr w:type="spellEnd"/>
          </w:p>
        </w:tc>
        <w:tc>
          <w:tcPr>
            <w:tcW w:w="1145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r>
              <w:t>7,473</w:t>
            </w:r>
          </w:p>
        </w:tc>
      </w:tr>
      <w:tr w:rsidR="000736EB" w:rsidTr="000736EB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  <w:trHeight w:val="56"/>
        </w:trPr>
        <w:tc>
          <w:tcPr>
            <w:tcW w:w="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36EB" w:rsidRDefault="000736EB" w:rsidP="000736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8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36EB" w:rsidRDefault="000736EB" w:rsidP="000736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Dl115</w:t>
            </w:r>
          </w:p>
          <w:p w:rsidR="000736EB" w:rsidRDefault="000736EB" w:rsidP="000736EB">
            <w:pPr>
              <w:rPr>
                <w:sz w:val="24"/>
                <w:szCs w:val="24"/>
              </w:rPr>
            </w:pPr>
          </w:p>
        </w:tc>
        <w:tc>
          <w:tcPr>
            <w:tcW w:w="46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36EB" w:rsidRPr="00924C97" w:rsidRDefault="000736EB" w:rsidP="000736EB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proofErr w:type="spellStart"/>
            <w:r w:rsidRPr="00924C97">
              <w:rPr>
                <w:sz w:val="24"/>
                <w:szCs w:val="24"/>
              </w:rPr>
              <w:t>Consolidarea</w:t>
            </w:r>
            <w:proofErr w:type="spellEnd"/>
            <w:r w:rsidRPr="00924C97">
              <w:rPr>
                <w:sz w:val="24"/>
                <w:szCs w:val="24"/>
              </w:rPr>
              <w:t xml:space="preserve"> </w:t>
            </w:r>
            <w:proofErr w:type="spellStart"/>
            <w:r w:rsidRPr="00924C97">
              <w:rPr>
                <w:sz w:val="24"/>
                <w:szCs w:val="24"/>
              </w:rPr>
              <w:t>acostamentelor</w:t>
            </w:r>
            <w:proofErr w:type="spellEnd"/>
            <w:r w:rsidRPr="00924C97">
              <w:rPr>
                <w:sz w:val="24"/>
                <w:szCs w:val="24"/>
              </w:rPr>
              <w:t xml:space="preserve"> cu un </w:t>
            </w:r>
            <w:proofErr w:type="spellStart"/>
            <w:r w:rsidRPr="00924C97">
              <w:rPr>
                <w:sz w:val="24"/>
                <w:szCs w:val="24"/>
              </w:rPr>
              <w:t>strat</w:t>
            </w:r>
            <w:proofErr w:type="spellEnd"/>
            <w:r w:rsidRPr="00924C97">
              <w:rPr>
                <w:sz w:val="24"/>
                <w:szCs w:val="24"/>
              </w:rPr>
              <w:t xml:space="preserve"> de </w:t>
            </w:r>
            <w:proofErr w:type="spellStart"/>
            <w:r w:rsidRPr="00924C97">
              <w:rPr>
                <w:sz w:val="24"/>
                <w:szCs w:val="24"/>
              </w:rPr>
              <w:t>piatra</w:t>
            </w:r>
            <w:proofErr w:type="spellEnd"/>
            <w:r w:rsidRPr="00924C97">
              <w:rPr>
                <w:sz w:val="24"/>
                <w:szCs w:val="24"/>
              </w:rPr>
              <w:t xml:space="preserve"> </w:t>
            </w:r>
            <w:proofErr w:type="spellStart"/>
            <w:r w:rsidRPr="00924C97">
              <w:rPr>
                <w:sz w:val="24"/>
                <w:szCs w:val="24"/>
              </w:rPr>
              <w:t>sparta</w:t>
            </w:r>
            <w:proofErr w:type="spellEnd"/>
            <w:r w:rsidRPr="00924C97">
              <w:rPr>
                <w:sz w:val="24"/>
                <w:szCs w:val="24"/>
              </w:rPr>
              <w:t xml:space="preserve"> de 10 cm</w:t>
            </w:r>
          </w:p>
          <w:p w:rsidR="000736EB" w:rsidRPr="00924C97" w:rsidRDefault="000736EB" w:rsidP="000736EB">
            <w:pPr>
              <w:rPr>
                <w:sz w:val="24"/>
                <w:szCs w:val="24"/>
              </w:rPr>
            </w:pPr>
          </w:p>
        </w:tc>
        <w:tc>
          <w:tcPr>
            <w:tcW w:w="11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36EB" w:rsidRDefault="000736EB" w:rsidP="000736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36EB" w:rsidRDefault="000736EB" w:rsidP="000736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300,00</w:t>
            </w:r>
          </w:p>
        </w:tc>
      </w:tr>
      <w:tr w:rsidR="000736EB" w:rsidTr="000736E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  <w:trHeight w:val="56"/>
        </w:trPr>
        <w:tc>
          <w:tcPr>
            <w:tcW w:w="288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/>
        </w:tc>
        <w:tc>
          <w:tcPr>
            <w:tcW w:w="1875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4635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proofErr w:type="spellStart"/>
            <w:r>
              <w:t>Muncitor</w:t>
            </w:r>
            <w:proofErr w:type="spellEnd"/>
          </w:p>
        </w:tc>
        <w:tc>
          <w:tcPr>
            <w:tcW w:w="1145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r>
              <w:t>9,51</w:t>
            </w:r>
          </w:p>
        </w:tc>
      </w:tr>
      <w:tr w:rsidR="000736EB" w:rsidTr="000736E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  <w:trHeight w:val="56"/>
        </w:trPr>
        <w:tc>
          <w:tcPr>
            <w:tcW w:w="288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/>
        </w:tc>
        <w:tc>
          <w:tcPr>
            <w:tcW w:w="1875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14111222016601</w:t>
            </w:r>
          </w:p>
        </w:tc>
        <w:tc>
          <w:tcPr>
            <w:tcW w:w="4635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r>
              <w:t xml:space="preserve">Piatra </w:t>
            </w:r>
            <w:proofErr w:type="spellStart"/>
            <w:r>
              <w:t>sparta</w:t>
            </w:r>
            <w:proofErr w:type="spellEnd"/>
            <w:r>
              <w:t xml:space="preserve"> 20-40 mm</w:t>
            </w:r>
          </w:p>
        </w:tc>
        <w:tc>
          <w:tcPr>
            <w:tcW w:w="1145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r>
              <w:t>m3</w:t>
            </w: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r>
              <w:t>37,80</w:t>
            </w:r>
          </w:p>
        </w:tc>
      </w:tr>
      <w:tr w:rsidR="000736EB" w:rsidTr="000736E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  <w:trHeight w:val="56"/>
        </w:trPr>
        <w:tc>
          <w:tcPr>
            <w:tcW w:w="288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/>
        </w:tc>
        <w:tc>
          <w:tcPr>
            <w:tcW w:w="1875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4100116202806</w:t>
            </w:r>
          </w:p>
        </w:tc>
        <w:tc>
          <w:tcPr>
            <w:tcW w:w="4635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Pr="00924C97" w:rsidRDefault="000736EB" w:rsidP="000736EB">
            <w:proofErr w:type="spellStart"/>
            <w:r w:rsidRPr="00924C97">
              <w:t>Apa</w:t>
            </w:r>
            <w:proofErr w:type="spellEnd"/>
            <w:r w:rsidRPr="00924C97">
              <w:t xml:space="preserve"> </w:t>
            </w:r>
            <w:proofErr w:type="spellStart"/>
            <w:r w:rsidRPr="00924C97">
              <w:t>industriala</w:t>
            </w:r>
            <w:proofErr w:type="spellEnd"/>
            <w:r w:rsidRPr="00924C97">
              <w:t xml:space="preserve"> in </w:t>
            </w:r>
            <w:proofErr w:type="spellStart"/>
            <w:r w:rsidRPr="00924C97">
              <w:t>cisterne</w:t>
            </w:r>
            <w:proofErr w:type="spellEnd"/>
            <w:r w:rsidRPr="00924C97">
              <w:t xml:space="preserve"> pt. </w:t>
            </w:r>
            <w:proofErr w:type="spellStart"/>
            <w:r w:rsidRPr="00924C97">
              <w:t>lucrari</w:t>
            </w:r>
            <w:proofErr w:type="spellEnd"/>
            <w:r w:rsidRPr="00924C97">
              <w:t xml:space="preserve"> </w:t>
            </w:r>
            <w:proofErr w:type="spellStart"/>
            <w:r w:rsidRPr="00924C97">
              <w:t>drumuri-terasam</w:t>
            </w:r>
            <w:proofErr w:type="spellEnd"/>
            <w:r w:rsidRPr="00924C97">
              <w:t>.</w:t>
            </w:r>
          </w:p>
        </w:tc>
        <w:tc>
          <w:tcPr>
            <w:tcW w:w="1145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r>
              <w:t>m3</w:t>
            </w: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r>
              <w:t>2,10</w:t>
            </w:r>
          </w:p>
        </w:tc>
      </w:tr>
      <w:tr w:rsidR="000736EB" w:rsidTr="000736E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  <w:trHeight w:val="56"/>
        </w:trPr>
        <w:tc>
          <w:tcPr>
            <w:tcW w:w="288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/>
        </w:tc>
        <w:tc>
          <w:tcPr>
            <w:tcW w:w="1875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4635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proofErr w:type="spellStart"/>
            <w:r>
              <w:t>Autogreder</w:t>
            </w:r>
            <w:proofErr w:type="spellEnd"/>
            <w:r>
              <w:t xml:space="preserve"> </w:t>
            </w:r>
            <w:proofErr w:type="spellStart"/>
            <w:r>
              <w:t>pina</w:t>
            </w:r>
            <w:proofErr w:type="spellEnd"/>
            <w:r>
              <w:t xml:space="preserve"> la 175 </w:t>
            </w:r>
            <w:proofErr w:type="spellStart"/>
            <w:r>
              <w:t>cp</w:t>
            </w:r>
            <w:proofErr w:type="spellEnd"/>
          </w:p>
        </w:tc>
        <w:tc>
          <w:tcPr>
            <w:tcW w:w="1145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r>
              <w:t>1,053</w:t>
            </w:r>
          </w:p>
        </w:tc>
      </w:tr>
      <w:tr w:rsidR="000736EB" w:rsidTr="000736E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  <w:trHeight w:val="56"/>
        </w:trPr>
        <w:tc>
          <w:tcPr>
            <w:tcW w:w="288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/>
        </w:tc>
        <w:tc>
          <w:tcPr>
            <w:tcW w:w="1875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3410540005603</w:t>
            </w:r>
          </w:p>
        </w:tc>
        <w:tc>
          <w:tcPr>
            <w:tcW w:w="4635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Pr="00924C97" w:rsidRDefault="000736EB" w:rsidP="000736EB">
            <w:proofErr w:type="spellStart"/>
            <w:r w:rsidRPr="00924C97">
              <w:t>Autocisterna</w:t>
            </w:r>
            <w:proofErr w:type="spellEnd"/>
            <w:r w:rsidRPr="00924C97">
              <w:t xml:space="preserve"> 5-8 t cu </w:t>
            </w:r>
            <w:proofErr w:type="spellStart"/>
            <w:r w:rsidRPr="00924C97">
              <w:t>dispozitive</w:t>
            </w:r>
            <w:proofErr w:type="spellEnd"/>
            <w:r w:rsidRPr="00924C97">
              <w:t xml:space="preserve"> de </w:t>
            </w:r>
            <w:proofErr w:type="spellStart"/>
            <w:r w:rsidRPr="00924C97">
              <w:t>stropire</w:t>
            </w:r>
            <w:proofErr w:type="spellEnd"/>
          </w:p>
        </w:tc>
        <w:tc>
          <w:tcPr>
            <w:tcW w:w="1145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r>
              <w:t>0,291</w:t>
            </w:r>
          </w:p>
        </w:tc>
      </w:tr>
      <w:tr w:rsidR="000736EB" w:rsidTr="000736E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  <w:trHeight w:val="56"/>
        </w:trPr>
        <w:tc>
          <w:tcPr>
            <w:tcW w:w="288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/>
        </w:tc>
        <w:tc>
          <w:tcPr>
            <w:tcW w:w="1875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2952240004105</w:t>
            </w:r>
          </w:p>
        </w:tc>
        <w:tc>
          <w:tcPr>
            <w:tcW w:w="4635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r>
              <w:t>Compactor 5-6 t</w:t>
            </w:r>
          </w:p>
        </w:tc>
        <w:tc>
          <w:tcPr>
            <w:tcW w:w="1145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r>
              <w:t>3,30</w:t>
            </w:r>
          </w:p>
        </w:tc>
      </w:tr>
      <w:tr w:rsidR="000736EB" w:rsidTr="000736E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  <w:trHeight w:val="56"/>
        </w:trPr>
        <w:tc>
          <w:tcPr>
            <w:tcW w:w="288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/>
        </w:tc>
        <w:tc>
          <w:tcPr>
            <w:tcW w:w="1875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2952240004003</w:t>
            </w:r>
          </w:p>
        </w:tc>
        <w:tc>
          <w:tcPr>
            <w:tcW w:w="4635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Pr="00924C97" w:rsidRDefault="000736EB" w:rsidP="000736EB">
            <w:r w:rsidRPr="00924C97">
              <w:t xml:space="preserve">Compactor </w:t>
            </w:r>
            <w:proofErr w:type="spellStart"/>
            <w:r w:rsidRPr="00924C97">
              <w:t>pe</w:t>
            </w:r>
            <w:proofErr w:type="spellEnd"/>
            <w:r w:rsidRPr="00924C97">
              <w:t xml:space="preserve"> </w:t>
            </w:r>
            <w:proofErr w:type="spellStart"/>
            <w:r w:rsidRPr="00924C97">
              <w:t>pneuri</w:t>
            </w:r>
            <w:proofErr w:type="spellEnd"/>
            <w:r w:rsidRPr="00924C97">
              <w:t xml:space="preserve"> static </w:t>
            </w:r>
            <w:proofErr w:type="spellStart"/>
            <w:r w:rsidRPr="00924C97">
              <w:t>autopropulsat</w:t>
            </w:r>
            <w:proofErr w:type="spellEnd"/>
            <w:r w:rsidRPr="00924C97">
              <w:t xml:space="preserve"> 10,1-16 </w:t>
            </w:r>
            <w:proofErr w:type="spellStart"/>
            <w:r w:rsidRPr="00924C97">
              <w:t>tf</w:t>
            </w:r>
            <w:proofErr w:type="spellEnd"/>
          </w:p>
        </w:tc>
        <w:tc>
          <w:tcPr>
            <w:tcW w:w="1145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:rsidR="000736EB" w:rsidRDefault="000736EB" w:rsidP="000736EB">
            <w:r>
              <w:t>0,135</w:t>
            </w:r>
          </w:p>
        </w:tc>
      </w:tr>
    </w:tbl>
    <w:p w:rsidR="000736EB" w:rsidRPr="000736EB" w:rsidRDefault="000736EB" w:rsidP="000736EB">
      <w:pPr>
        <w:pStyle w:val="Heading1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11. </w:t>
      </w:r>
      <w:proofErr w:type="spellStart"/>
      <w:r>
        <w:rPr>
          <w:rFonts w:ascii="Times New Roman" w:hAnsi="Times New Roman" w:cs="Times New Roman"/>
          <w:color w:val="auto"/>
          <w:sz w:val="24"/>
          <w:szCs w:val="24"/>
        </w:rPr>
        <w:t>D</w:t>
      </w:r>
      <w:r w:rsidR="008101C1" w:rsidRPr="000736EB">
        <w:rPr>
          <w:rFonts w:ascii="Times New Roman" w:hAnsi="Times New Roman" w:cs="Times New Roman"/>
          <w:color w:val="auto"/>
          <w:sz w:val="24"/>
          <w:szCs w:val="24"/>
        </w:rPr>
        <w:t>cumente</w:t>
      </w:r>
      <w:proofErr w:type="spellEnd"/>
      <w:r w:rsidR="008101C1" w:rsidRPr="000736EB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="008101C1" w:rsidRPr="000736EB">
        <w:rPr>
          <w:rFonts w:ascii="Times New Roman" w:hAnsi="Times New Roman" w:cs="Times New Roman"/>
          <w:color w:val="auto"/>
          <w:sz w:val="24"/>
          <w:szCs w:val="24"/>
        </w:rPr>
        <w:t>obligatorii</w:t>
      </w:r>
      <w:proofErr w:type="spellEnd"/>
      <w:r w:rsidR="008101C1" w:rsidRPr="000736EB">
        <w:rPr>
          <w:rFonts w:ascii="Times New Roman" w:hAnsi="Times New Roman" w:cs="Times New Roman"/>
          <w:color w:val="auto"/>
          <w:sz w:val="24"/>
          <w:szCs w:val="24"/>
        </w:rPr>
        <w:t xml:space="preserve"> ale </w:t>
      </w:r>
      <w:proofErr w:type="spellStart"/>
      <w:r w:rsidR="008101C1" w:rsidRPr="000736EB">
        <w:rPr>
          <w:rFonts w:ascii="Times New Roman" w:hAnsi="Times New Roman" w:cs="Times New Roman"/>
          <w:color w:val="auto"/>
          <w:sz w:val="24"/>
          <w:szCs w:val="24"/>
        </w:rPr>
        <w:t>ofertantului</w:t>
      </w:r>
      <w:proofErr w:type="spellEnd"/>
    </w:p>
    <w:tbl>
      <w:tblPr>
        <w:tblStyle w:val="Grigliatabella2"/>
        <w:tblW w:w="9784" w:type="dxa"/>
        <w:tblInd w:w="-462" w:type="dxa"/>
        <w:tblLayout w:type="fixed"/>
        <w:tblLook w:val="04A0" w:firstRow="1" w:lastRow="0" w:firstColumn="1" w:lastColumn="0" w:noHBand="0" w:noVBand="1"/>
      </w:tblPr>
      <w:tblGrid>
        <w:gridCol w:w="389"/>
        <w:gridCol w:w="4172"/>
        <w:gridCol w:w="4264"/>
        <w:gridCol w:w="959"/>
      </w:tblGrid>
      <w:tr w:rsidR="000736EB" w:rsidRPr="00574B32" w:rsidTr="000736EB">
        <w:trPr>
          <w:trHeight w:val="1246"/>
        </w:trPr>
        <w:tc>
          <w:tcPr>
            <w:tcW w:w="389" w:type="dxa"/>
            <w:shd w:val="clear" w:color="auto" w:fill="auto"/>
          </w:tcPr>
          <w:p w:rsidR="000736EB" w:rsidRPr="00574B32" w:rsidRDefault="000736EB" w:rsidP="00232F9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lang w:eastAsia="ru-RU"/>
              </w:rPr>
            </w:pPr>
            <w:r w:rsidRPr="00574B32">
              <w:rPr>
                <w:rFonts w:ascii="Times New Roman" w:hAnsi="Times New Roman" w:cs="Times New Roman"/>
                <w:b/>
                <w:iCs/>
                <w:sz w:val="20"/>
                <w:lang w:eastAsia="ru-RU"/>
              </w:rPr>
              <w:t>Nr. d/o</w:t>
            </w:r>
          </w:p>
        </w:tc>
        <w:tc>
          <w:tcPr>
            <w:tcW w:w="4172" w:type="dxa"/>
            <w:shd w:val="clear" w:color="auto" w:fill="auto"/>
          </w:tcPr>
          <w:p w:rsidR="000736EB" w:rsidRPr="00574B32" w:rsidRDefault="000736EB" w:rsidP="00232F9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lang w:eastAsia="ru-RU"/>
              </w:rPr>
            </w:pPr>
            <w:r w:rsidRPr="00574B32">
              <w:rPr>
                <w:rFonts w:ascii="Times New Roman" w:hAnsi="Times New Roman" w:cs="Times New Roman"/>
                <w:b/>
                <w:iCs/>
                <w:sz w:val="20"/>
                <w:lang w:eastAsia="ru-RU"/>
              </w:rPr>
              <w:t>Descrierea criteriului/cerinței</w:t>
            </w:r>
          </w:p>
        </w:tc>
        <w:tc>
          <w:tcPr>
            <w:tcW w:w="4264" w:type="dxa"/>
            <w:shd w:val="clear" w:color="auto" w:fill="auto"/>
          </w:tcPr>
          <w:p w:rsidR="000736EB" w:rsidRPr="00574B32" w:rsidRDefault="000736EB" w:rsidP="00232F9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lang w:eastAsia="ru-RU"/>
              </w:rPr>
            </w:pPr>
            <w:r w:rsidRPr="00574B32">
              <w:rPr>
                <w:rFonts w:ascii="Times New Roman" w:hAnsi="Times New Roman" w:cs="Times New Roman"/>
                <w:b/>
                <w:iCs/>
                <w:sz w:val="20"/>
                <w:lang w:eastAsia="ru-RU"/>
              </w:rPr>
              <w:t>Mod de demonstrare a îndeplinirii criteriului/cerinței:</w:t>
            </w:r>
          </w:p>
        </w:tc>
        <w:tc>
          <w:tcPr>
            <w:tcW w:w="959" w:type="dxa"/>
            <w:shd w:val="clear" w:color="auto" w:fill="auto"/>
          </w:tcPr>
          <w:p w:rsidR="000736EB" w:rsidRPr="00574B32" w:rsidRDefault="000736EB" w:rsidP="00232F9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lang w:eastAsia="ru-RU"/>
              </w:rPr>
            </w:pPr>
            <w:r w:rsidRPr="00574B32">
              <w:rPr>
                <w:rFonts w:ascii="Times New Roman" w:hAnsi="Times New Roman" w:cs="Times New Roman"/>
                <w:b/>
                <w:iCs/>
                <w:sz w:val="20"/>
                <w:lang w:eastAsia="ru-RU"/>
              </w:rPr>
              <w:t>Nivelul minim/</w:t>
            </w:r>
            <w:r w:rsidRPr="00574B32">
              <w:rPr>
                <w:rFonts w:ascii="Times New Roman" w:hAnsi="Times New Roman" w:cs="Times New Roman"/>
                <w:b/>
                <w:iCs/>
                <w:sz w:val="20"/>
                <w:lang w:eastAsia="ru-RU"/>
              </w:rPr>
              <w:br/>
              <w:t>Obligativitatea</w:t>
            </w:r>
          </w:p>
        </w:tc>
      </w:tr>
      <w:tr w:rsidR="000736EB" w:rsidRPr="00574B32" w:rsidTr="000736EB">
        <w:trPr>
          <w:trHeight w:val="501"/>
        </w:trPr>
        <w:tc>
          <w:tcPr>
            <w:tcW w:w="389" w:type="dxa"/>
            <w:shd w:val="clear" w:color="auto" w:fill="auto"/>
          </w:tcPr>
          <w:p w:rsidR="000736EB" w:rsidRPr="00574B32" w:rsidRDefault="000736EB" w:rsidP="000736EB">
            <w:pPr>
              <w:pStyle w:val="ListParagraph"/>
              <w:numPr>
                <w:ilvl w:val="0"/>
                <w:numId w:val="10"/>
              </w:numPr>
              <w:shd w:val="clear" w:color="auto" w:fill="FFFFFF" w:themeFill="background1"/>
              <w:tabs>
                <w:tab w:val="left" w:pos="90"/>
                <w:tab w:val="left" w:pos="540"/>
              </w:tabs>
              <w:spacing w:before="120" w:after="120"/>
              <w:ind w:hanging="810"/>
              <w:rPr>
                <w:rFonts w:ascii="Times New Roman" w:hAnsi="Times New Roman" w:cs="Times New Roman"/>
                <w:iCs/>
                <w:sz w:val="20"/>
                <w:lang w:eastAsia="ru-RU"/>
              </w:rPr>
            </w:pPr>
          </w:p>
        </w:tc>
        <w:tc>
          <w:tcPr>
            <w:tcW w:w="4172" w:type="dxa"/>
            <w:shd w:val="clear" w:color="auto" w:fill="auto"/>
          </w:tcPr>
          <w:p w:rsidR="000736EB" w:rsidRPr="00574B32" w:rsidRDefault="000736EB" w:rsidP="00232F9E">
            <w:pPr>
              <w:pStyle w:val="Default"/>
              <w:rPr>
                <w:rFonts w:ascii="Times New Roman" w:hAnsi="Times New Roman" w:cs="Times New Roman"/>
                <w:sz w:val="20"/>
                <w:szCs w:val="22"/>
              </w:rPr>
            </w:pPr>
            <w:r w:rsidRPr="00574B32">
              <w:rPr>
                <w:rFonts w:ascii="Times New Roman" w:hAnsi="Times New Roman" w:cs="Times New Roman"/>
                <w:sz w:val="20"/>
                <w:szCs w:val="22"/>
              </w:rPr>
              <w:t xml:space="preserve">DUAE </w:t>
            </w:r>
          </w:p>
        </w:tc>
        <w:tc>
          <w:tcPr>
            <w:tcW w:w="4264" w:type="dxa"/>
            <w:shd w:val="clear" w:color="auto" w:fill="auto"/>
          </w:tcPr>
          <w:p w:rsidR="000736EB" w:rsidRPr="00574B32" w:rsidRDefault="000736EB" w:rsidP="00232F9E">
            <w:pPr>
              <w:pStyle w:val="Default"/>
              <w:rPr>
                <w:rFonts w:ascii="Times New Roman" w:hAnsi="Times New Roman" w:cs="Times New Roman"/>
                <w:sz w:val="20"/>
                <w:szCs w:val="22"/>
              </w:rPr>
            </w:pPr>
            <w:r w:rsidRPr="00574B32">
              <w:rPr>
                <w:rFonts w:ascii="Times New Roman" w:hAnsi="Times New Roman" w:cs="Times New Roman"/>
                <w:sz w:val="20"/>
                <w:szCs w:val="22"/>
              </w:rPr>
              <w:t xml:space="preserve">Original. Confirmat prin aplicarea semnaturii electronice al participantului. </w:t>
            </w:r>
          </w:p>
        </w:tc>
        <w:tc>
          <w:tcPr>
            <w:tcW w:w="959" w:type="dxa"/>
            <w:shd w:val="clear" w:color="auto" w:fill="auto"/>
          </w:tcPr>
          <w:p w:rsidR="000736EB" w:rsidRPr="00574B32" w:rsidRDefault="000736EB" w:rsidP="00232F9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lang w:eastAsia="ru-RU"/>
              </w:rPr>
            </w:pPr>
            <w:r w:rsidRPr="00574B32">
              <w:rPr>
                <w:rFonts w:ascii="Times New Roman" w:hAnsi="Times New Roman" w:cs="Times New Roman"/>
                <w:iCs/>
                <w:sz w:val="20"/>
                <w:lang w:eastAsia="ru-RU"/>
              </w:rPr>
              <w:t>DA</w:t>
            </w:r>
          </w:p>
        </w:tc>
      </w:tr>
      <w:tr w:rsidR="000736EB" w:rsidRPr="00574B32" w:rsidTr="000736EB">
        <w:trPr>
          <w:trHeight w:val="1721"/>
        </w:trPr>
        <w:tc>
          <w:tcPr>
            <w:tcW w:w="389" w:type="dxa"/>
            <w:shd w:val="clear" w:color="auto" w:fill="auto"/>
          </w:tcPr>
          <w:p w:rsidR="000736EB" w:rsidRPr="00574B32" w:rsidRDefault="000736EB" w:rsidP="000736EB">
            <w:pPr>
              <w:pStyle w:val="ListParagraph"/>
              <w:numPr>
                <w:ilvl w:val="0"/>
                <w:numId w:val="10"/>
              </w:numPr>
              <w:shd w:val="clear" w:color="auto" w:fill="FFFFFF" w:themeFill="background1"/>
              <w:tabs>
                <w:tab w:val="left" w:pos="90"/>
                <w:tab w:val="left" w:pos="540"/>
              </w:tabs>
              <w:spacing w:before="120" w:after="120"/>
              <w:ind w:hanging="810"/>
              <w:rPr>
                <w:rFonts w:ascii="Times New Roman" w:hAnsi="Times New Roman" w:cs="Times New Roman"/>
                <w:iCs/>
                <w:sz w:val="20"/>
                <w:lang w:eastAsia="ru-RU"/>
              </w:rPr>
            </w:pPr>
          </w:p>
        </w:tc>
        <w:tc>
          <w:tcPr>
            <w:tcW w:w="4172" w:type="dxa"/>
            <w:shd w:val="clear" w:color="auto" w:fill="auto"/>
          </w:tcPr>
          <w:p w:rsidR="000736EB" w:rsidRPr="00574B32" w:rsidRDefault="000736EB" w:rsidP="00232F9E">
            <w:pPr>
              <w:pStyle w:val="Default"/>
              <w:rPr>
                <w:rFonts w:ascii="Times New Roman" w:hAnsi="Times New Roman" w:cs="Times New Roman"/>
                <w:sz w:val="20"/>
                <w:szCs w:val="22"/>
              </w:rPr>
            </w:pPr>
            <w:r w:rsidRPr="00574B32">
              <w:rPr>
                <w:rFonts w:ascii="Times New Roman" w:hAnsi="Times New Roman" w:cs="Times New Roman"/>
                <w:sz w:val="20"/>
                <w:szCs w:val="22"/>
              </w:rPr>
              <w:t xml:space="preserve">Formularul ofertei </w:t>
            </w:r>
          </w:p>
        </w:tc>
        <w:tc>
          <w:tcPr>
            <w:tcW w:w="4264" w:type="dxa"/>
            <w:shd w:val="clear" w:color="auto" w:fill="auto"/>
            <w:vAlign w:val="center"/>
          </w:tcPr>
          <w:p w:rsidR="000736EB" w:rsidRPr="00574B32" w:rsidRDefault="000736EB" w:rsidP="00232F9E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lang w:eastAsia="ru-RU"/>
              </w:rPr>
            </w:pPr>
            <w:r w:rsidRPr="00574B32">
              <w:rPr>
                <w:rFonts w:ascii="Times New Roman" w:hAnsi="Times New Roman" w:cs="Times New Roman"/>
                <w:iCs/>
                <w:sz w:val="20"/>
                <w:lang w:eastAsia="ru-RU"/>
              </w:rPr>
              <w:t>Oferta elaborată de ofertant trebuie să cuprindă:</w:t>
            </w:r>
          </w:p>
          <w:p w:rsidR="000736EB" w:rsidRPr="00574B32" w:rsidRDefault="000736EB" w:rsidP="00232F9E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lang w:eastAsia="ru-RU"/>
              </w:rPr>
            </w:pPr>
            <w:r w:rsidRPr="00574B32">
              <w:rPr>
                <w:rFonts w:ascii="Times New Roman" w:hAnsi="Times New Roman" w:cs="Times New Roman"/>
                <w:iCs/>
                <w:sz w:val="20"/>
                <w:lang w:eastAsia="ru-RU"/>
              </w:rPr>
              <w:t>Documentația de deviz - formularele 3, 5și 7</w:t>
            </w:r>
          </w:p>
          <w:p w:rsidR="000736EB" w:rsidRPr="00574B32" w:rsidRDefault="000736EB" w:rsidP="00232F9E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lang w:eastAsia="ru-RU"/>
              </w:rPr>
            </w:pPr>
            <w:r w:rsidRPr="00574B32">
              <w:rPr>
                <w:rFonts w:ascii="Times New Roman" w:hAnsi="Times New Roman" w:cs="Times New Roman"/>
                <w:iCs/>
                <w:sz w:val="20"/>
                <w:lang w:eastAsia="ru-RU"/>
              </w:rPr>
              <w:t xml:space="preserve">în formă desfășurată. </w:t>
            </w:r>
          </w:p>
          <w:p w:rsidR="000736EB" w:rsidRPr="00574B32" w:rsidRDefault="000736EB" w:rsidP="00232F9E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lang w:eastAsia="ru-RU"/>
              </w:rPr>
            </w:pPr>
          </w:p>
          <w:p w:rsidR="000736EB" w:rsidRPr="00574B32" w:rsidRDefault="000736EB" w:rsidP="00232F9E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b/>
                <w:iCs/>
                <w:sz w:val="20"/>
                <w:lang w:eastAsia="ru-RU"/>
              </w:rPr>
            </w:pPr>
            <w:r w:rsidRPr="00574B32">
              <w:rPr>
                <w:rFonts w:ascii="Times New Roman" w:hAnsi="Times New Roman" w:cs="Times New Roman"/>
                <w:b/>
                <w:iCs/>
                <w:sz w:val="20"/>
                <w:lang w:eastAsia="ru-RU"/>
              </w:rPr>
              <w:t>Cu indicarea obligatorie a perioadei de garanție pentru lucrările executate – minim  3 ani.</w:t>
            </w:r>
          </w:p>
        </w:tc>
        <w:tc>
          <w:tcPr>
            <w:tcW w:w="959" w:type="dxa"/>
            <w:shd w:val="clear" w:color="auto" w:fill="auto"/>
          </w:tcPr>
          <w:p w:rsidR="000736EB" w:rsidRPr="00574B32" w:rsidRDefault="000736EB" w:rsidP="00232F9E">
            <w:pPr>
              <w:rPr>
                <w:rFonts w:ascii="Times New Roman" w:hAnsi="Times New Roman" w:cs="Times New Roman"/>
                <w:sz w:val="20"/>
              </w:rPr>
            </w:pPr>
            <w:r w:rsidRPr="00574B32">
              <w:rPr>
                <w:rFonts w:ascii="Times New Roman" w:hAnsi="Times New Roman" w:cs="Times New Roman"/>
                <w:iCs/>
                <w:sz w:val="20"/>
                <w:lang w:eastAsia="ru-RU"/>
              </w:rPr>
              <w:t>DA</w:t>
            </w:r>
          </w:p>
        </w:tc>
      </w:tr>
      <w:tr w:rsidR="000736EB" w:rsidRPr="00574B32" w:rsidTr="000736EB">
        <w:trPr>
          <w:trHeight w:val="1233"/>
        </w:trPr>
        <w:tc>
          <w:tcPr>
            <w:tcW w:w="389" w:type="dxa"/>
            <w:shd w:val="clear" w:color="auto" w:fill="auto"/>
          </w:tcPr>
          <w:p w:rsidR="000736EB" w:rsidRPr="00574B32" w:rsidRDefault="000736EB" w:rsidP="000736EB">
            <w:pPr>
              <w:pStyle w:val="ListParagraph"/>
              <w:numPr>
                <w:ilvl w:val="0"/>
                <w:numId w:val="10"/>
              </w:numPr>
              <w:shd w:val="clear" w:color="auto" w:fill="FFFFFF" w:themeFill="background1"/>
              <w:tabs>
                <w:tab w:val="left" w:pos="90"/>
                <w:tab w:val="left" w:pos="540"/>
              </w:tabs>
              <w:spacing w:before="120" w:after="120"/>
              <w:ind w:hanging="810"/>
              <w:rPr>
                <w:rFonts w:ascii="Times New Roman" w:hAnsi="Times New Roman" w:cs="Times New Roman"/>
                <w:iCs/>
                <w:sz w:val="20"/>
                <w:lang w:eastAsia="ru-RU"/>
              </w:rPr>
            </w:pPr>
          </w:p>
        </w:tc>
        <w:tc>
          <w:tcPr>
            <w:tcW w:w="4172" w:type="dxa"/>
            <w:shd w:val="clear" w:color="auto" w:fill="auto"/>
          </w:tcPr>
          <w:p w:rsidR="000736EB" w:rsidRPr="00574B32" w:rsidRDefault="000736EB" w:rsidP="00232F9E">
            <w:pPr>
              <w:rPr>
                <w:rFonts w:ascii="Times New Roman" w:hAnsi="Times New Roman" w:cs="Times New Roman"/>
                <w:sz w:val="20"/>
              </w:rPr>
            </w:pPr>
            <w:r w:rsidRPr="00574B32">
              <w:rPr>
                <w:rFonts w:ascii="Times New Roman" w:hAnsi="Times New Roman" w:cs="Times New Roman"/>
                <w:sz w:val="20"/>
              </w:rPr>
              <w:t xml:space="preserve"> Declarație privind experiența similară în domeniul de activitate aferent obiectului contractului ce urmează a fi atribuit </w:t>
            </w:r>
          </w:p>
          <w:p w:rsidR="000736EB" w:rsidRPr="00574B32" w:rsidRDefault="000736EB" w:rsidP="00232F9E">
            <w:pPr>
              <w:rPr>
                <w:rFonts w:ascii="Times New Roman" w:hAnsi="Times New Roman" w:cs="Times New Roman"/>
                <w:sz w:val="20"/>
              </w:rPr>
            </w:pPr>
            <w:r w:rsidRPr="00574B32">
              <w:rPr>
                <w:rFonts w:ascii="Times New Roman" w:hAnsi="Times New Roman" w:cs="Times New Roman"/>
                <w:sz w:val="20"/>
              </w:rPr>
              <w:t>Sau</w:t>
            </w:r>
          </w:p>
          <w:p w:rsidR="000736EB" w:rsidRPr="00574B32" w:rsidRDefault="000736EB" w:rsidP="00232F9E">
            <w:pPr>
              <w:rPr>
                <w:rFonts w:ascii="Times New Roman" w:hAnsi="Times New Roman" w:cs="Times New Roman"/>
                <w:sz w:val="20"/>
              </w:rPr>
            </w:pPr>
            <w:r w:rsidRPr="00574B32">
              <w:rPr>
                <w:rFonts w:ascii="Times New Roman" w:hAnsi="Times New Roman" w:cs="Times New Roman"/>
                <w:iCs/>
                <w:sz w:val="20"/>
                <w:lang w:eastAsia="ru-RU"/>
              </w:rPr>
              <w:t>Declarație privind lista principalelor lucrări executate în ultimul an de activitate</w:t>
            </w:r>
          </w:p>
        </w:tc>
        <w:tc>
          <w:tcPr>
            <w:tcW w:w="4264" w:type="dxa"/>
            <w:shd w:val="clear" w:color="auto" w:fill="auto"/>
          </w:tcPr>
          <w:p w:rsidR="000736EB" w:rsidRPr="00574B32" w:rsidRDefault="000736EB" w:rsidP="00232F9E">
            <w:pPr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0"/>
                <w:lang w:eastAsia="ru-RU"/>
              </w:rPr>
            </w:pPr>
            <w:r w:rsidRPr="00574B32">
              <w:rPr>
                <w:rFonts w:ascii="Times New Roman" w:hAnsi="Times New Roman" w:cs="Times New Roman"/>
                <w:iCs/>
                <w:sz w:val="20"/>
                <w:lang w:eastAsia="ru-RU"/>
              </w:rPr>
              <w:t>Completat în conformitate cu Anexa nr. 12 și Anexa nr. 13 din Documentația standard pentru realizarea achizițiilor publice de lucrări - confirmat prin semnătură electronică;</w:t>
            </w:r>
          </w:p>
          <w:p w:rsidR="000736EB" w:rsidRPr="00574B32" w:rsidRDefault="000736EB" w:rsidP="00232F9E">
            <w:pPr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0"/>
                <w:lang w:eastAsia="ru-RU"/>
              </w:rPr>
            </w:pPr>
          </w:p>
          <w:p w:rsidR="000736EB" w:rsidRPr="00574B32" w:rsidRDefault="000736EB" w:rsidP="00232F9E">
            <w:pPr>
              <w:tabs>
                <w:tab w:val="left" w:pos="612"/>
              </w:tabs>
              <w:jc w:val="both"/>
              <w:rPr>
                <w:rFonts w:ascii="Times New Roman" w:hAnsi="Times New Roman" w:cs="Times New Roman"/>
                <w:i/>
                <w:sz w:val="20"/>
              </w:rPr>
            </w:pPr>
            <w:r w:rsidRPr="00574B32">
              <w:rPr>
                <w:rFonts w:ascii="Times New Roman" w:hAnsi="Times New Roman" w:cs="Times New Roman"/>
                <w:i/>
                <w:sz w:val="20"/>
              </w:rPr>
              <w:t>Operatorul economic va demonstra că a finalizat în ultimii 5 ani (calculați până la data limită de depunere a ofertelor):</w:t>
            </w:r>
          </w:p>
          <w:p w:rsidR="000736EB" w:rsidRPr="00574B32" w:rsidRDefault="000736EB" w:rsidP="000736EB">
            <w:pPr>
              <w:pStyle w:val="ListParagraph"/>
              <w:numPr>
                <w:ilvl w:val="0"/>
                <w:numId w:val="11"/>
              </w:numPr>
              <w:tabs>
                <w:tab w:val="left" w:pos="34"/>
                <w:tab w:val="left" w:pos="1134"/>
              </w:tabs>
              <w:ind w:left="34" w:firstLine="326"/>
              <w:contextualSpacing w:val="0"/>
              <w:jc w:val="both"/>
              <w:rPr>
                <w:rFonts w:ascii="Times New Roman" w:hAnsi="Times New Roman" w:cs="Times New Roman"/>
                <w:i/>
                <w:sz w:val="20"/>
              </w:rPr>
            </w:pPr>
            <w:r w:rsidRPr="00574B32">
              <w:rPr>
                <w:rFonts w:ascii="Times New Roman" w:hAnsi="Times New Roman" w:cs="Times New Roman"/>
                <w:i/>
                <w:sz w:val="20"/>
              </w:rPr>
              <w:t>Un contract de execuție a unor lucrări similare a cărui valoare să nu fie mai mică de 75% din valoare viitorului contract;</w:t>
            </w:r>
          </w:p>
          <w:p w:rsidR="000736EB" w:rsidRPr="00574B32" w:rsidRDefault="000736EB" w:rsidP="000736EB">
            <w:pPr>
              <w:pStyle w:val="ListParagraph"/>
              <w:numPr>
                <w:ilvl w:val="0"/>
                <w:numId w:val="11"/>
              </w:numPr>
              <w:tabs>
                <w:tab w:val="left" w:pos="34"/>
                <w:tab w:val="left" w:pos="1134"/>
              </w:tabs>
              <w:ind w:left="34" w:firstLine="326"/>
              <w:contextualSpacing w:val="0"/>
              <w:jc w:val="both"/>
              <w:rPr>
                <w:rFonts w:ascii="Times New Roman" w:hAnsi="Times New Roman" w:cs="Times New Roman"/>
                <w:i/>
                <w:sz w:val="20"/>
              </w:rPr>
            </w:pPr>
            <w:r w:rsidRPr="00574B32">
              <w:rPr>
                <w:rFonts w:ascii="Times New Roman" w:hAnsi="Times New Roman" w:cs="Times New Roman"/>
                <w:i/>
                <w:color w:val="333333"/>
                <w:sz w:val="20"/>
                <w:shd w:val="clear" w:color="auto" w:fill="FFFFFF"/>
              </w:rPr>
              <w:t>Sau valoarea cumulată a tuturor contractelor executate în ultimul an de activitate să fie egală cu sau mai mare decât valoarea viitorului contract. </w:t>
            </w:r>
          </w:p>
          <w:p w:rsidR="000736EB" w:rsidRPr="00574B32" w:rsidRDefault="000736EB" w:rsidP="00232F9E">
            <w:pPr>
              <w:pStyle w:val="ListParagraph"/>
              <w:tabs>
                <w:tab w:val="left" w:pos="34"/>
              </w:tabs>
              <w:ind w:left="34"/>
              <w:contextualSpacing w:val="0"/>
              <w:jc w:val="both"/>
              <w:rPr>
                <w:rFonts w:ascii="Times New Roman" w:hAnsi="Times New Roman" w:cs="Times New Roman"/>
                <w:i/>
                <w:sz w:val="20"/>
              </w:rPr>
            </w:pPr>
          </w:p>
          <w:p w:rsidR="000736EB" w:rsidRPr="00574B32" w:rsidRDefault="000736EB" w:rsidP="00232F9E">
            <w:pPr>
              <w:tabs>
                <w:tab w:val="left" w:pos="612"/>
              </w:tabs>
              <w:rPr>
                <w:rFonts w:ascii="Times New Roman" w:hAnsi="Times New Roman" w:cs="Times New Roman"/>
                <w:i/>
                <w:sz w:val="20"/>
              </w:rPr>
            </w:pPr>
            <w:r w:rsidRPr="00574B32">
              <w:rPr>
                <w:rFonts w:ascii="Times New Roman" w:hAnsi="Times New Roman" w:cs="Times New Roman"/>
                <w:i/>
                <w:sz w:val="20"/>
              </w:rPr>
              <w:t>Participanții pentru a întruni cerința de calificare trebuie să prezinte, la cererea autorității contractante următoarele documente confirmative:</w:t>
            </w:r>
          </w:p>
          <w:p w:rsidR="000736EB" w:rsidRPr="00574B32" w:rsidRDefault="000736EB" w:rsidP="00232F9E">
            <w:pPr>
              <w:tabs>
                <w:tab w:val="left" w:pos="612"/>
              </w:tabs>
              <w:jc w:val="both"/>
              <w:rPr>
                <w:rFonts w:ascii="Times New Roman" w:hAnsi="Times New Roman" w:cs="Times New Roman"/>
                <w:i/>
                <w:sz w:val="20"/>
              </w:rPr>
            </w:pPr>
            <w:r w:rsidRPr="00574B32">
              <w:rPr>
                <w:rFonts w:ascii="Times New Roman" w:hAnsi="Times New Roman" w:cs="Times New Roman"/>
                <w:i/>
                <w:sz w:val="20"/>
              </w:rPr>
              <w:t>-  copii ale contractului/contractelor de antrepriză sau subantrepriză pentru lucrări similare (copiile să fie făcute în măsură în care autoritatea contractantă să poată identifica natura lucrărilor executate și valoarea)</w:t>
            </w:r>
          </w:p>
          <w:p w:rsidR="000736EB" w:rsidRPr="00574B32" w:rsidRDefault="000736EB" w:rsidP="00232F9E">
            <w:pPr>
              <w:tabs>
                <w:tab w:val="left" w:pos="612"/>
              </w:tabs>
              <w:jc w:val="both"/>
              <w:rPr>
                <w:rFonts w:ascii="Times New Roman" w:hAnsi="Times New Roman" w:cs="Times New Roman"/>
                <w:i/>
                <w:sz w:val="20"/>
              </w:rPr>
            </w:pPr>
            <w:r w:rsidRPr="00574B32">
              <w:rPr>
                <w:rFonts w:ascii="Times New Roman" w:hAnsi="Times New Roman" w:cs="Times New Roman"/>
                <w:i/>
                <w:sz w:val="20"/>
              </w:rPr>
              <w:t>- procese-verbale de recepție la terminarea lucrărilor la contractele prezentate, care atestă executarea și darea în exploatare a lucrărilor.</w:t>
            </w:r>
          </w:p>
          <w:p w:rsidR="000736EB" w:rsidRPr="00574B32" w:rsidRDefault="000736EB" w:rsidP="00232F9E">
            <w:pPr>
              <w:rPr>
                <w:rFonts w:ascii="Times New Roman" w:hAnsi="Times New Roman" w:cs="Times New Roman"/>
                <w:i/>
                <w:sz w:val="20"/>
              </w:rPr>
            </w:pPr>
            <w:r w:rsidRPr="00574B32">
              <w:rPr>
                <w:rFonts w:ascii="Times New Roman" w:hAnsi="Times New Roman" w:cs="Times New Roman"/>
                <w:i/>
                <w:sz w:val="20"/>
              </w:rPr>
              <w:t>- recomandări din partea beneficiarilor la contractul/contractele prezentate pentru demonstrarea lucrărilor similare.</w:t>
            </w:r>
          </w:p>
        </w:tc>
        <w:tc>
          <w:tcPr>
            <w:tcW w:w="959" w:type="dxa"/>
            <w:shd w:val="clear" w:color="auto" w:fill="auto"/>
          </w:tcPr>
          <w:p w:rsidR="000736EB" w:rsidRPr="00574B32" w:rsidRDefault="000736EB" w:rsidP="00232F9E">
            <w:pPr>
              <w:rPr>
                <w:rFonts w:ascii="Times New Roman" w:hAnsi="Times New Roman" w:cs="Times New Roman"/>
                <w:iCs/>
                <w:sz w:val="20"/>
                <w:lang w:eastAsia="ru-RU"/>
              </w:rPr>
            </w:pPr>
            <w:r w:rsidRPr="00574B32">
              <w:rPr>
                <w:rFonts w:ascii="Times New Roman" w:hAnsi="Times New Roman" w:cs="Times New Roman"/>
                <w:iCs/>
                <w:sz w:val="20"/>
                <w:lang w:eastAsia="ru-RU"/>
              </w:rPr>
              <w:t>DA</w:t>
            </w:r>
          </w:p>
        </w:tc>
      </w:tr>
      <w:tr w:rsidR="000736EB" w:rsidRPr="00574B32" w:rsidTr="000736EB">
        <w:trPr>
          <w:trHeight w:val="154"/>
        </w:trPr>
        <w:tc>
          <w:tcPr>
            <w:tcW w:w="389" w:type="dxa"/>
            <w:shd w:val="clear" w:color="auto" w:fill="auto"/>
          </w:tcPr>
          <w:p w:rsidR="000736EB" w:rsidRPr="00574B32" w:rsidRDefault="000736EB" w:rsidP="000736EB">
            <w:pPr>
              <w:pStyle w:val="ListParagraph"/>
              <w:numPr>
                <w:ilvl w:val="0"/>
                <w:numId w:val="10"/>
              </w:numPr>
              <w:shd w:val="clear" w:color="auto" w:fill="FFFFFF" w:themeFill="background1"/>
              <w:tabs>
                <w:tab w:val="left" w:pos="90"/>
                <w:tab w:val="left" w:pos="540"/>
              </w:tabs>
              <w:spacing w:before="120" w:after="120"/>
              <w:ind w:hanging="810"/>
              <w:rPr>
                <w:rFonts w:ascii="Times New Roman" w:hAnsi="Times New Roman" w:cs="Times New Roman"/>
                <w:iCs/>
                <w:sz w:val="20"/>
                <w:lang w:eastAsia="ru-RU"/>
              </w:rPr>
            </w:pPr>
          </w:p>
        </w:tc>
        <w:tc>
          <w:tcPr>
            <w:tcW w:w="4172" w:type="dxa"/>
            <w:shd w:val="clear" w:color="auto" w:fill="auto"/>
          </w:tcPr>
          <w:p w:rsidR="000736EB" w:rsidRPr="00574B32" w:rsidRDefault="000736EB" w:rsidP="00232F9E">
            <w:pPr>
              <w:rPr>
                <w:rFonts w:ascii="Times New Roman" w:hAnsi="Times New Roman" w:cs="Times New Roman"/>
                <w:sz w:val="20"/>
              </w:rPr>
            </w:pPr>
            <w:r w:rsidRPr="00574B32">
              <w:rPr>
                <w:rFonts w:ascii="Times New Roman" w:hAnsi="Times New Roman" w:cs="Times New Roman"/>
                <w:sz w:val="20"/>
              </w:rPr>
              <w:t>Declarație privind dotările specifice, utilajul şi echipamentul necesar pentru îndeplinirea corespunzătoare a contractului</w:t>
            </w:r>
          </w:p>
        </w:tc>
        <w:tc>
          <w:tcPr>
            <w:tcW w:w="4264" w:type="dxa"/>
            <w:shd w:val="clear" w:color="auto" w:fill="auto"/>
          </w:tcPr>
          <w:p w:rsidR="000736EB" w:rsidRPr="00574B32" w:rsidRDefault="000736EB" w:rsidP="00232F9E">
            <w:pPr>
              <w:rPr>
                <w:rFonts w:ascii="Times New Roman" w:hAnsi="Times New Roman" w:cs="Times New Roman"/>
                <w:sz w:val="20"/>
              </w:rPr>
            </w:pPr>
            <w:r w:rsidRPr="00574B32">
              <w:rPr>
                <w:rFonts w:ascii="Times New Roman" w:hAnsi="Times New Roman" w:cs="Times New Roman"/>
                <w:sz w:val="20"/>
              </w:rPr>
              <w:t>Original. Confirmată prin aplicarea semnăturii electronice a ofertantului.</w:t>
            </w:r>
          </w:p>
          <w:p w:rsidR="000736EB" w:rsidRPr="00574B32" w:rsidRDefault="000736EB" w:rsidP="00232F9E">
            <w:pPr>
              <w:rPr>
                <w:rFonts w:ascii="Times New Roman" w:hAnsi="Times New Roman" w:cs="Times New Roman"/>
                <w:sz w:val="20"/>
              </w:rPr>
            </w:pPr>
            <w:r w:rsidRPr="00574B32">
              <w:rPr>
                <w:rFonts w:ascii="Times New Roman" w:hAnsi="Times New Roman" w:cs="Times New Roman"/>
                <w:sz w:val="20"/>
              </w:rPr>
              <w:t>Anexa nr. 14</w:t>
            </w:r>
          </w:p>
        </w:tc>
        <w:tc>
          <w:tcPr>
            <w:tcW w:w="959" w:type="dxa"/>
            <w:shd w:val="clear" w:color="auto" w:fill="auto"/>
          </w:tcPr>
          <w:p w:rsidR="000736EB" w:rsidRPr="00574B32" w:rsidRDefault="000736EB" w:rsidP="00232F9E">
            <w:pPr>
              <w:rPr>
                <w:rFonts w:ascii="Times New Roman" w:hAnsi="Times New Roman" w:cs="Times New Roman"/>
                <w:sz w:val="20"/>
              </w:rPr>
            </w:pPr>
            <w:r w:rsidRPr="00574B32">
              <w:rPr>
                <w:rFonts w:ascii="Times New Roman" w:hAnsi="Times New Roman" w:cs="Times New Roman"/>
                <w:iCs/>
                <w:sz w:val="20"/>
                <w:lang w:eastAsia="ru-RU"/>
              </w:rPr>
              <w:t>DA</w:t>
            </w:r>
          </w:p>
        </w:tc>
      </w:tr>
      <w:tr w:rsidR="000736EB" w:rsidRPr="00574B32" w:rsidTr="000736EB">
        <w:trPr>
          <w:trHeight w:val="154"/>
        </w:trPr>
        <w:tc>
          <w:tcPr>
            <w:tcW w:w="389" w:type="dxa"/>
            <w:shd w:val="clear" w:color="auto" w:fill="auto"/>
          </w:tcPr>
          <w:p w:rsidR="000736EB" w:rsidRPr="00574B32" w:rsidRDefault="000736EB" w:rsidP="000736EB">
            <w:pPr>
              <w:pStyle w:val="ListParagraph"/>
              <w:numPr>
                <w:ilvl w:val="0"/>
                <w:numId w:val="10"/>
              </w:numPr>
              <w:shd w:val="clear" w:color="auto" w:fill="FFFFFF" w:themeFill="background1"/>
              <w:tabs>
                <w:tab w:val="left" w:pos="90"/>
                <w:tab w:val="left" w:pos="540"/>
              </w:tabs>
              <w:spacing w:before="120" w:after="120"/>
              <w:ind w:hanging="810"/>
              <w:rPr>
                <w:rFonts w:ascii="Times New Roman" w:hAnsi="Times New Roman" w:cs="Times New Roman"/>
                <w:iCs/>
                <w:sz w:val="20"/>
                <w:lang w:eastAsia="ru-RU"/>
              </w:rPr>
            </w:pPr>
          </w:p>
        </w:tc>
        <w:tc>
          <w:tcPr>
            <w:tcW w:w="4172" w:type="dxa"/>
            <w:shd w:val="clear" w:color="auto" w:fill="auto"/>
          </w:tcPr>
          <w:p w:rsidR="000736EB" w:rsidRPr="00574B32" w:rsidRDefault="000736EB" w:rsidP="00232F9E">
            <w:pPr>
              <w:rPr>
                <w:rFonts w:ascii="Times New Roman" w:hAnsi="Times New Roman" w:cs="Times New Roman"/>
                <w:sz w:val="20"/>
              </w:rPr>
            </w:pPr>
            <w:r w:rsidRPr="00574B32">
              <w:rPr>
                <w:rFonts w:ascii="Times New Roman" w:hAnsi="Times New Roman" w:cs="Times New Roman"/>
                <w:sz w:val="20"/>
              </w:rPr>
              <w:t>Declarație privind personalul de specialitate propus pentru implementarea contractului</w:t>
            </w:r>
          </w:p>
        </w:tc>
        <w:tc>
          <w:tcPr>
            <w:tcW w:w="4264" w:type="dxa"/>
            <w:shd w:val="clear" w:color="auto" w:fill="auto"/>
          </w:tcPr>
          <w:p w:rsidR="000736EB" w:rsidRPr="00574B32" w:rsidRDefault="000736EB" w:rsidP="00232F9E">
            <w:pPr>
              <w:rPr>
                <w:rFonts w:ascii="Times New Roman" w:hAnsi="Times New Roman" w:cs="Times New Roman"/>
                <w:sz w:val="20"/>
              </w:rPr>
            </w:pPr>
            <w:r w:rsidRPr="00574B32">
              <w:rPr>
                <w:rFonts w:ascii="Times New Roman" w:hAnsi="Times New Roman" w:cs="Times New Roman"/>
                <w:sz w:val="20"/>
              </w:rPr>
              <w:t>Original. Confirmată prin aplicarea semnăturii electronice a ofertantului.</w:t>
            </w:r>
          </w:p>
          <w:p w:rsidR="000736EB" w:rsidRPr="00574B32" w:rsidRDefault="000736EB" w:rsidP="00232F9E">
            <w:pPr>
              <w:rPr>
                <w:rFonts w:ascii="Times New Roman" w:hAnsi="Times New Roman" w:cs="Times New Roman"/>
                <w:sz w:val="20"/>
              </w:rPr>
            </w:pPr>
            <w:r w:rsidRPr="00574B32">
              <w:rPr>
                <w:rFonts w:ascii="Times New Roman" w:hAnsi="Times New Roman" w:cs="Times New Roman"/>
                <w:sz w:val="20"/>
              </w:rPr>
              <w:t>Anexa nr. 15</w:t>
            </w:r>
          </w:p>
        </w:tc>
        <w:tc>
          <w:tcPr>
            <w:tcW w:w="959" w:type="dxa"/>
            <w:shd w:val="clear" w:color="auto" w:fill="auto"/>
          </w:tcPr>
          <w:p w:rsidR="000736EB" w:rsidRPr="00574B32" w:rsidRDefault="000736EB" w:rsidP="00232F9E">
            <w:pPr>
              <w:rPr>
                <w:rFonts w:ascii="Times New Roman" w:hAnsi="Times New Roman" w:cs="Times New Roman"/>
                <w:sz w:val="20"/>
              </w:rPr>
            </w:pPr>
            <w:r w:rsidRPr="00574B32">
              <w:rPr>
                <w:rFonts w:ascii="Times New Roman" w:hAnsi="Times New Roman" w:cs="Times New Roman"/>
                <w:iCs/>
                <w:sz w:val="20"/>
                <w:lang w:eastAsia="ru-RU"/>
              </w:rPr>
              <w:t>DA</w:t>
            </w:r>
          </w:p>
        </w:tc>
      </w:tr>
      <w:tr w:rsidR="000736EB" w:rsidRPr="00574B32" w:rsidTr="000736EB">
        <w:trPr>
          <w:trHeight w:val="154"/>
        </w:trPr>
        <w:tc>
          <w:tcPr>
            <w:tcW w:w="389" w:type="dxa"/>
            <w:shd w:val="clear" w:color="auto" w:fill="auto"/>
          </w:tcPr>
          <w:p w:rsidR="000736EB" w:rsidRPr="00574B32" w:rsidRDefault="000736EB" w:rsidP="000736EB">
            <w:pPr>
              <w:pStyle w:val="ListParagraph"/>
              <w:numPr>
                <w:ilvl w:val="0"/>
                <w:numId w:val="10"/>
              </w:numPr>
              <w:shd w:val="clear" w:color="auto" w:fill="FFFFFF" w:themeFill="background1"/>
              <w:tabs>
                <w:tab w:val="left" w:pos="90"/>
                <w:tab w:val="left" w:pos="540"/>
              </w:tabs>
              <w:spacing w:before="120" w:after="120"/>
              <w:ind w:hanging="810"/>
              <w:rPr>
                <w:rFonts w:ascii="Times New Roman" w:hAnsi="Times New Roman" w:cs="Times New Roman"/>
                <w:iCs/>
                <w:sz w:val="20"/>
                <w:lang w:eastAsia="ru-RU"/>
              </w:rPr>
            </w:pPr>
          </w:p>
        </w:tc>
        <w:tc>
          <w:tcPr>
            <w:tcW w:w="4172" w:type="dxa"/>
            <w:shd w:val="clear" w:color="auto" w:fill="auto"/>
          </w:tcPr>
          <w:p w:rsidR="000736EB" w:rsidRPr="00574B32" w:rsidRDefault="000736EB" w:rsidP="00232F9E">
            <w:pPr>
              <w:rPr>
                <w:rFonts w:ascii="Times New Roman" w:hAnsi="Times New Roman" w:cs="Times New Roman"/>
                <w:sz w:val="20"/>
              </w:rPr>
            </w:pPr>
            <w:r w:rsidRPr="00574B32">
              <w:rPr>
                <w:rFonts w:ascii="Times New Roman" w:hAnsi="Times New Roman" w:cs="Times New Roman"/>
                <w:sz w:val="20"/>
              </w:rPr>
              <w:t>Certificat/Decizie de înregistrare a întreprinderii/Extras din Registrul de Stat al persoanelor juridice</w:t>
            </w:r>
          </w:p>
        </w:tc>
        <w:tc>
          <w:tcPr>
            <w:tcW w:w="4264" w:type="dxa"/>
            <w:shd w:val="clear" w:color="auto" w:fill="auto"/>
          </w:tcPr>
          <w:p w:rsidR="000736EB" w:rsidRPr="00574B32" w:rsidRDefault="000736EB" w:rsidP="00232F9E">
            <w:pPr>
              <w:rPr>
                <w:rFonts w:ascii="Times New Roman" w:hAnsi="Times New Roman" w:cs="Times New Roman"/>
                <w:sz w:val="20"/>
              </w:rPr>
            </w:pPr>
            <w:r w:rsidRPr="00574B32">
              <w:rPr>
                <w:rFonts w:ascii="Times New Roman" w:hAnsi="Times New Roman" w:cs="Times New Roman"/>
                <w:sz w:val="20"/>
              </w:rPr>
              <w:t>Confirmată prin aplicarea semnăturii electronice a ofertantului.</w:t>
            </w:r>
          </w:p>
          <w:p w:rsidR="000736EB" w:rsidRPr="00574B32" w:rsidRDefault="000736EB" w:rsidP="00232F9E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59" w:type="dxa"/>
            <w:shd w:val="clear" w:color="auto" w:fill="auto"/>
          </w:tcPr>
          <w:p w:rsidR="000736EB" w:rsidRPr="00574B32" w:rsidRDefault="000736EB" w:rsidP="00232F9E">
            <w:pPr>
              <w:rPr>
                <w:rFonts w:ascii="Times New Roman" w:hAnsi="Times New Roman" w:cs="Times New Roman"/>
                <w:sz w:val="20"/>
              </w:rPr>
            </w:pPr>
            <w:r w:rsidRPr="00574B32">
              <w:rPr>
                <w:rFonts w:ascii="Times New Roman" w:hAnsi="Times New Roman" w:cs="Times New Roman"/>
                <w:iCs/>
                <w:sz w:val="20"/>
                <w:lang w:eastAsia="ru-RU"/>
              </w:rPr>
              <w:t>DA</w:t>
            </w:r>
          </w:p>
        </w:tc>
      </w:tr>
      <w:tr w:rsidR="000736EB" w:rsidRPr="00574B32" w:rsidTr="000736EB">
        <w:trPr>
          <w:trHeight w:val="154"/>
        </w:trPr>
        <w:tc>
          <w:tcPr>
            <w:tcW w:w="389" w:type="dxa"/>
            <w:shd w:val="clear" w:color="auto" w:fill="auto"/>
          </w:tcPr>
          <w:p w:rsidR="000736EB" w:rsidRPr="00574B32" w:rsidRDefault="000736EB" w:rsidP="000736EB">
            <w:pPr>
              <w:pStyle w:val="ListParagraph"/>
              <w:numPr>
                <w:ilvl w:val="0"/>
                <w:numId w:val="10"/>
              </w:numPr>
              <w:shd w:val="clear" w:color="auto" w:fill="FFFFFF" w:themeFill="background1"/>
              <w:tabs>
                <w:tab w:val="left" w:pos="90"/>
                <w:tab w:val="left" w:pos="540"/>
              </w:tabs>
              <w:spacing w:before="120" w:after="120"/>
              <w:ind w:hanging="810"/>
              <w:rPr>
                <w:rFonts w:ascii="Times New Roman" w:hAnsi="Times New Roman" w:cs="Times New Roman"/>
                <w:iCs/>
                <w:sz w:val="20"/>
                <w:lang w:eastAsia="ru-RU"/>
              </w:rPr>
            </w:pPr>
          </w:p>
        </w:tc>
        <w:tc>
          <w:tcPr>
            <w:tcW w:w="4172" w:type="dxa"/>
            <w:shd w:val="clear" w:color="auto" w:fill="auto"/>
          </w:tcPr>
          <w:p w:rsidR="000736EB" w:rsidRPr="00574B32" w:rsidRDefault="000736EB" w:rsidP="00232F9E">
            <w:pPr>
              <w:rPr>
                <w:rFonts w:ascii="Times New Roman" w:hAnsi="Times New Roman" w:cs="Times New Roman"/>
                <w:sz w:val="20"/>
              </w:rPr>
            </w:pPr>
            <w:r w:rsidRPr="00574B32">
              <w:rPr>
                <w:rFonts w:ascii="Times New Roman" w:hAnsi="Times New Roman" w:cs="Times New Roman"/>
                <w:sz w:val="20"/>
              </w:rPr>
              <w:t xml:space="preserve">Graficul de execuție a lucrarilor </w:t>
            </w:r>
          </w:p>
        </w:tc>
        <w:tc>
          <w:tcPr>
            <w:tcW w:w="4264" w:type="dxa"/>
            <w:shd w:val="clear" w:color="auto" w:fill="auto"/>
          </w:tcPr>
          <w:p w:rsidR="000736EB" w:rsidRPr="00574B32" w:rsidRDefault="000736EB" w:rsidP="00232F9E">
            <w:pPr>
              <w:rPr>
                <w:rFonts w:ascii="Times New Roman" w:hAnsi="Times New Roman" w:cs="Times New Roman"/>
                <w:sz w:val="20"/>
              </w:rPr>
            </w:pPr>
            <w:r w:rsidRPr="00574B32">
              <w:rPr>
                <w:rFonts w:ascii="Times New Roman" w:hAnsi="Times New Roman" w:cs="Times New Roman"/>
                <w:sz w:val="20"/>
              </w:rPr>
              <w:t>Conform Anexei nr. 10 din Documentația standard aprobată prin Ordinul MF nr. 69 din 07.05.2021 Confirmat prin aplicarea semnăturii electronice a ofertantului</w:t>
            </w:r>
          </w:p>
        </w:tc>
        <w:tc>
          <w:tcPr>
            <w:tcW w:w="959" w:type="dxa"/>
            <w:shd w:val="clear" w:color="auto" w:fill="auto"/>
          </w:tcPr>
          <w:p w:rsidR="000736EB" w:rsidRPr="00574B32" w:rsidRDefault="000736EB" w:rsidP="00232F9E">
            <w:pPr>
              <w:rPr>
                <w:rFonts w:ascii="Times New Roman" w:hAnsi="Times New Roman" w:cs="Times New Roman"/>
                <w:sz w:val="20"/>
              </w:rPr>
            </w:pPr>
            <w:r w:rsidRPr="00574B32">
              <w:rPr>
                <w:rFonts w:ascii="Times New Roman" w:hAnsi="Times New Roman" w:cs="Times New Roman"/>
                <w:iCs/>
                <w:sz w:val="20"/>
                <w:lang w:eastAsia="ru-RU"/>
              </w:rPr>
              <w:t>DA</w:t>
            </w:r>
          </w:p>
        </w:tc>
      </w:tr>
      <w:tr w:rsidR="000736EB" w:rsidRPr="00574B32" w:rsidTr="000736EB">
        <w:trPr>
          <w:trHeight w:val="154"/>
        </w:trPr>
        <w:tc>
          <w:tcPr>
            <w:tcW w:w="389" w:type="dxa"/>
            <w:shd w:val="clear" w:color="auto" w:fill="auto"/>
          </w:tcPr>
          <w:p w:rsidR="000736EB" w:rsidRPr="00574B32" w:rsidRDefault="000736EB" w:rsidP="000736EB">
            <w:pPr>
              <w:pStyle w:val="ListParagraph"/>
              <w:numPr>
                <w:ilvl w:val="0"/>
                <w:numId w:val="10"/>
              </w:numPr>
              <w:shd w:val="clear" w:color="auto" w:fill="FFFFFF" w:themeFill="background1"/>
              <w:tabs>
                <w:tab w:val="left" w:pos="90"/>
                <w:tab w:val="left" w:pos="540"/>
              </w:tabs>
              <w:spacing w:before="120" w:after="120"/>
              <w:ind w:hanging="810"/>
              <w:rPr>
                <w:rFonts w:ascii="Times New Roman" w:hAnsi="Times New Roman" w:cs="Times New Roman"/>
                <w:iCs/>
                <w:sz w:val="20"/>
                <w:lang w:eastAsia="ru-RU"/>
              </w:rPr>
            </w:pPr>
          </w:p>
        </w:tc>
        <w:tc>
          <w:tcPr>
            <w:tcW w:w="4172" w:type="dxa"/>
            <w:shd w:val="clear" w:color="auto" w:fill="auto"/>
          </w:tcPr>
          <w:p w:rsidR="000736EB" w:rsidRPr="00574B32" w:rsidRDefault="000736EB" w:rsidP="00232F9E">
            <w:pPr>
              <w:rPr>
                <w:rFonts w:ascii="Times New Roman" w:hAnsi="Times New Roman" w:cs="Times New Roman"/>
                <w:sz w:val="20"/>
              </w:rPr>
            </w:pPr>
            <w:r w:rsidRPr="00574B32">
              <w:rPr>
                <w:rFonts w:ascii="Times New Roman" w:hAnsi="Times New Roman" w:cs="Times New Roman"/>
                <w:sz w:val="20"/>
              </w:rPr>
              <w:t>Certificat de atestare tehnico-profesională a dirigintelui de șantier</w:t>
            </w:r>
          </w:p>
        </w:tc>
        <w:tc>
          <w:tcPr>
            <w:tcW w:w="4264" w:type="dxa"/>
            <w:shd w:val="clear" w:color="auto" w:fill="auto"/>
          </w:tcPr>
          <w:p w:rsidR="000736EB" w:rsidRPr="00574B32" w:rsidRDefault="000736EB" w:rsidP="00232F9E">
            <w:pPr>
              <w:rPr>
                <w:rFonts w:ascii="Times New Roman" w:hAnsi="Times New Roman" w:cs="Times New Roman"/>
                <w:sz w:val="20"/>
              </w:rPr>
            </w:pPr>
            <w:r w:rsidRPr="00574B32">
              <w:rPr>
                <w:rFonts w:ascii="Times New Roman" w:hAnsi="Times New Roman" w:cs="Times New Roman"/>
                <w:sz w:val="20"/>
              </w:rPr>
              <w:t>Confirmată prin aplicarea semnăturii electronice a ofertantului</w:t>
            </w:r>
          </w:p>
        </w:tc>
        <w:tc>
          <w:tcPr>
            <w:tcW w:w="959" w:type="dxa"/>
            <w:shd w:val="clear" w:color="auto" w:fill="auto"/>
          </w:tcPr>
          <w:p w:rsidR="000736EB" w:rsidRPr="00574B32" w:rsidRDefault="000736EB" w:rsidP="00232F9E">
            <w:pPr>
              <w:rPr>
                <w:rFonts w:ascii="Times New Roman" w:hAnsi="Times New Roman" w:cs="Times New Roman"/>
                <w:iCs/>
                <w:sz w:val="20"/>
                <w:lang w:eastAsia="ru-RU"/>
              </w:rPr>
            </w:pPr>
            <w:r w:rsidRPr="00574B32">
              <w:rPr>
                <w:rFonts w:ascii="Times New Roman" w:hAnsi="Times New Roman" w:cs="Times New Roman"/>
                <w:iCs/>
                <w:sz w:val="20"/>
                <w:lang w:eastAsia="ru-RU"/>
              </w:rPr>
              <w:t>DA</w:t>
            </w:r>
          </w:p>
        </w:tc>
      </w:tr>
      <w:tr w:rsidR="000736EB" w:rsidRPr="00574B32" w:rsidTr="000736EB">
        <w:trPr>
          <w:trHeight w:val="154"/>
        </w:trPr>
        <w:tc>
          <w:tcPr>
            <w:tcW w:w="389" w:type="dxa"/>
            <w:shd w:val="clear" w:color="auto" w:fill="auto"/>
          </w:tcPr>
          <w:p w:rsidR="000736EB" w:rsidRPr="00574B32" w:rsidRDefault="000736EB" w:rsidP="000736EB">
            <w:pPr>
              <w:pStyle w:val="ListParagraph"/>
              <w:numPr>
                <w:ilvl w:val="0"/>
                <w:numId w:val="10"/>
              </w:numPr>
              <w:shd w:val="clear" w:color="auto" w:fill="FFFFFF" w:themeFill="background1"/>
              <w:tabs>
                <w:tab w:val="left" w:pos="90"/>
                <w:tab w:val="left" w:pos="540"/>
              </w:tabs>
              <w:spacing w:before="120" w:after="120"/>
              <w:ind w:hanging="810"/>
              <w:rPr>
                <w:rFonts w:ascii="Times New Roman" w:hAnsi="Times New Roman" w:cs="Times New Roman"/>
                <w:iCs/>
                <w:sz w:val="20"/>
                <w:lang w:eastAsia="ru-RU"/>
              </w:rPr>
            </w:pPr>
          </w:p>
        </w:tc>
        <w:tc>
          <w:tcPr>
            <w:tcW w:w="4172" w:type="dxa"/>
            <w:shd w:val="clear" w:color="auto" w:fill="auto"/>
            <w:vAlign w:val="center"/>
          </w:tcPr>
          <w:p w:rsidR="000736EB" w:rsidRPr="00574B32" w:rsidRDefault="000736EB" w:rsidP="00232F9E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lang w:eastAsia="ru-RU"/>
              </w:rPr>
            </w:pPr>
            <w:r w:rsidRPr="00574B32">
              <w:rPr>
                <w:rFonts w:ascii="Times New Roman" w:hAnsi="Times New Roman" w:cs="Times New Roman"/>
                <w:iCs/>
                <w:sz w:val="20"/>
                <w:lang w:eastAsia="ru-RU"/>
              </w:rPr>
              <w:t>Avizul pentru participare la licitațiile publice de lucrări din domeniul construcțiilor și instalațiilor</w:t>
            </w:r>
          </w:p>
        </w:tc>
        <w:tc>
          <w:tcPr>
            <w:tcW w:w="4264" w:type="dxa"/>
            <w:shd w:val="clear" w:color="auto" w:fill="auto"/>
            <w:vAlign w:val="center"/>
          </w:tcPr>
          <w:p w:rsidR="000736EB" w:rsidRPr="00574B32" w:rsidRDefault="000736EB" w:rsidP="00232F9E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0"/>
                <w:lang w:eastAsia="ru-RU"/>
              </w:rPr>
            </w:pPr>
            <w:r w:rsidRPr="00574B32">
              <w:rPr>
                <w:rFonts w:ascii="Times New Roman" w:hAnsi="Times New Roman" w:cs="Times New Roman"/>
                <w:iCs/>
                <w:sz w:val="20"/>
                <w:lang w:eastAsia="ru-RU"/>
              </w:rPr>
              <w:t>Eliberat de către Inspectoratului Național pentru supraveghere tehnică, în conformitate cu Anexa           nr. 22 din Documentația standard pentru realizarea achizițiilor publice de lucrări - confirmat prin semnătură electronică;</w:t>
            </w:r>
          </w:p>
        </w:tc>
        <w:tc>
          <w:tcPr>
            <w:tcW w:w="959" w:type="dxa"/>
            <w:shd w:val="clear" w:color="auto" w:fill="auto"/>
          </w:tcPr>
          <w:p w:rsidR="000736EB" w:rsidRPr="00574B32" w:rsidRDefault="000736EB" w:rsidP="00232F9E">
            <w:pPr>
              <w:rPr>
                <w:rFonts w:ascii="Times New Roman" w:hAnsi="Times New Roman" w:cs="Times New Roman"/>
                <w:iCs/>
                <w:sz w:val="20"/>
                <w:lang w:eastAsia="ru-RU"/>
              </w:rPr>
            </w:pPr>
            <w:r w:rsidRPr="00574B32">
              <w:rPr>
                <w:rFonts w:ascii="Times New Roman" w:hAnsi="Times New Roman" w:cs="Times New Roman"/>
                <w:iCs/>
                <w:sz w:val="20"/>
                <w:lang w:eastAsia="ru-RU"/>
              </w:rPr>
              <w:t>DA</w:t>
            </w:r>
          </w:p>
        </w:tc>
      </w:tr>
      <w:tr w:rsidR="000736EB" w:rsidRPr="00574B32" w:rsidTr="000736EB">
        <w:trPr>
          <w:trHeight w:val="154"/>
        </w:trPr>
        <w:tc>
          <w:tcPr>
            <w:tcW w:w="389" w:type="dxa"/>
            <w:shd w:val="clear" w:color="auto" w:fill="auto"/>
          </w:tcPr>
          <w:p w:rsidR="000736EB" w:rsidRPr="00574B32" w:rsidRDefault="000736EB" w:rsidP="000736EB">
            <w:pPr>
              <w:pStyle w:val="ListParagraph"/>
              <w:numPr>
                <w:ilvl w:val="0"/>
                <w:numId w:val="10"/>
              </w:numPr>
              <w:shd w:val="clear" w:color="auto" w:fill="FFFFFF" w:themeFill="background1"/>
              <w:tabs>
                <w:tab w:val="left" w:pos="90"/>
                <w:tab w:val="left" w:pos="540"/>
              </w:tabs>
              <w:spacing w:before="120" w:after="120"/>
              <w:ind w:hanging="810"/>
              <w:rPr>
                <w:rFonts w:ascii="Times New Roman" w:hAnsi="Times New Roman" w:cs="Times New Roman"/>
                <w:iCs/>
                <w:sz w:val="20"/>
                <w:lang w:eastAsia="ru-RU"/>
              </w:rPr>
            </w:pPr>
          </w:p>
        </w:tc>
        <w:tc>
          <w:tcPr>
            <w:tcW w:w="4172" w:type="dxa"/>
            <w:shd w:val="clear" w:color="auto" w:fill="auto"/>
            <w:vAlign w:val="center"/>
          </w:tcPr>
          <w:p w:rsidR="000736EB" w:rsidRPr="00574B32" w:rsidRDefault="000736EB" w:rsidP="00232F9E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lang w:eastAsia="ru-RU"/>
              </w:rPr>
            </w:pPr>
            <w:r w:rsidRPr="00574B32">
              <w:rPr>
                <w:rFonts w:ascii="Times New Roman" w:hAnsi="Times New Roman" w:cs="Times New Roman"/>
                <w:iCs/>
                <w:sz w:val="20"/>
                <w:lang w:eastAsia="ru-RU"/>
              </w:rPr>
              <w:t>Standarde de asigurare a</w:t>
            </w:r>
          </w:p>
          <w:p w:rsidR="000736EB" w:rsidRPr="00574B32" w:rsidRDefault="000736EB" w:rsidP="00232F9E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lang w:eastAsia="ru-RU"/>
              </w:rPr>
            </w:pPr>
            <w:r w:rsidRPr="00574B32">
              <w:rPr>
                <w:rFonts w:ascii="Times New Roman" w:hAnsi="Times New Roman" w:cs="Times New Roman"/>
                <w:iCs/>
                <w:sz w:val="20"/>
                <w:lang w:eastAsia="ru-RU"/>
              </w:rPr>
              <w:t>calității</w:t>
            </w:r>
          </w:p>
        </w:tc>
        <w:tc>
          <w:tcPr>
            <w:tcW w:w="4264" w:type="dxa"/>
            <w:shd w:val="clear" w:color="auto" w:fill="auto"/>
            <w:vAlign w:val="center"/>
          </w:tcPr>
          <w:p w:rsidR="000736EB" w:rsidRPr="00574B32" w:rsidRDefault="000736EB" w:rsidP="00232F9E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0"/>
                <w:lang w:eastAsia="ru-RU"/>
              </w:rPr>
            </w:pPr>
            <w:r w:rsidRPr="00574B32">
              <w:rPr>
                <w:rFonts w:ascii="Times New Roman" w:hAnsi="Times New Roman" w:cs="Times New Roman"/>
                <w:iCs/>
                <w:sz w:val="20"/>
                <w:lang w:eastAsia="ru-RU"/>
              </w:rPr>
              <w:t>Certificate emise de organisme independente, prin care se atestă faptul că respectă anumite</w:t>
            </w:r>
          </w:p>
          <w:p w:rsidR="000736EB" w:rsidRPr="00574B32" w:rsidRDefault="000736EB" w:rsidP="00232F9E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0"/>
                <w:lang w:eastAsia="ru-RU"/>
              </w:rPr>
            </w:pPr>
            <w:r w:rsidRPr="00574B32">
              <w:rPr>
                <w:rFonts w:ascii="Times New Roman" w:hAnsi="Times New Roman" w:cs="Times New Roman"/>
                <w:iCs/>
                <w:sz w:val="20"/>
                <w:lang w:eastAsia="ru-RU"/>
              </w:rPr>
              <w:t>standarde de asigurare a calităţii, a mediului și al securității în muncă.</w:t>
            </w:r>
          </w:p>
          <w:p w:rsidR="000736EB" w:rsidRPr="00574B32" w:rsidRDefault="000736EB" w:rsidP="00232F9E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/>
                <w:iCs/>
                <w:sz w:val="20"/>
                <w:lang w:eastAsia="ru-RU"/>
              </w:rPr>
            </w:pPr>
            <w:r w:rsidRPr="00574B32">
              <w:rPr>
                <w:rFonts w:ascii="Times New Roman" w:hAnsi="Times New Roman" w:cs="Times New Roman"/>
                <w:i/>
                <w:iCs/>
                <w:sz w:val="20"/>
                <w:lang w:eastAsia="ru-RU"/>
              </w:rPr>
              <w:lastRenderedPageBreak/>
              <w:t>A</w:t>
            </w:r>
            <w:r w:rsidRPr="00574B32">
              <w:rPr>
                <w:rFonts w:ascii="Times New Roman" w:hAnsi="Times New Roman" w:cs="Times New Roman"/>
                <w:i/>
                <w:color w:val="333333"/>
                <w:sz w:val="20"/>
                <w:shd w:val="clear" w:color="auto" w:fill="FFFFFF"/>
              </w:rPr>
              <w:t>ceasta trebuie să se raporteze la sistemele de asigurare a calităţii, bazate pe seriile de standarde europene relevante, certificate de organisme conforme cu seriile de standarde europene privind certificarea, sau la standarde internaționale pertinente, emise de organisme acreditate.</w:t>
            </w:r>
          </w:p>
          <w:p w:rsidR="000736EB" w:rsidRPr="00574B32" w:rsidRDefault="000736EB" w:rsidP="00232F9E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0"/>
                <w:lang w:eastAsia="ru-RU"/>
              </w:rPr>
            </w:pPr>
            <w:r w:rsidRPr="00574B32">
              <w:rPr>
                <w:rFonts w:ascii="Times New Roman" w:hAnsi="Times New Roman" w:cs="Times New Roman"/>
                <w:iCs/>
                <w:sz w:val="20"/>
                <w:lang w:eastAsia="ru-RU"/>
              </w:rPr>
              <w:t>Copii confirmate prin semnătură</w:t>
            </w:r>
          </w:p>
          <w:p w:rsidR="000736EB" w:rsidRPr="00574B32" w:rsidRDefault="000736EB" w:rsidP="00232F9E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0"/>
                <w:lang w:eastAsia="ru-RU"/>
              </w:rPr>
            </w:pPr>
            <w:r w:rsidRPr="00574B32">
              <w:rPr>
                <w:rFonts w:ascii="Times New Roman" w:hAnsi="Times New Roman" w:cs="Times New Roman"/>
                <w:iCs/>
                <w:sz w:val="20"/>
                <w:lang w:eastAsia="ru-RU"/>
              </w:rPr>
              <w:t>electronică.</w:t>
            </w:r>
          </w:p>
        </w:tc>
        <w:tc>
          <w:tcPr>
            <w:tcW w:w="959" w:type="dxa"/>
            <w:shd w:val="clear" w:color="auto" w:fill="auto"/>
          </w:tcPr>
          <w:p w:rsidR="000736EB" w:rsidRPr="00574B32" w:rsidRDefault="000736EB" w:rsidP="00232F9E">
            <w:pPr>
              <w:rPr>
                <w:rFonts w:ascii="Times New Roman" w:hAnsi="Times New Roman" w:cs="Times New Roman"/>
                <w:sz w:val="20"/>
              </w:rPr>
            </w:pPr>
            <w:r w:rsidRPr="00574B32">
              <w:rPr>
                <w:rFonts w:ascii="Times New Roman" w:hAnsi="Times New Roman" w:cs="Times New Roman"/>
                <w:iCs/>
                <w:sz w:val="20"/>
                <w:lang w:eastAsia="ru-RU"/>
              </w:rPr>
              <w:lastRenderedPageBreak/>
              <w:t>DA</w:t>
            </w:r>
          </w:p>
        </w:tc>
      </w:tr>
      <w:tr w:rsidR="000736EB" w:rsidRPr="00574B32" w:rsidTr="000736EB">
        <w:trPr>
          <w:trHeight w:val="154"/>
        </w:trPr>
        <w:tc>
          <w:tcPr>
            <w:tcW w:w="389" w:type="dxa"/>
            <w:shd w:val="clear" w:color="auto" w:fill="auto"/>
          </w:tcPr>
          <w:p w:rsidR="000736EB" w:rsidRPr="00574B32" w:rsidRDefault="000736EB" w:rsidP="000736EB">
            <w:pPr>
              <w:pStyle w:val="ListParagraph"/>
              <w:numPr>
                <w:ilvl w:val="0"/>
                <w:numId w:val="10"/>
              </w:numPr>
              <w:shd w:val="clear" w:color="auto" w:fill="FFFFFF" w:themeFill="background1"/>
              <w:tabs>
                <w:tab w:val="left" w:pos="90"/>
                <w:tab w:val="left" w:pos="540"/>
              </w:tabs>
              <w:spacing w:before="120" w:after="120"/>
              <w:ind w:hanging="810"/>
              <w:rPr>
                <w:rFonts w:ascii="Times New Roman" w:hAnsi="Times New Roman" w:cs="Times New Roman"/>
                <w:iCs/>
                <w:sz w:val="20"/>
                <w:lang w:eastAsia="ru-RU"/>
              </w:rPr>
            </w:pPr>
          </w:p>
        </w:tc>
        <w:tc>
          <w:tcPr>
            <w:tcW w:w="4172" w:type="dxa"/>
            <w:shd w:val="clear" w:color="auto" w:fill="auto"/>
            <w:vAlign w:val="center"/>
          </w:tcPr>
          <w:p w:rsidR="000736EB" w:rsidRPr="00574B32" w:rsidRDefault="000736EB" w:rsidP="00232F9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lang w:val="en-US" w:eastAsia="ru-RU"/>
              </w:rPr>
            </w:pPr>
            <w:r w:rsidRPr="00574B32">
              <w:rPr>
                <w:rFonts w:ascii="Times New Roman" w:hAnsi="Times New Roman" w:cs="Times New Roman"/>
                <w:iCs/>
                <w:sz w:val="20"/>
                <w:lang w:eastAsia="ru-RU"/>
              </w:rPr>
              <w:t>Certificat de conformitate ale principalelor materiale utilizate</w:t>
            </w:r>
          </w:p>
          <w:p w:rsidR="000736EB" w:rsidRPr="00574B32" w:rsidRDefault="000736EB" w:rsidP="00232F9E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lang w:val="en-US" w:eastAsia="ru-RU"/>
              </w:rPr>
            </w:pPr>
          </w:p>
        </w:tc>
        <w:tc>
          <w:tcPr>
            <w:tcW w:w="4264" w:type="dxa"/>
            <w:shd w:val="clear" w:color="auto" w:fill="auto"/>
            <w:vAlign w:val="center"/>
          </w:tcPr>
          <w:p w:rsidR="000736EB" w:rsidRPr="00574B32" w:rsidRDefault="000736EB" w:rsidP="00232F9E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lang w:eastAsia="ru-RU"/>
              </w:rPr>
            </w:pPr>
            <w:r w:rsidRPr="00574B32">
              <w:rPr>
                <w:rFonts w:ascii="Times New Roman" w:hAnsi="Times New Roman" w:cs="Times New Roman"/>
                <w:iCs/>
                <w:sz w:val="20"/>
                <w:lang w:eastAsia="ru-RU"/>
              </w:rPr>
              <w:t>Confirmat prin semnătură electronică;</w:t>
            </w:r>
          </w:p>
          <w:p w:rsidR="000736EB" w:rsidRPr="00574B32" w:rsidRDefault="000736EB" w:rsidP="00232F9E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lang w:eastAsia="ru-RU"/>
              </w:rPr>
            </w:pPr>
          </w:p>
        </w:tc>
        <w:tc>
          <w:tcPr>
            <w:tcW w:w="959" w:type="dxa"/>
            <w:shd w:val="clear" w:color="auto" w:fill="auto"/>
          </w:tcPr>
          <w:p w:rsidR="000736EB" w:rsidRPr="00574B32" w:rsidRDefault="000736EB" w:rsidP="00232F9E">
            <w:pPr>
              <w:rPr>
                <w:rFonts w:ascii="Times New Roman" w:hAnsi="Times New Roman" w:cs="Times New Roman"/>
                <w:sz w:val="20"/>
              </w:rPr>
            </w:pPr>
            <w:r w:rsidRPr="00574B32">
              <w:rPr>
                <w:rFonts w:ascii="Times New Roman" w:hAnsi="Times New Roman" w:cs="Times New Roman"/>
                <w:iCs/>
                <w:sz w:val="20"/>
                <w:lang w:eastAsia="ru-RU"/>
              </w:rPr>
              <w:t>DA</w:t>
            </w:r>
          </w:p>
        </w:tc>
      </w:tr>
      <w:tr w:rsidR="000736EB" w:rsidRPr="00574B32" w:rsidTr="000736EB">
        <w:trPr>
          <w:trHeight w:val="154"/>
        </w:trPr>
        <w:tc>
          <w:tcPr>
            <w:tcW w:w="389" w:type="dxa"/>
            <w:shd w:val="clear" w:color="auto" w:fill="auto"/>
          </w:tcPr>
          <w:p w:rsidR="000736EB" w:rsidRPr="00574B32" w:rsidRDefault="000736EB" w:rsidP="000736EB">
            <w:pPr>
              <w:pStyle w:val="ListParagraph"/>
              <w:numPr>
                <w:ilvl w:val="0"/>
                <w:numId w:val="10"/>
              </w:numPr>
              <w:shd w:val="clear" w:color="auto" w:fill="FFFFFF" w:themeFill="background1"/>
              <w:tabs>
                <w:tab w:val="left" w:pos="90"/>
                <w:tab w:val="left" w:pos="540"/>
              </w:tabs>
              <w:spacing w:before="120" w:after="120"/>
              <w:ind w:hanging="810"/>
              <w:rPr>
                <w:rFonts w:ascii="Times New Roman" w:hAnsi="Times New Roman" w:cs="Times New Roman"/>
                <w:iCs/>
                <w:sz w:val="20"/>
                <w:lang w:eastAsia="ru-RU"/>
              </w:rPr>
            </w:pPr>
          </w:p>
        </w:tc>
        <w:tc>
          <w:tcPr>
            <w:tcW w:w="4172" w:type="dxa"/>
            <w:shd w:val="clear" w:color="auto" w:fill="auto"/>
            <w:vAlign w:val="center"/>
          </w:tcPr>
          <w:p w:rsidR="000736EB" w:rsidRPr="00574B32" w:rsidRDefault="000736EB" w:rsidP="00232F9E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lang w:eastAsia="ru-RU"/>
              </w:rPr>
            </w:pPr>
            <w:r w:rsidRPr="00574B32">
              <w:rPr>
                <w:rFonts w:ascii="Times New Roman" w:hAnsi="Times New Roman" w:cs="Times New Roman"/>
                <w:iCs/>
                <w:sz w:val="20"/>
                <w:lang w:eastAsia="ru-RU"/>
              </w:rPr>
              <w:t>Dovada accesului la laboratoarele de încercări și teste a lucrărilor și materialelor</w:t>
            </w:r>
          </w:p>
        </w:tc>
        <w:tc>
          <w:tcPr>
            <w:tcW w:w="4264" w:type="dxa"/>
            <w:shd w:val="clear" w:color="auto" w:fill="auto"/>
            <w:vAlign w:val="center"/>
          </w:tcPr>
          <w:p w:rsidR="000736EB" w:rsidRPr="00574B32" w:rsidRDefault="000736EB" w:rsidP="00232F9E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0"/>
                <w:lang w:eastAsia="ru-RU"/>
              </w:rPr>
            </w:pPr>
            <w:r w:rsidRPr="00574B32">
              <w:rPr>
                <w:rFonts w:ascii="Times New Roman" w:hAnsi="Times New Roman" w:cs="Times New Roman"/>
                <w:iCs/>
                <w:sz w:val="20"/>
                <w:lang w:eastAsia="ru-RU"/>
              </w:rPr>
              <w:t>Contract cu un laborator de încercări Acreditat semnat electronic</w:t>
            </w:r>
          </w:p>
        </w:tc>
        <w:tc>
          <w:tcPr>
            <w:tcW w:w="959" w:type="dxa"/>
            <w:shd w:val="clear" w:color="auto" w:fill="auto"/>
          </w:tcPr>
          <w:p w:rsidR="000736EB" w:rsidRPr="00574B32" w:rsidRDefault="000736EB" w:rsidP="00232F9E">
            <w:pPr>
              <w:rPr>
                <w:rFonts w:ascii="Times New Roman" w:hAnsi="Times New Roman" w:cs="Times New Roman"/>
                <w:sz w:val="20"/>
              </w:rPr>
            </w:pPr>
            <w:r w:rsidRPr="00574B32">
              <w:rPr>
                <w:rFonts w:ascii="Times New Roman" w:hAnsi="Times New Roman" w:cs="Times New Roman"/>
                <w:iCs/>
                <w:sz w:val="20"/>
                <w:lang w:eastAsia="ru-RU"/>
              </w:rPr>
              <w:t>DA</w:t>
            </w:r>
          </w:p>
        </w:tc>
      </w:tr>
      <w:tr w:rsidR="000736EB" w:rsidRPr="00574B32" w:rsidTr="000736EB">
        <w:trPr>
          <w:trHeight w:val="154"/>
        </w:trPr>
        <w:tc>
          <w:tcPr>
            <w:tcW w:w="389" w:type="dxa"/>
            <w:shd w:val="clear" w:color="auto" w:fill="auto"/>
          </w:tcPr>
          <w:p w:rsidR="000736EB" w:rsidRPr="00574B32" w:rsidRDefault="000736EB" w:rsidP="000736EB">
            <w:pPr>
              <w:pStyle w:val="ListParagraph"/>
              <w:numPr>
                <w:ilvl w:val="0"/>
                <w:numId w:val="10"/>
              </w:numPr>
              <w:shd w:val="clear" w:color="auto" w:fill="FFFFFF" w:themeFill="background1"/>
              <w:tabs>
                <w:tab w:val="left" w:pos="90"/>
                <w:tab w:val="left" w:pos="540"/>
              </w:tabs>
              <w:spacing w:before="120" w:after="120"/>
              <w:ind w:hanging="810"/>
              <w:rPr>
                <w:rFonts w:ascii="Times New Roman" w:hAnsi="Times New Roman" w:cs="Times New Roman"/>
                <w:iCs/>
                <w:sz w:val="20"/>
                <w:lang w:eastAsia="ru-RU"/>
              </w:rPr>
            </w:pPr>
          </w:p>
        </w:tc>
        <w:tc>
          <w:tcPr>
            <w:tcW w:w="4172" w:type="dxa"/>
            <w:shd w:val="clear" w:color="auto" w:fill="auto"/>
          </w:tcPr>
          <w:p w:rsidR="000736EB" w:rsidRPr="00574B32" w:rsidRDefault="000736EB" w:rsidP="00232F9E">
            <w:pPr>
              <w:keepNext/>
              <w:spacing w:line="240" w:lineRule="exact"/>
              <w:outlineLvl w:val="0"/>
              <w:rPr>
                <w:rFonts w:ascii="Times New Roman" w:eastAsia="Calibri" w:hAnsi="Times New Roman" w:cs="Times New Roman"/>
                <w:bCs/>
                <w:sz w:val="20"/>
                <w:lang w:eastAsia="ro-RO"/>
              </w:rPr>
            </w:pPr>
            <w:r w:rsidRPr="00574B32">
              <w:rPr>
                <w:rFonts w:ascii="Times New Roman" w:eastAsia="Calibri" w:hAnsi="Times New Roman" w:cs="Times New Roman"/>
                <w:bCs/>
                <w:sz w:val="20"/>
                <w:lang w:eastAsia="ro-RO"/>
              </w:rPr>
              <w:t>Declarație</w:t>
            </w:r>
            <w:bookmarkStart w:id="0" w:name="_Toc449632653"/>
            <w:bookmarkStart w:id="1" w:name="_Toc449633145"/>
            <w:bookmarkStart w:id="2" w:name="_Toc449692100"/>
            <w:r w:rsidRPr="00574B32">
              <w:rPr>
                <w:rFonts w:ascii="Times New Roman" w:eastAsia="Calibri" w:hAnsi="Times New Roman" w:cs="Times New Roman"/>
                <w:bCs/>
                <w:sz w:val="20"/>
                <w:lang w:eastAsia="ro-RO"/>
              </w:rPr>
              <w:t xml:space="preserve"> </w:t>
            </w:r>
            <w:r w:rsidRPr="00574B32">
              <w:rPr>
                <w:rFonts w:ascii="Times New Roman" w:eastAsia="PMingLiU" w:hAnsi="Times New Roman" w:cs="Times New Roman"/>
                <w:bCs/>
                <w:sz w:val="20"/>
              </w:rPr>
              <w:t xml:space="preserve">privind confirmarea identității beneficiarilor efectivi și neîncadrarea acestora în situația condamnării  </w:t>
            </w:r>
            <w:bookmarkEnd w:id="0"/>
            <w:bookmarkEnd w:id="1"/>
            <w:bookmarkEnd w:id="2"/>
            <w:r w:rsidRPr="00574B32">
              <w:rPr>
                <w:rFonts w:ascii="Times New Roman" w:eastAsia="PMingLiU" w:hAnsi="Times New Roman" w:cs="Times New Roman"/>
                <w:bCs/>
                <w:sz w:val="20"/>
              </w:rPr>
              <w:t>pentru participarea la activităţi ale unei organizaţii sau grupări criminale, pentru corupţie, fraudă şi/sau spălare de bani.</w:t>
            </w:r>
          </w:p>
        </w:tc>
        <w:tc>
          <w:tcPr>
            <w:tcW w:w="5223" w:type="dxa"/>
            <w:gridSpan w:val="2"/>
            <w:shd w:val="clear" w:color="auto" w:fill="auto"/>
          </w:tcPr>
          <w:p w:rsidR="000736EB" w:rsidRPr="00574B32" w:rsidRDefault="000736EB" w:rsidP="00232F9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lang w:val="en-US"/>
              </w:rPr>
            </w:pPr>
            <w:proofErr w:type="spellStart"/>
            <w:r w:rsidRPr="00574B32">
              <w:rPr>
                <w:rFonts w:ascii="Times New Roman" w:hAnsi="Times New Roman" w:cs="Times New Roman"/>
                <w:sz w:val="20"/>
                <w:lang w:val="en-US"/>
              </w:rPr>
              <w:t>Ofetantul</w:t>
            </w:r>
            <w:proofErr w:type="spellEnd"/>
            <w:r w:rsidRPr="00574B32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574B32">
              <w:rPr>
                <w:rFonts w:ascii="Times New Roman" w:hAnsi="Times New Roman" w:cs="Times New Roman"/>
                <w:sz w:val="20"/>
                <w:lang w:val="en-US"/>
              </w:rPr>
              <w:t>desemnat</w:t>
            </w:r>
            <w:proofErr w:type="spellEnd"/>
            <w:r w:rsidRPr="00574B32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574B32">
              <w:rPr>
                <w:rFonts w:ascii="Times New Roman" w:hAnsi="Times New Roman" w:cs="Times New Roman"/>
                <w:sz w:val="20"/>
                <w:lang w:val="en-US"/>
              </w:rPr>
              <w:t>câștigător</w:t>
            </w:r>
            <w:proofErr w:type="spellEnd"/>
            <w:r w:rsidRPr="00574B32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574B32">
              <w:rPr>
                <w:rFonts w:ascii="Times New Roman" w:hAnsi="Times New Roman" w:cs="Times New Roman"/>
                <w:sz w:val="20"/>
                <w:lang w:val="en-US"/>
              </w:rPr>
              <w:t>va</w:t>
            </w:r>
            <w:proofErr w:type="spellEnd"/>
            <w:r w:rsidRPr="00574B32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574B32">
              <w:rPr>
                <w:rFonts w:ascii="Times New Roman" w:hAnsi="Times New Roman" w:cs="Times New Roman"/>
                <w:sz w:val="20"/>
                <w:lang w:val="en-US"/>
              </w:rPr>
              <w:t>prezenta</w:t>
            </w:r>
            <w:proofErr w:type="spellEnd"/>
            <w:r w:rsidRPr="00574B32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574B32">
              <w:rPr>
                <w:rFonts w:ascii="Times New Roman" w:hAnsi="Times New Roman" w:cs="Times New Roman"/>
                <w:sz w:val="20"/>
                <w:lang w:val="en-US"/>
              </w:rPr>
              <w:t>în</w:t>
            </w:r>
            <w:proofErr w:type="spellEnd"/>
            <w:r w:rsidRPr="00574B32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574B32">
              <w:rPr>
                <w:rFonts w:ascii="Times New Roman" w:hAnsi="Times New Roman" w:cs="Times New Roman"/>
                <w:sz w:val="20"/>
                <w:lang w:val="en-US"/>
              </w:rPr>
              <w:t>termen</w:t>
            </w:r>
            <w:proofErr w:type="spellEnd"/>
            <w:r w:rsidRPr="00574B32">
              <w:rPr>
                <w:rFonts w:ascii="Times New Roman" w:hAnsi="Times New Roman" w:cs="Times New Roman"/>
                <w:sz w:val="20"/>
                <w:lang w:val="en-US"/>
              </w:rPr>
              <w:t xml:space="preserve"> de 5 </w:t>
            </w:r>
            <w:proofErr w:type="spellStart"/>
            <w:r w:rsidRPr="00574B32">
              <w:rPr>
                <w:rFonts w:ascii="Times New Roman" w:hAnsi="Times New Roman" w:cs="Times New Roman"/>
                <w:sz w:val="20"/>
                <w:lang w:val="en-US"/>
              </w:rPr>
              <w:t>zile</w:t>
            </w:r>
            <w:proofErr w:type="spellEnd"/>
            <w:r w:rsidRPr="00574B32">
              <w:rPr>
                <w:rFonts w:ascii="Times New Roman" w:hAnsi="Times New Roman" w:cs="Times New Roman"/>
                <w:sz w:val="20"/>
                <w:lang w:val="en-US"/>
              </w:rPr>
              <w:t xml:space="preserve"> de la data </w:t>
            </w:r>
            <w:proofErr w:type="spellStart"/>
            <w:r w:rsidRPr="00574B32">
              <w:rPr>
                <w:rFonts w:ascii="Times New Roman" w:hAnsi="Times New Roman" w:cs="Times New Roman"/>
                <w:sz w:val="20"/>
                <w:lang w:val="en-US"/>
              </w:rPr>
              <w:t>comunicării</w:t>
            </w:r>
            <w:proofErr w:type="spellEnd"/>
            <w:r w:rsidRPr="00574B32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574B32">
              <w:rPr>
                <w:rFonts w:ascii="Times New Roman" w:hAnsi="Times New Roman" w:cs="Times New Roman"/>
                <w:sz w:val="20"/>
                <w:lang w:val="en-US"/>
              </w:rPr>
              <w:t>rezultatelor</w:t>
            </w:r>
            <w:proofErr w:type="spellEnd"/>
            <w:r w:rsidRPr="00574B32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574B32">
              <w:rPr>
                <w:rFonts w:ascii="Times New Roman" w:hAnsi="Times New Roman" w:cs="Times New Roman"/>
                <w:sz w:val="20"/>
                <w:lang w:val="en-US"/>
              </w:rPr>
              <w:t>procedurii</w:t>
            </w:r>
            <w:proofErr w:type="spellEnd"/>
            <w:r w:rsidRPr="00574B32">
              <w:rPr>
                <w:rFonts w:ascii="Times New Roman" w:hAnsi="Times New Roman" w:cs="Times New Roman"/>
                <w:sz w:val="20"/>
                <w:lang w:val="en-US"/>
              </w:rPr>
              <w:t xml:space="preserve"> de </w:t>
            </w:r>
            <w:proofErr w:type="spellStart"/>
            <w:r w:rsidRPr="00574B32">
              <w:rPr>
                <w:rFonts w:ascii="Times New Roman" w:hAnsi="Times New Roman" w:cs="Times New Roman"/>
                <w:sz w:val="20"/>
                <w:lang w:val="en-US"/>
              </w:rPr>
              <w:t>achiziție</w:t>
            </w:r>
            <w:proofErr w:type="spellEnd"/>
            <w:r w:rsidRPr="00574B32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574B32">
              <w:rPr>
                <w:rFonts w:ascii="Times New Roman" w:hAnsi="Times New Roman" w:cs="Times New Roman"/>
                <w:sz w:val="20"/>
                <w:lang w:val="en-US"/>
              </w:rPr>
              <w:t>publică</w:t>
            </w:r>
            <w:proofErr w:type="spellEnd"/>
            <w:r w:rsidRPr="00574B32">
              <w:rPr>
                <w:rFonts w:ascii="Times New Roman" w:hAnsi="Times New Roman" w:cs="Times New Roman"/>
                <w:sz w:val="20"/>
                <w:lang w:val="en-US"/>
              </w:rPr>
              <w:t xml:space="preserve">,  Original </w:t>
            </w:r>
            <w:proofErr w:type="spellStart"/>
            <w:r w:rsidRPr="00574B32">
              <w:rPr>
                <w:rFonts w:ascii="Times New Roman" w:hAnsi="Times New Roman" w:cs="Times New Roman"/>
                <w:sz w:val="20"/>
                <w:lang w:val="en-US"/>
              </w:rPr>
              <w:t>confirmat</w:t>
            </w:r>
            <w:proofErr w:type="spellEnd"/>
            <w:r w:rsidRPr="00574B32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574B32">
              <w:rPr>
                <w:rFonts w:ascii="Times New Roman" w:hAnsi="Times New Roman" w:cs="Times New Roman"/>
                <w:sz w:val="20"/>
                <w:lang w:val="en-US"/>
              </w:rPr>
              <w:t>prin</w:t>
            </w:r>
            <w:proofErr w:type="spellEnd"/>
            <w:r w:rsidRPr="00574B32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574B32">
              <w:rPr>
                <w:rFonts w:ascii="Times New Roman" w:hAnsi="Times New Roman" w:cs="Times New Roman"/>
                <w:sz w:val="20"/>
                <w:lang w:val="en-US"/>
              </w:rPr>
              <w:t>semnătura</w:t>
            </w:r>
            <w:proofErr w:type="spellEnd"/>
          </w:p>
          <w:p w:rsidR="000736EB" w:rsidRPr="00574B32" w:rsidRDefault="000736EB" w:rsidP="00232F9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lang w:val="en-US"/>
              </w:rPr>
            </w:pPr>
            <w:proofErr w:type="spellStart"/>
            <w:r w:rsidRPr="00574B32">
              <w:rPr>
                <w:rFonts w:ascii="Times New Roman" w:hAnsi="Times New Roman" w:cs="Times New Roman"/>
                <w:sz w:val="20"/>
                <w:lang w:val="en-US"/>
              </w:rPr>
              <w:t>electronică</w:t>
            </w:r>
            <w:proofErr w:type="spellEnd"/>
          </w:p>
          <w:p w:rsidR="000736EB" w:rsidRPr="00574B32" w:rsidRDefault="000736EB" w:rsidP="00232F9E">
            <w:pPr>
              <w:rPr>
                <w:rFonts w:ascii="Times New Roman" w:hAnsi="Times New Roman" w:cs="Times New Roman"/>
                <w:sz w:val="20"/>
                <w:lang w:val="en-US"/>
              </w:rPr>
            </w:pPr>
            <w:proofErr w:type="spellStart"/>
            <w:r w:rsidRPr="00574B32">
              <w:rPr>
                <w:rFonts w:ascii="Times New Roman" w:hAnsi="Times New Roman" w:cs="Times New Roman"/>
                <w:sz w:val="20"/>
                <w:lang w:val="en-US"/>
              </w:rPr>
              <w:t>Modelul</w:t>
            </w:r>
            <w:proofErr w:type="spellEnd"/>
            <w:r w:rsidRPr="00574B32">
              <w:rPr>
                <w:rFonts w:ascii="Times New Roman" w:hAnsi="Times New Roman" w:cs="Times New Roman"/>
                <w:sz w:val="20"/>
                <w:lang w:val="en-US"/>
              </w:rPr>
              <w:t xml:space="preserve"> se </w:t>
            </w:r>
            <w:proofErr w:type="spellStart"/>
            <w:r w:rsidRPr="00574B32">
              <w:rPr>
                <w:rFonts w:ascii="Times New Roman" w:hAnsi="Times New Roman" w:cs="Times New Roman"/>
                <w:sz w:val="20"/>
                <w:lang w:val="en-US"/>
              </w:rPr>
              <w:t>anexează</w:t>
            </w:r>
            <w:proofErr w:type="spellEnd"/>
          </w:p>
        </w:tc>
      </w:tr>
      <w:tr w:rsidR="000736EB" w:rsidRPr="00574B32" w:rsidTr="000736EB">
        <w:trPr>
          <w:trHeight w:val="154"/>
        </w:trPr>
        <w:tc>
          <w:tcPr>
            <w:tcW w:w="389" w:type="dxa"/>
            <w:shd w:val="clear" w:color="auto" w:fill="auto"/>
          </w:tcPr>
          <w:p w:rsidR="000736EB" w:rsidRPr="00574B32" w:rsidRDefault="000736EB" w:rsidP="000736EB">
            <w:pPr>
              <w:pStyle w:val="ListParagraph"/>
              <w:numPr>
                <w:ilvl w:val="0"/>
                <w:numId w:val="10"/>
              </w:numPr>
              <w:shd w:val="clear" w:color="auto" w:fill="FFFFFF" w:themeFill="background1"/>
              <w:tabs>
                <w:tab w:val="left" w:pos="90"/>
                <w:tab w:val="left" w:pos="540"/>
              </w:tabs>
              <w:spacing w:before="120" w:after="120"/>
              <w:ind w:hanging="810"/>
              <w:rPr>
                <w:rFonts w:ascii="Times New Roman" w:hAnsi="Times New Roman" w:cs="Times New Roman"/>
                <w:iCs/>
                <w:sz w:val="20"/>
                <w:lang w:eastAsia="ru-RU"/>
              </w:rPr>
            </w:pPr>
          </w:p>
        </w:tc>
        <w:tc>
          <w:tcPr>
            <w:tcW w:w="9395" w:type="dxa"/>
            <w:gridSpan w:val="3"/>
            <w:shd w:val="clear" w:color="auto" w:fill="auto"/>
            <w:vAlign w:val="center"/>
          </w:tcPr>
          <w:p w:rsidR="000736EB" w:rsidRPr="00574B32" w:rsidRDefault="000736EB" w:rsidP="00232F9E">
            <w:pPr>
              <w:rPr>
                <w:rFonts w:ascii="Times New Roman" w:hAnsi="Times New Roman" w:cs="Times New Roman"/>
                <w:iCs/>
                <w:sz w:val="20"/>
                <w:lang w:eastAsia="ru-RU"/>
              </w:rPr>
            </w:pPr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 xml:space="preserve">Se </w:t>
            </w:r>
            <w:proofErr w:type="spellStart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recomandă</w:t>
            </w:r>
            <w:proofErr w:type="spellEnd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 xml:space="preserve"> </w:t>
            </w:r>
            <w:proofErr w:type="spellStart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ofertantului</w:t>
            </w:r>
            <w:proofErr w:type="spellEnd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 xml:space="preserve"> </w:t>
            </w:r>
            <w:proofErr w:type="spellStart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să</w:t>
            </w:r>
            <w:proofErr w:type="spellEnd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 xml:space="preserve"> </w:t>
            </w:r>
            <w:proofErr w:type="spellStart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facă</w:t>
            </w:r>
            <w:proofErr w:type="spellEnd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 xml:space="preserve"> </w:t>
            </w:r>
            <w:proofErr w:type="spellStart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cunoștință</w:t>
            </w:r>
            <w:proofErr w:type="spellEnd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 xml:space="preserve"> cu </w:t>
            </w:r>
            <w:proofErr w:type="spellStart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obiectul</w:t>
            </w:r>
            <w:proofErr w:type="spellEnd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 xml:space="preserve"> </w:t>
            </w:r>
            <w:proofErr w:type="spellStart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și</w:t>
            </w:r>
            <w:proofErr w:type="spellEnd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 xml:space="preserve"> </w:t>
            </w:r>
            <w:proofErr w:type="spellStart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să</w:t>
            </w:r>
            <w:proofErr w:type="spellEnd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 xml:space="preserve"> </w:t>
            </w:r>
            <w:proofErr w:type="spellStart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elaboreze</w:t>
            </w:r>
            <w:proofErr w:type="spellEnd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 xml:space="preserve"> </w:t>
            </w:r>
            <w:proofErr w:type="spellStart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oferta</w:t>
            </w:r>
            <w:proofErr w:type="spellEnd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 xml:space="preserve"> </w:t>
            </w:r>
            <w:proofErr w:type="spellStart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în</w:t>
            </w:r>
            <w:proofErr w:type="spellEnd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 xml:space="preserve"> </w:t>
            </w:r>
            <w:proofErr w:type="spellStart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modul</w:t>
            </w:r>
            <w:proofErr w:type="spellEnd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 xml:space="preserve"> </w:t>
            </w:r>
            <w:proofErr w:type="spellStart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stabilit</w:t>
            </w:r>
            <w:proofErr w:type="spellEnd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;</w:t>
            </w:r>
          </w:p>
        </w:tc>
      </w:tr>
      <w:tr w:rsidR="000736EB" w:rsidRPr="00574B32" w:rsidTr="000736EB">
        <w:trPr>
          <w:trHeight w:val="154"/>
        </w:trPr>
        <w:tc>
          <w:tcPr>
            <w:tcW w:w="389" w:type="dxa"/>
            <w:shd w:val="clear" w:color="auto" w:fill="auto"/>
          </w:tcPr>
          <w:p w:rsidR="000736EB" w:rsidRPr="00574B32" w:rsidRDefault="000736EB" w:rsidP="000736EB">
            <w:pPr>
              <w:pStyle w:val="ListParagraph"/>
              <w:numPr>
                <w:ilvl w:val="0"/>
                <w:numId w:val="10"/>
              </w:numPr>
              <w:shd w:val="clear" w:color="auto" w:fill="FFFFFF" w:themeFill="background1"/>
              <w:tabs>
                <w:tab w:val="left" w:pos="90"/>
                <w:tab w:val="left" w:pos="540"/>
              </w:tabs>
              <w:spacing w:before="120" w:after="120"/>
              <w:ind w:hanging="810"/>
              <w:rPr>
                <w:rFonts w:ascii="Times New Roman" w:hAnsi="Times New Roman" w:cs="Times New Roman"/>
                <w:iCs/>
                <w:sz w:val="20"/>
                <w:lang w:eastAsia="ru-RU"/>
              </w:rPr>
            </w:pPr>
          </w:p>
        </w:tc>
        <w:tc>
          <w:tcPr>
            <w:tcW w:w="9395" w:type="dxa"/>
            <w:gridSpan w:val="3"/>
            <w:shd w:val="clear" w:color="auto" w:fill="auto"/>
            <w:vAlign w:val="center"/>
          </w:tcPr>
          <w:p w:rsidR="000736EB" w:rsidRPr="00574B32" w:rsidRDefault="000736EB" w:rsidP="00232F9E">
            <w:pPr>
              <w:rPr>
                <w:rFonts w:ascii="Times New Roman" w:hAnsi="Times New Roman" w:cs="Times New Roman"/>
                <w:iCs/>
                <w:sz w:val="20"/>
                <w:lang w:eastAsia="ru-RU"/>
              </w:rPr>
            </w:pPr>
            <w:proofErr w:type="spellStart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Oferta</w:t>
            </w:r>
            <w:proofErr w:type="spellEnd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 xml:space="preserve"> </w:t>
            </w:r>
            <w:proofErr w:type="spellStart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și</w:t>
            </w:r>
            <w:proofErr w:type="spellEnd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 xml:space="preserve"> </w:t>
            </w:r>
            <w:proofErr w:type="spellStart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documentele</w:t>
            </w:r>
            <w:proofErr w:type="spellEnd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 xml:space="preserve"> legate de </w:t>
            </w:r>
            <w:proofErr w:type="spellStart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licitație</w:t>
            </w:r>
            <w:proofErr w:type="spellEnd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 xml:space="preserve"> </w:t>
            </w:r>
            <w:proofErr w:type="spellStart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vor</w:t>
            </w:r>
            <w:proofErr w:type="spellEnd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 xml:space="preserve"> fi </w:t>
            </w:r>
            <w:proofErr w:type="spellStart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întocmite</w:t>
            </w:r>
            <w:proofErr w:type="spellEnd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 xml:space="preserve"> </w:t>
            </w:r>
            <w:proofErr w:type="spellStart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în</w:t>
            </w:r>
            <w:proofErr w:type="spellEnd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 xml:space="preserve"> </w:t>
            </w:r>
            <w:proofErr w:type="spellStart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limba</w:t>
            </w:r>
            <w:proofErr w:type="spellEnd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 xml:space="preserve"> </w:t>
            </w:r>
            <w:proofErr w:type="spellStart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romănă</w:t>
            </w:r>
            <w:proofErr w:type="spellEnd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;</w:t>
            </w:r>
          </w:p>
        </w:tc>
      </w:tr>
      <w:tr w:rsidR="000736EB" w:rsidRPr="00574B32" w:rsidTr="000736EB">
        <w:trPr>
          <w:trHeight w:val="154"/>
        </w:trPr>
        <w:tc>
          <w:tcPr>
            <w:tcW w:w="389" w:type="dxa"/>
            <w:shd w:val="clear" w:color="auto" w:fill="auto"/>
          </w:tcPr>
          <w:p w:rsidR="000736EB" w:rsidRPr="00574B32" w:rsidRDefault="000736EB" w:rsidP="000736EB">
            <w:pPr>
              <w:pStyle w:val="ListParagraph"/>
              <w:numPr>
                <w:ilvl w:val="0"/>
                <w:numId w:val="10"/>
              </w:numPr>
              <w:shd w:val="clear" w:color="auto" w:fill="FFFFFF" w:themeFill="background1"/>
              <w:tabs>
                <w:tab w:val="left" w:pos="90"/>
                <w:tab w:val="left" w:pos="540"/>
              </w:tabs>
              <w:spacing w:before="120" w:after="120"/>
              <w:ind w:hanging="810"/>
              <w:rPr>
                <w:rFonts w:ascii="Times New Roman" w:hAnsi="Times New Roman" w:cs="Times New Roman"/>
                <w:iCs/>
                <w:sz w:val="20"/>
                <w:lang w:eastAsia="ru-RU"/>
              </w:rPr>
            </w:pPr>
          </w:p>
        </w:tc>
        <w:tc>
          <w:tcPr>
            <w:tcW w:w="9395" w:type="dxa"/>
            <w:gridSpan w:val="3"/>
            <w:shd w:val="clear" w:color="auto" w:fill="auto"/>
            <w:vAlign w:val="center"/>
          </w:tcPr>
          <w:p w:rsidR="000736EB" w:rsidRPr="00574B32" w:rsidRDefault="000736EB" w:rsidP="00232F9E">
            <w:pPr>
              <w:rPr>
                <w:rFonts w:ascii="Times New Roman" w:hAnsi="Times New Roman" w:cs="Times New Roman"/>
                <w:iCs/>
                <w:sz w:val="20"/>
                <w:lang w:eastAsia="ru-RU"/>
              </w:rPr>
            </w:pPr>
            <w:proofErr w:type="spellStart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Pentru</w:t>
            </w:r>
            <w:proofErr w:type="spellEnd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 xml:space="preserve"> </w:t>
            </w:r>
            <w:proofErr w:type="spellStart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eficientizarea</w:t>
            </w:r>
            <w:proofErr w:type="spellEnd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 xml:space="preserve"> </w:t>
            </w:r>
            <w:proofErr w:type="spellStart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examinării,evaluării</w:t>
            </w:r>
            <w:proofErr w:type="spellEnd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 xml:space="preserve"> </w:t>
            </w:r>
            <w:proofErr w:type="spellStart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și</w:t>
            </w:r>
            <w:proofErr w:type="spellEnd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 xml:space="preserve"> </w:t>
            </w:r>
            <w:proofErr w:type="spellStart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comparării</w:t>
            </w:r>
            <w:proofErr w:type="spellEnd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 xml:space="preserve"> </w:t>
            </w:r>
            <w:proofErr w:type="spellStart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ofertelor,autoritatea</w:t>
            </w:r>
            <w:proofErr w:type="spellEnd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 xml:space="preserve"> </w:t>
            </w:r>
            <w:proofErr w:type="spellStart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contractantă</w:t>
            </w:r>
            <w:proofErr w:type="spellEnd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 xml:space="preserve"> </w:t>
            </w:r>
            <w:proofErr w:type="spellStart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recomandă</w:t>
            </w:r>
            <w:proofErr w:type="spellEnd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 xml:space="preserve"> </w:t>
            </w:r>
            <w:proofErr w:type="spellStart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ofertanților</w:t>
            </w:r>
            <w:proofErr w:type="spellEnd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 xml:space="preserve"> </w:t>
            </w:r>
            <w:proofErr w:type="spellStart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să</w:t>
            </w:r>
            <w:proofErr w:type="spellEnd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 xml:space="preserve"> </w:t>
            </w:r>
            <w:proofErr w:type="spellStart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posede</w:t>
            </w:r>
            <w:proofErr w:type="spellEnd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 xml:space="preserve"> </w:t>
            </w:r>
            <w:proofErr w:type="spellStart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și</w:t>
            </w:r>
            <w:proofErr w:type="spellEnd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 xml:space="preserve"> </w:t>
            </w:r>
            <w:proofErr w:type="spellStart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să</w:t>
            </w:r>
            <w:proofErr w:type="spellEnd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 xml:space="preserve"> </w:t>
            </w:r>
            <w:proofErr w:type="spellStart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depună</w:t>
            </w:r>
            <w:proofErr w:type="spellEnd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 xml:space="preserve"> </w:t>
            </w:r>
            <w:proofErr w:type="spellStart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în</w:t>
            </w:r>
            <w:proofErr w:type="spellEnd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 xml:space="preserve"> </w:t>
            </w:r>
            <w:proofErr w:type="spellStart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sistemul</w:t>
            </w:r>
            <w:proofErr w:type="spellEnd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 xml:space="preserve"> electronic SIA ,,RSAP” (</w:t>
            </w:r>
            <w:proofErr w:type="spellStart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MTender</w:t>
            </w:r>
            <w:proofErr w:type="spellEnd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 xml:space="preserve">), </w:t>
            </w:r>
            <w:proofErr w:type="spellStart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toate</w:t>
            </w:r>
            <w:proofErr w:type="spellEnd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 xml:space="preserve"> </w:t>
            </w:r>
            <w:proofErr w:type="spellStart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documentele</w:t>
            </w:r>
            <w:proofErr w:type="spellEnd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 xml:space="preserve"> </w:t>
            </w:r>
            <w:proofErr w:type="spellStart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solicitate</w:t>
            </w:r>
            <w:proofErr w:type="spellEnd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 xml:space="preserve"> </w:t>
            </w:r>
            <w:proofErr w:type="spellStart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în</w:t>
            </w:r>
            <w:proofErr w:type="spellEnd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 xml:space="preserve"> </w:t>
            </w:r>
            <w:proofErr w:type="spellStart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documentele</w:t>
            </w:r>
            <w:proofErr w:type="spellEnd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 xml:space="preserve"> de </w:t>
            </w:r>
            <w:proofErr w:type="spellStart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atribuire</w:t>
            </w:r>
            <w:proofErr w:type="spellEnd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 xml:space="preserve">, la </w:t>
            </w:r>
            <w:proofErr w:type="spellStart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momentul</w:t>
            </w:r>
            <w:proofErr w:type="spellEnd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 xml:space="preserve"> </w:t>
            </w:r>
            <w:proofErr w:type="spellStart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depunerii</w:t>
            </w:r>
            <w:proofErr w:type="spellEnd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 xml:space="preserve"> </w:t>
            </w:r>
            <w:proofErr w:type="spellStart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ofertei</w:t>
            </w:r>
            <w:proofErr w:type="spellEnd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;</w:t>
            </w:r>
          </w:p>
        </w:tc>
      </w:tr>
      <w:tr w:rsidR="000736EB" w:rsidRPr="00574B32" w:rsidTr="000736EB">
        <w:trPr>
          <w:trHeight w:val="154"/>
        </w:trPr>
        <w:tc>
          <w:tcPr>
            <w:tcW w:w="389" w:type="dxa"/>
            <w:shd w:val="clear" w:color="auto" w:fill="auto"/>
          </w:tcPr>
          <w:p w:rsidR="000736EB" w:rsidRPr="00574B32" w:rsidRDefault="000736EB" w:rsidP="000736EB">
            <w:pPr>
              <w:pStyle w:val="ListParagraph"/>
              <w:numPr>
                <w:ilvl w:val="0"/>
                <w:numId w:val="10"/>
              </w:numPr>
              <w:shd w:val="clear" w:color="auto" w:fill="FFFFFF" w:themeFill="background1"/>
              <w:tabs>
                <w:tab w:val="left" w:pos="90"/>
                <w:tab w:val="left" w:pos="540"/>
              </w:tabs>
              <w:spacing w:before="120" w:after="120"/>
              <w:ind w:hanging="810"/>
              <w:rPr>
                <w:rFonts w:ascii="Times New Roman" w:hAnsi="Times New Roman" w:cs="Times New Roman"/>
                <w:iCs/>
                <w:sz w:val="20"/>
                <w:lang w:eastAsia="ru-RU"/>
              </w:rPr>
            </w:pPr>
          </w:p>
        </w:tc>
        <w:tc>
          <w:tcPr>
            <w:tcW w:w="9395" w:type="dxa"/>
            <w:gridSpan w:val="3"/>
            <w:shd w:val="clear" w:color="auto" w:fill="auto"/>
            <w:vAlign w:val="center"/>
          </w:tcPr>
          <w:p w:rsidR="000736EB" w:rsidRPr="00574B32" w:rsidRDefault="000736EB" w:rsidP="00232F9E">
            <w:pPr>
              <w:rPr>
                <w:rFonts w:ascii="Times New Roman" w:hAnsi="Times New Roman" w:cs="Times New Roman"/>
                <w:iCs/>
                <w:sz w:val="20"/>
                <w:lang w:eastAsia="ru-RU"/>
              </w:rPr>
            </w:pPr>
            <w:proofErr w:type="spellStart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Toate</w:t>
            </w:r>
            <w:proofErr w:type="spellEnd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 xml:space="preserve"> </w:t>
            </w:r>
            <w:proofErr w:type="spellStart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documentele</w:t>
            </w:r>
            <w:proofErr w:type="spellEnd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 xml:space="preserve"> </w:t>
            </w:r>
            <w:proofErr w:type="spellStart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vor</w:t>
            </w:r>
            <w:proofErr w:type="spellEnd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 xml:space="preserve"> fi </w:t>
            </w:r>
            <w:proofErr w:type="spellStart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completate</w:t>
            </w:r>
            <w:proofErr w:type="spellEnd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 xml:space="preserve"> </w:t>
            </w:r>
            <w:proofErr w:type="spellStart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fără</w:t>
            </w:r>
            <w:proofErr w:type="spellEnd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 xml:space="preserve"> </w:t>
            </w:r>
            <w:proofErr w:type="spellStart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nici</w:t>
            </w:r>
            <w:proofErr w:type="spellEnd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 xml:space="preserve"> o </w:t>
            </w:r>
            <w:proofErr w:type="spellStart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modificare</w:t>
            </w:r>
            <w:proofErr w:type="spellEnd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 xml:space="preserve"> </w:t>
            </w:r>
            <w:proofErr w:type="spellStart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sau</w:t>
            </w:r>
            <w:proofErr w:type="spellEnd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 xml:space="preserve"> </w:t>
            </w:r>
            <w:proofErr w:type="spellStart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abatere</w:t>
            </w:r>
            <w:proofErr w:type="spellEnd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 xml:space="preserve"> de la original, </w:t>
            </w:r>
            <w:proofErr w:type="spellStart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spațiile</w:t>
            </w:r>
            <w:proofErr w:type="spellEnd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 xml:space="preserve"> </w:t>
            </w:r>
            <w:proofErr w:type="spellStart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goale</w:t>
            </w:r>
            <w:proofErr w:type="spellEnd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 xml:space="preserve"> </w:t>
            </w:r>
            <w:proofErr w:type="spellStart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fiind</w:t>
            </w:r>
            <w:proofErr w:type="spellEnd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 xml:space="preserve"> </w:t>
            </w:r>
            <w:proofErr w:type="spellStart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completate</w:t>
            </w:r>
            <w:proofErr w:type="spellEnd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 xml:space="preserve"> cu </w:t>
            </w:r>
            <w:proofErr w:type="spellStart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informația</w:t>
            </w:r>
            <w:proofErr w:type="spellEnd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 xml:space="preserve"> </w:t>
            </w:r>
            <w:proofErr w:type="spellStart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solicitată</w:t>
            </w:r>
            <w:proofErr w:type="spellEnd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;</w:t>
            </w:r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br/>
            </w:r>
            <w:proofErr w:type="spellStart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Completarea</w:t>
            </w:r>
            <w:proofErr w:type="spellEnd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 xml:space="preserve"> </w:t>
            </w:r>
            <w:proofErr w:type="spellStart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defectuoasă</w:t>
            </w:r>
            <w:proofErr w:type="spellEnd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 xml:space="preserve"> a </w:t>
            </w:r>
            <w:proofErr w:type="spellStart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formularelor</w:t>
            </w:r>
            <w:proofErr w:type="spellEnd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 xml:space="preserve"> </w:t>
            </w:r>
            <w:proofErr w:type="spellStart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poate</w:t>
            </w:r>
            <w:proofErr w:type="spellEnd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 xml:space="preserve"> </w:t>
            </w:r>
            <w:proofErr w:type="spellStart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atrage</w:t>
            </w:r>
            <w:proofErr w:type="spellEnd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 xml:space="preserve"> </w:t>
            </w:r>
            <w:proofErr w:type="spellStart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respingerea</w:t>
            </w:r>
            <w:proofErr w:type="spellEnd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 xml:space="preserve"> </w:t>
            </w:r>
            <w:proofErr w:type="spellStart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ofertei</w:t>
            </w:r>
            <w:proofErr w:type="spellEnd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 xml:space="preserve"> </w:t>
            </w:r>
            <w:proofErr w:type="spellStart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ca</w:t>
            </w:r>
            <w:proofErr w:type="spellEnd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 xml:space="preserve"> </w:t>
            </w:r>
            <w:proofErr w:type="spellStart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fiind</w:t>
            </w:r>
            <w:proofErr w:type="spellEnd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 xml:space="preserve"> </w:t>
            </w:r>
            <w:proofErr w:type="spellStart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necorespunzătoare</w:t>
            </w:r>
            <w:proofErr w:type="spellEnd"/>
            <w:r w:rsidRPr="00574B3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.</w:t>
            </w:r>
          </w:p>
        </w:tc>
      </w:tr>
    </w:tbl>
    <w:p w:rsidR="00544404" w:rsidRPr="000736EB" w:rsidRDefault="008101C1" w:rsidP="000736EB">
      <w:pPr>
        <w:spacing w:before="240"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736EB">
        <w:rPr>
          <w:rFonts w:ascii="Times New Roman" w:hAnsi="Times New Roman" w:cs="Times New Roman"/>
          <w:b/>
          <w:sz w:val="24"/>
          <w:szCs w:val="24"/>
        </w:rPr>
        <w:t>12. Recepția lucrărilor</w:t>
      </w:r>
    </w:p>
    <w:p w:rsidR="00544404" w:rsidRPr="000736EB" w:rsidRDefault="008101C1" w:rsidP="000736E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36EB">
        <w:rPr>
          <w:rFonts w:ascii="Times New Roman" w:hAnsi="Times New Roman" w:cs="Times New Roman"/>
          <w:sz w:val="24"/>
          <w:szCs w:val="24"/>
        </w:rPr>
        <w:t xml:space="preserve">Recepția la terminarea lucrărilor și recepția finală se vor efectua conform legislației Republicii Moldova </w:t>
      </w:r>
      <w:r w:rsidRPr="000736EB">
        <w:rPr>
          <w:rFonts w:ascii="Times New Roman" w:hAnsi="Times New Roman" w:cs="Times New Roman"/>
          <w:sz w:val="24"/>
          <w:szCs w:val="24"/>
        </w:rPr>
        <w:t>ș</w:t>
      </w:r>
      <w:r w:rsidRPr="000736EB">
        <w:rPr>
          <w:rFonts w:ascii="Times New Roman" w:hAnsi="Times New Roman" w:cs="Times New Roman"/>
          <w:sz w:val="24"/>
          <w:szCs w:val="24"/>
        </w:rPr>
        <w:t>i prevederilor contractului de antrepriză.</w:t>
      </w:r>
    </w:p>
    <w:p w:rsidR="000736EB" w:rsidRDefault="008101C1" w:rsidP="000736EB">
      <w:pPr>
        <w:pStyle w:val="Heading1"/>
        <w:spacing w:before="0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0736EB">
        <w:rPr>
          <w:rFonts w:ascii="Times New Roman" w:hAnsi="Times New Roman" w:cs="Times New Roman"/>
          <w:color w:val="auto"/>
          <w:sz w:val="24"/>
          <w:szCs w:val="24"/>
        </w:rPr>
        <w:t xml:space="preserve">13. </w:t>
      </w:r>
      <w:proofErr w:type="spellStart"/>
      <w:r w:rsidRPr="000736EB">
        <w:rPr>
          <w:rFonts w:ascii="Times New Roman" w:hAnsi="Times New Roman" w:cs="Times New Roman"/>
          <w:color w:val="auto"/>
          <w:sz w:val="24"/>
          <w:szCs w:val="24"/>
        </w:rPr>
        <w:t>Condiții</w:t>
      </w:r>
      <w:proofErr w:type="spellEnd"/>
      <w:r w:rsidRPr="000736EB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="000736EB">
        <w:rPr>
          <w:rFonts w:ascii="Times New Roman" w:hAnsi="Times New Roman" w:cs="Times New Roman"/>
          <w:color w:val="auto"/>
          <w:sz w:val="24"/>
          <w:szCs w:val="24"/>
        </w:rPr>
        <w:t>speciale</w:t>
      </w:r>
      <w:bookmarkStart w:id="3" w:name="_GoBack"/>
      <w:bookmarkEnd w:id="3"/>
      <w:proofErr w:type="spellEnd"/>
    </w:p>
    <w:p w:rsidR="00544404" w:rsidRPr="000736EB" w:rsidRDefault="000736EB" w:rsidP="000736EB">
      <w:pPr>
        <w:pStyle w:val="ListParagraph"/>
        <w:ind w:left="0" w:firstLine="709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</w:t>
      </w:r>
      <w:proofErr w:type="spellStart"/>
      <w:r w:rsidR="008101C1" w:rsidRPr="000736EB">
        <w:rPr>
          <w:rFonts w:ascii="Times New Roman" w:hAnsi="Times New Roman" w:cs="Times New Roman"/>
          <w:sz w:val="24"/>
        </w:rPr>
        <w:t>Executantul</w:t>
      </w:r>
      <w:proofErr w:type="spellEnd"/>
      <w:r w:rsidR="008101C1" w:rsidRPr="000736E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101C1" w:rsidRPr="000736EB">
        <w:rPr>
          <w:rFonts w:ascii="Times New Roman" w:hAnsi="Times New Roman" w:cs="Times New Roman"/>
          <w:sz w:val="24"/>
        </w:rPr>
        <w:t>este</w:t>
      </w:r>
      <w:proofErr w:type="spellEnd"/>
      <w:r w:rsidR="008101C1" w:rsidRPr="000736E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101C1" w:rsidRPr="000736EB">
        <w:rPr>
          <w:rFonts w:ascii="Times New Roman" w:hAnsi="Times New Roman" w:cs="Times New Roman"/>
          <w:sz w:val="24"/>
        </w:rPr>
        <w:t>responsabil</w:t>
      </w:r>
      <w:proofErr w:type="spellEnd"/>
      <w:r w:rsidR="008101C1" w:rsidRPr="000736EB">
        <w:rPr>
          <w:rFonts w:ascii="Times New Roman" w:hAnsi="Times New Roman" w:cs="Times New Roman"/>
          <w:sz w:val="24"/>
        </w:rPr>
        <w:t xml:space="preserve"> de</w:t>
      </w:r>
      <w:proofErr w:type="gramStart"/>
      <w:r w:rsidR="008101C1" w:rsidRPr="000736EB">
        <w:rPr>
          <w:rFonts w:ascii="Times New Roman" w:hAnsi="Times New Roman" w:cs="Times New Roman"/>
          <w:sz w:val="24"/>
        </w:rPr>
        <w:t>:</w:t>
      </w:r>
      <w:proofErr w:type="gramEnd"/>
      <w:r w:rsidR="008101C1" w:rsidRPr="000736EB">
        <w:rPr>
          <w:rFonts w:ascii="Times New Roman" w:hAnsi="Times New Roman" w:cs="Times New Roman"/>
          <w:sz w:val="24"/>
        </w:rPr>
        <w:br/>
        <w:t xml:space="preserve">- </w:t>
      </w:r>
      <w:proofErr w:type="spellStart"/>
      <w:r w:rsidR="008101C1" w:rsidRPr="000736EB">
        <w:rPr>
          <w:rFonts w:ascii="Times New Roman" w:hAnsi="Times New Roman" w:cs="Times New Roman"/>
          <w:sz w:val="24"/>
        </w:rPr>
        <w:t>păstrarea</w:t>
      </w:r>
      <w:proofErr w:type="spellEnd"/>
      <w:r w:rsidR="008101C1" w:rsidRPr="000736E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101C1" w:rsidRPr="000736EB">
        <w:rPr>
          <w:rFonts w:ascii="Times New Roman" w:hAnsi="Times New Roman" w:cs="Times New Roman"/>
          <w:sz w:val="24"/>
        </w:rPr>
        <w:t>bunurilor</w:t>
      </w:r>
      <w:proofErr w:type="spellEnd"/>
      <w:r w:rsidR="008101C1" w:rsidRPr="000736E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101C1" w:rsidRPr="000736EB">
        <w:rPr>
          <w:rFonts w:ascii="Times New Roman" w:hAnsi="Times New Roman" w:cs="Times New Roman"/>
          <w:sz w:val="24"/>
        </w:rPr>
        <w:t>și</w:t>
      </w:r>
      <w:proofErr w:type="spellEnd"/>
      <w:r w:rsidR="008101C1" w:rsidRPr="000736EB">
        <w:rPr>
          <w:rFonts w:ascii="Times New Roman" w:hAnsi="Times New Roman" w:cs="Times New Roman"/>
          <w:sz w:val="24"/>
        </w:rPr>
        <w:t xml:space="preserve"> a </w:t>
      </w:r>
      <w:proofErr w:type="spellStart"/>
      <w:r w:rsidR="008101C1" w:rsidRPr="000736EB">
        <w:rPr>
          <w:rFonts w:ascii="Times New Roman" w:hAnsi="Times New Roman" w:cs="Times New Roman"/>
          <w:sz w:val="24"/>
        </w:rPr>
        <w:t>zonei</w:t>
      </w:r>
      <w:proofErr w:type="spellEnd"/>
      <w:r w:rsidR="008101C1" w:rsidRPr="000736EB">
        <w:rPr>
          <w:rFonts w:ascii="Times New Roman" w:hAnsi="Times New Roman" w:cs="Times New Roman"/>
          <w:sz w:val="24"/>
        </w:rPr>
        <w:t xml:space="preserve"> de </w:t>
      </w:r>
      <w:proofErr w:type="spellStart"/>
      <w:r w:rsidR="008101C1" w:rsidRPr="000736EB">
        <w:rPr>
          <w:rFonts w:ascii="Times New Roman" w:hAnsi="Times New Roman" w:cs="Times New Roman"/>
          <w:sz w:val="24"/>
        </w:rPr>
        <w:t>lucru</w:t>
      </w:r>
      <w:proofErr w:type="spellEnd"/>
      <w:r w:rsidR="008101C1" w:rsidRPr="000736EB">
        <w:rPr>
          <w:rFonts w:ascii="Times New Roman" w:hAnsi="Times New Roman" w:cs="Times New Roman"/>
          <w:sz w:val="24"/>
        </w:rPr>
        <w:t>;</w:t>
      </w:r>
      <w:r w:rsidR="008101C1" w:rsidRPr="000736EB">
        <w:rPr>
          <w:rFonts w:ascii="Times New Roman" w:hAnsi="Times New Roman" w:cs="Times New Roman"/>
          <w:sz w:val="24"/>
        </w:rPr>
        <w:br/>
        <w:t xml:space="preserve">- </w:t>
      </w:r>
      <w:proofErr w:type="spellStart"/>
      <w:r w:rsidR="008101C1" w:rsidRPr="000736EB">
        <w:rPr>
          <w:rFonts w:ascii="Times New Roman" w:hAnsi="Times New Roman" w:cs="Times New Roman"/>
          <w:sz w:val="24"/>
        </w:rPr>
        <w:t>semnalizarea</w:t>
      </w:r>
      <w:proofErr w:type="spellEnd"/>
      <w:r w:rsidR="008101C1" w:rsidRPr="000736E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101C1" w:rsidRPr="000736EB">
        <w:rPr>
          <w:rFonts w:ascii="Times New Roman" w:hAnsi="Times New Roman" w:cs="Times New Roman"/>
          <w:sz w:val="24"/>
        </w:rPr>
        <w:t>corespunzătoare</w:t>
      </w:r>
      <w:proofErr w:type="spellEnd"/>
      <w:r w:rsidR="008101C1" w:rsidRPr="000736EB">
        <w:rPr>
          <w:rFonts w:ascii="Times New Roman" w:hAnsi="Times New Roman" w:cs="Times New Roman"/>
          <w:sz w:val="24"/>
        </w:rPr>
        <w:t xml:space="preserve"> a </w:t>
      </w:r>
      <w:proofErr w:type="spellStart"/>
      <w:r w:rsidR="008101C1" w:rsidRPr="000736EB">
        <w:rPr>
          <w:rFonts w:ascii="Times New Roman" w:hAnsi="Times New Roman" w:cs="Times New Roman"/>
          <w:sz w:val="24"/>
        </w:rPr>
        <w:t>sectorului</w:t>
      </w:r>
      <w:proofErr w:type="spellEnd"/>
      <w:r w:rsidR="008101C1" w:rsidRPr="000736EB">
        <w:rPr>
          <w:rFonts w:ascii="Times New Roman" w:hAnsi="Times New Roman" w:cs="Times New Roman"/>
          <w:sz w:val="24"/>
        </w:rPr>
        <w:t xml:space="preserve"> de drum;</w:t>
      </w:r>
      <w:r w:rsidR="008101C1" w:rsidRPr="000736EB">
        <w:rPr>
          <w:rFonts w:ascii="Times New Roman" w:hAnsi="Times New Roman" w:cs="Times New Roman"/>
          <w:sz w:val="24"/>
        </w:rPr>
        <w:br/>
        <w:t xml:space="preserve">- </w:t>
      </w:r>
      <w:proofErr w:type="spellStart"/>
      <w:r w:rsidR="008101C1" w:rsidRPr="000736EB">
        <w:rPr>
          <w:rFonts w:ascii="Times New Roman" w:hAnsi="Times New Roman" w:cs="Times New Roman"/>
          <w:sz w:val="24"/>
        </w:rPr>
        <w:t>respectarea</w:t>
      </w:r>
      <w:proofErr w:type="spellEnd"/>
      <w:r w:rsidR="008101C1" w:rsidRPr="000736E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101C1" w:rsidRPr="000736EB">
        <w:rPr>
          <w:rFonts w:ascii="Times New Roman" w:hAnsi="Times New Roman" w:cs="Times New Roman"/>
          <w:sz w:val="24"/>
        </w:rPr>
        <w:t>normelor</w:t>
      </w:r>
      <w:proofErr w:type="spellEnd"/>
      <w:r w:rsidR="008101C1" w:rsidRPr="000736EB">
        <w:rPr>
          <w:rFonts w:ascii="Times New Roman" w:hAnsi="Times New Roman" w:cs="Times New Roman"/>
          <w:sz w:val="24"/>
        </w:rPr>
        <w:t xml:space="preserve"> de </w:t>
      </w:r>
      <w:proofErr w:type="spellStart"/>
      <w:r w:rsidR="008101C1" w:rsidRPr="000736EB">
        <w:rPr>
          <w:rFonts w:ascii="Times New Roman" w:hAnsi="Times New Roman" w:cs="Times New Roman"/>
          <w:sz w:val="24"/>
        </w:rPr>
        <w:t>securitate</w:t>
      </w:r>
      <w:proofErr w:type="spellEnd"/>
      <w:r w:rsidR="008101C1" w:rsidRPr="000736EB">
        <w:rPr>
          <w:rFonts w:ascii="Times New Roman" w:hAnsi="Times New Roman" w:cs="Times New Roman"/>
          <w:sz w:val="24"/>
        </w:rPr>
        <w:t>;</w:t>
      </w:r>
      <w:r w:rsidR="008101C1" w:rsidRPr="000736EB">
        <w:rPr>
          <w:rFonts w:ascii="Times New Roman" w:hAnsi="Times New Roman" w:cs="Times New Roman"/>
          <w:sz w:val="24"/>
        </w:rPr>
        <w:br/>
        <w:t xml:space="preserve">- </w:t>
      </w:r>
      <w:proofErr w:type="spellStart"/>
      <w:r w:rsidR="008101C1" w:rsidRPr="000736EB">
        <w:rPr>
          <w:rFonts w:ascii="Times New Roman" w:hAnsi="Times New Roman" w:cs="Times New Roman"/>
          <w:sz w:val="24"/>
        </w:rPr>
        <w:t>remedierea</w:t>
      </w:r>
      <w:proofErr w:type="spellEnd"/>
      <w:r w:rsidR="008101C1" w:rsidRPr="000736E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101C1" w:rsidRPr="000736EB">
        <w:rPr>
          <w:rFonts w:ascii="Times New Roman" w:hAnsi="Times New Roman" w:cs="Times New Roman"/>
          <w:sz w:val="24"/>
        </w:rPr>
        <w:t>defectelo</w:t>
      </w:r>
      <w:r w:rsidR="008101C1" w:rsidRPr="000736EB">
        <w:rPr>
          <w:rFonts w:ascii="Times New Roman" w:hAnsi="Times New Roman" w:cs="Times New Roman"/>
          <w:sz w:val="24"/>
        </w:rPr>
        <w:t>r</w:t>
      </w:r>
      <w:proofErr w:type="spellEnd"/>
      <w:r w:rsidR="008101C1" w:rsidRPr="000736E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101C1" w:rsidRPr="000736EB">
        <w:rPr>
          <w:rFonts w:ascii="Times New Roman" w:hAnsi="Times New Roman" w:cs="Times New Roman"/>
          <w:sz w:val="24"/>
        </w:rPr>
        <w:t>constatate</w:t>
      </w:r>
      <w:proofErr w:type="spellEnd"/>
      <w:r w:rsidR="008101C1" w:rsidRPr="000736EB">
        <w:rPr>
          <w:rFonts w:ascii="Times New Roman" w:hAnsi="Times New Roman" w:cs="Times New Roman"/>
          <w:sz w:val="24"/>
        </w:rPr>
        <w:t>.</w:t>
      </w:r>
      <w:r w:rsidR="008101C1" w:rsidRPr="000736EB">
        <w:rPr>
          <w:rFonts w:ascii="Times New Roman" w:hAnsi="Times New Roman" w:cs="Times New Roman"/>
          <w:sz w:val="24"/>
        </w:rPr>
        <w:br/>
      </w:r>
    </w:p>
    <w:p w:rsidR="000736EB" w:rsidRDefault="000736EB" w:rsidP="000736EB">
      <w:pPr>
        <w:ind w:left="426" w:firstLine="283"/>
        <w:rPr>
          <w:rFonts w:ascii="Times New Roman" w:hAnsi="Times New Roman" w:cs="Times New Roman"/>
          <w:sz w:val="24"/>
        </w:rPr>
      </w:pPr>
    </w:p>
    <w:p w:rsidR="000736EB" w:rsidRPr="00574B32" w:rsidRDefault="000736EB" w:rsidP="000736E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ind w:left="-284" w:right="-144" w:firstLine="284"/>
        <w:rPr>
          <w:rFonts w:ascii="Times New Roman" w:hAnsi="Times New Roman" w:cs="Times New Roman"/>
          <w:b/>
          <w:lang w:eastAsia="ru-RU"/>
        </w:rPr>
      </w:pPr>
      <w:proofErr w:type="spellStart"/>
      <w:r w:rsidRPr="00574B32">
        <w:rPr>
          <w:rFonts w:ascii="Times New Roman" w:hAnsi="Times New Roman" w:cs="Times New Roman"/>
          <w:b/>
          <w:lang w:eastAsia="ru-RU"/>
        </w:rPr>
        <w:t>Conducătorul</w:t>
      </w:r>
      <w:proofErr w:type="spellEnd"/>
      <w:r w:rsidRPr="00574B32">
        <w:rPr>
          <w:rFonts w:ascii="Times New Roman" w:hAnsi="Times New Roman" w:cs="Times New Roman"/>
          <w:b/>
          <w:lang w:eastAsia="ru-RU"/>
        </w:rPr>
        <w:t xml:space="preserve"> </w:t>
      </w:r>
      <w:proofErr w:type="spellStart"/>
      <w:r w:rsidRPr="00574B32">
        <w:rPr>
          <w:rFonts w:ascii="Times New Roman" w:hAnsi="Times New Roman" w:cs="Times New Roman"/>
          <w:b/>
          <w:lang w:eastAsia="ru-RU"/>
        </w:rPr>
        <w:t>grupului</w:t>
      </w:r>
      <w:proofErr w:type="spellEnd"/>
      <w:r w:rsidRPr="00574B32">
        <w:rPr>
          <w:rFonts w:ascii="Times New Roman" w:hAnsi="Times New Roman" w:cs="Times New Roman"/>
          <w:b/>
          <w:lang w:eastAsia="ru-RU"/>
        </w:rPr>
        <w:t xml:space="preserve"> de </w:t>
      </w:r>
      <w:proofErr w:type="spellStart"/>
      <w:r w:rsidRPr="00574B32">
        <w:rPr>
          <w:rFonts w:ascii="Times New Roman" w:hAnsi="Times New Roman" w:cs="Times New Roman"/>
          <w:b/>
          <w:lang w:eastAsia="ru-RU"/>
        </w:rPr>
        <w:t>lucru</w:t>
      </w:r>
      <w:proofErr w:type="spellEnd"/>
      <w:r w:rsidRPr="00574B32">
        <w:rPr>
          <w:rFonts w:ascii="Times New Roman" w:hAnsi="Times New Roman" w:cs="Times New Roman"/>
          <w:b/>
          <w:lang w:eastAsia="ru-RU"/>
        </w:rPr>
        <w:t>:</w:t>
      </w:r>
    </w:p>
    <w:p w:rsidR="000736EB" w:rsidRPr="00574B32" w:rsidRDefault="000736EB" w:rsidP="000736E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ind w:left="-284" w:right="-144" w:firstLine="284"/>
        <w:rPr>
          <w:rFonts w:ascii="Times New Roman" w:hAnsi="Times New Roman" w:cs="Times New Roman"/>
          <w:b/>
          <w:shd w:val="clear" w:color="auto" w:fill="FFFFFF" w:themeFill="background1"/>
          <w:lang w:eastAsia="ru-RU"/>
        </w:rPr>
      </w:pPr>
      <w:proofErr w:type="spellStart"/>
      <w:r w:rsidRPr="00574B32">
        <w:rPr>
          <w:rFonts w:ascii="Times New Roman" w:hAnsi="Times New Roman" w:cs="Times New Roman"/>
          <w:b/>
          <w:lang w:eastAsia="ru-RU"/>
        </w:rPr>
        <w:t>Primarul</w:t>
      </w:r>
      <w:proofErr w:type="spellEnd"/>
      <w:r w:rsidRPr="00574B32">
        <w:rPr>
          <w:rFonts w:ascii="Times New Roman" w:hAnsi="Times New Roman" w:cs="Times New Roman"/>
          <w:b/>
          <w:lang w:eastAsia="ru-RU"/>
        </w:rPr>
        <w:t xml:space="preserve"> </w:t>
      </w:r>
      <w:r w:rsidRPr="00574B32">
        <w:rPr>
          <w:rFonts w:ascii="Times New Roman" w:hAnsi="Times New Roman" w:cs="Times New Roman"/>
          <w:b/>
        </w:rPr>
        <w:t xml:space="preserve">s. </w:t>
      </w:r>
      <w:proofErr w:type="spellStart"/>
      <w:r w:rsidRPr="00574B32">
        <w:rPr>
          <w:rFonts w:ascii="Times New Roman" w:hAnsi="Times New Roman" w:cs="Times New Roman"/>
          <w:b/>
        </w:rPr>
        <w:t>Bursuc</w:t>
      </w:r>
      <w:proofErr w:type="spellEnd"/>
      <w:r w:rsidRPr="00574B32">
        <w:rPr>
          <w:rFonts w:ascii="Times New Roman" w:hAnsi="Times New Roman" w:cs="Times New Roman"/>
          <w:b/>
          <w:lang w:eastAsia="ru-RU"/>
        </w:rPr>
        <w:t xml:space="preserve">, Victor RUSU                                           </w:t>
      </w:r>
      <w:r w:rsidRPr="00574B32">
        <w:rPr>
          <w:rFonts w:ascii="Times New Roman" w:hAnsi="Times New Roman" w:cs="Times New Roman"/>
          <w:b/>
          <w:shd w:val="clear" w:color="auto" w:fill="FFFFFF" w:themeFill="background1"/>
          <w:lang w:eastAsia="ru-RU"/>
        </w:rPr>
        <w:t xml:space="preserve">_______________________  </w:t>
      </w:r>
    </w:p>
    <w:p w:rsidR="000736EB" w:rsidRPr="000736EB" w:rsidRDefault="000736EB" w:rsidP="000736EB">
      <w:pPr>
        <w:ind w:left="426" w:firstLine="283"/>
        <w:rPr>
          <w:rFonts w:ascii="Times New Roman" w:hAnsi="Times New Roman" w:cs="Times New Roman"/>
          <w:sz w:val="24"/>
        </w:rPr>
      </w:pPr>
    </w:p>
    <w:sectPr w:rsidR="000736EB" w:rsidRPr="000736EB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ËÎÌå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·s²Ó©úÅé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0FD04BD5"/>
    <w:multiLevelType w:val="hybridMultilevel"/>
    <w:tmpl w:val="C1E297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E724BB"/>
    <w:multiLevelType w:val="hybridMultilevel"/>
    <w:tmpl w:val="92BCB63A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39246508"/>
    <w:multiLevelType w:val="hybridMultilevel"/>
    <w:tmpl w:val="60A4C9DE"/>
    <w:lvl w:ilvl="0" w:tplc="913E614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  <w:num w:numId="11">
    <w:abstractNumId w:val="11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0736EB"/>
    <w:rsid w:val="0015074B"/>
    <w:rsid w:val="0029639D"/>
    <w:rsid w:val="00326F90"/>
    <w:rsid w:val="00544404"/>
    <w:rsid w:val="008101C1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Grigliatabella2">
    <w:name w:val="Griglia tabella2"/>
    <w:basedOn w:val="TableNormal"/>
    <w:next w:val="TableGrid"/>
    <w:uiPriority w:val="39"/>
    <w:rsid w:val="000736EB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736EB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eastAsia="zh-CN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0736E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Grigliatabella2">
    <w:name w:val="Griglia tabella2"/>
    <w:basedOn w:val="TableNormal"/>
    <w:next w:val="TableGrid"/>
    <w:uiPriority w:val="39"/>
    <w:rsid w:val="000736EB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736EB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eastAsia="zh-CN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0736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951B36E-F5ED-45E9-9D61-8D88F9A44B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1639</Words>
  <Characters>9346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10964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Utilizator</cp:lastModifiedBy>
  <cp:revision>2</cp:revision>
  <dcterms:created xsi:type="dcterms:W3CDTF">2026-06-09T08:50:00Z</dcterms:created>
  <dcterms:modified xsi:type="dcterms:W3CDTF">2026-06-09T08:50:00Z</dcterms:modified>
</cp:coreProperties>
</file>