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2270F" w:rsidRPr="00A84BC5" w:rsidRDefault="00374C8A" w:rsidP="007F29ED">
      <w:pPr>
        <w:jc w:val="right"/>
        <w:rPr>
          <w:rFonts w:cs="Times New Roman"/>
          <w:sz w:val="22"/>
        </w:rPr>
      </w:pPr>
      <w:proofErr w:type="spellStart"/>
      <w:r w:rsidRPr="00A84BC5">
        <w:rPr>
          <w:rFonts w:cs="Times New Roman"/>
          <w:sz w:val="22"/>
        </w:rPr>
        <w:t>Anexa</w:t>
      </w:r>
      <w:proofErr w:type="spellEnd"/>
      <w:r w:rsidRPr="00A84BC5">
        <w:rPr>
          <w:rFonts w:cs="Times New Roman"/>
          <w:sz w:val="22"/>
        </w:rPr>
        <w:t xml:space="preserve"> nr. 2</w:t>
      </w:r>
      <w:r w:rsidRPr="00A84BC5">
        <w:rPr>
          <w:rFonts w:cs="Times New Roman"/>
          <w:sz w:val="22"/>
        </w:rPr>
        <w:br/>
        <w:t xml:space="preserve">la </w:t>
      </w:r>
      <w:proofErr w:type="spellStart"/>
      <w:r w:rsidRPr="00A84BC5">
        <w:rPr>
          <w:rFonts w:cs="Times New Roman"/>
          <w:sz w:val="22"/>
        </w:rPr>
        <w:t>Documentația</w:t>
      </w:r>
      <w:proofErr w:type="spellEnd"/>
      <w:r w:rsidRPr="00A84BC5">
        <w:rPr>
          <w:rFonts w:cs="Times New Roman"/>
          <w:sz w:val="22"/>
        </w:rPr>
        <w:t xml:space="preserve"> standard nr. 69</w:t>
      </w:r>
      <w:r w:rsidRPr="00A84BC5">
        <w:rPr>
          <w:rFonts w:cs="Times New Roman"/>
          <w:sz w:val="22"/>
        </w:rPr>
        <w:br/>
        <w:t xml:space="preserve">din 7 </w:t>
      </w:r>
      <w:proofErr w:type="spellStart"/>
      <w:r w:rsidRPr="00A84BC5">
        <w:rPr>
          <w:rFonts w:cs="Times New Roman"/>
          <w:sz w:val="22"/>
        </w:rPr>
        <w:t>mai</w:t>
      </w:r>
      <w:proofErr w:type="spellEnd"/>
      <w:r w:rsidRPr="00A84BC5">
        <w:rPr>
          <w:rFonts w:cs="Times New Roman"/>
          <w:sz w:val="22"/>
        </w:rPr>
        <w:t xml:space="preserve"> 2021</w:t>
      </w:r>
    </w:p>
    <w:p w:rsidR="000B6594" w:rsidRPr="00A84BC5" w:rsidRDefault="000B6594" w:rsidP="00531B9B">
      <w:pPr>
        <w:rPr>
          <w:rFonts w:cs="Times New Roman"/>
          <w:b/>
          <w:sz w:val="22"/>
        </w:rPr>
      </w:pPr>
    </w:p>
    <w:p w:rsidR="0022270F" w:rsidRPr="00A84BC5" w:rsidRDefault="00374C8A" w:rsidP="00E17C54">
      <w:pPr>
        <w:jc w:val="center"/>
        <w:rPr>
          <w:rFonts w:cs="Times New Roman"/>
          <w:sz w:val="22"/>
        </w:rPr>
      </w:pPr>
      <w:r w:rsidRPr="00A84BC5">
        <w:rPr>
          <w:rFonts w:cs="Times New Roman"/>
          <w:b/>
          <w:sz w:val="22"/>
        </w:rPr>
        <w:t>ANUNȚ DE PARTICIPARE, INCLUSIV PENTRU PROCEDURILE DEPRESELECȚIE/PROCEDURILE NEGOCIATE</w:t>
      </w:r>
    </w:p>
    <w:p w:rsidR="0022270F" w:rsidRPr="00A84BC5" w:rsidRDefault="00374C8A" w:rsidP="00531B9B">
      <w:pPr>
        <w:rPr>
          <w:rFonts w:cs="Times New Roman"/>
          <w:sz w:val="22"/>
        </w:rPr>
      </w:pPr>
      <w:r w:rsidRPr="00A84BC5">
        <w:rPr>
          <w:rFonts w:cs="Times New Roman"/>
          <w:sz w:val="22"/>
        </w:rPr>
        <w:t>privind achiziționarea Servicii de actualizare și securitate FortiGuard cu suportul producătorului pentru echipamentele de rețea Fortinet</w:t>
      </w:r>
    </w:p>
    <w:p w:rsidR="00803D8D" w:rsidRPr="00A84BC5" w:rsidRDefault="00374C8A" w:rsidP="00531B9B">
      <w:pPr>
        <w:rPr>
          <w:rFonts w:cs="Times New Roman"/>
          <w:b/>
          <w:sz w:val="22"/>
          <w:lang w:val="ro-RO"/>
        </w:rPr>
      </w:pPr>
      <w:proofErr w:type="spellStart"/>
      <w:r w:rsidRPr="00A84BC5">
        <w:rPr>
          <w:rFonts w:cs="Times New Roman"/>
          <w:sz w:val="22"/>
        </w:rPr>
        <w:t>prin</w:t>
      </w:r>
      <w:proofErr w:type="spellEnd"/>
      <w:r w:rsidRPr="00A84BC5">
        <w:rPr>
          <w:rFonts w:cs="Times New Roman"/>
          <w:sz w:val="22"/>
        </w:rPr>
        <w:t xml:space="preserve"> </w:t>
      </w:r>
      <w:proofErr w:type="spellStart"/>
      <w:r w:rsidRPr="00A84BC5">
        <w:rPr>
          <w:rFonts w:cs="Times New Roman"/>
          <w:sz w:val="22"/>
        </w:rPr>
        <w:t>procedura</w:t>
      </w:r>
      <w:proofErr w:type="spellEnd"/>
      <w:r w:rsidRPr="00A84BC5">
        <w:rPr>
          <w:rFonts w:cs="Times New Roman"/>
          <w:sz w:val="22"/>
        </w:rPr>
        <w:t xml:space="preserve"> de </w:t>
      </w:r>
      <w:proofErr w:type="spellStart"/>
      <w:r w:rsidRPr="00A84BC5">
        <w:rPr>
          <w:rFonts w:cs="Times New Roman"/>
          <w:sz w:val="22"/>
        </w:rPr>
        <w:t>achiziție</w:t>
      </w:r>
      <w:proofErr w:type="spellEnd"/>
      <w:r w:rsidRPr="00A84BC5">
        <w:rPr>
          <w:rFonts w:cs="Times New Roman"/>
          <w:sz w:val="22"/>
        </w:rPr>
        <w:t xml:space="preserve">: </w:t>
      </w:r>
      <w:proofErr w:type="spellStart"/>
      <w:r w:rsidRPr="00A84BC5">
        <w:rPr>
          <w:rFonts w:cs="Times New Roman"/>
          <w:sz w:val="22"/>
        </w:rPr>
        <w:t>Valoare</w:t>
      </w:r>
      <w:proofErr w:type="spellEnd"/>
      <w:r w:rsidRPr="00A84BC5">
        <w:rPr>
          <w:rFonts w:cs="Times New Roman"/>
          <w:sz w:val="22"/>
        </w:rPr>
        <w:t xml:space="preserve"> </w:t>
      </w:r>
      <w:proofErr w:type="spellStart"/>
      <w:r w:rsidRPr="00A84BC5">
        <w:rPr>
          <w:rFonts w:cs="Times New Roman"/>
          <w:sz w:val="22"/>
        </w:rPr>
        <w:t>mică</w:t>
      </w:r>
      <w:proofErr w:type="spellEnd"/>
    </w:p>
    <w:p w:rsidR="0022270F" w:rsidRPr="00A84BC5" w:rsidRDefault="00374C8A" w:rsidP="00531B9B">
      <w:pPr>
        <w:rPr>
          <w:rFonts w:cs="Times New Roman"/>
          <w:sz w:val="22"/>
        </w:rPr>
      </w:pPr>
      <w:r w:rsidRPr="00A84BC5">
        <w:rPr>
          <w:rFonts w:cs="Times New Roman"/>
          <w:b/>
          <w:sz w:val="22"/>
        </w:rPr>
        <w:t>*</w:t>
      </w:r>
      <w:proofErr w:type="spellStart"/>
      <w:r w:rsidRPr="00A84BC5">
        <w:rPr>
          <w:rFonts w:cs="Times New Roman"/>
          <w:b/>
          <w:sz w:val="22"/>
        </w:rPr>
        <w:t>Procedura</w:t>
      </w:r>
      <w:proofErr w:type="spellEnd"/>
      <w:r w:rsidRPr="00A84BC5">
        <w:rPr>
          <w:rFonts w:cs="Times New Roman"/>
          <w:b/>
          <w:sz w:val="22"/>
        </w:rPr>
        <w:t xml:space="preserve"> a </w:t>
      </w:r>
      <w:proofErr w:type="spellStart"/>
      <w:r w:rsidRPr="00A84BC5">
        <w:rPr>
          <w:rFonts w:cs="Times New Roman"/>
          <w:b/>
          <w:sz w:val="22"/>
        </w:rPr>
        <w:t>fost</w:t>
      </w:r>
      <w:proofErr w:type="spellEnd"/>
      <w:r w:rsidRPr="00A84BC5">
        <w:rPr>
          <w:rFonts w:cs="Times New Roman"/>
          <w:b/>
          <w:sz w:val="22"/>
        </w:rPr>
        <w:t xml:space="preserve"> </w:t>
      </w:r>
      <w:proofErr w:type="spellStart"/>
      <w:r w:rsidRPr="00A84BC5">
        <w:rPr>
          <w:rFonts w:cs="Times New Roman"/>
          <w:b/>
          <w:sz w:val="22"/>
        </w:rPr>
        <w:t>inclusă</w:t>
      </w:r>
      <w:proofErr w:type="spellEnd"/>
      <w:r w:rsidRPr="00A84BC5">
        <w:rPr>
          <w:rFonts w:cs="Times New Roman"/>
          <w:b/>
          <w:sz w:val="22"/>
        </w:rPr>
        <w:t xml:space="preserve"> </w:t>
      </w:r>
      <w:proofErr w:type="spellStart"/>
      <w:r w:rsidRPr="00A84BC5">
        <w:rPr>
          <w:rFonts w:cs="Times New Roman"/>
          <w:b/>
          <w:sz w:val="22"/>
        </w:rPr>
        <w:t>în</w:t>
      </w:r>
      <w:proofErr w:type="spellEnd"/>
      <w:r w:rsidRPr="00A84BC5">
        <w:rPr>
          <w:rFonts w:cs="Times New Roman"/>
          <w:b/>
          <w:sz w:val="22"/>
        </w:rPr>
        <w:t xml:space="preserve"> </w:t>
      </w:r>
      <w:proofErr w:type="spellStart"/>
      <w:r w:rsidRPr="00A84BC5">
        <w:rPr>
          <w:rFonts w:cs="Times New Roman"/>
          <w:b/>
          <w:sz w:val="22"/>
        </w:rPr>
        <w:t>planul</w:t>
      </w:r>
      <w:proofErr w:type="spellEnd"/>
      <w:r w:rsidRPr="00A84BC5">
        <w:rPr>
          <w:rFonts w:cs="Times New Roman"/>
          <w:b/>
          <w:sz w:val="22"/>
        </w:rPr>
        <w:t xml:space="preserve"> de </w:t>
      </w:r>
      <w:proofErr w:type="spellStart"/>
      <w:r w:rsidRPr="00A84BC5">
        <w:rPr>
          <w:rFonts w:cs="Times New Roman"/>
          <w:b/>
          <w:sz w:val="22"/>
        </w:rPr>
        <w:t>achiziții</w:t>
      </w:r>
      <w:proofErr w:type="spellEnd"/>
      <w:r w:rsidRPr="00A84BC5">
        <w:rPr>
          <w:rFonts w:cs="Times New Roman"/>
          <w:b/>
          <w:sz w:val="22"/>
        </w:rPr>
        <w:t xml:space="preserve"> </w:t>
      </w:r>
      <w:proofErr w:type="spellStart"/>
      <w:r w:rsidRPr="00A84BC5">
        <w:rPr>
          <w:rFonts w:cs="Times New Roman"/>
          <w:b/>
          <w:sz w:val="22"/>
        </w:rPr>
        <w:t>publice</w:t>
      </w:r>
      <w:proofErr w:type="spellEnd"/>
      <w:r w:rsidRPr="00A84BC5">
        <w:rPr>
          <w:rFonts w:cs="Times New Roman"/>
          <w:b/>
          <w:sz w:val="22"/>
        </w:rPr>
        <w:t xml:space="preserve"> </w:t>
      </w:r>
      <w:proofErr w:type="gramStart"/>
      <w:r w:rsidRPr="00A84BC5">
        <w:rPr>
          <w:rFonts w:cs="Times New Roman"/>
          <w:b/>
          <w:sz w:val="22"/>
        </w:rPr>
        <w:t>a</w:t>
      </w:r>
      <w:proofErr w:type="gramEnd"/>
      <w:r w:rsidRPr="00A84BC5">
        <w:rPr>
          <w:rFonts w:cs="Times New Roman"/>
          <w:b/>
          <w:sz w:val="22"/>
        </w:rPr>
        <w:t xml:space="preserve"> </w:t>
      </w:r>
      <w:proofErr w:type="spellStart"/>
      <w:r w:rsidRPr="00A84BC5">
        <w:rPr>
          <w:rFonts w:cs="Times New Roman"/>
          <w:b/>
          <w:sz w:val="22"/>
        </w:rPr>
        <w:t>autorității</w:t>
      </w:r>
      <w:proofErr w:type="spellEnd"/>
      <w:r w:rsidRPr="00A84BC5">
        <w:rPr>
          <w:rFonts w:cs="Times New Roman"/>
          <w:b/>
          <w:sz w:val="22"/>
        </w:rPr>
        <w:t xml:space="preserve"> </w:t>
      </w:r>
      <w:proofErr w:type="spellStart"/>
      <w:r w:rsidRPr="00A84BC5">
        <w:rPr>
          <w:rFonts w:cs="Times New Roman"/>
          <w:b/>
          <w:sz w:val="22"/>
        </w:rPr>
        <w:t>contractante</w:t>
      </w:r>
      <w:proofErr w:type="spellEnd"/>
      <w:r w:rsidRPr="00A84BC5">
        <w:rPr>
          <w:rFonts w:cs="Times New Roman"/>
          <w:b/>
          <w:sz w:val="22"/>
        </w:rPr>
        <w:t xml:space="preserve"> (Da/Nu): </w:t>
      </w:r>
      <w:r w:rsidRPr="00A84BC5">
        <w:rPr>
          <w:rFonts w:cs="Times New Roman"/>
          <w:sz w:val="22"/>
        </w:rPr>
        <w:t>DA</w:t>
      </w:r>
    </w:p>
    <w:p w:rsidR="0022270F" w:rsidRPr="00A84BC5" w:rsidRDefault="00374C8A" w:rsidP="00531B9B">
      <w:pPr>
        <w:rPr>
          <w:rFonts w:cs="Times New Roman"/>
          <w:sz w:val="22"/>
        </w:rPr>
      </w:pPr>
      <w:r w:rsidRPr="00A84BC5">
        <w:rPr>
          <w:rFonts w:cs="Times New Roman"/>
          <w:b/>
          <w:sz w:val="22"/>
        </w:rPr>
        <w:t xml:space="preserve">Link-ul </w:t>
      </w:r>
      <w:proofErr w:type="spellStart"/>
      <w:r w:rsidRPr="00A84BC5">
        <w:rPr>
          <w:rFonts w:cs="Times New Roman"/>
          <w:b/>
          <w:sz w:val="22"/>
        </w:rPr>
        <w:t>către</w:t>
      </w:r>
      <w:proofErr w:type="spellEnd"/>
      <w:r w:rsidRPr="00A84BC5">
        <w:rPr>
          <w:rFonts w:cs="Times New Roman"/>
          <w:b/>
          <w:sz w:val="22"/>
        </w:rPr>
        <w:t xml:space="preserve"> </w:t>
      </w:r>
      <w:proofErr w:type="spellStart"/>
      <w:r w:rsidRPr="00A84BC5">
        <w:rPr>
          <w:rFonts w:cs="Times New Roman"/>
          <w:b/>
          <w:sz w:val="22"/>
        </w:rPr>
        <w:t>planul</w:t>
      </w:r>
      <w:proofErr w:type="spellEnd"/>
      <w:r w:rsidRPr="00A84BC5">
        <w:rPr>
          <w:rFonts w:cs="Times New Roman"/>
          <w:b/>
          <w:sz w:val="22"/>
        </w:rPr>
        <w:t xml:space="preserve"> de </w:t>
      </w:r>
      <w:proofErr w:type="spellStart"/>
      <w:r w:rsidRPr="00A84BC5">
        <w:rPr>
          <w:rFonts w:cs="Times New Roman"/>
          <w:b/>
          <w:sz w:val="22"/>
        </w:rPr>
        <w:t>achiziții</w:t>
      </w:r>
      <w:proofErr w:type="spellEnd"/>
      <w:r w:rsidRPr="00A84BC5">
        <w:rPr>
          <w:rFonts w:cs="Times New Roman"/>
          <w:b/>
          <w:sz w:val="22"/>
        </w:rPr>
        <w:t xml:space="preserve"> </w:t>
      </w:r>
      <w:proofErr w:type="spellStart"/>
      <w:r w:rsidRPr="00A84BC5">
        <w:rPr>
          <w:rFonts w:cs="Times New Roman"/>
          <w:b/>
          <w:sz w:val="22"/>
        </w:rPr>
        <w:t>publice</w:t>
      </w:r>
      <w:proofErr w:type="spellEnd"/>
      <w:r w:rsidRPr="00A84BC5">
        <w:rPr>
          <w:rFonts w:cs="Times New Roman"/>
          <w:b/>
          <w:sz w:val="22"/>
        </w:rPr>
        <w:t xml:space="preserve"> </w:t>
      </w:r>
      <w:proofErr w:type="spellStart"/>
      <w:r w:rsidRPr="00A84BC5">
        <w:rPr>
          <w:rFonts w:cs="Times New Roman"/>
          <w:b/>
          <w:sz w:val="22"/>
        </w:rPr>
        <w:t>publicat</w:t>
      </w:r>
      <w:proofErr w:type="spellEnd"/>
      <w:r w:rsidRPr="00A84BC5">
        <w:rPr>
          <w:rFonts w:cs="Times New Roman"/>
          <w:b/>
          <w:sz w:val="22"/>
        </w:rPr>
        <w:t xml:space="preserve">: </w:t>
      </w:r>
      <w:r w:rsidRPr="00A84BC5">
        <w:rPr>
          <w:rFonts w:cs="Times New Roman"/>
          <w:sz w:val="22"/>
        </w:rPr>
        <w:t>https://ansp.md/achizitii/</w:t>
      </w:r>
    </w:p>
    <w:p w:rsidR="0022270F" w:rsidRPr="00A84BC5" w:rsidRDefault="00374C8A" w:rsidP="00531B9B">
      <w:pPr>
        <w:rPr>
          <w:rFonts w:cs="Times New Roman"/>
          <w:sz w:val="22"/>
        </w:rPr>
      </w:pPr>
      <w:r w:rsidRPr="00A84BC5">
        <w:rPr>
          <w:rFonts w:cs="Times New Roman"/>
          <w:b/>
          <w:sz w:val="22"/>
        </w:rPr>
        <w:t xml:space="preserve">1. </w:t>
      </w:r>
      <w:proofErr w:type="spellStart"/>
      <w:r w:rsidRPr="00A84BC5">
        <w:rPr>
          <w:rFonts w:cs="Times New Roman"/>
          <w:b/>
          <w:sz w:val="22"/>
        </w:rPr>
        <w:t>Denumirea</w:t>
      </w:r>
      <w:proofErr w:type="spellEnd"/>
      <w:r w:rsidRPr="00A84BC5">
        <w:rPr>
          <w:rFonts w:cs="Times New Roman"/>
          <w:b/>
          <w:sz w:val="22"/>
        </w:rPr>
        <w:t xml:space="preserve"> </w:t>
      </w:r>
      <w:proofErr w:type="spellStart"/>
      <w:r w:rsidRPr="00A84BC5">
        <w:rPr>
          <w:rFonts w:cs="Times New Roman"/>
          <w:b/>
          <w:sz w:val="22"/>
        </w:rPr>
        <w:t>autorității</w:t>
      </w:r>
      <w:proofErr w:type="spellEnd"/>
      <w:r w:rsidRPr="00A84BC5">
        <w:rPr>
          <w:rFonts w:cs="Times New Roman"/>
          <w:b/>
          <w:sz w:val="22"/>
        </w:rPr>
        <w:t xml:space="preserve"> </w:t>
      </w:r>
      <w:proofErr w:type="spellStart"/>
      <w:r w:rsidRPr="00A84BC5">
        <w:rPr>
          <w:rFonts w:cs="Times New Roman"/>
          <w:b/>
          <w:sz w:val="22"/>
        </w:rPr>
        <w:t>contractante</w:t>
      </w:r>
      <w:proofErr w:type="spellEnd"/>
      <w:r w:rsidRPr="00A84BC5">
        <w:rPr>
          <w:rFonts w:cs="Times New Roman"/>
          <w:b/>
          <w:sz w:val="22"/>
        </w:rPr>
        <w:t xml:space="preserve">: </w:t>
      </w:r>
      <w:proofErr w:type="spellStart"/>
      <w:r w:rsidRPr="00A84BC5">
        <w:rPr>
          <w:rFonts w:cs="Times New Roman"/>
          <w:sz w:val="22"/>
        </w:rPr>
        <w:t>Agenția</w:t>
      </w:r>
      <w:proofErr w:type="spellEnd"/>
      <w:r w:rsidRPr="00A84BC5">
        <w:rPr>
          <w:rFonts w:cs="Times New Roman"/>
          <w:sz w:val="22"/>
        </w:rPr>
        <w:t xml:space="preserve"> </w:t>
      </w:r>
      <w:proofErr w:type="spellStart"/>
      <w:r w:rsidRPr="00A84BC5">
        <w:rPr>
          <w:rFonts w:cs="Times New Roman"/>
          <w:sz w:val="22"/>
        </w:rPr>
        <w:t>Națională</w:t>
      </w:r>
      <w:proofErr w:type="spellEnd"/>
      <w:r w:rsidRPr="00A84BC5">
        <w:rPr>
          <w:rFonts w:cs="Times New Roman"/>
          <w:sz w:val="22"/>
        </w:rPr>
        <w:t xml:space="preserve"> </w:t>
      </w:r>
      <w:proofErr w:type="spellStart"/>
      <w:r w:rsidRPr="00A84BC5">
        <w:rPr>
          <w:rFonts w:cs="Times New Roman"/>
          <w:sz w:val="22"/>
        </w:rPr>
        <w:t>pentru</w:t>
      </w:r>
      <w:proofErr w:type="spellEnd"/>
      <w:r w:rsidRPr="00A84BC5">
        <w:rPr>
          <w:rFonts w:cs="Times New Roman"/>
          <w:sz w:val="22"/>
        </w:rPr>
        <w:t xml:space="preserve"> </w:t>
      </w:r>
      <w:proofErr w:type="spellStart"/>
      <w:r w:rsidRPr="00A84BC5">
        <w:rPr>
          <w:rFonts w:cs="Times New Roman"/>
          <w:sz w:val="22"/>
        </w:rPr>
        <w:t>Sănătate</w:t>
      </w:r>
      <w:proofErr w:type="spellEnd"/>
      <w:r w:rsidRPr="00A84BC5">
        <w:rPr>
          <w:rFonts w:cs="Times New Roman"/>
          <w:sz w:val="22"/>
        </w:rPr>
        <w:t xml:space="preserve"> </w:t>
      </w:r>
      <w:proofErr w:type="spellStart"/>
      <w:r w:rsidRPr="00A84BC5">
        <w:rPr>
          <w:rFonts w:cs="Times New Roman"/>
          <w:sz w:val="22"/>
        </w:rPr>
        <w:t>Publică</w:t>
      </w:r>
      <w:proofErr w:type="spellEnd"/>
    </w:p>
    <w:p w:rsidR="0022270F" w:rsidRPr="00A84BC5" w:rsidRDefault="00374C8A" w:rsidP="00531B9B">
      <w:pPr>
        <w:rPr>
          <w:rFonts w:cs="Times New Roman"/>
          <w:sz w:val="22"/>
        </w:rPr>
      </w:pPr>
      <w:r w:rsidRPr="00A84BC5">
        <w:rPr>
          <w:rFonts w:cs="Times New Roman"/>
          <w:b/>
          <w:sz w:val="22"/>
        </w:rPr>
        <w:t xml:space="preserve">2. IDNO: </w:t>
      </w:r>
      <w:r w:rsidRPr="00A84BC5">
        <w:rPr>
          <w:rFonts w:cs="Times New Roman"/>
          <w:sz w:val="22"/>
        </w:rPr>
        <w:t>1018601000021</w:t>
      </w:r>
    </w:p>
    <w:p w:rsidR="0022270F" w:rsidRPr="00A84BC5" w:rsidRDefault="00374C8A" w:rsidP="00531B9B">
      <w:pPr>
        <w:rPr>
          <w:rFonts w:cs="Times New Roman"/>
          <w:sz w:val="22"/>
        </w:rPr>
      </w:pPr>
      <w:r w:rsidRPr="00A84BC5">
        <w:rPr>
          <w:rFonts w:cs="Times New Roman"/>
          <w:b/>
          <w:sz w:val="22"/>
        </w:rPr>
        <w:t xml:space="preserve">3. </w:t>
      </w:r>
      <w:proofErr w:type="spellStart"/>
      <w:r w:rsidRPr="00A84BC5">
        <w:rPr>
          <w:rFonts w:cs="Times New Roman"/>
          <w:b/>
          <w:sz w:val="22"/>
        </w:rPr>
        <w:t>Adresa</w:t>
      </w:r>
      <w:proofErr w:type="spellEnd"/>
      <w:r w:rsidRPr="00A84BC5">
        <w:rPr>
          <w:rFonts w:cs="Times New Roman"/>
          <w:b/>
          <w:sz w:val="22"/>
        </w:rPr>
        <w:t xml:space="preserve">: </w:t>
      </w:r>
      <w:proofErr w:type="spellStart"/>
      <w:r w:rsidRPr="00A84BC5">
        <w:rPr>
          <w:rFonts w:cs="Times New Roman"/>
          <w:sz w:val="22"/>
        </w:rPr>
        <w:t>mun</w:t>
      </w:r>
      <w:proofErr w:type="spellEnd"/>
      <w:r w:rsidRPr="00A84BC5">
        <w:rPr>
          <w:rFonts w:cs="Times New Roman"/>
          <w:sz w:val="22"/>
        </w:rPr>
        <w:t xml:space="preserve">. </w:t>
      </w:r>
      <w:proofErr w:type="spellStart"/>
      <w:r w:rsidRPr="00A84BC5">
        <w:rPr>
          <w:rFonts w:cs="Times New Roman"/>
          <w:sz w:val="22"/>
        </w:rPr>
        <w:t>Chișinău</w:t>
      </w:r>
      <w:proofErr w:type="spellEnd"/>
      <w:r w:rsidRPr="00A84BC5">
        <w:rPr>
          <w:rFonts w:cs="Times New Roman"/>
          <w:sz w:val="22"/>
        </w:rPr>
        <w:t xml:space="preserve">, str. </w:t>
      </w:r>
      <w:proofErr w:type="spellStart"/>
      <w:r w:rsidRPr="00A84BC5">
        <w:rPr>
          <w:rFonts w:cs="Times New Roman"/>
          <w:sz w:val="22"/>
        </w:rPr>
        <w:t>Gh</w:t>
      </w:r>
      <w:proofErr w:type="spellEnd"/>
      <w:r w:rsidRPr="00A84BC5">
        <w:rPr>
          <w:rFonts w:cs="Times New Roman"/>
          <w:sz w:val="22"/>
        </w:rPr>
        <w:t xml:space="preserve">. </w:t>
      </w:r>
      <w:proofErr w:type="spellStart"/>
      <w:r w:rsidRPr="00A84BC5">
        <w:rPr>
          <w:rFonts w:cs="Times New Roman"/>
          <w:sz w:val="22"/>
        </w:rPr>
        <w:t>Asachi</w:t>
      </w:r>
      <w:proofErr w:type="spellEnd"/>
      <w:r w:rsidRPr="00A84BC5">
        <w:rPr>
          <w:rFonts w:cs="Times New Roman"/>
          <w:sz w:val="22"/>
        </w:rPr>
        <w:t>, 67 A</w:t>
      </w:r>
    </w:p>
    <w:p w:rsidR="0022270F" w:rsidRPr="00A84BC5" w:rsidRDefault="00374C8A" w:rsidP="00531B9B">
      <w:pPr>
        <w:rPr>
          <w:rFonts w:cs="Times New Roman"/>
          <w:bCs/>
          <w:sz w:val="22"/>
        </w:rPr>
      </w:pPr>
      <w:r w:rsidRPr="00A84BC5">
        <w:rPr>
          <w:rFonts w:cs="Times New Roman"/>
          <w:b/>
          <w:sz w:val="22"/>
        </w:rPr>
        <w:t xml:space="preserve">4. </w:t>
      </w:r>
      <w:proofErr w:type="spellStart"/>
      <w:r w:rsidRPr="00A84BC5">
        <w:rPr>
          <w:rFonts w:cs="Times New Roman"/>
          <w:b/>
          <w:sz w:val="22"/>
        </w:rPr>
        <w:t>Numărul</w:t>
      </w:r>
      <w:proofErr w:type="spellEnd"/>
      <w:r w:rsidRPr="00A84BC5">
        <w:rPr>
          <w:rFonts w:cs="Times New Roman"/>
          <w:b/>
          <w:sz w:val="22"/>
        </w:rPr>
        <w:t xml:space="preserve"> de </w:t>
      </w:r>
      <w:proofErr w:type="spellStart"/>
      <w:r w:rsidRPr="00A84BC5">
        <w:rPr>
          <w:rFonts w:cs="Times New Roman"/>
          <w:b/>
          <w:sz w:val="22"/>
        </w:rPr>
        <w:t>telefon</w:t>
      </w:r>
      <w:proofErr w:type="spellEnd"/>
      <w:r w:rsidRPr="00A84BC5">
        <w:rPr>
          <w:rFonts w:cs="Times New Roman"/>
          <w:b/>
          <w:sz w:val="22"/>
        </w:rPr>
        <w:t xml:space="preserve">/fax: </w:t>
      </w:r>
      <w:r w:rsidR="008D1020" w:rsidRPr="00A84BC5">
        <w:rPr>
          <w:rFonts w:cs="Times New Roman"/>
          <w:bCs/>
          <w:sz w:val="22"/>
        </w:rPr>
        <w:t>067108593</w:t>
      </w:r>
    </w:p>
    <w:p w:rsidR="0022270F" w:rsidRPr="00A84BC5" w:rsidRDefault="00374C8A" w:rsidP="00531B9B">
      <w:pPr>
        <w:rPr>
          <w:rFonts w:cs="Times New Roman"/>
          <w:sz w:val="22"/>
        </w:rPr>
      </w:pPr>
      <w:r w:rsidRPr="00A84BC5">
        <w:rPr>
          <w:rFonts w:cs="Times New Roman"/>
          <w:b/>
          <w:sz w:val="22"/>
        </w:rPr>
        <w:t xml:space="preserve">5. </w:t>
      </w:r>
      <w:proofErr w:type="spellStart"/>
      <w:r w:rsidRPr="00A84BC5">
        <w:rPr>
          <w:rFonts w:cs="Times New Roman"/>
          <w:b/>
          <w:sz w:val="22"/>
        </w:rPr>
        <w:t>Adresa</w:t>
      </w:r>
      <w:proofErr w:type="spellEnd"/>
      <w:r w:rsidRPr="00A84BC5">
        <w:rPr>
          <w:rFonts w:cs="Times New Roman"/>
          <w:b/>
          <w:sz w:val="22"/>
        </w:rPr>
        <w:t xml:space="preserve"> de e-mail </w:t>
      </w:r>
      <w:proofErr w:type="spellStart"/>
      <w:r w:rsidRPr="00A84BC5">
        <w:rPr>
          <w:rFonts w:cs="Times New Roman"/>
          <w:b/>
          <w:sz w:val="22"/>
        </w:rPr>
        <w:t>și</w:t>
      </w:r>
      <w:proofErr w:type="spellEnd"/>
      <w:r w:rsidRPr="00A84BC5">
        <w:rPr>
          <w:rFonts w:cs="Times New Roman"/>
          <w:b/>
          <w:sz w:val="22"/>
        </w:rPr>
        <w:t xml:space="preserve"> </w:t>
      </w:r>
      <w:proofErr w:type="spellStart"/>
      <w:r w:rsidRPr="00A84BC5">
        <w:rPr>
          <w:rFonts w:cs="Times New Roman"/>
          <w:b/>
          <w:sz w:val="22"/>
        </w:rPr>
        <w:t>pagina</w:t>
      </w:r>
      <w:proofErr w:type="spellEnd"/>
      <w:r w:rsidRPr="00A84BC5">
        <w:rPr>
          <w:rFonts w:cs="Times New Roman"/>
          <w:b/>
          <w:sz w:val="22"/>
        </w:rPr>
        <w:t xml:space="preserve"> web </w:t>
      </w:r>
      <w:proofErr w:type="spellStart"/>
      <w:r w:rsidRPr="00A84BC5">
        <w:rPr>
          <w:rFonts w:cs="Times New Roman"/>
          <w:b/>
          <w:sz w:val="22"/>
        </w:rPr>
        <w:t>oficială</w:t>
      </w:r>
      <w:proofErr w:type="spellEnd"/>
      <w:r w:rsidRPr="00A84BC5">
        <w:rPr>
          <w:rFonts w:cs="Times New Roman"/>
          <w:b/>
          <w:sz w:val="22"/>
        </w:rPr>
        <w:t xml:space="preserve"> </w:t>
      </w:r>
      <w:proofErr w:type="gramStart"/>
      <w:r w:rsidRPr="00A84BC5">
        <w:rPr>
          <w:rFonts w:cs="Times New Roman"/>
          <w:b/>
          <w:sz w:val="22"/>
        </w:rPr>
        <w:t>a</w:t>
      </w:r>
      <w:proofErr w:type="gramEnd"/>
      <w:r w:rsidRPr="00A84BC5">
        <w:rPr>
          <w:rFonts w:cs="Times New Roman"/>
          <w:b/>
          <w:sz w:val="22"/>
        </w:rPr>
        <w:t xml:space="preserve"> </w:t>
      </w:r>
      <w:proofErr w:type="spellStart"/>
      <w:r w:rsidRPr="00A84BC5">
        <w:rPr>
          <w:rFonts w:cs="Times New Roman"/>
          <w:b/>
          <w:sz w:val="22"/>
        </w:rPr>
        <w:t>autorității</w:t>
      </w:r>
      <w:proofErr w:type="spellEnd"/>
      <w:r w:rsidRPr="00A84BC5">
        <w:rPr>
          <w:rFonts w:cs="Times New Roman"/>
          <w:b/>
          <w:sz w:val="22"/>
        </w:rPr>
        <w:t xml:space="preserve"> </w:t>
      </w:r>
      <w:proofErr w:type="spellStart"/>
      <w:r w:rsidRPr="00A84BC5">
        <w:rPr>
          <w:rFonts w:cs="Times New Roman"/>
          <w:b/>
          <w:sz w:val="22"/>
        </w:rPr>
        <w:t>contractante</w:t>
      </w:r>
      <w:proofErr w:type="spellEnd"/>
      <w:r w:rsidRPr="00A84BC5">
        <w:rPr>
          <w:rFonts w:cs="Times New Roman"/>
          <w:b/>
          <w:sz w:val="22"/>
        </w:rPr>
        <w:t xml:space="preserve">: </w:t>
      </w:r>
      <w:r w:rsidRPr="00A84BC5">
        <w:rPr>
          <w:rFonts w:cs="Times New Roman"/>
          <w:sz w:val="22"/>
        </w:rPr>
        <w:t>achizitii@ansp.gov.md; www.ansp.md</w:t>
      </w:r>
    </w:p>
    <w:p w:rsidR="0022270F" w:rsidRPr="00A84BC5" w:rsidRDefault="00374C8A" w:rsidP="00531B9B">
      <w:pPr>
        <w:rPr>
          <w:rFonts w:cs="Times New Roman"/>
          <w:sz w:val="22"/>
        </w:rPr>
      </w:pPr>
      <w:r w:rsidRPr="00A84BC5">
        <w:rPr>
          <w:rFonts w:cs="Times New Roman"/>
          <w:b/>
          <w:sz w:val="22"/>
        </w:rPr>
        <w:t xml:space="preserve">6. </w:t>
      </w:r>
      <w:proofErr w:type="spellStart"/>
      <w:r w:rsidRPr="00A84BC5">
        <w:rPr>
          <w:rFonts w:cs="Times New Roman"/>
          <w:b/>
          <w:sz w:val="22"/>
        </w:rPr>
        <w:t>Adresa</w:t>
      </w:r>
      <w:proofErr w:type="spellEnd"/>
      <w:r w:rsidRPr="00A84BC5">
        <w:rPr>
          <w:rFonts w:cs="Times New Roman"/>
          <w:b/>
          <w:sz w:val="22"/>
        </w:rPr>
        <w:t xml:space="preserve"> de e-mail </w:t>
      </w:r>
      <w:proofErr w:type="spellStart"/>
      <w:r w:rsidRPr="00A84BC5">
        <w:rPr>
          <w:rFonts w:cs="Times New Roman"/>
          <w:b/>
          <w:sz w:val="22"/>
        </w:rPr>
        <w:t>sau</w:t>
      </w:r>
      <w:proofErr w:type="spellEnd"/>
      <w:r w:rsidRPr="00A84BC5">
        <w:rPr>
          <w:rFonts w:cs="Times New Roman"/>
          <w:b/>
          <w:sz w:val="22"/>
        </w:rPr>
        <w:t xml:space="preserve"> </w:t>
      </w:r>
      <w:proofErr w:type="spellStart"/>
      <w:r w:rsidRPr="00A84BC5">
        <w:rPr>
          <w:rFonts w:cs="Times New Roman"/>
          <w:b/>
          <w:sz w:val="22"/>
        </w:rPr>
        <w:t>pagina</w:t>
      </w:r>
      <w:proofErr w:type="spellEnd"/>
      <w:r w:rsidRPr="00A84BC5">
        <w:rPr>
          <w:rFonts w:cs="Times New Roman"/>
          <w:b/>
          <w:sz w:val="22"/>
        </w:rPr>
        <w:t xml:space="preserve"> web </w:t>
      </w:r>
      <w:proofErr w:type="spellStart"/>
      <w:r w:rsidRPr="00A84BC5">
        <w:rPr>
          <w:rFonts w:cs="Times New Roman"/>
          <w:b/>
          <w:sz w:val="22"/>
        </w:rPr>
        <w:t>oficială</w:t>
      </w:r>
      <w:proofErr w:type="spellEnd"/>
      <w:r w:rsidRPr="00A84BC5">
        <w:rPr>
          <w:rFonts w:cs="Times New Roman"/>
          <w:b/>
          <w:sz w:val="22"/>
        </w:rPr>
        <w:t xml:space="preserve"> de la care se </w:t>
      </w:r>
      <w:proofErr w:type="spellStart"/>
      <w:r w:rsidRPr="00A84BC5">
        <w:rPr>
          <w:rFonts w:cs="Times New Roman"/>
          <w:b/>
          <w:sz w:val="22"/>
        </w:rPr>
        <w:t>va</w:t>
      </w:r>
      <w:proofErr w:type="spellEnd"/>
      <w:r w:rsidRPr="00A84BC5">
        <w:rPr>
          <w:rFonts w:cs="Times New Roman"/>
          <w:b/>
          <w:sz w:val="22"/>
        </w:rPr>
        <w:t xml:space="preserve"> </w:t>
      </w:r>
      <w:proofErr w:type="spellStart"/>
      <w:r w:rsidRPr="00A84BC5">
        <w:rPr>
          <w:rFonts w:cs="Times New Roman"/>
          <w:b/>
          <w:sz w:val="22"/>
        </w:rPr>
        <w:t>putea</w:t>
      </w:r>
      <w:proofErr w:type="spellEnd"/>
      <w:r w:rsidRPr="00A84BC5">
        <w:rPr>
          <w:rFonts w:cs="Times New Roman"/>
          <w:b/>
          <w:sz w:val="22"/>
        </w:rPr>
        <w:t xml:space="preserve"> </w:t>
      </w:r>
      <w:proofErr w:type="spellStart"/>
      <w:r w:rsidRPr="00A84BC5">
        <w:rPr>
          <w:rFonts w:cs="Times New Roman"/>
          <w:b/>
          <w:sz w:val="22"/>
        </w:rPr>
        <w:t>obține</w:t>
      </w:r>
      <w:proofErr w:type="spellEnd"/>
      <w:r w:rsidRPr="00A84BC5">
        <w:rPr>
          <w:rFonts w:cs="Times New Roman"/>
          <w:b/>
          <w:sz w:val="22"/>
        </w:rPr>
        <w:t xml:space="preserve"> </w:t>
      </w:r>
      <w:proofErr w:type="spellStart"/>
      <w:r w:rsidRPr="00A84BC5">
        <w:rPr>
          <w:rFonts w:cs="Times New Roman"/>
          <w:b/>
          <w:sz w:val="22"/>
        </w:rPr>
        <w:t>accesul</w:t>
      </w:r>
      <w:proofErr w:type="spellEnd"/>
      <w:r w:rsidRPr="00A84BC5">
        <w:rPr>
          <w:rFonts w:cs="Times New Roman"/>
          <w:b/>
          <w:sz w:val="22"/>
        </w:rPr>
        <w:t xml:space="preserve"> la </w:t>
      </w:r>
      <w:proofErr w:type="spellStart"/>
      <w:r w:rsidRPr="00A84BC5">
        <w:rPr>
          <w:rFonts w:cs="Times New Roman"/>
          <w:b/>
          <w:sz w:val="22"/>
        </w:rPr>
        <w:t>documentația</w:t>
      </w:r>
      <w:proofErr w:type="spellEnd"/>
      <w:r w:rsidRPr="00A84BC5">
        <w:rPr>
          <w:rFonts w:cs="Times New Roman"/>
          <w:b/>
          <w:sz w:val="22"/>
        </w:rPr>
        <w:t xml:space="preserve"> de </w:t>
      </w:r>
      <w:proofErr w:type="spellStart"/>
      <w:r w:rsidRPr="00A84BC5">
        <w:rPr>
          <w:rFonts w:cs="Times New Roman"/>
          <w:b/>
          <w:sz w:val="22"/>
        </w:rPr>
        <w:t>atribuire</w:t>
      </w:r>
      <w:proofErr w:type="spellEnd"/>
      <w:r w:rsidRPr="00A84BC5">
        <w:rPr>
          <w:rFonts w:cs="Times New Roman"/>
          <w:b/>
          <w:sz w:val="22"/>
        </w:rPr>
        <w:t xml:space="preserve">: </w:t>
      </w:r>
      <w:proofErr w:type="spellStart"/>
      <w:r w:rsidRPr="00A84BC5">
        <w:rPr>
          <w:rFonts w:cs="Times New Roman"/>
          <w:sz w:val="22"/>
        </w:rPr>
        <w:t>documentația</w:t>
      </w:r>
      <w:proofErr w:type="spellEnd"/>
      <w:r w:rsidRPr="00A84BC5">
        <w:rPr>
          <w:rFonts w:cs="Times New Roman"/>
          <w:sz w:val="22"/>
        </w:rPr>
        <w:t xml:space="preserve"> de </w:t>
      </w:r>
      <w:proofErr w:type="spellStart"/>
      <w:r w:rsidRPr="00A84BC5">
        <w:rPr>
          <w:rFonts w:cs="Times New Roman"/>
          <w:sz w:val="22"/>
        </w:rPr>
        <w:t>atribuire</w:t>
      </w:r>
      <w:proofErr w:type="spellEnd"/>
      <w:r w:rsidRPr="00A84BC5">
        <w:rPr>
          <w:rFonts w:cs="Times New Roman"/>
          <w:sz w:val="22"/>
        </w:rPr>
        <w:t xml:space="preserve"> </w:t>
      </w:r>
      <w:proofErr w:type="spellStart"/>
      <w:r w:rsidRPr="00A84BC5">
        <w:rPr>
          <w:rFonts w:cs="Times New Roman"/>
          <w:sz w:val="22"/>
        </w:rPr>
        <w:t>este</w:t>
      </w:r>
      <w:proofErr w:type="spellEnd"/>
      <w:r w:rsidRPr="00A84BC5">
        <w:rPr>
          <w:rFonts w:cs="Times New Roman"/>
          <w:sz w:val="22"/>
        </w:rPr>
        <w:t xml:space="preserve"> </w:t>
      </w:r>
      <w:proofErr w:type="spellStart"/>
      <w:r w:rsidRPr="00A84BC5">
        <w:rPr>
          <w:rFonts w:cs="Times New Roman"/>
          <w:sz w:val="22"/>
        </w:rPr>
        <w:t>anexată</w:t>
      </w:r>
      <w:proofErr w:type="spellEnd"/>
      <w:r w:rsidRPr="00A84BC5">
        <w:rPr>
          <w:rFonts w:cs="Times New Roman"/>
          <w:sz w:val="22"/>
        </w:rPr>
        <w:t xml:space="preserve"> </w:t>
      </w:r>
      <w:proofErr w:type="spellStart"/>
      <w:r w:rsidRPr="00A84BC5">
        <w:rPr>
          <w:rFonts w:cs="Times New Roman"/>
          <w:sz w:val="22"/>
        </w:rPr>
        <w:t>în</w:t>
      </w:r>
      <w:proofErr w:type="spellEnd"/>
      <w:r w:rsidRPr="00A84BC5">
        <w:rPr>
          <w:rFonts w:cs="Times New Roman"/>
          <w:sz w:val="22"/>
        </w:rPr>
        <w:t xml:space="preserve"> </w:t>
      </w:r>
      <w:proofErr w:type="spellStart"/>
      <w:r w:rsidRPr="00A84BC5">
        <w:rPr>
          <w:rFonts w:cs="Times New Roman"/>
          <w:sz w:val="22"/>
        </w:rPr>
        <w:t>cadrul</w:t>
      </w:r>
      <w:proofErr w:type="spellEnd"/>
      <w:r w:rsidRPr="00A84BC5">
        <w:rPr>
          <w:rFonts w:cs="Times New Roman"/>
          <w:sz w:val="22"/>
        </w:rPr>
        <w:t xml:space="preserve"> </w:t>
      </w:r>
      <w:proofErr w:type="spellStart"/>
      <w:r w:rsidRPr="00A84BC5">
        <w:rPr>
          <w:rFonts w:cs="Times New Roman"/>
          <w:sz w:val="22"/>
        </w:rPr>
        <w:t>procedurii</w:t>
      </w:r>
      <w:proofErr w:type="spellEnd"/>
      <w:r w:rsidRPr="00A84BC5">
        <w:rPr>
          <w:rFonts w:cs="Times New Roman"/>
          <w:sz w:val="22"/>
        </w:rPr>
        <w:t xml:space="preserve"> </w:t>
      </w:r>
      <w:proofErr w:type="spellStart"/>
      <w:r w:rsidRPr="00A84BC5">
        <w:rPr>
          <w:rFonts w:cs="Times New Roman"/>
          <w:sz w:val="22"/>
        </w:rPr>
        <w:t>în</w:t>
      </w:r>
      <w:proofErr w:type="spellEnd"/>
      <w:r w:rsidRPr="00A84BC5">
        <w:rPr>
          <w:rFonts w:cs="Times New Roman"/>
          <w:sz w:val="22"/>
        </w:rPr>
        <w:t xml:space="preserve"> SIA RSAP</w:t>
      </w:r>
    </w:p>
    <w:p w:rsidR="0022270F" w:rsidRPr="00A84BC5" w:rsidRDefault="00374C8A" w:rsidP="00531B9B">
      <w:pPr>
        <w:rPr>
          <w:rFonts w:cs="Times New Roman"/>
          <w:sz w:val="22"/>
        </w:rPr>
      </w:pPr>
      <w:r w:rsidRPr="00A84BC5">
        <w:rPr>
          <w:rFonts w:cs="Times New Roman"/>
          <w:b/>
          <w:sz w:val="22"/>
        </w:rPr>
        <w:t xml:space="preserve">7. </w:t>
      </w:r>
      <w:proofErr w:type="spellStart"/>
      <w:r w:rsidRPr="00A84BC5">
        <w:rPr>
          <w:rFonts w:cs="Times New Roman"/>
          <w:b/>
          <w:sz w:val="22"/>
        </w:rPr>
        <w:t>Tipul</w:t>
      </w:r>
      <w:proofErr w:type="spellEnd"/>
      <w:r w:rsidRPr="00A84BC5">
        <w:rPr>
          <w:rFonts w:cs="Times New Roman"/>
          <w:b/>
          <w:sz w:val="22"/>
        </w:rPr>
        <w:t xml:space="preserve"> </w:t>
      </w:r>
      <w:proofErr w:type="spellStart"/>
      <w:r w:rsidRPr="00A84BC5">
        <w:rPr>
          <w:rFonts w:cs="Times New Roman"/>
          <w:b/>
          <w:sz w:val="22"/>
        </w:rPr>
        <w:t>autorității</w:t>
      </w:r>
      <w:proofErr w:type="spellEnd"/>
      <w:r w:rsidRPr="00A84BC5">
        <w:rPr>
          <w:rFonts w:cs="Times New Roman"/>
          <w:b/>
          <w:sz w:val="22"/>
        </w:rPr>
        <w:t xml:space="preserve"> </w:t>
      </w:r>
      <w:proofErr w:type="spellStart"/>
      <w:r w:rsidRPr="00A84BC5">
        <w:rPr>
          <w:rFonts w:cs="Times New Roman"/>
          <w:b/>
          <w:sz w:val="22"/>
        </w:rPr>
        <w:t>contractante</w:t>
      </w:r>
      <w:proofErr w:type="spellEnd"/>
      <w:r w:rsidRPr="00A84BC5">
        <w:rPr>
          <w:rFonts w:cs="Times New Roman"/>
          <w:b/>
          <w:sz w:val="22"/>
        </w:rPr>
        <w:t xml:space="preserve"> </w:t>
      </w:r>
      <w:proofErr w:type="spellStart"/>
      <w:r w:rsidRPr="00A84BC5">
        <w:rPr>
          <w:rFonts w:cs="Times New Roman"/>
          <w:b/>
          <w:sz w:val="22"/>
        </w:rPr>
        <w:t>și</w:t>
      </w:r>
      <w:proofErr w:type="spellEnd"/>
      <w:r w:rsidRPr="00A84BC5">
        <w:rPr>
          <w:rFonts w:cs="Times New Roman"/>
          <w:b/>
          <w:sz w:val="22"/>
        </w:rPr>
        <w:t xml:space="preserve"> </w:t>
      </w:r>
      <w:proofErr w:type="spellStart"/>
      <w:r w:rsidRPr="00A84BC5">
        <w:rPr>
          <w:rFonts w:cs="Times New Roman"/>
          <w:b/>
          <w:sz w:val="22"/>
        </w:rPr>
        <w:t>obiectul</w:t>
      </w:r>
      <w:proofErr w:type="spellEnd"/>
      <w:r w:rsidRPr="00A84BC5">
        <w:rPr>
          <w:rFonts w:cs="Times New Roman"/>
          <w:b/>
          <w:sz w:val="22"/>
        </w:rPr>
        <w:t xml:space="preserve"> principal de </w:t>
      </w:r>
      <w:proofErr w:type="spellStart"/>
      <w:r w:rsidRPr="00A84BC5">
        <w:rPr>
          <w:rFonts w:cs="Times New Roman"/>
          <w:b/>
          <w:sz w:val="22"/>
        </w:rPr>
        <w:t>activitate</w:t>
      </w:r>
      <w:proofErr w:type="spellEnd"/>
      <w:r w:rsidRPr="00A84BC5">
        <w:rPr>
          <w:rFonts w:cs="Times New Roman"/>
          <w:b/>
          <w:sz w:val="22"/>
        </w:rPr>
        <w:t xml:space="preserve">: </w:t>
      </w:r>
      <w:proofErr w:type="spellStart"/>
      <w:r w:rsidRPr="00A84BC5">
        <w:rPr>
          <w:rFonts w:cs="Times New Roman"/>
          <w:sz w:val="22"/>
        </w:rPr>
        <w:t>Autoritate</w:t>
      </w:r>
      <w:proofErr w:type="spellEnd"/>
      <w:r w:rsidRPr="00A84BC5">
        <w:rPr>
          <w:rFonts w:cs="Times New Roman"/>
          <w:sz w:val="22"/>
        </w:rPr>
        <w:t xml:space="preserve"> </w:t>
      </w:r>
      <w:proofErr w:type="spellStart"/>
      <w:r w:rsidRPr="00A84BC5">
        <w:rPr>
          <w:rFonts w:cs="Times New Roman"/>
          <w:sz w:val="22"/>
        </w:rPr>
        <w:t>administrativă</w:t>
      </w:r>
      <w:proofErr w:type="spellEnd"/>
      <w:r w:rsidRPr="00A84BC5">
        <w:rPr>
          <w:rFonts w:cs="Times New Roman"/>
          <w:sz w:val="22"/>
        </w:rPr>
        <w:t xml:space="preserve"> </w:t>
      </w:r>
      <w:proofErr w:type="spellStart"/>
      <w:r w:rsidRPr="00A84BC5">
        <w:rPr>
          <w:rFonts w:cs="Times New Roman"/>
          <w:sz w:val="22"/>
        </w:rPr>
        <w:t>subordonată</w:t>
      </w:r>
      <w:proofErr w:type="spellEnd"/>
      <w:r w:rsidRPr="00A84BC5">
        <w:rPr>
          <w:rFonts w:cs="Times New Roman"/>
          <w:sz w:val="22"/>
        </w:rPr>
        <w:t xml:space="preserve"> </w:t>
      </w:r>
      <w:proofErr w:type="spellStart"/>
      <w:r w:rsidRPr="00A84BC5">
        <w:rPr>
          <w:rFonts w:cs="Times New Roman"/>
          <w:sz w:val="22"/>
        </w:rPr>
        <w:t>Ministerului</w:t>
      </w:r>
      <w:proofErr w:type="spellEnd"/>
      <w:r w:rsidRPr="00A84BC5">
        <w:rPr>
          <w:rFonts w:cs="Times New Roman"/>
          <w:sz w:val="22"/>
        </w:rPr>
        <w:t xml:space="preserve"> </w:t>
      </w:r>
      <w:proofErr w:type="spellStart"/>
      <w:r w:rsidRPr="00A84BC5">
        <w:rPr>
          <w:rFonts w:cs="Times New Roman"/>
          <w:sz w:val="22"/>
        </w:rPr>
        <w:t>Sănătății</w:t>
      </w:r>
      <w:proofErr w:type="spellEnd"/>
      <w:r w:rsidRPr="00A84BC5">
        <w:rPr>
          <w:rFonts w:cs="Times New Roman"/>
          <w:sz w:val="22"/>
        </w:rPr>
        <w:t xml:space="preserve"> al RM.</w:t>
      </w:r>
    </w:p>
    <w:p w:rsidR="0022270F" w:rsidRPr="00A84BC5" w:rsidRDefault="00374C8A" w:rsidP="00531B9B">
      <w:pPr>
        <w:rPr>
          <w:rFonts w:cs="Times New Roman"/>
          <w:b/>
          <w:sz w:val="22"/>
        </w:rPr>
      </w:pPr>
      <w:r w:rsidRPr="00A84BC5">
        <w:rPr>
          <w:rFonts w:cs="Times New Roman"/>
          <w:sz w:val="22"/>
        </w:rPr>
        <w:t>8. Agenția Națională pentru Sănătate Publică invită operatorii economici interesați, care îi pot satisface necesitățile, să participe la procedura de achiziție privind prestarea următoarelor servicii:</w:t>
      </w:r>
    </w:p>
    <w:p w:rsidR="000B6594" w:rsidRPr="00A84BC5" w:rsidRDefault="000B6594" w:rsidP="00531B9B">
      <w:pPr>
        <w:rPr>
          <w:rFonts w:cs="Times New Roman"/>
          <w:sz w:val="22"/>
        </w:rPr>
      </w:pPr>
    </w:p>
    <w:tbl>
      <w:tblPr>
        <w:tblW w:w="1005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1121"/>
        <w:gridCol w:w="1170"/>
        <w:gridCol w:w="2003"/>
        <w:gridCol w:w="1182"/>
        <w:gridCol w:w="1130"/>
        <w:gridCol w:w="1997"/>
        <w:gridCol w:w="1454"/>
      </w:tblGrid>
      <w:tr w:rsidR="00811206" w:rsidRPr="00A84BC5" w:rsidTr="00A84BC5">
        <w:trPr>
          <w:cantSplit/>
          <w:trHeight w:val="1716"/>
          <w:tblHeader/>
          <w:jc w:val="center"/>
        </w:trPr>
        <w:tc>
          <w:tcPr>
            <w:tcW w:w="1075" w:type="dxa"/>
            <w:shd w:val="clear" w:color="auto" w:fill="FFFFFF"/>
            <w:vAlign w:val="center"/>
          </w:tcPr>
          <w:p w:rsidR="00811206" w:rsidRPr="00A84BC5" w:rsidRDefault="00811206" w:rsidP="00531B9B">
            <w:pPr>
              <w:rPr>
                <w:rFonts w:cs="Times New Roman"/>
                <w:b/>
                <w:bCs/>
                <w:sz w:val="22"/>
              </w:rPr>
            </w:pPr>
            <w:r w:rsidRPr="00A84BC5">
              <w:rPr>
                <w:rFonts w:cs="Times New Roman"/>
                <w:bCs/>
                <w:sz w:val="22"/>
              </w:rPr>
              <w:t>Nr. d/o</w:t>
            </w:r>
          </w:p>
        </w:tc>
        <w:tc>
          <w:tcPr>
            <w:tcW w:w="1083" w:type="dxa"/>
            <w:shd w:val="clear" w:color="auto" w:fill="FFFFFF"/>
            <w:vAlign w:val="center"/>
          </w:tcPr>
          <w:p w:rsidR="00811206" w:rsidRPr="00A84BC5" w:rsidRDefault="00811206" w:rsidP="00531B9B">
            <w:pPr>
              <w:rPr>
                <w:rFonts w:cs="Times New Roman"/>
                <w:b/>
                <w:bCs/>
                <w:sz w:val="22"/>
              </w:rPr>
            </w:pPr>
            <w:r w:rsidRPr="00A84BC5">
              <w:rPr>
                <w:rFonts w:cs="Times New Roman"/>
                <w:bCs/>
                <w:sz w:val="22"/>
              </w:rPr>
              <w:t>Cod CPV</w:t>
            </w:r>
          </w:p>
        </w:tc>
        <w:tc>
          <w:tcPr>
            <w:tcW w:w="2007" w:type="dxa"/>
            <w:shd w:val="clear" w:color="auto" w:fill="FFFFFF"/>
            <w:vAlign w:val="center"/>
          </w:tcPr>
          <w:p w:rsidR="00811206" w:rsidRPr="00A84BC5" w:rsidRDefault="00811206" w:rsidP="00531B9B">
            <w:pPr>
              <w:rPr>
                <w:rFonts w:cs="Times New Roman"/>
                <w:b/>
                <w:bCs/>
                <w:sz w:val="22"/>
              </w:rPr>
            </w:pPr>
            <w:proofErr w:type="spellStart"/>
            <w:r w:rsidRPr="00A84BC5">
              <w:rPr>
                <w:rFonts w:cs="Times New Roman"/>
                <w:bCs/>
                <w:sz w:val="22"/>
              </w:rPr>
              <w:t>Denumirea</w:t>
            </w:r>
            <w:proofErr w:type="spellEnd"/>
            <w:r w:rsidRPr="00A84BC5">
              <w:rPr>
                <w:rFonts w:cs="Times New Roman"/>
                <w:bCs/>
                <w:sz w:val="22"/>
              </w:rPr>
              <w:t xml:space="preserve"> </w:t>
            </w:r>
            <w:proofErr w:type="spellStart"/>
            <w:r w:rsidRPr="00A84BC5">
              <w:rPr>
                <w:rFonts w:cs="Times New Roman"/>
                <w:bCs/>
                <w:sz w:val="22"/>
              </w:rPr>
              <w:t>bunurilor</w:t>
            </w:r>
            <w:proofErr w:type="spellEnd"/>
            <w:r w:rsidRPr="00A84BC5">
              <w:rPr>
                <w:rFonts w:cs="Times New Roman"/>
                <w:bCs/>
                <w:sz w:val="22"/>
              </w:rPr>
              <w:t>/</w:t>
            </w:r>
            <w:proofErr w:type="spellStart"/>
            <w:r w:rsidRPr="00A84BC5">
              <w:rPr>
                <w:rFonts w:cs="Times New Roman"/>
                <w:bCs/>
                <w:sz w:val="22"/>
              </w:rPr>
              <w:t>serviciilor</w:t>
            </w:r>
            <w:proofErr w:type="spellEnd"/>
            <w:r w:rsidRPr="00A84BC5">
              <w:rPr>
                <w:rFonts w:cs="Times New Roman"/>
                <w:bCs/>
                <w:sz w:val="22"/>
              </w:rPr>
              <w:t xml:space="preserve"> solicitate</w:t>
            </w:r>
          </w:p>
        </w:tc>
        <w:tc>
          <w:tcPr>
            <w:tcW w:w="1094" w:type="dxa"/>
            <w:shd w:val="clear" w:color="auto" w:fill="FFFFFF"/>
            <w:vAlign w:val="center"/>
          </w:tcPr>
          <w:p w:rsidR="00811206" w:rsidRPr="00A84BC5" w:rsidRDefault="00811206" w:rsidP="00531B9B">
            <w:pPr>
              <w:rPr>
                <w:rFonts w:cs="Times New Roman"/>
                <w:b/>
                <w:bCs/>
                <w:sz w:val="22"/>
              </w:rPr>
            </w:pPr>
            <w:proofErr w:type="spellStart"/>
            <w:r w:rsidRPr="00A84BC5">
              <w:rPr>
                <w:rFonts w:cs="Times New Roman"/>
                <w:bCs/>
                <w:sz w:val="22"/>
              </w:rPr>
              <w:t>Unitatea</w:t>
            </w:r>
            <w:proofErr w:type="spellEnd"/>
            <w:r w:rsidRPr="00A84BC5">
              <w:rPr>
                <w:rFonts w:cs="Times New Roman"/>
                <w:bCs/>
                <w:sz w:val="22"/>
              </w:rPr>
              <w:t xml:space="preserve"> de </w:t>
            </w:r>
            <w:proofErr w:type="spellStart"/>
            <w:r w:rsidRPr="00A84BC5">
              <w:rPr>
                <w:rFonts w:cs="Times New Roman"/>
                <w:bCs/>
                <w:sz w:val="22"/>
              </w:rPr>
              <w:t>măsură</w:t>
            </w:r>
            <w:proofErr w:type="spellEnd"/>
          </w:p>
        </w:tc>
        <w:tc>
          <w:tcPr>
            <w:tcW w:w="1135" w:type="dxa"/>
            <w:shd w:val="clear" w:color="auto" w:fill="FFFFFF"/>
            <w:vAlign w:val="center"/>
          </w:tcPr>
          <w:p w:rsidR="00811206" w:rsidRPr="00A84BC5" w:rsidRDefault="00811206" w:rsidP="00531B9B">
            <w:pPr>
              <w:rPr>
                <w:rFonts w:cs="Times New Roman"/>
                <w:b/>
                <w:bCs/>
                <w:sz w:val="22"/>
              </w:rPr>
            </w:pPr>
            <w:proofErr w:type="spellStart"/>
            <w:r w:rsidRPr="00A84BC5">
              <w:rPr>
                <w:rFonts w:cs="Times New Roman"/>
                <w:bCs/>
                <w:sz w:val="22"/>
              </w:rPr>
              <w:t>Cantitatea</w:t>
            </w:r>
            <w:proofErr w:type="spellEnd"/>
          </w:p>
        </w:tc>
        <w:tc>
          <w:tcPr>
            <w:tcW w:w="2105" w:type="dxa"/>
            <w:shd w:val="clear" w:color="auto" w:fill="FFFFFF"/>
            <w:vAlign w:val="center"/>
          </w:tcPr>
          <w:p w:rsidR="00811206" w:rsidRPr="00A84BC5" w:rsidRDefault="00811206" w:rsidP="00531B9B">
            <w:pPr>
              <w:rPr>
                <w:rFonts w:cs="Times New Roman"/>
                <w:b/>
                <w:bCs/>
                <w:sz w:val="22"/>
              </w:rPr>
            </w:pPr>
            <w:proofErr w:type="spellStart"/>
            <w:r w:rsidRPr="00A84BC5">
              <w:rPr>
                <w:rFonts w:cs="Times New Roman"/>
                <w:bCs/>
                <w:sz w:val="22"/>
              </w:rPr>
              <w:t>Specificarea</w:t>
            </w:r>
            <w:proofErr w:type="spellEnd"/>
            <w:r w:rsidRPr="00A84BC5">
              <w:rPr>
                <w:rFonts w:cs="Times New Roman"/>
                <w:bCs/>
                <w:sz w:val="22"/>
              </w:rPr>
              <w:t xml:space="preserve"> </w:t>
            </w:r>
            <w:proofErr w:type="spellStart"/>
            <w:r w:rsidRPr="00A84BC5">
              <w:rPr>
                <w:rFonts w:cs="Times New Roman"/>
                <w:bCs/>
                <w:sz w:val="22"/>
              </w:rPr>
              <w:t>tehnică</w:t>
            </w:r>
            <w:proofErr w:type="spellEnd"/>
            <w:r w:rsidRPr="00A84BC5">
              <w:rPr>
                <w:rFonts w:cs="Times New Roman"/>
                <w:bCs/>
                <w:sz w:val="22"/>
              </w:rPr>
              <w:t xml:space="preserve"> </w:t>
            </w:r>
            <w:proofErr w:type="spellStart"/>
            <w:r w:rsidRPr="00A84BC5">
              <w:rPr>
                <w:rFonts w:cs="Times New Roman"/>
                <w:bCs/>
                <w:sz w:val="22"/>
              </w:rPr>
              <w:t>deplină</w:t>
            </w:r>
            <w:proofErr w:type="spellEnd"/>
            <w:r w:rsidRPr="00A84BC5">
              <w:rPr>
                <w:rFonts w:cs="Times New Roman"/>
                <w:bCs/>
                <w:sz w:val="22"/>
              </w:rPr>
              <w:t xml:space="preserve"> </w:t>
            </w:r>
            <w:proofErr w:type="spellStart"/>
            <w:r w:rsidRPr="00A84BC5">
              <w:rPr>
                <w:rFonts w:cs="Times New Roman"/>
                <w:bCs/>
                <w:sz w:val="22"/>
              </w:rPr>
              <w:t>solicitată</w:t>
            </w:r>
            <w:proofErr w:type="spellEnd"/>
            <w:r w:rsidRPr="00A84BC5">
              <w:rPr>
                <w:rFonts w:cs="Times New Roman"/>
                <w:bCs/>
                <w:sz w:val="22"/>
              </w:rPr>
              <w:t xml:space="preserve">, </w:t>
            </w:r>
            <w:proofErr w:type="spellStart"/>
            <w:r w:rsidRPr="00A84BC5">
              <w:rPr>
                <w:rFonts w:cs="Times New Roman"/>
                <w:bCs/>
                <w:sz w:val="22"/>
              </w:rPr>
              <w:t>Standarde</w:t>
            </w:r>
            <w:proofErr w:type="spellEnd"/>
            <w:r w:rsidRPr="00A84BC5">
              <w:rPr>
                <w:rFonts w:cs="Times New Roman"/>
                <w:bCs/>
                <w:sz w:val="22"/>
              </w:rPr>
              <w:t xml:space="preserve"> de </w:t>
            </w:r>
            <w:proofErr w:type="spellStart"/>
            <w:r w:rsidRPr="00A84BC5">
              <w:rPr>
                <w:rFonts w:cs="Times New Roman"/>
                <w:bCs/>
                <w:sz w:val="22"/>
              </w:rPr>
              <w:t>referință</w:t>
            </w:r>
            <w:proofErr w:type="spellEnd"/>
          </w:p>
        </w:tc>
        <w:tc>
          <w:tcPr>
            <w:tcW w:w="1558" w:type="dxa"/>
            <w:shd w:val="clear" w:color="auto" w:fill="FFFFFF"/>
            <w:vAlign w:val="center"/>
          </w:tcPr>
          <w:p w:rsidR="00811206" w:rsidRPr="00A84BC5" w:rsidRDefault="00811206" w:rsidP="00531B9B">
            <w:pPr>
              <w:rPr>
                <w:rFonts w:cs="Times New Roman"/>
                <w:b/>
                <w:bCs/>
                <w:sz w:val="22"/>
              </w:rPr>
            </w:pPr>
            <w:proofErr w:type="spellStart"/>
            <w:r w:rsidRPr="00A84BC5">
              <w:rPr>
                <w:rFonts w:cs="Times New Roman"/>
                <w:bCs/>
                <w:sz w:val="22"/>
              </w:rPr>
              <w:t>Valoarea</w:t>
            </w:r>
            <w:proofErr w:type="spellEnd"/>
            <w:r w:rsidRPr="00A84BC5">
              <w:rPr>
                <w:rFonts w:cs="Times New Roman"/>
                <w:bCs/>
                <w:sz w:val="22"/>
              </w:rPr>
              <w:t xml:space="preserve"> </w:t>
            </w:r>
            <w:proofErr w:type="spellStart"/>
            <w:r w:rsidRPr="00A84BC5">
              <w:rPr>
                <w:rFonts w:cs="Times New Roman"/>
                <w:bCs/>
                <w:sz w:val="22"/>
              </w:rPr>
              <w:t>estimată</w:t>
            </w:r>
            <w:proofErr w:type="spellEnd"/>
            <w:r w:rsidRPr="00A84BC5">
              <w:rPr>
                <w:rFonts w:cs="Times New Roman"/>
                <w:bCs/>
                <w:sz w:val="22"/>
              </w:rPr>
              <w:t xml:space="preserve"> (se </w:t>
            </w:r>
            <w:proofErr w:type="spellStart"/>
            <w:r w:rsidRPr="00A84BC5">
              <w:rPr>
                <w:rFonts w:cs="Times New Roman"/>
                <w:bCs/>
                <w:sz w:val="22"/>
              </w:rPr>
              <w:t>va</w:t>
            </w:r>
            <w:proofErr w:type="spellEnd"/>
            <w:r w:rsidRPr="00A84BC5">
              <w:rPr>
                <w:rFonts w:cs="Times New Roman"/>
                <w:bCs/>
                <w:sz w:val="22"/>
              </w:rPr>
              <w:t xml:space="preserve"> </w:t>
            </w:r>
            <w:proofErr w:type="spellStart"/>
            <w:r w:rsidRPr="00A84BC5">
              <w:rPr>
                <w:rFonts w:cs="Times New Roman"/>
                <w:bCs/>
                <w:sz w:val="22"/>
              </w:rPr>
              <w:t>indica</w:t>
            </w:r>
            <w:proofErr w:type="spellEnd"/>
            <w:r w:rsidRPr="00A84BC5">
              <w:rPr>
                <w:rFonts w:cs="Times New Roman"/>
                <w:bCs/>
                <w:sz w:val="22"/>
              </w:rPr>
              <w:t xml:space="preserve"> </w:t>
            </w:r>
            <w:proofErr w:type="spellStart"/>
            <w:r w:rsidRPr="00A84BC5">
              <w:rPr>
                <w:rFonts w:cs="Times New Roman"/>
                <w:bCs/>
                <w:sz w:val="22"/>
              </w:rPr>
              <w:t>pentru</w:t>
            </w:r>
            <w:proofErr w:type="spellEnd"/>
            <w:r w:rsidRPr="00A84BC5">
              <w:rPr>
                <w:rFonts w:cs="Times New Roman"/>
                <w:bCs/>
                <w:sz w:val="22"/>
              </w:rPr>
              <w:t xml:space="preserve"> </w:t>
            </w:r>
            <w:proofErr w:type="spellStart"/>
            <w:r w:rsidRPr="00A84BC5">
              <w:rPr>
                <w:rFonts w:cs="Times New Roman"/>
                <w:bCs/>
                <w:sz w:val="22"/>
              </w:rPr>
              <w:t>fiecare</w:t>
            </w:r>
            <w:proofErr w:type="spellEnd"/>
            <w:r w:rsidRPr="00A84BC5">
              <w:rPr>
                <w:rFonts w:cs="Times New Roman"/>
                <w:bCs/>
                <w:sz w:val="22"/>
              </w:rPr>
              <w:t xml:space="preserve"> lot </w:t>
            </w:r>
            <w:proofErr w:type="spellStart"/>
            <w:r w:rsidRPr="00A84BC5">
              <w:rPr>
                <w:rFonts w:cs="Times New Roman"/>
                <w:bCs/>
                <w:sz w:val="22"/>
              </w:rPr>
              <w:t>în</w:t>
            </w:r>
            <w:proofErr w:type="spellEnd"/>
            <w:r w:rsidRPr="00A84BC5">
              <w:rPr>
                <w:rFonts w:cs="Times New Roman"/>
                <w:bCs/>
                <w:sz w:val="22"/>
              </w:rPr>
              <w:t xml:space="preserve"> </w:t>
            </w:r>
            <w:proofErr w:type="spellStart"/>
            <w:r w:rsidRPr="00A84BC5">
              <w:rPr>
                <w:rFonts w:cs="Times New Roman"/>
                <w:bCs/>
                <w:sz w:val="22"/>
              </w:rPr>
              <w:t>parte</w:t>
            </w:r>
            <w:proofErr w:type="spellEnd"/>
            <w:r w:rsidRPr="00A84BC5">
              <w:rPr>
                <w:rFonts w:cs="Times New Roman"/>
                <w:bCs/>
                <w:sz w:val="22"/>
              </w:rPr>
              <w:t>)</w:t>
            </w:r>
          </w:p>
        </w:tc>
      </w:tr>
      <w:tr w:rsidR="0098480E" w:rsidRPr="00A84BC5" w:rsidTr="00A84BC5">
        <w:trPr>
          <w:cantSplit/>
          <w:jc w:val="center"/>
        </w:trPr>
        <w:tc>
          <w:tcPr>
            <w:tcW w:w="1075" w:type="dxa"/>
            <w:vAlign w:val="center"/>
          </w:tcPr>
          <w:p w:rsidR="00C70DF0" w:rsidRPr="00A84BC5" w:rsidRDefault="00A84BC5">
            <w:pPr>
              <w:rPr>
                <w:rFonts w:cs="Times New Roman"/>
                <w:sz w:val="22"/>
              </w:rPr>
            </w:pPr>
            <w:r w:rsidRPr="00A84BC5">
              <w:rPr>
                <w:rFonts w:cs="Times New Roman"/>
                <w:sz w:val="22"/>
              </w:rPr>
              <w:t>Lotul 1</w:t>
            </w:r>
          </w:p>
        </w:tc>
        <w:tc>
          <w:tcPr>
            <w:tcW w:w="1083" w:type="dxa"/>
            <w:vAlign w:val="center"/>
          </w:tcPr>
          <w:p w:rsidR="00C70DF0" w:rsidRPr="00A84BC5" w:rsidRDefault="00A84BC5">
            <w:pPr>
              <w:rPr>
                <w:rFonts w:cs="Times New Roman"/>
                <w:sz w:val="22"/>
              </w:rPr>
            </w:pPr>
            <w:r w:rsidRPr="00A84BC5">
              <w:rPr>
                <w:rFonts w:cs="Times New Roman"/>
                <w:sz w:val="22"/>
              </w:rPr>
              <w:t>72261000-2</w:t>
            </w:r>
          </w:p>
        </w:tc>
        <w:tc>
          <w:tcPr>
            <w:tcW w:w="2007" w:type="dxa"/>
            <w:vAlign w:val="center"/>
          </w:tcPr>
          <w:p w:rsidR="00C70DF0" w:rsidRPr="00A84BC5" w:rsidRDefault="00A84BC5">
            <w:pPr>
              <w:rPr>
                <w:rFonts w:cs="Times New Roman"/>
                <w:sz w:val="22"/>
              </w:rPr>
            </w:pPr>
            <w:r w:rsidRPr="00A84BC5">
              <w:rPr>
                <w:rFonts w:cs="Times New Roman"/>
                <w:sz w:val="22"/>
              </w:rPr>
              <w:t>Servicii de actualizare și securitate FortiGuard cu suportul producătorului pentru echipamentele de rețea Fortinet</w:t>
            </w:r>
          </w:p>
        </w:tc>
        <w:tc>
          <w:tcPr>
            <w:tcW w:w="1094" w:type="dxa"/>
            <w:vAlign w:val="center"/>
          </w:tcPr>
          <w:p w:rsidR="00C70DF0" w:rsidRPr="00A84BC5" w:rsidRDefault="00A84BC5">
            <w:pPr>
              <w:rPr>
                <w:rFonts w:cs="Times New Roman"/>
                <w:sz w:val="22"/>
              </w:rPr>
            </w:pPr>
            <w:r w:rsidRPr="00A84BC5">
              <w:rPr>
                <w:rFonts w:cs="Times New Roman"/>
                <w:sz w:val="22"/>
              </w:rPr>
              <w:t>serviciu / abonament</w:t>
            </w:r>
          </w:p>
        </w:tc>
        <w:tc>
          <w:tcPr>
            <w:tcW w:w="1135" w:type="dxa"/>
            <w:vAlign w:val="center"/>
          </w:tcPr>
          <w:p w:rsidR="00C70DF0" w:rsidRPr="00A84BC5" w:rsidRDefault="00A84BC5">
            <w:pPr>
              <w:rPr>
                <w:rFonts w:cs="Times New Roman"/>
                <w:sz w:val="22"/>
              </w:rPr>
            </w:pPr>
            <w:r w:rsidRPr="00A84BC5">
              <w:rPr>
                <w:rFonts w:cs="Times New Roman"/>
                <w:sz w:val="22"/>
              </w:rPr>
              <w:t>1</w:t>
            </w:r>
          </w:p>
        </w:tc>
        <w:tc>
          <w:tcPr>
            <w:tcW w:w="2105" w:type="dxa"/>
            <w:vAlign w:val="center"/>
          </w:tcPr>
          <w:p w:rsidR="00C70DF0" w:rsidRPr="00A84BC5" w:rsidRDefault="00A84BC5">
            <w:pPr>
              <w:rPr>
                <w:rFonts w:cs="Times New Roman"/>
                <w:sz w:val="22"/>
              </w:rPr>
            </w:pPr>
            <w:r w:rsidRPr="00A84BC5">
              <w:rPr>
                <w:rFonts w:cs="Times New Roman"/>
                <w:sz w:val="22"/>
              </w:rPr>
              <w:t>Conform Caietului de sarcini anexat. Reînnoirea serviciilor FortiGuard și FortiCare pentru echipamentele Fortinet existente ale ANSP, pentru 12 luni, cu activare prin canalele oficiale ale producătorului și compatibilitate integrală cu echipamentele existente.</w:t>
            </w:r>
          </w:p>
        </w:tc>
        <w:tc>
          <w:tcPr>
            <w:tcW w:w="1558" w:type="dxa"/>
            <w:vAlign w:val="center"/>
          </w:tcPr>
          <w:p w:rsidR="00C70DF0" w:rsidRPr="00A84BC5" w:rsidRDefault="00A84BC5">
            <w:pPr>
              <w:rPr>
                <w:rFonts w:cs="Times New Roman"/>
                <w:sz w:val="22"/>
              </w:rPr>
            </w:pPr>
            <w:r w:rsidRPr="00A84BC5">
              <w:rPr>
                <w:rFonts w:cs="Times New Roman"/>
                <w:sz w:val="22"/>
              </w:rPr>
              <w:t>159 200,00 MDL fără TVA</w:t>
            </w:r>
          </w:p>
        </w:tc>
      </w:tr>
      <w:tr w:rsidR="0098480E" w:rsidRPr="00A84BC5" w:rsidTr="00A84BC5">
        <w:trPr>
          <w:cantSplit/>
          <w:jc w:val="center"/>
        </w:trPr>
        <w:tc>
          <w:tcPr>
            <w:tcW w:w="1075" w:type="dxa"/>
            <w:vAlign w:val="center"/>
          </w:tcPr>
          <w:p w:rsidR="00C70DF0" w:rsidRPr="00A84BC5" w:rsidRDefault="00A84BC5">
            <w:pPr>
              <w:rPr>
                <w:rFonts w:cs="Times New Roman"/>
                <w:sz w:val="22"/>
              </w:rPr>
            </w:pPr>
            <w:proofErr w:type="spellStart"/>
            <w:r w:rsidRPr="00A84BC5">
              <w:rPr>
                <w:rFonts w:cs="Times New Roman"/>
                <w:sz w:val="22"/>
              </w:rPr>
              <w:t>Valoarea</w:t>
            </w:r>
            <w:proofErr w:type="spellEnd"/>
            <w:r w:rsidRPr="00A84BC5">
              <w:rPr>
                <w:rFonts w:cs="Times New Roman"/>
                <w:sz w:val="22"/>
              </w:rPr>
              <w:t xml:space="preserve"> </w:t>
            </w:r>
            <w:proofErr w:type="spellStart"/>
            <w:r w:rsidRPr="00A84BC5">
              <w:rPr>
                <w:rFonts w:cs="Times New Roman"/>
                <w:sz w:val="22"/>
              </w:rPr>
              <w:t>estimativă</w:t>
            </w:r>
            <w:proofErr w:type="spellEnd"/>
            <w:r w:rsidRPr="00A84BC5">
              <w:rPr>
                <w:rFonts w:cs="Times New Roman"/>
                <w:sz w:val="22"/>
              </w:rPr>
              <w:t xml:space="preserve"> </w:t>
            </w:r>
            <w:proofErr w:type="spellStart"/>
            <w:r w:rsidRPr="00A84BC5">
              <w:rPr>
                <w:rFonts w:cs="Times New Roman"/>
                <w:sz w:val="22"/>
              </w:rPr>
              <w:t>totală</w:t>
            </w:r>
            <w:proofErr w:type="spellEnd"/>
          </w:p>
        </w:tc>
        <w:tc>
          <w:tcPr>
            <w:tcW w:w="1083" w:type="dxa"/>
            <w:vAlign w:val="center"/>
          </w:tcPr>
          <w:p w:rsidR="0098480E" w:rsidRPr="00A84BC5" w:rsidRDefault="0098480E" w:rsidP="00531B9B">
            <w:pPr>
              <w:rPr>
                <w:rFonts w:cs="Times New Roman"/>
                <w:sz w:val="22"/>
              </w:rPr>
            </w:pPr>
          </w:p>
        </w:tc>
        <w:tc>
          <w:tcPr>
            <w:tcW w:w="2007" w:type="dxa"/>
            <w:vAlign w:val="center"/>
          </w:tcPr>
          <w:p w:rsidR="00C70DF0" w:rsidRPr="00A84BC5" w:rsidRDefault="00A84BC5">
            <w:pPr>
              <w:rPr>
                <w:rFonts w:cs="Times New Roman"/>
                <w:sz w:val="22"/>
              </w:rPr>
            </w:pPr>
            <w:r w:rsidRPr="00A84BC5">
              <w:rPr>
                <w:rFonts w:cs="Times New Roman"/>
                <w:sz w:val="22"/>
              </w:rPr>
              <w:t>Servicii de actualizare și securitate FortiGuard cu suportul producătorului pentru echipamentele de rețea Fortinet</w:t>
            </w:r>
          </w:p>
        </w:tc>
        <w:tc>
          <w:tcPr>
            <w:tcW w:w="1094" w:type="dxa"/>
            <w:vAlign w:val="center"/>
          </w:tcPr>
          <w:p w:rsidR="0098480E" w:rsidRPr="00A84BC5" w:rsidRDefault="0098480E" w:rsidP="00531B9B">
            <w:pPr>
              <w:rPr>
                <w:rFonts w:cs="Times New Roman"/>
                <w:sz w:val="22"/>
              </w:rPr>
            </w:pPr>
          </w:p>
        </w:tc>
        <w:tc>
          <w:tcPr>
            <w:tcW w:w="1135" w:type="dxa"/>
            <w:vAlign w:val="center"/>
          </w:tcPr>
          <w:p w:rsidR="0098480E" w:rsidRPr="00A84BC5" w:rsidRDefault="0098480E" w:rsidP="00531B9B">
            <w:pPr>
              <w:rPr>
                <w:rFonts w:cs="Times New Roman"/>
                <w:sz w:val="22"/>
              </w:rPr>
            </w:pPr>
          </w:p>
        </w:tc>
        <w:tc>
          <w:tcPr>
            <w:tcW w:w="2105" w:type="dxa"/>
            <w:vAlign w:val="center"/>
          </w:tcPr>
          <w:p w:rsidR="0098480E" w:rsidRPr="00A84BC5" w:rsidRDefault="0098480E" w:rsidP="00531B9B">
            <w:pPr>
              <w:rPr>
                <w:rFonts w:cs="Times New Roman"/>
                <w:sz w:val="22"/>
              </w:rPr>
            </w:pPr>
          </w:p>
        </w:tc>
        <w:tc>
          <w:tcPr>
            <w:tcW w:w="1558" w:type="dxa"/>
            <w:vAlign w:val="center"/>
          </w:tcPr>
          <w:p w:rsidR="00C70DF0" w:rsidRPr="00A84BC5" w:rsidRDefault="00A84BC5">
            <w:pPr>
              <w:rPr>
                <w:rFonts w:cs="Times New Roman"/>
                <w:b/>
                <w:bCs/>
                <w:sz w:val="22"/>
              </w:rPr>
            </w:pPr>
            <w:r w:rsidRPr="00A84BC5">
              <w:rPr>
                <w:rFonts w:cs="Times New Roman"/>
                <w:b/>
                <w:bCs/>
                <w:sz w:val="22"/>
              </w:rPr>
              <w:t>159 200,00 MDL fără TVA</w:t>
            </w:r>
          </w:p>
        </w:tc>
      </w:tr>
    </w:tbl>
    <w:p w:rsidR="0022270F" w:rsidRPr="00A84BC5" w:rsidRDefault="00374C8A" w:rsidP="00531B9B">
      <w:pPr>
        <w:rPr>
          <w:rFonts w:cs="Times New Roman"/>
          <w:sz w:val="22"/>
        </w:rPr>
      </w:pPr>
      <w:r w:rsidRPr="00A84BC5">
        <w:rPr>
          <w:rFonts w:cs="Times New Roman"/>
          <w:b/>
          <w:sz w:val="22"/>
        </w:rPr>
        <w:lastRenderedPageBreak/>
        <w:t xml:space="preserve">9. </w:t>
      </w:r>
      <w:proofErr w:type="spellStart"/>
      <w:r w:rsidRPr="00A84BC5">
        <w:rPr>
          <w:rFonts w:cs="Times New Roman"/>
          <w:b/>
          <w:sz w:val="22"/>
        </w:rPr>
        <w:t>În</w:t>
      </w:r>
      <w:proofErr w:type="spellEnd"/>
      <w:r w:rsidRPr="00A84BC5">
        <w:rPr>
          <w:rFonts w:cs="Times New Roman"/>
          <w:b/>
          <w:sz w:val="22"/>
        </w:rPr>
        <w:t xml:space="preserve"> </w:t>
      </w:r>
      <w:proofErr w:type="spellStart"/>
      <w:r w:rsidRPr="00A84BC5">
        <w:rPr>
          <w:rFonts w:cs="Times New Roman"/>
          <w:b/>
          <w:sz w:val="22"/>
        </w:rPr>
        <w:t>cazul</w:t>
      </w:r>
      <w:proofErr w:type="spellEnd"/>
      <w:r w:rsidRPr="00A84BC5">
        <w:rPr>
          <w:rFonts w:cs="Times New Roman"/>
          <w:b/>
          <w:sz w:val="22"/>
        </w:rPr>
        <w:t xml:space="preserve"> </w:t>
      </w:r>
      <w:proofErr w:type="spellStart"/>
      <w:r w:rsidRPr="00A84BC5">
        <w:rPr>
          <w:rFonts w:cs="Times New Roman"/>
          <w:b/>
          <w:sz w:val="22"/>
        </w:rPr>
        <w:t>procedurilor</w:t>
      </w:r>
      <w:proofErr w:type="spellEnd"/>
      <w:r w:rsidRPr="00A84BC5">
        <w:rPr>
          <w:rFonts w:cs="Times New Roman"/>
          <w:b/>
          <w:sz w:val="22"/>
        </w:rPr>
        <w:t xml:space="preserve"> de </w:t>
      </w:r>
      <w:proofErr w:type="spellStart"/>
      <w:r w:rsidRPr="00A84BC5">
        <w:rPr>
          <w:rFonts w:cs="Times New Roman"/>
          <w:b/>
          <w:sz w:val="22"/>
        </w:rPr>
        <w:t>preselecție</w:t>
      </w:r>
      <w:proofErr w:type="spellEnd"/>
      <w:r w:rsidRPr="00A84BC5">
        <w:rPr>
          <w:rFonts w:cs="Times New Roman"/>
          <w:b/>
          <w:sz w:val="22"/>
        </w:rPr>
        <w:t xml:space="preserve"> se </w:t>
      </w:r>
      <w:proofErr w:type="spellStart"/>
      <w:r w:rsidRPr="00A84BC5">
        <w:rPr>
          <w:rFonts w:cs="Times New Roman"/>
          <w:b/>
          <w:sz w:val="22"/>
        </w:rPr>
        <w:t>indică</w:t>
      </w:r>
      <w:proofErr w:type="spellEnd"/>
      <w:r w:rsidRPr="00A84BC5">
        <w:rPr>
          <w:rFonts w:cs="Times New Roman"/>
          <w:b/>
          <w:sz w:val="22"/>
        </w:rPr>
        <w:t xml:space="preserve"> </w:t>
      </w:r>
      <w:proofErr w:type="spellStart"/>
      <w:r w:rsidRPr="00A84BC5">
        <w:rPr>
          <w:rFonts w:cs="Times New Roman"/>
          <w:b/>
          <w:sz w:val="22"/>
        </w:rPr>
        <w:t>numărul</w:t>
      </w:r>
      <w:proofErr w:type="spellEnd"/>
      <w:r w:rsidRPr="00A84BC5">
        <w:rPr>
          <w:rFonts w:cs="Times New Roman"/>
          <w:b/>
          <w:sz w:val="22"/>
        </w:rPr>
        <w:t xml:space="preserve"> minim al </w:t>
      </w:r>
      <w:proofErr w:type="spellStart"/>
      <w:r w:rsidRPr="00A84BC5">
        <w:rPr>
          <w:rFonts w:cs="Times New Roman"/>
          <w:b/>
          <w:sz w:val="22"/>
        </w:rPr>
        <w:t>candidaților</w:t>
      </w:r>
      <w:proofErr w:type="spellEnd"/>
      <w:r w:rsidRPr="00A84BC5">
        <w:rPr>
          <w:rFonts w:cs="Times New Roman"/>
          <w:b/>
          <w:sz w:val="22"/>
        </w:rPr>
        <w:t xml:space="preserve"> </w:t>
      </w:r>
      <w:proofErr w:type="spellStart"/>
      <w:r w:rsidRPr="00A84BC5">
        <w:rPr>
          <w:rFonts w:cs="Times New Roman"/>
          <w:b/>
          <w:sz w:val="22"/>
        </w:rPr>
        <w:t>și</w:t>
      </w:r>
      <w:proofErr w:type="spellEnd"/>
      <w:r w:rsidRPr="00A84BC5">
        <w:rPr>
          <w:rFonts w:cs="Times New Roman"/>
          <w:b/>
          <w:sz w:val="22"/>
        </w:rPr>
        <w:t xml:space="preserve">, </w:t>
      </w:r>
      <w:proofErr w:type="spellStart"/>
      <w:r w:rsidRPr="00A84BC5">
        <w:rPr>
          <w:rFonts w:cs="Times New Roman"/>
          <w:b/>
          <w:sz w:val="22"/>
        </w:rPr>
        <w:t>dacă</w:t>
      </w:r>
      <w:proofErr w:type="spellEnd"/>
      <w:r w:rsidRPr="00A84BC5">
        <w:rPr>
          <w:rFonts w:cs="Times New Roman"/>
          <w:b/>
          <w:sz w:val="22"/>
        </w:rPr>
        <w:t xml:space="preserve"> </w:t>
      </w:r>
      <w:proofErr w:type="spellStart"/>
      <w:r w:rsidRPr="00A84BC5">
        <w:rPr>
          <w:rFonts w:cs="Times New Roman"/>
          <w:b/>
          <w:sz w:val="22"/>
        </w:rPr>
        <w:t>este</w:t>
      </w:r>
      <w:proofErr w:type="spellEnd"/>
      <w:r w:rsidRPr="00A84BC5">
        <w:rPr>
          <w:rFonts w:cs="Times New Roman"/>
          <w:b/>
          <w:sz w:val="22"/>
        </w:rPr>
        <w:t xml:space="preserve"> </w:t>
      </w:r>
      <w:proofErr w:type="spellStart"/>
      <w:r w:rsidRPr="00A84BC5">
        <w:rPr>
          <w:rFonts w:cs="Times New Roman"/>
          <w:b/>
          <w:sz w:val="22"/>
        </w:rPr>
        <w:t>cazul</w:t>
      </w:r>
      <w:proofErr w:type="spellEnd"/>
      <w:r w:rsidRPr="00A84BC5">
        <w:rPr>
          <w:rFonts w:cs="Times New Roman"/>
          <w:b/>
          <w:sz w:val="22"/>
        </w:rPr>
        <w:t xml:space="preserve">, </w:t>
      </w:r>
      <w:proofErr w:type="spellStart"/>
      <w:r w:rsidRPr="00A84BC5">
        <w:rPr>
          <w:rFonts w:cs="Times New Roman"/>
          <w:b/>
          <w:sz w:val="22"/>
        </w:rPr>
        <w:t>numărul</w:t>
      </w:r>
      <w:proofErr w:type="spellEnd"/>
      <w:r w:rsidRPr="00A84BC5">
        <w:rPr>
          <w:rFonts w:cs="Times New Roman"/>
          <w:b/>
          <w:sz w:val="22"/>
        </w:rPr>
        <w:t xml:space="preserve"> maxim al </w:t>
      </w:r>
      <w:proofErr w:type="spellStart"/>
      <w:r w:rsidRPr="00A84BC5">
        <w:rPr>
          <w:rFonts w:cs="Times New Roman"/>
          <w:b/>
          <w:sz w:val="22"/>
        </w:rPr>
        <w:t>acestora</w:t>
      </w:r>
      <w:proofErr w:type="spellEnd"/>
      <w:r w:rsidRPr="00A84BC5">
        <w:rPr>
          <w:rFonts w:cs="Times New Roman"/>
          <w:b/>
          <w:sz w:val="22"/>
        </w:rPr>
        <w:t xml:space="preserve">. </w:t>
      </w:r>
      <w:r w:rsidRPr="00A84BC5">
        <w:rPr>
          <w:rFonts w:cs="Times New Roman"/>
          <w:sz w:val="22"/>
        </w:rPr>
        <w:t xml:space="preserve">Nu se </w:t>
      </w:r>
      <w:proofErr w:type="spellStart"/>
      <w:r w:rsidRPr="00A84BC5">
        <w:rPr>
          <w:rFonts w:cs="Times New Roman"/>
          <w:sz w:val="22"/>
        </w:rPr>
        <w:t>aplică</w:t>
      </w:r>
      <w:proofErr w:type="spellEnd"/>
      <w:r w:rsidRPr="00A84BC5">
        <w:rPr>
          <w:rFonts w:cs="Times New Roman"/>
          <w:sz w:val="22"/>
        </w:rPr>
        <w:t>.</w:t>
      </w:r>
    </w:p>
    <w:p w:rsidR="0022270F" w:rsidRPr="00A84BC5" w:rsidRDefault="00374C8A" w:rsidP="00531B9B">
      <w:pPr>
        <w:rPr>
          <w:rFonts w:cs="Times New Roman"/>
          <w:sz w:val="22"/>
        </w:rPr>
      </w:pPr>
      <w:r w:rsidRPr="00A84BC5">
        <w:rPr>
          <w:rFonts w:cs="Times New Roman"/>
          <w:sz w:val="22"/>
        </w:rPr>
        <w:t>10. În cazul în care contractul este împărțit pe loturi, un operator economic poate depune oferta: pentru toate loturile (Lotul 1).</w:t>
      </w:r>
    </w:p>
    <w:p w:rsidR="0022270F" w:rsidRPr="00A84BC5" w:rsidRDefault="00374C8A" w:rsidP="00531B9B">
      <w:pPr>
        <w:rPr>
          <w:rFonts w:cs="Times New Roman"/>
          <w:sz w:val="22"/>
        </w:rPr>
      </w:pPr>
      <w:r w:rsidRPr="00A84BC5">
        <w:rPr>
          <w:rFonts w:cs="Times New Roman"/>
          <w:b/>
          <w:sz w:val="22"/>
        </w:rPr>
        <w:t xml:space="preserve">11. </w:t>
      </w:r>
      <w:proofErr w:type="spellStart"/>
      <w:r w:rsidRPr="00A84BC5">
        <w:rPr>
          <w:rFonts w:cs="Times New Roman"/>
          <w:b/>
          <w:sz w:val="22"/>
        </w:rPr>
        <w:t>Admiterea</w:t>
      </w:r>
      <w:proofErr w:type="spellEnd"/>
      <w:r w:rsidRPr="00A84BC5">
        <w:rPr>
          <w:rFonts w:cs="Times New Roman"/>
          <w:b/>
          <w:sz w:val="22"/>
        </w:rPr>
        <w:t xml:space="preserve"> </w:t>
      </w:r>
      <w:proofErr w:type="spellStart"/>
      <w:r w:rsidRPr="00A84BC5">
        <w:rPr>
          <w:rFonts w:cs="Times New Roman"/>
          <w:b/>
          <w:sz w:val="22"/>
        </w:rPr>
        <w:t>sau</w:t>
      </w:r>
      <w:proofErr w:type="spellEnd"/>
      <w:r w:rsidRPr="00A84BC5">
        <w:rPr>
          <w:rFonts w:cs="Times New Roman"/>
          <w:b/>
          <w:sz w:val="22"/>
        </w:rPr>
        <w:t xml:space="preserve"> </w:t>
      </w:r>
      <w:proofErr w:type="spellStart"/>
      <w:r w:rsidRPr="00A84BC5">
        <w:rPr>
          <w:rFonts w:cs="Times New Roman"/>
          <w:b/>
          <w:sz w:val="22"/>
        </w:rPr>
        <w:t>interzicerea</w:t>
      </w:r>
      <w:proofErr w:type="spellEnd"/>
      <w:r w:rsidRPr="00A84BC5">
        <w:rPr>
          <w:rFonts w:cs="Times New Roman"/>
          <w:b/>
          <w:sz w:val="22"/>
        </w:rPr>
        <w:t xml:space="preserve"> </w:t>
      </w:r>
      <w:proofErr w:type="spellStart"/>
      <w:r w:rsidRPr="00A84BC5">
        <w:rPr>
          <w:rFonts w:cs="Times New Roman"/>
          <w:b/>
          <w:sz w:val="22"/>
        </w:rPr>
        <w:t>ofertelor</w:t>
      </w:r>
      <w:proofErr w:type="spellEnd"/>
      <w:r w:rsidRPr="00A84BC5">
        <w:rPr>
          <w:rFonts w:cs="Times New Roman"/>
          <w:b/>
          <w:sz w:val="22"/>
        </w:rPr>
        <w:t xml:space="preserve"> alternative: </w:t>
      </w:r>
      <w:r w:rsidRPr="00A84BC5">
        <w:rPr>
          <w:rFonts w:cs="Times New Roman"/>
          <w:sz w:val="22"/>
        </w:rPr>
        <w:t>nu se admit.</w:t>
      </w:r>
    </w:p>
    <w:p w:rsidR="0022270F" w:rsidRPr="00A84BC5" w:rsidRDefault="00374C8A" w:rsidP="00531B9B">
      <w:pPr>
        <w:rPr>
          <w:rFonts w:cs="Times New Roman"/>
          <w:sz w:val="22"/>
        </w:rPr>
      </w:pPr>
      <w:r w:rsidRPr="00A84BC5">
        <w:rPr>
          <w:rFonts w:cs="Times New Roman"/>
          <w:sz w:val="22"/>
        </w:rPr>
        <w:t>12. Termenii și condițiile de prestare solicitate: maximum 5 zile lucrătoare de la intrarea în vigoare a contractului pentru activarea/furnizarea serviciilor; locul prestării: mun. Chișinău, str. Gheorghe Asachi 67 A, ANSP; perioada de valabilitate a serviciilor/licențelor: minimum 12 luni.</w:t>
      </w:r>
    </w:p>
    <w:p w:rsidR="0022270F" w:rsidRPr="00A84BC5" w:rsidRDefault="00374C8A" w:rsidP="00531B9B">
      <w:pPr>
        <w:rPr>
          <w:rFonts w:cs="Times New Roman"/>
          <w:sz w:val="22"/>
        </w:rPr>
      </w:pPr>
      <w:r w:rsidRPr="00A84BC5">
        <w:rPr>
          <w:rFonts w:cs="Times New Roman"/>
          <w:b/>
          <w:sz w:val="22"/>
        </w:rPr>
        <w:t xml:space="preserve">13. </w:t>
      </w:r>
      <w:proofErr w:type="spellStart"/>
      <w:r w:rsidRPr="00A84BC5">
        <w:rPr>
          <w:rFonts w:cs="Times New Roman"/>
          <w:b/>
          <w:sz w:val="22"/>
        </w:rPr>
        <w:t>Termenul</w:t>
      </w:r>
      <w:proofErr w:type="spellEnd"/>
      <w:r w:rsidRPr="00A84BC5">
        <w:rPr>
          <w:rFonts w:cs="Times New Roman"/>
          <w:b/>
          <w:sz w:val="22"/>
        </w:rPr>
        <w:t xml:space="preserve"> de </w:t>
      </w:r>
      <w:proofErr w:type="spellStart"/>
      <w:r w:rsidRPr="00A84BC5">
        <w:rPr>
          <w:rFonts w:cs="Times New Roman"/>
          <w:b/>
          <w:sz w:val="22"/>
        </w:rPr>
        <w:t>valabilitate</w:t>
      </w:r>
      <w:proofErr w:type="spellEnd"/>
      <w:r w:rsidRPr="00A84BC5">
        <w:rPr>
          <w:rFonts w:cs="Times New Roman"/>
          <w:b/>
          <w:sz w:val="22"/>
        </w:rPr>
        <w:t xml:space="preserve"> a </w:t>
      </w:r>
      <w:proofErr w:type="spellStart"/>
      <w:r w:rsidRPr="00A84BC5">
        <w:rPr>
          <w:rFonts w:cs="Times New Roman"/>
          <w:b/>
          <w:sz w:val="22"/>
        </w:rPr>
        <w:t>contractului</w:t>
      </w:r>
      <w:proofErr w:type="spellEnd"/>
      <w:r w:rsidRPr="00A84BC5">
        <w:rPr>
          <w:rFonts w:cs="Times New Roman"/>
          <w:b/>
          <w:sz w:val="22"/>
        </w:rPr>
        <w:t xml:space="preserve">: </w:t>
      </w:r>
      <w:r w:rsidRPr="00A84BC5">
        <w:rPr>
          <w:rFonts w:cs="Times New Roman"/>
          <w:sz w:val="22"/>
        </w:rPr>
        <w:t>31.12.2026</w:t>
      </w:r>
    </w:p>
    <w:p w:rsidR="0022270F" w:rsidRPr="00A84BC5" w:rsidRDefault="00374C8A" w:rsidP="00531B9B">
      <w:pPr>
        <w:rPr>
          <w:rFonts w:cs="Times New Roman"/>
          <w:sz w:val="22"/>
        </w:rPr>
      </w:pPr>
      <w:r w:rsidRPr="00A84BC5">
        <w:rPr>
          <w:rFonts w:cs="Times New Roman"/>
          <w:b/>
          <w:sz w:val="22"/>
        </w:rPr>
        <w:t xml:space="preserve">14. Contract de </w:t>
      </w:r>
      <w:proofErr w:type="spellStart"/>
      <w:r w:rsidRPr="00A84BC5">
        <w:rPr>
          <w:rFonts w:cs="Times New Roman"/>
          <w:b/>
          <w:sz w:val="22"/>
        </w:rPr>
        <w:t>achiziție</w:t>
      </w:r>
      <w:proofErr w:type="spellEnd"/>
      <w:r w:rsidRPr="00A84BC5">
        <w:rPr>
          <w:rFonts w:cs="Times New Roman"/>
          <w:b/>
          <w:sz w:val="22"/>
        </w:rPr>
        <w:t xml:space="preserve"> </w:t>
      </w:r>
      <w:proofErr w:type="spellStart"/>
      <w:r w:rsidRPr="00A84BC5">
        <w:rPr>
          <w:rFonts w:cs="Times New Roman"/>
          <w:b/>
          <w:sz w:val="22"/>
        </w:rPr>
        <w:t>rezervat</w:t>
      </w:r>
      <w:proofErr w:type="spellEnd"/>
      <w:r w:rsidRPr="00A84BC5">
        <w:rPr>
          <w:rFonts w:cs="Times New Roman"/>
          <w:b/>
          <w:sz w:val="22"/>
        </w:rPr>
        <w:t xml:space="preserve"> </w:t>
      </w:r>
      <w:proofErr w:type="spellStart"/>
      <w:r w:rsidRPr="00A84BC5">
        <w:rPr>
          <w:rFonts w:cs="Times New Roman"/>
          <w:b/>
          <w:sz w:val="22"/>
        </w:rPr>
        <w:t>atelierelor</w:t>
      </w:r>
      <w:proofErr w:type="spellEnd"/>
      <w:r w:rsidRPr="00A84BC5">
        <w:rPr>
          <w:rFonts w:cs="Times New Roman"/>
          <w:b/>
          <w:sz w:val="22"/>
        </w:rPr>
        <w:t xml:space="preserve"> </w:t>
      </w:r>
      <w:proofErr w:type="spellStart"/>
      <w:r w:rsidRPr="00A84BC5">
        <w:rPr>
          <w:rFonts w:cs="Times New Roman"/>
          <w:b/>
          <w:sz w:val="22"/>
        </w:rPr>
        <w:t>protejate</w:t>
      </w:r>
      <w:proofErr w:type="spellEnd"/>
      <w:r w:rsidRPr="00A84BC5">
        <w:rPr>
          <w:rFonts w:cs="Times New Roman"/>
          <w:b/>
          <w:sz w:val="22"/>
        </w:rPr>
        <w:t xml:space="preserve"> </w:t>
      </w:r>
      <w:proofErr w:type="spellStart"/>
      <w:r w:rsidRPr="00A84BC5">
        <w:rPr>
          <w:rFonts w:cs="Times New Roman"/>
          <w:b/>
          <w:sz w:val="22"/>
        </w:rPr>
        <w:t>sau</w:t>
      </w:r>
      <w:proofErr w:type="spellEnd"/>
      <w:r w:rsidRPr="00A84BC5">
        <w:rPr>
          <w:rFonts w:cs="Times New Roman"/>
          <w:b/>
          <w:sz w:val="22"/>
        </w:rPr>
        <w:t xml:space="preserve"> </w:t>
      </w:r>
      <w:proofErr w:type="spellStart"/>
      <w:r w:rsidRPr="00A84BC5">
        <w:rPr>
          <w:rFonts w:cs="Times New Roman"/>
          <w:b/>
          <w:sz w:val="22"/>
        </w:rPr>
        <w:t>că</w:t>
      </w:r>
      <w:proofErr w:type="spellEnd"/>
      <w:r w:rsidRPr="00A84BC5">
        <w:rPr>
          <w:rFonts w:cs="Times New Roman"/>
          <w:b/>
          <w:sz w:val="22"/>
        </w:rPr>
        <w:t xml:space="preserve"> </w:t>
      </w:r>
      <w:proofErr w:type="spellStart"/>
      <w:r w:rsidRPr="00A84BC5">
        <w:rPr>
          <w:rFonts w:cs="Times New Roman"/>
          <w:b/>
          <w:sz w:val="22"/>
        </w:rPr>
        <w:t>acesta</w:t>
      </w:r>
      <w:proofErr w:type="spellEnd"/>
      <w:r w:rsidRPr="00A84BC5">
        <w:rPr>
          <w:rFonts w:cs="Times New Roman"/>
          <w:b/>
          <w:sz w:val="22"/>
        </w:rPr>
        <w:t xml:space="preserve"> </w:t>
      </w:r>
      <w:proofErr w:type="spellStart"/>
      <w:r w:rsidRPr="00A84BC5">
        <w:rPr>
          <w:rFonts w:cs="Times New Roman"/>
          <w:b/>
          <w:sz w:val="22"/>
        </w:rPr>
        <w:t>poate</w:t>
      </w:r>
      <w:proofErr w:type="spellEnd"/>
      <w:r w:rsidRPr="00A84BC5">
        <w:rPr>
          <w:rFonts w:cs="Times New Roman"/>
          <w:b/>
          <w:sz w:val="22"/>
        </w:rPr>
        <w:t xml:space="preserve"> fi </w:t>
      </w:r>
      <w:proofErr w:type="spellStart"/>
      <w:r w:rsidRPr="00A84BC5">
        <w:rPr>
          <w:rFonts w:cs="Times New Roman"/>
          <w:b/>
          <w:sz w:val="22"/>
        </w:rPr>
        <w:t>executat</w:t>
      </w:r>
      <w:proofErr w:type="spellEnd"/>
      <w:r w:rsidRPr="00A84BC5">
        <w:rPr>
          <w:rFonts w:cs="Times New Roman"/>
          <w:b/>
          <w:sz w:val="22"/>
        </w:rPr>
        <w:t xml:space="preserve"> </w:t>
      </w:r>
      <w:proofErr w:type="spellStart"/>
      <w:r w:rsidRPr="00A84BC5">
        <w:rPr>
          <w:rFonts w:cs="Times New Roman"/>
          <w:b/>
          <w:sz w:val="22"/>
        </w:rPr>
        <w:t>numai</w:t>
      </w:r>
      <w:proofErr w:type="spellEnd"/>
      <w:r w:rsidRPr="00A84BC5">
        <w:rPr>
          <w:rFonts w:cs="Times New Roman"/>
          <w:b/>
          <w:sz w:val="22"/>
        </w:rPr>
        <w:t xml:space="preserve"> </w:t>
      </w:r>
      <w:proofErr w:type="spellStart"/>
      <w:r w:rsidRPr="00A84BC5">
        <w:rPr>
          <w:rFonts w:cs="Times New Roman"/>
          <w:b/>
          <w:sz w:val="22"/>
        </w:rPr>
        <w:t>în</w:t>
      </w:r>
      <w:proofErr w:type="spellEnd"/>
      <w:r w:rsidRPr="00A84BC5">
        <w:rPr>
          <w:rFonts w:cs="Times New Roman"/>
          <w:b/>
          <w:sz w:val="22"/>
        </w:rPr>
        <w:t xml:space="preserve"> </w:t>
      </w:r>
      <w:proofErr w:type="spellStart"/>
      <w:r w:rsidRPr="00A84BC5">
        <w:rPr>
          <w:rFonts w:cs="Times New Roman"/>
          <w:b/>
          <w:sz w:val="22"/>
        </w:rPr>
        <w:t>cadrul</w:t>
      </w:r>
      <w:proofErr w:type="spellEnd"/>
      <w:r w:rsidRPr="00A84BC5">
        <w:rPr>
          <w:rFonts w:cs="Times New Roman"/>
          <w:b/>
          <w:sz w:val="22"/>
        </w:rPr>
        <w:t xml:space="preserve"> </w:t>
      </w:r>
      <w:proofErr w:type="spellStart"/>
      <w:r w:rsidRPr="00A84BC5">
        <w:rPr>
          <w:rFonts w:cs="Times New Roman"/>
          <w:b/>
          <w:sz w:val="22"/>
        </w:rPr>
        <w:t>unor</w:t>
      </w:r>
      <w:proofErr w:type="spellEnd"/>
      <w:r w:rsidRPr="00A84BC5">
        <w:rPr>
          <w:rFonts w:cs="Times New Roman"/>
          <w:b/>
          <w:sz w:val="22"/>
        </w:rPr>
        <w:t xml:space="preserve"> </w:t>
      </w:r>
      <w:proofErr w:type="spellStart"/>
      <w:r w:rsidRPr="00A84BC5">
        <w:rPr>
          <w:rFonts w:cs="Times New Roman"/>
          <w:b/>
          <w:sz w:val="22"/>
        </w:rPr>
        <w:t>programe</w:t>
      </w:r>
      <w:proofErr w:type="spellEnd"/>
      <w:r w:rsidRPr="00A84BC5">
        <w:rPr>
          <w:rFonts w:cs="Times New Roman"/>
          <w:b/>
          <w:sz w:val="22"/>
        </w:rPr>
        <w:t xml:space="preserve"> de </w:t>
      </w:r>
      <w:proofErr w:type="spellStart"/>
      <w:r w:rsidRPr="00A84BC5">
        <w:rPr>
          <w:rFonts w:cs="Times New Roman"/>
          <w:b/>
          <w:sz w:val="22"/>
        </w:rPr>
        <w:t>angajare</w:t>
      </w:r>
      <w:proofErr w:type="spellEnd"/>
      <w:r w:rsidRPr="00A84BC5">
        <w:rPr>
          <w:rFonts w:cs="Times New Roman"/>
          <w:b/>
          <w:sz w:val="22"/>
        </w:rPr>
        <w:t xml:space="preserve"> </w:t>
      </w:r>
      <w:proofErr w:type="spellStart"/>
      <w:r w:rsidRPr="00A84BC5">
        <w:rPr>
          <w:rFonts w:cs="Times New Roman"/>
          <w:b/>
          <w:sz w:val="22"/>
        </w:rPr>
        <w:t>protejată</w:t>
      </w:r>
      <w:proofErr w:type="spellEnd"/>
      <w:r w:rsidRPr="00A84BC5">
        <w:rPr>
          <w:rFonts w:cs="Times New Roman"/>
          <w:b/>
          <w:sz w:val="22"/>
        </w:rPr>
        <w:t xml:space="preserve">: </w:t>
      </w:r>
      <w:r w:rsidRPr="00A84BC5">
        <w:rPr>
          <w:rFonts w:cs="Times New Roman"/>
          <w:sz w:val="22"/>
        </w:rPr>
        <w:t>Nu.</w:t>
      </w:r>
    </w:p>
    <w:p w:rsidR="0022270F" w:rsidRPr="00A84BC5" w:rsidRDefault="00374C8A" w:rsidP="00531B9B">
      <w:pPr>
        <w:rPr>
          <w:rFonts w:cs="Times New Roman"/>
          <w:sz w:val="22"/>
        </w:rPr>
      </w:pPr>
      <w:r w:rsidRPr="00A84BC5">
        <w:rPr>
          <w:rFonts w:cs="Times New Roman"/>
          <w:b/>
          <w:sz w:val="22"/>
        </w:rPr>
        <w:t xml:space="preserve">15. </w:t>
      </w:r>
      <w:proofErr w:type="spellStart"/>
      <w:r w:rsidRPr="00A84BC5">
        <w:rPr>
          <w:rFonts w:cs="Times New Roman"/>
          <w:b/>
          <w:sz w:val="22"/>
        </w:rPr>
        <w:t>Prestarea</w:t>
      </w:r>
      <w:proofErr w:type="spellEnd"/>
      <w:r w:rsidRPr="00A84BC5">
        <w:rPr>
          <w:rFonts w:cs="Times New Roman"/>
          <w:b/>
          <w:sz w:val="22"/>
        </w:rPr>
        <w:t xml:space="preserve"> </w:t>
      </w:r>
      <w:proofErr w:type="spellStart"/>
      <w:r w:rsidRPr="00A84BC5">
        <w:rPr>
          <w:rFonts w:cs="Times New Roman"/>
          <w:b/>
          <w:sz w:val="22"/>
        </w:rPr>
        <w:t>serviciului</w:t>
      </w:r>
      <w:proofErr w:type="spellEnd"/>
      <w:r w:rsidRPr="00A84BC5">
        <w:rPr>
          <w:rFonts w:cs="Times New Roman"/>
          <w:b/>
          <w:sz w:val="22"/>
        </w:rPr>
        <w:t>/</w:t>
      </w:r>
      <w:proofErr w:type="spellStart"/>
      <w:r w:rsidRPr="00A84BC5">
        <w:rPr>
          <w:rFonts w:cs="Times New Roman"/>
          <w:b/>
          <w:sz w:val="22"/>
        </w:rPr>
        <w:t>livrarea</w:t>
      </w:r>
      <w:proofErr w:type="spellEnd"/>
      <w:r w:rsidRPr="00A84BC5">
        <w:rPr>
          <w:rFonts w:cs="Times New Roman"/>
          <w:b/>
          <w:sz w:val="22"/>
        </w:rPr>
        <w:t xml:space="preserve"> </w:t>
      </w:r>
      <w:proofErr w:type="spellStart"/>
      <w:r w:rsidRPr="00A84BC5">
        <w:rPr>
          <w:rFonts w:cs="Times New Roman"/>
          <w:b/>
          <w:sz w:val="22"/>
        </w:rPr>
        <w:t>bunurilor</w:t>
      </w:r>
      <w:proofErr w:type="spellEnd"/>
      <w:r w:rsidRPr="00A84BC5">
        <w:rPr>
          <w:rFonts w:cs="Times New Roman"/>
          <w:b/>
          <w:sz w:val="22"/>
        </w:rPr>
        <w:t xml:space="preserve"> </w:t>
      </w:r>
      <w:proofErr w:type="spellStart"/>
      <w:r w:rsidRPr="00A84BC5">
        <w:rPr>
          <w:rFonts w:cs="Times New Roman"/>
          <w:b/>
          <w:sz w:val="22"/>
        </w:rPr>
        <w:t>este</w:t>
      </w:r>
      <w:proofErr w:type="spellEnd"/>
      <w:r w:rsidRPr="00A84BC5">
        <w:rPr>
          <w:rFonts w:cs="Times New Roman"/>
          <w:b/>
          <w:sz w:val="22"/>
        </w:rPr>
        <w:t xml:space="preserve"> </w:t>
      </w:r>
      <w:proofErr w:type="spellStart"/>
      <w:r w:rsidRPr="00A84BC5">
        <w:rPr>
          <w:rFonts w:cs="Times New Roman"/>
          <w:b/>
          <w:sz w:val="22"/>
        </w:rPr>
        <w:t>rezervată</w:t>
      </w:r>
      <w:proofErr w:type="spellEnd"/>
      <w:r w:rsidRPr="00A84BC5">
        <w:rPr>
          <w:rFonts w:cs="Times New Roman"/>
          <w:b/>
          <w:sz w:val="22"/>
        </w:rPr>
        <w:t xml:space="preserve"> </w:t>
      </w:r>
      <w:proofErr w:type="spellStart"/>
      <w:r w:rsidRPr="00A84BC5">
        <w:rPr>
          <w:rFonts w:cs="Times New Roman"/>
          <w:b/>
          <w:sz w:val="22"/>
        </w:rPr>
        <w:t>unei</w:t>
      </w:r>
      <w:proofErr w:type="spellEnd"/>
      <w:r w:rsidRPr="00A84BC5">
        <w:rPr>
          <w:rFonts w:cs="Times New Roman"/>
          <w:b/>
          <w:sz w:val="22"/>
        </w:rPr>
        <w:t xml:space="preserve"> </w:t>
      </w:r>
      <w:proofErr w:type="spellStart"/>
      <w:r w:rsidRPr="00A84BC5">
        <w:rPr>
          <w:rFonts w:cs="Times New Roman"/>
          <w:b/>
          <w:sz w:val="22"/>
        </w:rPr>
        <w:t>anumite</w:t>
      </w:r>
      <w:proofErr w:type="spellEnd"/>
      <w:r w:rsidRPr="00A84BC5">
        <w:rPr>
          <w:rFonts w:cs="Times New Roman"/>
          <w:b/>
          <w:sz w:val="22"/>
        </w:rPr>
        <w:t xml:space="preserve"> </w:t>
      </w:r>
      <w:proofErr w:type="spellStart"/>
      <w:r w:rsidRPr="00A84BC5">
        <w:rPr>
          <w:rFonts w:cs="Times New Roman"/>
          <w:b/>
          <w:sz w:val="22"/>
        </w:rPr>
        <w:t>profesii</w:t>
      </w:r>
      <w:proofErr w:type="spellEnd"/>
      <w:r w:rsidRPr="00A84BC5">
        <w:rPr>
          <w:rFonts w:cs="Times New Roman"/>
          <w:b/>
          <w:sz w:val="22"/>
        </w:rPr>
        <w:t xml:space="preserve"> </w:t>
      </w:r>
      <w:proofErr w:type="spellStart"/>
      <w:r w:rsidRPr="00A84BC5">
        <w:rPr>
          <w:rFonts w:cs="Times New Roman"/>
          <w:b/>
          <w:sz w:val="22"/>
        </w:rPr>
        <w:t>în</w:t>
      </w:r>
      <w:proofErr w:type="spellEnd"/>
      <w:r w:rsidRPr="00A84BC5">
        <w:rPr>
          <w:rFonts w:cs="Times New Roman"/>
          <w:b/>
          <w:sz w:val="22"/>
        </w:rPr>
        <w:t xml:space="preserve"> </w:t>
      </w:r>
      <w:proofErr w:type="spellStart"/>
      <w:r w:rsidRPr="00A84BC5">
        <w:rPr>
          <w:rFonts w:cs="Times New Roman"/>
          <w:b/>
          <w:sz w:val="22"/>
        </w:rPr>
        <w:t>temeiul</w:t>
      </w:r>
      <w:proofErr w:type="spellEnd"/>
      <w:r w:rsidRPr="00A84BC5">
        <w:rPr>
          <w:rFonts w:cs="Times New Roman"/>
          <w:b/>
          <w:sz w:val="22"/>
        </w:rPr>
        <w:t xml:space="preserve"> </w:t>
      </w:r>
      <w:proofErr w:type="spellStart"/>
      <w:r w:rsidRPr="00A84BC5">
        <w:rPr>
          <w:rFonts w:cs="Times New Roman"/>
          <w:b/>
          <w:sz w:val="22"/>
        </w:rPr>
        <w:t>unor</w:t>
      </w:r>
      <w:proofErr w:type="spellEnd"/>
      <w:r w:rsidRPr="00A84BC5">
        <w:rPr>
          <w:rFonts w:cs="Times New Roman"/>
          <w:b/>
          <w:sz w:val="22"/>
        </w:rPr>
        <w:t xml:space="preserve"> </w:t>
      </w:r>
      <w:proofErr w:type="spellStart"/>
      <w:r w:rsidRPr="00A84BC5">
        <w:rPr>
          <w:rFonts w:cs="Times New Roman"/>
          <w:b/>
          <w:sz w:val="22"/>
        </w:rPr>
        <w:t>legi</w:t>
      </w:r>
      <w:proofErr w:type="spellEnd"/>
      <w:r w:rsidRPr="00A84BC5">
        <w:rPr>
          <w:rFonts w:cs="Times New Roman"/>
          <w:b/>
          <w:sz w:val="22"/>
        </w:rPr>
        <w:t xml:space="preserve"> </w:t>
      </w:r>
      <w:proofErr w:type="spellStart"/>
      <w:r w:rsidRPr="00A84BC5">
        <w:rPr>
          <w:rFonts w:cs="Times New Roman"/>
          <w:b/>
          <w:sz w:val="22"/>
        </w:rPr>
        <w:t>sau</w:t>
      </w:r>
      <w:proofErr w:type="spellEnd"/>
      <w:r w:rsidRPr="00A84BC5">
        <w:rPr>
          <w:rFonts w:cs="Times New Roman"/>
          <w:b/>
          <w:sz w:val="22"/>
        </w:rPr>
        <w:t xml:space="preserve"> </w:t>
      </w:r>
      <w:proofErr w:type="spellStart"/>
      <w:r w:rsidRPr="00A84BC5">
        <w:rPr>
          <w:rFonts w:cs="Times New Roman"/>
          <w:b/>
          <w:sz w:val="22"/>
        </w:rPr>
        <w:t>acte</w:t>
      </w:r>
      <w:proofErr w:type="spellEnd"/>
      <w:r w:rsidRPr="00A84BC5">
        <w:rPr>
          <w:rFonts w:cs="Times New Roman"/>
          <w:b/>
          <w:sz w:val="22"/>
        </w:rPr>
        <w:t xml:space="preserve"> administrative: </w:t>
      </w:r>
      <w:r w:rsidRPr="00A84BC5">
        <w:rPr>
          <w:rFonts w:cs="Times New Roman"/>
          <w:sz w:val="22"/>
        </w:rPr>
        <w:t xml:space="preserve">Nu se </w:t>
      </w:r>
      <w:proofErr w:type="spellStart"/>
      <w:r w:rsidRPr="00A84BC5">
        <w:rPr>
          <w:rFonts w:cs="Times New Roman"/>
          <w:sz w:val="22"/>
        </w:rPr>
        <w:t>aplică</w:t>
      </w:r>
      <w:proofErr w:type="spellEnd"/>
      <w:r w:rsidRPr="00A84BC5">
        <w:rPr>
          <w:rFonts w:cs="Times New Roman"/>
          <w:sz w:val="22"/>
        </w:rPr>
        <w:t>.</w:t>
      </w:r>
    </w:p>
    <w:p w:rsidR="0022270F" w:rsidRPr="00A84BC5" w:rsidRDefault="00374C8A" w:rsidP="00531B9B">
      <w:pPr>
        <w:rPr>
          <w:rFonts w:cs="Times New Roman"/>
          <w:sz w:val="22"/>
        </w:rPr>
      </w:pPr>
      <w:r w:rsidRPr="00A84BC5">
        <w:rPr>
          <w:rFonts w:cs="Times New Roman"/>
          <w:b/>
          <w:sz w:val="22"/>
        </w:rPr>
        <w:t xml:space="preserve">16. </w:t>
      </w:r>
      <w:proofErr w:type="spellStart"/>
      <w:r w:rsidRPr="00A84BC5">
        <w:rPr>
          <w:rFonts w:cs="Times New Roman"/>
          <w:b/>
          <w:sz w:val="22"/>
        </w:rPr>
        <w:t>Scurta</w:t>
      </w:r>
      <w:proofErr w:type="spellEnd"/>
      <w:r w:rsidRPr="00A84BC5">
        <w:rPr>
          <w:rFonts w:cs="Times New Roman"/>
          <w:b/>
          <w:sz w:val="22"/>
        </w:rPr>
        <w:t xml:space="preserve"> </w:t>
      </w:r>
      <w:proofErr w:type="spellStart"/>
      <w:r w:rsidRPr="00A84BC5">
        <w:rPr>
          <w:rFonts w:cs="Times New Roman"/>
          <w:b/>
          <w:sz w:val="22"/>
        </w:rPr>
        <w:t>descriere</w:t>
      </w:r>
      <w:proofErr w:type="spellEnd"/>
      <w:r w:rsidRPr="00A84BC5">
        <w:rPr>
          <w:rFonts w:cs="Times New Roman"/>
          <w:b/>
          <w:sz w:val="22"/>
        </w:rPr>
        <w:t xml:space="preserve"> a </w:t>
      </w:r>
      <w:proofErr w:type="spellStart"/>
      <w:r w:rsidRPr="00A84BC5">
        <w:rPr>
          <w:rFonts w:cs="Times New Roman"/>
          <w:b/>
          <w:sz w:val="22"/>
        </w:rPr>
        <w:t>criteriilor</w:t>
      </w:r>
      <w:proofErr w:type="spellEnd"/>
      <w:r w:rsidRPr="00A84BC5">
        <w:rPr>
          <w:rFonts w:cs="Times New Roman"/>
          <w:b/>
          <w:sz w:val="22"/>
        </w:rPr>
        <w:t xml:space="preserve"> </w:t>
      </w:r>
      <w:proofErr w:type="spellStart"/>
      <w:r w:rsidRPr="00A84BC5">
        <w:rPr>
          <w:rFonts w:cs="Times New Roman"/>
          <w:b/>
          <w:sz w:val="22"/>
        </w:rPr>
        <w:t>privind</w:t>
      </w:r>
      <w:proofErr w:type="spellEnd"/>
      <w:r w:rsidRPr="00A84BC5">
        <w:rPr>
          <w:rFonts w:cs="Times New Roman"/>
          <w:b/>
          <w:sz w:val="22"/>
        </w:rPr>
        <w:t xml:space="preserve"> </w:t>
      </w:r>
      <w:proofErr w:type="spellStart"/>
      <w:r w:rsidRPr="00A84BC5">
        <w:rPr>
          <w:rFonts w:cs="Times New Roman"/>
          <w:b/>
          <w:sz w:val="22"/>
        </w:rPr>
        <w:t>eligibilitatea</w:t>
      </w:r>
      <w:proofErr w:type="spellEnd"/>
      <w:r w:rsidRPr="00A84BC5">
        <w:rPr>
          <w:rFonts w:cs="Times New Roman"/>
          <w:b/>
          <w:sz w:val="22"/>
        </w:rPr>
        <w:t xml:space="preserve"> </w:t>
      </w:r>
      <w:proofErr w:type="spellStart"/>
      <w:r w:rsidRPr="00A84BC5">
        <w:rPr>
          <w:rFonts w:cs="Times New Roman"/>
          <w:b/>
          <w:sz w:val="22"/>
        </w:rPr>
        <w:t>operatorilor</w:t>
      </w:r>
      <w:proofErr w:type="spellEnd"/>
      <w:r w:rsidRPr="00A84BC5">
        <w:rPr>
          <w:rFonts w:cs="Times New Roman"/>
          <w:b/>
          <w:sz w:val="22"/>
        </w:rPr>
        <w:t xml:space="preserve"> economici </w:t>
      </w:r>
      <w:proofErr w:type="spellStart"/>
      <w:r w:rsidRPr="00A84BC5">
        <w:rPr>
          <w:rFonts w:cs="Times New Roman"/>
          <w:b/>
          <w:sz w:val="22"/>
        </w:rPr>
        <w:t>și</w:t>
      </w:r>
      <w:proofErr w:type="spellEnd"/>
      <w:r w:rsidRPr="00A84BC5">
        <w:rPr>
          <w:rFonts w:cs="Times New Roman"/>
          <w:b/>
          <w:sz w:val="22"/>
        </w:rPr>
        <w:t xml:space="preserve"> a </w:t>
      </w:r>
      <w:proofErr w:type="spellStart"/>
      <w:r w:rsidRPr="00A84BC5">
        <w:rPr>
          <w:rFonts w:cs="Times New Roman"/>
          <w:b/>
          <w:sz w:val="22"/>
        </w:rPr>
        <w:t>criteriilor</w:t>
      </w:r>
      <w:proofErr w:type="spellEnd"/>
      <w:r w:rsidRPr="00A84BC5">
        <w:rPr>
          <w:rFonts w:cs="Times New Roman"/>
          <w:b/>
          <w:sz w:val="22"/>
        </w:rPr>
        <w:t xml:space="preserve"> de </w:t>
      </w:r>
      <w:proofErr w:type="spellStart"/>
      <w:r w:rsidRPr="00A84BC5">
        <w:rPr>
          <w:rFonts w:cs="Times New Roman"/>
          <w:b/>
          <w:sz w:val="22"/>
        </w:rPr>
        <w:t>selecție</w:t>
      </w:r>
      <w:proofErr w:type="spellEnd"/>
      <w:r w:rsidRPr="00A84BC5">
        <w:rPr>
          <w:rFonts w:cs="Times New Roman"/>
          <w:b/>
          <w:sz w:val="22"/>
        </w:rPr>
        <w:t xml:space="preserve">; </w:t>
      </w:r>
      <w:proofErr w:type="spellStart"/>
      <w:r w:rsidRPr="00A84BC5">
        <w:rPr>
          <w:rFonts w:cs="Times New Roman"/>
          <w:b/>
          <w:sz w:val="22"/>
        </w:rPr>
        <w:t>informațiile</w:t>
      </w:r>
      <w:proofErr w:type="spellEnd"/>
      <w:r w:rsidRPr="00A84BC5">
        <w:rPr>
          <w:rFonts w:cs="Times New Roman"/>
          <w:b/>
          <w:sz w:val="22"/>
        </w:rPr>
        <w:t xml:space="preserve"> solicitate (DUAE, </w:t>
      </w:r>
      <w:proofErr w:type="spellStart"/>
      <w:r w:rsidRPr="00A84BC5">
        <w:rPr>
          <w:rFonts w:cs="Times New Roman"/>
          <w:b/>
          <w:sz w:val="22"/>
        </w:rPr>
        <w:t>documentație</w:t>
      </w:r>
      <w:proofErr w:type="spellEnd"/>
      <w:r w:rsidRPr="00A84BC5">
        <w:rPr>
          <w:rFonts w:cs="Times New Roman"/>
          <w:b/>
          <w:sz w:val="22"/>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626"/>
        <w:gridCol w:w="2569"/>
        <w:gridCol w:w="3985"/>
        <w:gridCol w:w="2159"/>
      </w:tblGrid>
      <w:tr w:rsidR="0022270F" w:rsidRPr="00A84BC5" w:rsidTr="007E7CF6">
        <w:trPr>
          <w:cantSplit/>
          <w:tblHeader/>
          <w:jc w:val="center"/>
        </w:trPr>
        <w:tc>
          <w:tcPr>
            <w:tcW w:w="701" w:type="dxa"/>
            <w:shd w:val="clear" w:color="auto" w:fill="FFFFFF"/>
            <w:vAlign w:val="center"/>
          </w:tcPr>
          <w:p w:rsidR="0022270F" w:rsidRPr="00A84BC5" w:rsidRDefault="00374C8A" w:rsidP="00531B9B">
            <w:pPr>
              <w:rPr>
                <w:rFonts w:cs="Times New Roman"/>
                <w:sz w:val="22"/>
              </w:rPr>
            </w:pPr>
            <w:r w:rsidRPr="00A84BC5">
              <w:rPr>
                <w:rFonts w:cs="Times New Roman"/>
                <w:sz w:val="22"/>
              </w:rPr>
              <w:t>Nr. d/o</w:t>
            </w:r>
          </w:p>
        </w:tc>
        <w:tc>
          <w:tcPr>
            <w:tcW w:w="2693" w:type="dxa"/>
            <w:shd w:val="clear" w:color="auto" w:fill="FFFFFF"/>
            <w:vAlign w:val="center"/>
          </w:tcPr>
          <w:p w:rsidR="0022270F" w:rsidRPr="00A84BC5" w:rsidRDefault="00374C8A" w:rsidP="00531B9B">
            <w:pPr>
              <w:rPr>
                <w:rFonts w:cs="Times New Roman"/>
                <w:sz w:val="22"/>
              </w:rPr>
            </w:pPr>
            <w:proofErr w:type="spellStart"/>
            <w:r w:rsidRPr="00A84BC5">
              <w:rPr>
                <w:rFonts w:cs="Times New Roman"/>
                <w:sz w:val="22"/>
              </w:rPr>
              <w:t>Descrierea</w:t>
            </w:r>
            <w:proofErr w:type="spellEnd"/>
            <w:r w:rsidRPr="00A84BC5">
              <w:rPr>
                <w:rFonts w:cs="Times New Roman"/>
                <w:sz w:val="22"/>
              </w:rPr>
              <w:t xml:space="preserve"> </w:t>
            </w:r>
            <w:proofErr w:type="spellStart"/>
            <w:r w:rsidRPr="00A84BC5">
              <w:rPr>
                <w:rFonts w:cs="Times New Roman"/>
                <w:sz w:val="22"/>
              </w:rPr>
              <w:t>criteriului</w:t>
            </w:r>
            <w:proofErr w:type="spellEnd"/>
            <w:r w:rsidRPr="00A84BC5">
              <w:rPr>
                <w:rFonts w:cs="Times New Roman"/>
                <w:sz w:val="22"/>
              </w:rPr>
              <w:t>/</w:t>
            </w:r>
            <w:proofErr w:type="spellStart"/>
            <w:r w:rsidRPr="00A84BC5">
              <w:rPr>
                <w:rFonts w:cs="Times New Roman"/>
                <w:sz w:val="22"/>
              </w:rPr>
              <w:t>cerinței</w:t>
            </w:r>
            <w:proofErr w:type="spellEnd"/>
          </w:p>
        </w:tc>
        <w:tc>
          <w:tcPr>
            <w:tcW w:w="5103" w:type="dxa"/>
            <w:shd w:val="clear" w:color="auto" w:fill="FFFFFF"/>
            <w:vAlign w:val="center"/>
          </w:tcPr>
          <w:p w:rsidR="0022270F" w:rsidRPr="00A84BC5" w:rsidRDefault="00374C8A" w:rsidP="00531B9B">
            <w:pPr>
              <w:rPr>
                <w:rFonts w:cs="Times New Roman"/>
                <w:sz w:val="22"/>
              </w:rPr>
            </w:pPr>
            <w:r w:rsidRPr="00A84BC5">
              <w:rPr>
                <w:rFonts w:cs="Times New Roman"/>
                <w:sz w:val="22"/>
              </w:rPr>
              <w:t xml:space="preserve">Mod de </w:t>
            </w:r>
            <w:proofErr w:type="spellStart"/>
            <w:r w:rsidRPr="00A84BC5">
              <w:rPr>
                <w:rFonts w:cs="Times New Roman"/>
                <w:sz w:val="22"/>
              </w:rPr>
              <w:t>demonstrare</w:t>
            </w:r>
            <w:proofErr w:type="spellEnd"/>
            <w:r w:rsidRPr="00A84BC5">
              <w:rPr>
                <w:rFonts w:cs="Times New Roman"/>
                <w:sz w:val="22"/>
              </w:rPr>
              <w:t xml:space="preserve"> a </w:t>
            </w:r>
            <w:proofErr w:type="spellStart"/>
            <w:r w:rsidRPr="00A84BC5">
              <w:rPr>
                <w:rFonts w:cs="Times New Roman"/>
                <w:sz w:val="22"/>
              </w:rPr>
              <w:t>îndeplinirii</w:t>
            </w:r>
            <w:proofErr w:type="spellEnd"/>
            <w:r w:rsidRPr="00A84BC5">
              <w:rPr>
                <w:rFonts w:cs="Times New Roman"/>
                <w:sz w:val="22"/>
              </w:rPr>
              <w:t xml:space="preserve"> </w:t>
            </w:r>
            <w:proofErr w:type="spellStart"/>
            <w:r w:rsidRPr="00A84BC5">
              <w:rPr>
                <w:rFonts w:cs="Times New Roman"/>
                <w:sz w:val="22"/>
              </w:rPr>
              <w:t>criteriului</w:t>
            </w:r>
            <w:proofErr w:type="spellEnd"/>
            <w:r w:rsidRPr="00A84BC5">
              <w:rPr>
                <w:rFonts w:cs="Times New Roman"/>
                <w:sz w:val="22"/>
              </w:rPr>
              <w:t>/</w:t>
            </w:r>
            <w:proofErr w:type="spellStart"/>
            <w:r w:rsidRPr="00A84BC5">
              <w:rPr>
                <w:rFonts w:cs="Times New Roman"/>
                <w:sz w:val="22"/>
              </w:rPr>
              <w:t>cerinței</w:t>
            </w:r>
            <w:proofErr w:type="spellEnd"/>
          </w:p>
        </w:tc>
        <w:tc>
          <w:tcPr>
            <w:tcW w:w="1560" w:type="dxa"/>
            <w:shd w:val="clear" w:color="auto" w:fill="FFFFFF"/>
            <w:vAlign w:val="center"/>
          </w:tcPr>
          <w:p w:rsidR="0022270F" w:rsidRPr="00A84BC5" w:rsidRDefault="00374C8A" w:rsidP="00531B9B">
            <w:pPr>
              <w:rPr>
                <w:rFonts w:cs="Times New Roman"/>
                <w:sz w:val="22"/>
              </w:rPr>
            </w:pPr>
            <w:proofErr w:type="spellStart"/>
            <w:r w:rsidRPr="00A84BC5">
              <w:rPr>
                <w:rFonts w:cs="Times New Roman"/>
                <w:sz w:val="22"/>
              </w:rPr>
              <w:t>Nivelul</w:t>
            </w:r>
            <w:proofErr w:type="spellEnd"/>
            <w:r w:rsidRPr="00A84BC5">
              <w:rPr>
                <w:rFonts w:cs="Times New Roman"/>
                <w:sz w:val="22"/>
              </w:rPr>
              <w:t xml:space="preserve"> minim/</w:t>
            </w:r>
            <w:proofErr w:type="spellStart"/>
            <w:r w:rsidRPr="00A84BC5">
              <w:rPr>
                <w:rFonts w:cs="Times New Roman"/>
                <w:sz w:val="22"/>
              </w:rPr>
              <w:t>Obligativitatea</w:t>
            </w:r>
            <w:proofErr w:type="spellEnd"/>
          </w:p>
        </w:tc>
      </w:tr>
      <w:tr w:rsidR="0022270F" w:rsidRPr="00A84BC5" w:rsidTr="007E7CF6">
        <w:trPr>
          <w:cantSplit/>
          <w:jc w:val="center"/>
        </w:trPr>
        <w:tc>
          <w:tcPr>
            <w:tcW w:w="701" w:type="dxa"/>
            <w:vAlign w:val="center"/>
          </w:tcPr>
          <w:p w:rsidR="00C70DF0" w:rsidRPr="00A84BC5" w:rsidRDefault="00A84BC5">
            <w:pPr>
              <w:rPr>
                <w:rFonts w:cs="Times New Roman"/>
                <w:sz w:val="22"/>
              </w:rPr>
            </w:pPr>
            <w:r w:rsidRPr="00A84BC5">
              <w:rPr>
                <w:rFonts w:cs="Times New Roman"/>
                <w:sz w:val="22"/>
              </w:rPr>
              <w:t>1</w:t>
            </w:r>
          </w:p>
        </w:tc>
        <w:tc>
          <w:tcPr>
            <w:tcW w:w="2693" w:type="dxa"/>
            <w:vAlign w:val="center"/>
          </w:tcPr>
          <w:p w:rsidR="00C70DF0" w:rsidRPr="00A84BC5" w:rsidRDefault="00A84BC5">
            <w:pPr>
              <w:rPr>
                <w:rFonts w:cs="Times New Roman"/>
                <w:sz w:val="22"/>
              </w:rPr>
            </w:pPr>
            <w:r w:rsidRPr="00A84BC5">
              <w:rPr>
                <w:rFonts w:cs="Times New Roman"/>
                <w:sz w:val="22"/>
              </w:rPr>
              <w:t>Propunerea tehnică / Specificația tehnică (anexa nr. 2)</w:t>
            </w:r>
          </w:p>
        </w:tc>
        <w:tc>
          <w:tcPr>
            <w:tcW w:w="5103" w:type="dxa"/>
            <w:vAlign w:val="center"/>
          </w:tcPr>
          <w:p w:rsidR="00C70DF0" w:rsidRPr="00A84BC5" w:rsidRDefault="00A84BC5">
            <w:pPr>
              <w:rPr>
                <w:rFonts w:cs="Times New Roman"/>
                <w:sz w:val="22"/>
              </w:rPr>
            </w:pPr>
            <w:r w:rsidRPr="00A84BC5">
              <w:rPr>
                <w:rFonts w:cs="Times New Roman"/>
                <w:sz w:val="22"/>
              </w:rPr>
              <w:t>Original. Semnat electronic de către participant. Va confirma integral cerințele Caietului de sarcini, tipul exact al subscripțiilor, serviciile FortiGuard/FortiCare, perioada de 12 luni, accesul la firmware, Security Advisories și actualizări.</w:t>
            </w:r>
          </w:p>
        </w:tc>
        <w:tc>
          <w:tcPr>
            <w:tcW w:w="1560" w:type="dxa"/>
            <w:vAlign w:val="center"/>
          </w:tcPr>
          <w:p w:rsidR="00C70DF0" w:rsidRPr="00A84BC5" w:rsidRDefault="00A84BC5">
            <w:pPr>
              <w:rPr>
                <w:rFonts w:cs="Times New Roman"/>
                <w:sz w:val="22"/>
              </w:rPr>
            </w:pPr>
            <w:r w:rsidRPr="00A84BC5">
              <w:rPr>
                <w:rFonts w:cs="Times New Roman"/>
                <w:sz w:val="22"/>
              </w:rPr>
              <w:t>Obligatoriu</w:t>
            </w:r>
          </w:p>
        </w:tc>
      </w:tr>
      <w:tr w:rsidR="0022270F" w:rsidRPr="00A84BC5" w:rsidTr="007E7CF6">
        <w:trPr>
          <w:cantSplit/>
          <w:jc w:val="center"/>
        </w:trPr>
        <w:tc>
          <w:tcPr>
            <w:tcW w:w="701" w:type="dxa"/>
            <w:vAlign w:val="center"/>
          </w:tcPr>
          <w:p w:rsidR="00C70DF0" w:rsidRPr="00A84BC5" w:rsidRDefault="00A84BC5">
            <w:pPr>
              <w:rPr>
                <w:rFonts w:cs="Times New Roman"/>
                <w:sz w:val="22"/>
              </w:rPr>
            </w:pPr>
            <w:r w:rsidRPr="00A84BC5">
              <w:rPr>
                <w:rFonts w:cs="Times New Roman"/>
                <w:sz w:val="22"/>
              </w:rPr>
              <w:t>2</w:t>
            </w:r>
          </w:p>
        </w:tc>
        <w:tc>
          <w:tcPr>
            <w:tcW w:w="2693" w:type="dxa"/>
            <w:vAlign w:val="center"/>
          </w:tcPr>
          <w:p w:rsidR="00C70DF0" w:rsidRPr="00A84BC5" w:rsidRDefault="00A84BC5">
            <w:pPr>
              <w:rPr>
                <w:rFonts w:cs="Times New Roman"/>
                <w:sz w:val="22"/>
              </w:rPr>
            </w:pPr>
            <w:r w:rsidRPr="00A84BC5">
              <w:rPr>
                <w:rFonts w:cs="Times New Roman"/>
                <w:sz w:val="22"/>
              </w:rPr>
              <w:t>Propunerea financiară / Specificația de preț (anexa nr. 3)</w:t>
            </w:r>
          </w:p>
        </w:tc>
        <w:tc>
          <w:tcPr>
            <w:tcW w:w="5103" w:type="dxa"/>
            <w:vAlign w:val="center"/>
          </w:tcPr>
          <w:p w:rsidR="00C70DF0" w:rsidRPr="00A84BC5" w:rsidRDefault="00A84BC5">
            <w:pPr>
              <w:rPr>
                <w:rFonts w:cs="Times New Roman"/>
                <w:sz w:val="22"/>
              </w:rPr>
            </w:pPr>
            <w:r w:rsidRPr="00A84BC5">
              <w:rPr>
                <w:rFonts w:cs="Times New Roman"/>
                <w:sz w:val="22"/>
              </w:rPr>
              <w:t>Original. Semnat electronic de către participant. Prețul va include toate costurile necesare executării contractului, taxele și impozitele aplicabile, fără costuri suplimentare pe parcursul executării, cu excepția cazurilor prevăzute expres de legislație.</w:t>
            </w:r>
          </w:p>
        </w:tc>
        <w:tc>
          <w:tcPr>
            <w:tcW w:w="1560" w:type="dxa"/>
            <w:vAlign w:val="center"/>
          </w:tcPr>
          <w:p w:rsidR="00C70DF0" w:rsidRPr="00A84BC5" w:rsidRDefault="00A84BC5">
            <w:pPr>
              <w:rPr>
                <w:rFonts w:cs="Times New Roman"/>
                <w:sz w:val="22"/>
              </w:rPr>
            </w:pPr>
            <w:r w:rsidRPr="00A84BC5">
              <w:rPr>
                <w:rFonts w:cs="Times New Roman"/>
                <w:sz w:val="22"/>
              </w:rPr>
              <w:t>Obligatoriu</w:t>
            </w:r>
          </w:p>
        </w:tc>
      </w:tr>
      <w:tr w:rsidR="0022270F" w:rsidRPr="00A84BC5" w:rsidTr="007E7CF6">
        <w:trPr>
          <w:cantSplit/>
          <w:jc w:val="center"/>
        </w:trPr>
        <w:tc>
          <w:tcPr>
            <w:tcW w:w="701" w:type="dxa"/>
            <w:vAlign w:val="center"/>
          </w:tcPr>
          <w:p w:rsidR="00C70DF0" w:rsidRPr="00A84BC5" w:rsidRDefault="00A84BC5">
            <w:pPr>
              <w:rPr>
                <w:rFonts w:cs="Times New Roman"/>
                <w:sz w:val="22"/>
              </w:rPr>
            </w:pPr>
            <w:r w:rsidRPr="00A84BC5">
              <w:rPr>
                <w:rFonts w:cs="Times New Roman"/>
                <w:sz w:val="22"/>
              </w:rPr>
              <w:t>3</w:t>
            </w:r>
          </w:p>
        </w:tc>
        <w:tc>
          <w:tcPr>
            <w:tcW w:w="2693" w:type="dxa"/>
            <w:vAlign w:val="center"/>
          </w:tcPr>
          <w:p w:rsidR="00C70DF0" w:rsidRPr="00A84BC5" w:rsidRDefault="00A84BC5">
            <w:pPr>
              <w:rPr>
                <w:rFonts w:cs="Times New Roman"/>
                <w:sz w:val="22"/>
              </w:rPr>
            </w:pPr>
            <w:r w:rsidRPr="00A84BC5">
              <w:rPr>
                <w:rFonts w:cs="Times New Roman"/>
                <w:sz w:val="22"/>
              </w:rPr>
              <w:t>Cerere de participare / Formularul ofertei (anexa nr. 1)</w:t>
            </w:r>
          </w:p>
        </w:tc>
        <w:tc>
          <w:tcPr>
            <w:tcW w:w="5103" w:type="dxa"/>
            <w:vAlign w:val="center"/>
          </w:tcPr>
          <w:p w:rsidR="00C70DF0" w:rsidRPr="00A84BC5" w:rsidRDefault="00A84BC5">
            <w:pPr>
              <w:rPr>
                <w:rFonts w:cs="Times New Roman"/>
                <w:sz w:val="22"/>
              </w:rPr>
            </w:pPr>
            <w:r w:rsidRPr="00A84BC5">
              <w:rPr>
                <w:rFonts w:cs="Times New Roman"/>
                <w:sz w:val="22"/>
              </w:rPr>
              <w:t>Original. Semnat electronic de către participant.</w:t>
            </w:r>
          </w:p>
        </w:tc>
        <w:tc>
          <w:tcPr>
            <w:tcW w:w="1560" w:type="dxa"/>
            <w:vAlign w:val="center"/>
          </w:tcPr>
          <w:p w:rsidR="00C70DF0" w:rsidRPr="00A84BC5" w:rsidRDefault="00A84BC5">
            <w:pPr>
              <w:rPr>
                <w:rFonts w:cs="Times New Roman"/>
                <w:sz w:val="22"/>
              </w:rPr>
            </w:pPr>
            <w:r w:rsidRPr="00A84BC5">
              <w:rPr>
                <w:rFonts w:cs="Times New Roman"/>
                <w:sz w:val="22"/>
              </w:rPr>
              <w:t>Obligatoriu</w:t>
            </w:r>
          </w:p>
        </w:tc>
      </w:tr>
      <w:tr w:rsidR="0022270F" w:rsidRPr="00A84BC5" w:rsidTr="007E7CF6">
        <w:trPr>
          <w:cantSplit/>
          <w:jc w:val="center"/>
        </w:trPr>
        <w:tc>
          <w:tcPr>
            <w:tcW w:w="701" w:type="dxa"/>
            <w:vAlign w:val="center"/>
          </w:tcPr>
          <w:p w:rsidR="00C70DF0" w:rsidRPr="00A84BC5" w:rsidRDefault="00A84BC5">
            <w:pPr>
              <w:rPr>
                <w:rFonts w:cs="Times New Roman"/>
                <w:sz w:val="22"/>
              </w:rPr>
            </w:pPr>
            <w:r w:rsidRPr="00A84BC5">
              <w:rPr>
                <w:rFonts w:cs="Times New Roman"/>
                <w:sz w:val="22"/>
              </w:rPr>
              <w:t>4</w:t>
            </w:r>
          </w:p>
        </w:tc>
        <w:tc>
          <w:tcPr>
            <w:tcW w:w="2693" w:type="dxa"/>
            <w:vAlign w:val="center"/>
          </w:tcPr>
          <w:p w:rsidR="00C70DF0" w:rsidRPr="00A84BC5" w:rsidRDefault="00A84BC5">
            <w:pPr>
              <w:rPr>
                <w:rFonts w:cs="Times New Roman"/>
                <w:sz w:val="22"/>
              </w:rPr>
            </w:pPr>
            <w:r w:rsidRPr="00A84BC5">
              <w:rPr>
                <w:rFonts w:cs="Times New Roman"/>
                <w:sz w:val="22"/>
              </w:rPr>
              <w:t>Declarație privind valabilitatea ofertei</w:t>
            </w:r>
          </w:p>
        </w:tc>
        <w:tc>
          <w:tcPr>
            <w:tcW w:w="5103" w:type="dxa"/>
            <w:vAlign w:val="center"/>
          </w:tcPr>
          <w:p w:rsidR="00C70DF0" w:rsidRPr="00A84BC5" w:rsidRDefault="00A84BC5">
            <w:pPr>
              <w:rPr>
                <w:rFonts w:cs="Times New Roman"/>
                <w:sz w:val="22"/>
              </w:rPr>
            </w:pPr>
            <w:r w:rsidRPr="00A84BC5">
              <w:rPr>
                <w:rFonts w:cs="Times New Roman"/>
                <w:sz w:val="22"/>
              </w:rPr>
              <w:t>Original. Semnat electronic de către participant.</w:t>
            </w:r>
          </w:p>
        </w:tc>
        <w:tc>
          <w:tcPr>
            <w:tcW w:w="1560" w:type="dxa"/>
            <w:vAlign w:val="center"/>
          </w:tcPr>
          <w:p w:rsidR="00C70DF0" w:rsidRPr="00A84BC5" w:rsidRDefault="00A84BC5">
            <w:pPr>
              <w:rPr>
                <w:rFonts w:cs="Times New Roman"/>
                <w:sz w:val="22"/>
              </w:rPr>
            </w:pPr>
            <w:r w:rsidRPr="00A84BC5">
              <w:rPr>
                <w:rFonts w:cs="Times New Roman"/>
                <w:sz w:val="22"/>
              </w:rPr>
              <w:t>Obligatoriu</w:t>
            </w:r>
          </w:p>
        </w:tc>
      </w:tr>
      <w:tr w:rsidR="0022270F" w:rsidRPr="00A84BC5" w:rsidTr="007E7CF6">
        <w:trPr>
          <w:cantSplit/>
          <w:jc w:val="center"/>
        </w:trPr>
        <w:tc>
          <w:tcPr>
            <w:tcW w:w="701" w:type="dxa"/>
            <w:vAlign w:val="center"/>
          </w:tcPr>
          <w:p w:rsidR="00C70DF0" w:rsidRPr="00A84BC5" w:rsidRDefault="00A84BC5">
            <w:pPr>
              <w:rPr>
                <w:rFonts w:cs="Times New Roman"/>
                <w:sz w:val="22"/>
              </w:rPr>
            </w:pPr>
            <w:r w:rsidRPr="00A84BC5">
              <w:rPr>
                <w:rFonts w:cs="Times New Roman"/>
                <w:sz w:val="22"/>
              </w:rPr>
              <w:t>5</w:t>
            </w:r>
          </w:p>
        </w:tc>
        <w:tc>
          <w:tcPr>
            <w:tcW w:w="2693" w:type="dxa"/>
            <w:vAlign w:val="center"/>
          </w:tcPr>
          <w:p w:rsidR="00C70DF0" w:rsidRPr="00A84BC5" w:rsidRDefault="00A84BC5">
            <w:pPr>
              <w:rPr>
                <w:rFonts w:cs="Times New Roman"/>
                <w:sz w:val="22"/>
              </w:rPr>
            </w:pPr>
            <w:r w:rsidRPr="00A84BC5">
              <w:rPr>
                <w:rFonts w:cs="Times New Roman"/>
                <w:sz w:val="22"/>
              </w:rPr>
              <w:t>DUAE, după caz / Declarația privind eligibilitatea</w:t>
            </w:r>
          </w:p>
        </w:tc>
        <w:tc>
          <w:tcPr>
            <w:tcW w:w="5103" w:type="dxa"/>
            <w:vAlign w:val="center"/>
          </w:tcPr>
          <w:p w:rsidR="00C70DF0" w:rsidRPr="00A84BC5" w:rsidRDefault="00A84BC5">
            <w:pPr>
              <w:rPr>
                <w:rFonts w:cs="Times New Roman"/>
                <w:sz w:val="22"/>
              </w:rPr>
            </w:pPr>
            <w:r w:rsidRPr="00A84BC5">
              <w:rPr>
                <w:rFonts w:cs="Times New Roman"/>
                <w:sz w:val="22"/>
              </w:rPr>
              <w:t>Original. Semnat electronic de către participant, conform documentației aplicabile procedurii.</w:t>
            </w:r>
          </w:p>
        </w:tc>
        <w:tc>
          <w:tcPr>
            <w:tcW w:w="1560" w:type="dxa"/>
            <w:vAlign w:val="center"/>
          </w:tcPr>
          <w:p w:rsidR="00C70DF0" w:rsidRPr="00A84BC5" w:rsidRDefault="00A84BC5">
            <w:pPr>
              <w:rPr>
                <w:rFonts w:cs="Times New Roman"/>
                <w:sz w:val="22"/>
              </w:rPr>
            </w:pPr>
            <w:r w:rsidRPr="00A84BC5">
              <w:rPr>
                <w:rFonts w:cs="Times New Roman"/>
                <w:sz w:val="22"/>
              </w:rPr>
              <w:t>Obligatoriu, după caz</w:t>
            </w:r>
          </w:p>
        </w:tc>
      </w:tr>
      <w:tr w:rsidR="0022270F" w:rsidRPr="00A84BC5" w:rsidTr="007E7CF6">
        <w:trPr>
          <w:cantSplit/>
          <w:jc w:val="center"/>
        </w:trPr>
        <w:tc>
          <w:tcPr>
            <w:tcW w:w="701" w:type="dxa"/>
            <w:vAlign w:val="center"/>
          </w:tcPr>
          <w:p w:rsidR="00C70DF0" w:rsidRPr="00A84BC5" w:rsidRDefault="00A84BC5">
            <w:pPr>
              <w:rPr>
                <w:rFonts w:cs="Times New Roman"/>
                <w:sz w:val="22"/>
              </w:rPr>
            </w:pPr>
            <w:r w:rsidRPr="00A84BC5">
              <w:rPr>
                <w:rFonts w:cs="Times New Roman"/>
                <w:sz w:val="22"/>
              </w:rPr>
              <w:t>6</w:t>
            </w:r>
          </w:p>
        </w:tc>
        <w:tc>
          <w:tcPr>
            <w:tcW w:w="2693" w:type="dxa"/>
            <w:vAlign w:val="center"/>
          </w:tcPr>
          <w:p w:rsidR="00C70DF0" w:rsidRPr="00A84BC5" w:rsidRDefault="00A84BC5">
            <w:pPr>
              <w:rPr>
                <w:rFonts w:cs="Times New Roman"/>
                <w:sz w:val="22"/>
              </w:rPr>
            </w:pPr>
            <w:r w:rsidRPr="00A84BC5">
              <w:rPr>
                <w:rFonts w:cs="Times New Roman"/>
                <w:sz w:val="22"/>
              </w:rPr>
              <w:t>Certificat/decizie de înregistrare sau extras din Registrul de Stat; documente privind reprezentarea legală</w:t>
            </w:r>
          </w:p>
        </w:tc>
        <w:tc>
          <w:tcPr>
            <w:tcW w:w="5103" w:type="dxa"/>
            <w:vAlign w:val="center"/>
          </w:tcPr>
          <w:p w:rsidR="00C70DF0" w:rsidRPr="00A84BC5" w:rsidRDefault="00A84BC5">
            <w:pPr>
              <w:rPr>
                <w:rFonts w:cs="Times New Roman"/>
                <w:sz w:val="22"/>
              </w:rPr>
            </w:pPr>
            <w:r w:rsidRPr="00A84BC5">
              <w:rPr>
                <w:rFonts w:cs="Times New Roman"/>
                <w:sz w:val="22"/>
              </w:rPr>
              <w:t>Copie/Original, semnat electronic de către participant.</w:t>
            </w:r>
          </w:p>
        </w:tc>
        <w:tc>
          <w:tcPr>
            <w:tcW w:w="1560" w:type="dxa"/>
            <w:vAlign w:val="center"/>
          </w:tcPr>
          <w:p w:rsidR="00C70DF0" w:rsidRPr="00A84BC5" w:rsidRDefault="00A84BC5">
            <w:pPr>
              <w:rPr>
                <w:rFonts w:cs="Times New Roman"/>
                <w:sz w:val="22"/>
              </w:rPr>
            </w:pPr>
            <w:r w:rsidRPr="00A84BC5">
              <w:rPr>
                <w:rFonts w:cs="Times New Roman"/>
                <w:sz w:val="22"/>
              </w:rPr>
              <w:t>Obligatoriu</w:t>
            </w:r>
          </w:p>
        </w:tc>
      </w:tr>
      <w:tr w:rsidR="0022270F" w:rsidRPr="00A84BC5" w:rsidTr="007E7CF6">
        <w:trPr>
          <w:cantSplit/>
          <w:jc w:val="center"/>
        </w:trPr>
        <w:tc>
          <w:tcPr>
            <w:tcW w:w="701" w:type="dxa"/>
            <w:vAlign w:val="center"/>
          </w:tcPr>
          <w:p w:rsidR="00C70DF0" w:rsidRPr="00A84BC5" w:rsidRDefault="00A84BC5">
            <w:pPr>
              <w:rPr>
                <w:rFonts w:cs="Times New Roman"/>
                <w:sz w:val="22"/>
              </w:rPr>
            </w:pPr>
            <w:r w:rsidRPr="00A84BC5">
              <w:rPr>
                <w:rFonts w:cs="Times New Roman"/>
                <w:sz w:val="22"/>
              </w:rPr>
              <w:t>7</w:t>
            </w:r>
          </w:p>
        </w:tc>
        <w:tc>
          <w:tcPr>
            <w:tcW w:w="2693" w:type="dxa"/>
            <w:vAlign w:val="center"/>
          </w:tcPr>
          <w:p w:rsidR="00C70DF0" w:rsidRPr="00A84BC5" w:rsidRDefault="00A84BC5">
            <w:pPr>
              <w:rPr>
                <w:rFonts w:cs="Times New Roman"/>
                <w:sz w:val="22"/>
              </w:rPr>
            </w:pPr>
            <w:r w:rsidRPr="00A84BC5">
              <w:rPr>
                <w:rFonts w:cs="Times New Roman"/>
                <w:sz w:val="22"/>
              </w:rPr>
              <w:t>Documente privind dreptul de furnizare/comercializare a serviciilor Fortinet</w:t>
            </w:r>
          </w:p>
        </w:tc>
        <w:tc>
          <w:tcPr>
            <w:tcW w:w="5103" w:type="dxa"/>
            <w:vAlign w:val="center"/>
          </w:tcPr>
          <w:p w:rsidR="00C70DF0" w:rsidRPr="00A84BC5" w:rsidRDefault="00A84BC5">
            <w:pPr>
              <w:rPr>
                <w:rFonts w:cs="Times New Roman"/>
                <w:sz w:val="22"/>
              </w:rPr>
            </w:pPr>
            <w:r w:rsidRPr="00A84BC5">
              <w:rPr>
                <w:rFonts w:cs="Times New Roman"/>
                <w:sz w:val="22"/>
              </w:rPr>
              <w:t>Documente care confirmă statutul de partener autorizat sau relația contractuală cu un distribuitor autorizat, după caz; semnate electronic.</w:t>
            </w:r>
          </w:p>
        </w:tc>
        <w:tc>
          <w:tcPr>
            <w:tcW w:w="1560" w:type="dxa"/>
            <w:vAlign w:val="center"/>
          </w:tcPr>
          <w:p w:rsidR="00C70DF0" w:rsidRPr="00A84BC5" w:rsidRDefault="00A84BC5">
            <w:pPr>
              <w:rPr>
                <w:rFonts w:cs="Times New Roman"/>
                <w:sz w:val="22"/>
              </w:rPr>
            </w:pPr>
            <w:r w:rsidRPr="00A84BC5">
              <w:rPr>
                <w:rFonts w:cs="Times New Roman"/>
                <w:sz w:val="22"/>
              </w:rPr>
              <w:t>Obligatoriu, la solicitare</w:t>
            </w:r>
          </w:p>
        </w:tc>
      </w:tr>
      <w:tr w:rsidR="0022270F" w:rsidRPr="00A84BC5" w:rsidTr="007E7CF6">
        <w:trPr>
          <w:cantSplit/>
          <w:jc w:val="center"/>
        </w:trPr>
        <w:tc>
          <w:tcPr>
            <w:tcW w:w="701" w:type="dxa"/>
            <w:vAlign w:val="center"/>
          </w:tcPr>
          <w:p w:rsidR="00C70DF0" w:rsidRPr="00A84BC5" w:rsidRDefault="00A84BC5">
            <w:pPr>
              <w:rPr>
                <w:rFonts w:cs="Times New Roman"/>
                <w:sz w:val="22"/>
              </w:rPr>
            </w:pPr>
            <w:r w:rsidRPr="00A84BC5">
              <w:rPr>
                <w:rFonts w:cs="Times New Roman"/>
                <w:sz w:val="22"/>
              </w:rPr>
              <w:t>8</w:t>
            </w:r>
          </w:p>
        </w:tc>
        <w:tc>
          <w:tcPr>
            <w:tcW w:w="2693" w:type="dxa"/>
            <w:vAlign w:val="center"/>
          </w:tcPr>
          <w:p w:rsidR="00C70DF0" w:rsidRPr="00A84BC5" w:rsidRDefault="00A84BC5">
            <w:pPr>
              <w:rPr>
                <w:rFonts w:cs="Times New Roman"/>
                <w:sz w:val="22"/>
              </w:rPr>
            </w:pPr>
            <w:r w:rsidRPr="00A84BC5">
              <w:rPr>
                <w:rFonts w:cs="Times New Roman"/>
                <w:sz w:val="22"/>
              </w:rPr>
              <w:t>Documente tehnice confirmatoare</w:t>
            </w:r>
          </w:p>
        </w:tc>
        <w:tc>
          <w:tcPr>
            <w:tcW w:w="5103" w:type="dxa"/>
            <w:vAlign w:val="center"/>
          </w:tcPr>
          <w:p w:rsidR="00C70DF0" w:rsidRPr="00A84BC5" w:rsidRDefault="00A84BC5">
            <w:pPr>
              <w:rPr>
                <w:rFonts w:cs="Times New Roman"/>
                <w:sz w:val="22"/>
              </w:rPr>
            </w:pPr>
            <w:r w:rsidRPr="00A84BC5">
              <w:rPr>
                <w:rFonts w:cs="Times New Roman"/>
                <w:sz w:val="22"/>
              </w:rPr>
              <w:t>Fișe tehnice oficiale Fortinet, descrierea serviciilor ofertate, codurile comerciale (SKU), confirmarea originalității, perioadei de valabilitate de 12 luni și compatibilității cu echipamentele existente; semnate electronic.</w:t>
            </w:r>
          </w:p>
        </w:tc>
        <w:tc>
          <w:tcPr>
            <w:tcW w:w="1560" w:type="dxa"/>
            <w:vAlign w:val="center"/>
          </w:tcPr>
          <w:p w:rsidR="00C70DF0" w:rsidRPr="00A84BC5" w:rsidRDefault="00A84BC5">
            <w:pPr>
              <w:rPr>
                <w:rFonts w:cs="Times New Roman"/>
                <w:sz w:val="22"/>
              </w:rPr>
            </w:pPr>
            <w:r w:rsidRPr="00A84BC5">
              <w:rPr>
                <w:rFonts w:cs="Times New Roman"/>
                <w:sz w:val="22"/>
              </w:rPr>
              <w:t>Obligatoriu, la solicitare</w:t>
            </w:r>
          </w:p>
        </w:tc>
      </w:tr>
      <w:tr w:rsidR="0022270F" w:rsidRPr="00A84BC5" w:rsidTr="007E7CF6">
        <w:trPr>
          <w:cantSplit/>
          <w:jc w:val="center"/>
        </w:trPr>
        <w:tc>
          <w:tcPr>
            <w:tcW w:w="701" w:type="dxa"/>
            <w:vAlign w:val="center"/>
          </w:tcPr>
          <w:p w:rsidR="00C70DF0" w:rsidRPr="00A84BC5" w:rsidRDefault="00A84BC5">
            <w:pPr>
              <w:rPr>
                <w:rFonts w:cs="Times New Roman"/>
                <w:sz w:val="22"/>
              </w:rPr>
            </w:pPr>
            <w:r w:rsidRPr="00A84BC5">
              <w:rPr>
                <w:rFonts w:cs="Times New Roman"/>
                <w:sz w:val="22"/>
              </w:rPr>
              <w:lastRenderedPageBreak/>
              <w:t>9</w:t>
            </w:r>
          </w:p>
        </w:tc>
        <w:tc>
          <w:tcPr>
            <w:tcW w:w="2693" w:type="dxa"/>
            <w:vAlign w:val="center"/>
          </w:tcPr>
          <w:p w:rsidR="00C70DF0" w:rsidRPr="00A84BC5" w:rsidRDefault="00A84BC5">
            <w:pPr>
              <w:rPr>
                <w:rFonts w:cs="Times New Roman"/>
                <w:sz w:val="22"/>
              </w:rPr>
            </w:pPr>
            <w:r w:rsidRPr="00A84BC5">
              <w:rPr>
                <w:rFonts w:cs="Times New Roman"/>
                <w:sz w:val="22"/>
              </w:rPr>
              <w:t>Experiență similară și personal calificat</w:t>
            </w:r>
          </w:p>
        </w:tc>
        <w:tc>
          <w:tcPr>
            <w:tcW w:w="5103" w:type="dxa"/>
            <w:vAlign w:val="center"/>
          </w:tcPr>
          <w:p w:rsidR="00C70DF0" w:rsidRPr="00A84BC5" w:rsidRDefault="00A84BC5">
            <w:pPr>
              <w:rPr>
                <w:rFonts w:cs="Times New Roman"/>
                <w:sz w:val="22"/>
              </w:rPr>
            </w:pPr>
            <w:r w:rsidRPr="00A84BC5">
              <w:rPr>
                <w:rFonts w:cs="Times New Roman"/>
                <w:sz w:val="22"/>
              </w:rPr>
              <w:t>Informații/documente care demonstrează experiența în furnizarea serviciilor Fortinet și existența personalului calificat pentru activarea și gestionarea subscripțiilor, conform Caietului de sarcini.</w:t>
            </w:r>
          </w:p>
        </w:tc>
        <w:tc>
          <w:tcPr>
            <w:tcW w:w="1560" w:type="dxa"/>
            <w:vAlign w:val="center"/>
          </w:tcPr>
          <w:p w:rsidR="00C70DF0" w:rsidRPr="00A84BC5" w:rsidRDefault="00A84BC5">
            <w:pPr>
              <w:rPr>
                <w:rFonts w:cs="Times New Roman"/>
                <w:sz w:val="22"/>
              </w:rPr>
            </w:pPr>
            <w:r w:rsidRPr="00A84BC5">
              <w:rPr>
                <w:rFonts w:cs="Times New Roman"/>
                <w:sz w:val="22"/>
              </w:rPr>
              <w:t>Obligatoriu, la solicitare</w:t>
            </w:r>
          </w:p>
        </w:tc>
      </w:tr>
      <w:tr w:rsidR="0022270F" w:rsidRPr="00A84BC5" w:rsidTr="007E7CF6">
        <w:trPr>
          <w:cantSplit/>
          <w:jc w:val="center"/>
        </w:trPr>
        <w:tc>
          <w:tcPr>
            <w:tcW w:w="701" w:type="dxa"/>
            <w:vAlign w:val="center"/>
          </w:tcPr>
          <w:p w:rsidR="00C70DF0" w:rsidRPr="00A84BC5" w:rsidRDefault="00A84BC5">
            <w:pPr>
              <w:rPr>
                <w:rFonts w:cs="Times New Roman"/>
                <w:sz w:val="22"/>
              </w:rPr>
            </w:pPr>
            <w:r w:rsidRPr="00A84BC5">
              <w:rPr>
                <w:rFonts w:cs="Times New Roman"/>
                <w:sz w:val="22"/>
              </w:rPr>
              <w:t>10</w:t>
            </w:r>
          </w:p>
        </w:tc>
        <w:tc>
          <w:tcPr>
            <w:tcW w:w="2693" w:type="dxa"/>
            <w:vAlign w:val="center"/>
          </w:tcPr>
          <w:p w:rsidR="00C70DF0" w:rsidRPr="00A84BC5" w:rsidRDefault="00A84BC5">
            <w:pPr>
              <w:rPr>
                <w:rFonts w:cs="Times New Roman"/>
                <w:sz w:val="22"/>
              </w:rPr>
            </w:pPr>
            <w:r w:rsidRPr="00A84BC5">
              <w:rPr>
                <w:rFonts w:cs="Times New Roman"/>
                <w:sz w:val="22"/>
              </w:rPr>
              <w:t>Certificat privind lipsa datoriilor față de bugetul public</w:t>
            </w:r>
          </w:p>
        </w:tc>
        <w:tc>
          <w:tcPr>
            <w:tcW w:w="5103" w:type="dxa"/>
            <w:vAlign w:val="center"/>
          </w:tcPr>
          <w:p w:rsidR="00C70DF0" w:rsidRPr="00A84BC5" w:rsidRDefault="00A84BC5">
            <w:pPr>
              <w:rPr>
                <w:rFonts w:cs="Times New Roman"/>
                <w:sz w:val="22"/>
              </w:rPr>
            </w:pPr>
            <w:r w:rsidRPr="00A84BC5">
              <w:rPr>
                <w:rFonts w:cs="Times New Roman"/>
                <w:sz w:val="22"/>
              </w:rPr>
              <w:t>Copie/Original, valabil la data solicitării/depunerii, semnat electronic de către participant.</w:t>
            </w:r>
          </w:p>
        </w:tc>
        <w:tc>
          <w:tcPr>
            <w:tcW w:w="1560" w:type="dxa"/>
            <w:vAlign w:val="center"/>
          </w:tcPr>
          <w:p w:rsidR="00C70DF0" w:rsidRPr="00A84BC5" w:rsidRDefault="00A84BC5">
            <w:pPr>
              <w:rPr>
                <w:rFonts w:cs="Times New Roman"/>
                <w:sz w:val="22"/>
              </w:rPr>
            </w:pPr>
            <w:r w:rsidRPr="00A84BC5">
              <w:rPr>
                <w:rFonts w:cs="Times New Roman"/>
                <w:sz w:val="22"/>
              </w:rPr>
              <w:t>Obligatoriu, la solicitare</w:t>
            </w:r>
          </w:p>
        </w:tc>
      </w:tr>
      <w:tr w:rsidR="00DA768A" w:rsidRPr="00A84BC5" w:rsidTr="007E7CF6">
        <w:trPr>
          <w:cantSplit/>
          <w:jc w:val="center"/>
        </w:trPr>
        <w:tc>
          <w:tcPr>
            <w:tcW w:w="701" w:type="dxa"/>
            <w:vAlign w:val="center"/>
          </w:tcPr>
          <w:p w:rsidR="00C70DF0" w:rsidRPr="00A84BC5" w:rsidRDefault="00A84BC5">
            <w:pPr>
              <w:rPr>
                <w:rFonts w:cs="Times New Roman"/>
                <w:sz w:val="22"/>
              </w:rPr>
            </w:pPr>
            <w:r w:rsidRPr="00A84BC5">
              <w:rPr>
                <w:rFonts w:cs="Times New Roman"/>
                <w:sz w:val="22"/>
              </w:rPr>
              <w:t>11</w:t>
            </w:r>
          </w:p>
        </w:tc>
        <w:tc>
          <w:tcPr>
            <w:tcW w:w="2693" w:type="dxa"/>
            <w:vAlign w:val="center"/>
          </w:tcPr>
          <w:p w:rsidR="00C70DF0" w:rsidRPr="00A84BC5" w:rsidRDefault="00A84BC5">
            <w:pPr>
              <w:rPr>
                <w:rFonts w:cs="Times New Roman"/>
                <w:sz w:val="22"/>
              </w:rPr>
            </w:pPr>
            <w:r w:rsidRPr="00A84BC5">
              <w:rPr>
                <w:rFonts w:cs="Times New Roman"/>
                <w:sz w:val="22"/>
              </w:rPr>
              <w:t>Solicitarea clarificărilor</w:t>
            </w:r>
          </w:p>
        </w:tc>
        <w:tc>
          <w:tcPr>
            <w:tcW w:w="5103" w:type="dxa"/>
            <w:vAlign w:val="center"/>
          </w:tcPr>
          <w:p w:rsidR="00C70DF0" w:rsidRPr="00A84BC5" w:rsidRDefault="00A84BC5">
            <w:pPr>
              <w:rPr>
                <w:rFonts w:cs="Times New Roman"/>
                <w:sz w:val="22"/>
              </w:rPr>
            </w:pPr>
            <w:r w:rsidRPr="00A84BC5">
              <w:rPr>
                <w:rFonts w:cs="Times New Roman"/>
                <w:sz w:val="22"/>
              </w:rPr>
              <w:t xml:space="preserve">Clarificările pot fi solicitate în termen de 3 zile până la termenul-limită de depunere </w:t>
            </w:r>
            <w:proofErr w:type="gramStart"/>
            <w:r w:rsidRPr="00A84BC5">
              <w:rPr>
                <w:rFonts w:cs="Times New Roman"/>
                <w:sz w:val="22"/>
              </w:rPr>
              <w:t>a</w:t>
            </w:r>
            <w:proofErr w:type="gramEnd"/>
            <w:r w:rsidRPr="00A84BC5">
              <w:rPr>
                <w:rFonts w:cs="Times New Roman"/>
                <w:sz w:val="22"/>
              </w:rPr>
              <w:t xml:space="preserve"> ofertelor, prin intermediul SIA RSAP.</w:t>
            </w:r>
          </w:p>
        </w:tc>
        <w:tc>
          <w:tcPr>
            <w:tcW w:w="1560" w:type="dxa"/>
            <w:vAlign w:val="center"/>
          </w:tcPr>
          <w:p w:rsidR="00C70DF0" w:rsidRPr="00A84BC5" w:rsidRDefault="00A84BC5">
            <w:pPr>
              <w:rPr>
                <w:rFonts w:cs="Times New Roman"/>
                <w:sz w:val="22"/>
              </w:rPr>
            </w:pPr>
            <w:r w:rsidRPr="00A84BC5">
              <w:rPr>
                <w:rFonts w:cs="Times New Roman"/>
                <w:sz w:val="22"/>
              </w:rPr>
              <w:t>Obligatoriu</w:t>
            </w:r>
          </w:p>
        </w:tc>
      </w:tr>
    </w:tbl>
    <w:p w:rsidR="0022270F" w:rsidRPr="00A84BC5" w:rsidRDefault="00374C8A" w:rsidP="00531B9B">
      <w:pPr>
        <w:rPr>
          <w:rFonts w:cs="Times New Roman"/>
          <w:sz w:val="22"/>
        </w:rPr>
      </w:pPr>
      <w:r w:rsidRPr="00A84BC5">
        <w:rPr>
          <w:rFonts w:cs="Times New Roman"/>
          <w:b/>
          <w:sz w:val="22"/>
        </w:rPr>
        <w:t xml:space="preserve">17. </w:t>
      </w:r>
      <w:proofErr w:type="spellStart"/>
      <w:r w:rsidRPr="00A84BC5">
        <w:rPr>
          <w:rFonts w:cs="Times New Roman"/>
          <w:b/>
          <w:sz w:val="22"/>
        </w:rPr>
        <w:t>Garanția</w:t>
      </w:r>
      <w:proofErr w:type="spellEnd"/>
      <w:r w:rsidRPr="00A84BC5">
        <w:rPr>
          <w:rFonts w:cs="Times New Roman"/>
          <w:b/>
          <w:sz w:val="22"/>
        </w:rPr>
        <w:t xml:space="preserve"> </w:t>
      </w:r>
      <w:proofErr w:type="spellStart"/>
      <w:r w:rsidRPr="00A84BC5">
        <w:rPr>
          <w:rFonts w:cs="Times New Roman"/>
          <w:b/>
          <w:sz w:val="22"/>
        </w:rPr>
        <w:t>pentru</w:t>
      </w:r>
      <w:proofErr w:type="spellEnd"/>
      <w:r w:rsidRPr="00A84BC5">
        <w:rPr>
          <w:rFonts w:cs="Times New Roman"/>
          <w:b/>
          <w:sz w:val="22"/>
        </w:rPr>
        <w:t xml:space="preserve"> </w:t>
      </w:r>
      <w:proofErr w:type="spellStart"/>
      <w:r w:rsidRPr="00A84BC5">
        <w:rPr>
          <w:rFonts w:cs="Times New Roman"/>
          <w:b/>
          <w:sz w:val="22"/>
        </w:rPr>
        <w:t>ofertă</w:t>
      </w:r>
      <w:proofErr w:type="spellEnd"/>
      <w:proofErr w:type="gramStart"/>
      <w:r w:rsidRPr="00A84BC5">
        <w:rPr>
          <w:rFonts w:cs="Times New Roman"/>
          <w:b/>
          <w:sz w:val="22"/>
        </w:rPr>
        <w:t xml:space="preserve">: </w:t>
      </w:r>
      <w:r w:rsidR="00110FDC" w:rsidRPr="00A84BC5">
        <w:rPr>
          <w:rFonts w:cs="Times New Roman"/>
          <w:sz w:val="22"/>
        </w:rPr>
        <w:t>:</w:t>
      </w:r>
      <w:proofErr w:type="gramEnd"/>
      <w:r w:rsidR="00110FDC" w:rsidRPr="00A84BC5">
        <w:rPr>
          <w:rFonts w:cs="Times New Roman"/>
          <w:sz w:val="22"/>
        </w:rPr>
        <w:t xml:space="preserve"> nu se </w:t>
      </w:r>
      <w:proofErr w:type="spellStart"/>
      <w:r w:rsidR="00110FDC" w:rsidRPr="00A84BC5">
        <w:rPr>
          <w:rFonts w:cs="Times New Roman"/>
          <w:sz w:val="22"/>
        </w:rPr>
        <w:t>aplică</w:t>
      </w:r>
      <w:proofErr w:type="spellEnd"/>
      <w:r w:rsidR="00110FDC" w:rsidRPr="00A84BC5">
        <w:rPr>
          <w:rFonts w:cs="Times New Roman"/>
          <w:sz w:val="22"/>
        </w:rPr>
        <w:t>.</w:t>
      </w:r>
    </w:p>
    <w:p w:rsidR="0022270F" w:rsidRPr="00A84BC5" w:rsidRDefault="00374C8A" w:rsidP="00531B9B">
      <w:pPr>
        <w:rPr>
          <w:rFonts w:cs="Times New Roman"/>
          <w:sz w:val="22"/>
        </w:rPr>
      </w:pPr>
      <w:r w:rsidRPr="00A84BC5">
        <w:rPr>
          <w:rFonts w:cs="Times New Roman"/>
          <w:sz w:val="22"/>
        </w:rPr>
        <w:t>18. Termenul de garanție/valabilitate a serviciilor: perioada de valabilitate a serviciilor/licențelor - minimum 12 luni, conform Caietului de sarcini și documentației producătorului.</w:t>
      </w:r>
    </w:p>
    <w:p w:rsidR="0022270F" w:rsidRPr="00A84BC5" w:rsidRDefault="001E7444" w:rsidP="00531B9B">
      <w:pPr>
        <w:rPr>
          <w:rFonts w:cs="Times New Roman"/>
          <w:sz w:val="22"/>
        </w:rPr>
      </w:pPr>
      <w:r w:rsidRPr="00A84BC5">
        <w:rPr>
          <w:rFonts w:cs="Times New Roman"/>
          <w:b/>
          <w:bCs/>
          <w:sz w:val="22"/>
        </w:rPr>
        <w:t>19</w:t>
      </w:r>
      <w:r w:rsidR="00374C8A" w:rsidRPr="00A84BC5">
        <w:rPr>
          <w:rFonts w:cs="Times New Roman"/>
          <w:b/>
          <w:bCs/>
          <w:sz w:val="22"/>
        </w:rPr>
        <w:t xml:space="preserve">. </w:t>
      </w:r>
      <w:proofErr w:type="spellStart"/>
      <w:r w:rsidR="00374C8A" w:rsidRPr="00A84BC5">
        <w:rPr>
          <w:rFonts w:cs="Times New Roman"/>
          <w:b/>
          <w:bCs/>
          <w:sz w:val="22"/>
        </w:rPr>
        <w:t>Tehnici</w:t>
      </w:r>
      <w:proofErr w:type="spellEnd"/>
      <w:r w:rsidR="00374C8A" w:rsidRPr="00A84BC5">
        <w:rPr>
          <w:rFonts w:cs="Times New Roman"/>
          <w:b/>
          <w:bCs/>
          <w:sz w:val="22"/>
        </w:rPr>
        <w:t xml:space="preserve"> </w:t>
      </w:r>
      <w:proofErr w:type="spellStart"/>
      <w:r w:rsidR="00374C8A" w:rsidRPr="00A84BC5">
        <w:rPr>
          <w:rFonts w:cs="Times New Roman"/>
          <w:b/>
          <w:bCs/>
          <w:sz w:val="22"/>
        </w:rPr>
        <w:t>și</w:t>
      </w:r>
      <w:proofErr w:type="spellEnd"/>
      <w:r w:rsidR="00374C8A" w:rsidRPr="00A84BC5">
        <w:rPr>
          <w:rFonts w:cs="Times New Roman"/>
          <w:b/>
          <w:bCs/>
          <w:sz w:val="22"/>
        </w:rPr>
        <w:t xml:space="preserve"> </w:t>
      </w:r>
      <w:proofErr w:type="spellStart"/>
      <w:r w:rsidR="00374C8A" w:rsidRPr="00A84BC5">
        <w:rPr>
          <w:rFonts w:cs="Times New Roman"/>
          <w:b/>
          <w:bCs/>
          <w:sz w:val="22"/>
        </w:rPr>
        <w:t>instrumente</w:t>
      </w:r>
      <w:proofErr w:type="spellEnd"/>
      <w:r w:rsidR="00374C8A" w:rsidRPr="00A84BC5">
        <w:rPr>
          <w:rFonts w:cs="Times New Roman"/>
          <w:b/>
          <w:bCs/>
          <w:sz w:val="22"/>
        </w:rPr>
        <w:t xml:space="preserve"> </w:t>
      </w:r>
      <w:proofErr w:type="spellStart"/>
      <w:r w:rsidR="00374C8A" w:rsidRPr="00A84BC5">
        <w:rPr>
          <w:rFonts w:cs="Times New Roman"/>
          <w:b/>
          <w:bCs/>
          <w:sz w:val="22"/>
        </w:rPr>
        <w:t>specifice</w:t>
      </w:r>
      <w:proofErr w:type="spellEnd"/>
      <w:r w:rsidR="00374C8A" w:rsidRPr="00A84BC5">
        <w:rPr>
          <w:rFonts w:cs="Times New Roman"/>
          <w:b/>
          <w:bCs/>
          <w:sz w:val="22"/>
        </w:rPr>
        <w:t xml:space="preserve"> de </w:t>
      </w:r>
      <w:proofErr w:type="spellStart"/>
      <w:r w:rsidR="00374C8A" w:rsidRPr="00A84BC5">
        <w:rPr>
          <w:rFonts w:cs="Times New Roman"/>
          <w:b/>
          <w:bCs/>
          <w:sz w:val="22"/>
        </w:rPr>
        <w:t>atribuire</w:t>
      </w:r>
      <w:proofErr w:type="spellEnd"/>
      <w:r w:rsidR="00374C8A" w:rsidRPr="00A84BC5">
        <w:rPr>
          <w:rFonts w:cs="Times New Roman"/>
          <w:b/>
          <w:bCs/>
          <w:sz w:val="22"/>
        </w:rPr>
        <w:t>:</w:t>
      </w:r>
      <w:r w:rsidR="00A20347" w:rsidRPr="00A84BC5">
        <w:rPr>
          <w:rFonts w:cs="Times New Roman"/>
          <w:sz w:val="22"/>
        </w:rPr>
        <w:t xml:space="preserve"> </w:t>
      </w:r>
      <w:r w:rsidR="00374C8A" w:rsidRPr="00A84BC5">
        <w:rPr>
          <w:rFonts w:cs="Times New Roman"/>
          <w:sz w:val="22"/>
        </w:rPr>
        <w:t xml:space="preserve">nu se </w:t>
      </w:r>
      <w:proofErr w:type="spellStart"/>
      <w:r w:rsidR="00374C8A" w:rsidRPr="00A84BC5">
        <w:rPr>
          <w:rFonts w:cs="Times New Roman"/>
          <w:sz w:val="22"/>
        </w:rPr>
        <w:t>aplică</w:t>
      </w:r>
      <w:proofErr w:type="spellEnd"/>
      <w:r w:rsidR="00374C8A" w:rsidRPr="00A84BC5">
        <w:rPr>
          <w:rFonts w:cs="Times New Roman"/>
          <w:sz w:val="22"/>
        </w:rPr>
        <w:t>.</w:t>
      </w:r>
    </w:p>
    <w:p w:rsidR="00CB7340" w:rsidRPr="00A84BC5" w:rsidRDefault="00374C8A" w:rsidP="00531B9B">
      <w:pPr>
        <w:rPr>
          <w:rFonts w:cs="Times New Roman"/>
          <w:sz w:val="22"/>
        </w:rPr>
      </w:pPr>
      <w:r w:rsidRPr="00A84BC5">
        <w:rPr>
          <w:rFonts w:cs="Times New Roman"/>
          <w:b/>
          <w:sz w:val="22"/>
        </w:rPr>
        <w:t xml:space="preserve">20. </w:t>
      </w:r>
      <w:proofErr w:type="spellStart"/>
      <w:r w:rsidRPr="00A84BC5">
        <w:rPr>
          <w:rFonts w:cs="Times New Roman"/>
          <w:b/>
          <w:sz w:val="22"/>
        </w:rPr>
        <w:t>Motivul</w:t>
      </w:r>
      <w:proofErr w:type="spellEnd"/>
      <w:r w:rsidRPr="00A84BC5">
        <w:rPr>
          <w:rFonts w:cs="Times New Roman"/>
          <w:b/>
          <w:sz w:val="22"/>
        </w:rPr>
        <w:t xml:space="preserve"> </w:t>
      </w:r>
      <w:proofErr w:type="spellStart"/>
      <w:r w:rsidRPr="00A84BC5">
        <w:rPr>
          <w:rFonts w:cs="Times New Roman"/>
          <w:b/>
          <w:sz w:val="22"/>
        </w:rPr>
        <w:t>recurgerii</w:t>
      </w:r>
      <w:proofErr w:type="spellEnd"/>
      <w:r w:rsidRPr="00A84BC5">
        <w:rPr>
          <w:rFonts w:cs="Times New Roman"/>
          <w:b/>
          <w:sz w:val="22"/>
        </w:rPr>
        <w:t xml:space="preserve"> la </w:t>
      </w:r>
      <w:proofErr w:type="spellStart"/>
      <w:r w:rsidRPr="00A84BC5">
        <w:rPr>
          <w:rFonts w:cs="Times New Roman"/>
          <w:b/>
          <w:sz w:val="22"/>
        </w:rPr>
        <w:t>procedura</w:t>
      </w:r>
      <w:proofErr w:type="spellEnd"/>
      <w:r w:rsidRPr="00A84BC5">
        <w:rPr>
          <w:rFonts w:cs="Times New Roman"/>
          <w:b/>
          <w:sz w:val="22"/>
        </w:rPr>
        <w:t xml:space="preserve"> </w:t>
      </w:r>
      <w:proofErr w:type="spellStart"/>
      <w:r w:rsidRPr="00A84BC5">
        <w:rPr>
          <w:rFonts w:cs="Times New Roman"/>
          <w:b/>
          <w:sz w:val="22"/>
        </w:rPr>
        <w:t>accelerată</w:t>
      </w:r>
      <w:proofErr w:type="spellEnd"/>
      <w:r w:rsidRPr="00A84BC5">
        <w:rPr>
          <w:rFonts w:cs="Times New Roman"/>
          <w:b/>
          <w:sz w:val="22"/>
        </w:rPr>
        <w:t xml:space="preserve">: </w:t>
      </w:r>
      <w:r w:rsidRPr="00A84BC5">
        <w:rPr>
          <w:rFonts w:cs="Times New Roman"/>
          <w:sz w:val="22"/>
        </w:rPr>
        <w:t xml:space="preserve">nu se </w:t>
      </w:r>
      <w:proofErr w:type="spellStart"/>
      <w:r w:rsidRPr="00A84BC5">
        <w:rPr>
          <w:rFonts w:cs="Times New Roman"/>
          <w:sz w:val="22"/>
        </w:rPr>
        <w:t>aplică</w:t>
      </w:r>
      <w:proofErr w:type="spellEnd"/>
      <w:r w:rsidRPr="00A84BC5">
        <w:rPr>
          <w:rFonts w:cs="Times New Roman"/>
          <w:sz w:val="22"/>
        </w:rPr>
        <w:t>.</w:t>
      </w:r>
    </w:p>
    <w:p w:rsidR="00803D8D" w:rsidRPr="00A84BC5" w:rsidRDefault="00374C8A" w:rsidP="00531B9B">
      <w:pPr>
        <w:rPr>
          <w:rFonts w:cs="Times New Roman"/>
          <w:bCs/>
          <w:sz w:val="22"/>
        </w:rPr>
      </w:pPr>
      <w:r w:rsidRPr="00A84BC5">
        <w:rPr>
          <w:rFonts w:cs="Times New Roman"/>
          <w:b/>
          <w:sz w:val="22"/>
        </w:rPr>
        <w:t xml:space="preserve">21. </w:t>
      </w:r>
      <w:proofErr w:type="spellStart"/>
      <w:r w:rsidRPr="00A84BC5">
        <w:rPr>
          <w:rFonts w:cs="Times New Roman"/>
          <w:b/>
          <w:sz w:val="22"/>
        </w:rPr>
        <w:t>Tehnici</w:t>
      </w:r>
      <w:proofErr w:type="spellEnd"/>
      <w:r w:rsidRPr="00A84BC5">
        <w:rPr>
          <w:rFonts w:cs="Times New Roman"/>
          <w:b/>
          <w:sz w:val="22"/>
        </w:rPr>
        <w:t xml:space="preserve"> </w:t>
      </w:r>
      <w:proofErr w:type="spellStart"/>
      <w:r w:rsidRPr="00A84BC5">
        <w:rPr>
          <w:rFonts w:cs="Times New Roman"/>
          <w:b/>
          <w:sz w:val="22"/>
        </w:rPr>
        <w:t>și</w:t>
      </w:r>
      <w:proofErr w:type="spellEnd"/>
      <w:r w:rsidRPr="00A84BC5">
        <w:rPr>
          <w:rFonts w:cs="Times New Roman"/>
          <w:b/>
          <w:sz w:val="22"/>
        </w:rPr>
        <w:t xml:space="preserve"> </w:t>
      </w:r>
      <w:proofErr w:type="spellStart"/>
      <w:r w:rsidRPr="00A84BC5">
        <w:rPr>
          <w:rFonts w:cs="Times New Roman"/>
          <w:b/>
          <w:sz w:val="22"/>
        </w:rPr>
        <w:t>instrumente</w:t>
      </w:r>
      <w:proofErr w:type="spellEnd"/>
      <w:r w:rsidRPr="00A84BC5">
        <w:rPr>
          <w:rFonts w:cs="Times New Roman"/>
          <w:b/>
          <w:sz w:val="22"/>
        </w:rPr>
        <w:t xml:space="preserve"> </w:t>
      </w:r>
      <w:proofErr w:type="spellStart"/>
      <w:r w:rsidRPr="00A84BC5">
        <w:rPr>
          <w:rFonts w:cs="Times New Roman"/>
          <w:b/>
          <w:sz w:val="22"/>
        </w:rPr>
        <w:t>specifice</w:t>
      </w:r>
      <w:proofErr w:type="spellEnd"/>
      <w:r w:rsidRPr="00A84BC5">
        <w:rPr>
          <w:rFonts w:cs="Times New Roman"/>
          <w:b/>
          <w:sz w:val="22"/>
        </w:rPr>
        <w:t xml:space="preserve"> de </w:t>
      </w:r>
      <w:proofErr w:type="spellStart"/>
      <w:r w:rsidRPr="00A84BC5">
        <w:rPr>
          <w:rFonts w:cs="Times New Roman"/>
          <w:b/>
          <w:sz w:val="22"/>
        </w:rPr>
        <w:t>atribuire</w:t>
      </w:r>
      <w:proofErr w:type="spellEnd"/>
      <w:r w:rsidRPr="00A84BC5">
        <w:rPr>
          <w:rFonts w:cs="Times New Roman"/>
          <w:b/>
          <w:sz w:val="22"/>
        </w:rPr>
        <w:t xml:space="preserve">: </w:t>
      </w:r>
      <w:r w:rsidR="00A20347" w:rsidRPr="00A84BC5">
        <w:rPr>
          <w:rFonts w:cs="Times New Roman"/>
          <w:bCs/>
          <w:sz w:val="22"/>
        </w:rPr>
        <w:t>n</w:t>
      </w:r>
      <w:r w:rsidR="00803D8D" w:rsidRPr="00A84BC5">
        <w:rPr>
          <w:rFonts w:cs="Times New Roman"/>
          <w:bCs/>
          <w:sz w:val="22"/>
        </w:rPr>
        <w:t xml:space="preserve">u se </w:t>
      </w:r>
      <w:proofErr w:type="spellStart"/>
      <w:r w:rsidR="00803D8D" w:rsidRPr="00A84BC5">
        <w:rPr>
          <w:rFonts w:cs="Times New Roman"/>
          <w:bCs/>
          <w:sz w:val="22"/>
        </w:rPr>
        <w:t>aplică</w:t>
      </w:r>
      <w:proofErr w:type="spellEnd"/>
      <w:r w:rsidR="00803D8D" w:rsidRPr="00A84BC5">
        <w:rPr>
          <w:rFonts w:cs="Times New Roman"/>
          <w:bCs/>
          <w:sz w:val="22"/>
        </w:rPr>
        <w:t>.</w:t>
      </w:r>
    </w:p>
    <w:p w:rsidR="0022270F" w:rsidRPr="00A84BC5" w:rsidRDefault="00374C8A" w:rsidP="00531B9B">
      <w:pPr>
        <w:rPr>
          <w:rFonts w:cs="Times New Roman"/>
          <w:sz w:val="22"/>
        </w:rPr>
      </w:pPr>
      <w:r w:rsidRPr="00A84BC5">
        <w:rPr>
          <w:rFonts w:cs="Times New Roman"/>
          <w:b/>
          <w:sz w:val="22"/>
        </w:rPr>
        <w:t xml:space="preserve">22. </w:t>
      </w:r>
      <w:proofErr w:type="spellStart"/>
      <w:r w:rsidRPr="00A84BC5">
        <w:rPr>
          <w:rFonts w:cs="Times New Roman"/>
          <w:b/>
          <w:sz w:val="22"/>
        </w:rPr>
        <w:t>Condiții</w:t>
      </w:r>
      <w:proofErr w:type="spellEnd"/>
      <w:r w:rsidRPr="00A84BC5">
        <w:rPr>
          <w:rFonts w:cs="Times New Roman"/>
          <w:b/>
          <w:sz w:val="22"/>
        </w:rPr>
        <w:t xml:space="preserve"> </w:t>
      </w:r>
      <w:proofErr w:type="spellStart"/>
      <w:r w:rsidRPr="00A84BC5">
        <w:rPr>
          <w:rFonts w:cs="Times New Roman"/>
          <w:b/>
          <w:sz w:val="22"/>
        </w:rPr>
        <w:t>speciale</w:t>
      </w:r>
      <w:proofErr w:type="spellEnd"/>
      <w:r w:rsidRPr="00A84BC5">
        <w:rPr>
          <w:rFonts w:cs="Times New Roman"/>
          <w:b/>
          <w:sz w:val="22"/>
        </w:rPr>
        <w:t xml:space="preserve"> de care </w:t>
      </w:r>
      <w:proofErr w:type="spellStart"/>
      <w:r w:rsidRPr="00A84BC5">
        <w:rPr>
          <w:rFonts w:cs="Times New Roman"/>
          <w:b/>
          <w:sz w:val="22"/>
        </w:rPr>
        <w:t>depinde</w:t>
      </w:r>
      <w:proofErr w:type="spellEnd"/>
      <w:r w:rsidRPr="00A84BC5">
        <w:rPr>
          <w:rFonts w:cs="Times New Roman"/>
          <w:b/>
          <w:sz w:val="22"/>
        </w:rPr>
        <w:t xml:space="preserve"> </w:t>
      </w:r>
      <w:proofErr w:type="spellStart"/>
      <w:r w:rsidRPr="00A84BC5">
        <w:rPr>
          <w:rFonts w:cs="Times New Roman"/>
          <w:b/>
          <w:sz w:val="22"/>
        </w:rPr>
        <w:t>îndeplinirea</w:t>
      </w:r>
      <w:proofErr w:type="spellEnd"/>
      <w:r w:rsidRPr="00A84BC5">
        <w:rPr>
          <w:rFonts w:cs="Times New Roman"/>
          <w:b/>
          <w:sz w:val="22"/>
        </w:rPr>
        <w:t xml:space="preserve"> </w:t>
      </w:r>
      <w:proofErr w:type="spellStart"/>
      <w:r w:rsidRPr="00A84BC5">
        <w:rPr>
          <w:rFonts w:cs="Times New Roman"/>
          <w:b/>
          <w:sz w:val="22"/>
        </w:rPr>
        <w:t>contractului</w:t>
      </w:r>
      <w:proofErr w:type="spellEnd"/>
      <w:r w:rsidRPr="00A84BC5">
        <w:rPr>
          <w:rFonts w:cs="Times New Roman"/>
          <w:b/>
          <w:sz w:val="22"/>
        </w:rPr>
        <w:t xml:space="preserve">: nu se </w:t>
      </w:r>
      <w:proofErr w:type="spellStart"/>
      <w:r w:rsidRPr="00A84BC5">
        <w:rPr>
          <w:rFonts w:cs="Times New Roman"/>
          <w:b/>
          <w:sz w:val="22"/>
        </w:rPr>
        <w:t>aplică</w:t>
      </w:r>
      <w:proofErr w:type="spellEnd"/>
      <w:r w:rsidRPr="00A84BC5">
        <w:rPr>
          <w:rFonts w:cs="Times New Roman"/>
          <w:b/>
          <w:sz w:val="22"/>
        </w:rPr>
        <w:t>.</w:t>
      </w:r>
    </w:p>
    <w:p w:rsidR="0022270F" w:rsidRPr="00A84BC5" w:rsidRDefault="00374C8A" w:rsidP="00531B9B">
      <w:pPr>
        <w:rPr>
          <w:rFonts w:cs="Times New Roman"/>
          <w:sz w:val="22"/>
        </w:rPr>
      </w:pPr>
      <w:r w:rsidRPr="00A84BC5">
        <w:rPr>
          <w:rFonts w:cs="Times New Roman"/>
          <w:b/>
          <w:sz w:val="22"/>
        </w:rPr>
        <w:t xml:space="preserve">23. </w:t>
      </w:r>
      <w:proofErr w:type="spellStart"/>
      <w:r w:rsidRPr="00A84BC5">
        <w:rPr>
          <w:rFonts w:cs="Times New Roman"/>
          <w:b/>
          <w:sz w:val="22"/>
        </w:rPr>
        <w:t>Ofertele</w:t>
      </w:r>
      <w:proofErr w:type="spellEnd"/>
      <w:r w:rsidRPr="00A84BC5">
        <w:rPr>
          <w:rFonts w:cs="Times New Roman"/>
          <w:b/>
          <w:sz w:val="22"/>
        </w:rPr>
        <w:t xml:space="preserve"> se </w:t>
      </w:r>
      <w:proofErr w:type="spellStart"/>
      <w:r w:rsidRPr="00A84BC5">
        <w:rPr>
          <w:rFonts w:cs="Times New Roman"/>
          <w:b/>
          <w:sz w:val="22"/>
        </w:rPr>
        <w:t>prezintă</w:t>
      </w:r>
      <w:proofErr w:type="spellEnd"/>
      <w:r w:rsidRPr="00A84BC5">
        <w:rPr>
          <w:rFonts w:cs="Times New Roman"/>
          <w:b/>
          <w:sz w:val="22"/>
        </w:rPr>
        <w:t xml:space="preserve"> </w:t>
      </w:r>
      <w:proofErr w:type="spellStart"/>
      <w:r w:rsidRPr="00A84BC5">
        <w:rPr>
          <w:rFonts w:cs="Times New Roman"/>
          <w:b/>
          <w:sz w:val="22"/>
        </w:rPr>
        <w:t>în</w:t>
      </w:r>
      <w:proofErr w:type="spellEnd"/>
      <w:r w:rsidRPr="00A84BC5">
        <w:rPr>
          <w:rFonts w:cs="Times New Roman"/>
          <w:b/>
          <w:sz w:val="22"/>
        </w:rPr>
        <w:t xml:space="preserve"> </w:t>
      </w:r>
      <w:proofErr w:type="spellStart"/>
      <w:r w:rsidRPr="00A84BC5">
        <w:rPr>
          <w:rFonts w:cs="Times New Roman"/>
          <w:b/>
          <w:sz w:val="22"/>
        </w:rPr>
        <w:t>valută</w:t>
      </w:r>
      <w:proofErr w:type="spellEnd"/>
      <w:r w:rsidRPr="00A84BC5">
        <w:rPr>
          <w:rFonts w:cs="Times New Roman"/>
          <w:b/>
          <w:sz w:val="22"/>
        </w:rPr>
        <w:t xml:space="preserve">: </w:t>
      </w:r>
      <w:r w:rsidRPr="00A84BC5">
        <w:rPr>
          <w:rFonts w:cs="Times New Roman"/>
          <w:sz w:val="22"/>
        </w:rPr>
        <w:t>lei MD.</w:t>
      </w:r>
    </w:p>
    <w:p w:rsidR="0022270F" w:rsidRPr="00A84BC5" w:rsidRDefault="00374C8A" w:rsidP="00531B9B">
      <w:pPr>
        <w:rPr>
          <w:rFonts w:cs="Times New Roman"/>
          <w:sz w:val="22"/>
        </w:rPr>
      </w:pPr>
      <w:r w:rsidRPr="00A84BC5">
        <w:rPr>
          <w:rFonts w:cs="Times New Roman"/>
          <w:b/>
          <w:sz w:val="22"/>
        </w:rPr>
        <w:t xml:space="preserve">24. </w:t>
      </w:r>
      <w:proofErr w:type="spellStart"/>
      <w:r w:rsidRPr="00A84BC5">
        <w:rPr>
          <w:rFonts w:cs="Times New Roman"/>
          <w:b/>
          <w:sz w:val="22"/>
        </w:rPr>
        <w:t>Criteriul</w:t>
      </w:r>
      <w:proofErr w:type="spellEnd"/>
      <w:r w:rsidRPr="00A84BC5">
        <w:rPr>
          <w:rFonts w:cs="Times New Roman"/>
          <w:b/>
          <w:sz w:val="22"/>
        </w:rPr>
        <w:t xml:space="preserve"> de </w:t>
      </w:r>
      <w:proofErr w:type="spellStart"/>
      <w:r w:rsidRPr="00A84BC5">
        <w:rPr>
          <w:rFonts w:cs="Times New Roman"/>
          <w:b/>
          <w:sz w:val="22"/>
        </w:rPr>
        <w:t>evaluare</w:t>
      </w:r>
      <w:proofErr w:type="spellEnd"/>
      <w:r w:rsidRPr="00A84BC5">
        <w:rPr>
          <w:rFonts w:cs="Times New Roman"/>
          <w:b/>
          <w:sz w:val="22"/>
        </w:rPr>
        <w:t xml:space="preserve"> </w:t>
      </w:r>
      <w:proofErr w:type="spellStart"/>
      <w:r w:rsidRPr="00A84BC5">
        <w:rPr>
          <w:rFonts w:cs="Times New Roman"/>
          <w:b/>
          <w:sz w:val="22"/>
        </w:rPr>
        <w:t>aplicat</w:t>
      </w:r>
      <w:proofErr w:type="spellEnd"/>
      <w:r w:rsidRPr="00A84BC5">
        <w:rPr>
          <w:rFonts w:cs="Times New Roman"/>
          <w:b/>
          <w:sz w:val="22"/>
        </w:rPr>
        <w:t xml:space="preserve"> </w:t>
      </w:r>
      <w:proofErr w:type="spellStart"/>
      <w:r w:rsidRPr="00A84BC5">
        <w:rPr>
          <w:rFonts w:cs="Times New Roman"/>
          <w:b/>
          <w:sz w:val="22"/>
        </w:rPr>
        <w:t>pentru</w:t>
      </w:r>
      <w:proofErr w:type="spellEnd"/>
      <w:r w:rsidRPr="00A84BC5">
        <w:rPr>
          <w:rFonts w:cs="Times New Roman"/>
          <w:b/>
          <w:sz w:val="22"/>
        </w:rPr>
        <w:t xml:space="preserve"> </w:t>
      </w:r>
      <w:proofErr w:type="spellStart"/>
      <w:r w:rsidRPr="00A84BC5">
        <w:rPr>
          <w:rFonts w:cs="Times New Roman"/>
          <w:b/>
          <w:sz w:val="22"/>
        </w:rPr>
        <w:t>atribuirea</w:t>
      </w:r>
      <w:proofErr w:type="spellEnd"/>
      <w:r w:rsidRPr="00A84BC5">
        <w:rPr>
          <w:rFonts w:cs="Times New Roman"/>
          <w:b/>
          <w:sz w:val="22"/>
        </w:rPr>
        <w:t xml:space="preserve"> </w:t>
      </w:r>
      <w:proofErr w:type="spellStart"/>
      <w:r w:rsidRPr="00A84BC5">
        <w:rPr>
          <w:rFonts w:cs="Times New Roman"/>
          <w:b/>
          <w:sz w:val="22"/>
        </w:rPr>
        <w:t>contractului</w:t>
      </w:r>
      <w:proofErr w:type="spellEnd"/>
      <w:r w:rsidRPr="00A84BC5">
        <w:rPr>
          <w:rFonts w:cs="Times New Roman"/>
          <w:b/>
          <w:sz w:val="22"/>
        </w:rPr>
        <w:t xml:space="preserve">: </w:t>
      </w:r>
      <w:proofErr w:type="spellStart"/>
      <w:r w:rsidRPr="00A84BC5">
        <w:rPr>
          <w:rFonts w:cs="Times New Roman"/>
          <w:sz w:val="22"/>
        </w:rPr>
        <w:t>prețul</w:t>
      </w:r>
      <w:proofErr w:type="spellEnd"/>
      <w:r w:rsidRPr="00A84BC5">
        <w:rPr>
          <w:rFonts w:cs="Times New Roman"/>
          <w:sz w:val="22"/>
        </w:rPr>
        <w:t xml:space="preserve"> </w:t>
      </w:r>
      <w:proofErr w:type="spellStart"/>
      <w:r w:rsidRPr="00A84BC5">
        <w:rPr>
          <w:rFonts w:cs="Times New Roman"/>
          <w:sz w:val="22"/>
        </w:rPr>
        <w:t>cel</w:t>
      </w:r>
      <w:proofErr w:type="spellEnd"/>
      <w:r w:rsidRPr="00A84BC5">
        <w:rPr>
          <w:rFonts w:cs="Times New Roman"/>
          <w:sz w:val="22"/>
        </w:rPr>
        <w:t xml:space="preserve"> </w:t>
      </w:r>
      <w:proofErr w:type="spellStart"/>
      <w:r w:rsidRPr="00A84BC5">
        <w:rPr>
          <w:rFonts w:cs="Times New Roman"/>
          <w:sz w:val="22"/>
        </w:rPr>
        <w:t>mai</w:t>
      </w:r>
      <w:proofErr w:type="spellEnd"/>
      <w:r w:rsidRPr="00A84BC5">
        <w:rPr>
          <w:rFonts w:cs="Times New Roman"/>
          <w:sz w:val="22"/>
        </w:rPr>
        <w:t xml:space="preserve"> </w:t>
      </w:r>
      <w:proofErr w:type="spellStart"/>
      <w:r w:rsidRPr="00A84BC5">
        <w:rPr>
          <w:rFonts w:cs="Times New Roman"/>
          <w:sz w:val="22"/>
        </w:rPr>
        <w:t>scăzut</w:t>
      </w:r>
      <w:proofErr w:type="spellEnd"/>
      <w:r w:rsidRPr="00A84BC5">
        <w:rPr>
          <w:rFonts w:cs="Times New Roman"/>
          <w:sz w:val="22"/>
        </w:rPr>
        <w:t xml:space="preserve"> cu </w:t>
      </w:r>
      <w:proofErr w:type="spellStart"/>
      <w:r w:rsidRPr="00A84BC5">
        <w:rPr>
          <w:rFonts w:cs="Times New Roman"/>
          <w:sz w:val="22"/>
        </w:rPr>
        <w:t>corespunderea</w:t>
      </w:r>
      <w:proofErr w:type="spellEnd"/>
      <w:r w:rsidRPr="00A84BC5">
        <w:rPr>
          <w:rFonts w:cs="Times New Roman"/>
          <w:sz w:val="22"/>
        </w:rPr>
        <w:t xml:space="preserve"> </w:t>
      </w:r>
      <w:proofErr w:type="spellStart"/>
      <w:r w:rsidRPr="00A84BC5">
        <w:rPr>
          <w:rFonts w:cs="Times New Roman"/>
          <w:sz w:val="22"/>
        </w:rPr>
        <w:t>tuturor</w:t>
      </w:r>
      <w:proofErr w:type="spellEnd"/>
      <w:r w:rsidRPr="00A84BC5">
        <w:rPr>
          <w:rFonts w:cs="Times New Roman"/>
          <w:sz w:val="22"/>
        </w:rPr>
        <w:t xml:space="preserve"> </w:t>
      </w:r>
      <w:proofErr w:type="spellStart"/>
      <w:r w:rsidRPr="00A84BC5">
        <w:rPr>
          <w:rFonts w:cs="Times New Roman"/>
          <w:sz w:val="22"/>
        </w:rPr>
        <w:t>cerințelor</w:t>
      </w:r>
      <w:proofErr w:type="spellEnd"/>
      <w:r w:rsidRPr="00A84BC5">
        <w:rPr>
          <w:rFonts w:cs="Times New Roman"/>
          <w:sz w:val="22"/>
        </w:rPr>
        <w:t xml:space="preserve"> </w:t>
      </w:r>
      <w:proofErr w:type="spellStart"/>
      <w:r w:rsidRPr="00A84BC5">
        <w:rPr>
          <w:rFonts w:cs="Times New Roman"/>
          <w:sz w:val="22"/>
        </w:rPr>
        <w:t>obligatorii</w:t>
      </w:r>
      <w:proofErr w:type="spellEnd"/>
      <w:r w:rsidRPr="00A84BC5">
        <w:rPr>
          <w:rFonts w:cs="Times New Roman"/>
          <w:sz w:val="22"/>
        </w:rPr>
        <w:t xml:space="preserve"> solicitate </w:t>
      </w:r>
      <w:proofErr w:type="spellStart"/>
      <w:r w:rsidRPr="00A84BC5">
        <w:rPr>
          <w:rFonts w:cs="Times New Roman"/>
          <w:sz w:val="22"/>
        </w:rPr>
        <w:t>privind</w:t>
      </w:r>
      <w:proofErr w:type="spellEnd"/>
      <w:r w:rsidRPr="00A84BC5">
        <w:rPr>
          <w:rFonts w:cs="Times New Roman"/>
          <w:sz w:val="22"/>
        </w:rPr>
        <w:t xml:space="preserve"> </w:t>
      </w:r>
      <w:proofErr w:type="spellStart"/>
      <w:r w:rsidRPr="00A84BC5">
        <w:rPr>
          <w:rFonts w:cs="Times New Roman"/>
          <w:sz w:val="22"/>
        </w:rPr>
        <w:t>obiectul</w:t>
      </w:r>
      <w:proofErr w:type="spellEnd"/>
      <w:r w:rsidRPr="00A84BC5">
        <w:rPr>
          <w:rFonts w:cs="Times New Roman"/>
          <w:sz w:val="22"/>
        </w:rPr>
        <w:t xml:space="preserve"> </w:t>
      </w:r>
      <w:proofErr w:type="spellStart"/>
      <w:r w:rsidRPr="00A84BC5">
        <w:rPr>
          <w:rFonts w:cs="Times New Roman"/>
          <w:sz w:val="22"/>
        </w:rPr>
        <w:t>achiziției</w:t>
      </w:r>
      <w:proofErr w:type="spellEnd"/>
      <w:r w:rsidRPr="00A84BC5">
        <w:rPr>
          <w:rFonts w:cs="Times New Roman"/>
          <w:sz w:val="22"/>
        </w:rPr>
        <w:t>.</w:t>
      </w:r>
    </w:p>
    <w:p w:rsidR="0022270F" w:rsidRPr="00A84BC5" w:rsidRDefault="00374C8A" w:rsidP="00531B9B">
      <w:pPr>
        <w:rPr>
          <w:rFonts w:cs="Times New Roman"/>
          <w:sz w:val="22"/>
        </w:rPr>
      </w:pPr>
      <w:r w:rsidRPr="00A84BC5">
        <w:rPr>
          <w:rFonts w:cs="Times New Roman"/>
          <w:b/>
          <w:sz w:val="22"/>
        </w:rPr>
        <w:t xml:space="preserve">25. </w:t>
      </w:r>
      <w:proofErr w:type="spellStart"/>
      <w:r w:rsidRPr="00A84BC5">
        <w:rPr>
          <w:rFonts w:cs="Times New Roman"/>
          <w:b/>
          <w:sz w:val="22"/>
        </w:rPr>
        <w:t>Factorii</w:t>
      </w:r>
      <w:proofErr w:type="spellEnd"/>
      <w:r w:rsidRPr="00A84BC5">
        <w:rPr>
          <w:rFonts w:cs="Times New Roman"/>
          <w:b/>
          <w:sz w:val="22"/>
        </w:rPr>
        <w:t xml:space="preserve"> de </w:t>
      </w:r>
      <w:proofErr w:type="spellStart"/>
      <w:r w:rsidRPr="00A84BC5">
        <w:rPr>
          <w:rFonts w:cs="Times New Roman"/>
          <w:b/>
          <w:sz w:val="22"/>
        </w:rPr>
        <w:t>evaluare</w:t>
      </w:r>
      <w:proofErr w:type="spellEnd"/>
      <w:r w:rsidRPr="00A84BC5">
        <w:rPr>
          <w:rFonts w:cs="Times New Roman"/>
          <w:b/>
          <w:sz w:val="22"/>
        </w:rPr>
        <w:t xml:space="preserve"> </w:t>
      </w:r>
      <w:proofErr w:type="gramStart"/>
      <w:r w:rsidRPr="00A84BC5">
        <w:rPr>
          <w:rFonts w:cs="Times New Roman"/>
          <w:b/>
          <w:sz w:val="22"/>
        </w:rPr>
        <w:t>a</w:t>
      </w:r>
      <w:proofErr w:type="gramEnd"/>
      <w:r w:rsidRPr="00A84BC5">
        <w:rPr>
          <w:rFonts w:cs="Times New Roman"/>
          <w:b/>
          <w:sz w:val="22"/>
        </w:rPr>
        <w:t xml:space="preserve"> </w:t>
      </w:r>
      <w:proofErr w:type="spellStart"/>
      <w:r w:rsidRPr="00A84BC5">
        <w:rPr>
          <w:rFonts w:cs="Times New Roman"/>
          <w:b/>
          <w:sz w:val="22"/>
        </w:rPr>
        <w:t>ofertei</w:t>
      </w:r>
      <w:proofErr w:type="spellEnd"/>
      <w:r w:rsidRPr="00A84BC5">
        <w:rPr>
          <w:rFonts w:cs="Times New Roman"/>
          <w:b/>
          <w:sz w:val="22"/>
        </w:rPr>
        <w:t xml:space="preserve"> </w:t>
      </w:r>
      <w:proofErr w:type="spellStart"/>
      <w:r w:rsidRPr="00A84BC5">
        <w:rPr>
          <w:rFonts w:cs="Times New Roman"/>
          <w:b/>
          <w:sz w:val="22"/>
        </w:rPr>
        <w:t>celei</w:t>
      </w:r>
      <w:proofErr w:type="spellEnd"/>
      <w:r w:rsidRPr="00A84BC5">
        <w:rPr>
          <w:rFonts w:cs="Times New Roman"/>
          <w:b/>
          <w:sz w:val="22"/>
        </w:rPr>
        <w:t xml:space="preserve"> </w:t>
      </w:r>
      <w:proofErr w:type="spellStart"/>
      <w:r w:rsidRPr="00A84BC5">
        <w:rPr>
          <w:rFonts w:cs="Times New Roman"/>
          <w:b/>
          <w:sz w:val="22"/>
        </w:rPr>
        <w:t>mai</w:t>
      </w:r>
      <w:proofErr w:type="spellEnd"/>
      <w:r w:rsidRPr="00A84BC5">
        <w:rPr>
          <w:rFonts w:cs="Times New Roman"/>
          <w:b/>
          <w:sz w:val="22"/>
        </w:rPr>
        <w:t xml:space="preserve"> </w:t>
      </w:r>
      <w:proofErr w:type="spellStart"/>
      <w:r w:rsidRPr="00A84BC5">
        <w:rPr>
          <w:rFonts w:cs="Times New Roman"/>
          <w:b/>
          <w:sz w:val="22"/>
        </w:rPr>
        <w:t>avantajoase</w:t>
      </w:r>
      <w:proofErr w:type="spellEnd"/>
      <w:r w:rsidRPr="00A84BC5">
        <w:rPr>
          <w:rFonts w:cs="Times New Roman"/>
          <w:b/>
          <w:sz w:val="22"/>
        </w:rPr>
        <w:t xml:space="preserve"> din </w:t>
      </w:r>
      <w:proofErr w:type="spellStart"/>
      <w:r w:rsidRPr="00A84BC5">
        <w:rPr>
          <w:rFonts w:cs="Times New Roman"/>
          <w:b/>
          <w:sz w:val="22"/>
        </w:rPr>
        <w:t>punct</w:t>
      </w:r>
      <w:proofErr w:type="spellEnd"/>
      <w:r w:rsidRPr="00A84BC5">
        <w:rPr>
          <w:rFonts w:cs="Times New Roman"/>
          <w:b/>
          <w:sz w:val="22"/>
        </w:rPr>
        <w:t xml:space="preserve"> de </w:t>
      </w:r>
      <w:proofErr w:type="spellStart"/>
      <w:r w:rsidRPr="00A84BC5">
        <w:rPr>
          <w:rFonts w:cs="Times New Roman"/>
          <w:b/>
          <w:sz w:val="22"/>
        </w:rPr>
        <w:t>vedere</w:t>
      </w:r>
      <w:proofErr w:type="spellEnd"/>
      <w:r w:rsidRPr="00A84BC5">
        <w:rPr>
          <w:rFonts w:cs="Times New Roman"/>
          <w:b/>
          <w:sz w:val="22"/>
        </w:rPr>
        <w:t xml:space="preserve"> economic, precum </w:t>
      </w:r>
      <w:proofErr w:type="spellStart"/>
      <w:r w:rsidRPr="00A84BC5">
        <w:rPr>
          <w:rFonts w:cs="Times New Roman"/>
          <w:b/>
          <w:sz w:val="22"/>
        </w:rPr>
        <w:t>și</w:t>
      </w:r>
      <w:proofErr w:type="spellEnd"/>
      <w:r w:rsidRPr="00A84BC5">
        <w:rPr>
          <w:rFonts w:cs="Times New Roman"/>
          <w:b/>
          <w:sz w:val="22"/>
        </w:rPr>
        <w:t xml:space="preserve"> </w:t>
      </w:r>
      <w:proofErr w:type="spellStart"/>
      <w:r w:rsidRPr="00A84BC5">
        <w:rPr>
          <w:rFonts w:cs="Times New Roman"/>
          <w:b/>
          <w:sz w:val="22"/>
        </w:rPr>
        <w:t>ponderile</w:t>
      </w:r>
      <w:proofErr w:type="spellEnd"/>
      <w:r w:rsidRPr="00A84BC5">
        <w:rPr>
          <w:rFonts w:cs="Times New Roman"/>
          <w:b/>
          <w:sz w:val="22"/>
        </w:rPr>
        <w:t xml:space="preserve"> </w:t>
      </w:r>
      <w:proofErr w:type="spellStart"/>
      <w:r w:rsidRPr="00A84BC5">
        <w:rPr>
          <w:rFonts w:cs="Times New Roman"/>
          <w:b/>
          <w:sz w:val="22"/>
        </w:rPr>
        <w:t>lor</w:t>
      </w:r>
      <w:proofErr w:type="spellEnd"/>
      <w:r w:rsidRPr="00A84BC5">
        <w:rPr>
          <w:rFonts w:cs="Times New Roman"/>
          <w:b/>
          <w:sz w:val="22"/>
        </w:rPr>
        <w:t xml:space="preserve">: </w:t>
      </w:r>
      <w:r w:rsidRPr="00A84BC5">
        <w:rPr>
          <w:rFonts w:cs="Times New Roman"/>
          <w:sz w:val="22"/>
        </w:rPr>
        <w:t xml:space="preserve">nu se </w:t>
      </w:r>
      <w:proofErr w:type="spellStart"/>
      <w:r w:rsidRPr="00A84BC5">
        <w:rPr>
          <w:rFonts w:cs="Times New Roman"/>
          <w:sz w:val="22"/>
        </w:rPr>
        <w:t>aplică</w:t>
      </w:r>
      <w:proofErr w:type="spellEnd"/>
      <w:r w:rsidRPr="00A84BC5">
        <w:rPr>
          <w:rFonts w:cs="Times New Roman"/>
          <w:sz w:val="22"/>
        </w:rPr>
        <w:t>.</w:t>
      </w:r>
    </w:p>
    <w:p w:rsidR="0022270F" w:rsidRPr="00A84BC5" w:rsidRDefault="00374C8A" w:rsidP="00531B9B">
      <w:pPr>
        <w:rPr>
          <w:rFonts w:cs="Times New Roman"/>
          <w:sz w:val="22"/>
        </w:rPr>
      </w:pPr>
      <w:r w:rsidRPr="00A84BC5">
        <w:rPr>
          <w:rFonts w:cs="Times New Roman"/>
          <w:b/>
          <w:sz w:val="22"/>
        </w:rPr>
        <w:t xml:space="preserve">26. </w:t>
      </w:r>
      <w:proofErr w:type="spellStart"/>
      <w:r w:rsidRPr="00A84BC5">
        <w:rPr>
          <w:rFonts w:cs="Times New Roman"/>
          <w:b/>
          <w:sz w:val="22"/>
        </w:rPr>
        <w:t>Termenul</w:t>
      </w:r>
      <w:proofErr w:type="spellEnd"/>
      <w:r w:rsidRPr="00A84BC5">
        <w:rPr>
          <w:rFonts w:cs="Times New Roman"/>
          <w:b/>
          <w:sz w:val="22"/>
        </w:rPr>
        <w:t xml:space="preserve"> </w:t>
      </w:r>
      <w:proofErr w:type="spellStart"/>
      <w:r w:rsidRPr="00A84BC5">
        <w:rPr>
          <w:rFonts w:cs="Times New Roman"/>
          <w:b/>
          <w:sz w:val="22"/>
        </w:rPr>
        <w:t>limită</w:t>
      </w:r>
      <w:proofErr w:type="spellEnd"/>
      <w:r w:rsidRPr="00A84BC5">
        <w:rPr>
          <w:rFonts w:cs="Times New Roman"/>
          <w:b/>
          <w:sz w:val="22"/>
        </w:rPr>
        <w:t xml:space="preserve"> de </w:t>
      </w:r>
      <w:proofErr w:type="spellStart"/>
      <w:r w:rsidRPr="00A84BC5">
        <w:rPr>
          <w:rFonts w:cs="Times New Roman"/>
          <w:b/>
          <w:sz w:val="22"/>
        </w:rPr>
        <w:t>depunere</w:t>
      </w:r>
      <w:proofErr w:type="spellEnd"/>
      <w:r w:rsidRPr="00A84BC5">
        <w:rPr>
          <w:rFonts w:cs="Times New Roman"/>
          <w:b/>
          <w:sz w:val="22"/>
        </w:rPr>
        <w:t>/</w:t>
      </w:r>
      <w:proofErr w:type="spellStart"/>
      <w:r w:rsidRPr="00A84BC5">
        <w:rPr>
          <w:rFonts w:cs="Times New Roman"/>
          <w:b/>
          <w:sz w:val="22"/>
        </w:rPr>
        <w:t>deschidere</w:t>
      </w:r>
      <w:proofErr w:type="spellEnd"/>
      <w:r w:rsidRPr="00A84BC5">
        <w:rPr>
          <w:rFonts w:cs="Times New Roman"/>
          <w:b/>
          <w:sz w:val="22"/>
        </w:rPr>
        <w:t xml:space="preserve"> </w:t>
      </w:r>
      <w:proofErr w:type="gramStart"/>
      <w:r w:rsidRPr="00A84BC5">
        <w:rPr>
          <w:rFonts w:cs="Times New Roman"/>
          <w:b/>
          <w:sz w:val="22"/>
        </w:rPr>
        <w:t>a</w:t>
      </w:r>
      <w:proofErr w:type="gramEnd"/>
      <w:r w:rsidRPr="00A84BC5">
        <w:rPr>
          <w:rFonts w:cs="Times New Roman"/>
          <w:b/>
          <w:sz w:val="22"/>
        </w:rPr>
        <w:t xml:space="preserve"> </w:t>
      </w:r>
      <w:proofErr w:type="spellStart"/>
      <w:r w:rsidRPr="00A84BC5">
        <w:rPr>
          <w:rFonts w:cs="Times New Roman"/>
          <w:b/>
          <w:sz w:val="22"/>
        </w:rPr>
        <w:t>ofertelor</w:t>
      </w:r>
      <w:proofErr w:type="spellEnd"/>
      <w:r w:rsidRPr="00A84BC5">
        <w:rPr>
          <w:rFonts w:cs="Times New Roman"/>
          <w:b/>
          <w:sz w:val="22"/>
        </w:rPr>
        <w:t xml:space="preserve">: </w:t>
      </w:r>
      <w:r w:rsidRPr="00A84BC5">
        <w:rPr>
          <w:rFonts w:cs="Times New Roman"/>
          <w:sz w:val="22"/>
        </w:rPr>
        <w:t>conform SIA RSAP.</w:t>
      </w:r>
    </w:p>
    <w:p w:rsidR="0022270F" w:rsidRPr="00A84BC5" w:rsidRDefault="00374C8A" w:rsidP="00531B9B">
      <w:pPr>
        <w:rPr>
          <w:rFonts w:cs="Times New Roman"/>
          <w:sz w:val="22"/>
        </w:rPr>
      </w:pPr>
      <w:r w:rsidRPr="00A84BC5">
        <w:rPr>
          <w:rFonts w:cs="Times New Roman"/>
          <w:b/>
          <w:sz w:val="22"/>
        </w:rPr>
        <w:t xml:space="preserve">27. </w:t>
      </w:r>
      <w:proofErr w:type="spellStart"/>
      <w:r w:rsidRPr="00A84BC5">
        <w:rPr>
          <w:rFonts w:cs="Times New Roman"/>
          <w:b/>
          <w:sz w:val="22"/>
        </w:rPr>
        <w:t>Adresa</w:t>
      </w:r>
      <w:proofErr w:type="spellEnd"/>
      <w:r w:rsidRPr="00A84BC5">
        <w:rPr>
          <w:rFonts w:cs="Times New Roman"/>
          <w:b/>
          <w:sz w:val="22"/>
        </w:rPr>
        <w:t xml:space="preserve"> la care </w:t>
      </w:r>
      <w:proofErr w:type="spellStart"/>
      <w:r w:rsidRPr="00A84BC5">
        <w:rPr>
          <w:rFonts w:cs="Times New Roman"/>
          <w:b/>
          <w:sz w:val="22"/>
        </w:rPr>
        <w:t>trebuie</w:t>
      </w:r>
      <w:proofErr w:type="spellEnd"/>
      <w:r w:rsidRPr="00A84BC5">
        <w:rPr>
          <w:rFonts w:cs="Times New Roman"/>
          <w:b/>
          <w:sz w:val="22"/>
        </w:rPr>
        <w:t xml:space="preserve"> </w:t>
      </w:r>
      <w:proofErr w:type="spellStart"/>
      <w:r w:rsidRPr="00A84BC5">
        <w:rPr>
          <w:rFonts w:cs="Times New Roman"/>
          <w:b/>
          <w:sz w:val="22"/>
        </w:rPr>
        <w:t>transmise</w:t>
      </w:r>
      <w:proofErr w:type="spellEnd"/>
      <w:r w:rsidRPr="00A84BC5">
        <w:rPr>
          <w:rFonts w:cs="Times New Roman"/>
          <w:b/>
          <w:sz w:val="22"/>
        </w:rPr>
        <w:t xml:space="preserve"> </w:t>
      </w:r>
      <w:proofErr w:type="spellStart"/>
      <w:r w:rsidRPr="00A84BC5">
        <w:rPr>
          <w:rFonts w:cs="Times New Roman"/>
          <w:b/>
          <w:sz w:val="22"/>
        </w:rPr>
        <w:t>ofertele</w:t>
      </w:r>
      <w:proofErr w:type="spellEnd"/>
      <w:r w:rsidRPr="00A84BC5">
        <w:rPr>
          <w:rFonts w:cs="Times New Roman"/>
          <w:b/>
          <w:sz w:val="22"/>
        </w:rPr>
        <w:t xml:space="preserve"> </w:t>
      </w:r>
      <w:proofErr w:type="spellStart"/>
      <w:r w:rsidRPr="00A84BC5">
        <w:rPr>
          <w:rFonts w:cs="Times New Roman"/>
          <w:b/>
          <w:sz w:val="22"/>
        </w:rPr>
        <w:t>sau</w:t>
      </w:r>
      <w:proofErr w:type="spellEnd"/>
      <w:r w:rsidRPr="00A84BC5">
        <w:rPr>
          <w:rFonts w:cs="Times New Roman"/>
          <w:b/>
          <w:sz w:val="22"/>
        </w:rPr>
        <w:t xml:space="preserve"> </w:t>
      </w:r>
      <w:proofErr w:type="spellStart"/>
      <w:r w:rsidRPr="00A84BC5">
        <w:rPr>
          <w:rFonts w:cs="Times New Roman"/>
          <w:b/>
          <w:sz w:val="22"/>
        </w:rPr>
        <w:t>cererile</w:t>
      </w:r>
      <w:proofErr w:type="spellEnd"/>
      <w:r w:rsidRPr="00A84BC5">
        <w:rPr>
          <w:rFonts w:cs="Times New Roman"/>
          <w:b/>
          <w:sz w:val="22"/>
        </w:rPr>
        <w:t xml:space="preserve"> de </w:t>
      </w:r>
      <w:proofErr w:type="spellStart"/>
      <w:r w:rsidRPr="00A84BC5">
        <w:rPr>
          <w:rFonts w:cs="Times New Roman"/>
          <w:b/>
          <w:sz w:val="22"/>
        </w:rPr>
        <w:t>participare</w:t>
      </w:r>
      <w:proofErr w:type="spellEnd"/>
      <w:r w:rsidRPr="00A84BC5">
        <w:rPr>
          <w:rFonts w:cs="Times New Roman"/>
          <w:b/>
          <w:sz w:val="22"/>
        </w:rPr>
        <w:t xml:space="preserve">: </w:t>
      </w:r>
      <w:proofErr w:type="spellStart"/>
      <w:r w:rsidRPr="00A84BC5">
        <w:rPr>
          <w:rFonts w:cs="Times New Roman"/>
          <w:sz w:val="22"/>
        </w:rPr>
        <w:t>Ofertele</w:t>
      </w:r>
      <w:proofErr w:type="spellEnd"/>
      <w:r w:rsidRPr="00A84BC5">
        <w:rPr>
          <w:rFonts w:cs="Times New Roman"/>
          <w:sz w:val="22"/>
        </w:rPr>
        <w:t xml:space="preserve"> </w:t>
      </w:r>
      <w:proofErr w:type="spellStart"/>
      <w:r w:rsidRPr="00A84BC5">
        <w:rPr>
          <w:rFonts w:cs="Times New Roman"/>
          <w:sz w:val="22"/>
        </w:rPr>
        <w:t>sau</w:t>
      </w:r>
      <w:proofErr w:type="spellEnd"/>
      <w:r w:rsidRPr="00A84BC5">
        <w:rPr>
          <w:rFonts w:cs="Times New Roman"/>
          <w:sz w:val="22"/>
        </w:rPr>
        <w:t xml:space="preserve"> </w:t>
      </w:r>
      <w:proofErr w:type="spellStart"/>
      <w:r w:rsidRPr="00A84BC5">
        <w:rPr>
          <w:rFonts w:cs="Times New Roman"/>
          <w:sz w:val="22"/>
        </w:rPr>
        <w:t>cererile</w:t>
      </w:r>
      <w:proofErr w:type="spellEnd"/>
      <w:r w:rsidRPr="00A84BC5">
        <w:rPr>
          <w:rFonts w:cs="Times New Roman"/>
          <w:sz w:val="22"/>
        </w:rPr>
        <w:t xml:space="preserve"> de </w:t>
      </w:r>
      <w:proofErr w:type="spellStart"/>
      <w:r w:rsidRPr="00A84BC5">
        <w:rPr>
          <w:rFonts w:cs="Times New Roman"/>
          <w:sz w:val="22"/>
        </w:rPr>
        <w:t>participare</w:t>
      </w:r>
      <w:proofErr w:type="spellEnd"/>
      <w:r w:rsidRPr="00A84BC5">
        <w:rPr>
          <w:rFonts w:cs="Times New Roman"/>
          <w:sz w:val="22"/>
        </w:rPr>
        <w:t xml:space="preserve"> </w:t>
      </w:r>
      <w:proofErr w:type="spellStart"/>
      <w:r w:rsidRPr="00A84BC5">
        <w:rPr>
          <w:rFonts w:cs="Times New Roman"/>
          <w:sz w:val="22"/>
        </w:rPr>
        <w:t>vor</w:t>
      </w:r>
      <w:proofErr w:type="spellEnd"/>
      <w:r w:rsidRPr="00A84BC5">
        <w:rPr>
          <w:rFonts w:cs="Times New Roman"/>
          <w:sz w:val="22"/>
        </w:rPr>
        <w:t xml:space="preserve"> fi </w:t>
      </w:r>
      <w:proofErr w:type="spellStart"/>
      <w:r w:rsidRPr="00A84BC5">
        <w:rPr>
          <w:rFonts w:cs="Times New Roman"/>
          <w:sz w:val="22"/>
        </w:rPr>
        <w:t>depuse</w:t>
      </w:r>
      <w:proofErr w:type="spellEnd"/>
      <w:r w:rsidRPr="00A84BC5">
        <w:rPr>
          <w:rFonts w:cs="Times New Roman"/>
          <w:sz w:val="22"/>
        </w:rPr>
        <w:t xml:space="preserve"> electronic </w:t>
      </w:r>
      <w:proofErr w:type="spellStart"/>
      <w:r w:rsidRPr="00A84BC5">
        <w:rPr>
          <w:rFonts w:cs="Times New Roman"/>
          <w:sz w:val="22"/>
        </w:rPr>
        <w:t>prin</w:t>
      </w:r>
      <w:proofErr w:type="spellEnd"/>
      <w:r w:rsidRPr="00A84BC5">
        <w:rPr>
          <w:rFonts w:cs="Times New Roman"/>
          <w:sz w:val="22"/>
        </w:rPr>
        <w:t xml:space="preserve"> </w:t>
      </w:r>
      <w:proofErr w:type="spellStart"/>
      <w:r w:rsidRPr="00A84BC5">
        <w:rPr>
          <w:rFonts w:cs="Times New Roman"/>
          <w:sz w:val="22"/>
        </w:rPr>
        <w:t>intermediul</w:t>
      </w:r>
      <w:proofErr w:type="spellEnd"/>
      <w:r w:rsidRPr="00A84BC5">
        <w:rPr>
          <w:rFonts w:cs="Times New Roman"/>
          <w:sz w:val="22"/>
        </w:rPr>
        <w:t xml:space="preserve"> SIA RSAP.</w:t>
      </w:r>
    </w:p>
    <w:p w:rsidR="0022270F" w:rsidRPr="00A84BC5" w:rsidRDefault="00374C8A" w:rsidP="00531B9B">
      <w:pPr>
        <w:rPr>
          <w:rFonts w:cs="Times New Roman"/>
          <w:bCs/>
          <w:sz w:val="22"/>
        </w:rPr>
      </w:pPr>
      <w:r w:rsidRPr="00A84BC5">
        <w:rPr>
          <w:rFonts w:cs="Times New Roman"/>
          <w:b/>
          <w:sz w:val="22"/>
        </w:rPr>
        <w:t xml:space="preserve">28. </w:t>
      </w:r>
      <w:proofErr w:type="spellStart"/>
      <w:r w:rsidRPr="00A84BC5">
        <w:rPr>
          <w:rFonts w:cs="Times New Roman"/>
          <w:b/>
          <w:sz w:val="22"/>
        </w:rPr>
        <w:t>Termenul</w:t>
      </w:r>
      <w:proofErr w:type="spellEnd"/>
      <w:r w:rsidRPr="00A84BC5">
        <w:rPr>
          <w:rFonts w:cs="Times New Roman"/>
          <w:b/>
          <w:sz w:val="22"/>
        </w:rPr>
        <w:t xml:space="preserve"> de </w:t>
      </w:r>
      <w:proofErr w:type="spellStart"/>
      <w:r w:rsidRPr="00A84BC5">
        <w:rPr>
          <w:rFonts w:cs="Times New Roman"/>
          <w:b/>
          <w:sz w:val="22"/>
        </w:rPr>
        <w:t>valabilitate</w:t>
      </w:r>
      <w:proofErr w:type="spellEnd"/>
      <w:r w:rsidRPr="00A84BC5">
        <w:rPr>
          <w:rFonts w:cs="Times New Roman"/>
          <w:b/>
          <w:sz w:val="22"/>
        </w:rPr>
        <w:t xml:space="preserve"> </w:t>
      </w:r>
      <w:proofErr w:type="gramStart"/>
      <w:r w:rsidRPr="00A84BC5">
        <w:rPr>
          <w:rFonts w:cs="Times New Roman"/>
          <w:b/>
          <w:sz w:val="22"/>
        </w:rPr>
        <w:t>a</w:t>
      </w:r>
      <w:proofErr w:type="gramEnd"/>
      <w:r w:rsidRPr="00A84BC5">
        <w:rPr>
          <w:rFonts w:cs="Times New Roman"/>
          <w:b/>
          <w:sz w:val="22"/>
        </w:rPr>
        <w:t xml:space="preserve"> </w:t>
      </w:r>
      <w:proofErr w:type="spellStart"/>
      <w:r w:rsidRPr="00A84BC5">
        <w:rPr>
          <w:rFonts w:cs="Times New Roman"/>
          <w:b/>
          <w:sz w:val="22"/>
        </w:rPr>
        <w:t>ofertelor</w:t>
      </w:r>
      <w:proofErr w:type="spellEnd"/>
      <w:r w:rsidRPr="00A84BC5">
        <w:rPr>
          <w:rFonts w:cs="Times New Roman"/>
          <w:b/>
          <w:sz w:val="22"/>
        </w:rPr>
        <w:t xml:space="preserve">: </w:t>
      </w:r>
      <w:r w:rsidRPr="00A84BC5">
        <w:rPr>
          <w:rFonts w:cs="Times New Roman"/>
          <w:bCs/>
          <w:sz w:val="22"/>
        </w:rPr>
        <w:t xml:space="preserve">60 </w:t>
      </w:r>
      <w:proofErr w:type="spellStart"/>
      <w:r w:rsidRPr="00A84BC5">
        <w:rPr>
          <w:rFonts w:cs="Times New Roman"/>
          <w:bCs/>
          <w:sz w:val="22"/>
        </w:rPr>
        <w:t>zile</w:t>
      </w:r>
      <w:proofErr w:type="spellEnd"/>
      <w:r w:rsidRPr="00A84BC5">
        <w:rPr>
          <w:rFonts w:cs="Times New Roman"/>
          <w:bCs/>
          <w:sz w:val="22"/>
        </w:rPr>
        <w:t>.</w:t>
      </w:r>
    </w:p>
    <w:p w:rsidR="000C3DFC" w:rsidRPr="00A84BC5" w:rsidRDefault="000C3DFC" w:rsidP="000C3DFC">
      <w:pPr>
        <w:pStyle w:val="isselectedend"/>
        <w:spacing w:before="0" w:beforeAutospacing="0" w:after="0" w:afterAutospacing="0"/>
        <w:jc w:val="both"/>
        <w:rPr>
          <w:color w:val="FF0000"/>
          <w:sz w:val="22"/>
          <w:szCs w:val="22"/>
        </w:rPr>
      </w:pPr>
      <w:r w:rsidRPr="00A84BC5">
        <w:rPr>
          <w:b/>
          <w:color w:val="FF0000"/>
          <w:sz w:val="22"/>
          <w:szCs w:val="22"/>
        </w:rPr>
        <w:t>*</w:t>
      </w:r>
      <w:proofErr w:type="spellStart"/>
      <w:r w:rsidRPr="00A84BC5">
        <w:rPr>
          <w:color w:val="FF0000"/>
          <w:sz w:val="22"/>
          <w:szCs w:val="22"/>
        </w:rPr>
        <w:t>Termenul</w:t>
      </w:r>
      <w:proofErr w:type="spellEnd"/>
      <w:r w:rsidRPr="00A84BC5">
        <w:rPr>
          <w:color w:val="FF0000"/>
          <w:sz w:val="22"/>
          <w:szCs w:val="22"/>
        </w:rPr>
        <w:t xml:space="preserve"> de </w:t>
      </w:r>
      <w:proofErr w:type="spellStart"/>
      <w:r w:rsidRPr="00A84BC5">
        <w:rPr>
          <w:color w:val="FF0000"/>
          <w:sz w:val="22"/>
          <w:szCs w:val="22"/>
        </w:rPr>
        <w:t>valabilitate</w:t>
      </w:r>
      <w:proofErr w:type="spellEnd"/>
      <w:r w:rsidRPr="00A84BC5">
        <w:rPr>
          <w:color w:val="FF0000"/>
          <w:sz w:val="22"/>
          <w:szCs w:val="22"/>
        </w:rPr>
        <w:t xml:space="preserve"> </w:t>
      </w:r>
      <w:proofErr w:type="gramStart"/>
      <w:r w:rsidRPr="00A84BC5">
        <w:rPr>
          <w:color w:val="FF0000"/>
          <w:sz w:val="22"/>
          <w:szCs w:val="22"/>
        </w:rPr>
        <w:t>a</w:t>
      </w:r>
      <w:proofErr w:type="gramEnd"/>
      <w:r w:rsidRPr="00A84BC5">
        <w:rPr>
          <w:color w:val="FF0000"/>
          <w:sz w:val="22"/>
          <w:szCs w:val="22"/>
        </w:rPr>
        <w:t xml:space="preserve"> </w:t>
      </w:r>
      <w:proofErr w:type="spellStart"/>
      <w:r w:rsidRPr="00A84BC5">
        <w:rPr>
          <w:color w:val="FF0000"/>
          <w:sz w:val="22"/>
          <w:szCs w:val="22"/>
        </w:rPr>
        <w:t>ofertelor</w:t>
      </w:r>
      <w:proofErr w:type="spellEnd"/>
      <w:r w:rsidRPr="00A84BC5">
        <w:rPr>
          <w:color w:val="FF0000"/>
          <w:sz w:val="22"/>
          <w:szCs w:val="22"/>
        </w:rPr>
        <w:t xml:space="preserve"> </w:t>
      </w:r>
      <w:proofErr w:type="spellStart"/>
      <w:r w:rsidRPr="00A84BC5">
        <w:rPr>
          <w:color w:val="FF0000"/>
          <w:sz w:val="22"/>
          <w:szCs w:val="22"/>
        </w:rPr>
        <w:t>începe</w:t>
      </w:r>
      <w:proofErr w:type="spellEnd"/>
      <w:r w:rsidRPr="00A84BC5">
        <w:rPr>
          <w:color w:val="FF0000"/>
          <w:sz w:val="22"/>
          <w:szCs w:val="22"/>
        </w:rPr>
        <w:t xml:space="preserve"> din </w:t>
      </w:r>
      <w:proofErr w:type="spellStart"/>
      <w:r w:rsidRPr="00A84BC5">
        <w:rPr>
          <w:color w:val="FF0000"/>
          <w:sz w:val="22"/>
          <w:szCs w:val="22"/>
        </w:rPr>
        <w:t>ziua</w:t>
      </w:r>
      <w:proofErr w:type="spellEnd"/>
      <w:r w:rsidRPr="00A84BC5">
        <w:rPr>
          <w:color w:val="FF0000"/>
          <w:sz w:val="22"/>
          <w:szCs w:val="22"/>
        </w:rPr>
        <w:t xml:space="preserve"> </w:t>
      </w:r>
      <w:proofErr w:type="spellStart"/>
      <w:r w:rsidRPr="00A84BC5">
        <w:rPr>
          <w:color w:val="FF0000"/>
          <w:sz w:val="22"/>
          <w:szCs w:val="22"/>
        </w:rPr>
        <w:t>imediat</w:t>
      </w:r>
      <w:proofErr w:type="spellEnd"/>
      <w:r w:rsidRPr="00A84BC5">
        <w:rPr>
          <w:color w:val="FF0000"/>
          <w:sz w:val="22"/>
          <w:szCs w:val="22"/>
        </w:rPr>
        <w:t xml:space="preserve"> </w:t>
      </w:r>
      <w:proofErr w:type="spellStart"/>
      <w:r w:rsidRPr="00A84BC5">
        <w:rPr>
          <w:color w:val="FF0000"/>
          <w:sz w:val="22"/>
          <w:szCs w:val="22"/>
        </w:rPr>
        <w:t>următoare</w:t>
      </w:r>
      <w:proofErr w:type="spellEnd"/>
      <w:r w:rsidRPr="00A84BC5">
        <w:rPr>
          <w:color w:val="FF0000"/>
          <w:sz w:val="22"/>
          <w:szCs w:val="22"/>
        </w:rPr>
        <w:t xml:space="preserve"> </w:t>
      </w:r>
      <w:proofErr w:type="spellStart"/>
      <w:r w:rsidRPr="00A84BC5">
        <w:rPr>
          <w:color w:val="FF0000"/>
          <w:sz w:val="22"/>
          <w:szCs w:val="22"/>
        </w:rPr>
        <w:t>termenului-limită</w:t>
      </w:r>
      <w:proofErr w:type="spellEnd"/>
      <w:r w:rsidRPr="00A84BC5">
        <w:rPr>
          <w:color w:val="FF0000"/>
          <w:sz w:val="22"/>
          <w:szCs w:val="22"/>
        </w:rPr>
        <w:t xml:space="preserve"> </w:t>
      </w:r>
      <w:proofErr w:type="spellStart"/>
      <w:r w:rsidRPr="00A84BC5">
        <w:rPr>
          <w:color w:val="FF0000"/>
          <w:sz w:val="22"/>
          <w:szCs w:val="22"/>
        </w:rPr>
        <w:t>stabilit</w:t>
      </w:r>
      <w:proofErr w:type="spellEnd"/>
      <w:r w:rsidRPr="00A84BC5">
        <w:rPr>
          <w:color w:val="FF0000"/>
          <w:sz w:val="22"/>
          <w:szCs w:val="22"/>
        </w:rPr>
        <w:t xml:space="preserve"> </w:t>
      </w:r>
      <w:proofErr w:type="spellStart"/>
      <w:r w:rsidRPr="00A84BC5">
        <w:rPr>
          <w:color w:val="FF0000"/>
          <w:sz w:val="22"/>
          <w:szCs w:val="22"/>
        </w:rPr>
        <w:t>pentru</w:t>
      </w:r>
      <w:proofErr w:type="spellEnd"/>
      <w:r w:rsidRPr="00A84BC5">
        <w:rPr>
          <w:color w:val="FF0000"/>
          <w:sz w:val="22"/>
          <w:szCs w:val="22"/>
        </w:rPr>
        <w:t xml:space="preserve"> </w:t>
      </w:r>
      <w:proofErr w:type="spellStart"/>
      <w:r w:rsidRPr="00A84BC5">
        <w:rPr>
          <w:color w:val="FF0000"/>
          <w:sz w:val="22"/>
          <w:szCs w:val="22"/>
        </w:rPr>
        <w:t>depunerea</w:t>
      </w:r>
      <w:proofErr w:type="spellEnd"/>
      <w:r w:rsidRPr="00A84BC5">
        <w:rPr>
          <w:color w:val="FF0000"/>
          <w:sz w:val="22"/>
          <w:szCs w:val="22"/>
        </w:rPr>
        <w:t xml:space="preserve"> </w:t>
      </w:r>
      <w:proofErr w:type="spellStart"/>
      <w:r w:rsidRPr="00A84BC5">
        <w:rPr>
          <w:color w:val="FF0000"/>
          <w:sz w:val="22"/>
          <w:szCs w:val="22"/>
        </w:rPr>
        <w:t>ofertelor</w:t>
      </w:r>
      <w:proofErr w:type="spellEnd"/>
      <w:r w:rsidRPr="00A84BC5">
        <w:rPr>
          <w:color w:val="FF0000"/>
          <w:sz w:val="22"/>
          <w:szCs w:val="22"/>
        </w:rPr>
        <w:t>.</w:t>
      </w:r>
    </w:p>
    <w:p w:rsidR="000C3DFC" w:rsidRPr="00A84BC5" w:rsidRDefault="000C3DFC" w:rsidP="000C3DFC">
      <w:pPr>
        <w:rPr>
          <w:rFonts w:cs="Times New Roman"/>
          <w:sz w:val="22"/>
        </w:rPr>
      </w:pPr>
      <w:r w:rsidRPr="00A84BC5">
        <w:rPr>
          <w:rFonts w:cs="Times New Roman"/>
          <w:color w:val="FF0000"/>
          <w:sz w:val="22"/>
        </w:rPr>
        <w:t>Data-</w:t>
      </w:r>
      <w:proofErr w:type="spellStart"/>
      <w:r w:rsidRPr="00A84BC5">
        <w:rPr>
          <w:rFonts w:cs="Times New Roman"/>
          <w:color w:val="FF0000"/>
          <w:sz w:val="22"/>
        </w:rPr>
        <w:t>limită</w:t>
      </w:r>
      <w:proofErr w:type="spellEnd"/>
      <w:r w:rsidRPr="00A84BC5">
        <w:rPr>
          <w:rFonts w:cs="Times New Roman"/>
          <w:color w:val="FF0000"/>
          <w:sz w:val="22"/>
        </w:rPr>
        <w:t xml:space="preserve"> de </w:t>
      </w:r>
      <w:proofErr w:type="spellStart"/>
      <w:r w:rsidRPr="00A84BC5">
        <w:rPr>
          <w:rFonts w:cs="Times New Roman"/>
          <w:color w:val="FF0000"/>
          <w:sz w:val="22"/>
        </w:rPr>
        <w:t>depunere</w:t>
      </w:r>
      <w:proofErr w:type="spellEnd"/>
      <w:r w:rsidRPr="00A84BC5">
        <w:rPr>
          <w:rFonts w:cs="Times New Roman"/>
          <w:color w:val="FF0000"/>
          <w:sz w:val="22"/>
        </w:rPr>
        <w:t xml:space="preserve"> </w:t>
      </w:r>
      <w:proofErr w:type="gramStart"/>
      <w:r w:rsidRPr="00A84BC5">
        <w:rPr>
          <w:rFonts w:cs="Times New Roman"/>
          <w:color w:val="FF0000"/>
          <w:sz w:val="22"/>
        </w:rPr>
        <w:t>a</w:t>
      </w:r>
      <w:proofErr w:type="gramEnd"/>
      <w:r w:rsidRPr="00A84BC5">
        <w:rPr>
          <w:rFonts w:cs="Times New Roman"/>
          <w:color w:val="FF0000"/>
          <w:sz w:val="22"/>
        </w:rPr>
        <w:t xml:space="preserve"> </w:t>
      </w:r>
      <w:proofErr w:type="spellStart"/>
      <w:r w:rsidRPr="00A84BC5">
        <w:rPr>
          <w:rFonts w:cs="Times New Roman"/>
          <w:color w:val="FF0000"/>
          <w:sz w:val="22"/>
        </w:rPr>
        <w:t>ofertelor</w:t>
      </w:r>
      <w:proofErr w:type="spellEnd"/>
      <w:r w:rsidRPr="00A84BC5">
        <w:rPr>
          <w:rFonts w:cs="Times New Roman"/>
          <w:color w:val="FF0000"/>
          <w:sz w:val="22"/>
        </w:rPr>
        <w:t xml:space="preserve"> nu se include </w:t>
      </w:r>
      <w:proofErr w:type="spellStart"/>
      <w:r w:rsidRPr="00A84BC5">
        <w:rPr>
          <w:rFonts w:cs="Times New Roman"/>
          <w:color w:val="FF0000"/>
          <w:sz w:val="22"/>
        </w:rPr>
        <w:t>în</w:t>
      </w:r>
      <w:proofErr w:type="spellEnd"/>
      <w:r w:rsidRPr="00A84BC5">
        <w:rPr>
          <w:rFonts w:cs="Times New Roman"/>
          <w:color w:val="FF0000"/>
          <w:sz w:val="22"/>
        </w:rPr>
        <w:t xml:space="preserve"> </w:t>
      </w:r>
      <w:proofErr w:type="spellStart"/>
      <w:r w:rsidRPr="00A84BC5">
        <w:rPr>
          <w:rFonts w:cs="Times New Roman"/>
          <w:color w:val="FF0000"/>
          <w:sz w:val="22"/>
        </w:rPr>
        <w:t>calculul</w:t>
      </w:r>
      <w:proofErr w:type="spellEnd"/>
      <w:r w:rsidRPr="00A84BC5">
        <w:rPr>
          <w:rFonts w:cs="Times New Roman"/>
          <w:color w:val="FF0000"/>
          <w:sz w:val="22"/>
        </w:rPr>
        <w:t xml:space="preserve"> </w:t>
      </w:r>
      <w:proofErr w:type="spellStart"/>
      <w:r w:rsidRPr="00A84BC5">
        <w:rPr>
          <w:rFonts w:cs="Times New Roman"/>
          <w:color w:val="FF0000"/>
          <w:sz w:val="22"/>
        </w:rPr>
        <w:t>termenului</w:t>
      </w:r>
      <w:proofErr w:type="spellEnd"/>
      <w:r w:rsidRPr="00A84BC5">
        <w:rPr>
          <w:rFonts w:cs="Times New Roman"/>
          <w:color w:val="FF0000"/>
          <w:sz w:val="22"/>
        </w:rPr>
        <w:t xml:space="preserve"> de </w:t>
      </w:r>
      <w:proofErr w:type="spellStart"/>
      <w:r w:rsidRPr="00A84BC5">
        <w:rPr>
          <w:rFonts w:cs="Times New Roman"/>
          <w:color w:val="FF0000"/>
          <w:sz w:val="22"/>
        </w:rPr>
        <w:t>valabilitate</w:t>
      </w:r>
      <w:proofErr w:type="spellEnd"/>
      <w:r w:rsidRPr="00A84BC5">
        <w:rPr>
          <w:rFonts w:cs="Times New Roman"/>
          <w:color w:val="FF0000"/>
          <w:sz w:val="22"/>
        </w:rPr>
        <w:t>.</w:t>
      </w:r>
    </w:p>
    <w:p w:rsidR="0022270F" w:rsidRPr="00A84BC5" w:rsidRDefault="00374C8A" w:rsidP="00531B9B">
      <w:pPr>
        <w:rPr>
          <w:rFonts w:cs="Times New Roman"/>
          <w:sz w:val="22"/>
        </w:rPr>
      </w:pPr>
      <w:r w:rsidRPr="00A84BC5">
        <w:rPr>
          <w:rFonts w:cs="Times New Roman"/>
          <w:b/>
          <w:sz w:val="22"/>
        </w:rPr>
        <w:t xml:space="preserve">29. </w:t>
      </w:r>
      <w:proofErr w:type="spellStart"/>
      <w:r w:rsidRPr="00A84BC5">
        <w:rPr>
          <w:rFonts w:cs="Times New Roman"/>
          <w:b/>
          <w:sz w:val="22"/>
        </w:rPr>
        <w:t>Locul</w:t>
      </w:r>
      <w:proofErr w:type="spellEnd"/>
      <w:r w:rsidRPr="00A84BC5">
        <w:rPr>
          <w:rFonts w:cs="Times New Roman"/>
          <w:b/>
          <w:sz w:val="22"/>
        </w:rPr>
        <w:t xml:space="preserve"> </w:t>
      </w:r>
      <w:proofErr w:type="spellStart"/>
      <w:r w:rsidRPr="00A84BC5">
        <w:rPr>
          <w:rFonts w:cs="Times New Roman"/>
          <w:b/>
          <w:sz w:val="22"/>
        </w:rPr>
        <w:t>deschiderii</w:t>
      </w:r>
      <w:proofErr w:type="spellEnd"/>
      <w:r w:rsidRPr="00A84BC5">
        <w:rPr>
          <w:rFonts w:cs="Times New Roman"/>
          <w:b/>
          <w:sz w:val="22"/>
        </w:rPr>
        <w:t xml:space="preserve"> </w:t>
      </w:r>
      <w:proofErr w:type="spellStart"/>
      <w:r w:rsidRPr="00A84BC5">
        <w:rPr>
          <w:rFonts w:cs="Times New Roman"/>
          <w:b/>
          <w:sz w:val="22"/>
        </w:rPr>
        <w:t>ofertelor</w:t>
      </w:r>
      <w:proofErr w:type="spellEnd"/>
      <w:r w:rsidRPr="00A84BC5">
        <w:rPr>
          <w:rFonts w:cs="Times New Roman"/>
          <w:b/>
          <w:sz w:val="22"/>
        </w:rPr>
        <w:t xml:space="preserve">: </w:t>
      </w:r>
      <w:r w:rsidRPr="00A84BC5">
        <w:rPr>
          <w:rFonts w:cs="Times New Roman"/>
          <w:sz w:val="22"/>
        </w:rPr>
        <w:t xml:space="preserve">SIA RSAP, </w:t>
      </w:r>
      <w:proofErr w:type="spellStart"/>
      <w:r w:rsidRPr="00A84BC5">
        <w:rPr>
          <w:rFonts w:cs="Times New Roman"/>
          <w:sz w:val="22"/>
        </w:rPr>
        <w:t>platforma</w:t>
      </w:r>
      <w:proofErr w:type="spellEnd"/>
      <w:r w:rsidRPr="00A84BC5">
        <w:rPr>
          <w:rFonts w:cs="Times New Roman"/>
          <w:sz w:val="22"/>
        </w:rPr>
        <w:t xml:space="preserve"> achiziții.md. </w:t>
      </w:r>
      <w:proofErr w:type="spellStart"/>
      <w:r w:rsidRPr="00A84BC5">
        <w:rPr>
          <w:rFonts w:cs="Times New Roman"/>
          <w:sz w:val="22"/>
        </w:rPr>
        <w:t>Ofertele</w:t>
      </w:r>
      <w:proofErr w:type="spellEnd"/>
      <w:r w:rsidRPr="00A84BC5">
        <w:rPr>
          <w:rFonts w:cs="Times New Roman"/>
          <w:sz w:val="22"/>
        </w:rPr>
        <w:t xml:space="preserve"> </w:t>
      </w:r>
      <w:proofErr w:type="spellStart"/>
      <w:r w:rsidRPr="00A84BC5">
        <w:rPr>
          <w:rFonts w:cs="Times New Roman"/>
          <w:sz w:val="22"/>
        </w:rPr>
        <w:t>întârziate</w:t>
      </w:r>
      <w:proofErr w:type="spellEnd"/>
      <w:r w:rsidRPr="00A84BC5">
        <w:rPr>
          <w:rFonts w:cs="Times New Roman"/>
          <w:sz w:val="22"/>
        </w:rPr>
        <w:t xml:space="preserve"> </w:t>
      </w:r>
      <w:proofErr w:type="spellStart"/>
      <w:r w:rsidRPr="00A84BC5">
        <w:rPr>
          <w:rFonts w:cs="Times New Roman"/>
          <w:sz w:val="22"/>
        </w:rPr>
        <w:t>vor</w:t>
      </w:r>
      <w:proofErr w:type="spellEnd"/>
      <w:r w:rsidRPr="00A84BC5">
        <w:rPr>
          <w:rFonts w:cs="Times New Roman"/>
          <w:sz w:val="22"/>
        </w:rPr>
        <w:t xml:space="preserve"> fi </w:t>
      </w:r>
      <w:proofErr w:type="spellStart"/>
      <w:r w:rsidRPr="00A84BC5">
        <w:rPr>
          <w:rFonts w:cs="Times New Roman"/>
          <w:sz w:val="22"/>
        </w:rPr>
        <w:t>respinse</w:t>
      </w:r>
      <w:proofErr w:type="spellEnd"/>
      <w:r w:rsidRPr="00A84BC5">
        <w:rPr>
          <w:rFonts w:cs="Times New Roman"/>
          <w:sz w:val="22"/>
        </w:rPr>
        <w:t>.</w:t>
      </w:r>
    </w:p>
    <w:p w:rsidR="0022270F" w:rsidRPr="00A84BC5" w:rsidRDefault="00374C8A" w:rsidP="00531B9B">
      <w:pPr>
        <w:rPr>
          <w:rFonts w:cs="Times New Roman"/>
          <w:sz w:val="22"/>
        </w:rPr>
      </w:pPr>
      <w:r w:rsidRPr="00A84BC5">
        <w:rPr>
          <w:rFonts w:cs="Times New Roman"/>
          <w:b/>
          <w:sz w:val="22"/>
        </w:rPr>
        <w:t xml:space="preserve">30. </w:t>
      </w:r>
      <w:proofErr w:type="spellStart"/>
      <w:r w:rsidRPr="00A84BC5">
        <w:rPr>
          <w:rFonts w:cs="Times New Roman"/>
          <w:b/>
          <w:sz w:val="22"/>
        </w:rPr>
        <w:t>Persoanele</w:t>
      </w:r>
      <w:proofErr w:type="spellEnd"/>
      <w:r w:rsidRPr="00A84BC5">
        <w:rPr>
          <w:rFonts w:cs="Times New Roman"/>
          <w:b/>
          <w:sz w:val="22"/>
        </w:rPr>
        <w:t xml:space="preserve"> </w:t>
      </w:r>
      <w:proofErr w:type="spellStart"/>
      <w:r w:rsidRPr="00A84BC5">
        <w:rPr>
          <w:rFonts w:cs="Times New Roman"/>
          <w:b/>
          <w:sz w:val="22"/>
        </w:rPr>
        <w:t>autorizate</w:t>
      </w:r>
      <w:proofErr w:type="spellEnd"/>
      <w:r w:rsidRPr="00A84BC5">
        <w:rPr>
          <w:rFonts w:cs="Times New Roman"/>
          <w:b/>
          <w:sz w:val="22"/>
        </w:rPr>
        <w:t xml:space="preserve"> </w:t>
      </w:r>
      <w:proofErr w:type="spellStart"/>
      <w:r w:rsidRPr="00A84BC5">
        <w:rPr>
          <w:rFonts w:cs="Times New Roman"/>
          <w:b/>
          <w:sz w:val="22"/>
        </w:rPr>
        <w:t>să</w:t>
      </w:r>
      <w:proofErr w:type="spellEnd"/>
      <w:r w:rsidRPr="00A84BC5">
        <w:rPr>
          <w:rFonts w:cs="Times New Roman"/>
          <w:b/>
          <w:sz w:val="22"/>
        </w:rPr>
        <w:t xml:space="preserve"> </w:t>
      </w:r>
      <w:proofErr w:type="spellStart"/>
      <w:r w:rsidRPr="00A84BC5">
        <w:rPr>
          <w:rFonts w:cs="Times New Roman"/>
          <w:b/>
          <w:sz w:val="22"/>
        </w:rPr>
        <w:t>asiste</w:t>
      </w:r>
      <w:proofErr w:type="spellEnd"/>
      <w:r w:rsidRPr="00A84BC5">
        <w:rPr>
          <w:rFonts w:cs="Times New Roman"/>
          <w:b/>
          <w:sz w:val="22"/>
        </w:rPr>
        <w:t xml:space="preserve"> la </w:t>
      </w:r>
      <w:proofErr w:type="spellStart"/>
      <w:r w:rsidRPr="00A84BC5">
        <w:rPr>
          <w:rFonts w:cs="Times New Roman"/>
          <w:b/>
          <w:sz w:val="22"/>
        </w:rPr>
        <w:t>deschiderea</w:t>
      </w:r>
      <w:proofErr w:type="spellEnd"/>
      <w:r w:rsidRPr="00A84BC5">
        <w:rPr>
          <w:rFonts w:cs="Times New Roman"/>
          <w:b/>
          <w:sz w:val="22"/>
        </w:rPr>
        <w:t xml:space="preserve"> </w:t>
      </w:r>
      <w:proofErr w:type="spellStart"/>
      <w:r w:rsidRPr="00A84BC5">
        <w:rPr>
          <w:rFonts w:cs="Times New Roman"/>
          <w:b/>
          <w:sz w:val="22"/>
        </w:rPr>
        <w:t>ofertelor</w:t>
      </w:r>
      <w:proofErr w:type="spellEnd"/>
      <w:r w:rsidRPr="00A84BC5">
        <w:rPr>
          <w:rFonts w:cs="Times New Roman"/>
          <w:b/>
          <w:sz w:val="22"/>
        </w:rPr>
        <w:t xml:space="preserve">: </w:t>
      </w:r>
      <w:proofErr w:type="spellStart"/>
      <w:r w:rsidRPr="00A84BC5">
        <w:rPr>
          <w:rFonts w:cs="Times New Roman"/>
          <w:sz w:val="22"/>
        </w:rPr>
        <w:t>Ofertanții</w:t>
      </w:r>
      <w:proofErr w:type="spellEnd"/>
      <w:r w:rsidRPr="00A84BC5">
        <w:rPr>
          <w:rFonts w:cs="Times New Roman"/>
          <w:sz w:val="22"/>
        </w:rPr>
        <w:t xml:space="preserve"> </w:t>
      </w:r>
      <w:proofErr w:type="spellStart"/>
      <w:r w:rsidRPr="00A84BC5">
        <w:rPr>
          <w:rFonts w:cs="Times New Roman"/>
          <w:sz w:val="22"/>
        </w:rPr>
        <w:t>sau</w:t>
      </w:r>
      <w:proofErr w:type="spellEnd"/>
      <w:r w:rsidRPr="00A84BC5">
        <w:rPr>
          <w:rFonts w:cs="Times New Roman"/>
          <w:sz w:val="22"/>
        </w:rPr>
        <w:t xml:space="preserve"> </w:t>
      </w:r>
      <w:proofErr w:type="spellStart"/>
      <w:r w:rsidRPr="00A84BC5">
        <w:rPr>
          <w:rFonts w:cs="Times New Roman"/>
          <w:sz w:val="22"/>
        </w:rPr>
        <w:t>reprezentanții</w:t>
      </w:r>
      <w:proofErr w:type="spellEnd"/>
      <w:r w:rsidRPr="00A84BC5">
        <w:rPr>
          <w:rFonts w:cs="Times New Roman"/>
          <w:sz w:val="22"/>
        </w:rPr>
        <w:t xml:space="preserve"> </w:t>
      </w:r>
      <w:proofErr w:type="spellStart"/>
      <w:r w:rsidRPr="00A84BC5">
        <w:rPr>
          <w:rFonts w:cs="Times New Roman"/>
          <w:sz w:val="22"/>
        </w:rPr>
        <w:t>acestora</w:t>
      </w:r>
      <w:proofErr w:type="spellEnd"/>
      <w:r w:rsidRPr="00A84BC5">
        <w:rPr>
          <w:rFonts w:cs="Times New Roman"/>
          <w:sz w:val="22"/>
        </w:rPr>
        <w:t xml:space="preserve"> au </w:t>
      </w:r>
      <w:proofErr w:type="spellStart"/>
      <w:r w:rsidRPr="00A84BC5">
        <w:rPr>
          <w:rFonts w:cs="Times New Roman"/>
          <w:sz w:val="22"/>
        </w:rPr>
        <w:t>dreptul</w:t>
      </w:r>
      <w:proofErr w:type="spellEnd"/>
      <w:r w:rsidRPr="00A84BC5">
        <w:rPr>
          <w:rFonts w:cs="Times New Roman"/>
          <w:sz w:val="22"/>
        </w:rPr>
        <w:t xml:space="preserve"> </w:t>
      </w:r>
      <w:proofErr w:type="spellStart"/>
      <w:r w:rsidRPr="00A84BC5">
        <w:rPr>
          <w:rFonts w:cs="Times New Roman"/>
          <w:sz w:val="22"/>
        </w:rPr>
        <w:t>să</w:t>
      </w:r>
      <w:proofErr w:type="spellEnd"/>
      <w:r w:rsidRPr="00A84BC5">
        <w:rPr>
          <w:rFonts w:cs="Times New Roman"/>
          <w:sz w:val="22"/>
        </w:rPr>
        <w:t xml:space="preserve"> </w:t>
      </w:r>
      <w:proofErr w:type="spellStart"/>
      <w:r w:rsidRPr="00A84BC5">
        <w:rPr>
          <w:rFonts w:cs="Times New Roman"/>
          <w:sz w:val="22"/>
        </w:rPr>
        <w:t>participe</w:t>
      </w:r>
      <w:proofErr w:type="spellEnd"/>
      <w:r w:rsidRPr="00A84BC5">
        <w:rPr>
          <w:rFonts w:cs="Times New Roman"/>
          <w:sz w:val="22"/>
        </w:rPr>
        <w:t xml:space="preserve"> la </w:t>
      </w:r>
      <w:proofErr w:type="spellStart"/>
      <w:r w:rsidRPr="00A84BC5">
        <w:rPr>
          <w:rFonts w:cs="Times New Roman"/>
          <w:sz w:val="22"/>
        </w:rPr>
        <w:t>deschiderea</w:t>
      </w:r>
      <w:proofErr w:type="spellEnd"/>
      <w:r w:rsidRPr="00A84BC5">
        <w:rPr>
          <w:rFonts w:cs="Times New Roman"/>
          <w:sz w:val="22"/>
        </w:rPr>
        <w:t xml:space="preserve"> </w:t>
      </w:r>
      <w:proofErr w:type="spellStart"/>
      <w:r w:rsidRPr="00A84BC5">
        <w:rPr>
          <w:rFonts w:cs="Times New Roman"/>
          <w:sz w:val="22"/>
        </w:rPr>
        <w:t>ofertelor</w:t>
      </w:r>
      <w:proofErr w:type="spellEnd"/>
      <w:r w:rsidRPr="00A84BC5">
        <w:rPr>
          <w:rFonts w:cs="Times New Roman"/>
          <w:sz w:val="22"/>
        </w:rPr>
        <w:t xml:space="preserve">, cu </w:t>
      </w:r>
      <w:proofErr w:type="spellStart"/>
      <w:r w:rsidRPr="00A84BC5">
        <w:rPr>
          <w:rFonts w:cs="Times New Roman"/>
          <w:sz w:val="22"/>
        </w:rPr>
        <w:t>excepția</w:t>
      </w:r>
      <w:proofErr w:type="spellEnd"/>
      <w:r w:rsidRPr="00A84BC5">
        <w:rPr>
          <w:rFonts w:cs="Times New Roman"/>
          <w:sz w:val="22"/>
        </w:rPr>
        <w:t xml:space="preserve"> </w:t>
      </w:r>
      <w:proofErr w:type="spellStart"/>
      <w:r w:rsidRPr="00A84BC5">
        <w:rPr>
          <w:rFonts w:cs="Times New Roman"/>
          <w:sz w:val="22"/>
        </w:rPr>
        <w:t>cazului</w:t>
      </w:r>
      <w:proofErr w:type="spellEnd"/>
      <w:r w:rsidRPr="00A84BC5">
        <w:rPr>
          <w:rFonts w:cs="Times New Roman"/>
          <w:sz w:val="22"/>
        </w:rPr>
        <w:t xml:space="preserve"> </w:t>
      </w:r>
      <w:proofErr w:type="spellStart"/>
      <w:r w:rsidRPr="00A84BC5">
        <w:rPr>
          <w:rFonts w:cs="Times New Roman"/>
          <w:sz w:val="22"/>
        </w:rPr>
        <w:t>când</w:t>
      </w:r>
      <w:proofErr w:type="spellEnd"/>
      <w:r w:rsidRPr="00A84BC5">
        <w:rPr>
          <w:rFonts w:cs="Times New Roman"/>
          <w:sz w:val="22"/>
        </w:rPr>
        <w:t xml:space="preserve"> </w:t>
      </w:r>
      <w:proofErr w:type="spellStart"/>
      <w:r w:rsidRPr="00A84BC5">
        <w:rPr>
          <w:rFonts w:cs="Times New Roman"/>
          <w:sz w:val="22"/>
        </w:rPr>
        <w:t>ofertele</w:t>
      </w:r>
      <w:proofErr w:type="spellEnd"/>
      <w:r w:rsidRPr="00A84BC5">
        <w:rPr>
          <w:rFonts w:cs="Times New Roman"/>
          <w:sz w:val="22"/>
        </w:rPr>
        <w:t xml:space="preserve"> au </w:t>
      </w:r>
      <w:proofErr w:type="spellStart"/>
      <w:r w:rsidRPr="00A84BC5">
        <w:rPr>
          <w:rFonts w:cs="Times New Roman"/>
          <w:sz w:val="22"/>
        </w:rPr>
        <w:t>fost</w:t>
      </w:r>
      <w:proofErr w:type="spellEnd"/>
      <w:r w:rsidRPr="00A84BC5">
        <w:rPr>
          <w:rFonts w:cs="Times New Roman"/>
          <w:sz w:val="22"/>
        </w:rPr>
        <w:t xml:space="preserve"> </w:t>
      </w:r>
      <w:proofErr w:type="spellStart"/>
      <w:r w:rsidRPr="00A84BC5">
        <w:rPr>
          <w:rFonts w:cs="Times New Roman"/>
          <w:sz w:val="22"/>
        </w:rPr>
        <w:t>depuse</w:t>
      </w:r>
      <w:proofErr w:type="spellEnd"/>
      <w:r w:rsidRPr="00A84BC5">
        <w:rPr>
          <w:rFonts w:cs="Times New Roman"/>
          <w:sz w:val="22"/>
        </w:rPr>
        <w:t xml:space="preserve"> </w:t>
      </w:r>
      <w:proofErr w:type="spellStart"/>
      <w:r w:rsidRPr="00A84BC5">
        <w:rPr>
          <w:rFonts w:cs="Times New Roman"/>
          <w:sz w:val="22"/>
        </w:rPr>
        <w:t>prin</w:t>
      </w:r>
      <w:proofErr w:type="spellEnd"/>
      <w:r w:rsidRPr="00A84BC5">
        <w:rPr>
          <w:rFonts w:cs="Times New Roman"/>
          <w:sz w:val="22"/>
        </w:rPr>
        <w:t xml:space="preserve"> SIA RSAP.</w:t>
      </w:r>
    </w:p>
    <w:p w:rsidR="0022270F" w:rsidRPr="00A84BC5" w:rsidRDefault="00374C8A" w:rsidP="00531B9B">
      <w:pPr>
        <w:rPr>
          <w:rFonts w:cs="Times New Roman"/>
          <w:sz w:val="22"/>
        </w:rPr>
      </w:pPr>
      <w:r w:rsidRPr="00A84BC5">
        <w:rPr>
          <w:rFonts w:cs="Times New Roman"/>
          <w:b/>
          <w:sz w:val="22"/>
        </w:rPr>
        <w:t xml:space="preserve">31. </w:t>
      </w:r>
      <w:proofErr w:type="spellStart"/>
      <w:r w:rsidRPr="00A84BC5">
        <w:rPr>
          <w:rFonts w:cs="Times New Roman"/>
          <w:b/>
          <w:sz w:val="22"/>
        </w:rPr>
        <w:t>Limba</w:t>
      </w:r>
      <w:proofErr w:type="spellEnd"/>
      <w:r w:rsidRPr="00A84BC5">
        <w:rPr>
          <w:rFonts w:cs="Times New Roman"/>
          <w:b/>
          <w:sz w:val="22"/>
        </w:rPr>
        <w:t xml:space="preserve"> </w:t>
      </w:r>
      <w:proofErr w:type="spellStart"/>
      <w:r w:rsidRPr="00A84BC5">
        <w:rPr>
          <w:rFonts w:cs="Times New Roman"/>
          <w:b/>
          <w:sz w:val="22"/>
        </w:rPr>
        <w:t>sau</w:t>
      </w:r>
      <w:proofErr w:type="spellEnd"/>
      <w:r w:rsidRPr="00A84BC5">
        <w:rPr>
          <w:rFonts w:cs="Times New Roman"/>
          <w:b/>
          <w:sz w:val="22"/>
        </w:rPr>
        <w:t xml:space="preserve"> </w:t>
      </w:r>
      <w:proofErr w:type="spellStart"/>
      <w:r w:rsidRPr="00A84BC5">
        <w:rPr>
          <w:rFonts w:cs="Times New Roman"/>
          <w:b/>
          <w:sz w:val="22"/>
        </w:rPr>
        <w:t>limbile</w:t>
      </w:r>
      <w:proofErr w:type="spellEnd"/>
      <w:r w:rsidRPr="00A84BC5">
        <w:rPr>
          <w:rFonts w:cs="Times New Roman"/>
          <w:b/>
          <w:sz w:val="22"/>
        </w:rPr>
        <w:t xml:space="preserve"> </w:t>
      </w:r>
      <w:proofErr w:type="spellStart"/>
      <w:r w:rsidRPr="00A84BC5">
        <w:rPr>
          <w:rFonts w:cs="Times New Roman"/>
          <w:b/>
          <w:sz w:val="22"/>
        </w:rPr>
        <w:t>în</w:t>
      </w:r>
      <w:proofErr w:type="spellEnd"/>
      <w:r w:rsidRPr="00A84BC5">
        <w:rPr>
          <w:rFonts w:cs="Times New Roman"/>
          <w:b/>
          <w:sz w:val="22"/>
        </w:rPr>
        <w:t xml:space="preserve"> care </w:t>
      </w:r>
      <w:proofErr w:type="spellStart"/>
      <w:r w:rsidRPr="00A84BC5">
        <w:rPr>
          <w:rFonts w:cs="Times New Roman"/>
          <w:b/>
          <w:sz w:val="22"/>
        </w:rPr>
        <w:t>trebuie</w:t>
      </w:r>
      <w:proofErr w:type="spellEnd"/>
      <w:r w:rsidRPr="00A84BC5">
        <w:rPr>
          <w:rFonts w:cs="Times New Roman"/>
          <w:b/>
          <w:sz w:val="22"/>
        </w:rPr>
        <w:t xml:space="preserve"> </w:t>
      </w:r>
      <w:proofErr w:type="spellStart"/>
      <w:r w:rsidRPr="00A84BC5">
        <w:rPr>
          <w:rFonts w:cs="Times New Roman"/>
          <w:b/>
          <w:sz w:val="22"/>
        </w:rPr>
        <w:t>redactate</w:t>
      </w:r>
      <w:proofErr w:type="spellEnd"/>
      <w:r w:rsidRPr="00A84BC5">
        <w:rPr>
          <w:rFonts w:cs="Times New Roman"/>
          <w:b/>
          <w:sz w:val="22"/>
        </w:rPr>
        <w:t xml:space="preserve"> </w:t>
      </w:r>
      <w:proofErr w:type="spellStart"/>
      <w:r w:rsidRPr="00A84BC5">
        <w:rPr>
          <w:rFonts w:cs="Times New Roman"/>
          <w:b/>
          <w:sz w:val="22"/>
        </w:rPr>
        <w:t>ofertele</w:t>
      </w:r>
      <w:proofErr w:type="spellEnd"/>
      <w:r w:rsidRPr="00A84BC5">
        <w:rPr>
          <w:rFonts w:cs="Times New Roman"/>
          <w:b/>
          <w:sz w:val="22"/>
        </w:rPr>
        <w:t xml:space="preserve"> </w:t>
      </w:r>
      <w:proofErr w:type="spellStart"/>
      <w:r w:rsidRPr="00A84BC5">
        <w:rPr>
          <w:rFonts w:cs="Times New Roman"/>
          <w:b/>
          <w:sz w:val="22"/>
        </w:rPr>
        <w:t>sau</w:t>
      </w:r>
      <w:proofErr w:type="spellEnd"/>
      <w:r w:rsidRPr="00A84BC5">
        <w:rPr>
          <w:rFonts w:cs="Times New Roman"/>
          <w:b/>
          <w:sz w:val="22"/>
        </w:rPr>
        <w:t xml:space="preserve"> </w:t>
      </w:r>
      <w:proofErr w:type="spellStart"/>
      <w:r w:rsidRPr="00A84BC5">
        <w:rPr>
          <w:rFonts w:cs="Times New Roman"/>
          <w:b/>
          <w:sz w:val="22"/>
        </w:rPr>
        <w:t>cererile</w:t>
      </w:r>
      <w:proofErr w:type="spellEnd"/>
      <w:r w:rsidRPr="00A84BC5">
        <w:rPr>
          <w:rFonts w:cs="Times New Roman"/>
          <w:b/>
          <w:sz w:val="22"/>
        </w:rPr>
        <w:t xml:space="preserve"> de </w:t>
      </w:r>
      <w:proofErr w:type="spellStart"/>
      <w:r w:rsidRPr="00A84BC5">
        <w:rPr>
          <w:rFonts w:cs="Times New Roman"/>
          <w:b/>
          <w:sz w:val="22"/>
        </w:rPr>
        <w:t>participare</w:t>
      </w:r>
      <w:proofErr w:type="spellEnd"/>
      <w:r w:rsidRPr="00A84BC5">
        <w:rPr>
          <w:rFonts w:cs="Times New Roman"/>
          <w:b/>
          <w:sz w:val="22"/>
        </w:rPr>
        <w:t xml:space="preserve">: </w:t>
      </w:r>
      <w:proofErr w:type="spellStart"/>
      <w:r w:rsidRPr="00A84BC5">
        <w:rPr>
          <w:rFonts w:cs="Times New Roman"/>
          <w:sz w:val="22"/>
        </w:rPr>
        <w:t>limba</w:t>
      </w:r>
      <w:proofErr w:type="spellEnd"/>
      <w:r w:rsidRPr="00A84BC5">
        <w:rPr>
          <w:rFonts w:cs="Times New Roman"/>
          <w:sz w:val="22"/>
        </w:rPr>
        <w:t xml:space="preserve"> de stat.</w:t>
      </w:r>
    </w:p>
    <w:p w:rsidR="0022270F" w:rsidRPr="00A84BC5" w:rsidRDefault="00374C8A" w:rsidP="00531B9B">
      <w:pPr>
        <w:rPr>
          <w:rFonts w:cs="Times New Roman"/>
          <w:sz w:val="22"/>
        </w:rPr>
      </w:pPr>
      <w:r w:rsidRPr="00A84BC5">
        <w:rPr>
          <w:rFonts w:cs="Times New Roman"/>
          <w:b/>
          <w:sz w:val="22"/>
        </w:rPr>
        <w:t xml:space="preserve">32. </w:t>
      </w:r>
      <w:proofErr w:type="spellStart"/>
      <w:r w:rsidRPr="00A84BC5">
        <w:rPr>
          <w:rFonts w:cs="Times New Roman"/>
          <w:b/>
          <w:sz w:val="22"/>
        </w:rPr>
        <w:t>Semnarea</w:t>
      </w:r>
      <w:proofErr w:type="spellEnd"/>
      <w:r w:rsidRPr="00A84BC5">
        <w:rPr>
          <w:rFonts w:cs="Times New Roman"/>
          <w:b/>
          <w:sz w:val="22"/>
        </w:rPr>
        <w:t xml:space="preserve"> </w:t>
      </w:r>
      <w:proofErr w:type="spellStart"/>
      <w:r w:rsidRPr="00A84BC5">
        <w:rPr>
          <w:rFonts w:cs="Times New Roman"/>
          <w:b/>
          <w:sz w:val="22"/>
        </w:rPr>
        <w:t>contractului</w:t>
      </w:r>
      <w:proofErr w:type="spellEnd"/>
      <w:r w:rsidRPr="00A84BC5">
        <w:rPr>
          <w:rFonts w:cs="Times New Roman"/>
          <w:b/>
          <w:sz w:val="22"/>
        </w:rPr>
        <w:t xml:space="preserve">: </w:t>
      </w:r>
      <w:proofErr w:type="spellStart"/>
      <w:r w:rsidRPr="00A84BC5">
        <w:rPr>
          <w:rFonts w:cs="Times New Roman"/>
          <w:sz w:val="22"/>
        </w:rPr>
        <w:t>în</w:t>
      </w:r>
      <w:proofErr w:type="spellEnd"/>
      <w:r w:rsidRPr="00A84BC5">
        <w:rPr>
          <w:rFonts w:cs="Times New Roman"/>
          <w:sz w:val="22"/>
        </w:rPr>
        <w:t xml:space="preserve"> </w:t>
      </w:r>
      <w:proofErr w:type="spellStart"/>
      <w:r w:rsidRPr="00A84BC5">
        <w:rPr>
          <w:rFonts w:cs="Times New Roman"/>
          <w:sz w:val="22"/>
        </w:rPr>
        <w:t>termen</w:t>
      </w:r>
      <w:proofErr w:type="spellEnd"/>
      <w:r w:rsidRPr="00A84BC5">
        <w:rPr>
          <w:rFonts w:cs="Times New Roman"/>
          <w:sz w:val="22"/>
        </w:rPr>
        <w:t xml:space="preserve"> de 2 </w:t>
      </w:r>
      <w:proofErr w:type="spellStart"/>
      <w:r w:rsidRPr="00A84BC5">
        <w:rPr>
          <w:rFonts w:cs="Times New Roman"/>
          <w:sz w:val="22"/>
        </w:rPr>
        <w:t>zile</w:t>
      </w:r>
      <w:proofErr w:type="spellEnd"/>
      <w:r w:rsidRPr="00A84BC5">
        <w:rPr>
          <w:rFonts w:cs="Times New Roman"/>
          <w:sz w:val="22"/>
        </w:rPr>
        <w:t xml:space="preserve"> de la </w:t>
      </w:r>
      <w:proofErr w:type="spellStart"/>
      <w:r w:rsidRPr="00A84BC5">
        <w:rPr>
          <w:rFonts w:cs="Times New Roman"/>
          <w:sz w:val="22"/>
        </w:rPr>
        <w:t>transmiterea</w:t>
      </w:r>
      <w:proofErr w:type="spellEnd"/>
      <w:r w:rsidRPr="00A84BC5">
        <w:rPr>
          <w:rFonts w:cs="Times New Roman"/>
          <w:sz w:val="22"/>
        </w:rPr>
        <w:t xml:space="preserve"> </w:t>
      </w:r>
      <w:proofErr w:type="spellStart"/>
      <w:r w:rsidRPr="00A84BC5">
        <w:rPr>
          <w:rFonts w:cs="Times New Roman"/>
          <w:sz w:val="22"/>
        </w:rPr>
        <w:t>contractului</w:t>
      </w:r>
      <w:proofErr w:type="spellEnd"/>
      <w:r w:rsidRPr="00A84BC5">
        <w:rPr>
          <w:rFonts w:cs="Times New Roman"/>
          <w:sz w:val="22"/>
        </w:rPr>
        <w:t xml:space="preserve"> </w:t>
      </w:r>
      <w:proofErr w:type="spellStart"/>
      <w:r w:rsidRPr="00A84BC5">
        <w:rPr>
          <w:rFonts w:cs="Times New Roman"/>
          <w:sz w:val="22"/>
        </w:rPr>
        <w:t>spre</w:t>
      </w:r>
      <w:proofErr w:type="spellEnd"/>
      <w:r w:rsidRPr="00A84BC5">
        <w:rPr>
          <w:rFonts w:cs="Times New Roman"/>
          <w:sz w:val="22"/>
        </w:rPr>
        <w:t xml:space="preserve"> </w:t>
      </w:r>
      <w:proofErr w:type="spellStart"/>
      <w:r w:rsidRPr="00A84BC5">
        <w:rPr>
          <w:rFonts w:cs="Times New Roman"/>
          <w:sz w:val="22"/>
        </w:rPr>
        <w:t>semnare</w:t>
      </w:r>
      <w:proofErr w:type="spellEnd"/>
      <w:r w:rsidRPr="00A84BC5">
        <w:rPr>
          <w:rFonts w:cs="Times New Roman"/>
          <w:sz w:val="22"/>
        </w:rPr>
        <w:t>.</w:t>
      </w:r>
    </w:p>
    <w:p w:rsidR="0022270F" w:rsidRPr="00A84BC5" w:rsidRDefault="00374C8A" w:rsidP="00531B9B">
      <w:pPr>
        <w:rPr>
          <w:rFonts w:cs="Times New Roman"/>
          <w:sz w:val="22"/>
        </w:rPr>
      </w:pPr>
      <w:r w:rsidRPr="00A84BC5">
        <w:rPr>
          <w:rFonts w:cs="Times New Roman"/>
          <w:b/>
          <w:sz w:val="22"/>
        </w:rPr>
        <w:t xml:space="preserve">33. </w:t>
      </w:r>
      <w:proofErr w:type="spellStart"/>
      <w:r w:rsidRPr="00A84BC5">
        <w:rPr>
          <w:rFonts w:cs="Times New Roman"/>
          <w:b/>
          <w:sz w:val="22"/>
        </w:rPr>
        <w:t>Respectivul</w:t>
      </w:r>
      <w:proofErr w:type="spellEnd"/>
      <w:r w:rsidRPr="00A84BC5">
        <w:rPr>
          <w:rFonts w:cs="Times New Roman"/>
          <w:b/>
          <w:sz w:val="22"/>
        </w:rPr>
        <w:t xml:space="preserve"> contract se </w:t>
      </w:r>
      <w:proofErr w:type="spellStart"/>
      <w:r w:rsidRPr="00A84BC5">
        <w:rPr>
          <w:rFonts w:cs="Times New Roman"/>
          <w:b/>
          <w:sz w:val="22"/>
        </w:rPr>
        <w:t>referă</w:t>
      </w:r>
      <w:proofErr w:type="spellEnd"/>
      <w:r w:rsidRPr="00A84BC5">
        <w:rPr>
          <w:rFonts w:cs="Times New Roman"/>
          <w:b/>
          <w:sz w:val="22"/>
        </w:rPr>
        <w:t xml:space="preserve"> la un </w:t>
      </w:r>
      <w:proofErr w:type="spellStart"/>
      <w:r w:rsidRPr="00A84BC5">
        <w:rPr>
          <w:rFonts w:cs="Times New Roman"/>
          <w:b/>
          <w:sz w:val="22"/>
        </w:rPr>
        <w:t>proiect</w:t>
      </w:r>
      <w:proofErr w:type="spellEnd"/>
      <w:r w:rsidRPr="00A84BC5">
        <w:rPr>
          <w:rFonts w:cs="Times New Roman"/>
          <w:b/>
          <w:sz w:val="22"/>
        </w:rPr>
        <w:t xml:space="preserve"> </w:t>
      </w:r>
      <w:proofErr w:type="spellStart"/>
      <w:r w:rsidRPr="00A84BC5">
        <w:rPr>
          <w:rFonts w:cs="Times New Roman"/>
          <w:b/>
          <w:sz w:val="22"/>
        </w:rPr>
        <w:t>și</w:t>
      </w:r>
      <w:proofErr w:type="spellEnd"/>
      <w:r w:rsidRPr="00A84BC5">
        <w:rPr>
          <w:rFonts w:cs="Times New Roman"/>
          <w:b/>
          <w:sz w:val="22"/>
        </w:rPr>
        <w:t>/</w:t>
      </w:r>
      <w:proofErr w:type="spellStart"/>
      <w:r w:rsidRPr="00A84BC5">
        <w:rPr>
          <w:rFonts w:cs="Times New Roman"/>
          <w:b/>
          <w:sz w:val="22"/>
        </w:rPr>
        <w:t>sau</w:t>
      </w:r>
      <w:proofErr w:type="spellEnd"/>
      <w:r w:rsidRPr="00A84BC5">
        <w:rPr>
          <w:rFonts w:cs="Times New Roman"/>
          <w:b/>
          <w:sz w:val="22"/>
        </w:rPr>
        <w:t xml:space="preserve"> program </w:t>
      </w:r>
      <w:proofErr w:type="spellStart"/>
      <w:r w:rsidRPr="00A84BC5">
        <w:rPr>
          <w:rFonts w:cs="Times New Roman"/>
          <w:b/>
          <w:sz w:val="22"/>
        </w:rPr>
        <w:t>finanțat</w:t>
      </w:r>
      <w:proofErr w:type="spellEnd"/>
      <w:r w:rsidRPr="00A84BC5">
        <w:rPr>
          <w:rFonts w:cs="Times New Roman"/>
          <w:b/>
          <w:sz w:val="22"/>
        </w:rPr>
        <w:t xml:space="preserve"> din </w:t>
      </w:r>
      <w:proofErr w:type="spellStart"/>
      <w:r w:rsidRPr="00A84BC5">
        <w:rPr>
          <w:rFonts w:cs="Times New Roman"/>
          <w:b/>
          <w:sz w:val="22"/>
        </w:rPr>
        <w:t>fonduri</w:t>
      </w:r>
      <w:proofErr w:type="spellEnd"/>
      <w:r w:rsidRPr="00A84BC5">
        <w:rPr>
          <w:rFonts w:cs="Times New Roman"/>
          <w:b/>
          <w:sz w:val="22"/>
        </w:rPr>
        <w:t xml:space="preserve"> ale </w:t>
      </w:r>
      <w:proofErr w:type="spellStart"/>
      <w:r w:rsidRPr="00A84BC5">
        <w:rPr>
          <w:rFonts w:cs="Times New Roman"/>
          <w:b/>
          <w:sz w:val="22"/>
        </w:rPr>
        <w:t>Uniunii</w:t>
      </w:r>
      <w:proofErr w:type="spellEnd"/>
      <w:r w:rsidRPr="00A84BC5">
        <w:rPr>
          <w:rFonts w:cs="Times New Roman"/>
          <w:b/>
          <w:sz w:val="22"/>
        </w:rPr>
        <w:t xml:space="preserve"> </w:t>
      </w:r>
      <w:proofErr w:type="spellStart"/>
      <w:r w:rsidRPr="00A84BC5">
        <w:rPr>
          <w:rFonts w:cs="Times New Roman"/>
          <w:b/>
          <w:sz w:val="22"/>
        </w:rPr>
        <w:t>Europene</w:t>
      </w:r>
      <w:proofErr w:type="spellEnd"/>
      <w:r w:rsidRPr="00A84BC5">
        <w:rPr>
          <w:rFonts w:cs="Times New Roman"/>
          <w:b/>
          <w:sz w:val="22"/>
        </w:rPr>
        <w:t xml:space="preserve">: </w:t>
      </w:r>
      <w:r w:rsidRPr="00A84BC5">
        <w:rPr>
          <w:rFonts w:cs="Times New Roman"/>
          <w:sz w:val="22"/>
        </w:rPr>
        <w:t xml:space="preserve">Nu se </w:t>
      </w:r>
      <w:proofErr w:type="spellStart"/>
      <w:r w:rsidRPr="00A84BC5">
        <w:rPr>
          <w:rFonts w:cs="Times New Roman"/>
          <w:sz w:val="22"/>
        </w:rPr>
        <w:t>aplică</w:t>
      </w:r>
      <w:proofErr w:type="spellEnd"/>
      <w:r w:rsidRPr="00A84BC5">
        <w:rPr>
          <w:rFonts w:cs="Times New Roman"/>
          <w:sz w:val="22"/>
        </w:rPr>
        <w:t>.</w:t>
      </w:r>
    </w:p>
    <w:p w:rsidR="0022270F" w:rsidRPr="00A84BC5" w:rsidRDefault="00374C8A" w:rsidP="00531B9B">
      <w:pPr>
        <w:rPr>
          <w:rFonts w:cs="Times New Roman"/>
          <w:sz w:val="22"/>
        </w:rPr>
      </w:pPr>
      <w:r w:rsidRPr="00A84BC5">
        <w:rPr>
          <w:rFonts w:cs="Times New Roman"/>
          <w:b/>
          <w:sz w:val="22"/>
        </w:rPr>
        <w:t xml:space="preserve">34. </w:t>
      </w:r>
      <w:proofErr w:type="spellStart"/>
      <w:r w:rsidRPr="00A84BC5">
        <w:rPr>
          <w:rFonts w:cs="Times New Roman"/>
          <w:b/>
          <w:sz w:val="22"/>
        </w:rPr>
        <w:t>Denumirea</w:t>
      </w:r>
      <w:proofErr w:type="spellEnd"/>
      <w:r w:rsidRPr="00A84BC5">
        <w:rPr>
          <w:rFonts w:cs="Times New Roman"/>
          <w:b/>
          <w:sz w:val="22"/>
        </w:rPr>
        <w:t xml:space="preserve"> </w:t>
      </w:r>
      <w:proofErr w:type="spellStart"/>
      <w:r w:rsidRPr="00A84BC5">
        <w:rPr>
          <w:rFonts w:cs="Times New Roman"/>
          <w:b/>
          <w:sz w:val="22"/>
        </w:rPr>
        <w:t>și</w:t>
      </w:r>
      <w:proofErr w:type="spellEnd"/>
      <w:r w:rsidRPr="00A84BC5">
        <w:rPr>
          <w:rFonts w:cs="Times New Roman"/>
          <w:b/>
          <w:sz w:val="22"/>
        </w:rPr>
        <w:t xml:space="preserve"> </w:t>
      </w:r>
      <w:proofErr w:type="spellStart"/>
      <w:r w:rsidRPr="00A84BC5">
        <w:rPr>
          <w:rFonts w:cs="Times New Roman"/>
          <w:b/>
          <w:sz w:val="22"/>
        </w:rPr>
        <w:t>adresa</w:t>
      </w:r>
      <w:proofErr w:type="spellEnd"/>
      <w:r w:rsidRPr="00A84BC5">
        <w:rPr>
          <w:rFonts w:cs="Times New Roman"/>
          <w:b/>
          <w:sz w:val="22"/>
        </w:rPr>
        <w:t xml:space="preserve"> </w:t>
      </w:r>
      <w:proofErr w:type="spellStart"/>
      <w:r w:rsidRPr="00A84BC5">
        <w:rPr>
          <w:rFonts w:cs="Times New Roman"/>
          <w:b/>
          <w:sz w:val="22"/>
        </w:rPr>
        <w:t>organismului</w:t>
      </w:r>
      <w:proofErr w:type="spellEnd"/>
      <w:r w:rsidRPr="00A84BC5">
        <w:rPr>
          <w:rFonts w:cs="Times New Roman"/>
          <w:b/>
          <w:sz w:val="22"/>
        </w:rPr>
        <w:t xml:space="preserve"> competent de </w:t>
      </w:r>
      <w:proofErr w:type="spellStart"/>
      <w:r w:rsidRPr="00A84BC5">
        <w:rPr>
          <w:rFonts w:cs="Times New Roman"/>
          <w:b/>
          <w:sz w:val="22"/>
        </w:rPr>
        <w:t>soluționare</w:t>
      </w:r>
      <w:proofErr w:type="spellEnd"/>
      <w:r w:rsidRPr="00A84BC5">
        <w:rPr>
          <w:rFonts w:cs="Times New Roman"/>
          <w:b/>
          <w:sz w:val="22"/>
        </w:rPr>
        <w:t xml:space="preserve"> a </w:t>
      </w:r>
      <w:proofErr w:type="spellStart"/>
      <w:r w:rsidRPr="00A84BC5">
        <w:rPr>
          <w:rFonts w:cs="Times New Roman"/>
          <w:b/>
          <w:sz w:val="22"/>
        </w:rPr>
        <w:t>contestațiilor</w:t>
      </w:r>
      <w:proofErr w:type="spellEnd"/>
      <w:r w:rsidRPr="00A84BC5">
        <w:rPr>
          <w:rFonts w:cs="Times New Roman"/>
          <w:b/>
          <w:sz w:val="22"/>
        </w:rPr>
        <w:t xml:space="preserve">: </w:t>
      </w:r>
      <w:proofErr w:type="spellStart"/>
      <w:r w:rsidRPr="00A84BC5">
        <w:rPr>
          <w:rFonts w:cs="Times New Roman"/>
          <w:sz w:val="22"/>
        </w:rPr>
        <w:t>Agenția</w:t>
      </w:r>
      <w:proofErr w:type="spellEnd"/>
      <w:r w:rsidRPr="00A84BC5">
        <w:rPr>
          <w:rFonts w:cs="Times New Roman"/>
          <w:sz w:val="22"/>
        </w:rPr>
        <w:t xml:space="preserve"> </w:t>
      </w:r>
      <w:proofErr w:type="spellStart"/>
      <w:r w:rsidRPr="00A84BC5">
        <w:rPr>
          <w:rFonts w:cs="Times New Roman"/>
          <w:sz w:val="22"/>
        </w:rPr>
        <w:t>Națională</w:t>
      </w:r>
      <w:proofErr w:type="spellEnd"/>
      <w:r w:rsidRPr="00A84BC5">
        <w:rPr>
          <w:rFonts w:cs="Times New Roman"/>
          <w:sz w:val="22"/>
        </w:rPr>
        <w:t xml:space="preserve"> </w:t>
      </w:r>
      <w:proofErr w:type="spellStart"/>
      <w:r w:rsidRPr="00A84BC5">
        <w:rPr>
          <w:rFonts w:cs="Times New Roman"/>
          <w:sz w:val="22"/>
        </w:rPr>
        <w:t>pentru</w:t>
      </w:r>
      <w:proofErr w:type="spellEnd"/>
      <w:r w:rsidRPr="00A84BC5">
        <w:rPr>
          <w:rFonts w:cs="Times New Roman"/>
          <w:sz w:val="22"/>
        </w:rPr>
        <w:t xml:space="preserve"> </w:t>
      </w:r>
      <w:proofErr w:type="spellStart"/>
      <w:r w:rsidRPr="00A84BC5">
        <w:rPr>
          <w:rFonts w:cs="Times New Roman"/>
          <w:sz w:val="22"/>
        </w:rPr>
        <w:t>Soluționarea</w:t>
      </w:r>
      <w:proofErr w:type="spellEnd"/>
      <w:r w:rsidRPr="00A84BC5">
        <w:rPr>
          <w:rFonts w:cs="Times New Roman"/>
          <w:sz w:val="22"/>
        </w:rPr>
        <w:t xml:space="preserve"> </w:t>
      </w:r>
      <w:proofErr w:type="spellStart"/>
      <w:r w:rsidRPr="00A84BC5">
        <w:rPr>
          <w:rFonts w:cs="Times New Roman"/>
          <w:sz w:val="22"/>
        </w:rPr>
        <w:t>Contestațiilor</w:t>
      </w:r>
      <w:proofErr w:type="spellEnd"/>
      <w:r w:rsidRPr="00A84BC5">
        <w:rPr>
          <w:rFonts w:cs="Times New Roman"/>
          <w:sz w:val="22"/>
        </w:rPr>
        <w:t xml:space="preserve">, </w:t>
      </w:r>
      <w:proofErr w:type="spellStart"/>
      <w:r w:rsidRPr="00A84BC5">
        <w:rPr>
          <w:rFonts w:cs="Times New Roman"/>
          <w:sz w:val="22"/>
        </w:rPr>
        <w:t>mun</w:t>
      </w:r>
      <w:proofErr w:type="spellEnd"/>
      <w:r w:rsidRPr="00A84BC5">
        <w:rPr>
          <w:rFonts w:cs="Times New Roman"/>
          <w:sz w:val="22"/>
        </w:rPr>
        <w:t xml:space="preserve">. </w:t>
      </w:r>
      <w:proofErr w:type="spellStart"/>
      <w:r w:rsidRPr="00A84BC5">
        <w:rPr>
          <w:rFonts w:cs="Times New Roman"/>
          <w:sz w:val="22"/>
        </w:rPr>
        <w:t>Chișinău</w:t>
      </w:r>
      <w:proofErr w:type="spellEnd"/>
      <w:r w:rsidRPr="00A84BC5">
        <w:rPr>
          <w:rFonts w:cs="Times New Roman"/>
          <w:sz w:val="22"/>
        </w:rPr>
        <w:t xml:space="preserve">, bd. </w:t>
      </w:r>
      <w:proofErr w:type="spellStart"/>
      <w:r w:rsidRPr="00A84BC5">
        <w:rPr>
          <w:rFonts w:cs="Times New Roman"/>
          <w:sz w:val="22"/>
        </w:rPr>
        <w:t>Ștefan</w:t>
      </w:r>
      <w:proofErr w:type="spellEnd"/>
      <w:r w:rsidRPr="00A84BC5">
        <w:rPr>
          <w:rFonts w:cs="Times New Roman"/>
          <w:sz w:val="22"/>
        </w:rPr>
        <w:t xml:space="preserve"> </w:t>
      </w:r>
      <w:proofErr w:type="spellStart"/>
      <w:r w:rsidRPr="00A84BC5">
        <w:rPr>
          <w:rFonts w:cs="Times New Roman"/>
          <w:sz w:val="22"/>
        </w:rPr>
        <w:t>cel</w:t>
      </w:r>
      <w:proofErr w:type="spellEnd"/>
      <w:r w:rsidRPr="00A84BC5">
        <w:rPr>
          <w:rFonts w:cs="Times New Roman"/>
          <w:sz w:val="22"/>
        </w:rPr>
        <w:t xml:space="preserve"> Mare </w:t>
      </w:r>
      <w:proofErr w:type="spellStart"/>
      <w:r w:rsidRPr="00A84BC5">
        <w:rPr>
          <w:rFonts w:cs="Times New Roman"/>
          <w:sz w:val="22"/>
        </w:rPr>
        <w:t>și</w:t>
      </w:r>
      <w:proofErr w:type="spellEnd"/>
      <w:r w:rsidRPr="00A84BC5">
        <w:rPr>
          <w:rFonts w:cs="Times New Roman"/>
          <w:sz w:val="22"/>
        </w:rPr>
        <w:t xml:space="preserve"> </w:t>
      </w:r>
      <w:proofErr w:type="spellStart"/>
      <w:r w:rsidRPr="00A84BC5">
        <w:rPr>
          <w:rFonts w:cs="Times New Roman"/>
          <w:sz w:val="22"/>
        </w:rPr>
        <w:t>Sfânt</w:t>
      </w:r>
      <w:proofErr w:type="spellEnd"/>
      <w:r w:rsidRPr="00A84BC5">
        <w:rPr>
          <w:rFonts w:cs="Times New Roman"/>
          <w:sz w:val="22"/>
        </w:rPr>
        <w:t xml:space="preserve"> nr. 124 (et. 4), MD 2001; Tel/Fax/email: 022-820 652, 022 820-651, </w:t>
      </w:r>
      <w:hyperlink r:id="rId6" w:history="1">
        <w:r w:rsidR="001B08D7" w:rsidRPr="00A84BC5">
          <w:rPr>
            <w:rStyle w:val="Hyperlink"/>
            <w:rFonts w:cs="Times New Roman"/>
            <w:sz w:val="22"/>
          </w:rPr>
          <w:t>contestatii@ansc.md</w:t>
        </w:r>
      </w:hyperlink>
      <w:r w:rsidR="001B08D7" w:rsidRPr="00A84BC5">
        <w:rPr>
          <w:rFonts w:cs="Times New Roman"/>
          <w:sz w:val="22"/>
        </w:rPr>
        <w:t xml:space="preserve"> </w:t>
      </w:r>
      <w:r w:rsidRPr="00A84BC5">
        <w:rPr>
          <w:rFonts w:cs="Times New Roman"/>
          <w:sz w:val="22"/>
        </w:rPr>
        <w:t>.</w:t>
      </w:r>
    </w:p>
    <w:p w:rsidR="0022270F" w:rsidRPr="00A84BC5" w:rsidRDefault="00374C8A" w:rsidP="00531B9B">
      <w:pPr>
        <w:rPr>
          <w:rFonts w:cs="Times New Roman"/>
          <w:sz w:val="22"/>
        </w:rPr>
      </w:pPr>
      <w:r w:rsidRPr="00A84BC5">
        <w:rPr>
          <w:rFonts w:cs="Times New Roman"/>
          <w:b/>
          <w:sz w:val="22"/>
        </w:rPr>
        <w:t xml:space="preserve">35. Data </w:t>
      </w:r>
      <w:proofErr w:type="spellStart"/>
      <w:r w:rsidRPr="00A84BC5">
        <w:rPr>
          <w:rFonts w:cs="Times New Roman"/>
          <w:b/>
          <w:sz w:val="22"/>
        </w:rPr>
        <w:t>și</w:t>
      </w:r>
      <w:proofErr w:type="spellEnd"/>
      <w:r w:rsidRPr="00A84BC5">
        <w:rPr>
          <w:rFonts w:cs="Times New Roman"/>
          <w:b/>
          <w:sz w:val="22"/>
        </w:rPr>
        <w:t xml:space="preserve"> </w:t>
      </w:r>
      <w:proofErr w:type="spellStart"/>
      <w:r w:rsidRPr="00A84BC5">
        <w:rPr>
          <w:rFonts w:cs="Times New Roman"/>
          <w:b/>
          <w:sz w:val="22"/>
        </w:rPr>
        <w:t>referința</w:t>
      </w:r>
      <w:proofErr w:type="spellEnd"/>
      <w:r w:rsidRPr="00A84BC5">
        <w:rPr>
          <w:rFonts w:cs="Times New Roman"/>
          <w:b/>
          <w:sz w:val="22"/>
        </w:rPr>
        <w:t xml:space="preserve"> </w:t>
      </w:r>
      <w:proofErr w:type="spellStart"/>
      <w:r w:rsidRPr="00A84BC5">
        <w:rPr>
          <w:rFonts w:cs="Times New Roman"/>
          <w:b/>
          <w:sz w:val="22"/>
        </w:rPr>
        <w:t>publicărilor</w:t>
      </w:r>
      <w:proofErr w:type="spellEnd"/>
      <w:r w:rsidRPr="00A84BC5">
        <w:rPr>
          <w:rFonts w:cs="Times New Roman"/>
          <w:b/>
          <w:sz w:val="22"/>
        </w:rPr>
        <w:t xml:space="preserve"> </w:t>
      </w:r>
      <w:proofErr w:type="spellStart"/>
      <w:r w:rsidRPr="00A84BC5">
        <w:rPr>
          <w:rFonts w:cs="Times New Roman"/>
          <w:b/>
          <w:sz w:val="22"/>
        </w:rPr>
        <w:t>anterioare</w:t>
      </w:r>
      <w:proofErr w:type="spellEnd"/>
      <w:r w:rsidRPr="00A84BC5">
        <w:rPr>
          <w:rFonts w:cs="Times New Roman"/>
          <w:b/>
          <w:sz w:val="22"/>
        </w:rPr>
        <w:t xml:space="preserve"> </w:t>
      </w:r>
      <w:proofErr w:type="spellStart"/>
      <w:r w:rsidRPr="00A84BC5">
        <w:rPr>
          <w:rFonts w:cs="Times New Roman"/>
          <w:b/>
          <w:sz w:val="22"/>
        </w:rPr>
        <w:t>în</w:t>
      </w:r>
      <w:proofErr w:type="spellEnd"/>
      <w:r w:rsidRPr="00A84BC5">
        <w:rPr>
          <w:rFonts w:cs="Times New Roman"/>
          <w:b/>
          <w:sz w:val="22"/>
        </w:rPr>
        <w:t xml:space="preserve"> </w:t>
      </w:r>
      <w:proofErr w:type="spellStart"/>
      <w:r w:rsidRPr="00A84BC5">
        <w:rPr>
          <w:rFonts w:cs="Times New Roman"/>
          <w:b/>
          <w:sz w:val="22"/>
        </w:rPr>
        <w:t>Jurnalul</w:t>
      </w:r>
      <w:proofErr w:type="spellEnd"/>
      <w:r w:rsidRPr="00A84BC5">
        <w:rPr>
          <w:rFonts w:cs="Times New Roman"/>
          <w:b/>
          <w:sz w:val="22"/>
        </w:rPr>
        <w:t xml:space="preserve"> </w:t>
      </w:r>
      <w:proofErr w:type="spellStart"/>
      <w:r w:rsidRPr="00A84BC5">
        <w:rPr>
          <w:rFonts w:cs="Times New Roman"/>
          <w:b/>
          <w:sz w:val="22"/>
        </w:rPr>
        <w:t>Oficial</w:t>
      </w:r>
      <w:proofErr w:type="spellEnd"/>
      <w:r w:rsidRPr="00A84BC5">
        <w:rPr>
          <w:rFonts w:cs="Times New Roman"/>
          <w:b/>
          <w:sz w:val="22"/>
        </w:rPr>
        <w:t xml:space="preserve"> al </w:t>
      </w:r>
      <w:proofErr w:type="spellStart"/>
      <w:r w:rsidRPr="00A84BC5">
        <w:rPr>
          <w:rFonts w:cs="Times New Roman"/>
          <w:b/>
          <w:sz w:val="22"/>
        </w:rPr>
        <w:t>Uniunii</w:t>
      </w:r>
      <w:proofErr w:type="spellEnd"/>
      <w:r w:rsidRPr="00A84BC5">
        <w:rPr>
          <w:rFonts w:cs="Times New Roman"/>
          <w:b/>
          <w:sz w:val="22"/>
        </w:rPr>
        <w:t xml:space="preserve"> </w:t>
      </w:r>
      <w:proofErr w:type="spellStart"/>
      <w:r w:rsidRPr="00A84BC5">
        <w:rPr>
          <w:rFonts w:cs="Times New Roman"/>
          <w:b/>
          <w:sz w:val="22"/>
        </w:rPr>
        <w:t>Europene</w:t>
      </w:r>
      <w:proofErr w:type="spellEnd"/>
      <w:r w:rsidRPr="00A84BC5">
        <w:rPr>
          <w:rFonts w:cs="Times New Roman"/>
          <w:b/>
          <w:sz w:val="22"/>
        </w:rPr>
        <w:t xml:space="preserve">: </w:t>
      </w:r>
      <w:r w:rsidRPr="00A84BC5">
        <w:rPr>
          <w:rFonts w:cs="Times New Roman"/>
          <w:sz w:val="22"/>
        </w:rPr>
        <w:t xml:space="preserve">nu se </w:t>
      </w:r>
      <w:proofErr w:type="spellStart"/>
      <w:r w:rsidRPr="00A84BC5">
        <w:rPr>
          <w:rFonts w:cs="Times New Roman"/>
          <w:sz w:val="22"/>
        </w:rPr>
        <w:t>aplică</w:t>
      </w:r>
      <w:proofErr w:type="spellEnd"/>
      <w:r w:rsidRPr="00A84BC5">
        <w:rPr>
          <w:rFonts w:cs="Times New Roman"/>
          <w:sz w:val="22"/>
        </w:rPr>
        <w:t>.</w:t>
      </w:r>
    </w:p>
    <w:p w:rsidR="0022270F" w:rsidRPr="00A84BC5" w:rsidRDefault="00374C8A" w:rsidP="00531B9B">
      <w:pPr>
        <w:rPr>
          <w:rFonts w:cs="Times New Roman"/>
          <w:sz w:val="22"/>
        </w:rPr>
      </w:pPr>
      <w:r w:rsidRPr="00A84BC5">
        <w:rPr>
          <w:rFonts w:cs="Times New Roman"/>
          <w:b/>
          <w:sz w:val="22"/>
        </w:rPr>
        <w:t xml:space="preserve">36. </w:t>
      </w:r>
      <w:proofErr w:type="spellStart"/>
      <w:r w:rsidRPr="00A84BC5">
        <w:rPr>
          <w:rFonts w:cs="Times New Roman"/>
          <w:b/>
          <w:sz w:val="22"/>
        </w:rPr>
        <w:t>În</w:t>
      </w:r>
      <w:proofErr w:type="spellEnd"/>
      <w:r w:rsidRPr="00A84BC5">
        <w:rPr>
          <w:rFonts w:cs="Times New Roman"/>
          <w:b/>
          <w:sz w:val="22"/>
        </w:rPr>
        <w:t xml:space="preserve"> </w:t>
      </w:r>
      <w:proofErr w:type="spellStart"/>
      <w:r w:rsidRPr="00A84BC5">
        <w:rPr>
          <w:rFonts w:cs="Times New Roman"/>
          <w:b/>
          <w:sz w:val="22"/>
        </w:rPr>
        <w:t>cazul</w:t>
      </w:r>
      <w:proofErr w:type="spellEnd"/>
      <w:r w:rsidRPr="00A84BC5">
        <w:rPr>
          <w:rFonts w:cs="Times New Roman"/>
          <w:b/>
          <w:sz w:val="22"/>
        </w:rPr>
        <w:t xml:space="preserve"> </w:t>
      </w:r>
      <w:proofErr w:type="spellStart"/>
      <w:r w:rsidRPr="00A84BC5">
        <w:rPr>
          <w:rFonts w:cs="Times New Roman"/>
          <w:b/>
          <w:sz w:val="22"/>
        </w:rPr>
        <w:t>achizițiilor</w:t>
      </w:r>
      <w:proofErr w:type="spellEnd"/>
      <w:r w:rsidRPr="00A84BC5">
        <w:rPr>
          <w:rFonts w:cs="Times New Roman"/>
          <w:b/>
          <w:sz w:val="22"/>
        </w:rPr>
        <w:t xml:space="preserve"> </w:t>
      </w:r>
      <w:proofErr w:type="spellStart"/>
      <w:r w:rsidRPr="00A84BC5">
        <w:rPr>
          <w:rFonts w:cs="Times New Roman"/>
          <w:b/>
          <w:sz w:val="22"/>
        </w:rPr>
        <w:t>periodice</w:t>
      </w:r>
      <w:proofErr w:type="spellEnd"/>
      <w:r w:rsidRPr="00A84BC5">
        <w:rPr>
          <w:rFonts w:cs="Times New Roman"/>
          <w:b/>
          <w:sz w:val="22"/>
        </w:rPr>
        <w:t xml:space="preserve">, </w:t>
      </w:r>
      <w:proofErr w:type="spellStart"/>
      <w:r w:rsidRPr="00A84BC5">
        <w:rPr>
          <w:rFonts w:cs="Times New Roman"/>
          <w:b/>
          <w:sz w:val="22"/>
        </w:rPr>
        <w:t>calendarul</w:t>
      </w:r>
      <w:proofErr w:type="spellEnd"/>
      <w:r w:rsidRPr="00A84BC5">
        <w:rPr>
          <w:rFonts w:cs="Times New Roman"/>
          <w:b/>
          <w:sz w:val="22"/>
        </w:rPr>
        <w:t xml:space="preserve"> </w:t>
      </w:r>
      <w:proofErr w:type="spellStart"/>
      <w:r w:rsidRPr="00A84BC5">
        <w:rPr>
          <w:rFonts w:cs="Times New Roman"/>
          <w:b/>
          <w:sz w:val="22"/>
        </w:rPr>
        <w:t>estimat</w:t>
      </w:r>
      <w:proofErr w:type="spellEnd"/>
      <w:r w:rsidRPr="00A84BC5">
        <w:rPr>
          <w:rFonts w:cs="Times New Roman"/>
          <w:b/>
          <w:sz w:val="22"/>
        </w:rPr>
        <w:t xml:space="preserve"> </w:t>
      </w:r>
      <w:proofErr w:type="spellStart"/>
      <w:r w:rsidRPr="00A84BC5">
        <w:rPr>
          <w:rFonts w:cs="Times New Roman"/>
          <w:b/>
          <w:sz w:val="22"/>
        </w:rPr>
        <w:t>pentru</w:t>
      </w:r>
      <w:proofErr w:type="spellEnd"/>
      <w:r w:rsidRPr="00A84BC5">
        <w:rPr>
          <w:rFonts w:cs="Times New Roman"/>
          <w:b/>
          <w:sz w:val="22"/>
        </w:rPr>
        <w:t xml:space="preserve"> </w:t>
      </w:r>
      <w:proofErr w:type="spellStart"/>
      <w:r w:rsidRPr="00A84BC5">
        <w:rPr>
          <w:rFonts w:cs="Times New Roman"/>
          <w:b/>
          <w:sz w:val="22"/>
        </w:rPr>
        <w:t>publicarea</w:t>
      </w:r>
      <w:proofErr w:type="spellEnd"/>
      <w:r w:rsidRPr="00A84BC5">
        <w:rPr>
          <w:rFonts w:cs="Times New Roman"/>
          <w:b/>
          <w:sz w:val="22"/>
        </w:rPr>
        <w:t xml:space="preserve"> </w:t>
      </w:r>
      <w:proofErr w:type="spellStart"/>
      <w:r w:rsidRPr="00A84BC5">
        <w:rPr>
          <w:rFonts w:cs="Times New Roman"/>
          <w:b/>
          <w:sz w:val="22"/>
        </w:rPr>
        <w:t>anunțurilor</w:t>
      </w:r>
      <w:proofErr w:type="spellEnd"/>
      <w:r w:rsidRPr="00A84BC5">
        <w:rPr>
          <w:rFonts w:cs="Times New Roman"/>
          <w:b/>
          <w:sz w:val="22"/>
        </w:rPr>
        <w:t xml:space="preserve"> </w:t>
      </w:r>
      <w:proofErr w:type="spellStart"/>
      <w:r w:rsidRPr="00A84BC5">
        <w:rPr>
          <w:rFonts w:cs="Times New Roman"/>
          <w:b/>
          <w:sz w:val="22"/>
        </w:rPr>
        <w:t>viitoare</w:t>
      </w:r>
      <w:proofErr w:type="spellEnd"/>
      <w:r w:rsidRPr="00A84BC5">
        <w:rPr>
          <w:rFonts w:cs="Times New Roman"/>
          <w:b/>
          <w:sz w:val="22"/>
        </w:rPr>
        <w:t xml:space="preserve">: </w:t>
      </w:r>
      <w:r w:rsidRPr="00A84BC5">
        <w:rPr>
          <w:rFonts w:cs="Times New Roman"/>
          <w:sz w:val="22"/>
        </w:rPr>
        <w:t xml:space="preserve">nu se </w:t>
      </w:r>
      <w:proofErr w:type="spellStart"/>
      <w:r w:rsidRPr="00A84BC5">
        <w:rPr>
          <w:rFonts w:cs="Times New Roman"/>
          <w:sz w:val="22"/>
        </w:rPr>
        <w:t>aplică</w:t>
      </w:r>
      <w:proofErr w:type="spellEnd"/>
      <w:r w:rsidRPr="00A84BC5">
        <w:rPr>
          <w:rFonts w:cs="Times New Roman"/>
          <w:sz w:val="22"/>
        </w:rPr>
        <w:t>.</w:t>
      </w:r>
    </w:p>
    <w:p w:rsidR="0022270F" w:rsidRPr="00A84BC5" w:rsidRDefault="00374C8A" w:rsidP="00531B9B">
      <w:pPr>
        <w:rPr>
          <w:rFonts w:cs="Times New Roman"/>
          <w:sz w:val="22"/>
        </w:rPr>
      </w:pPr>
      <w:r w:rsidRPr="00A84BC5">
        <w:rPr>
          <w:rFonts w:cs="Times New Roman"/>
          <w:b/>
          <w:sz w:val="22"/>
        </w:rPr>
        <w:t xml:space="preserve">37. Data </w:t>
      </w:r>
      <w:proofErr w:type="spellStart"/>
      <w:r w:rsidRPr="00A84BC5">
        <w:rPr>
          <w:rFonts w:cs="Times New Roman"/>
          <w:b/>
          <w:sz w:val="22"/>
        </w:rPr>
        <w:t>publicării</w:t>
      </w:r>
      <w:proofErr w:type="spellEnd"/>
      <w:r w:rsidRPr="00A84BC5">
        <w:rPr>
          <w:rFonts w:cs="Times New Roman"/>
          <w:b/>
          <w:sz w:val="22"/>
        </w:rPr>
        <w:t xml:space="preserve"> </w:t>
      </w:r>
      <w:proofErr w:type="spellStart"/>
      <w:r w:rsidRPr="00A84BC5">
        <w:rPr>
          <w:rFonts w:cs="Times New Roman"/>
          <w:b/>
          <w:sz w:val="22"/>
        </w:rPr>
        <w:t>anunțului</w:t>
      </w:r>
      <w:proofErr w:type="spellEnd"/>
      <w:r w:rsidRPr="00A84BC5">
        <w:rPr>
          <w:rFonts w:cs="Times New Roman"/>
          <w:b/>
          <w:sz w:val="22"/>
        </w:rPr>
        <w:t xml:space="preserve"> de </w:t>
      </w:r>
      <w:proofErr w:type="spellStart"/>
      <w:r w:rsidRPr="00A84BC5">
        <w:rPr>
          <w:rFonts w:cs="Times New Roman"/>
          <w:b/>
          <w:sz w:val="22"/>
        </w:rPr>
        <w:t>intenție</w:t>
      </w:r>
      <w:proofErr w:type="spellEnd"/>
      <w:r w:rsidRPr="00A84BC5">
        <w:rPr>
          <w:rFonts w:cs="Times New Roman"/>
          <w:b/>
          <w:sz w:val="22"/>
        </w:rPr>
        <w:t xml:space="preserve"> </w:t>
      </w:r>
      <w:proofErr w:type="spellStart"/>
      <w:r w:rsidRPr="00A84BC5">
        <w:rPr>
          <w:rFonts w:cs="Times New Roman"/>
          <w:b/>
          <w:sz w:val="22"/>
        </w:rPr>
        <w:t>sau</w:t>
      </w:r>
      <w:proofErr w:type="spellEnd"/>
      <w:r w:rsidRPr="00A84BC5">
        <w:rPr>
          <w:rFonts w:cs="Times New Roman"/>
          <w:b/>
          <w:sz w:val="22"/>
        </w:rPr>
        <w:t xml:space="preserve"> </w:t>
      </w:r>
      <w:proofErr w:type="spellStart"/>
      <w:r w:rsidRPr="00A84BC5">
        <w:rPr>
          <w:rFonts w:cs="Times New Roman"/>
          <w:b/>
          <w:sz w:val="22"/>
        </w:rPr>
        <w:t>precizarea</w:t>
      </w:r>
      <w:proofErr w:type="spellEnd"/>
      <w:r w:rsidRPr="00A84BC5">
        <w:rPr>
          <w:rFonts w:cs="Times New Roman"/>
          <w:b/>
          <w:sz w:val="22"/>
        </w:rPr>
        <w:t xml:space="preserve"> </w:t>
      </w:r>
      <w:proofErr w:type="spellStart"/>
      <w:r w:rsidRPr="00A84BC5">
        <w:rPr>
          <w:rFonts w:cs="Times New Roman"/>
          <w:b/>
          <w:sz w:val="22"/>
        </w:rPr>
        <w:t>că</w:t>
      </w:r>
      <w:proofErr w:type="spellEnd"/>
      <w:r w:rsidRPr="00A84BC5">
        <w:rPr>
          <w:rFonts w:cs="Times New Roman"/>
          <w:b/>
          <w:sz w:val="22"/>
        </w:rPr>
        <w:t xml:space="preserve"> nu a </w:t>
      </w:r>
      <w:proofErr w:type="spellStart"/>
      <w:r w:rsidRPr="00A84BC5">
        <w:rPr>
          <w:rFonts w:cs="Times New Roman"/>
          <w:b/>
          <w:sz w:val="22"/>
        </w:rPr>
        <w:t>fost</w:t>
      </w:r>
      <w:proofErr w:type="spellEnd"/>
      <w:r w:rsidRPr="00A84BC5">
        <w:rPr>
          <w:rFonts w:cs="Times New Roman"/>
          <w:b/>
          <w:sz w:val="22"/>
        </w:rPr>
        <w:t xml:space="preserve"> </w:t>
      </w:r>
      <w:proofErr w:type="spellStart"/>
      <w:r w:rsidRPr="00A84BC5">
        <w:rPr>
          <w:rFonts w:cs="Times New Roman"/>
          <w:b/>
          <w:sz w:val="22"/>
        </w:rPr>
        <w:t>publicat</w:t>
      </w:r>
      <w:proofErr w:type="spellEnd"/>
      <w:r w:rsidRPr="00A84BC5">
        <w:rPr>
          <w:rFonts w:cs="Times New Roman"/>
          <w:b/>
          <w:sz w:val="22"/>
        </w:rPr>
        <w:t xml:space="preserve"> un </w:t>
      </w:r>
      <w:proofErr w:type="spellStart"/>
      <w:r w:rsidRPr="00A84BC5">
        <w:rPr>
          <w:rFonts w:cs="Times New Roman"/>
          <w:b/>
          <w:sz w:val="22"/>
        </w:rPr>
        <w:t>astfel</w:t>
      </w:r>
      <w:proofErr w:type="spellEnd"/>
      <w:r w:rsidRPr="00A84BC5">
        <w:rPr>
          <w:rFonts w:cs="Times New Roman"/>
          <w:b/>
          <w:sz w:val="22"/>
        </w:rPr>
        <w:t xml:space="preserve"> de </w:t>
      </w:r>
      <w:proofErr w:type="spellStart"/>
      <w:r w:rsidRPr="00A84BC5">
        <w:rPr>
          <w:rFonts w:cs="Times New Roman"/>
          <w:b/>
          <w:sz w:val="22"/>
        </w:rPr>
        <w:t>anunț</w:t>
      </w:r>
      <w:proofErr w:type="spellEnd"/>
      <w:r w:rsidRPr="00A84BC5">
        <w:rPr>
          <w:rFonts w:cs="Times New Roman"/>
          <w:b/>
          <w:sz w:val="22"/>
        </w:rPr>
        <w:t xml:space="preserve">: nu a </w:t>
      </w:r>
      <w:proofErr w:type="spellStart"/>
      <w:r w:rsidRPr="00A84BC5">
        <w:rPr>
          <w:rFonts w:cs="Times New Roman"/>
          <w:b/>
          <w:sz w:val="22"/>
        </w:rPr>
        <w:t>fost</w:t>
      </w:r>
      <w:proofErr w:type="spellEnd"/>
      <w:r w:rsidRPr="00A84BC5">
        <w:rPr>
          <w:rFonts w:cs="Times New Roman"/>
          <w:b/>
          <w:sz w:val="22"/>
        </w:rPr>
        <w:t xml:space="preserve"> </w:t>
      </w:r>
      <w:proofErr w:type="spellStart"/>
      <w:r w:rsidRPr="00A84BC5">
        <w:rPr>
          <w:rFonts w:cs="Times New Roman"/>
          <w:b/>
          <w:sz w:val="22"/>
        </w:rPr>
        <w:t>publicat</w:t>
      </w:r>
      <w:proofErr w:type="spellEnd"/>
      <w:r w:rsidRPr="00A84BC5">
        <w:rPr>
          <w:rFonts w:cs="Times New Roman"/>
          <w:b/>
          <w:sz w:val="22"/>
        </w:rPr>
        <w:t>.</w:t>
      </w:r>
    </w:p>
    <w:p w:rsidR="0022270F" w:rsidRPr="00A84BC5" w:rsidRDefault="00374C8A" w:rsidP="00531B9B">
      <w:pPr>
        <w:rPr>
          <w:rFonts w:cs="Times New Roman"/>
          <w:sz w:val="22"/>
        </w:rPr>
      </w:pPr>
      <w:r w:rsidRPr="00A84BC5">
        <w:rPr>
          <w:rFonts w:cs="Times New Roman"/>
          <w:b/>
          <w:sz w:val="22"/>
        </w:rPr>
        <w:t xml:space="preserve">38. Data </w:t>
      </w:r>
      <w:proofErr w:type="spellStart"/>
      <w:r w:rsidRPr="00A84BC5">
        <w:rPr>
          <w:rFonts w:cs="Times New Roman"/>
          <w:b/>
          <w:sz w:val="22"/>
        </w:rPr>
        <w:t>transmiterii</w:t>
      </w:r>
      <w:proofErr w:type="spellEnd"/>
      <w:r w:rsidRPr="00A84BC5">
        <w:rPr>
          <w:rFonts w:cs="Times New Roman"/>
          <w:b/>
          <w:sz w:val="22"/>
        </w:rPr>
        <w:t xml:space="preserve"> </w:t>
      </w:r>
      <w:proofErr w:type="spellStart"/>
      <w:r w:rsidRPr="00A84BC5">
        <w:rPr>
          <w:rFonts w:cs="Times New Roman"/>
          <w:b/>
          <w:sz w:val="22"/>
        </w:rPr>
        <w:t>spre</w:t>
      </w:r>
      <w:proofErr w:type="spellEnd"/>
      <w:r w:rsidRPr="00A84BC5">
        <w:rPr>
          <w:rFonts w:cs="Times New Roman"/>
          <w:b/>
          <w:sz w:val="22"/>
        </w:rPr>
        <w:t xml:space="preserve"> </w:t>
      </w:r>
      <w:proofErr w:type="spellStart"/>
      <w:r w:rsidRPr="00A84BC5">
        <w:rPr>
          <w:rFonts w:cs="Times New Roman"/>
          <w:b/>
          <w:sz w:val="22"/>
        </w:rPr>
        <w:t>publicare</w:t>
      </w:r>
      <w:proofErr w:type="spellEnd"/>
      <w:r w:rsidRPr="00A84BC5">
        <w:rPr>
          <w:rFonts w:cs="Times New Roman"/>
          <w:b/>
          <w:sz w:val="22"/>
        </w:rPr>
        <w:t xml:space="preserve"> </w:t>
      </w:r>
      <w:proofErr w:type="gramStart"/>
      <w:r w:rsidRPr="00A84BC5">
        <w:rPr>
          <w:rFonts w:cs="Times New Roman"/>
          <w:b/>
          <w:sz w:val="22"/>
        </w:rPr>
        <w:t>a</w:t>
      </w:r>
      <w:proofErr w:type="gramEnd"/>
      <w:r w:rsidRPr="00A84BC5">
        <w:rPr>
          <w:rFonts w:cs="Times New Roman"/>
          <w:b/>
          <w:sz w:val="22"/>
        </w:rPr>
        <w:t xml:space="preserve"> </w:t>
      </w:r>
      <w:proofErr w:type="spellStart"/>
      <w:r w:rsidRPr="00A84BC5">
        <w:rPr>
          <w:rFonts w:cs="Times New Roman"/>
          <w:b/>
          <w:sz w:val="22"/>
        </w:rPr>
        <w:t>anunțului</w:t>
      </w:r>
      <w:proofErr w:type="spellEnd"/>
      <w:r w:rsidRPr="00A84BC5">
        <w:rPr>
          <w:rFonts w:cs="Times New Roman"/>
          <w:b/>
          <w:sz w:val="22"/>
        </w:rPr>
        <w:t xml:space="preserve"> de </w:t>
      </w:r>
      <w:proofErr w:type="spellStart"/>
      <w:r w:rsidRPr="00A84BC5">
        <w:rPr>
          <w:rFonts w:cs="Times New Roman"/>
          <w:b/>
          <w:sz w:val="22"/>
        </w:rPr>
        <w:t>participare</w:t>
      </w:r>
      <w:proofErr w:type="spellEnd"/>
      <w:r w:rsidRPr="00A84BC5">
        <w:rPr>
          <w:rFonts w:cs="Times New Roman"/>
          <w:b/>
          <w:sz w:val="22"/>
        </w:rPr>
        <w:t xml:space="preserve">: </w:t>
      </w:r>
      <w:r w:rsidRPr="00A84BC5">
        <w:rPr>
          <w:rFonts w:cs="Times New Roman"/>
          <w:sz w:val="22"/>
        </w:rPr>
        <w:t>conform SIA RSAP.</w:t>
      </w:r>
    </w:p>
    <w:p w:rsidR="0022270F" w:rsidRPr="00A84BC5" w:rsidRDefault="006A7BA5" w:rsidP="00531B9B">
      <w:pPr>
        <w:rPr>
          <w:rFonts w:cs="Times New Roman"/>
          <w:sz w:val="22"/>
        </w:rPr>
      </w:pPr>
      <w:r w:rsidRPr="00A84BC5">
        <w:rPr>
          <w:rFonts w:cs="Times New Roman"/>
          <w:b/>
          <w:bCs/>
          <w:sz w:val="22"/>
        </w:rPr>
        <w:t>39</w:t>
      </w:r>
      <w:r w:rsidR="00374C8A" w:rsidRPr="00A84BC5">
        <w:rPr>
          <w:rFonts w:cs="Times New Roman"/>
          <w:b/>
          <w:bCs/>
          <w:sz w:val="22"/>
        </w:rPr>
        <w:t xml:space="preserve">. Alte </w:t>
      </w:r>
      <w:proofErr w:type="spellStart"/>
      <w:r w:rsidR="00374C8A" w:rsidRPr="00A84BC5">
        <w:rPr>
          <w:rFonts w:cs="Times New Roman"/>
          <w:b/>
          <w:bCs/>
          <w:sz w:val="22"/>
        </w:rPr>
        <w:t>informații</w:t>
      </w:r>
      <w:proofErr w:type="spellEnd"/>
      <w:r w:rsidR="00374C8A" w:rsidRPr="00A84BC5">
        <w:rPr>
          <w:rFonts w:cs="Times New Roman"/>
          <w:b/>
          <w:bCs/>
          <w:sz w:val="22"/>
        </w:rPr>
        <w:t xml:space="preserve"> </w:t>
      </w:r>
      <w:proofErr w:type="spellStart"/>
      <w:r w:rsidR="00374C8A" w:rsidRPr="00A84BC5">
        <w:rPr>
          <w:rFonts w:cs="Times New Roman"/>
          <w:b/>
          <w:bCs/>
          <w:sz w:val="22"/>
        </w:rPr>
        <w:t>relevante</w:t>
      </w:r>
      <w:proofErr w:type="spellEnd"/>
      <w:r w:rsidR="00374C8A" w:rsidRPr="00A84BC5">
        <w:rPr>
          <w:rFonts w:cs="Times New Roman"/>
          <w:b/>
          <w:bCs/>
          <w:sz w:val="22"/>
        </w:rPr>
        <w:t xml:space="preserve">: </w:t>
      </w:r>
      <w:r w:rsidR="00374C8A" w:rsidRPr="00A84BC5">
        <w:rPr>
          <w:rFonts w:cs="Times New Roman"/>
          <w:sz w:val="22"/>
        </w:rPr>
        <w:t>[</w:t>
      </w:r>
      <w:proofErr w:type="spellStart"/>
      <w:r w:rsidR="00374C8A" w:rsidRPr="00A84BC5">
        <w:rPr>
          <w:rFonts w:cs="Times New Roman"/>
          <w:sz w:val="22"/>
        </w:rPr>
        <w:t>Termenul</w:t>
      </w:r>
      <w:proofErr w:type="spellEnd"/>
      <w:r w:rsidR="00374C8A" w:rsidRPr="00A84BC5">
        <w:rPr>
          <w:rFonts w:cs="Times New Roman"/>
          <w:sz w:val="22"/>
        </w:rPr>
        <w:t xml:space="preserve"> </w:t>
      </w:r>
      <w:proofErr w:type="spellStart"/>
      <w:r w:rsidR="00374C8A" w:rsidRPr="00A84BC5">
        <w:rPr>
          <w:rFonts w:cs="Times New Roman"/>
          <w:sz w:val="22"/>
        </w:rPr>
        <w:t>pentru</w:t>
      </w:r>
      <w:proofErr w:type="spellEnd"/>
      <w:r w:rsidR="00374C8A" w:rsidRPr="00A84BC5">
        <w:rPr>
          <w:rFonts w:cs="Times New Roman"/>
          <w:sz w:val="22"/>
        </w:rPr>
        <w:t xml:space="preserve"> </w:t>
      </w:r>
      <w:proofErr w:type="spellStart"/>
      <w:r w:rsidR="00374C8A" w:rsidRPr="00A84BC5">
        <w:rPr>
          <w:rFonts w:cs="Times New Roman"/>
          <w:sz w:val="22"/>
        </w:rPr>
        <w:t>solicitarea</w:t>
      </w:r>
      <w:proofErr w:type="spellEnd"/>
      <w:r w:rsidR="00374C8A" w:rsidRPr="00A84BC5">
        <w:rPr>
          <w:rFonts w:cs="Times New Roman"/>
          <w:sz w:val="22"/>
        </w:rPr>
        <w:t xml:space="preserve"> </w:t>
      </w:r>
      <w:proofErr w:type="spellStart"/>
      <w:r w:rsidR="00374C8A" w:rsidRPr="00A84BC5">
        <w:rPr>
          <w:rFonts w:cs="Times New Roman"/>
          <w:sz w:val="22"/>
        </w:rPr>
        <w:t>clarificărilor</w:t>
      </w:r>
      <w:proofErr w:type="spellEnd"/>
      <w:r w:rsidR="00374C8A" w:rsidRPr="00A84BC5">
        <w:rPr>
          <w:rFonts w:cs="Times New Roman"/>
          <w:sz w:val="22"/>
        </w:rPr>
        <w:t xml:space="preserve">: 3 </w:t>
      </w:r>
      <w:proofErr w:type="spellStart"/>
      <w:r w:rsidR="00374C8A" w:rsidRPr="00A84BC5">
        <w:rPr>
          <w:rFonts w:cs="Times New Roman"/>
          <w:sz w:val="22"/>
        </w:rPr>
        <w:t>zile</w:t>
      </w:r>
      <w:proofErr w:type="spellEnd"/>
      <w:r w:rsidR="00374C8A" w:rsidRPr="00A84BC5">
        <w:rPr>
          <w:rFonts w:cs="Times New Roman"/>
          <w:sz w:val="22"/>
        </w:rPr>
        <w:t xml:space="preserve"> </w:t>
      </w:r>
      <w:proofErr w:type="spellStart"/>
      <w:r w:rsidR="00374C8A" w:rsidRPr="00A84BC5">
        <w:rPr>
          <w:rFonts w:cs="Times New Roman"/>
          <w:sz w:val="22"/>
        </w:rPr>
        <w:t>până</w:t>
      </w:r>
      <w:proofErr w:type="spellEnd"/>
      <w:r w:rsidR="00374C8A" w:rsidRPr="00A84BC5">
        <w:rPr>
          <w:rFonts w:cs="Times New Roman"/>
          <w:sz w:val="22"/>
        </w:rPr>
        <w:t xml:space="preserve"> la </w:t>
      </w:r>
      <w:proofErr w:type="spellStart"/>
      <w:r w:rsidR="00374C8A" w:rsidRPr="00A84BC5">
        <w:rPr>
          <w:rFonts w:cs="Times New Roman"/>
          <w:sz w:val="22"/>
        </w:rPr>
        <w:t>termenul-limită</w:t>
      </w:r>
      <w:proofErr w:type="spellEnd"/>
      <w:r w:rsidR="00374C8A" w:rsidRPr="00A84BC5">
        <w:rPr>
          <w:rFonts w:cs="Times New Roman"/>
          <w:sz w:val="22"/>
        </w:rPr>
        <w:t xml:space="preserve"> de </w:t>
      </w:r>
      <w:proofErr w:type="spellStart"/>
      <w:r w:rsidR="00374C8A" w:rsidRPr="00A84BC5">
        <w:rPr>
          <w:rFonts w:cs="Times New Roman"/>
          <w:sz w:val="22"/>
        </w:rPr>
        <w:t>depunere</w:t>
      </w:r>
      <w:proofErr w:type="spellEnd"/>
      <w:r w:rsidR="00374C8A" w:rsidRPr="00A84BC5">
        <w:rPr>
          <w:rFonts w:cs="Times New Roman"/>
          <w:sz w:val="22"/>
        </w:rPr>
        <w:t xml:space="preserve"> </w:t>
      </w:r>
      <w:proofErr w:type="gramStart"/>
      <w:r w:rsidR="00374C8A" w:rsidRPr="00A84BC5">
        <w:rPr>
          <w:rFonts w:cs="Times New Roman"/>
          <w:sz w:val="22"/>
        </w:rPr>
        <w:t>a</w:t>
      </w:r>
      <w:proofErr w:type="gramEnd"/>
      <w:r w:rsidR="00374C8A" w:rsidRPr="00A84BC5">
        <w:rPr>
          <w:rFonts w:cs="Times New Roman"/>
          <w:sz w:val="22"/>
        </w:rPr>
        <w:t xml:space="preserve"> </w:t>
      </w:r>
      <w:proofErr w:type="spellStart"/>
      <w:r w:rsidR="00374C8A" w:rsidRPr="00A84BC5">
        <w:rPr>
          <w:rFonts w:cs="Times New Roman"/>
          <w:sz w:val="22"/>
        </w:rPr>
        <w:t>ofertelor</w:t>
      </w:r>
      <w:proofErr w:type="spellEnd"/>
      <w:r w:rsidR="00374C8A" w:rsidRPr="00A84BC5">
        <w:rPr>
          <w:rFonts w:cs="Times New Roman"/>
          <w:sz w:val="22"/>
        </w:rPr>
        <w:t xml:space="preserve">. Alte </w:t>
      </w:r>
      <w:proofErr w:type="spellStart"/>
      <w:r w:rsidR="00374C8A" w:rsidRPr="00A84BC5">
        <w:rPr>
          <w:rFonts w:cs="Times New Roman"/>
          <w:sz w:val="22"/>
        </w:rPr>
        <w:t>informații</w:t>
      </w:r>
      <w:proofErr w:type="spellEnd"/>
      <w:r w:rsidR="00374C8A" w:rsidRPr="00A84BC5">
        <w:rPr>
          <w:rFonts w:cs="Times New Roman"/>
          <w:sz w:val="22"/>
        </w:rPr>
        <w:t xml:space="preserve"> </w:t>
      </w:r>
      <w:proofErr w:type="spellStart"/>
      <w:r w:rsidR="00374C8A" w:rsidRPr="00A84BC5">
        <w:rPr>
          <w:rFonts w:cs="Times New Roman"/>
          <w:sz w:val="22"/>
        </w:rPr>
        <w:t>relevante</w:t>
      </w:r>
      <w:proofErr w:type="spellEnd"/>
      <w:r w:rsidR="00374C8A" w:rsidRPr="00A84BC5">
        <w:rPr>
          <w:rFonts w:cs="Times New Roman"/>
          <w:sz w:val="22"/>
        </w:rPr>
        <w:t xml:space="preserve">, </w:t>
      </w:r>
      <w:proofErr w:type="spellStart"/>
      <w:r w:rsidR="00374C8A" w:rsidRPr="00A84BC5">
        <w:rPr>
          <w:rFonts w:cs="Times New Roman"/>
          <w:sz w:val="22"/>
        </w:rPr>
        <w:t>după</w:t>
      </w:r>
      <w:proofErr w:type="spellEnd"/>
      <w:r w:rsidR="00374C8A" w:rsidRPr="00A84BC5">
        <w:rPr>
          <w:rFonts w:cs="Times New Roman"/>
          <w:sz w:val="22"/>
        </w:rPr>
        <w:t xml:space="preserve"> </w:t>
      </w:r>
      <w:proofErr w:type="spellStart"/>
      <w:r w:rsidR="00374C8A" w:rsidRPr="00A84BC5">
        <w:rPr>
          <w:rFonts w:cs="Times New Roman"/>
          <w:sz w:val="22"/>
        </w:rPr>
        <w:t>caz</w:t>
      </w:r>
      <w:proofErr w:type="spellEnd"/>
      <w:r w:rsidR="00374C8A" w:rsidRPr="00A84BC5">
        <w:rPr>
          <w:rFonts w:cs="Times New Roman"/>
          <w:sz w:val="22"/>
        </w:rPr>
        <w:t>.]</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4A0" w:firstRow="1" w:lastRow="0" w:firstColumn="1" w:lastColumn="0" w:noHBand="0" w:noVBand="1"/>
      </w:tblPr>
      <w:tblGrid>
        <w:gridCol w:w="5864"/>
        <w:gridCol w:w="3475"/>
      </w:tblGrid>
      <w:tr w:rsidR="0022270F" w:rsidRPr="00A84BC5">
        <w:trPr>
          <w:cantSplit/>
          <w:tblHeader/>
          <w:jc w:val="center"/>
        </w:trPr>
        <w:tc>
          <w:tcPr>
            <w:tcW w:w="5953" w:type="dxa"/>
            <w:shd w:val="clear" w:color="auto" w:fill="FFFFFF"/>
            <w:vAlign w:val="center"/>
          </w:tcPr>
          <w:p w:rsidR="0022270F" w:rsidRPr="00A84BC5" w:rsidRDefault="00374C8A" w:rsidP="00531B9B">
            <w:pPr>
              <w:rPr>
                <w:rFonts w:cs="Times New Roman"/>
                <w:sz w:val="22"/>
              </w:rPr>
            </w:pPr>
            <w:proofErr w:type="spellStart"/>
            <w:r w:rsidRPr="00A84BC5">
              <w:rPr>
                <w:rFonts w:cs="Times New Roman"/>
                <w:b/>
                <w:sz w:val="22"/>
              </w:rPr>
              <w:t>Denumirea</w:t>
            </w:r>
            <w:proofErr w:type="spellEnd"/>
            <w:r w:rsidRPr="00A84BC5">
              <w:rPr>
                <w:rFonts w:cs="Times New Roman"/>
                <w:b/>
                <w:sz w:val="22"/>
              </w:rPr>
              <w:t xml:space="preserve"> </w:t>
            </w:r>
            <w:proofErr w:type="spellStart"/>
            <w:r w:rsidRPr="00A84BC5">
              <w:rPr>
                <w:rFonts w:cs="Times New Roman"/>
                <w:b/>
                <w:sz w:val="22"/>
              </w:rPr>
              <w:t>instrumentului</w:t>
            </w:r>
            <w:proofErr w:type="spellEnd"/>
            <w:r w:rsidRPr="00A84BC5">
              <w:rPr>
                <w:rFonts w:cs="Times New Roman"/>
                <w:b/>
                <w:sz w:val="22"/>
              </w:rPr>
              <w:t xml:space="preserve"> electronic</w:t>
            </w:r>
          </w:p>
        </w:tc>
        <w:tc>
          <w:tcPr>
            <w:tcW w:w="3515" w:type="dxa"/>
            <w:shd w:val="clear" w:color="auto" w:fill="FFFFFF"/>
            <w:vAlign w:val="center"/>
          </w:tcPr>
          <w:p w:rsidR="0022270F" w:rsidRPr="00A84BC5" w:rsidRDefault="00374C8A" w:rsidP="00531B9B">
            <w:pPr>
              <w:rPr>
                <w:rFonts w:cs="Times New Roman"/>
                <w:sz w:val="22"/>
              </w:rPr>
            </w:pPr>
            <w:r w:rsidRPr="00A84BC5">
              <w:rPr>
                <w:rFonts w:cs="Times New Roman"/>
                <w:b/>
                <w:sz w:val="22"/>
              </w:rPr>
              <w:t xml:space="preserve">Se </w:t>
            </w:r>
            <w:proofErr w:type="spellStart"/>
            <w:r w:rsidRPr="00A84BC5">
              <w:rPr>
                <w:rFonts w:cs="Times New Roman"/>
                <w:b/>
                <w:sz w:val="22"/>
              </w:rPr>
              <w:t>va</w:t>
            </w:r>
            <w:proofErr w:type="spellEnd"/>
            <w:r w:rsidRPr="00A84BC5">
              <w:rPr>
                <w:rFonts w:cs="Times New Roman"/>
                <w:b/>
                <w:sz w:val="22"/>
              </w:rPr>
              <w:t xml:space="preserve"> </w:t>
            </w:r>
            <w:proofErr w:type="spellStart"/>
            <w:r w:rsidRPr="00A84BC5">
              <w:rPr>
                <w:rFonts w:cs="Times New Roman"/>
                <w:b/>
                <w:sz w:val="22"/>
              </w:rPr>
              <w:t>utiliza</w:t>
            </w:r>
            <w:proofErr w:type="spellEnd"/>
            <w:r w:rsidRPr="00A84BC5">
              <w:rPr>
                <w:rFonts w:cs="Times New Roman"/>
                <w:b/>
                <w:sz w:val="22"/>
              </w:rPr>
              <w:t>/</w:t>
            </w:r>
            <w:proofErr w:type="spellStart"/>
            <w:r w:rsidRPr="00A84BC5">
              <w:rPr>
                <w:rFonts w:cs="Times New Roman"/>
                <w:b/>
                <w:sz w:val="22"/>
              </w:rPr>
              <w:t>accepta</w:t>
            </w:r>
            <w:proofErr w:type="spellEnd"/>
            <w:r w:rsidRPr="00A84BC5">
              <w:rPr>
                <w:rFonts w:cs="Times New Roman"/>
                <w:b/>
                <w:sz w:val="22"/>
              </w:rPr>
              <w:t xml:space="preserve"> </w:t>
            </w:r>
            <w:proofErr w:type="spellStart"/>
            <w:r w:rsidRPr="00A84BC5">
              <w:rPr>
                <w:rFonts w:cs="Times New Roman"/>
                <w:b/>
                <w:sz w:val="22"/>
              </w:rPr>
              <w:t>sau</w:t>
            </w:r>
            <w:proofErr w:type="spellEnd"/>
            <w:r w:rsidRPr="00A84BC5">
              <w:rPr>
                <w:rFonts w:cs="Times New Roman"/>
                <w:b/>
                <w:sz w:val="22"/>
              </w:rPr>
              <w:t xml:space="preserve"> nu</w:t>
            </w:r>
          </w:p>
        </w:tc>
      </w:tr>
      <w:tr w:rsidR="0022270F" w:rsidRPr="00A84BC5">
        <w:trPr>
          <w:cantSplit/>
          <w:jc w:val="center"/>
        </w:trPr>
        <w:tc>
          <w:tcPr>
            <w:tcW w:w="5953" w:type="dxa"/>
            <w:vAlign w:val="center"/>
          </w:tcPr>
          <w:p w:rsidR="0022270F" w:rsidRPr="00A84BC5" w:rsidRDefault="00374C8A" w:rsidP="00531B9B">
            <w:pPr>
              <w:rPr>
                <w:rFonts w:cs="Times New Roman"/>
                <w:sz w:val="22"/>
              </w:rPr>
            </w:pPr>
            <w:proofErr w:type="spellStart"/>
            <w:r w:rsidRPr="00A84BC5">
              <w:rPr>
                <w:rFonts w:cs="Times New Roman"/>
                <w:sz w:val="22"/>
              </w:rPr>
              <w:t>depunerea</w:t>
            </w:r>
            <w:proofErr w:type="spellEnd"/>
            <w:r w:rsidRPr="00A84BC5">
              <w:rPr>
                <w:rFonts w:cs="Times New Roman"/>
                <w:sz w:val="22"/>
              </w:rPr>
              <w:t xml:space="preserve"> </w:t>
            </w:r>
            <w:proofErr w:type="spellStart"/>
            <w:r w:rsidRPr="00A84BC5">
              <w:rPr>
                <w:rFonts w:cs="Times New Roman"/>
                <w:sz w:val="22"/>
              </w:rPr>
              <w:t>electronică</w:t>
            </w:r>
            <w:proofErr w:type="spellEnd"/>
            <w:r w:rsidRPr="00A84BC5">
              <w:rPr>
                <w:rFonts w:cs="Times New Roman"/>
                <w:sz w:val="22"/>
              </w:rPr>
              <w:t xml:space="preserve"> </w:t>
            </w:r>
            <w:proofErr w:type="gramStart"/>
            <w:r w:rsidRPr="00A84BC5">
              <w:rPr>
                <w:rFonts w:cs="Times New Roman"/>
                <w:sz w:val="22"/>
              </w:rPr>
              <w:t>a</w:t>
            </w:r>
            <w:proofErr w:type="gramEnd"/>
            <w:r w:rsidRPr="00A84BC5">
              <w:rPr>
                <w:rFonts w:cs="Times New Roman"/>
                <w:sz w:val="22"/>
              </w:rPr>
              <w:t xml:space="preserve"> </w:t>
            </w:r>
            <w:proofErr w:type="spellStart"/>
            <w:r w:rsidRPr="00A84BC5">
              <w:rPr>
                <w:rFonts w:cs="Times New Roman"/>
                <w:sz w:val="22"/>
              </w:rPr>
              <w:t>ofertelor</w:t>
            </w:r>
            <w:proofErr w:type="spellEnd"/>
            <w:r w:rsidRPr="00A84BC5">
              <w:rPr>
                <w:rFonts w:cs="Times New Roman"/>
                <w:sz w:val="22"/>
              </w:rPr>
              <w:t xml:space="preserve"> </w:t>
            </w:r>
            <w:proofErr w:type="spellStart"/>
            <w:r w:rsidRPr="00A84BC5">
              <w:rPr>
                <w:rFonts w:cs="Times New Roman"/>
                <w:sz w:val="22"/>
              </w:rPr>
              <w:t>sau</w:t>
            </w:r>
            <w:proofErr w:type="spellEnd"/>
            <w:r w:rsidRPr="00A84BC5">
              <w:rPr>
                <w:rFonts w:cs="Times New Roman"/>
                <w:sz w:val="22"/>
              </w:rPr>
              <w:t xml:space="preserve"> a </w:t>
            </w:r>
            <w:proofErr w:type="spellStart"/>
            <w:r w:rsidRPr="00A84BC5">
              <w:rPr>
                <w:rFonts w:cs="Times New Roman"/>
                <w:sz w:val="22"/>
              </w:rPr>
              <w:t>cererilor</w:t>
            </w:r>
            <w:proofErr w:type="spellEnd"/>
            <w:r w:rsidRPr="00A84BC5">
              <w:rPr>
                <w:rFonts w:cs="Times New Roman"/>
                <w:sz w:val="22"/>
              </w:rPr>
              <w:t xml:space="preserve"> de </w:t>
            </w:r>
            <w:proofErr w:type="spellStart"/>
            <w:r w:rsidRPr="00A84BC5">
              <w:rPr>
                <w:rFonts w:cs="Times New Roman"/>
                <w:sz w:val="22"/>
              </w:rPr>
              <w:t>participare</w:t>
            </w:r>
            <w:proofErr w:type="spellEnd"/>
          </w:p>
        </w:tc>
        <w:tc>
          <w:tcPr>
            <w:tcW w:w="3515" w:type="dxa"/>
            <w:vAlign w:val="center"/>
          </w:tcPr>
          <w:p w:rsidR="0022270F" w:rsidRPr="00A84BC5" w:rsidRDefault="00374C8A" w:rsidP="00531B9B">
            <w:pPr>
              <w:rPr>
                <w:rFonts w:cs="Times New Roman"/>
                <w:sz w:val="22"/>
              </w:rPr>
            </w:pPr>
            <w:r w:rsidRPr="00A84BC5">
              <w:rPr>
                <w:rFonts w:cs="Times New Roman"/>
                <w:sz w:val="22"/>
              </w:rPr>
              <w:t xml:space="preserve">Se </w:t>
            </w:r>
            <w:proofErr w:type="spellStart"/>
            <w:r w:rsidRPr="00A84BC5">
              <w:rPr>
                <w:rFonts w:cs="Times New Roman"/>
                <w:sz w:val="22"/>
              </w:rPr>
              <w:t>acceptă</w:t>
            </w:r>
            <w:proofErr w:type="spellEnd"/>
          </w:p>
        </w:tc>
      </w:tr>
      <w:tr w:rsidR="0022270F" w:rsidRPr="00A84BC5">
        <w:trPr>
          <w:cantSplit/>
          <w:jc w:val="center"/>
        </w:trPr>
        <w:tc>
          <w:tcPr>
            <w:tcW w:w="5953" w:type="dxa"/>
            <w:vAlign w:val="center"/>
          </w:tcPr>
          <w:p w:rsidR="0022270F" w:rsidRPr="00A84BC5" w:rsidRDefault="00374C8A" w:rsidP="00531B9B">
            <w:pPr>
              <w:rPr>
                <w:rFonts w:cs="Times New Roman"/>
                <w:sz w:val="22"/>
              </w:rPr>
            </w:pPr>
            <w:proofErr w:type="spellStart"/>
            <w:r w:rsidRPr="00A84BC5">
              <w:rPr>
                <w:rFonts w:cs="Times New Roman"/>
                <w:sz w:val="22"/>
              </w:rPr>
              <w:t>sistemul</w:t>
            </w:r>
            <w:proofErr w:type="spellEnd"/>
            <w:r w:rsidRPr="00A84BC5">
              <w:rPr>
                <w:rFonts w:cs="Times New Roman"/>
                <w:sz w:val="22"/>
              </w:rPr>
              <w:t xml:space="preserve"> de </w:t>
            </w:r>
            <w:proofErr w:type="spellStart"/>
            <w:r w:rsidRPr="00A84BC5">
              <w:rPr>
                <w:rFonts w:cs="Times New Roman"/>
                <w:sz w:val="22"/>
              </w:rPr>
              <w:t>comenzi</w:t>
            </w:r>
            <w:proofErr w:type="spellEnd"/>
            <w:r w:rsidRPr="00A84BC5">
              <w:rPr>
                <w:rFonts w:cs="Times New Roman"/>
                <w:sz w:val="22"/>
              </w:rPr>
              <w:t xml:space="preserve"> </w:t>
            </w:r>
            <w:proofErr w:type="spellStart"/>
            <w:r w:rsidRPr="00A84BC5">
              <w:rPr>
                <w:rFonts w:cs="Times New Roman"/>
                <w:sz w:val="22"/>
              </w:rPr>
              <w:t>electronice</w:t>
            </w:r>
            <w:proofErr w:type="spellEnd"/>
          </w:p>
        </w:tc>
        <w:tc>
          <w:tcPr>
            <w:tcW w:w="3515" w:type="dxa"/>
            <w:vAlign w:val="center"/>
          </w:tcPr>
          <w:p w:rsidR="0022270F" w:rsidRPr="00A84BC5" w:rsidRDefault="00374C8A" w:rsidP="00531B9B">
            <w:pPr>
              <w:rPr>
                <w:rFonts w:cs="Times New Roman"/>
                <w:sz w:val="22"/>
              </w:rPr>
            </w:pPr>
            <w:r w:rsidRPr="00A84BC5">
              <w:rPr>
                <w:rFonts w:cs="Times New Roman"/>
                <w:sz w:val="22"/>
              </w:rPr>
              <w:t xml:space="preserve">Nu se </w:t>
            </w:r>
            <w:proofErr w:type="spellStart"/>
            <w:r w:rsidRPr="00A84BC5">
              <w:rPr>
                <w:rFonts w:cs="Times New Roman"/>
                <w:sz w:val="22"/>
              </w:rPr>
              <w:t>acceptă</w:t>
            </w:r>
            <w:proofErr w:type="spellEnd"/>
          </w:p>
        </w:tc>
      </w:tr>
      <w:tr w:rsidR="0022270F" w:rsidRPr="00A84BC5">
        <w:trPr>
          <w:cantSplit/>
          <w:jc w:val="center"/>
        </w:trPr>
        <w:tc>
          <w:tcPr>
            <w:tcW w:w="5953" w:type="dxa"/>
            <w:vAlign w:val="center"/>
          </w:tcPr>
          <w:p w:rsidR="0022270F" w:rsidRPr="00A84BC5" w:rsidRDefault="00374C8A" w:rsidP="00531B9B">
            <w:pPr>
              <w:rPr>
                <w:rFonts w:cs="Times New Roman"/>
                <w:sz w:val="22"/>
              </w:rPr>
            </w:pPr>
            <w:proofErr w:type="spellStart"/>
            <w:r w:rsidRPr="00A84BC5">
              <w:rPr>
                <w:rFonts w:cs="Times New Roman"/>
                <w:sz w:val="22"/>
              </w:rPr>
              <w:t>facturarea</w:t>
            </w:r>
            <w:proofErr w:type="spellEnd"/>
            <w:r w:rsidRPr="00A84BC5">
              <w:rPr>
                <w:rFonts w:cs="Times New Roman"/>
                <w:sz w:val="22"/>
              </w:rPr>
              <w:t xml:space="preserve"> </w:t>
            </w:r>
            <w:proofErr w:type="spellStart"/>
            <w:r w:rsidRPr="00A84BC5">
              <w:rPr>
                <w:rFonts w:cs="Times New Roman"/>
                <w:sz w:val="22"/>
              </w:rPr>
              <w:t>electronică</w:t>
            </w:r>
            <w:proofErr w:type="spellEnd"/>
          </w:p>
        </w:tc>
        <w:tc>
          <w:tcPr>
            <w:tcW w:w="3515" w:type="dxa"/>
            <w:vAlign w:val="center"/>
          </w:tcPr>
          <w:p w:rsidR="0022270F" w:rsidRPr="00A84BC5" w:rsidRDefault="00374C8A" w:rsidP="00531B9B">
            <w:pPr>
              <w:rPr>
                <w:rFonts w:cs="Times New Roman"/>
                <w:sz w:val="22"/>
              </w:rPr>
            </w:pPr>
            <w:r w:rsidRPr="00A84BC5">
              <w:rPr>
                <w:rFonts w:cs="Times New Roman"/>
                <w:sz w:val="22"/>
              </w:rPr>
              <w:t xml:space="preserve">Se </w:t>
            </w:r>
            <w:proofErr w:type="spellStart"/>
            <w:r w:rsidRPr="00A84BC5">
              <w:rPr>
                <w:rFonts w:cs="Times New Roman"/>
                <w:sz w:val="22"/>
              </w:rPr>
              <w:t>acceptă</w:t>
            </w:r>
            <w:proofErr w:type="spellEnd"/>
          </w:p>
        </w:tc>
      </w:tr>
      <w:tr w:rsidR="0022270F" w:rsidRPr="00A84BC5">
        <w:trPr>
          <w:cantSplit/>
          <w:jc w:val="center"/>
        </w:trPr>
        <w:tc>
          <w:tcPr>
            <w:tcW w:w="5953" w:type="dxa"/>
            <w:vAlign w:val="center"/>
          </w:tcPr>
          <w:p w:rsidR="0022270F" w:rsidRPr="00A84BC5" w:rsidRDefault="00374C8A" w:rsidP="00531B9B">
            <w:pPr>
              <w:rPr>
                <w:rFonts w:cs="Times New Roman"/>
                <w:sz w:val="22"/>
              </w:rPr>
            </w:pPr>
            <w:proofErr w:type="spellStart"/>
            <w:r w:rsidRPr="00A84BC5">
              <w:rPr>
                <w:rFonts w:cs="Times New Roman"/>
                <w:sz w:val="22"/>
              </w:rPr>
              <w:lastRenderedPageBreak/>
              <w:t>plățile</w:t>
            </w:r>
            <w:proofErr w:type="spellEnd"/>
            <w:r w:rsidRPr="00A84BC5">
              <w:rPr>
                <w:rFonts w:cs="Times New Roman"/>
                <w:sz w:val="22"/>
              </w:rPr>
              <w:t xml:space="preserve"> </w:t>
            </w:r>
            <w:proofErr w:type="spellStart"/>
            <w:r w:rsidRPr="00A84BC5">
              <w:rPr>
                <w:rFonts w:cs="Times New Roman"/>
                <w:sz w:val="22"/>
              </w:rPr>
              <w:t>electronice</w:t>
            </w:r>
            <w:proofErr w:type="spellEnd"/>
          </w:p>
        </w:tc>
        <w:tc>
          <w:tcPr>
            <w:tcW w:w="3515" w:type="dxa"/>
            <w:vAlign w:val="center"/>
          </w:tcPr>
          <w:p w:rsidR="0022270F" w:rsidRPr="00A84BC5" w:rsidRDefault="00374C8A" w:rsidP="00531B9B">
            <w:pPr>
              <w:rPr>
                <w:rFonts w:cs="Times New Roman"/>
                <w:sz w:val="22"/>
              </w:rPr>
            </w:pPr>
            <w:r w:rsidRPr="00A84BC5">
              <w:rPr>
                <w:rFonts w:cs="Times New Roman"/>
                <w:sz w:val="22"/>
              </w:rPr>
              <w:t xml:space="preserve">Se </w:t>
            </w:r>
            <w:proofErr w:type="spellStart"/>
            <w:r w:rsidRPr="00A84BC5">
              <w:rPr>
                <w:rFonts w:cs="Times New Roman"/>
                <w:sz w:val="22"/>
              </w:rPr>
              <w:t>acceptă</w:t>
            </w:r>
            <w:proofErr w:type="spellEnd"/>
          </w:p>
        </w:tc>
      </w:tr>
    </w:tbl>
    <w:p w:rsidR="0022270F" w:rsidRPr="00A84BC5" w:rsidRDefault="00374C8A" w:rsidP="00531B9B">
      <w:pPr>
        <w:rPr>
          <w:rFonts w:cs="Times New Roman"/>
          <w:sz w:val="22"/>
        </w:rPr>
      </w:pPr>
      <w:r w:rsidRPr="00A84BC5">
        <w:rPr>
          <w:rFonts w:cs="Times New Roman"/>
          <w:b/>
          <w:sz w:val="22"/>
        </w:rPr>
        <w:t xml:space="preserve">40. </w:t>
      </w:r>
      <w:proofErr w:type="spellStart"/>
      <w:r w:rsidRPr="00A84BC5">
        <w:rPr>
          <w:rFonts w:cs="Times New Roman"/>
          <w:b/>
          <w:sz w:val="22"/>
        </w:rPr>
        <w:t>Contractul</w:t>
      </w:r>
      <w:proofErr w:type="spellEnd"/>
      <w:r w:rsidRPr="00A84BC5">
        <w:rPr>
          <w:rFonts w:cs="Times New Roman"/>
          <w:b/>
          <w:sz w:val="22"/>
        </w:rPr>
        <w:t xml:space="preserve"> </w:t>
      </w:r>
      <w:proofErr w:type="spellStart"/>
      <w:r w:rsidRPr="00A84BC5">
        <w:rPr>
          <w:rFonts w:cs="Times New Roman"/>
          <w:b/>
          <w:sz w:val="22"/>
        </w:rPr>
        <w:t>intră</w:t>
      </w:r>
      <w:proofErr w:type="spellEnd"/>
      <w:r w:rsidRPr="00A84BC5">
        <w:rPr>
          <w:rFonts w:cs="Times New Roman"/>
          <w:b/>
          <w:sz w:val="22"/>
        </w:rPr>
        <w:t xml:space="preserve"> sub </w:t>
      </w:r>
      <w:proofErr w:type="spellStart"/>
      <w:r w:rsidRPr="00A84BC5">
        <w:rPr>
          <w:rFonts w:cs="Times New Roman"/>
          <w:b/>
          <w:sz w:val="22"/>
        </w:rPr>
        <w:t>incidența</w:t>
      </w:r>
      <w:proofErr w:type="spellEnd"/>
      <w:r w:rsidRPr="00A84BC5">
        <w:rPr>
          <w:rFonts w:cs="Times New Roman"/>
          <w:b/>
          <w:sz w:val="22"/>
        </w:rPr>
        <w:t xml:space="preserve"> </w:t>
      </w:r>
      <w:proofErr w:type="spellStart"/>
      <w:r w:rsidRPr="00A84BC5">
        <w:rPr>
          <w:rFonts w:cs="Times New Roman"/>
          <w:b/>
          <w:sz w:val="22"/>
        </w:rPr>
        <w:t>Acordului</w:t>
      </w:r>
      <w:proofErr w:type="spellEnd"/>
      <w:r w:rsidRPr="00A84BC5">
        <w:rPr>
          <w:rFonts w:cs="Times New Roman"/>
          <w:b/>
          <w:sz w:val="22"/>
        </w:rPr>
        <w:t xml:space="preserve"> </w:t>
      </w:r>
      <w:proofErr w:type="spellStart"/>
      <w:r w:rsidRPr="00A84BC5">
        <w:rPr>
          <w:rFonts w:cs="Times New Roman"/>
          <w:b/>
          <w:sz w:val="22"/>
        </w:rPr>
        <w:t>privind</w:t>
      </w:r>
      <w:proofErr w:type="spellEnd"/>
      <w:r w:rsidRPr="00A84BC5">
        <w:rPr>
          <w:rFonts w:cs="Times New Roman"/>
          <w:b/>
          <w:sz w:val="22"/>
        </w:rPr>
        <w:t xml:space="preserve"> </w:t>
      </w:r>
      <w:proofErr w:type="spellStart"/>
      <w:r w:rsidRPr="00A84BC5">
        <w:rPr>
          <w:rFonts w:cs="Times New Roman"/>
          <w:b/>
          <w:sz w:val="22"/>
        </w:rPr>
        <w:t>achizițiile</w:t>
      </w:r>
      <w:proofErr w:type="spellEnd"/>
      <w:r w:rsidRPr="00A84BC5">
        <w:rPr>
          <w:rFonts w:cs="Times New Roman"/>
          <w:b/>
          <w:sz w:val="22"/>
        </w:rPr>
        <w:t xml:space="preserve"> </w:t>
      </w:r>
      <w:proofErr w:type="spellStart"/>
      <w:r w:rsidRPr="00A84BC5">
        <w:rPr>
          <w:rFonts w:cs="Times New Roman"/>
          <w:b/>
          <w:sz w:val="22"/>
        </w:rPr>
        <w:t>guvernamentale</w:t>
      </w:r>
      <w:proofErr w:type="spellEnd"/>
      <w:r w:rsidRPr="00A84BC5">
        <w:rPr>
          <w:rFonts w:cs="Times New Roman"/>
          <w:b/>
          <w:sz w:val="22"/>
        </w:rPr>
        <w:t xml:space="preserve"> al OMC: </w:t>
      </w:r>
      <w:r w:rsidR="001B08D7" w:rsidRPr="00A84BC5">
        <w:rPr>
          <w:rFonts w:cs="Times New Roman"/>
          <w:sz w:val="22"/>
        </w:rPr>
        <w:t>N</w:t>
      </w:r>
      <w:r w:rsidRPr="00A84BC5">
        <w:rPr>
          <w:rFonts w:cs="Times New Roman"/>
          <w:sz w:val="22"/>
        </w:rPr>
        <w:t>u.</w:t>
      </w:r>
    </w:p>
    <w:p w:rsidR="006E0A3D" w:rsidRPr="00A84BC5" w:rsidRDefault="00374C8A" w:rsidP="00531B9B">
      <w:pPr>
        <w:rPr>
          <w:rFonts w:cs="Times New Roman"/>
          <w:sz w:val="22"/>
        </w:rPr>
      </w:pPr>
      <w:r w:rsidRPr="00A84BC5">
        <w:rPr>
          <w:rFonts w:cs="Times New Roman"/>
          <w:b/>
          <w:sz w:val="22"/>
        </w:rPr>
        <w:t xml:space="preserve">41. Alte </w:t>
      </w:r>
      <w:proofErr w:type="spellStart"/>
      <w:r w:rsidRPr="00A84BC5">
        <w:rPr>
          <w:rFonts w:cs="Times New Roman"/>
          <w:b/>
          <w:sz w:val="22"/>
        </w:rPr>
        <w:t>informații</w:t>
      </w:r>
      <w:proofErr w:type="spellEnd"/>
      <w:r w:rsidRPr="00A84BC5">
        <w:rPr>
          <w:rFonts w:cs="Times New Roman"/>
          <w:b/>
          <w:sz w:val="22"/>
        </w:rPr>
        <w:t xml:space="preserve"> </w:t>
      </w:r>
      <w:proofErr w:type="spellStart"/>
      <w:r w:rsidRPr="00A84BC5">
        <w:rPr>
          <w:rFonts w:cs="Times New Roman"/>
          <w:b/>
          <w:sz w:val="22"/>
        </w:rPr>
        <w:t>relevante</w:t>
      </w:r>
      <w:proofErr w:type="spellEnd"/>
      <w:r w:rsidRPr="00A84BC5">
        <w:rPr>
          <w:rFonts w:cs="Times New Roman"/>
          <w:b/>
          <w:sz w:val="22"/>
        </w:rPr>
        <w:t xml:space="preserve">: </w:t>
      </w:r>
      <w:proofErr w:type="spellStart"/>
      <w:r w:rsidRPr="00A84BC5">
        <w:rPr>
          <w:rFonts w:cs="Times New Roman"/>
          <w:b/>
          <w:sz w:val="22"/>
        </w:rPr>
        <w:t>Termenul</w:t>
      </w:r>
      <w:proofErr w:type="spellEnd"/>
      <w:r w:rsidRPr="00A84BC5">
        <w:rPr>
          <w:rFonts w:cs="Times New Roman"/>
          <w:b/>
          <w:sz w:val="22"/>
        </w:rPr>
        <w:t xml:space="preserve"> </w:t>
      </w:r>
      <w:proofErr w:type="spellStart"/>
      <w:r w:rsidRPr="00A84BC5">
        <w:rPr>
          <w:rFonts w:cs="Times New Roman"/>
          <w:b/>
          <w:sz w:val="22"/>
        </w:rPr>
        <w:t>pentru</w:t>
      </w:r>
      <w:proofErr w:type="spellEnd"/>
      <w:r w:rsidRPr="00A84BC5">
        <w:rPr>
          <w:rFonts w:cs="Times New Roman"/>
          <w:b/>
          <w:sz w:val="22"/>
        </w:rPr>
        <w:t xml:space="preserve"> </w:t>
      </w:r>
      <w:proofErr w:type="spellStart"/>
      <w:r w:rsidRPr="00A84BC5">
        <w:rPr>
          <w:rFonts w:cs="Times New Roman"/>
          <w:b/>
          <w:sz w:val="22"/>
        </w:rPr>
        <w:t>solicitarea</w:t>
      </w:r>
      <w:proofErr w:type="spellEnd"/>
      <w:r w:rsidRPr="00A84BC5">
        <w:rPr>
          <w:rFonts w:cs="Times New Roman"/>
          <w:b/>
          <w:sz w:val="22"/>
        </w:rPr>
        <w:t xml:space="preserve"> </w:t>
      </w:r>
      <w:proofErr w:type="spellStart"/>
      <w:r w:rsidRPr="00A84BC5">
        <w:rPr>
          <w:rFonts w:cs="Times New Roman"/>
          <w:b/>
          <w:sz w:val="22"/>
        </w:rPr>
        <w:t>clarificărilor</w:t>
      </w:r>
      <w:proofErr w:type="spellEnd"/>
      <w:r w:rsidRPr="00A84BC5">
        <w:rPr>
          <w:rFonts w:cs="Times New Roman"/>
          <w:b/>
          <w:sz w:val="22"/>
        </w:rPr>
        <w:t xml:space="preserve">: 3 </w:t>
      </w:r>
      <w:proofErr w:type="spellStart"/>
      <w:r w:rsidRPr="00A84BC5">
        <w:rPr>
          <w:rFonts w:cs="Times New Roman"/>
          <w:b/>
          <w:sz w:val="22"/>
        </w:rPr>
        <w:t>zile</w:t>
      </w:r>
      <w:proofErr w:type="spellEnd"/>
      <w:r w:rsidRPr="00A84BC5">
        <w:rPr>
          <w:rFonts w:cs="Times New Roman"/>
          <w:b/>
          <w:sz w:val="22"/>
        </w:rPr>
        <w:t xml:space="preserve"> </w:t>
      </w:r>
      <w:proofErr w:type="spellStart"/>
      <w:r w:rsidRPr="00A84BC5">
        <w:rPr>
          <w:rFonts w:cs="Times New Roman"/>
          <w:b/>
          <w:sz w:val="22"/>
        </w:rPr>
        <w:t>până</w:t>
      </w:r>
      <w:proofErr w:type="spellEnd"/>
      <w:r w:rsidRPr="00A84BC5">
        <w:rPr>
          <w:rFonts w:cs="Times New Roman"/>
          <w:b/>
          <w:sz w:val="22"/>
        </w:rPr>
        <w:t xml:space="preserve"> la </w:t>
      </w:r>
      <w:proofErr w:type="spellStart"/>
      <w:r w:rsidRPr="00A84BC5">
        <w:rPr>
          <w:rFonts w:cs="Times New Roman"/>
          <w:b/>
          <w:sz w:val="22"/>
        </w:rPr>
        <w:t>termenul-limită</w:t>
      </w:r>
      <w:proofErr w:type="spellEnd"/>
      <w:r w:rsidRPr="00A84BC5">
        <w:rPr>
          <w:rFonts w:cs="Times New Roman"/>
          <w:b/>
          <w:sz w:val="22"/>
        </w:rPr>
        <w:t xml:space="preserve"> de </w:t>
      </w:r>
      <w:proofErr w:type="spellStart"/>
      <w:r w:rsidRPr="00A84BC5">
        <w:rPr>
          <w:rFonts w:cs="Times New Roman"/>
          <w:b/>
          <w:sz w:val="22"/>
        </w:rPr>
        <w:t>depunere</w:t>
      </w:r>
      <w:proofErr w:type="spellEnd"/>
      <w:r w:rsidRPr="00A84BC5">
        <w:rPr>
          <w:rFonts w:cs="Times New Roman"/>
          <w:b/>
          <w:sz w:val="22"/>
        </w:rPr>
        <w:t xml:space="preserve"> </w:t>
      </w:r>
      <w:proofErr w:type="gramStart"/>
      <w:r w:rsidRPr="00A84BC5">
        <w:rPr>
          <w:rFonts w:cs="Times New Roman"/>
          <w:b/>
          <w:sz w:val="22"/>
        </w:rPr>
        <w:t>a</w:t>
      </w:r>
      <w:proofErr w:type="gramEnd"/>
      <w:r w:rsidRPr="00A84BC5">
        <w:rPr>
          <w:rFonts w:cs="Times New Roman"/>
          <w:b/>
          <w:sz w:val="22"/>
        </w:rPr>
        <w:t xml:space="preserve"> </w:t>
      </w:r>
      <w:proofErr w:type="spellStart"/>
      <w:r w:rsidRPr="00A84BC5">
        <w:rPr>
          <w:rFonts w:cs="Times New Roman"/>
          <w:b/>
          <w:sz w:val="22"/>
        </w:rPr>
        <w:t>ofertelor</w:t>
      </w:r>
      <w:proofErr w:type="spellEnd"/>
      <w:r w:rsidRPr="00A84BC5">
        <w:rPr>
          <w:rFonts w:cs="Times New Roman"/>
          <w:b/>
          <w:sz w:val="22"/>
        </w:rPr>
        <w:t xml:space="preserve">. </w:t>
      </w:r>
      <w:proofErr w:type="spellStart"/>
      <w:r w:rsidRPr="00A84BC5">
        <w:rPr>
          <w:rFonts w:cs="Times New Roman"/>
          <w:b/>
          <w:sz w:val="22"/>
        </w:rPr>
        <w:t>Toate</w:t>
      </w:r>
      <w:proofErr w:type="spellEnd"/>
      <w:r w:rsidRPr="00A84BC5">
        <w:rPr>
          <w:rFonts w:cs="Times New Roman"/>
          <w:b/>
          <w:sz w:val="22"/>
        </w:rPr>
        <w:t xml:space="preserve"> </w:t>
      </w:r>
      <w:proofErr w:type="spellStart"/>
      <w:r w:rsidRPr="00A84BC5">
        <w:rPr>
          <w:rFonts w:cs="Times New Roman"/>
          <w:b/>
          <w:sz w:val="22"/>
        </w:rPr>
        <w:t>documentele</w:t>
      </w:r>
      <w:proofErr w:type="spellEnd"/>
      <w:r w:rsidRPr="00A84BC5">
        <w:rPr>
          <w:rFonts w:cs="Times New Roman"/>
          <w:b/>
          <w:sz w:val="22"/>
        </w:rPr>
        <w:t xml:space="preserve"> </w:t>
      </w:r>
      <w:proofErr w:type="spellStart"/>
      <w:r w:rsidRPr="00A84BC5">
        <w:rPr>
          <w:rFonts w:cs="Times New Roman"/>
          <w:b/>
          <w:sz w:val="22"/>
        </w:rPr>
        <w:t>vor</w:t>
      </w:r>
      <w:proofErr w:type="spellEnd"/>
      <w:r w:rsidRPr="00A84BC5">
        <w:rPr>
          <w:rFonts w:cs="Times New Roman"/>
          <w:b/>
          <w:sz w:val="22"/>
        </w:rPr>
        <w:t xml:space="preserve"> fi </w:t>
      </w:r>
      <w:proofErr w:type="spellStart"/>
      <w:r w:rsidRPr="00A84BC5">
        <w:rPr>
          <w:rFonts w:cs="Times New Roman"/>
          <w:b/>
          <w:sz w:val="22"/>
        </w:rPr>
        <w:t>semnate</w:t>
      </w:r>
      <w:proofErr w:type="spellEnd"/>
      <w:r w:rsidRPr="00A84BC5">
        <w:rPr>
          <w:rFonts w:cs="Times New Roman"/>
          <w:b/>
          <w:sz w:val="22"/>
        </w:rPr>
        <w:t xml:space="preserve"> electronic de </w:t>
      </w:r>
      <w:proofErr w:type="spellStart"/>
      <w:r w:rsidRPr="00A84BC5">
        <w:rPr>
          <w:rFonts w:cs="Times New Roman"/>
          <w:b/>
          <w:sz w:val="22"/>
        </w:rPr>
        <w:t>către</w:t>
      </w:r>
      <w:proofErr w:type="spellEnd"/>
      <w:r w:rsidRPr="00A84BC5">
        <w:rPr>
          <w:rFonts w:cs="Times New Roman"/>
          <w:b/>
          <w:sz w:val="22"/>
        </w:rPr>
        <w:t xml:space="preserve"> participant.</w:t>
      </w:r>
    </w:p>
    <w:p w:rsidR="00A20347" w:rsidRPr="00A84BC5" w:rsidRDefault="00A20347" w:rsidP="00531B9B">
      <w:pPr>
        <w:rPr>
          <w:rFonts w:cs="Times New Roman"/>
          <w:b/>
          <w:sz w:val="22"/>
        </w:rPr>
      </w:pPr>
    </w:p>
    <w:p w:rsidR="00BD4525" w:rsidRPr="00A84BC5" w:rsidRDefault="00374C8A" w:rsidP="00BD4525">
      <w:pPr>
        <w:rPr>
          <w:rFonts w:cs="Times New Roman"/>
          <w:sz w:val="22"/>
        </w:rPr>
      </w:pPr>
      <w:proofErr w:type="spellStart"/>
      <w:r w:rsidRPr="00A84BC5">
        <w:rPr>
          <w:rFonts w:cs="Times New Roman"/>
          <w:b/>
          <w:sz w:val="22"/>
        </w:rPr>
        <w:t>Conducătorul</w:t>
      </w:r>
      <w:proofErr w:type="spellEnd"/>
      <w:r w:rsidRPr="00A84BC5">
        <w:rPr>
          <w:rFonts w:cs="Times New Roman"/>
          <w:b/>
          <w:sz w:val="22"/>
        </w:rPr>
        <w:t xml:space="preserve"> </w:t>
      </w:r>
      <w:proofErr w:type="spellStart"/>
      <w:r w:rsidRPr="00A84BC5">
        <w:rPr>
          <w:rFonts w:cs="Times New Roman"/>
          <w:b/>
          <w:sz w:val="22"/>
        </w:rPr>
        <w:t>grupului</w:t>
      </w:r>
      <w:proofErr w:type="spellEnd"/>
      <w:r w:rsidRPr="00A84BC5">
        <w:rPr>
          <w:rFonts w:cs="Times New Roman"/>
          <w:b/>
          <w:sz w:val="22"/>
        </w:rPr>
        <w:t xml:space="preserve"> de </w:t>
      </w:r>
      <w:proofErr w:type="spellStart"/>
      <w:r w:rsidRPr="00A84BC5">
        <w:rPr>
          <w:rFonts w:cs="Times New Roman"/>
          <w:b/>
          <w:sz w:val="22"/>
        </w:rPr>
        <w:t>lucru</w:t>
      </w:r>
      <w:proofErr w:type="spellEnd"/>
      <w:r w:rsidRPr="00A84BC5">
        <w:rPr>
          <w:rFonts w:cs="Times New Roman"/>
          <w:b/>
          <w:sz w:val="22"/>
        </w:rPr>
        <w:t xml:space="preserve">: </w:t>
      </w:r>
      <w:r w:rsidRPr="00A84BC5">
        <w:rPr>
          <w:rFonts w:cs="Times New Roman"/>
          <w:sz w:val="22"/>
        </w:rPr>
        <w:t xml:space="preserve">________________________ </w:t>
      </w:r>
      <w:r w:rsidR="000B6594" w:rsidRPr="00A84BC5">
        <w:rPr>
          <w:rFonts w:cs="Times New Roman"/>
          <w:sz w:val="22"/>
        </w:rPr>
        <w:tab/>
      </w:r>
      <w:r w:rsidR="00BD4525" w:rsidRPr="00A84BC5">
        <w:rPr>
          <w:rFonts w:cs="Times New Roman"/>
          <w:sz w:val="22"/>
        </w:rPr>
        <w:t>Nicolae JELAMSCHI</w:t>
      </w:r>
    </w:p>
    <w:p w:rsidR="00A84BC5" w:rsidRPr="00A84BC5" w:rsidRDefault="000B6594" w:rsidP="00D92004">
      <w:pPr>
        <w:rPr>
          <w:rFonts w:cs="Times New Roman"/>
          <w:sz w:val="22"/>
        </w:rPr>
      </w:pPr>
      <w:r w:rsidRPr="00A84BC5">
        <w:rPr>
          <w:rFonts w:cs="Times New Roman"/>
          <w:sz w:val="22"/>
        </w:rPr>
        <w:tab/>
      </w:r>
      <w:r w:rsidR="00A20347" w:rsidRPr="00A84BC5">
        <w:rPr>
          <w:rFonts w:cs="Times New Roman"/>
          <w:sz w:val="22"/>
        </w:rPr>
        <w:tab/>
      </w:r>
      <w:r w:rsidR="00A20347" w:rsidRPr="00A84BC5">
        <w:rPr>
          <w:rFonts w:cs="Times New Roman"/>
          <w:sz w:val="22"/>
        </w:rPr>
        <w:tab/>
      </w:r>
    </w:p>
    <w:p w:rsidR="00A84BC5" w:rsidRPr="00A84BC5" w:rsidRDefault="00A84BC5" w:rsidP="00531B9B">
      <w:pPr>
        <w:rPr>
          <w:rFonts w:cs="Times New Roman"/>
          <w:sz w:val="22"/>
        </w:rPr>
      </w:pPr>
    </w:p>
    <w:p w:rsidR="00A84BC5" w:rsidRPr="00A84BC5" w:rsidRDefault="00A84BC5" w:rsidP="00531B9B">
      <w:pPr>
        <w:rPr>
          <w:rFonts w:cs="Times New Roman"/>
          <w:sz w:val="22"/>
        </w:rPr>
      </w:pPr>
    </w:p>
    <w:p w:rsidR="00A84BC5" w:rsidRPr="00A84BC5" w:rsidRDefault="00A84BC5" w:rsidP="00531B9B">
      <w:pPr>
        <w:rPr>
          <w:rFonts w:cs="Times New Roman"/>
          <w:sz w:val="22"/>
        </w:rPr>
      </w:pPr>
    </w:p>
    <w:p w:rsidR="00A84BC5" w:rsidRPr="00A84BC5" w:rsidRDefault="00A84BC5" w:rsidP="00531B9B">
      <w:pPr>
        <w:rPr>
          <w:rFonts w:cs="Times New Roman"/>
          <w:sz w:val="22"/>
        </w:rPr>
      </w:pPr>
    </w:p>
    <w:p w:rsidR="00A84BC5" w:rsidRPr="00A84BC5" w:rsidRDefault="00A84BC5" w:rsidP="00531B9B">
      <w:pPr>
        <w:rPr>
          <w:rFonts w:cs="Times New Roman"/>
          <w:sz w:val="22"/>
        </w:rPr>
      </w:pPr>
    </w:p>
    <w:p w:rsidR="00A84BC5" w:rsidRPr="00A84BC5" w:rsidRDefault="00374C8A" w:rsidP="00531B9B">
      <w:pPr>
        <w:rPr>
          <w:rFonts w:cs="Times New Roman"/>
          <w:sz w:val="22"/>
        </w:rPr>
      </w:pPr>
      <w:r w:rsidRPr="00A84BC5">
        <w:rPr>
          <w:rFonts w:cs="Times New Roman"/>
          <w:sz w:val="22"/>
        </w:rPr>
        <w:t>Executor: Vladimir Vornic</w:t>
      </w:r>
    </w:p>
    <w:p w:rsidR="0022270F" w:rsidRPr="00A84BC5" w:rsidRDefault="00374C8A" w:rsidP="00531B9B">
      <w:pPr>
        <w:rPr>
          <w:rFonts w:cs="Times New Roman"/>
          <w:sz w:val="22"/>
        </w:rPr>
      </w:pPr>
      <w:r w:rsidRPr="00A84BC5">
        <w:rPr>
          <w:rFonts w:cs="Times New Roman"/>
          <w:sz w:val="22"/>
        </w:rPr>
        <w:t>Tel.: 067493406</w:t>
      </w:r>
    </w:p>
    <w:p w:rsidR="00BD4525" w:rsidRPr="00A84BC5" w:rsidRDefault="00374C8A" w:rsidP="00531B9B">
      <w:pPr>
        <w:rPr>
          <w:rStyle w:val="Hyperlink"/>
          <w:rFonts w:cs="Times New Roman"/>
          <w:sz w:val="22"/>
        </w:rPr>
        <w:sectPr w:rsidR="00BD4525" w:rsidRPr="00A84BC5" w:rsidSect="00924ED0">
          <w:type w:val="continuous"/>
          <w:pgSz w:w="11906" w:h="16838"/>
          <w:pgMar w:top="1134" w:right="850" w:bottom="1134" w:left="1701" w:header="709" w:footer="709" w:gutter="0"/>
          <w:cols w:space="720"/>
          <w:docGrid w:linePitch="326"/>
        </w:sectPr>
      </w:pPr>
      <w:r w:rsidRPr="00A84BC5">
        <w:rPr>
          <w:rFonts w:cs="Times New Roman"/>
          <w:sz w:val="22"/>
        </w:rPr>
        <w:t xml:space="preserve">e-mail: </w:t>
      </w:r>
      <w:r w:rsidR="00FF1E07" w:rsidRPr="00A84BC5">
        <w:rPr>
          <w:rFonts w:cs="Times New Roman"/>
          <w:sz w:val="22"/>
        </w:rPr>
        <w:t>achizitii@ansp.gov.md</w:t>
      </w:r>
    </w:p>
    <w:p w:rsidR="003A0D7A" w:rsidRPr="00A84BC5" w:rsidRDefault="003A0D7A" w:rsidP="00A84BC5">
      <w:pPr>
        <w:jc w:val="center"/>
        <w:rPr>
          <w:rFonts w:cs="Times New Roman"/>
          <w:bCs/>
          <w:sz w:val="22"/>
        </w:rPr>
      </w:pPr>
    </w:p>
    <w:p w:rsidR="00A84BC5" w:rsidRPr="00A84BC5" w:rsidRDefault="00A84BC5" w:rsidP="00BD4525">
      <w:pPr>
        <w:jc w:val="right"/>
        <w:rPr>
          <w:rFonts w:cs="Times New Roman"/>
          <w:bCs/>
          <w:sz w:val="22"/>
        </w:rPr>
      </w:pPr>
    </w:p>
    <w:p w:rsidR="00A84BC5" w:rsidRPr="00A84BC5" w:rsidRDefault="00A84BC5" w:rsidP="00BD4525">
      <w:pPr>
        <w:jc w:val="right"/>
        <w:rPr>
          <w:rFonts w:cs="Times New Roman"/>
          <w:bCs/>
          <w:sz w:val="22"/>
        </w:rPr>
      </w:pPr>
    </w:p>
    <w:p w:rsidR="00A84BC5" w:rsidRDefault="00A84BC5" w:rsidP="00BD4525">
      <w:pPr>
        <w:jc w:val="right"/>
        <w:rPr>
          <w:rFonts w:cs="Times New Roman"/>
          <w:bCs/>
          <w:sz w:val="22"/>
        </w:rPr>
      </w:pPr>
    </w:p>
    <w:p w:rsidR="003D0A01" w:rsidRDefault="003D0A01" w:rsidP="00BD4525">
      <w:pPr>
        <w:jc w:val="right"/>
        <w:rPr>
          <w:rFonts w:cs="Times New Roman"/>
          <w:bCs/>
          <w:sz w:val="22"/>
        </w:rPr>
      </w:pPr>
    </w:p>
    <w:p w:rsidR="003D0A01" w:rsidRDefault="003D0A01" w:rsidP="00BD4525">
      <w:pPr>
        <w:jc w:val="right"/>
        <w:rPr>
          <w:rFonts w:cs="Times New Roman"/>
          <w:bCs/>
          <w:sz w:val="22"/>
        </w:rPr>
      </w:pPr>
    </w:p>
    <w:p w:rsidR="003D0A01" w:rsidRDefault="003D0A01" w:rsidP="00BD4525">
      <w:pPr>
        <w:jc w:val="right"/>
        <w:rPr>
          <w:rFonts w:cs="Times New Roman"/>
          <w:bCs/>
          <w:sz w:val="22"/>
        </w:rPr>
      </w:pPr>
    </w:p>
    <w:p w:rsidR="003D0A01" w:rsidRDefault="003D0A01" w:rsidP="00BD4525">
      <w:pPr>
        <w:jc w:val="right"/>
        <w:rPr>
          <w:rFonts w:cs="Times New Roman"/>
          <w:bCs/>
          <w:sz w:val="22"/>
        </w:rPr>
      </w:pPr>
    </w:p>
    <w:p w:rsidR="003D0A01" w:rsidRDefault="003D0A01" w:rsidP="00BD4525">
      <w:pPr>
        <w:jc w:val="right"/>
        <w:rPr>
          <w:rFonts w:cs="Times New Roman"/>
          <w:bCs/>
          <w:sz w:val="22"/>
        </w:rPr>
      </w:pPr>
    </w:p>
    <w:p w:rsidR="003D0A01" w:rsidRDefault="003D0A01" w:rsidP="00BD4525">
      <w:pPr>
        <w:jc w:val="right"/>
        <w:rPr>
          <w:rFonts w:cs="Times New Roman"/>
          <w:bCs/>
          <w:sz w:val="22"/>
        </w:rPr>
      </w:pPr>
    </w:p>
    <w:p w:rsidR="003D0A01" w:rsidRDefault="003D0A01" w:rsidP="00BD4525">
      <w:pPr>
        <w:jc w:val="right"/>
        <w:rPr>
          <w:rFonts w:cs="Times New Roman"/>
          <w:bCs/>
          <w:sz w:val="22"/>
        </w:rPr>
      </w:pPr>
    </w:p>
    <w:p w:rsidR="003D0A01" w:rsidRDefault="003D0A01" w:rsidP="00BD4525">
      <w:pPr>
        <w:jc w:val="right"/>
        <w:rPr>
          <w:rFonts w:cs="Times New Roman"/>
          <w:bCs/>
          <w:sz w:val="22"/>
        </w:rPr>
      </w:pPr>
    </w:p>
    <w:p w:rsidR="003D0A01" w:rsidRDefault="003D0A01" w:rsidP="00BD4525">
      <w:pPr>
        <w:jc w:val="right"/>
        <w:rPr>
          <w:rFonts w:cs="Times New Roman"/>
          <w:bCs/>
          <w:sz w:val="22"/>
        </w:rPr>
      </w:pPr>
    </w:p>
    <w:p w:rsidR="003D0A01" w:rsidRDefault="003D0A01" w:rsidP="00BD4525">
      <w:pPr>
        <w:jc w:val="right"/>
        <w:rPr>
          <w:rFonts w:cs="Times New Roman"/>
          <w:bCs/>
          <w:sz w:val="22"/>
        </w:rPr>
      </w:pPr>
    </w:p>
    <w:p w:rsidR="003D0A01" w:rsidRDefault="003D0A01" w:rsidP="00BD4525">
      <w:pPr>
        <w:jc w:val="right"/>
        <w:rPr>
          <w:rFonts w:cs="Times New Roman"/>
          <w:bCs/>
          <w:sz w:val="22"/>
        </w:rPr>
      </w:pPr>
    </w:p>
    <w:p w:rsidR="003D0A01" w:rsidRDefault="003D0A01" w:rsidP="00BD4525">
      <w:pPr>
        <w:jc w:val="right"/>
        <w:rPr>
          <w:rFonts w:cs="Times New Roman"/>
          <w:bCs/>
          <w:sz w:val="22"/>
        </w:rPr>
      </w:pPr>
    </w:p>
    <w:p w:rsidR="003D0A01" w:rsidRDefault="003D0A01" w:rsidP="00BD4525">
      <w:pPr>
        <w:jc w:val="right"/>
        <w:rPr>
          <w:rFonts w:cs="Times New Roman"/>
          <w:bCs/>
          <w:sz w:val="22"/>
        </w:rPr>
      </w:pPr>
    </w:p>
    <w:p w:rsidR="003D0A01" w:rsidRDefault="003D0A01" w:rsidP="00BD4525">
      <w:pPr>
        <w:jc w:val="right"/>
        <w:rPr>
          <w:rFonts w:cs="Times New Roman"/>
          <w:bCs/>
          <w:sz w:val="22"/>
        </w:rPr>
      </w:pPr>
    </w:p>
    <w:p w:rsidR="003D0A01" w:rsidRDefault="003D0A01" w:rsidP="00BD4525">
      <w:pPr>
        <w:jc w:val="right"/>
        <w:rPr>
          <w:rFonts w:cs="Times New Roman"/>
          <w:bCs/>
          <w:sz w:val="22"/>
        </w:rPr>
      </w:pPr>
    </w:p>
    <w:p w:rsidR="003D0A01" w:rsidRDefault="003D0A01" w:rsidP="00BD4525">
      <w:pPr>
        <w:jc w:val="right"/>
        <w:rPr>
          <w:rFonts w:cs="Times New Roman"/>
          <w:bCs/>
          <w:sz w:val="22"/>
        </w:rPr>
      </w:pPr>
    </w:p>
    <w:p w:rsidR="003D0A01" w:rsidRDefault="003D0A01" w:rsidP="00BD4525">
      <w:pPr>
        <w:jc w:val="right"/>
        <w:rPr>
          <w:rFonts w:cs="Times New Roman"/>
          <w:bCs/>
          <w:sz w:val="22"/>
        </w:rPr>
      </w:pPr>
    </w:p>
    <w:p w:rsidR="003D0A01" w:rsidRDefault="003D0A01" w:rsidP="00BD4525">
      <w:pPr>
        <w:jc w:val="right"/>
        <w:rPr>
          <w:rFonts w:cs="Times New Roman"/>
          <w:bCs/>
          <w:sz w:val="22"/>
        </w:rPr>
      </w:pPr>
    </w:p>
    <w:p w:rsidR="003D0A01" w:rsidRDefault="003D0A01" w:rsidP="00BD4525">
      <w:pPr>
        <w:jc w:val="right"/>
        <w:rPr>
          <w:rFonts w:cs="Times New Roman"/>
          <w:bCs/>
          <w:sz w:val="22"/>
        </w:rPr>
      </w:pPr>
    </w:p>
    <w:p w:rsidR="003D0A01" w:rsidRDefault="003D0A01" w:rsidP="00BD4525">
      <w:pPr>
        <w:jc w:val="right"/>
        <w:rPr>
          <w:rFonts w:cs="Times New Roman"/>
          <w:bCs/>
          <w:sz w:val="22"/>
        </w:rPr>
      </w:pPr>
    </w:p>
    <w:p w:rsidR="003D0A01" w:rsidRDefault="003D0A01" w:rsidP="00BD4525">
      <w:pPr>
        <w:jc w:val="right"/>
        <w:rPr>
          <w:rFonts w:cs="Times New Roman"/>
          <w:bCs/>
          <w:sz w:val="22"/>
        </w:rPr>
      </w:pPr>
    </w:p>
    <w:p w:rsidR="003D0A01" w:rsidRDefault="003D0A01" w:rsidP="00BD4525">
      <w:pPr>
        <w:jc w:val="right"/>
        <w:rPr>
          <w:rFonts w:cs="Times New Roman"/>
          <w:bCs/>
          <w:sz w:val="22"/>
        </w:rPr>
      </w:pPr>
    </w:p>
    <w:p w:rsidR="003D0A01" w:rsidRDefault="003D0A01" w:rsidP="00BD4525">
      <w:pPr>
        <w:jc w:val="right"/>
        <w:rPr>
          <w:rFonts w:cs="Times New Roman"/>
          <w:bCs/>
          <w:sz w:val="22"/>
        </w:rPr>
      </w:pPr>
    </w:p>
    <w:p w:rsidR="003D0A01" w:rsidRDefault="003D0A01" w:rsidP="00BD4525">
      <w:pPr>
        <w:jc w:val="right"/>
        <w:rPr>
          <w:rFonts w:cs="Times New Roman"/>
          <w:bCs/>
          <w:sz w:val="22"/>
        </w:rPr>
      </w:pPr>
    </w:p>
    <w:p w:rsidR="003D0A01" w:rsidRDefault="003D0A01" w:rsidP="00BD4525">
      <w:pPr>
        <w:jc w:val="right"/>
        <w:rPr>
          <w:rFonts w:cs="Times New Roman"/>
          <w:bCs/>
          <w:sz w:val="22"/>
        </w:rPr>
      </w:pPr>
    </w:p>
    <w:p w:rsidR="003D0A01" w:rsidRDefault="003D0A01" w:rsidP="00BD4525">
      <w:pPr>
        <w:jc w:val="right"/>
        <w:rPr>
          <w:rFonts w:cs="Times New Roman"/>
          <w:bCs/>
          <w:sz w:val="22"/>
        </w:rPr>
      </w:pPr>
    </w:p>
    <w:p w:rsidR="003D0A01" w:rsidRDefault="003D0A01" w:rsidP="00BD4525">
      <w:pPr>
        <w:jc w:val="right"/>
        <w:rPr>
          <w:rFonts w:cs="Times New Roman"/>
          <w:bCs/>
          <w:sz w:val="22"/>
        </w:rPr>
      </w:pPr>
    </w:p>
    <w:p w:rsidR="003D0A01" w:rsidRDefault="003D0A01" w:rsidP="00BD4525">
      <w:pPr>
        <w:jc w:val="right"/>
        <w:rPr>
          <w:rFonts w:cs="Times New Roman"/>
          <w:bCs/>
          <w:sz w:val="22"/>
        </w:rPr>
      </w:pPr>
    </w:p>
    <w:p w:rsidR="003D0A01" w:rsidRDefault="003D0A01" w:rsidP="00BD4525">
      <w:pPr>
        <w:jc w:val="right"/>
        <w:rPr>
          <w:rFonts w:cs="Times New Roman"/>
          <w:bCs/>
          <w:sz w:val="22"/>
        </w:rPr>
      </w:pPr>
    </w:p>
    <w:p w:rsidR="003D0A01" w:rsidRDefault="003D0A01" w:rsidP="00BD4525">
      <w:pPr>
        <w:jc w:val="right"/>
        <w:rPr>
          <w:rFonts w:cs="Times New Roman"/>
          <w:bCs/>
          <w:sz w:val="22"/>
        </w:rPr>
      </w:pPr>
    </w:p>
    <w:p w:rsidR="003D0A01" w:rsidRDefault="003D0A01" w:rsidP="00BD4525">
      <w:pPr>
        <w:jc w:val="right"/>
        <w:rPr>
          <w:rFonts w:cs="Times New Roman"/>
          <w:bCs/>
          <w:sz w:val="22"/>
        </w:rPr>
      </w:pPr>
    </w:p>
    <w:p w:rsidR="003D0A01" w:rsidRDefault="003D0A01" w:rsidP="00BD4525">
      <w:pPr>
        <w:jc w:val="right"/>
        <w:rPr>
          <w:rFonts w:cs="Times New Roman"/>
          <w:bCs/>
          <w:sz w:val="22"/>
        </w:rPr>
      </w:pPr>
    </w:p>
    <w:p w:rsidR="003D0A01" w:rsidRDefault="003D0A01" w:rsidP="00BD4525">
      <w:pPr>
        <w:jc w:val="right"/>
        <w:rPr>
          <w:rFonts w:cs="Times New Roman"/>
          <w:bCs/>
          <w:sz w:val="22"/>
        </w:rPr>
      </w:pPr>
    </w:p>
    <w:p w:rsidR="003D0A01" w:rsidRDefault="003D0A01" w:rsidP="00BD4525">
      <w:pPr>
        <w:jc w:val="right"/>
        <w:rPr>
          <w:rFonts w:cs="Times New Roman"/>
          <w:bCs/>
          <w:sz w:val="22"/>
        </w:rPr>
      </w:pPr>
    </w:p>
    <w:p w:rsidR="003D0A01" w:rsidRDefault="003D0A01" w:rsidP="00BD4525">
      <w:pPr>
        <w:jc w:val="right"/>
        <w:rPr>
          <w:rFonts w:cs="Times New Roman"/>
          <w:bCs/>
          <w:sz w:val="22"/>
        </w:rPr>
      </w:pPr>
    </w:p>
    <w:p w:rsidR="003D0A01" w:rsidRDefault="003D0A01" w:rsidP="00BD4525">
      <w:pPr>
        <w:jc w:val="right"/>
        <w:rPr>
          <w:rFonts w:cs="Times New Roman"/>
          <w:bCs/>
          <w:sz w:val="22"/>
        </w:rPr>
      </w:pPr>
    </w:p>
    <w:p w:rsidR="003D0A01" w:rsidRDefault="003D0A01" w:rsidP="00BD4525">
      <w:pPr>
        <w:jc w:val="right"/>
        <w:rPr>
          <w:rFonts w:cs="Times New Roman"/>
          <w:bCs/>
          <w:sz w:val="22"/>
        </w:rPr>
      </w:pPr>
    </w:p>
    <w:p w:rsidR="003D0A01" w:rsidRPr="00A84BC5" w:rsidRDefault="003D0A01" w:rsidP="00BD4525">
      <w:pPr>
        <w:jc w:val="right"/>
        <w:rPr>
          <w:rFonts w:cs="Times New Roman"/>
          <w:bCs/>
          <w:sz w:val="22"/>
        </w:rPr>
      </w:pPr>
    </w:p>
    <w:p w:rsidR="00BD4525" w:rsidRPr="00A84BC5" w:rsidRDefault="00BD4525" w:rsidP="00BD4525">
      <w:pPr>
        <w:jc w:val="right"/>
        <w:rPr>
          <w:rFonts w:cs="Times New Roman"/>
          <w:bCs/>
          <w:sz w:val="22"/>
        </w:rPr>
      </w:pPr>
      <w:proofErr w:type="spellStart"/>
      <w:r w:rsidRPr="00A84BC5">
        <w:rPr>
          <w:rFonts w:cs="Times New Roman"/>
          <w:bCs/>
          <w:sz w:val="22"/>
        </w:rPr>
        <w:t>Anexa</w:t>
      </w:r>
      <w:proofErr w:type="spellEnd"/>
      <w:r w:rsidRPr="00A84BC5">
        <w:rPr>
          <w:rFonts w:cs="Times New Roman"/>
          <w:bCs/>
          <w:sz w:val="22"/>
        </w:rPr>
        <w:t xml:space="preserve"> nr. 1</w:t>
      </w:r>
    </w:p>
    <w:p w:rsidR="00BD4525" w:rsidRPr="00A84BC5" w:rsidRDefault="00BD4525" w:rsidP="00BD4525">
      <w:pPr>
        <w:jc w:val="center"/>
        <w:rPr>
          <w:rFonts w:cs="Times New Roman"/>
          <w:sz w:val="22"/>
        </w:rPr>
      </w:pPr>
      <w:r w:rsidRPr="00A84BC5">
        <w:rPr>
          <w:rFonts w:cs="Times New Roman"/>
          <w:b/>
          <w:sz w:val="22"/>
        </w:rPr>
        <w:t>CERERE DE PARTICIPARE</w:t>
      </w:r>
    </w:p>
    <w:p w:rsidR="00BD4525" w:rsidRPr="00A84BC5" w:rsidRDefault="00BD4525" w:rsidP="00BD4525">
      <w:pPr>
        <w:rPr>
          <w:rFonts w:cs="Times New Roman"/>
          <w:sz w:val="22"/>
        </w:rPr>
      </w:pPr>
      <w:r w:rsidRPr="00A84BC5">
        <w:rPr>
          <w:rFonts w:cs="Times New Roman"/>
          <w:sz w:val="22"/>
        </w:rPr>
        <w:t>Către Agenția Națională pentru Sănătate Publică, mun. Chișinău, str. Gheorghe Asachi 67 A</w:t>
      </w:r>
    </w:p>
    <w:p w:rsidR="00BD4525" w:rsidRPr="00A84BC5" w:rsidRDefault="00BD4525" w:rsidP="00BD4525">
      <w:pPr>
        <w:rPr>
          <w:rFonts w:cs="Times New Roman"/>
          <w:sz w:val="22"/>
        </w:rPr>
      </w:pPr>
      <w:proofErr w:type="spellStart"/>
      <w:r w:rsidRPr="00A84BC5">
        <w:rPr>
          <w:rFonts w:cs="Times New Roman"/>
          <w:sz w:val="22"/>
        </w:rPr>
        <w:t>Stimaţi</w:t>
      </w:r>
      <w:proofErr w:type="spellEnd"/>
      <w:r w:rsidRPr="00A84BC5">
        <w:rPr>
          <w:rFonts w:cs="Times New Roman"/>
          <w:sz w:val="22"/>
        </w:rPr>
        <w:t xml:space="preserve"> </w:t>
      </w:r>
      <w:proofErr w:type="spellStart"/>
      <w:r w:rsidRPr="00A84BC5">
        <w:rPr>
          <w:rFonts w:cs="Times New Roman"/>
          <w:sz w:val="22"/>
        </w:rPr>
        <w:t>domni</w:t>
      </w:r>
      <w:proofErr w:type="spellEnd"/>
      <w:r w:rsidRPr="00A84BC5">
        <w:rPr>
          <w:rFonts w:cs="Times New Roman"/>
          <w:sz w:val="22"/>
        </w:rPr>
        <w:t>,</w:t>
      </w:r>
    </w:p>
    <w:p w:rsidR="00BD4525" w:rsidRPr="00A84BC5" w:rsidRDefault="00BD4525" w:rsidP="00BD4525">
      <w:pPr>
        <w:jc w:val="both"/>
        <w:rPr>
          <w:rFonts w:cs="Times New Roman"/>
          <w:sz w:val="22"/>
        </w:rPr>
      </w:pPr>
      <w:r w:rsidRPr="00A84BC5">
        <w:rPr>
          <w:rFonts w:cs="Times New Roman"/>
          <w:sz w:val="22"/>
        </w:rPr>
        <w:t>Ca urmare a invitației de participare din [ziua/luna/anul], privind aplicarea procedurii pentru atribuirea contractului Servicii de actualizare și securitate FortiGuard cu suportul producătorului pentru echipamentele de rețea Fortinet, noi [denumirea/numele ofertantului/candidatului], am luat cunoştinţă de condițiile și cerințele expuse în documentația de atribuire și exprimăm prin prezenta interesul de a participa, în calitate de ofertant/candidat, neavând obiecții la documentația de atribuire.</w:t>
      </w:r>
    </w:p>
    <w:p w:rsidR="00BD4525" w:rsidRPr="00A84BC5" w:rsidRDefault="00BD4525" w:rsidP="00BD4525">
      <w:pPr>
        <w:rPr>
          <w:rFonts w:cs="Times New Roman"/>
          <w:sz w:val="22"/>
        </w:rPr>
      </w:pPr>
      <w:r w:rsidRPr="00A84BC5">
        <w:rPr>
          <w:rFonts w:cs="Times New Roman"/>
          <w:sz w:val="22"/>
        </w:rPr>
        <w:t xml:space="preserve">Data </w:t>
      </w:r>
      <w:proofErr w:type="spellStart"/>
      <w:r w:rsidRPr="00A84BC5">
        <w:rPr>
          <w:rFonts w:cs="Times New Roman"/>
          <w:sz w:val="22"/>
        </w:rPr>
        <w:t>completării</w:t>
      </w:r>
      <w:proofErr w:type="spellEnd"/>
      <w:r w:rsidRPr="00A84BC5">
        <w:rPr>
          <w:rFonts w:cs="Times New Roman"/>
          <w:sz w:val="22"/>
        </w:rPr>
        <w:t xml:space="preserve"> [data]</w:t>
      </w:r>
    </w:p>
    <w:p w:rsidR="00BD4525" w:rsidRPr="00A84BC5" w:rsidRDefault="00BD4525" w:rsidP="00BD4525">
      <w:pPr>
        <w:rPr>
          <w:rFonts w:cs="Times New Roman"/>
          <w:sz w:val="22"/>
        </w:rPr>
      </w:pPr>
      <w:r w:rsidRPr="00A84BC5">
        <w:rPr>
          <w:rFonts w:cs="Times New Roman"/>
          <w:sz w:val="22"/>
        </w:rPr>
        <w:t xml:space="preserve">Cu </w:t>
      </w:r>
      <w:proofErr w:type="spellStart"/>
      <w:r w:rsidRPr="00A84BC5">
        <w:rPr>
          <w:rFonts w:cs="Times New Roman"/>
          <w:sz w:val="22"/>
        </w:rPr>
        <w:t>stimă</w:t>
      </w:r>
      <w:proofErr w:type="spellEnd"/>
      <w:r w:rsidRPr="00A84BC5">
        <w:rPr>
          <w:rFonts w:cs="Times New Roman"/>
          <w:sz w:val="22"/>
        </w:rPr>
        <w:t>,</w:t>
      </w:r>
    </w:p>
    <w:p w:rsidR="00BD4525" w:rsidRPr="00A84BC5" w:rsidRDefault="00BD4525" w:rsidP="00BD4525">
      <w:pPr>
        <w:rPr>
          <w:rFonts w:cs="Times New Roman"/>
          <w:sz w:val="22"/>
        </w:rPr>
      </w:pPr>
      <w:proofErr w:type="spellStart"/>
      <w:r w:rsidRPr="00A84BC5">
        <w:rPr>
          <w:rFonts w:cs="Times New Roman"/>
          <w:sz w:val="22"/>
        </w:rPr>
        <w:t>Ofertant</w:t>
      </w:r>
      <w:proofErr w:type="spellEnd"/>
      <w:r w:rsidRPr="00A84BC5">
        <w:rPr>
          <w:rFonts w:cs="Times New Roman"/>
          <w:sz w:val="22"/>
        </w:rPr>
        <w:t>/</w:t>
      </w:r>
      <w:proofErr w:type="spellStart"/>
      <w:r w:rsidRPr="00A84BC5">
        <w:rPr>
          <w:rFonts w:cs="Times New Roman"/>
          <w:sz w:val="22"/>
        </w:rPr>
        <w:t>candidat</w:t>
      </w:r>
      <w:proofErr w:type="spellEnd"/>
      <w:r w:rsidRPr="00A84BC5">
        <w:rPr>
          <w:rFonts w:cs="Times New Roman"/>
          <w:sz w:val="22"/>
        </w:rPr>
        <w:t xml:space="preserve"> [</w:t>
      </w:r>
      <w:proofErr w:type="spellStart"/>
      <w:r w:rsidRPr="00A84BC5">
        <w:rPr>
          <w:rFonts w:cs="Times New Roman"/>
          <w:sz w:val="22"/>
        </w:rPr>
        <w:t>denumirea</w:t>
      </w:r>
      <w:proofErr w:type="spellEnd"/>
      <w:r w:rsidRPr="00A84BC5">
        <w:rPr>
          <w:rFonts w:cs="Times New Roman"/>
          <w:sz w:val="22"/>
        </w:rPr>
        <w:t xml:space="preserve"> </w:t>
      </w:r>
      <w:proofErr w:type="spellStart"/>
      <w:r w:rsidRPr="00A84BC5">
        <w:rPr>
          <w:rFonts w:cs="Times New Roman"/>
          <w:sz w:val="22"/>
        </w:rPr>
        <w:t>operatorului</w:t>
      </w:r>
      <w:proofErr w:type="spellEnd"/>
      <w:r w:rsidRPr="00A84BC5">
        <w:rPr>
          <w:rFonts w:cs="Times New Roman"/>
          <w:sz w:val="22"/>
        </w:rPr>
        <w:t xml:space="preserve"> economic]</w:t>
      </w:r>
    </w:p>
    <w:p w:rsidR="00BD4525" w:rsidRPr="00A84BC5" w:rsidRDefault="00BD4525" w:rsidP="00BD4525">
      <w:pPr>
        <w:rPr>
          <w:rFonts w:cs="Times New Roman"/>
          <w:sz w:val="22"/>
        </w:rPr>
      </w:pPr>
      <w:r w:rsidRPr="00A84BC5">
        <w:rPr>
          <w:rFonts w:cs="Times New Roman"/>
          <w:sz w:val="22"/>
        </w:rPr>
        <w:t>[</w:t>
      </w:r>
      <w:proofErr w:type="spellStart"/>
      <w:r w:rsidRPr="00A84BC5">
        <w:rPr>
          <w:rFonts w:cs="Times New Roman"/>
          <w:sz w:val="22"/>
        </w:rPr>
        <w:t>semnătura</w:t>
      </w:r>
      <w:proofErr w:type="spellEnd"/>
      <w:r w:rsidRPr="00A84BC5">
        <w:rPr>
          <w:rFonts w:cs="Times New Roman"/>
          <w:sz w:val="22"/>
        </w:rPr>
        <w:t xml:space="preserve"> </w:t>
      </w:r>
      <w:proofErr w:type="spellStart"/>
      <w:r w:rsidRPr="00A84BC5">
        <w:rPr>
          <w:rFonts w:cs="Times New Roman"/>
          <w:sz w:val="22"/>
        </w:rPr>
        <w:t>autorizată</w:t>
      </w:r>
      <w:proofErr w:type="spellEnd"/>
      <w:r w:rsidRPr="00A84BC5">
        <w:rPr>
          <w:rFonts w:cs="Times New Roman"/>
          <w:sz w:val="22"/>
        </w:rPr>
        <w:t>]</w:t>
      </w:r>
    </w:p>
    <w:p w:rsidR="004D7ED4" w:rsidRPr="00A84BC5" w:rsidRDefault="004D7ED4" w:rsidP="00D756A6">
      <w:pPr>
        <w:rPr>
          <w:rStyle w:val="Hyperlink"/>
          <w:rFonts w:cs="Times New Roman"/>
          <w:color w:val="auto"/>
          <w:sz w:val="22"/>
          <w:u w:val="none"/>
        </w:rPr>
      </w:pPr>
    </w:p>
    <w:p w:rsidR="004D7ED4" w:rsidRPr="00A84BC5" w:rsidRDefault="004D7ED4" w:rsidP="00D756A6">
      <w:pPr>
        <w:rPr>
          <w:rStyle w:val="Hyperlink"/>
          <w:rFonts w:cs="Times New Roman"/>
          <w:color w:val="auto"/>
          <w:sz w:val="22"/>
          <w:u w:val="none"/>
        </w:rPr>
        <w:sectPr w:rsidR="004D7ED4" w:rsidRPr="00A84BC5" w:rsidSect="00924ED0">
          <w:type w:val="continuous"/>
          <w:pgSz w:w="11906" w:h="16838"/>
          <w:pgMar w:top="1134" w:right="850" w:bottom="1134" w:left="1701" w:header="709" w:footer="709" w:gutter="0"/>
          <w:cols w:space="720"/>
          <w:docGrid w:linePitch="326"/>
        </w:sectPr>
      </w:pPr>
    </w:p>
    <w:p w:rsidR="004D7ED4" w:rsidRPr="00A84BC5" w:rsidRDefault="004D7ED4" w:rsidP="004D7ED4">
      <w:pPr>
        <w:rPr>
          <w:rFonts w:cs="Times New Roman"/>
          <w:bCs/>
          <w:sz w:val="22"/>
        </w:rPr>
      </w:pPr>
    </w:p>
    <w:p w:rsidR="00924ED0" w:rsidRPr="00A84BC5" w:rsidRDefault="004D7ED4" w:rsidP="00924ED0">
      <w:pPr>
        <w:jc w:val="right"/>
        <w:rPr>
          <w:rFonts w:cs="Times New Roman"/>
          <w:bCs/>
          <w:sz w:val="22"/>
        </w:rPr>
      </w:pPr>
      <w:proofErr w:type="spellStart"/>
      <w:r w:rsidRPr="00A84BC5">
        <w:rPr>
          <w:rFonts w:cs="Times New Roman"/>
          <w:bCs/>
          <w:sz w:val="22"/>
        </w:rPr>
        <w:t>A</w:t>
      </w:r>
      <w:r w:rsidR="00924ED0" w:rsidRPr="00A84BC5">
        <w:rPr>
          <w:rFonts w:cs="Times New Roman"/>
          <w:bCs/>
          <w:sz w:val="22"/>
        </w:rPr>
        <w:t>nexa</w:t>
      </w:r>
      <w:proofErr w:type="spellEnd"/>
      <w:r w:rsidR="00924ED0" w:rsidRPr="00A84BC5">
        <w:rPr>
          <w:rFonts w:cs="Times New Roman"/>
          <w:bCs/>
          <w:sz w:val="22"/>
        </w:rPr>
        <w:t xml:space="preserve"> nr. </w:t>
      </w:r>
      <w:r w:rsidR="003D0A01">
        <w:rPr>
          <w:rFonts w:cs="Times New Roman"/>
          <w:bCs/>
          <w:sz w:val="22"/>
        </w:rPr>
        <w:t>2</w:t>
      </w:r>
    </w:p>
    <w:p w:rsidR="00924ED0" w:rsidRPr="00A84BC5" w:rsidRDefault="00924ED0" w:rsidP="00924ED0">
      <w:pPr>
        <w:jc w:val="right"/>
        <w:rPr>
          <w:rFonts w:cs="Times New Roman"/>
          <w:b/>
          <w:sz w:val="22"/>
        </w:rPr>
      </w:pPr>
    </w:p>
    <w:p w:rsidR="00924ED0" w:rsidRPr="00A84BC5" w:rsidRDefault="00924ED0" w:rsidP="00924ED0">
      <w:pPr>
        <w:jc w:val="right"/>
        <w:rPr>
          <w:rFonts w:cs="Times New Roman"/>
          <w:sz w:val="22"/>
          <w:lang w:val="ro-MD"/>
        </w:rPr>
      </w:pPr>
      <w:r w:rsidRPr="00A84BC5">
        <w:rPr>
          <w:rFonts w:cs="Times New Roman"/>
          <w:sz w:val="22"/>
          <w:lang w:val="ro-MD"/>
        </w:rPr>
        <w:t xml:space="preserve">APROBAT </w:t>
      </w:r>
    </w:p>
    <w:p w:rsidR="00924ED0" w:rsidRPr="00A84BC5" w:rsidRDefault="00924ED0" w:rsidP="00924ED0">
      <w:pPr>
        <w:jc w:val="right"/>
        <w:rPr>
          <w:rFonts w:cs="Times New Roman"/>
          <w:sz w:val="22"/>
          <w:lang w:val="ro-MD"/>
        </w:rPr>
      </w:pPr>
      <w:proofErr w:type="spellStart"/>
      <w:r w:rsidRPr="00A84BC5">
        <w:rPr>
          <w:rFonts w:cs="Times New Roman"/>
          <w:sz w:val="22"/>
          <w:lang w:val="ro-MD"/>
        </w:rPr>
        <w:t>rin</w:t>
      </w:r>
      <w:proofErr w:type="spellEnd"/>
      <w:r w:rsidRPr="00A84BC5">
        <w:rPr>
          <w:rFonts w:cs="Times New Roman"/>
          <w:sz w:val="22"/>
          <w:lang w:val="ro-MD"/>
        </w:rPr>
        <w:t xml:space="preserve"> Ordinul </w:t>
      </w:r>
    </w:p>
    <w:p w:rsidR="00924ED0" w:rsidRPr="00A84BC5" w:rsidRDefault="00924ED0" w:rsidP="00924ED0">
      <w:pPr>
        <w:jc w:val="right"/>
        <w:rPr>
          <w:rFonts w:cs="Times New Roman"/>
          <w:sz w:val="22"/>
          <w:lang w:val="ro-MD"/>
        </w:rPr>
      </w:pPr>
      <w:r w:rsidRPr="00A84BC5">
        <w:rPr>
          <w:rFonts w:cs="Times New Roman"/>
          <w:sz w:val="22"/>
          <w:lang w:val="ro-MD"/>
        </w:rPr>
        <w:t>Ministrului Finanțelor</w:t>
      </w:r>
    </w:p>
    <w:p w:rsidR="00924ED0" w:rsidRPr="00A84BC5" w:rsidRDefault="00924ED0" w:rsidP="00924ED0">
      <w:pPr>
        <w:jc w:val="right"/>
        <w:rPr>
          <w:rFonts w:cs="Times New Roman"/>
          <w:sz w:val="22"/>
          <w:lang w:val="ro-MD"/>
        </w:rPr>
      </w:pPr>
      <w:r w:rsidRPr="00A84BC5">
        <w:rPr>
          <w:rFonts w:cs="Times New Roman"/>
          <w:sz w:val="22"/>
          <w:lang w:val="ro-MD"/>
        </w:rPr>
        <w:t xml:space="preserve">                                               nr.      din _________2020          </w:t>
      </w:r>
    </w:p>
    <w:p w:rsidR="00924ED0" w:rsidRPr="00A84BC5" w:rsidRDefault="00924ED0" w:rsidP="00924ED0">
      <w:pPr>
        <w:jc w:val="right"/>
        <w:rPr>
          <w:rFonts w:cs="Times New Roman"/>
          <w:sz w:val="22"/>
          <w:lang w:val="ro-MD"/>
        </w:rPr>
      </w:pPr>
    </w:p>
    <w:p w:rsidR="00924ED0" w:rsidRPr="00A84BC5" w:rsidRDefault="00924ED0" w:rsidP="00924ED0">
      <w:pPr>
        <w:jc w:val="center"/>
        <w:rPr>
          <w:rFonts w:cs="Times New Roman"/>
          <w:b/>
          <w:sz w:val="22"/>
          <w:lang w:val="ro-MD"/>
        </w:rPr>
      </w:pPr>
    </w:p>
    <w:p w:rsidR="00924ED0" w:rsidRPr="00A84BC5" w:rsidRDefault="00924ED0" w:rsidP="00924ED0">
      <w:pPr>
        <w:jc w:val="center"/>
        <w:rPr>
          <w:rFonts w:cs="Times New Roman"/>
          <w:b/>
          <w:sz w:val="22"/>
          <w:lang w:val="ro-MD"/>
        </w:rPr>
      </w:pPr>
      <w:r w:rsidRPr="00A84BC5">
        <w:rPr>
          <w:rFonts w:cs="Times New Roman"/>
          <w:b/>
          <w:sz w:val="22"/>
          <w:lang w:val="ro-MD"/>
        </w:rPr>
        <w:t xml:space="preserve">FORMULARUL STANDARD AL DOCUMENTULUI UNIC </w:t>
      </w:r>
    </w:p>
    <w:p w:rsidR="00924ED0" w:rsidRPr="00A84BC5" w:rsidRDefault="00924ED0" w:rsidP="00924ED0">
      <w:pPr>
        <w:jc w:val="center"/>
        <w:rPr>
          <w:rFonts w:cs="Times New Roman"/>
          <w:b/>
          <w:sz w:val="22"/>
          <w:lang w:val="ro-MD"/>
        </w:rPr>
      </w:pPr>
      <w:r w:rsidRPr="00A84BC5">
        <w:rPr>
          <w:rFonts w:cs="Times New Roman"/>
          <w:b/>
          <w:sz w:val="22"/>
          <w:lang w:val="ro-MD"/>
        </w:rPr>
        <w:t>DE ACHIZIȚII EUROPEAN</w:t>
      </w:r>
    </w:p>
    <w:p w:rsidR="00924ED0" w:rsidRPr="00A84BC5" w:rsidRDefault="00924ED0" w:rsidP="00924ED0">
      <w:pPr>
        <w:jc w:val="both"/>
        <w:rPr>
          <w:rFonts w:cs="Times New Roman"/>
          <w:b/>
          <w:sz w:val="22"/>
          <w:lang w:val="ro-MD"/>
        </w:rPr>
      </w:pPr>
    </w:p>
    <w:p w:rsidR="00924ED0" w:rsidRPr="00A84BC5" w:rsidRDefault="00924ED0" w:rsidP="00924ED0">
      <w:pPr>
        <w:numPr>
          <w:ilvl w:val="0"/>
          <w:numId w:val="27"/>
        </w:numPr>
        <w:tabs>
          <w:tab w:val="left" w:pos="426"/>
        </w:tabs>
        <w:suppressAutoHyphens/>
        <w:ind w:left="0" w:firstLine="0"/>
        <w:jc w:val="both"/>
        <w:rPr>
          <w:rFonts w:cs="Times New Roman"/>
          <w:sz w:val="22"/>
          <w:lang w:val="ro-MD"/>
        </w:rPr>
      </w:pPr>
      <w:r w:rsidRPr="00A84BC5">
        <w:rPr>
          <w:rFonts w:cs="Times New Roman"/>
          <w:sz w:val="22"/>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924ED0" w:rsidRPr="00A84BC5" w:rsidRDefault="00924ED0" w:rsidP="00924ED0">
      <w:pPr>
        <w:numPr>
          <w:ilvl w:val="0"/>
          <w:numId w:val="27"/>
        </w:numPr>
        <w:tabs>
          <w:tab w:val="left" w:pos="426"/>
        </w:tabs>
        <w:suppressAutoHyphens/>
        <w:ind w:left="0" w:firstLine="0"/>
        <w:jc w:val="both"/>
        <w:rPr>
          <w:rFonts w:cs="Times New Roman"/>
          <w:sz w:val="22"/>
          <w:lang w:val="ro-MD"/>
        </w:rPr>
      </w:pPr>
      <w:r w:rsidRPr="00A84BC5">
        <w:rPr>
          <w:rFonts w:cs="Times New Roman"/>
          <w:sz w:val="22"/>
          <w:lang w:val="ro-MD"/>
        </w:rPr>
        <w:t xml:space="preserve">Formularul este completat, semnat electronic și transmis autorității contractante la depunerea ofertei. </w:t>
      </w:r>
    </w:p>
    <w:p w:rsidR="00924ED0" w:rsidRPr="00A84BC5" w:rsidRDefault="00924ED0" w:rsidP="00924ED0">
      <w:pPr>
        <w:numPr>
          <w:ilvl w:val="0"/>
          <w:numId w:val="27"/>
        </w:numPr>
        <w:tabs>
          <w:tab w:val="left" w:pos="426"/>
        </w:tabs>
        <w:suppressAutoHyphens/>
        <w:ind w:left="0" w:firstLine="0"/>
        <w:jc w:val="both"/>
        <w:rPr>
          <w:rFonts w:cs="Times New Roman"/>
          <w:sz w:val="22"/>
          <w:lang w:val="ro-MD"/>
        </w:rPr>
      </w:pPr>
      <w:r w:rsidRPr="00A84BC5">
        <w:rPr>
          <w:rFonts w:cs="Times New Roman"/>
          <w:sz w:val="22"/>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924ED0" w:rsidRPr="00A84BC5" w:rsidRDefault="00924ED0" w:rsidP="00924ED0">
      <w:pPr>
        <w:numPr>
          <w:ilvl w:val="0"/>
          <w:numId w:val="27"/>
        </w:numPr>
        <w:tabs>
          <w:tab w:val="left" w:pos="426"/>
        </w:tabs>
        <w:suppressAutoHyphens/>
        <w:ind w:left="0" w:firstLine="0"/>
        <w:jc w:val="both"/>
        <w:rPr>
          <w:rFonts w:cs="Times New Roman"/>
          <w:sz w:val="22"/>
          <w:lang w:val="ro-MD"/>
        </w:rPr>
      </w:pPr>
      <w:r w:rsidRPr="00A84BC5">
        <w:rPr>
          <w:rFonts w:cs="Times New Roman"/>
          <w:sz w:val="22"/>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924ED0" w:rsidRPr="00A84BC5" w:rsidRDefault="00924ED0" w:rsidP="00924ED0">
      <w:pPr>
        <w:numPr>
          <w:ilvl w:val="0"/>
          <w:numId w:val="27"/>
        </w:numPr>
        <w:suppressAutoHyphens/>
        <w:jc w:val="both"/>
        <w:rPr>
          <w:rFonts w:cs="Times New Roman"/>
          <w:sz w:val="22"/>
          <w:lang w:val="ro-MD"/>
        </w:rPr>
      </w:pPr>
      <w:r w:rsidRPr="00A84BC5">
        <w:rPr>
          <w:rFonts w:cs="Times New Roman"/>
          <w:sz w:val="22"/>
          <w:lang w:val="ro-MD"/>
        </w:rPr>
        <w:t>Formularul DUAE este constituit din 7 capitole, și anume:</w:t>
      </w:r>
    </w:p>
    <w:p w:rsidR="00924ED0" w:rsidRPr="00A84BC5" w:rsidRDefault="00924ED0" w:rsidP="00924ED0">
      <w:pPr>
        <w:numPr>
          <w:ilvl w:val="0"/>
          <w:numId w:val="28"/>
        </w:numPr>
        <w:suppressAutoHyphens/>
        <w:ind w:left="0" w:firstLine="360"/>
        <w:jc w:val="both"/>
        <w:rPr>
          <w:rFonts w:cs="Times New Roman"/>
          <w:sz w:val="22"/>
          <w:lang w:val="ro-MD"/>
        </w:rPr>
      </w:pPr>
      <w:r w:rsidRPr="00A84BC5">
        <w:rPr>
          <w:rFonts w:cs="Times New Roman"/>
          <w:sz w:val="22"/>
          <w:lang w:val="ro-MD"/>
        </w:rPr>
        <w:t>Capitolul I. Informații privind procedura de achiziție publică și autoritatea/entitatea contractantă;</w:t>
      </w:r>
    </w:p>
    <w:p w:rsidR="00924ED0" w:rsidRPr="00A84BC5" w:rsidRDefault="00924ED0" w:rsidP="00924ED0">
      <w:pPr>
        <w:numPr>
          <w:ilvl w:val="0"/>
          <w:numId w:val="28"/>
        </w:numPr>
        <w:suppressAutoHyphens/>
        <w:ind w:left="0" w:firstLine="360"/>
        <w:jc w:val="both"/>
        <w:rPr>
          <w:rFonts w:cs="Times New Roman"/>
          <w:sz w:val="22"/>
          <w:lang w:val="ro-MD"/>
        </w:rPr>
      </w:pPr>
      <w:r w:rsidRPr="00A84BC5">
        <w:rPr>
          <w:rFonts w:cs="Times New Roman"/>
          <w:sz w:val="22"/>
          <w:lang w:val="ro-MD"/>
        </w:rPr>
        <w:t>Capitolul II. Informații referitoare la operatorul economic;</w:t>
      </w:r>
    </w:p>
    <w:p w:rsidR="00924ED0" w:rsidRPr="00A84BC5" w:rsidRDefault="00924ED0" w:rsidP="00924ED0">
      <w:pPr>
        <w:numPr>
          <w:ilvl w:val="0"/>
          <w:numId w:val="28"/>
        </w:numPr>
        <w:suppressAutoHyphens/>
        <w:ind w:left="0" w:firstLine="360"/>
        <w:jc w:val="both"/>
        <w:rPr>
          <w:rFonts w:cs="Times New Roman"/>
          <w:sz w:val="22"/>
          <w:lang w:val="ro-MD"/>
        </w:rPr>
      </w:pPr>
      <w:r w:rsidRPr="00A84BC5">
        <w:rPr>
          <w:rFonts w:cs="Times New Roman"/>
          <w:sz w:val="22"/>
          <w:lang w:val="ro-MD"/>
        </w:rPr>
        <w:t>Capitolul III. Motive de excludere din cadrul procedurii de achiziție publică;</w:t>
      </w:r>
    </w:p>
    <w:p w:rsidR="00924ED0" w:rsidRPr="00A84BC5" w:rsidRDefault="00924ED0" w:rsidP="00924ED0">
      <w:pPr>
        <w:numPr>
          <w:ilvl w:val="0"/>
          <w:numId w:val="28"/>
        </w:numPr>
        <w:suppressAutoHyphens/>
        <w:ind w:left="0" w:firstLine="360"/>
        <w:jc w:val="both"/>
        <w:rPr>
          <w:rFonts w:cs="Times New Roman"/>
          <w:sz w:val="22"/>
          <w:lang w:val="ro-MD"/>
        </w:rPr>
      </w:pPr>
      <w:r w:rsidRPr="00A84BC5">
        <w:rPr>
          <w:rFonts w:cs="Times New Roman"/>
          <w:sz w:val="22"/>
          <w:lang w:val="ro-MD"/>
        </w:rPr>
        <w:t>Capitolul IV. Criteriile de calificare și selecție a operatorilor economici;</w:t>
      </w:r>
    </w:p>
    <w:p w:rsidR="00924ED0" w:rsidRPr="00A84BC5" w:rsidRDefault="00924ED0" w:rsidP="00924ED0">
      <w:pPr>
        <w:numPr>
          <w:ilvl w:val="0"/>
          <w:numId w:val="28"/>
        </w:numPr>
        <w:suppressAutoHyphens/>
        <w:ind w:left="0" w:firstLine="360"/>
        <w:jc w:val="both"/>
        <w:rPr>
          <w:rFonts w:cs="Times New Roman"/>
          <w:sz w:val="22"/>
          <w:lang w:val="ro-MD"/>
        </w:rPr>
      </w:pPr>
      <w:r w:rsidRPr="00A84BC5">
        <w:rPr>
          <w:rFonts w:cs="Times New Roman"/>
          <w:sz w:val="22"/>
          <w:lang w:val="ro-MD"/>
        </w:rPr>
        <w:t>Capitolul V. Indicații generale pentru criteriile de selecție a operatorilor economici;</w:t>
      </w:r>
    </w:p>
    <w:p w:rsidR="00924ED0" w:rsidRPr="00A84BC5" w:rsidRDefault="00924ED0" w:rsidP="00924ED0">
      <w:pPr>
        <w:numPr>
          <w:ilvl w:val="0"/>
          <w:numId w:val="28"/>
        </w:numPr>
        <w:suppressAutoHyphens/>
        <w:ind w:left="0" w:firstLine="360"/>
        <w:jc w:val="both"/>
        <w:rPr>
          <w:rFonts w:cs="Times New Roman"/>
          <w:sz w:val="22"/>
          <w:lang w:val="ro-MD"/>
        </w:rPr>
      </w:pPr>
      <w:r w:rsidRPr="00A84BC5">
        <w:rPr>
          <w:rFonts w:cs="Times New Roman"/>
          <w:sz w:val="22"/>
          <w:lang w:val="ro-MD"/>
        </w:rPr>
        <w:t>Capitolul VI. Preselecția candidaților pentru procedura de atribuire a contractului de achiziție publică;</w:t>
      </w:r>
    </w:p>
    <w:p w:rsidR="00924ED0" w:rsidRPr="00A84BC5" w:rsidRDefault="00924ED0" w:rsidP="00924ED0">
      <w:pPr>
        <w:numPr>
          <w:ilvl w:val="0"/>
          <w:numId w:val="28"/>
        </w:numPr>
        <w:suppressAutoHyphens/>
        <w:jc w:val="both"/>
        <w:rPr>
          <w:rFonts w:cs="Times New Roman"/>
          <w:sz w:val="22"/>
          <w:lang w:val="ro-MD"/>
        </w:rPr>
      </w:pPr>
      <w:r w:rsidRPr="00A84BC5">
        <w:rPr>
          <w:rFonts w:cs="Times New Roman"/>
          <w:sz w:val="22"/>
          <w:lang w:val="ro-MD"/>
        </w:rPr>
        <w:t>Capitolul VII. Declarații finale.</w:t>
      </w:r>
    </w:p>
    <w:p w:rsidR="00924ED0" w:rsidRPr="00A84BC5" w:rsidRDefault="00924ED0" w:rsidP="00924ED0">
      <w:pPr>
        <w:numPr>
          <w:ilvl w:val="0"/>
          <w:numId w:val="27"/>
        </w:numPr>
        <w:suppressAutoHyphens/>
        <w:jc w:val="both"/>
        <w:rPr>
          <w:rFonts w:cs="Times New Roman"/>
          <w:sz w:val="22"/>
          <w:lang w:val="ro-MD"/>
        </w:rPr>
      </w:pPr>
      <w:r w:rsidRPr="00A84BC5">
        <w:rPr>
          <w:rFonts w:cs="Times New Roman"/>
          <w:sz w:val="22"/>
          <w:lang w:val="ro-MD"/>
        </w:rPr>
        <w:t>Prezentarea formularului DUAE la depunerea ofertei care nu este conform cu cerințele stabilite în Documentația de atribuire duce la respingerea ofertei.</w:t>
      </w:r>
    </w:p>
    <w:p w:rsidR="00924ED0" w:rsidRPr="00A84BC5" w:rsidRDefault="00924ED0" w:rsidP="00924ED0">
      <w:pPr>
        <w:jc w:val="both"/>
        <w:rPr>
          <w:rFonts w:cs="Times New Roman"/>
          <w:sz w:val="22"/>
        </w:rPr>
      </w:pPr>
      <w:r w:rsidRPr="00A84BC5">
        <w:rPr>
          <w:rFonts w:cs="Times New Roman"/>
          <w:b/>
          <w:sz w:val="22"/>
          <w:lang w:val="ro-MD"/>
        </w:rPr>
        <w:t>Capitolul I. Informații privind procedura de achiziție publică și autoritatea/entitatea contractantă</w:t>
      </w:r>
    </w:p>
    <w:p w:rsidR="00924ED0" w:rsidRPr="00A84BC5" w:rsidRDefault="00924ED0" w:rsidP="00924ED0">
      <w:pPr>
        <w:rPr>
          <w:rFonts w:cs="Times New Roman"/>
          <w:b/>
          <w:sz w:val="22"/>
          <w:lang w:val="ro-MD"/>
        </w:rPr>
      </w:pPr>
    </w:p>
    <w:p w:rsidR="00924ED0" w:rsidRPr="00A84BC5" w:rsidRDefault="00924ED0" w:rsidP="00924ED0">
      <w:pPr>
        <w:jc w:val="both"/>
        <w:rPr>
          <w:rFonts w:cs="Times New Roman"/>
          <w:sz w:val="22"/>
          <w:lang w:val="ro-MD"/>
        </w:rPr>
      </w:pPr>
      <w:r w:rsidRPr="00A84BC5">
        <w:rPr>
          <w:rFonts w:cs="Times New Roman"/>
          <w:i/>
          <w:sz w:val="22"/>
          <w:lang w:val="ro-MD"/>
        </w:rPr>
        <w:t xml:space="preserve">Compartimentul se completează doar de către autoritatea/entitatea contractantă. </w:t>
      </w:r>
    </w:p>
    <w:tbl>
      <w:tblPr>
        <w:tblW w:w="0" w:type="auto"/>
        <w:jc w:val="center"/>
        <w:tblLook w:val="0000" w:firstRow="0" w:lastRow="0" w:firstColumn="0" w:lastColumn="0" w:noHBand="0" w:noVBand="0"/>
      </w:tblPr>
      <w:tblGrid>
        <w:gridCol w:w="2650"/>
        <w:gridCol w:w="4458"/>
        <w:gridCol w:w="2520"/>
      </w:tblGrid>
      <w:tr w:rsidR="00924ED0" w:rsidRPr="00A84BC5" w:rsidTr="00D756A6">
        <w:trPr>
          <w:cantSplit/>
          <w:tblHeader/>
          <w:jc w:val="center"/>
        </w:trPr>
        <w:tc>
          <w:tcPr>
            <w:tcW w:w="394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b/>
                <w:sz w:val="22"/>
                <w:lang w:val="ro-MD"/>
              </w:rPr>
            </w:pPr>
            <w:r w:rsidRPr="00A84BC5">
              <w:rPr>
                <w:rFonts w:cs="Times New Roman"/>
                <w:b/>
                <w:sz w:val="22"/>
                <w:lang w:val="ro-MD"/>
              </w:rPr>
              <w:t>Cod poziție</w:t>
            </w:r>
          </w:p>
        </w:tc>
        <w:tc>
          <w:tcPr>
            <w:tcW w:w="623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720"/>
              <w:contextualSpacing/>
              <w:jc w:val="center"/>
              <w:rPr>
                <w:rFonts w:cs="Times New Roman"/>
                <w:b/>
                <w:sz w:val="22"/>
                <w:lang w:val="ro-MD"/>
              </w:rPr>
            </w:pPr>
            <w:r w:rsidRPr="00A84BC5">
              <w:rPr>
                <w:rFonts w:cs="Times New Roman"/>
                <w:b/>
                <w:sz w:val="22"/>
                <w:lang w:val="ro-MD"/>
              </w:rPr>
              <w:t>Conținutul cerinței</w:t>
            </w:r>
          </w:p>
        </w:tc>
        <w:tc>
          <w:tcPr>
            <w:tcW w:w="31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77"/>
              <w:contextualSpacing/>
              <w:jc w:val="center"/>
              <w:rPr>
                <w:rFonts w:cs="Times New Roman"/>
                <w:b/>
                <w:sz w:val="22"/>
                <w:lang w:val="ro-MD"/>
              </w:rPr>
            </w:pPr>
            <w:r w:rsidRPr="00A84BC5">
              <w:rPr>
                <w:rFonts w:cs="Times New Roman"/>
                <w:b/>
                <w:sz w:val="22"/>
                <w:lang w:val="ro-MD"/>
              </w:rPr>
              <w:t>Răspuns</w:t>
            </w:r>
          </w:p>
        </w:tc>
      </w:tr>
      <w:tr w:rsidR="00924ED0" w:rsidRPr="00A84BC5" w:rsidTr="00D756A6">
        <w:trPr>
          <w:cantSplit/>
          <w:jc w:val="center"/>
        </w:trPr>
        <w:tc>
          <w:tcPr>
            <w:tcW w:w="394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sz w:val="22"/>
                <w:lang w:val="ro-MD"/>
              </w:rPr>
            </w:pPr>
            <w:r w:rsidRPr="00A84BC5">
              <w:rPr>
                <w:rFonts w:cs="Times New Roman"/>
                <w:sz w:val="22"/>
                <w:lang w:val="ro-MD"/>
              </w:rPr>
              <w:t>1</w:t>
            </w:r>
          </w:p>
        </w:tc>
        <w:tc>
          <w:tcPr>
            <w:tcW w:w="623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720"/>
              <w:contextualSpacing/>
              <w:jc w:val="center"/>
              <w:rPr>
                <w:rFonts w:cs="Times New Roman"/>
                <w:sz w:val="22"/>
                <w:lang w:val="ro-MD"/>
              </w:rPr>
            </w:pPr>
            <w:r w:rsidRPr="00A84BC5">
              <w:rPr>
                <w:rFonts w:cs="Times New Roman"/>
                <w:sz w:val="22"/>
                <w:lang w:val="ro-MD"/>
              </w:rPr>
              <w:t>2</w:t>
            </w:r>
          </w:p>
        </w:tc>
        <w:tc>
          <w:tcPr>
            <w:tcW w:w="31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77"/>
              <w:contextualSpacing/>
              <w:jc w:val="center"/>
              <w:rPr>
                <w:rFonts w:cs="Times New Roman"/>
                <w:sz w:val="22"/>
                <w:lang w:val="ro-MD"/>
              </w:rPr>
            </w:pPr>
            <w:r w:rsidRPr="00A84BC5">
              <w:rPr>
                <w:rFonts w:cs="Times New Roman"/>
                <w:sz w:val="22"/>
                <w:lang w:val="ro-MD"/>
              </w:rPr>
              <w:t>3</w:t>
            </w:r>
          </w:p>
        </w:tc>
      </w:tr>
      <w:tr w:rsidR="00924ED0" w:rsidRPr="00A84BC5" w:rsidTr="00D756A6">
        <w:trPr>
          <w:cantSplit/>
          <w:jc w:val="center"/>
        </w:trPr>
        <w:tc>
          <w:tcPr>
            <w:tcW w:w="13320" w:type="dxa"/>
            <w:gridSpan w:val="3"/>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numPr>
                <w:ilvl w:val="0"/>
                <w:numId w:val="20"/>
              </w:numPr>
              <w:suppressAutoHyphens/>
              <w:contextualSpacing/>
              <w:rPr>
                <w:rFonts w:cs="Times New Roman"/>
                <w:b/>
                <w:sz w:val="22"/>
                <w:lang w:val="ro-MD"/>
              </w:rPr>
            </w:pPr>
            <w:r w:rsidRPr="00A84BC5">
              <w:rPr>
                <w:rFonts w:cs="Times New Roman"/>
                <w:b/>
                <w:sz w:val="22"/>
                <w:lang w:val="ro-MD"/>
              </w:rPr>
              <w:t>Informații despre publicare</w:t>
            </w:r>
          </w:p>
        </w:tc>
      </w:tr>
      <w:tr w:rsidR="00924ED0" w:rsidRPr="00A84BC5" w:rsidTr="00D756A6">
        <w:trPr>
          <w:cantSplit/>
          <w:trHeight w:val="943"/>
          <w:jc w:val="center"/>
        </w:trPr>
        <w:tc>
          <w:tcPr>
            <w:tcW w:w="394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142"/>
              <w:contextualSpacing/>
              <w:jc w:val="center"/>
              <w:rPr>
                <w:rFonts w:cs="Times New Roman"/>
                <w:sz w:val="22"/>
                <w:lang w:val="ro-MD"/>
              </w:rPr>
            </w:pPr>
            <w:r w:rsidRPr="00A84BC5">
              <w:rPr>
                <w:rFonts w:cs="Times New Roman"/>
                <w:sz w:val="22"/>
                <w:lang w:val="ro-MD"/>
              </w:rPr>
              <w:t>1A.1</w:t>
            </w:r>
          </w:p>
        </w:tc>
        <w:tc>
          <w:tcPr>
            <w:tcW w:w="623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both"/>
              <w:rPr>
                <w:rFonts w:cs="Times New Roman"/>
                <w:sz w:val="22"/>
                <w:lang w:val="ro-MD"/>
              </w:rPr>
            </w:pPr>
            <w:r w:rsidRPr="00A84BC5">
              <w:rPr>
                <w:rFonts w:cs="Times New Roman"/>
                <w:sz w:val="22"/>
                <w:lang w:val="ro-MD"/>
              </w:rPr>
              <w:t>Numărul anunțului/invitației publicate în Buletinul achizițiilor publice, și după caz numărul anunțului publicat în Jurnalul Oficial al Uniunii Europene</w:t>
            </w:r>
          </w:p>
        </w:tc>
        <w:tc>
          <w:tcPr>
            <w:tcW w:w="31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rPr>
                <w:rFonts w:cs="Times New Roman"/>
                <w:sz w:val="22"/>
              </w:rPr>
            </w:pPr>
            <w:r w:rsidRPr="00A84BC5">
              <w:rPr>
                <w:rFonts w:cs="Times New Roman"/>
                <w:sz w:val="22"/>
              </w:rPr>
              <w:t>Conform SIA RSAP</w:t>
            </w:r>
          </w:p>
        </w:tc>
      </w:tr>
      <w:tr w:rsidR="00924ED0" w:rsidRPr="00A84BC5" w:rsidTr="00D756A6">
        <w:trPr>
          <w:cantSplit/>
          <w:jc w:val="center"/>
        </w:trPr>
        <w:tc>
          <w:tcPr>
            <w:tcW w:w="13320" w:type="dxa"/>
            <w:gridSpan w:val="3"/>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numPr>
                <w:ilvl w:val="0"/>
                <w:numId w:val="20"/>
              </w:numPr>
              <w:suppressAutoHyphens/>
              <w:contextualSpacing/>
              <w:rPr>
                <w:rFonts w:cs="Times New Roman"/>
                <w:b/>
                <w:sz w:val="22"/>
                <w:lang w:val="ro-MD"/>
              </w:rPr>
            </w:pPr>
            <w:r w:rsidRPr="00A84BC5">
              <w:rPr>
                <w:rFonts w:cs="Times New Roman"/>
                <w:b/>
                <w:sz w:val="22"/>
                <w:lang w:val="ro-MD"/>
              </w:rPr>
              <w:t>Identitatea autorității/entității contractante</w:t>
            </w:r>
          </w:p>
        </w:tc>
      </w:tr>
      <w:tr w:rsidR="00924ED0" w:rsidRPr="00A84BC5" w:rsidTr="00D756A6">
        <w:trPr>
          <w:cantSplit/>
          <w:trHeight w:val="264"/>
          <w:jc w:val="center"/>
        </w:trPr>
        <w:tc>
          <w:tcPr>
            <w:tcW w:w="394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142"/>
              <w:contextualSpacing/>
              <w:jc w:val="center"/>
              <w:rPr>
                <w:rFonts w:cs="Times New Roman"/>
                <w:sz w:val="22"/>
                <w:lang w:val="ro-MD"/>
              </w:rPr>
            </w:pPr>
            <w:r w:rsidRPr="00A84BC5">
              <w:rPr>
                <w:rFonts w:cs="Times New Roman"/>
                <w:sz w:val="22"/>
                <w:lang w:val="ro-MD"/>
              </w:rPr>
              <w:t xml:space="preserve">1B.1 </w:t>
            </w:r>
          </w:p>
        </w:tc>
        <w:tc>
          <w:tcPr>
            <w:tcW w:w="623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69"/>
              <w:contextualSpacing/>
              <w:jc w:val="both"/>
              <w:rPr>
                <w:rFonts w:cs="Times New Roman"/>
                <w:sz w:val="22"/>
              </w:rPr>
            </w:pPr>
            <w:r w:rsidRPr="00A84BC5">
              <w:rPr>
                <w:rFonts w:cs="Times New Roman"/>
                <w:sz w:val="22"/>
                <w:lang w:val="ro-MD"/>
              </w:rPr>
              <w:t>Denumirea autorității/entității contractante</w:t>
            </w:r>
          </w:p>
        </w:tc>
        <w:tc>
          <w:tcPr>
            <w:tcW w:w="31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rPr>
                <w:rFonts w:cs="Times New Roman"/>
                <w:sz w:val="22"/>
              </w:rPr>
            </w:pPr>
            <w:r w:rsidRPr="00A84BC5">
              <w:rPr>
                <w:rFonts w:cs="Times New Roman"/>
                <w:sz w:val="22"/>
              </w:rPr>
              <w:t>AGENȚIA NAȚIONALĂ PENTRU SĂNĂTATE PUBLICĂ</w:t>
            </w:r>
          </w:p>
        </w:tc>
      </w:tr>
      <w:tr w:rsidR="00924ED0" w:rsidRPr="00A84BC5" w:rsidTr="00D756A6">
        <w:trPr>
          <w:cantSplit/>
          <w:trHeight w:val="113"/>
          <w:jc w:val="center"/>
        </w:trPr>
        <w:tc>
          <w:tcPr>
            <w:tcW w:w="3941"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ind w:left="-142"/>
              <w:contextualSpacing/>
              <w:jc w:val="center"/>
              <w:rPr>
                <w:rFonts w:cs="Times New Roman"/>
                <w:sz w:val="22"/>
                <w:lang w:val="ro-MD"/>
              </w:rPr>
            </w:pPr>
            <w:r w:rsidRPr="00A84BC5">
              <w:rPr>
                <w:rFonts w:cs="Times New Roman"/>
                <w:sz w:val="22"/>
                <w:lang w:val="ro-MD"/>
              </w:rPr>
              <w:t xml:space="preserve">1B.2 </w:t>
            </w:r>
          </w:p>
        </w:tc>
        <w:tc>
          <w:tcPr>
            <w:tcW w:w="623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69"/>
              <w:contextualSpacing/>
              <w:jc w:val="both"/>
              <w:rPr>
                <w:rFonts w:cs="Times New Roman"/>
                <w:sz w:val="22"/>
              </w:rPr>
            </w:pPr>
            <w:r w:rsidRPr="00A84BC5">
              <w:rPr>
                <w:rFonts w:cs="Times New Roman"/>
                <w:sz w:val="22"/>
                <w:lang w:val="ro-MD"/>
              </w:rPr>
              <w:t>Număr unic de identificare (IDNO) a autorității/entității contractante</w:t>
            </w:r>
          </w:p>
        </w:tc>
        <w:tc>
          <w:tcPr>
            <w:tcW w:w="31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rPr>
                <w:rFonts w:cs="Times New Roman"/>
                <w:sz w:val="22"/>
              </w:rPr>
            </w:pPr>
            <w:r w:rsidRPr="00A84BC5">
              <w:rPr>
                <w:rFonts w:cs="Times New Roman"/>
                <w:sz w:val="22"/>
              </w:rPr>
              <w:t>1018601000021</w:t>
            </w:r>
          </w:p>
        </w:tc>
      </w:tr>
    </w:tbl>
    <w:p w:rsidR="00924ED0" w:rsidRPr="00A84BC5" w:rsidRDefault="00924ED0" w:rsidP="00924ED0">
      <w:pPr>
        <w:jc w:val="both"/>
        <w:rPr>
          <w:rFonts w:cs="Times New Roman"/>
          <w:b/>
          <w:sz w:val="22"/>
          <w:lang w:val="ro-MD"/>
        </w:rPr>
      </w:pPr>
    </w:p>
    <w:p w:rsidR="00924ED0" w:rsidRPr="00A84BC5" w:rsidRDefault="00924ED0" w:rsidP="00924ED0">
      <w:pPr>
        <w:jc w:val="both"/>
        <w:rPr>
          <w:rFonts w:cs="Times New Roman"/>
          <w:sz w:val="22"/>
        </w:rPr>
      </w:pPr>
      <w:r w:rsidRPr="00A84BC5">
        <w:rPr>
          <w:rFonts w:cs="Times New Roman"/>
          <w:b/>
          <w:sz w:val="22"/>
          <w:lang w:val="ro-MD"/>
        </w:rPr>
        <w:t xml:space="preserve">Capitolul II. Informații referitoare la operatorul economic </w:t>
      </w:r>
    </w:p>
    <w:p w:rsidR="00924ED0" w:rsidRPr="00A84BC5" w:rsidRDefault="00924ED0" w:rsidP="00924ED0">
      <w:pPr>
        <w:jc w:val="both"/>
        <w:rPr>
          <w:rFonts w:cs="Times New Roman"/>
          <w:b/>
          <w:sz w:val="22"/>
          <w:lang w:val="ro-MD"/>
        </w:rPr>
      </w:pPr>
    </w:p>
    <w:p w:rsidR="00924ED0" w:rsidRPr="00A84BC5" w:rsidRDefault="00924ED0" w:rsidP="00924ED0">
      <w:pPr>
        <w:jc w:val="both"/>
        <w:rPr>
          <w:rFonts w:cs="Times New Roman"/>
          <w:i/>
          <w:sz w:val="22"/>
          <w:lang w:val="ro-MD"/>
        </w:rPr>
      </w:pPr>
      <w:r w:rsidRPr="00A84BC5">
        <w:rPr>
          <w:rFonts w:cs="Times New Roman"/>
          <w:i/>
          <w:sz w:val="22"/>
          <w:lang w:val="ro-MD"/>
        </w:rPr>
        <w:t>Compartimentul se completează doar de către operatorii economici.</w:t>
      </w:r>
    </w:p>
    <w:tbl>
      <w:tblPr>
        <w:tblW w:w="0" w:type="auto"/>
        <w:jc w:val="center"/>
        <w:tblLook w:val="0000" w:firstRow="0" w:lastRow="0" w:firstColumn="0" w:lastColumn="0" w:noHBand="0" w:noVBand="0"/>
      </w:tblPr>
      <w:tblGrid>
        <w:gridCol w:w="1325"/>
        <w:gridCol w:w="4181"/>
        <w:gridCol w:w="4122"/>
      </w:tblGrid>
      <w:tr w:rsidR="00924ED0" w:rsidRPr="00A84BC5" w:rsidTr="00D756A6">
        <w:trPr>
          <w:cantSplit/>
          <w:tblHeade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sz w:val="22"/>
              </w:rPr>
            </w:pPr>
            <w:r w:rsidRPr="00A84BC5">
              <w:rPr>
                <w:rFonts w:cs="Times New Roman"/>
                <w:b/>
                <w:sz w:val="22"/>
                <w:lang w:val="ro-MD"/>
              </w:rPr>
              <w:t xml:space="preserve">Cod poziție </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720"/>
              <w:contextualSpacing/>
              <w:jc w:val="center"/>
              <w:rPr>
                <w:rFonts w:cs="Times New Roman"/>
                <w:b/>
                <w:sz w:val="22"/>
                <w:lang w:val="ro-MD"/>
              </w:rPr>
            </w:pPr>
            <w:r w:rsidRPr="00A84BC5">
              <w:rPr>
                <w:rFonts w:cs="Times New Roman"/>
                <w:b/>
                <w:sz w:val="22"/>
                <w:lang w:val="ro-MD"/>
              </w:rPr>
              <w:t>Conținutul cerințelor</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720"/>
              <w:contextualSpacing/>
              <w:jc w:val="center"/>
              <w:rPr>
                <w:rFonts w:cs="Times New Roman"/>
                <w:b/>
                <w:sz w:val="22"/>
                <w:lang w:val="ro-MD"/>
              </w:rPr>
            </w:pPr>
            <w:r w:rsidRPr="00A84BC5">
              <w:rPr>
                <w:rFonts w:cs="Times New Roman"/>
                <w:b/>
                <w:sz w:val="22"/>
                <w:lang w:val="ro-MD"/>
              </w:rPr>
              <w:t>Răspuns</w:t>
            </w:r>
          </w:p>
        </w:tc>
      </w:tr>
      <w:tr w:rsidR="00924ED0" w:rsidRPr="00A84BC5"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sz w:val="22"/>
                <w:lang w:val="ro-MD"/>
              </w:rPr>
            </w:pPr>
            <w:r w:rsidRPr="00A84BC5">
              <w:rPr>
                <w:rFonts w:cs="Times New Roman"/>
                <w:sz w:val="22"/>
                <w:lang w:val="ro-MD"/>
              </w:rPr>
              <w:t>1</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720"/>
              <w:contextualSpacing/>
              <w:jc w:val="center"/>
              <w:rPr>
                <w:rFonts w:cs="Times New Roman"/>
                <w:sz w:val="22"/>
                <w:lang w:val="ro-MD"/>
              </w:rPr>
            </w:pPr>
            <w:r w:rsidRPr="00A84BC5">
              <w:rPr>
                <w:rFonts w:cs="Times New Roman"/>
                <w:sz w:val="22"/>
                <w:lang w:val="ro-MD"/>
              </w:rPr>
              <w:t>2</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720"/>
              <w:contextualSpacing/>
              <w:jc w:val="center"/>
              <w:rPr>
                <w:rFonts w:cs="Times New Roman"/>
                <w:sz w:val="22"/>
                <w:lang w:val="ro-MD"/>
              </w:rPr>
            </w:pPr>
            <w:r w:rsidRPr="00A84BC5">
              <w:rPr>
                <w:rFonts w:cs="Times New Roman"/>
                <w:sz w:val="22"/>
                <w:lang w:val="ro-MD"/>
              </w:rPr>
              <w:t>3</w:t>
            </w:r>
          </w:p>
        </w:tc>
      </w:tr>
      <w:tr w:rsidR="00924ED0" w:rsidRPr="00A84BC5" w:rsidTr="00D756A6">
        <w:trPr>
          <w:cantSplit/>
          <w:jc w:val="center"/>
        </w:trPr>
        <w:tc>
          <w:tcPr>
            <w:tcW w:w="13036" w:type="dxa"/>
            <w:gridSpan w:val="3"/>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numPr>
                <w:ilvl w:val="0"/>
                <w:numId w:val="22"/>
              </w:numPr>
              <w:suppressAutoHyphens/>
              <w:contextualSpacing/>
              <w:jc w:val="both"/>
              <w:rPr>
                <w:rFonts w:cs="Times New Roman"/>
                <w:b/>
                <w:sz w:val="22"/>
                <w:lang w:val="ro-MD"/>
              </w:rPr>
            </w:pPr>
            <w:r w:rsidRPr="00A84BC5">
              <w:rPr>
                <w:rFonts w:cs="Times New Roman"/>
                <w:b/>
                <w:sz w:val="22"/>
                <w:lang w:val="ro-MD"/>
              </w:rPr>
              <w:t>Informații privind operatorul economic</w:t>
            </w:r>
          </w:p>
        </w:tc>
      </w:tr>
      <w:tr w:rsidR="00924ED0" w:rsidRPr="00A84BC5"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center"/>
              <w:rPr>
                <w:rFonts w:cs="Times New Roman"/>
                <w:sz w:val="22"/>
                <w:lang w:val="ro-MD"/>
              </w:rPr>
            </w:pPr>
            <w:r w:rsidRPr="00A84BC5">
              <w:rPr>
                <w:rFonts w:cs="Times New Roman"/>
                <w:sz w:val="22"/>
                <w:lang w:val="ro-MD"/>
              </w:rPr>
              <w:lastRenderedPageBreak/>
              <w:t>2A.1</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66"/>
              <w:contextualSpacing/>
              <w:rPr>
                <w:rFonts w:cs="Times New Roman"/>
                <w:sz w:val="22"/>
                <w:lang w:val="ro-MD"/>
              </w:rPr>
            </w:pPr>
            <w:r w:rsidRPr="00A84BC5">
              <w:rPr>
                <w:rFonts w:cs="Times New Roman"/>
                <w:sz w:val="22"/>
                <w:lang w:val="ro-MD"/>
              </w:rPr>
              <w:t>Denumirea operatorul economic</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|text|</w:t>
            </w:r>
          </w:p>
        </w:tc>
      </w:tr>
      <w:tr w:rsidR="00924ED0" w:rsidRPr="00A84BC5"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jc w:val="center"/>
              <w:rPr>
                <w:rFonts w:cs="Times New Roman"/>
                <w:sz w:val="22"/>
                <w:lang w:val="ro-MD"/>
              </w:rPr>
            </w:pPr>
            <w:r w:rsidRPr="00A84BC5">
              <w:rPr>
                <w:rFonts w:cs="Times New Roman"/>
                <w:sz w:val="22"/>
                <w:lang w:val="ro-MD"/>
              </w:rPr>
              <w:t>2A.2</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66"/>
              <w:contextualSpacing/>
              <w:rPr>
                <w:rFonts w:cs="Times New Roman"/>
                <w:sz w:val="22"/>
                <w:lang w:val="ro-MD"/>
              </w:rPr>
            </w:pPr>
            <w:r w:rsidRPr="00A84BC5">
              <w:rPr>
                <w:rFonts w:cs="Times New Roman"/>
                <w:sz w:val="22"/>
                <w:lang w:val="ro-MD"/>
              </w:rPr>
              <w:t xml:space="preserve">Țara </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|text|</w:t>
            </w:r>
          </w:p>
        </w:tc>
      </w:tr>
      <w:tr w:rsidR="00924ED0" w:rsidRPr="00A84BC5"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jc w:val="center"/>
              <w:rPr>
                <w:rFonts w:cs="Times New Roman"/>
                <w:sz w:val="22"/>
                <w:lang w:val="ro-MD"/>
              </w:rPr>
            </w:pPr>
            <w:r w:rsidRPr="00A84BC5">
              <w:rPr>
                <w:rFonts w:cs="Times New Roman"/>
                <w:sz w:val="22"/>
                <w:lang w:val="ro-MD"/>
              </w:rPr>
              <w:t>2A.3</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66"/>
              <w:contextualSpacing/>
              <w:rPr>
                <w:rFonts w:cs="Times New Roman"/>
                <w:sz w:val="22"/>
                <w:lang w:val="ro-MD"/>
              </w:rPr>
            </w:pPr>
            <w:r w:rsidRPr="00A84BC5">
              <w:rPr>
                <w:rFonts w:cs="Times New Roman"/>
                <w:sz w:val="22"/>
                <w:lang w:val="ro-MD"/>
              </w:rPr>
              <w:t xml:space="preserve">Cod poștal </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|text|</w:t>
            </w:r>
          </w:p>
        </w:tc>
      </w:tr>
      <w:tr w:rsidR="00924ED0" w:rsidRPr="00A84BC5"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jc w:val="center"/>
              <w:rPr>
                <w:rFonts w:cs="Times New Roman"/>
                <w:sz w:val="22"/>
                <w:lang w:val="ro-MD"/>
              </w:rPr>
            </w:pPr>
            <w:r w:rsidRPr="00A84BC5">
              <w:rPr>
                <w:rFonts w:cs="Times New Roman"/>
                <w:sz w:val="22"/>
                <w:lang w:val="ro-MD"/>
              </w:rPr>
              <w:t>2A.4</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66"/>
              <w:contextualSpacing/>
              <w:rPr>
                <w:rFonts w:cs="Times New Roman"/>
                <w:sz w:val="22"/>
                <w:lang w:val="ro-MD"/>
              </w:rPr>
            </w:pPr>
            <w:r w:rsidRPr="00A84BC5">
              <w:rPr>
                <w:rFonts w:cs="Times New Roman"/>
                <w:sz w:val="22"/>
                <w:lang w:val="ro-MD"/>
              </w:rPr>
              <w:t xml:space="preserve">Oraș/Localitate </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|text|</w:t>
            </w:r>
          </w:p>
        </w:tc>
      </w:tr>
      <w:tr w:rsidR="00924ED0" w:rsidRPr="00A84BC5"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jc w:val="center"/>
              <w:rPr>
                <w:rFonts w:cs="Times New Roman"/>
                <w:sz w:val="22"/>
                <w:lang w:val="ro-MD"/>
              </w:rPr>
            </w:pPr>
            <w:r w:rsidRPr="00A84BC5">
              <w:rPr>
                <w:rFonts w:cs="Times New Roman"/>
                <w:sz w:val="22"/>
                <w:lang w:val="ro-MD"/>
              </w:rPr>
              <w:t>2A.5</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66"/>
              <w:contextualSpacing/>
              <w:rPr>
                <w:rFonts w:cs="Times New Roman"/>
                <w:sz w:val="22"/>
                <w:lang w:val="ro-MD"/>
              </w:rPr>
            </w:pPr>
            <w:r w:rsidRPr="00A84BC5">
              <w:rPr>
                <w:rFonts w:cs="Times New Roman"/>
                <w:sz w:val="22"/>
                <w:lang w:val="ro-MD"/>
              </w:rPr>
              <w:t xml:space="preserve">Adresa juridică </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|text|</w:t>
            </w:r>
          </w:p>
        </w:tc>
      </w:tr>
      <w:tr w:rsidR="00924ED0" w:rsidRPr="00A84BC5"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jc w:val="center"/>
              <w:rPr>
                <w:rFonts w:cs="Times New Roman"/>
                <w:sz w:val="22"/>
                <w:lang w:val="ro-MD"/>
              </w:rPr>
            </w:pPr>
            <w:r w:rsidRPr="00A84BC5">
              <w:rPr>
                <w:rFonts w:cs="Times New Roman"/>
                <w:sz w:val="22"/>
                <w:lang w:val="ro-MD"/>
              </w:rPr>
              <w:t>2A.6</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66"/>
              <w:contextualSpacing/>
              <w:rPr>
                <w:rFonts w:cs="Times New Roman"/>
                <w:sz w:val="22"/>
              </w:rPr>
            </w:pPr>
            <w:r w:rsidRPr="00A84BC5">
              <w:rPr>
                <w:rFonts w:cs="Times New Roman"/>
                <w:sz w:val="22"/>
                <w:lang w:val="ro-MD"/>
              </w:rPr>
              <w:t>Pagina web</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|text|</w:t>
            </w:r>
          </w:p>
        </w:tc>
      </w:tr>
      <w:tr w:rsidR="00924ED0" w:rsidRPr="00A84BC5"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jc w:val="center"/>
              <w:rPr>
                <w:rFonts w:cs="Times New Roman"/>
                <w:sz w:val="22"/>
                <w:lang w:val="ro-MD"/>
              </w:rPr>
            </w:pPr>
            <w:r w:rsidRPr="00A84BC5">
              <w:rPr>
                <w:rFonts w:cs="Times New Roman"/>
                <w:sz w:val="22"/>
                <w:lang w:val="ro-MD"/>
              </w:rPr>
              <w:t>2A.7</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66"/>
              <w:contextualSpacing/>
              <w:rPr>
                <w:rFonts w:cs="Times New Roman"/>
                <w:sz w:val="22"/>
              </w:rPr>
            </w:pPr>
            <w:r w:rsidRPr="00A84BC5">
              <w:rPr>
                <w:rFonts w:cs="Times New Roman"/>
                <w:sz w:val="22"/>
                <w:lang w:val="ro-MD"/>
              </w:rPr>
              <w:t>Persoana sau persoanele de contact</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|text|</w:t>
            </w:r>
          </w:p>
        </w:tc>
      </w:tr>
      <w:tr w:rsidR="00924ED0" w:rsidRPr="00A84BC5"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jc w:val="center"/>
              <w:rPr>
                <w:rFonts w:cs="Times New Roman"/>
                <w:i/>
                <w:sz w:val="22"/>
                <w:lang w:val="ro-MD"/>
              </w:rPr>
            </w:pPr>
            <w:r w:rsidRPr="00A84BC5">
              <w:rPr>
                <w:rFonts w:cs="Times New Roman"/>
                <w:i/>
                <w:sz w:val="22"/>
                <w:lang w:val="ro-MD"/>
              </w:rPr>
              <w:t>2A.7.1</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66"/>
              <w:contextualSpacing/>
              <w:rPr>
                <w:rFonts w:cs="Times New Roman"/>
                <w:i/>
                <w:sz w:val="22"/>
                <w:lang w:val="ro-MD"/>
              </w:rPr>
            </w:pPr>
            <w:r w:rsidRPr="00A84BC5">
              <w:rPr>
                <w:rFonts w:cs="Times New Roman"/>
                <w:i/>
                <w:sz w:val="22"/>
                <w:lang w:val="ro-MD"/>
              </w:rPr>
              <w:t xml:space="preserve">Telefon </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i/>
                <w:sz w:val="22"/>
                <w:lang w:val="ro-MD"/>
              </w:rPr>
            </w:pPr>
            <w:r w:rsidRPr="00A84BC5">
              <w:rPr>
                <w:rFonts w:cs="Times New Roman"/>
                <w:sz w:val="22"/>
                <w:lang w:val="ro-MD"/>
              </w:rPr>
              <w:t>|text|</w:t>
            </w:r>
          </w:p>
        </w:tc>
      </w:tr>
      <w:tr w:rsidR="00924ED0" w:rsidRPr="00A84BC5"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jc w:val="center"/>
              <w:rPr>
                <w:rFonts w:cs="Times New Roman"/>
                <w:i/>
                <w:sz w:val="22"/>
                <w:lang w:val="ro-MD"/>
              </w:rPr>
            </w:pPr>
            <w:r w:rsidRPr="00A84BC5">
              <w:rPr>
                <w:rFonts w:cs="Times New Roman"/>
                <w:i/>
                <w:sz w:val="22"/>
                <w:lang w:val="ro-MD"/>
              </w:rPr>
              <w:t>2A.7.2</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66"/>
              <w:contextualSpacing/>
              <w:rPr>
                <w:rFonts w:cs="Times New Roman"/>
                <w:sz w:val="22"/>
              </w:rPr>
            </w:pPr>
            <w:r w:rsidRPr="00A84BC5">
              <w:rPr>
                <w:rFonts w:cs="Times New Roman"/>
                <w:i/>
                <w:sz w:val="22"/>
                <w:lang w:val="ro-MD"/>
              </w:rPr>
              <w:t>Adresa de e-mail</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i/>
                <w:sz w:val="22"/>
                <w:lang w:val="ro-MD"/>
              </w:rPr>
            </w:pPr>
            <w:r w:rsidRPr="00A84BC5">
              <w:rPr>
                <w:rFonts w:cs="Times New Roman"/>
                <w:i/>
                <w:sz w:val="22"/>
                <w:lang w:val="ro-MD"/>
              </w:rPr>
              <w:t>|text|</w:t>
            </w:r>
          </w:p>
        </w:tc>
      </w:tr>
      <w:tr w:rsidR="00924ED0" w:rsidRPr="00A84BC5"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jc w:val="center"/>
              <w:rPr>
                <w:rFonts w:cs="Times New Roman"/>
                <w:sz w:val="22"/>
                <w:lang w:val="ro-MD"/>
              </w:rPr>
            </w:pPr>
            <w:r w:rsidRPr="00A84BC5">
              <w:rPr>
                <w:rFonts w:cs="Times New Roman"/>
                <w:sz w:val="22"/>
                <w:lang w:val="ro-MD"/>
              </w:rPr>
              <w:t>2A.8</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66"/>
              <w:contextualSpacing/>
              <w:rPr>
                <w:rFonts w:cs="Times New Roman"/>
                <w:sz w:val="22"/>
                <w:lang w:val="ro-MD"/>
              </w:rPr>
            </w:pPr>
            <w:r w:rsidRPr="00A84BC5">
              <w:rPr>
                <w:rFonts w:cs="Times New Roman"/>
                <w:sz w:val="22"/>
                <w:lang w:val="ro-MD"/>
              </w:rPr>
              <w:t>Număr unic de identificare (IDNO/IDNP)</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|număr|</w:t>
            </w:r>
          </w:p>
        </w:tc>
      </w:tr>
      <w:tr w:rsidR="00924ED0" w:rsidRPr="00A84BC5"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jc w:val="center"/>
              <w:rPr>
                <w:rFonts w:cs="Times New Roman"/>
                <w:sz w:val="22"/>
                <w:lang w:val="ro-MD"/>
              </w:rPr>
            </w:pPr>
            <w:r w:rsidRPr="00A84BC5">
              <w:rPr>
                <w:rFonts w:cs="Times New Roman"/>
                <w:sz w:val="22"/>
                <w:lang w:val="ro-MD"/>
              </w:rPr>
              <w:t>2A.9</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66"/>
              <w:contextualSpacing/>
              <w:rPr>
                <w:rFonts w:cs="Times New Roman"/>
                <w:sz w:val="22"/>
                <w:lang w:val="ro-MD"/>
              </w:rPr>
            </w:pPr>
            <w:r w:rsidRPr="00A84BC5">
              <w:rPr>
                <w:rFonts w:cs="Times New Roman"/>
                <w:sz w:val="22"/>
                <w:lang w:val="ro-MD"/>
              </w:rPr>
              <w:t>Numărul cod TVA</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|număr|</w:t>
            </w:r>
          </w:p>
        </w:tc>
      </w:tr>
      <w:tr w:rsidR="00924ED0" w:rsidRPr="00A84BC5"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jc w:val="center"/>
              <w:rPr>
                <w:rFonts w:cs="Times New Roman"/>
                <w:sz w:val="22"/>
                <w:lang w:val="ro-MD"/>
              </w:rPr>
            </w:pPr>
            <w:r w:rsidRPr="00A84BC5">
              <w:rPr>
                <w:rFonts w:cs="Times New Roman"/>
                <w:sz w:val="22"/>
                <w:lang w:val="ro-MD"/>
              </w:rPr>
              <w:t>2A.10</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66"/>
              <w:contextualSpacing/>
              <w:rPr>
                <w:rFonts w:cs="Times New Roman"/>
                <w:sz w:val="22"/>
                <w:lang w:val="ro-MD"/>
              </w:rPr>
            </w:pPr>
            <w:r w:rsidRPr="00A84BC5">
              <w:rPr>
                <w:rFonts w:cs="Times New Roman"/>
                <w:sz w:val="22"/>
                <w:lang w:val="ro-MD"/>
              </w:rPr>
              <w:t xml:space="preserve">Forma </w:t>
            </w:r>
            <w:proofErr w:type="spellStart"/>
            <w:r w:rsidRPr="00A84BC5">
              <w:rPr>
                <w:rFonts w:cs="Times New Roman"/>
                <w:sz w:val="22"/>
                <w:lang w:val="ro-MD"/>
              </w:rPr>
              <w:t>organizatorico</w:t>
            </w:r>
            <w:proofErr w:type="spellEnd"/>
            <w:r w:rsidRPr="00A84BC5">
              <w:rPr>
                <w:rFonts w:cs="Times New Roman"/>
                <w:sz w:val="22"/>
                <w:lang w:val="ro-MD"/>
              </w:rPr>
              <w:t xml:space="preserve">-juridică a activității de </w:t>
            </w:r>
            <w:proofErr w:type="spellStart"/>
            <w:r w:rsidRPr="00A84BC5">
              <w:rPr>
                <w:rFonts w:cs="Times New Roman"/>
                <w:sz w:val="22"/>
                <w:lang w:val="ro-MD"/>
              </w:rPr>
              <w:t>antreprenoriat</w:t>
            </w:r>
            <w:proofErr w:type="spellEnd"/>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|text|</w:t>
            </w:r>
          </w:p>
        </w:tc>
      </w:tr>
      <w:tr w:rsidR="00924ED0" w:rsidRPr="00A84BC5"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jc w:val="center"/>
              <w:rPr>
                <w:rFonts w:cs="Times New Roman"/>
                <w:sz w:val="22"/>
                <w:lang w:val="ro-MD"/>
              </w:rPr>
            </w:pPr>
            <w:r w:rsidRPr="00A84BC5">
              <w:rPr>
                <w:rFonts w:cs="Times New Roman"/>
                <w:sz w:val="22"/>
                <w:lang w:val="ro-MD"/>
              </w:rPr>
              <w:t>2A.11</w:t>
            </w:r>
          </w:p>
        </w:tc>
        <w:tc>
          <w:tcPr>
            <w:tcW w:w="11433" w:type="dxa"/>
            <w:gridSpan w:val="2"/>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sz w:val="22"/>
              </w:rPr>
            </w:pPr>
            <w:r w:rsidRPr="00A84BC5">
              <w:rPr>
                <w:rFonts w:cs="Times New Roman"/>
                <w:sz w:val="22"/>
                <w:lang w:val="ro-MD"/>
              </w:rPr>
              <w:t>Informația cu privire la numele acționarilor/asociaților/beneficiarului efectiv</w:t>
            </w:r>
          </w:p>
        </w:tc>
      </w:tr>
      <w:tr w:rsidR="00924ED0" w:rsidRPr="00A84BC5"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jc w:val="center"/>
              <w:rPr>
                <w:rFonts w:cs="Times New Roman"/>
                <w:i/>
                <w:sz w:val="22"/>
                <w:lang w:val="ro-MD"/>
              </w:rPr>
            </w:pPr>
            <w:r w:rsidRPr="00A84BC5">
              <w:rPr>
                <w:rFonts w:cs="Times New Roman"/>
                <w:i/>
                <w:sz w:val="22"/>
                <w:lang w:val="ro-MD"/>
              </w:rPr>
              <w:t>2A.11.1</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sz w:val="22"/>
                <w:lang w:val="ro-MD"/>
              </w:rPr>
            </w:pPr>
            <w:r w:rsidRPr="00A84BC5">
              <w:rPr>
                <w:rFonts w:cs="Times New Roman"/>
                <w:sz w:val="22"/>
                <w:lang w:val="ro-MD"/>
              </w:rPr>
              <w:t>Numele acționarilor / asociaților</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firstLine="851"/>
              <w:rPr>
                <w:rFonts w:cs="Times New Roman"/>
                <w:sz w:val="22"/>
                <w:lang w:val="ro-MD"/>
              </w:rPr>
            </w:pPr>
            <w:r w:rsidRPr="00A84BC5">
              <w:rPr>
                <w:rFonts w:cs="Times New Roman"/>
                <w:sz w:val="22"/>
                <w:lang w:val="ro-MD"/>
              </w:rPr>
              <w:t>|text|</w:t>
            </w:r>
          </w:p>
        </w:tc>
      </w:tr>
      <w:tr w:rsidR="00924ED0" w:rsidRPr="00A84BC5"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jc w:val="center"/>
              <w:rPr>
                <w:rFonts w:cs="Times New Roman"/>
                <w:i/>
                <w:sz w:val="22"/>
                <w:lang w:val="ro-MD"/>
              </w:rPr>
            </w:pPr>
            <w:r w:rsidRPr="00A84BC5">
              <w:rPr>
                <w:rFonts w:cs="Times New Roman"/>
                <w:i/>
                <w:sz w:val="22"/>
                <w:lang w:val="ro-MD"/>
              </w:rPr>
              <w:t>2A.11.2</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sz w:val="22"/>
                <w:lang w:val="ro-MD"/>
              </w:rPr>
            </w:pPr>
            <w:r w:rsidRPr="00A84BC5">
              <w:rPr>
                <w:rFonts w:cs="Times New Roman"/>
                <w:sz w:val="22"/>
                <w:lang w:val="ro-MD"/>
              </w:rPr>
              <w:t>Numele beneficiarului efectiv</w:t>
            </w:r>
          </w:p>
          <w:p w:rsidR="00924ED0" w:rsidRPr="00A84BC5" w:rsidRDefault="00924ED0" w:rsidP="00924ED0">
            <w:pPr>
              <w:contextualSpacing/>
              <w:jc w:val="both"/>
              <w:rPr>
                <w:rFonts w:cs="Times New Roman"/>
                <w:sz w:val="22"/>
                <w:lang w:val="ro-MD"/>
              </w:rPr>
            </w:pPr>
            <w:r w:rsidRPr="00A84BC5">
              <w:rPr>
                <w:rFonts w:cs="Times New Roman"/>
                <w:i/>
                <w:iCs/>
                <w:sz w:val="22"/>
                <w:lang w:val="ro-MD"/>
              </w:rPr>
              <w:t>[</w:t>
            </w:r>
            <w:r w:rsidRPr="00A84BC5">
              <w:rPr>
                <w:rFonts w:cs="Times New Roman"/>
                <w:b/>
                <w:i/>
                <w:iCs/>
                <w:sz w:val="22"/>
                <w:lang w:val="ro-MD"/>
              </w:rPr>
              <w:t>beneficiar efectiv</w:t>
            </w:r>
            <w:r w:rsidRPr="00A84BC5">
              <w:rPr>
                <w:rFonts w:cs="Times New Roman"/>
                <w:sz w:val="22"/>
                <w:lang w:val="ro-MD"/>
              </w:rPr>
              <w:t xml:space="preserve"> – </w:t>
            </w:r>
            <w:r w:rsidRPr="00A84BC5">
              <w:rPr>
                <w:rFonts w:cs="Times New Roman"/>
                <w:i/>
                <w:sz w:val="22"/>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firstLine="851"/>
              <w:rPr>
                <w:rFonts w:cs="Times New Roman"/>
                <w:sz w:val="22"/>
                <w:lang w:val="ro-MD"/>
              </w:rPr>
            </w:pPr>
            <w:r w:rsidRPr="00A84BC5">
              <w:rPr>
                <w:rFonts w:cs="Times New Roman"/>
                <w:sz w:val="22"/>
                <w:lang w:val="ro-MD"/>
              </w:rPr>
              <w:t>|text|</w:t>
            </w:r>
          </w:p>
        </w:tc>
      </w:tr>
      <w:tr w:rsidR="00924ED0" w:rsidRPr="00A84BC5"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jc w:val="center"/>
              <w:rPr>
                <w:rFonts w:cs="Times New Roman"/>
                <w:i/>
                <w:sz w:val="22"/>
                <w:lang w:val="ro-MD"/>
              </w:rPr>
            </w:pPr>
            <w:r w:rsidRPr="00A84BC5">
              <w:rPr>
                <w:rFonts w:cs="Times New Roman"/>
                <w:i/>
                <w:sz w:val="22"/>
                <w:lang w:val="ro-MD"/>
              </w:rPr>
              <w:t>2A.11.3</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sz w:val="22"/>
                <w:lang w:val="ro-MD"/>
              </w:rPr>
            </w:pPr>
            <w:r w:rsidRPr="00A84BC5">
              <w:rPr>
                <w:rFonts w:cs="Times New Roman"/>
                <w:sz w:val="22"/>
                <w:lang w:val="ro-MD"/>
              </w:rPr>
              <w:t xml:space="preserve">Cetățenia beneficiarului efectiv </w:t>
            </w:r>
            <w:r w:rsidRPr="00A84BC5">
              <w:rPr>
                <w:rFonts w:cs="Times New Roman"/>
                <w:i/>
                <w:sz w:val="22"/>
                <w:lang w:val="ro-MD"/>
              </w:rPr>
              <w:t xml:space="preserve">(legătură </w:t>
            </w:r>
            <w:proofErr w:type="spellStart"/>
            <w:r w:rsidRPr="00A84BC5">
              <w:rPr>
                <w:rFonts w:cs="Times New Roman"/>
                <w:i/>
                <w:sz w:val="22"/>
                <w:lang w:val="ro-MD"/>
              </w:rPr>
              <w:t>juridico</w:t>
            </w:r>
            <w:proofErr w:type="spellEnd"/>
            <w:r w:rsidRPr="00A84BC5">
              <w:rPr>
                <w:rFonts w:cs="Times New Roman"/>
                <w:i/>
                <w:sz w:val="22"/>
                <w:lang w:val="ro-MD"/>
              </w:rPr>
              <w:t>-politică permanentă a persoanei fizice definite conform poziției 2A.11.2)</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firstLine="851"/>
              <w:rPr>
                <w:rFonts w:cs="Times New Roman"/>
                <w:sz w:val="22"/>
                <w:lang w:val="ro-MD"/>
              </w:rPr>
            </w:pPr>
            <w:r w:rsidRPr="00A84BC5">
              <w:rPr>
                <w:rFonts w:cs="Times New Roman"/>
                <w:sz w:val="22"/>
                <w:lang w:val="ro-MD"/>
              </w:rPr>
              <w:t>|text|</w:t>
            </w:r>
          </w:p>
        </w:tc>
      </w:tr>
      <w:tr w:rsidR="00924ED0" w:rsidRPr="00A84BC5"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2A.12</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66"/>
              <w:contextualSpacing/>
              <w:rPr>
                <w:rFonts w:cs="Times New Roman"/>
                <w:sz w:val="22"/>
                <w:lang w:val="ro-MD"/>
              </w:rPr>
            </w:pPr>
            <w:r w:rsidRPr="00A84BC5">
              <w:rPr>
                <w:rFonts w:cs="Times New Roman"/>
                <w:sz w:val="22"/>
                <w:lang w:val="ro-MD"/>
              </w:rPr>
              <w:t>Operatorul economic este:</w:t>
            </w:r>
          </w:p>
          <w:p w:rsidR="00924ED0" w:rsidRPr="00A84BC5" w:rsidRDefault="00924ED0" w:rsidP="00924ED0">
            <w:pPr>
              <w:pStyle w:val="Listparagraf"/>
              <w:numPr>
                <w:ilvl w:val="0"/>
                <w:numId w:val="21"/>
              </w:numPr>
              <w:suppressAutoHyphens/>
              <w:rPr>
                <w:rFonts w:cs="Times New Roman"/>
                <w:sz w:val="22"/>
                <w:lang w:val="ro-MD"/>
              </w:rPr>
            </w:pPr>
            <w:r w:rsidRPr="00A84BC5">
              <w:rPr>
                <w:rFonts w:cs="Times New Roman"/>
                <w:sz w:val="22"/>
                <w:lang w:val="ro-RO"/>
              </w:rPr>
              <w:t>întreprindere mică</w:t>
            </w:r>
          </w:p>
          <w:p w:rsidR="00924ED0" w:rsidRPr="00A84BC5" w:rsidRDefault="00924ED0" w:rsidP="00924ED0">
            <w:pPr>
              <w:pStyle w:val="Listparagraf"/>
              <w:numPr>
                <w:ilvl w:val="0"/>
                <w:numId w:val="21"/>
              </w:numPr>
              <w:suppressAutoHyphens/>
              <w:rPr>
                <w:rFonts w:cs="Times New Roman"/>
                <w:sz w:val="22"/>
                <w:lang w:val="ro-MD"/>
              </w:rPr>
            </w:pPr>
            <w:r w:rsidRPr="00A84BC5">
              <w:rPr>
                <w:rFonts w:cs="Times New Roman"/>
                <w:sz w:val="22"/>
                <w:lang w:val="ro-MD"/>
              </w:rPr>
              <w:t xml:space="preserve">întreprindere mijlocie </w:t>
            </w:r>
          </w:p>
          <w:p w:rsidR="00924ED0" w:rsidRPr="00A84BC5" w:rsidRDefault="00924ED0" w:rsidP="00924ED0">
            <w:pPr>
              <w:pStyle w:val="Listparagraf"/>
              <w:numPr>
                <w:ilvl w:val="0"/>
                <w:numId w:val="21"/>
              </w:numPr>
              <w:suppressAutoHyphens/>
              <w:rPr>
                <w:rFonts w:cs="Times New Roman"/>
                <w:sz w:val="22"/>
                <w:lang w:val="ro-MD"/>
              </w:rPr>
            </w:pPr>
            <w:r w:rsidRPr="00A84BC5">
              <w:rPr>
                <w:rFonts w:cs="Times New Roman"/>
                <w:sz w:val="22"/>
                <w:lang w:val="ro-RO"/>
              </w:rPr>
              <w:t>și altele         󠇡</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rPr>
                <w:rFonts w:cs="Times New Roman"/>
                <w:sz w:val="22"/>
                <w:lang w:val="ro-MD"/>
              </w:rPr>
            </w:pPr>
            <w:r w:rsidRPr="00A84BC5">
              <w:rPr>
                <w:rFonts w:cs="Times New Roman"/>
                <w:sz w:val="22"/>
                <w:lang w:val="ro-MD"/>
              </w:rPr>
              <w:t xml:space="preserve">            |text|</w:t>
            </w:r>
          </w:p>
        </w:tc>
      </w:tr>
      <w:tr w:rsidR="00924ED0" w:rsidRPr="00A84BC5"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i/>
                <w:sz w:val="22"/>
                <w:lang w:val="ro-MD"/>
              </w:rPr>
            </w:pPr>
            <w:r w:rsidRPr="00A84BC5">
              <w:rPr>
                <w:rFonts w:cs="Times New Roman"/>
                <w:sz w:val="22"/>
                <w:lang w:val="ro-MD"/>
              </w:rPr>
              <w:t>2A.13</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66"/>
              <w:contextualSpacing/>
              <w:jc w:val="both"/>
              <w:rPr>
                <w:rFonts w:cs="Times New Roman"/>
                <w:i/>
                <w:sz w:val="22"/>
                <w:lang w:val="ro-MD"/>
              </w:rPr>
            </w:pPr>
            <w:r w:rsidRPr="00A84BC5">
              <w:rPr>
                <w:rFonts w:cs="Times New Roman"/>
                <w:sz w:val="22"/>
                <w:lang w:val="ro-MD"/>
              </w:rPr>
              <w:t>În cazul în care achiziția este rezervată: operatorul economic este un atelier protejat sau o întreprindere socială, sau va asigura executarea contractului în contextul programelor de angajare protejată?</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720"/>
              <w:contextualSpacing/>
              <w:jc w:val="center"/>
              <w:rPr>
                <w:rFonts w:cs="Times New Roman"/>
                <w:i/>
                <w:sz w:val="22"/>
                <w:lang w:val="ro-MD"/>
              </w:rPr>
            </w:pPr>
          </w:p>
          <w:p w:rsidR="00924ED0" w:rsidRPr="00A84BC5" w:rsidRDefault="00924ED0" w:rsidP="00924ED0">
            <w:pPr>
              <w:ind w:left="135"/>
              <w:contextualSpacing/>
              <w:jc w:val="center"/>
              <w:rPr>
                <w:rFonts w:cs="Times New Roman"/>
                <w:sz w:val="22"/>
                <w:lang w:val="ro-MD"/>
              </w:rPr>
            </w:pPr>
            <w:r w:rsidRPr="00A84BC5">
              <w:rPr>
                <w:rFonts w:cs="Times New Roman"/>
                <w:sz w:val="22"/>
                <w:lang w:val="ro-MD"/>
              </w:rPr>
              <w:t>󠇡Da            󠇡󠇡Nu</w:t>
            </w:r>
          </w:p>
          <w:p w:rsidR="00924ED0" w:rsidRPr="00A84BC5" w:rsidRDefault="00924ED0" w:rsidP="00924ED0">
            <w:pPr>
              <w:contextualSpacing/>
              <w:jc w:val="center"/>
              <w:rPr>
                <w:rFonts w:cs="Times New Roman"/>
                <w:sz w:val="22"/>
                <w:lang w:val="ro-MD"/>
              </w:rPr>
            </w:pPr>
          </w:p>
          <w:p w:rsidR="00924ED0" w:rsidRPr="00A84BC5" w:rsidRDefault="00924ED0" w:rsidP="00924ED0">
            <w:pPr>
              <w:ind w:left="-148"/>
              <w:contextualSpacing/>
              <w:jc w:val="center"/>
              <w:rPr>
                <w:rFonts w:cs="Times New Roman"/>
                <w:i/>
                <w:sz w:val="22"/>
                <w:lang w:val="ro-MD"/>
              </w:rPr>
            </w:pPr>
          </w:p>
        </w:tc>
      </w:tr>
      <w:tr w:rsidR="00924ED0" w:rsidRPr="00A84BC5"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rPr>
            </w:pPr>
            <w:r w:rsidRPr="00A84BC5">
              <w:rPr>
                <w:rFonts w:cs="Times New Roman"/>
                <w:i/>
                <w:sz w:val="22"/>
                <w:lang w:val="ro-MD"/>
              </w:rPr>
              <w:t>2A.13.1</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66"/>
              <w:contextualSpacing/>
              <w:jc w:val="both"/>
              <w:rPr>
                <w:rFonts w:cs="Times New Roman"/>
                <w:i/>
                <w:sz w:val="22"/>
                <w:lang w:val="ro-MD"/>
              </w:rPr>
            </w:pPr>
            <w:r w:rsidRPr="00A84BC5">
              <w:rPr>
                <w:rFonts w:cs="Times New Roman"/>
                <w:i/>
                <w:sz w:val="22"/>
                <w:lang w:val="ro-MD"/>
              </w:rPr>
              <w:t>Dacă da, care este procentul  corespunzător de lucrători cu dizabilități sau defavorizați?</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148"/>
              <w:contextualSpacing/>
              <w:jc w:val="center"/>
              <w:rPr>
                <w:rFonts w:cs="Times New Roman"/>
                <w:i/>
                <w:sz w:val="22"/>
                <w:lang w:val="ro-MD"/>
              </w:rPr>
            </w:pPr>
            <w:r w:rsidRPr="00A84BC5">
              <w:rPr>
                <w:rFonts w:cs="Times New Roman"/>
                <w:i/>
                <w:sz w:val="22"/>
                <w:lang w:val="ro-MD"/>
              </w:rPr>
              <w:t>|număr|</w:t>
            </w:r>
          </w:p>
        </w:tc>
      </w:tr>
      <w:tr w:rsidR="00924ED0" w:rsidRPr="00A84BC5"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rPr>
            </w:pPr>
            <w:r w:rsidRPr="00A84BC5">
              <w:rPr>
                <w:rFonts w:cs="Times New Roman"/>
                <w:i/>
                <w:sz w:val="22"/>
                <w:lang w:val="ro-MD"/>
              </w:rPr>
              <w:t>2A.13.2</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66"/>
              <w:contextualSpacing/>
              <w:jc w:val="both"/>
              <w:rPr>
                <w:rFonts w:cs="Times New Roman"/>
                <w:i/>
                <w:sz w:val="22"/>
                <w:lang w:val="ro-MD"/>
              </w:rPr>
            </w:pPr>
            <w:r w:rsidRPr="00A84BC5">
              <w:rPr>
                <w:rFonts w:cs="Times New Roman"/>
                <w:i/>
                <w:sz w:val="22"/>
                <w:lang w:val="ro-MD"/>
              </w:rPr>
              <w:t>Specificați cărei sau căror categorii de lucrători cu dizabilități sau defavorizați le aparțin angajații în cauză?</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148"/>
              <w:contextualSpacing/>
              <w:jc w:val="center"/>
              <w:rPr>
                <w:rFonts w:cs="Times New Roman"/>
                <w:i/>
                <w:sz w:val="22"/>
                <w:lang w:val="ro-MD"/>
              </w:rPr>
            </w:pPr>
            <w:r w:rsidRPr="00A84BC5">
              <w:rPr>
                <w:rFonts w:cs="Times New Roman"/>
                <w:i/>
                <w:sz w:val="22"/>
                <w:lang w:val="ro-MD"/>
              </w:rPr>
              <w:t>|text|</w:t>
            </w:r>
          </w:p>
        </w:tc>
      </w:tr>
      <w:tr w:rsidR="00924ED0" w:rsidRPr="00A84BC5"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sz w:val="22"/>
                <w:lang w:val="ro-MD"/>
              </w:rPr>
            </w:pPr>
            <w:r w:rsidRPr="00A84BC5">
              <w:rPr>
                <w:rFonts w:cs="Times New Roman"/>
                <w:sz w:val="22"/>
                <w:lang w:val="ro-MD"/>
              </w:rPr>
              <w:t>2A.14</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100" w:hanging="34"/>
              <w:contextualSpacing/>
              <w:rPr>
                <w:rFonts w:cs="Times New Roman"/>
                <w:sz w:val="22"/>
              </w:rPr>
            </w:pPr>
            <w:r w:rsidRPr="00A84BC5">
              <w:rPr>
                <w:rFonts w:cs="Times New Roman"/>
                <w:sz w:val="22"/>
                <w:lang w:val="ro-MD"/>
              </w:rPr>
              <w:t>Operatorul economic participă la procedura de achiziții publice împreună cu alți operatori economici?</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135"/>
              <w:contextualSpacing/>
              <w:jc w:val="center"/>
              <w:rPr>
                <w:rFonts w:cs="Times New Roman"/>
                <w:sz w:val="22"/>
                <w:lang w:val="ro-MD"/>
              </w:rPr>
            </w:pPr>
            <w:r w:rsidRPr="00A84BC5">
              <w:rPr>
                <w:rFonts w:cs="Times New Roman"/>
                <w:sz w:val="22"/>
                <w:lang w:val="ro-MD"/>
              </w:rPr>
              <w:t>󠇡Da            󠇡󠇡Nu</w:t>
            </w:r>
          </w:p>
        </w:tc>
      </w:tr>
      <w:tr w:rsidR="00924ED0" w:rsidRPr="00A84BC5"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sz w:val="22"/>
              </w:rPr>
            </w:pPr>
            <w:r w:rsidRPr="00A84BC5">
              <w:rPr>
                <w:rFonts w:cs="Times New Roman"/>
                <w:i/>
                <w:sz w:val="22"/>
                <w:lang w:val="ro-MD"/>
              </w:rPr>
              <w:t>2A.14.1</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66"/>
              <w:contextualSpacing/>
              <w:jc w:val="both"/>
              <w:rPr>
                <w:rFonts w:cs="Times New Roman"/>
                <w:i/>
                <w:sz w:val="22"/>
                <w:lang w:val="ro-MD"/>
              </w:rPr>
            </w:pPr>
            <w:r w:rsidRPr="00A84BC5">
              <w:rPr>
                <w:rFonts w:cs="Times New Roman"/>
                <w:i/>
                <w:sz w:val="22"/>
                <w:lang w:val="ro-MD"/>
              </w:rPr>
              <w:t>Dacă Da, precizați rolul operatorului economic în cadrul grupului (lider, responsabil cu îndeplinirea unor sarcini specifice, etc).</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jc w:val="center"/>
              <w:rPr>
                <w:rFonts w:cs="Times New Roman"/>
                <w:i/>
                <w:sz w:val="22"/>
                <w:lang w:val="ro-MD"/>
              </w:rPr>
            </w:pPr>
          </w:p>
          <w:p w:rsidR="00924ED0" w:rsidRPr="00A84BC5" w:rsidRDefault="00924ED0" w:rsidP="00924ED0">
            <w:pPr>
              <w:ind w:left="208" w:hanging="142"/>
              <w:contextualSpacing/>
              <w:jc w:val="center"/>
              <w:rPr>
                <w:rFonts w:cs="Times New Roman"/>
                <w:i/>
                <w:sz w:val="22"/>
                <w:lang w:val="ro-MD"/>
              </w:rPr>
            </w:pPr>
            <w:r w:rsidRPr="00A84BC5">
              <w:rPr>
                <w:rFonts w:cs="Times New Roman"/>
                <w:i/>
                <w:sz w:val="22"/>
                <w:lang w:val="ro-MD"/>
              </w:rPr>
              <w:t>|text|</w:t>
            </w:r>
          </w:p>
        </w:tc>
      </w:tr>
      <w:tr w:rsidR="00924ED0" w:rsidRPr="00A84BC5"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rPr>
            </w:pPr>
            <w:r w:rsidRPr="00A84BC5">
              <w:rPr>
                <w:rFonts w:cs="Times New Roman"/>
                <w:i/>
                <w:sz w:val="22"/>
                <w:lang w:val="ro-MD"/>
              </w:rPr>
              <w:t>2A.14.2</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66"/>
              <w:contextualSpacing/>
              <w:jc w:val="both"/>
              <w:rPr>
                <w:rFonts w:cs="Times New Roman"/>
                <w:sz w:val="22"/>
              </w:rPr>
            </w:pPr>
            <w:r w:rsidRPr="00A84BC5">
              <w:rPr>
                <w:rFonts w:cs="Times New Roman"/>
                <w:i/>
                <w:sz w:val="22"/>
                <w:lang w:val="ro-MD"/>
              </w:rPr>
              <w:t>Numiți operatorii economici care participă la procedura respectivă de achiziție publică.</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208" w:hanging="73"/>
              <w:contextualSpacing/>
              <w:jc w:val="center"/>
              <w:rPr>
                <w:rFonts w:cs="Times New Roman"/>
                <w:i/>
                <w:sz w:val="22"/>
                <w:lang w:val="ro-MD"/>
              </w:rPr>
            </w:pPr>
            <w:r w:rsidRPr="00A84BC5">
              <w:rPr>
                <w:rFonts w:cs="Times New Roman"/>
                <w:i/>
                <w:sz w:val="22"/>
                <w:lang w:val="ro-MD"/>
              </w:rPr>
              <w:t>|text|</w:t>
            </w:r>
          </w:p>
        </w:tc>
      </w:tr>
      <w:tr w:rsidR="00924ED0" w:rsidRPr="00A84BC5"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rPr>
            </w:pPr>
            <w:r w:rsidRPr="00A84BC5">
              <w:rPr>
                <w:rFonts w:cs="Times New Roman"/>
                <w:i/>
                <w:sz w:val="22"/>
                <w:lang w:val="ro-MD"/>
              </w:rPr>
              <w:lastRenderedPageBreak/>
              <w:t>2A.14.3</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66"/>
              <w:contextualSpacing/>
              <w:jc w:val="both"/>
              <w:rPr>
                <w:rFonts w:cs="Times New Roman"/>
                <w:i/>
                <w:sz w:val="22"/>
                <w:lang w:val="ro-MD"/>
              </w:rPr>
            </w:pPr>
            <w:r w:rsidRPr="00A84BC5">
              <w:rPr>
                <w:rFonts w:cs="Times New Roman"/>
                <w:i/>
                <w:sz w:val="22"/>
                <w:lang w:val="ro-MD"/>
              </w:rPr>
              <w:t>Specificați denumirea grupului participant.</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277" w:hanging="142"/>
              <w:contextualSpacing/>
              <w:jc w:val="center"/>
              <w:rPr>
                <w:rFonts w:cs="Times New Roman"/>
                <w:b/>
                <w:i/>
                <w:sz w:val="22"/>
                <w:lang w:val="ro-MD"/>
              </w:rPr>
            </w:pPr>
            <w:r w:rsidRPr="00A84BC5">
              <w:rPr>
                <w:rFonts w:cs="Times New Roman"/>
                <w:i/>
                <w:sz w:val="22"/>
                <w:lang w:val="ro-MD"/>
              </w:rPr>
              <w:t>|text|</w:t>
            </w:r>
          </w:p>
        </w:tc>
      </w:tr>
      <w:tr w:rsidR="00924ED0" w:rsidRPr="00A84BC5" w:rsidTr="00D756A6">
        <w:trPr>
          <w:cantSplit/>
          <w:jc w:val="center"/>
        </w:trPr>
        <w:tc>
          <w:tcPr>
            <w:tcW w:w="13036" w:type="dxa"/>
            <w:gridSpan w:val="3"/>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66"/>
              <w:contextualSpacing/>
              <w:jc w:val="both"/>
              <w:rPr>
                <w:rFonts w:cs="Times New Roman"/>
                <w:sz w:val="22"/>
              </w:rPr>
            </w:pPr>
            <w:r w:rsidRPr="00A84BC5">
              <w:rPr>
                <w:rFonts w:cs="Times New Roman"/>
                <w:i/>
                <w:sz w:val="22"/>
                <w:lang w:val="ro-MD"/>
              </w:rPr>
              <w:t>Notă. Dacă ați răspuns Da la întrebarea 2A.14, asigurați-vă ca operatorii economici menționați să prezinte un formular DUAE separat.</w:t>
            </w:r>
          </w:p>
        </w:tc>
      </w:tr>
      <w:tr w:rsidR="00924ED0" w:rsidRPr="00A84BC5" w:rsidTr="00D756A6">
        <w:trPr>
          <w:cantSplit/>
          <w:jc w:val="center"/>
        </w:trPr>
        <w:tc>
          <w:tcPr>
            <w:tcW w:w="13036" w:type="dxa"/>
            <w:gridSpan w:val="3"/>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numPr>
                <w:ilvl w:val="0"/>
                <w:numId w:val="22"/>
              </w:numPr>
              <w:suppressAutoHyphens/>
              <w:contextualSpacing/>
              <w:rPr>
                <w:rFonts w:cs="Times New Roman"/>
                <w:b/>
                <w:sz w:val="22"/>
                <w:lang w:val="ro-MD"/>
              </w:rPr>
            </w:pPr>
            <w:r w:rsidRPr="00A84BC5">
              <w:rPr>
                <w:rFonts w:cs="Times New Roman"/>
                <w:b/>
                <w:sz w:val="22"/>
                <w:lang w:val="ro-MD"/>
              </w:rPr>
              <w:t>Informații privind reprezentanții operatorului economic</w:t>
            </w:r>
          </w:p>
        </w:tc>
      </w:tr>
      <w:tr w:rsidR="00924ED0" w:rsidRPr="00A84BC5" w:rsidTr="00D756A6">
        <w:trPr>
          <w:cantSplit/>
          <w:jc w:val="center"/>
        </w:trPr>
        <w:tc>
          <w:tcPr>
            <w:tcW w:w="13036" w:type="dxa"/>
            <w:gridSpan w:val="3"/>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ind w:left="66"/>
              <w:contextualSpacing/>
              <w:jc w:val="both"/>
              <w:rPr>
                <w:rFonts w:cs="Times New Roman"/>
                <w:sz w:val="22"/>
                <w:lang w:val="ro-MD"/>
              </w:rPr>
            </w:pPr>
            <w:r w:rsidRPr="00A84BC5">
              <w:rPr>
                <w:rFonts w:cs="Times New Roman"/>
                <w:sz w:val="22"/>
                <w:lang w:val="ro-MD"/>
              </w:rPr>
              <w:t>Indicați numele persoanei (persoanelor) împuternicită (împuternicite) să îl reprezinte pe operatorul economic în scopurile prezentei proceduri de achiziție publică.</w:t>
            </w:r>
          </w:p>
        </w:tc>
      </w:tr>
      <w:tr w:rsidR="00924ED0" w:rsidRPr="00A84BC5"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sz w:val="22"/>
                <w:lang w:val="ro-MD"/>
              </w:rPr>
            </w:pPr>
            <w:r w:rsidRPr="00A84BC5">
              <w:rPr>
                <w:rFonts w:cs="Times New Roman"/>
                <w:sz w:val="22"/>
                <w:lang w:val="ro-MD"/>
              </w:rPr>
              <w:t>2B.1</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66"/>
              <w:contextualSpacing/>
              <w:rPr>
                <w:rFonts w:cs="Times New Roman"/>
                <w:sz w:val="22"/>
                <w:lang w:val="ro-MD"/>
              </w:rPr>
            </w:pPr>
            <w:r w:rsidRPr="00A84BC5">
              <w:rPr>
                <w:rFonts w:cs="Times New Roman"/>
                <w:sz w:val="22"/>
                <w:lang w:val="ro-MD"/>
              </w:rPr>
              <w:t xml:space="preserve">Nume și prenume </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|text|</w:t>
            </w:r>
          </w:p>
        </w:tc>
      </w:tr>
      <w:tr w:rsidR="00924ED0" w:rsidRPr="00A84BC5"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2B.2</w:t>
            </w:r>
          </w:p>
        </w:tc>
        <w:tc>
          <w:tcPr>
            <w:tcW w:w="5628"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ind w:left="66"/>
              <w:contextualSpacing/>
              <w:jc w:val="both"/>
              <w:rPr>
                <w:rFonts w:cs="Times New Roman"/>
                <w:sz w:val="22"/>
                <w:lang w:val="ro-MD"/>
              </w:rPr>
            </w:pPr>
            <w:r w:rsidRPr="00A84BC5">
              <w:rPr>
                <w:rFonts w:cs="Times New Roman"/>
                <w:sz w:val="22"/>
                <w:lang w:val="ro-MD"/>
              </w:rPr>
              <w:t>Poziție/acționând în calitate de..</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|text|</w:t>
            </w:r>
          </w:p>
        </w:tc>
      </w:tr>
      <w:tr w:rsidR="00924ED0" w:rsidRPr="00A84BC5"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2B.3</w:t>
            </w:r>
          </w:p>
        </w:tc>
        <w:tc>
          <w:tcPr>
            <w:tcW w:w="5628"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ind w:left="66"/>
              <w:contextualSpacing/>
              <w:jc w:val="both"/>
              <w:rPr>
                <w:rFonts w:cs="Times New Roman"/>
                <w:sz w:val="22"/>
                <w:lang w:val="ro-MD"/>
              </w:rPr>
            </w:pPr>
            <w:r w:rsidRPr="00A84BC5">
              <w:rPr>
                <w:rFonts w:cs="Times New Roman"/>
                <w:sz w:val="22"/>
                <w:lang w:val="ro-MD"/>
              </w:rPr>
              <w:t xml:space="preserve">Țară </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|text|</w:t>
            </w:r>
          </w:p>
        </w:tc>
      </w:tr>
      <w:tr w:rsidR="00924ED0" w:rsidRPr="00A84BC5"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2B.4</w:t>
            </w:r>
          </w:p>
        </w:tc>
        <w:tc>
          <w:tcPr>
            <w:tcW w:w="5628"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ind w:left="66"/>
              <w:contextualSpacing/>
              <w:jc w:val="both"/>
              <w:rPr>
                <w:rFonts w:cs="Times New Roman"/>
                <w:sz w:val="22"/>
                <w:lang w:val="ro-MD"/>
              </w:rPr>
            </w:pPr>
            <w:r w:rsidRPr="00A84BC5">
              <w:rPr>
                <w:rFonts w:cs="Times New Roman"/>
                <w:sz w:val="22"/>
                <w:lang w:val="ro-MD"/>
              </w:rPr>
              <w:t xml:space="preserve">Telefon </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[număr]</w:t>
            </w:r>
          </w:p>
        </w:tc>
      </w:tr>
      <w:tr w:rsidR="00924ED0" w:rsidRPr="00A84BC5"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2B.5</w:t>
            </w:r>
          </w:p>
        </w:tc>
        <w:tc>
          <w:tcPr>
            <w:tcW w:w="5628"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ind w:left="66"/>
              <w:contextualSpacing/>
              <w:jc w:val="both"/>
              <w:rPr>
                <w:rFonts w:cs="Times New Roman"/>
                <w:sz w:val="22"/>
                <w:lang w:val="ro-MD"/>
              </w:rPr>
            </w:pPr>
            <w:r w:rsidRPr="00A84BC5">
              <w:rPr>
                <w:rFonts w:cs="Times New Roman"/>
                <w:sz w:val="22"/>
                <w:lang w:val="ro-MD"/>
              </w:rPr>
              <w:t>Adresa de e-mail</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 xml:space="preserve">|text| </w:t>
            </w:r>
          </w:p>
        </w:tc>
      </w:tr>
      <w:tr w:rsidR="00924ED0" w:rsidRPr="00A84BC5" w:rsidTr="00D756A6">
        <w:trPr>
          <w:cantSplit/>
          <w:jc w:val="center"/>
        </w:trPr>
        <w:tc>
          <w:tcPr>
            <w:tcW w:w="13036" w:type="dxa"/>
            <w:gridSpan w:val="3"/>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numPr>
                <w:ilvl w:val="0"/>
                <w:numId w:val="22"/>
              </w:numPr>
              <w:suppressAutoHyphens/>
              <w:contextualSpacing/>
              <w:rPr>
                <w:rFonts w:cs="Times New Roman"/>
                <w:b/>
                <w:sz w:val="22"/>
                <w:lang w:val="ro-MD"/>
              </w:rPr>
            </w:pPr>
            <w:r w:rsidRPr="00A84BC5">
              <w:rPr>
                <w:rFonts w:cs="Times New Roman"/>
                <w:b/>
                <w:sz w:val="22"/>
                <w:lang w:val="ro-MD"/>
              </w:rPr>
              <w:t>Informații privind utilizarea capacităților altor entități</w:t>
            </w:r>
          </w:p>
        </w:tc>
      </w:tr>
      <w:tr w:rsidR="00924ED0" w:rsidRPr="00A84BC5"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sz w:val="22"/>
                <w:lang w:val="ro-MD"/>
              </w:rPr>
            </w:pPr>
            <w:r w:rsidRPr="00A84BC5">
              <w:rPr>
                <w:rFonts w:cs="Times New Roman"/>
                <w:sz w:val="22"/>
                <w:lang w:val="ro-MD"/>
              </w:rPr>
              <w:t>2C.1</w:t>
            </w:r>
          </w:p>
        </w:tc>
        <w:tc>
          <w:tcPr>
            <w:tcW w:w="5628"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sz w:val="22"/>
                <w:lang w:val="ro-MD"/>
              </w:rPr>
            </w:pPr>
            <w:r w:rsidRPr="00A84BC5">
              <w:rPr>
                <w:rFonts w:cs="Times New Roman"/>
                <w:sz w:val="22"/>
                <w:lang w:val="ro-MD"/>
              </w:rPr>
              <w:t>Operatorul economic utilizează capacitățile altor entități pentru a satisface criteriile de selecție prevăzute în capitolul IV, precum și (dacă este cazul) criteriile și regulile menționate în capitolul V de mai jos?</w:t>
            </w:r>
          </w:p>
        </w:tc>
        <w:tc>
          <w:tcPr>
            <w:tcW w:w="5805"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snapToGrid w:val="0"/>
              <w:ind w:left="720"/>
              <w:contextualSpacing/>
              <w:jc w:val="both"/>
              <w:rPr>
                <w:rFonts w:cs="Times New Roman"/>
                <w:sz w:val="22"/>
                <w:lang w:val="ro-MD"/>
              </w:rPr>
            </w:pPr>
          </w:p>
          <w:p w:rsidR="00924ED0" w:rsidRPr="00A84BC5" w:rsidRDefault="00924ED0" w:rsidP="00924ED0">
            <w:pPr>
              <w:ind w:left="170"/>
              <w:contextualSpacing/>
              <w:jc w:val="both"/>
              <w:rPr>
                <w:rFonts w:cs="Times New Roman"/>
                <w:sz w:val="22"/>
                <w:lang w:val="ro-MD"/>
              </w:rPr>
            </w:pPr>
            <w:r w:rsidRPr="00A84BC5">
              <w:rPr>
                <w:rFonts w:cs="Times New Roman"/>
                <w:sz w:val="22"/>
                <w:lang w:val="ro-MD"/>
              </w:rPr>
              <w:t>󠇡Da            󠇡󠇡Nu</w:t>
            </w:r>
          </w:p>
        </w:tc>
      </w:tr>
      <w:tr w:rsidR="00924ED0" w:rsidRPr="00A84BC5" w:rsidTr="00D756A6">
        <w:trPr>
          <w:cantSplit/>
          <w:jc w:val="center"/>
        </w:trPr>
        <w:tc>
          <w:tcPr>
            <w:tcW w:w="13036" w:type="dxa"/>
            <w:gridSpan w:val="3"/>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i/>
                <w:sz w:val="22"/>
                <w:lang w:val="ro-MD"/>
              </w:rPr>
            </w:pPr>
            <w:r w:rsidRPr="00A84BC5">
              <w:rPr>
                <w:rFonts w:cs="Times New Roman"/>
                <w:i/>
                <w:sz w:val="22"/>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924ED0" w:rsidRPr="00A84BC5" w:rsidTr="00D756A6">
        <w:trPr>
          <w:cantSplit/>
          <w:jc w:val="center"/>
        </w:trPr>
        <w:tc>
          <w:tcPr>
            <w:tcW w:w="13036" w:type="dxa"/>
            <w:gridSpan w:val="3"/>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numPr>
                <w:ilvl w:val="0"/>
                <w:numId w:val="22"/>
              </w:numPr>
              <w:tabs>
                <w:tab w:val="left" w:pos="284"/>
              </w:tabs>
              <w:suppressAutoHyphens/>
              <w:ind w:left="0" w:firstLine="0"/>
              <w:contextualSpacing/>
              <w:jc w:val="both"/>
              <w:rPr>
                <w:rFonts w:cs="Times New Roman"/>
                <w:b/>
                <w:sz w:val="22"/>
                <w:lang w:val="ro-MD"/>
              </w:rPr>
            </w:pPr>
            <w:r w:rsidRPr="00A84BC5">
              <w:rPr>
                <w:rFonts w:cs="Times New Roman"/>
                <w:b/>
                <w:sz w:val="22"/>
                <w:lang w:val="ro-MD"/>
              </w:rPr>
              <w:t xml:space="preserve">Informații privind subcontractanții pe ale căror capacități operatorul economic se bazează </w:t>
            </w:r>
          </w:p>
        </w:tc>
      </w:tr>
      <w:tr w:rsidR="00924ED0" w:rsidRPr="00A84BC5"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284" w:hanging="568"/>
              <w:contextualSpacing/>
              <w:jc w:val="center"/>
              <w:rPr>
                <w:rFonts w:cs="Times New Roman"/>
                <w:sz w:val="22"/>
                <w:lang w:val="ro-MD"/>
              </w:rPr>
            </w:pPr>
            <w:r w:rsidRPr="00A84BC5">
              <w:rPr>
                <w:rFonts w:cs="Times New Roman"/>
                <w:sz w:val="22"/>
                <w:lang w:val="ro-MD"/>
              </w:rPr>
              <w:t xml:space="preserve"> 2D.1</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both"/>
              <w:rPr>
                <w:rFonts w:cs="Times New Roman"/>
                <w:sz w:val="22"/>
                <w:lang w:val="ro-MD"/>
              </w:rPr>
            </w:pPr>
            <w:r w:rsidRPr="00A84BC5">
              <w:rPr>
                <w:rFonts w:cs="Times New Roman"/>
                <w:sz w:val="22"/>
                <w:lang w:val="ro-MD"/>
              </w:rPr>
              <w:t>Operatorul economic intenționează să subcontracteze vreo parte din contract cu alți operatori economici?</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170"/>
              <w:contextualSpacing/>
              <w:jc w:val="center"/>
              <w:rPr>
                <w:rFonts w:cs="Times New Roman"/>
                <w:sz w:val="22"/>
                <w:lang w:val="ro-MD"/>
              </w:rPr>
            </w:pPr>
            <w:r w:rsidRPr="00A84BC5">
              <w:rPr>
                <w:rFonts w:cs="Times New Roman"/>
                <w:sz w:val="22"/>
                <w:lang w:val="ro-MD"/>
              </w:rPr>
              <w:t>󠇡Da            󠇡󠇡Nu</w:t>
            </w:r>
          </w:p>
        </w:tc>
      </w:tr>
      <w:tr w:rsidR="00924ED0" w:rsidRPr="00A84BC5" w:rsidTr="00D756A6">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142"/>
              <w:contextualSpacing/>
              <w:jc w:val="center"/>
              <w:rPr>
                <w:rFonts w:cs="Times New Roman"/>
                <w:i/>
                <w:sz w:val="22"/>
                <w:lang w:val="ro-MD"/>
              </w:rPr>
            </w:pPr>
            <w:r w:rsidRPr="00A84BC5">
              <w:rPr>
                <w:rFonts w:cs="Times New Roman"/>
                <w:i/>
                <w:sz w:val="22"/>
                <w:lang w:val="ro-MD"/>
              </w:rPr>
              <w:t>2D.1.1</w:t>
            </w:r>
          </w:p>
        </w:tc>
        <w:tc>
          <w:tcPr>
            <w:tcW w:w="5628"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both"/>
              <w:rPr>
                <w:rFonts w:cs="Times New Roman"/>
                <w:i/>
                <w:sz w:val="22"/>
                <w:lang w:val="ro-MD"/>
              </w:rPr>
            </w:pPr>
            <w:r w:rsidRPr="00A84BC5">
              <w:rPr>
                <w:rFonts w:cs="Times New Roman"/>
                <w:i/>
                <w:sz w:val="22"/>
                <w:lang w:val="ro-MD"/>
              </w:rPr>
              <w:t>Dacă Da, enumerați subcontractanții propuși.</w:t>
            </w:r>
          </w:p>
        </w:tc>
        <w:tc>
          <w:tcPr>
            <w:tcW w:w="5805"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720"/>
              <w:contextualSpacing/>
              <w:jc w:val="center"/>
              <w:rPr>
                <w:rFonts w:cs="Times New Roman"/>
                <w:i/>
                <w:sz w:val="22"/>
                <w:lang w:val="ro-MD"/>
              </w:rPr>
            </w:pPr>
            <w:r w:rsidRPr="00A84BC5">
              <w:rPr>
                <w:rFonts w:cs="Times New Roman"/>
                <w:i/>
                <w:sz w:val="22"/>
                <w:lang w:val="ro-MD"/>
              </w:rPr>
              <w:t>|text|</w:t>
            </w:r>
          </w:p>
        </w:tc>
      </w:tr>
    </w:tbl>
    <w:p w:rsidR="00924ED0" w:rsidRPr="00A84BC5" w:rsidRDefault="00924ED0" w:rsidP="00924ED0">
      <w:pPr>
        <w:jc w:val="both"/>
        <w:rPr>
          <w:rFonts w:cs="Times New Roman"/>
          <w:b/>
          <w:sz w:val="22"/>
          <w:lang w:val="ro-MD"/>
        </w:rPr>
      </w:pPr>
    </w:p>
    <w:p w:rsidR="00924ED0" w:rsidRPr="00A84BC5" w:rsidRDefault="00924ED0" w:rsidP="00924ED0">
      <w:pPr>
        <w:jc w:val="both"/>
        <w:rPr>
          <w:rFonts w:cs="Times New Roman"/>
          <w:b/>
          <w:sz w:val="22"/>
          <w:lang w:val="ro-MD"/>
        </w:rPr>
      </w:pPr>
    </w:p>
    <w:p w:rsidR="00924ED0" w:rsidRPr="00A84BC5" w:rsidRDefault="00924ED0" w:rsidP="00924ED0">
      <w:pPr>
        <w:jc w:val="both"/>
        <w:rPr>
          <w:rFonts w:cs="Times New Roman"/>
          <w:b/>
          <w:sz w:val="22"/>
          <w:lang w:val="ro-MD"/>
        </w:rPr>
      </w:pPr>
    </w:p>
    <w:p w:rsidR="00924ED0" w:rsidRPr="00A84BC5" w:rsidRDefault="00924ED0" w:rsidP="00924ED0">
      <w:pPr>
        <w:jc w:val="both"/>
        <w:rPr>
          <w:rFonts w:cs="Times New Roman"/>
          <w:b/>
          <w:sz w:val="22"/>
          <w:lang w:val="ro-MD"/>
        </w:rPr>
      </w:pPr>
      <w:r w:rsidRPr="00A84BC5">
        <w:rPr>
          <w:rFonts w:cs="Times New Roman"/>
          <w:b/>
          <w:sz w:val="22"/>
          <w:lang w:val="ro-MD"/>
        </w:rPr>
        <w:t>Capitolul III. Motive de excludere din cadrul procedurii de achiziție publică</w:t>
      </w:r>
    </w:p>
    <w:p w:rsidR="00924ED0" w:rsidRPr="00A84BC5" w:rsidRDefault="00924ED0" w:rsidP="00924ED0">
      <w:pPr>
        <w:jc w:val="both"/>
        <w:rPr>
          <w:rFonts w:cs="Times New Roman"/>
          <w:b/>
          <w:sz w:val="22"/>
          <w:lang w:val="ro-MD"/>
        </w:rPr>
      </w:pPr>
    </w:p>
    <w:p w:rsidR="00924ED0" w:rsidRPr="00A84BC5" w:rsidRDefault="00924ED0" w:rsidP="00924ED0">
      <w:pPr>
        <w:jc w:val="both"/>
        <w:rPr>
          <w:rFonts w:cs="Times New Roman"/>
          <w:sz w:val="22"/>
        </w:rPr>
      </w:pPr>
      <w:r w:rsidRPr="00A84BC5">
        <w:rPr>
          <w:rFonts w:cs="Times New Roman"/>
          <w:i/>
          <w:sz w:val="22"/>
          <w:lang w:val="ro-MD"/>
        </w:rPr>
        <w:t>Compartimentul se completează de către operatorii economici.</w:t>
      </w:r>
      <w:r w:rsidRPr="00A84BC5">
        <w:rPr>
          <w:rFonts w:cs="Times New Roman"/>
          <w:b/>
          <w:sz w:val="22"/>
          <w:lang w:val="ro-MD"/>
        </w:rPr>
        <w:t xml:space="preserve"> </w:t>
      </w:r>
    </w:p>
    <w:tbl>
      <w:tblPr>
        <w:tblpPr w:rightFromText="180" w:vertAnchor="text" w:tblpXSpec="center" w:tblpY="1"/>
        <w:tblOverlap w:val="never"/>
        <w:tblW w:w="0" w:type="auto"/>
        <w:jc w:val="center"/>
        <w:tblLook w:val="0000" w:firstRow="0" w:lastRow="0" w:firstColumn="0" w:lastColumn="0" w:noHBand="0" w:noVBand="0"/>
      </w:tblPr>
      <w:tblGrid>
        <w:gridCol w:w="1669"/>
        <w:gridCol w:w="5655"/>
        <w:gridCol w:w="2304"/>
      </w:tblGrid>
      <w:tr w:rsidR="00924ED0" w:rsidRPr="00A84BC5" w:rsidTr="00924ED0">
        <w:trPr>
          <w:cantSplit/>
          <w:tblHeader/>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b/>
                <w:sz w:val="22"/>
                <w:lang w:val="ro-MD"/>
              </w:rPr>
            </w:pPr>
            <w:r w:rsidRPr="00A84BC5">
              <w:rPr>
                <w:rFonts w:cs="Times New Roman"/>
                <w:b/>
                <w:sz w:val="22"/>
                <w:lang w:val="ro-MD"/>
              </w:rPr>
              <w:t>Cod poziție</w:t>
            </w:r>
          </w:p>
        </w:tc>
        <w:tc>
          <w:tcPr>
            <w:tcW w:w="6020"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720"/>
              <w:contextualSpacing/>
              <w:jc w:val="center"/>
              <w:rPr>
                <w:rFonts w:cs="Times New Roman"/>
                <w:b/>
                <w:sz w:val="22"/>
                <w:lang w:val="ro-MD"/>
              </w:rPr>
            </w:pPr>
            <w:r w:rsidRPr="00A84BC5">
              <w:rPr>
                <w:rFonts w:cs="Times New Roman"/>
                <w:b/>
                <w:sz w:val="22"/>
                <w:lang w:val="ro-MD"/>
              </w:rPr>
              <w:t>Conținutul cerințelor</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246"/>
              <w:contextualSpacing/>
              <w:jc w:val="center"/>
              <w:rPr>
                <w:rFonts w:cs="Times New Roman"/>
                <w:b/>
                <w:sz w:val="22"/>
                <w:lang w:val="ro-MD"/>
              </w:rPr>
            </w:pPr>
            <w:r w:rsidRPr="00A84BC5">
              <w:rPr>
                <w:rFonts w:cs="Times New Roman"/>
                <w:b/>
                <w:sz w:val="22"/>
                <w:lang w:val="ro-MD"/>
              </w:rPr>
              <w:t>Răspuns</w:t>
            </w:r>
          </w:p>
        </w:tc>
      </w:tr>
      <w:tr w:rsidR="00924ED0" w:rsidRPr="00A84BC5" w:rsidTr="00924ED0">
        <w:trPr>
          <w:cantSplit/>
          <w:jc w:val="center"/>
        </w:trPr>
        <w:tc>
          <w:tcPr>
            <w:tcW w:w="10145" w:type="dxa"/>
            <w:gridSpan w:val="3"/>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numPr>
                <w:ilvl w:val="0"/>
                <w:numId w:val="17"/>
              </w:numPr>
              <w:suppressAutoHyphens/>
              <w:ind w:left="284" w:hanging="284"/>
              <w:contextualSpacing/>
              <w:jc w:val="both"/>
              <w:rPr>
                <w:rFonts w:cs="Times New Roman"/>
                <w:b/>
                <w:sz w:val="22"/>
                <w:lang w:val="ro-MD"/>
              </w:rPr>
            </w:pPr>
            <w:r w:rsidRPr="00A84BC5">
              <w:rPr>
                <w:rFonts w:cs="Times New Roman"/>
                <w:b/>
                <w:sz w:val="22"/>
                <w:lang w:val="ro-MD"/>
              </w:rPr>
              <w:t>Motive referitoare la condamnări prin hotărârea definitivă a unei instanțe judecătorești</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center"/>
              <w:rPr>
                <w:rFonts w:cs="Times New Roman"/>
                <w:b/>
                <w:sz w:val="22"/>
                <w:lang w:val="ro-MD"/>
              </w:rPr>
            </w:pPr>
            <w:r w:rsidRPr="00A84BC5">
              <w:rPr>
                <w:rFonts w:cs="Times New Roman"/>
                <w:b/>
                <w:sz w:val="22"/>
                <w:lang w:val="ro-MD"/>
              </w:rPr>
              <w:t>1</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center"/>
              <w:rPr>
                <w:rFonts w:cs="Times New Roman"/>
                <w:b/>
                <w:sz w:val="22"/>
                <w:lang w:val="ro-MD"/>
              </w:rPr>
            </w:pPr>
            <w:r w:rsidRPr="00A84BC5">
              <w:rPr>
                <w:rFonts w:cs="Times New Roman"/>
                <w:b/>
                <w:sz w:val="22"/>
                <w:lang w:val="ro-MD"/>
              </w:rPr>
              <w:t>2</w:t>
            </w:r>
          </w:p>
        </w:tc>
        <w:tc>
          <w:tcPr>
            <w:tcW w:w="2373"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center"/>
              <w:rPr>
                <w:rFonts w:cs="Times New Roman"/>
                <w:b/>
                <w:sz w:val="22"/>
                <w:lang w:val="ro-MD"/>
              </w:rPr>
            </w:pPr>
            <w:r w:rsidRPr="00A84BC5">
              <w:rPr>
                <w:rFonts w:cs="Times New Roman"/>
                <w:b/>
                <w:sz w:val="22"/>
                <w:lang w:val="ro-MD"/>
              </w:rPr>
              <w:t>3</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142"/>
              <w:contextualSpacing/>
              <w:rPr>
                <w:rFonts w:cs="Times New Roman"/>
                <w:sz w:val="22"/>
              </w:rPr>
            </w:pPr>
            <w:r w:rsidRPr="00A84BC5">
              <w:rPr>
                <w:rFonts w:cs="Times New Roman"/>
                <w:sz w:val="22"/>
                <w:lang w:val="ro-MD"/>
              </w:rPr>
              <w:t xml:space="preserve">            3A.1</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ind w:left="120"/>
              <w:contextualSpacing/>
              <w:jc w:val="both"/>
              <w:rPr>
                <w:rFonts w:cs="Times New Roman"/>
                <w:sz w:val="22"/>
              </w:rPr>
            </w:pPr>
            <w:r w:rsidRPr="00A84BC5">
              <w:rPr>
                <w:rFonts w:cs="Times New Roman"/>
                <w:b/>
                <w:sz w:val="22"/>
                <w:lang w:val="ro-MD"/>
              </w:rPr>
              <w:t xml:space="preserve">Participare la o organizație criminală. </w:t>
            </w:r>
          </w:p>
          <w:p w:rsidR="00924ED0" w:rsidRPr="00A84BC5" w:rsidRDefault="00924ED0" w:rsidP="00924ED0">
            <w:pPr>
              <w:ind w:left="120"/>
              <w:contextualSpacing/>
              <w:jc w:val="both"/>
              <w:rPr>
                <w:rFonts w:cs="Times New Roman"/>
                <w:sz w:val="22"/>
                <w:lang w:val="ro-MD"/>
              </w:rPr>
            </w:pPr>
            <w:r w:rsidRPr="00A84BC5">
              <w:rPr>
                <w:rFonts w:cs="Times New Roman"/>
                <w:sz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sz w:val="22"/>
                <w:lang w:val="ro-MD"/>
              </w:rPr>
            </w:pPr>
            <w:r w:rsidRPr="00A84BC5">
              <w:rPr>
                <w:rFonts w:cs="Times New Roman"/>
                <w:sz w:val="22"/>
                <w:lang w:val="ro-MD"/>
              </w:rPr>
              <w:t>󠇡Da          󠇡󠇡Nu</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3A.2</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ind w:left="120"/>
              <w:contextualSpacing/>
              <w:jc w:val="both"/>
              <w:rPr>
                <w:rFonts w:cs="Times New Roman"/>
                <w:sz w:val="22"/>
              </w:rPr>
            </w:pPr>
            <w:r w:rsidRPr="00A84BC5">
              <w:rPr>
                <w:rFonts w:cs="Times New Roman"/>
                <w:b/>
                <w:sz w:val="22"/>
                <w:lang w:val="ro-MD"/>
              </w:rPr>
              <w:t>Corupție.</w:t>
            </w:r>
          </w:p>
          <w:p w:rsidR="00924ED0" w:rsidRPr="00A84BC5" w:rsidRDefault="00924ED0" w:rsidP="00924ED0">
            <w:pPr>
              <w:ind w:left="120"/>
              <w:contextualSpacing/>
              <w:jc w:val="both"/>
              <w:rPr>
                <w:rFonts w:cs="Times New Roman"/>
                <w:sz w:val="22"/>
                <w:lang w:val="ro-MD"/>
              </w:rPr>
            </w:pPr>
            <w:r w:rsidRPr="00A84BC5">
              <w:rPr>
                <w:rFonts w:cs="Times New Roman"/>
                <w:sz w:val="22"/>
                <w:lang w:val="ro-MD"/>
              </w:rPr>
              <w:t xml:space="preserve">Operatorul economic însuși sau orice persoană care este membru al organismului de administrare, de conducere sau </w:t>
            </w:r>
            <w:r w:rsidRPr="00A84BC5">
              <w:rPr>
                <w:rFonts w:cs="Times New Roman"/>
                <w:sz w:val="22"/>
                <w:lang w:val="ro-MD"/>
              </w:rPr>
              <w:lastRenderedPageBreak/>
              <w:t>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sz w:val="22"/>
                <w:lang w:val="ro-MD"/>
              </w:rPr>
            </w:pPr>
            <w:r w:rsidRPr="00A84BC5">
              <w:rPr>
                <w:rFonts w:cs="Times New Roman"/>
                <w:sz w:val="22"/>
                <w:lang w:val="ro-MD"/>
              </w:rPr>
              <w:lastRenderedPageBreak/>
              <w:t>󠇡Da          󠇡󠇡Nu</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3A.3</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ind w:left="120"/>
              <w:contextualSpacing/>
              <w:jc w:val="both"/>
              <w:rPr>
                <w:rFonts w:cs="Times New Roman"/>
                <w:b/>
                <w:sz w:val="22"/>
                <w:lang w:val="ro-MD"/>
              </w:rPr>
            </w:pPr>
            <w:r w:rsidRPr="00A84BC5">
              <w:rPr>
                <w:rFonts w:cs="Times New Roman"/>
                <w:b/>
                <w:sz w:val="22"/>
                <w:lang w:val="ro-MD"/>
              </w:rPr>
              <w:t>Fraude.</w:t>
            </w:r>
          </w:p>
          <w:p w:rsidR="00924ED0" w:rsidRPr="00A84BC5" w:rsidRDefault="00924ED0" w:rsidP="00924ED0">
            <w:pPr>
              <w:ind w:left="120"/>
              <w:contextualSpacing/>
              <w:jc w:val="both"/>
              <w:rPr>
                <w:rFonts w:cs="Times New Roman"/>
                <w:sz w:val="22"/>
                <w:lang w:val="ro-MD"/>
              </w:rPr>
            </w:pPr>
            <w:r w:rsidRPr="00A84BC5">
              <w:rPr>
                <w:rFonts w:cs="Times New Roman"/>
                <w:sz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sz w:val="22"/>
                <w:lang w:val="ro-MD"/>
              </w:rPr>
            </w:pPr>
            <w:r w:rsidRPr="00A84BC5">
              <w:rPr>
                <w:rFonts w:cs="Times New Roman"/>
                <w:sz w:val="22"/>
                <w:lang w:val="ro-MD"/>
              </w:rPr>
              <w:t>󠇡Da          󠇡󠇡Nu</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3A.4</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ind w:left="120"/>
              <w:contextualSpacing/>
              <w:jc w:val="both"/>
              <w:rPr>
                <w:rFonts w:cs="Times New Roman"/>
                <w:b/>
                <w:sz w:val="22"/>
                <w:lang w:val="ro-MD"/>
              </w:rPr>
            </w:pPr>
            <w:r w:rsidRPr="00A84BC5">
              <w:rPr>
                <w:rFonts w:cs="Times New Roman"/>
                <w:b/>
                <w:sz w:val="22"/>
                <w:lang w:val="ro-MD"/>
              </w:rPr>
              <w:t>Infracțiuni teroriste sau infracțiuni legate de activitățile teroriste.</w:t>
            </w:r>
          </w:p>
          <w:p w:rsidR="00924ED0" w:rsidRPr="00A84BC5" w:rsidRDefault="00924ED0" w:rsidP="00924ED0">
            <w:pPr>
              <w:ind w:left="120"/>
              <w:contextualSpacing/>
              <w:jc w:val="both"/>
              <w:rPr>
                <w:rFonts w:cs="Times New Roman"/>
                <w:sz w:val="22"/>
                <w:lang w:val="ro-MD"/>
              </w:rPr>
            </w:pPr>
            <w:r w:rsidRPr="00A84BC5">
              <w:rPr>
                <w:rFonts w:cs="Times New Roman"/>
                <w:sz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sz w:val="22"/>
                <w:lang w:val="ro-MD"/>
              </w:rPr>
            </w:pPr>
            <w:r w:rsidRPr="00A84BC5">
              <w:rPr>
                <w:rFonts w:cs="Times New Roman"/>
                <w:sz w:val="22"/>
                <w:lang w:val="ro-MD"/>
              </w:rPr>
              <w:t>󠇡Da          󠇡󠇡Nu</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3A.5</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ind w:left="120"/>
              <w:contextualSpacing/>
              <w:jc w:val="both"/>
              <w:rPr>
                <w:rFonts w:cs="Times New Roman"/>
                <w:b/>
                <w:sz w:val="22"/>
                <w:lang w:val="ro-MD"/>
              </w:rPr>
            </w:pPr>
            <w:r w:rsidRPr="00A84BC5">
              <w:rPr>
                <w:rFonts w:cs="Times New Roman"/>
                <w:b/>
                <w:sz w:val="22"/>
                <w:lang w:val="ro-MD"/>
              </w:rPr>
              <w:t>Spălare de bani sau finanțarea terorismului.</w:t>
            </w:r>
          </w:p>
          <w:p w:rsidR="00924ED0" w:rsidRPr="00A84BC5" w:rsidRDefault="00924ED0" w:rsidP="00924ED0">
            <w:pPr>
              <w:ind w:left="120"/>
              <w:contextualSpacing/>
              <w:jc w:val="both"/>
              <w:rPr>
                <w:rFonts w:cs="Times New Roman"/>
                <w:sz w:val="22"/>
                <w:lang w:val="ro-MD"/>
              </w:rPr>
            </w:pPr>
            <w:r w:rsidRPr="00A84BC5">
              <w:rPr>
                <w:rFonts w:cs="Times New Roman"/>
                <w:sz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sz w:val="22"/>
                <w:lang w:val="ro-MD"/>
              </w:rPr>
            </w:pPr>
            <w:r w:rsidRPr="00A84BC5">
              <w:rPr>
                <w:rFonts w:cs="Times New Roman"/>
                <w:sz w:val="22"/>
                <w:lang w:val="ro-MD"/>
              </w:rPr>
              <w:t>󠇡Da          󠇡󠇡Nu</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3A.6</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ind w:left="120"/>
              <w:contextualSpacing/>
              <w:jc w:val="both"/>
              <w:rPr>
                <w:rFonts w:cs="Times New Roman"/>
                <w:b/>
                <w:sz w:val="22"/>
                <w:lang w:val="ro-MD"/>
              </w:rPr>
            </w:pPr>
            <w:r w:rsidRPr="00A84BC5">
              <w:rPr>
                <w:rFonts w:cs="Times New Roman"/>
                <w:b/>
                <w:sz w:val="22"/>
                <w:lang w:val="ro-MD"/>
              </w:rPr>
              <w:t>Exploatarea prin muncă a copiilor și alte forme de trafic de persoane.</w:t>
            </w:r>
          </w:p>
          <w:p w:rsidR="00924ED0" w:rsidRPr="00A84BC5" w:rsidRDefault="00924ED0" w:rsidP="00924ED0">
            <w:pPr>
              <w:ind w:left="120"/>
              <w:contextualSpacing/>
              <w:jc w:val="both"/>
              <w:rPr>
                <w:rFonts w:cs="Times New Roman"/>
                <w:sz w:val="22"/>
                <w:lang w:val="ro-MD"/>
              </w:rPr>
            </w:pPr>
            <w:r w:rsidRPr="00A84BC5">
              <w:rPr>
                <w:rFonts w:cs="Times New Roman"/>
                <w:sz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sz w:val="22"/>
                <w:lang w:val="ro-MD"/>
              </w:rPr>
            </w:pPr>
            <w:r w:rsidRPr="00A84BC5">
              <w:rPr>
                <w:rFonts w:cs="Times New Roman"/>
                <w:sz w:val="22"/>
                <w:lang w:val="ro-MD"/>
              </w:rPr>
              <w:t>󠇡Da          󠇡󠇡Nu</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3A.7</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ind w:left="120"/>
              <w:contextualSpacing/>
              <w:jc w:val="both"/>
              <w:rPr>
                <w:rFonts w:cs="Times New Roman"/>
                <w:b/>
                <w:sz w:val="22"/>
                <w:lang w:val="ro-MD"/>
              </w:rPr>
            </w:pPr>
            <w:r w:rsidRPr="00A84BC5">
              <w:rPr>
                <w:rFonts w:cs="Times New Roman"/>
                <w:sz w:val="22"/>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sz w:val="22"/>
                <w:lang w:val="ro-MD"/>
              </w:rPr>
            </w:pPr>
            <w:r w:rsidRPr="00A84BC5">
              <w:rPr>
                <w:rFonts w:cs="Times New Roman"/>
                <w:sz w:val="22"/>
                <w:lang w:val="ro-MD"/>
              </w:rPr>
              <w:t>󠇡Da          󠇡󠇡Nu</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i/>
                <w:sz w:val="22"/>
                <w:lang w:val="ro-MD"/>
              </w:rPr>
            </w:pPr>
            <w:r w:rsidRPr="00A84BC5">
              <w:rPr>
                <w:rFonts w:cs="Times New Roman"/>
                <w:i/>
                <w:sz w:val="22"/>
                <w:lang w:val="ro-MD"/>
              </w:rPr>
              <w:lastRenderedPageBreak/>
              <w:t>3A.7.1</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i/>
                <w:sz w:val="22"/>
                <w:lang w:val="ro-MD"/>
              </w:rPr>
            </w:pPr>
            <w:r w:rsidRPr="00A84BC5">
              <w:rPr>
                <w:rFonts w:cs="Times New Roman"/>
                <w:i/>
                <w:sz w:val="22"/>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9"/>
              <w:contextualSpacing/>
              <w:jc w:val="center"/>
              <w:rPr>
                <w:rFonts w:cs="Times New Roman"/>
                <w:i/>
                <w:sz w:val="22"/>
                <w:lang w:val="ro-MD"/>
              </w:rPr>
            </w:pPr>
            <w:r w:rsidRPr="00A84BC5">
              <w:rPr>
                <w:rFonts w:cs="Times New Roman"/>
                <w:i/>
                <w:sz w:val="22"/>
                <w:lang w:val="ro-MD"/>
              </w:rPr>
              <w:t>|text|</w:t>
            </w:r>
          </w:p>
        </w:tc>
      </w:tr>
      <w:tr w:rsidR="00924ED0" w:rsidRPr="00A84BC5" w:rsidTr="00924ED0">
        <w:trPr>
          <w:cantSplit/>
          <w:jc w:val="center"/>
        </w:trPr>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numPr>
                <w:ilvl w:val="0"/>
                <w:numId w:val="17"/>
              </w:numPr>
              <w:suppressAutoHyphens/>
              <w:contextualSpacing/>
              <w:rPr>
                <w:rFonts w:cs="Times New Roman"/>
                <w:b/>
                <w:sz w:val="22"/>
                <w:lang w:val="ro-MD"/>
              </w:rPr>
            </w:pPr>
            <w:r w:rsidRPr="00A84BC5">
              <w:rPr>
                <w:rFonts w:cs="Times New Roman"/>
                <w:b/>
                <w:sz w:val="22"/>
                <w:lang w:val="ro-MD"/>
              </w:rPr>
              <w:t>Motive privind plata impozitelor sau/și a contribuțiilor de asigurări sociale</w:t>
            </w:r>
          </w:p>
        </w:tc>
      </w:tr>
      <w:tr w:rsidR="00924ED0" w:rsidRPr="00A84BC5" w:rsidTr="00924ED0">
        <w:trPr>
          <w:cantSplit/>
          <w:trHeight w:val="195"/>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jc w:val="center"/>
              <w:rPr>
                <w:rFonts w:cs="Times New Roman"/>
                <w:b/>
                <w:sz w:val="22"/>
                <w:lang w:val="ro-MD"/>
              </w:rPr>
            </w:pP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ind w:left="120"/>
              <w:contextualSpacing/>
              <w:jc w:val="both"/>
              <w:rPr>
                <w:rFonts w:cs="Times New Roman"/>
                <w:b/>
                <w:sz w:val="22"/>
                <w:lang w:val="ro-MD"/>
              </w:rPr>
            </w:pPr>
            <w:r w:rsidRPr="00A84BC5">
              <w:rPr>
                <w:rFonts w:cs="Times New Roman"/>
                <w:b/>
                <w:sz w:val="22"/>
                <w:lang w:val="ro-MD"/>
              </w:rPr>
              <w:t>Plata impozitelor</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9"/>
              <w:contextualSpacing/>
              <w:rPr>
                <w:rFonts w:cs="Times New Roman"/>
                <w:b/>
                <w:sz w:val="22"/>
                <w:lang w:val="ro-MD"/>
              </w:rPr>
            </w:pPr>
          </w:p>
        </w:tc>
      </w:tr>
      <w:tr w:rsidR="00924ED0" w:rsidRPr="00A84BC5" w:rsidTr="00924ED0">
        <w:trPr>
          <w:cantSplit/>
          <w:trHeight w:val="885"/>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sz w:val="22"/>
                <w:lang w:val="ro-MD"/>
              </w:rPr>
            </w:pPr>
            <w:r w:rsidRPr="00A84BC5">
              <w:rPr>
                <w:rFonts w:cs="Times New Roman"/>
                <w:sz w:val="22"/>
                <w:lang w:val="ro-MD"/>
              </w:rPr>
              <w:t>3B.1</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ind w:left="120"/>
              <w:contextualSpacing/>
              <w:jc w:val="both"/>
              <w:rPr>
                <w:rFonts w:cs="Times New Roman"/>
                <w:sz w:val="22"/>
                <w:lang w:val="ro-MD"/>
              </w:rPr>
            </w:pPr>
            <w:r w:rsidRPr="00A84BC5">
              <w:rPr>
                <w:rFonts w:cs="Times New Roman"/>
                <w:sz w:val="22"/>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9"/>
              <w:contextualSpacing/>
              <w:rPr>
                <w:rFonts w:cs="Times New Roman"/>
                <w:sz w:val="22"/>
                <w:lang w:val="ro-MD"/>
              </w:rPr>
            </w:pPr>
            <w:r w:rsidRPr="00A84BC5">
              <w:rPr>
                <w:rFonts w:cs="Times New Roman"/>
                <w:sz w:val="22"/>
                <w:lang w:val="ro-MD"/>
              </w:rPr>
              <w:t>󠇡Da            󠇡󠇡Nu</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i/>
                <w:sz w:val="22"/>
                <w:lang w:val="ro-MD"/>
              </w:rPr>
            </w:pPr>
            <w:r w:rsidRPr="00A84BC5">
              <w:rPr>
                <w:rFonts w:cs="Times New Roman"/>
                <w:i/>
                <w:sz w:val="22"/>
                <w:lang w:val="ro-MD"/>
              </w:rPr>
              <w:t>3B.1.1</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ind w:left="120"/>
              <w:contextualSpacing/>
              <w:jc w:val="both"/>
              <w:rPr>
                <w:rFonts w:cs="Times New Roman"/>
                <w:sz w:val="22"/>
              </w:rPr>
            </w:pPr>
            <w:r w:rsidRPr="00A84BC5">
              <w:rPr>
                <w:rFonts w:cs="Times New Roman"/>
                <w:i/>
                <w:sz w:val="22"/>
                <w:lang w:val="ro-MD"/>
              </w:rPr>
              <w:t xml:space="preserve">Dacă Nu, în ce mod a fost stabilită obligația cu </w:t>
            </w:r>
            <w:r w:rsidRPr="00A84BC5">
              <w:rPr>
                <w:rFonts w:cs="Times New Roman"/>
                <w:sz w:val="22"/>
                <w:lang w:val="ro-MD"/>
              </w:rPr>
              <w:t xml:space="preserve"> </w:t>
            </w:r>
            <w:r w:rsidRPr="00A84BC5">
              <w:rPr>
                <w:rFonts w:cs="Times New Roman"/>
                <w:i/>
                <w:sz w:val="22"/>
                <w:lang w:val="ro-MD"/>
              </w:rPr>
              <w:t>privire la plata impozitelor, taxelor și contribuțiilor sociale?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i/>
                <w:sz w:val="22"/>
                <w:lang w:val="ro-MD"/>
              </w:rPr>
            </w:pPr>
            <w:r w:rsidRPr="00A84BC5">
              <w:rPr>
                <w:rFonts w:cs="Times New Roman"/>
                <w:i/>
                <w:sz w:val="22"/>
                <w:lang w:val="ro-MD"/>
              </w:rPr>
              <w:t>|text|</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i/>
                <w:sz w:val="22"/>
                <w:lang w:val="ro-MD"/>
              </w:rPr>
            </w:pPr>
            <w:r w:rsidRPr="00A84BC5">
              <w:rPr>
                <w:rFonts w:cs="Times New Roman"/>
                <w:i/>
                <w:sz w:val="22"/>
                <w:lang w:val="ro-MD"/>
              </w:rPr>
              <w:t>3B.1.2</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ind w:left="120"/>
              <w:contextualSpacing/>
              <w:jc w:val="both"/>
              <w:rPr>
                <w:rFonts w:cs="Times New Roman"/>
                <w:i/>
                <w:sz w:val="22"/>
                <w:lang w:val="ro-MD"/>
              </w:rPr>
            </w:pPr>
            <w:r w:rsidRPr="00A84BC5">
              <w:rPr>
                <w:rFonts w:cs="Times New Roman"/>
                <w:i/>
                <w:sz w:val="22"/>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iCs/>
                <w:sz w:val="22"/>
                <w:lang w:val="ro-MD"/>
              </w:rPr>
            </w:pPr>
            <w:r w:rsidRPr="00A84BC5">
              <w:rPr>
                <w:rFonts w:cs="Times New Roman"/>
                <w:iCs/>
                <w:sz w:val="22"/>
                <w:lang w:val="ro-MD"/>
              </w:rPr>
              <w:t>󠇡Da           󠇡󠇡Nu</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i/>
                <w:sz w:val="22"/>
                <w:lang w:val="ro-MD"/>
              </w:rPr>
            </w:pPr>
            <w:r w:rsidRPr="00A84BC5">
              <w:rPr>
                <w:rFonts w:cs="Times New Roman"/>
                <w:i/>
                <w:sz w:val="22"/>
                <w:lang w:val="ro-MD"/>
              </w:rPr>
              <w:t>3B.1.3</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ind w:left="120"/>
              <w:contextualSpacing/>
              <w:jc w:val="both"/>
              <w:rPr>
                <w:rFonts w:cs="Times New Roman"/>
                <w:sz w:val="22"/>
                <w:lang w:val="ro-MD"/>
              </w:rPr>
            </w:pPr>
            <w:r w:rsidRPr="00A84BC5">
              <w:rPr>
                <w:rFonts w:cs="Times New Roman"/>
                <w:i/>
                <w:sz w:val="22"/>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i/>
                <w:sz w:val="22"/>
                <w:lang w:val="ro-MD"/>
              </w:rPr>
            </w:pPr>
            <w:r w:rsidRPr="00A84BC5">
              <w:rPr>
                <w:rFonts w:cs="Times New Roman"/>
                <w:i/>
                <w:sz w:val="22"/>
                <w:lang w:val="ro-MD"/>
              </w:rPr>
              <w:t>|text|</w:t>
            </w:r>
          </w:p>
        </w:tc>
      </w:tr>
      <w:tr w:rsidR="00924ED0" w:rsidRPr="00A84BC5" w:rsidTr="00924ED0">
        <w:trPr>
          <w:cantSplit/>
          <w:trHeight w:val="1163"/>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i/>
                <w:sz w:val="22"/>
                <w:lang w:val="ro-MD"/>
              </w:rPr>
            </w:pPr>
            <w:r w:rsidRPr="00A84BC5">
              <w:rPr>
                <w:rFonts w:cs="Times New Roman"/>
                <w:sz w:val="22"/>
                <w:lang w:val="ro-MD"/>
              </w:rPr>
              <w:t>3B.2</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sz w:val="22"/>
                <w:lang w:val="ro-MD"/>
              </w:rPr>
            </w:pPr>
            <w:r w:rsidRPr="00A84BC5">
              <w:rPr>
                <w:rFonts w:cs="Times New Roman"/>
                <w:sz w:val="22"/>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924ED0" w:rsidRPr="00A84BC5" w:rsidRDefault="00924ED0" w:rsidP="00924ED0">
            <w:pPr>
              <w:contextualSpacing/>
              <w:jc w:val="both"/>
              <w:rPr>
                <w:rFonts w:cs="Times New Roman"/>
                <w:sz w:val="22"/>
                <w:lang w:val="ro-MD"/>
              </w:rPr>
            </w:pPr>
          </w:p>
          <w:p w:rsidR="00924ED0" w:rsidRPr="00A84BC5" w:rsidRDefault="00924ED0" w:rsidP="00924ED0">
            <w:pPr>
              <w:contextualSpacing/>
              <w:jc w:val="both"/>
              <w:rPr>
                <w:rFonts w:cs="Times New Roman"/>
                <w:sz w:val="22"/>
              </w:rPr>
            </w:pPr>
            <w:r w:rsidRPr="00A84BC5">
              <w:rPr>
                <w:rFonts w:cs="Times New Roman"/>
                <w:sz w:val="22"/>
                <w:lang w:val="ro-MD"/>
              </w:rPr>
              <w:t xml:space="preserve">Notă: </w:t>
            </w:r>
            <w:r w:rsidRPr="00A84BC5">
              <w:rPr>
                <w:rFonts w:cs="Times New Roman"/>
                <w:i/>
                <w:sz w:val="22"/>
                <w:lang w:val="ro-MD"/>
              </w:rPr>
              <w:t xml:space="preserve"> Se completează doar în cazul în care ați răspuns Nu, la întrebarea din 3B.1.</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rPr>
                <w:rFonts w:cs="Times New Roman"/>
                <w:i/>
                <w:sz w:val="22"/>
                <w:lang w:val="ro-MD"/>
              </w:rPr>
            </w:pPr>
          </w:p>
          <w:p w:rsidR="00924ED0" w:rsidRPr="00A84BC5" w:rsidRDefault="00924ED0" w:rsidP="00924ED0">
            <w:pPr>
              <w:contextualSpacing/>
              <w:rPr>
                <w:rFonts w:cs="Times New Roman"/>
                <w:sz w:val="22"/>
                <w:lang w:val="ro-MD"/>
              </w:rPr>
            </w:pPr>
          </w:p>
          <w:p w:rsidR="00924ED0" w:rsidRPr="00A84BC5" w:rsidRDefault="00924ED0" w:rsidP="00924ED0">
            <w:pPr>
              <w:contextualSpacing/>
              <w:jc w:val="center"/>
              <w:rPr>
                <w:rFonts w:cs="Times New Roman"/>
                <w:sz w:val="22"/>
                <w:lang w:val="ro-MD"/>
              </w:rPr>
            </w:pPr>
            <w:r w:rsidRPr="00A84BC5">
              <w:rPr>
                <w:rFonts w:cs="Times New Roman"/>
                <w:sz w:val="22"/>
                <w:lang w:val="ro-MD"/>
              </w:rPr>
              <w:t>󠇡Da           󠇡󠇡Nu</w:t>
            </w:r>
          </w:p>
          <w:p w:rsidR="00924ED0" w:rsidRPr="00A84BC5" w:rsidRDefault="00924ED0" w:rsidP="00924ED0">
            <w:pPr>
              <w:contextualSpacing/>
              <w:rPr>
                <w:rFonts w:cs="Times New Roman"/>
                <w:i/>
                <w:sz w:val="22"/>
                <w:lang w:val="ro-MD"/>
              </w:rPr>
            </w:pPr>
          </w:p>
        </w:tc>
      </w:tr>
      <w:tr w:rsidR="00924ED0" w:rsidRPr="00A84BC5" w:rsidTr="00924ED0">
        <w:trPr>
          <w:cantSplit/>
          <w:trHeight w:val="1163"/>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i/>
                <w:sz w:val="22"/>
                <w:lang w:val="ro-MD"/>
              </w:rPr>
            </w:pPr>
            <w:r w:rsidRPr="00A84BC5">
              <w:rPr>
                <w:rFonts w:cs="Times New Roman"/>
                <w:i/>
                <w:sz w:val="22"/>
                <w:lang w:val="ro-MD"/>
              </w:rPr>
              <w:t>3B.2.1</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sz w:val="22"/>
              </w:rPr>
            </w:pPr>
            <w:r w:rsidRPr="00A84BC5">
              <w:rPr>
                <w:rFonts w:cs="Times New Roman"/>
                <w:i/>
                <w:sz w:val="22"/>
                <w:lang w:val="ro-MD"/>
              </w:rPr>
              <w:t xml:space="preserve">Dacă Da, operatorul economic este în măsură să furnizeze actul privind </w:t>
            </w:r>
            <w:r w:rsidRPr="00A84BC5">
              <w:rPr>
                <w:rFonts w:cs="Times New Roman"/>
                <w:sz w:val="22"/>
                <w:lang w:val="ro-MD"/>
              </w:rPr>
              <w:t xml:space="preserve"> </w:t>
            </w:r>
            <w:r w:rsidRPr="00A84BC5">
              <w:rPr>
                <w:rFonts w:cs="Times New Roman"/>
                <w:i/>
                <w:sz w:val="22"/>
                <w:lang w:val="ro-MD"/>
              </w:rPr>
              <w:t>eșalonarea obligațiilor de plată a impozitelor, taxelor și contribuțiilor de asigurări sociale ori de alte facilități în vederea plății acestora?</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iCs/>
                <w:sz w:val="22"/>
                <w:lang w:val="ro-MD"/>
              </w:rPr>
            </w:pPr>
            <w:r w:rsidRPr="00A84BC5">
              <w:rPr>
                <w:rFonts w:cs="Times New Roman"/>
                <w:iCs/>
                <w:sz w:val="22"/>
                <w:lang w:val="ro-MD"/>
              </w:rPr>
              <w:t>󠇡Da           󠇡󠇡Nu</w:t>
            </w:r>
          </w:p>
        </w:tc>
      </w:tr>
      <w:tr w:rsidR="00924ED0" w:rsidRPr="00A84BC5" w:rsidTr="00924ED0">
        <w:trPr>
          <w:cantSplit/>
          <w:trHeight w:val="1163"/>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3B.3</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sz w:val="22"/>
                <w:lang w:val="ro-MD"/>
              </w:rPr>
            </w:pPr>
            <w:r w:rsidRPr="00A84BC5">
              <w:rPr>
                <w:rFonts w:cs="Times New Roman"/>
                <w:sz w:val="22"/>
                <w:lang w:val="ro-MD"/>
              </w:rPr>
              <w:t>Operatorul economic este în măsură să furnizeze un certificat cu privire la plata impozitelor sau să furnizeze informații privind onorarea obligațiilor fiscale?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sz w:val="22"/>
                <w:lang w:val="ro-MD"/>
              </w:rPr>
            </w:pPr>
            <w:r w:rsidRPr="00A84BC5">
              <w:rPr>
                <w:rFonts w:cs="Times New Roman"/>
                <w:iCs/>
                <w:sz w:val="22"/>
                <w:lang w:val="ro-MD"/>
              </w:rPr>
              <w:t>󠇡Da           󠇡󠇡Nu</w:t>
            </w:r>
          </w:p>
        </w:tc>
      </w:tr>
      <w:tr w:rsidR="00924ED0" w:rsidRPr="00A84BC5" w:rsidTr="00924ED0">
        <w:trPr>
          <w:cantSplit/>
          <w:trHeight w:val="232"/>
          <w:jc w:val="center"/>
        </w:trPr>
        <w:tc>
          <w:tcPr>
            <w:tcW w:w="1743" w:type="dxa"/>
            <w:vMerge w:val="restart"/>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3B.4</w:t>
            </w:r>
          </w:p>
        </w:tc>
        <w:tc>
          <w:tcPr>
            <w:tcW w:w="6020" w:type="dxa"/>
            <w:vMerge w:val="restart"/>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both"/>
              <w:rPr>
                <w:rFonts w:cs="Times New Roman"/>
                <w:sz w:val="22"/>
                <w:lang w:val="ro-MD"/>
              </w:rPr>
            </w:pPr>
            <w:r w:rsidRPr="00A84BC5">
              <w:rPr>
                <w:rFonts w:cs="Times New Roman"/>
                <w:sz w:val="22"/>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sz w:val="22"/>
                <w:lang w:val="ro-MD"/>
              </w:rPr>
            </w:pPr>
            <w:r w:rsidRPr="00A84BC5">
              <w:rPr>
                <w:rFonts w:cs="Times New Roman"/>
                <w:sz w:val="22"/>
                <w:lang w:val="ro-MD"/>
              </w:rPr>
              <w:t>Adresa de internet:</w:t>
            </w:r>
          </w:p>
          <w:p w:rsidR="00924ED0" w:rsidRPr="00A84BC5" w:rsidRDefault="00924ED0" w:rsidP="00924ED0">
            <w:pPr>
              <w:ind w:left="-151"/>
              <w:contextualSpacing/>
              <w:jc w:val="both"/>
              <w:rPr>
                <w:rFonts w:cs="Times New Roman"/>
                <w:sz w:val="22"/>
                <w:lang w:val="ro-MD"/>
              </w:rPr>
            </w:pPr>
            <w:r w:rsidRPr="00A84BC5">
              <w:rPr>
                <w:rFonts w:cs="Times New Roman"/>
                <w:sz w:val="22"/>
                <w:lang w:val="ro-MD"/>
              </w:rPr>
              <w:t xml:space="preserve">    |text|</w:t>
            </w:r>
          </w:p>
        </w:tc>
      </w:tr>
      <w:tr w:rsidR="00924ED0" w:rsidRPr="00A84BC5" w:rsidTr="00924ED0">
        <w:trPr>
          <w:cantSplit/>
          <w:trHeight w:val="280"/>
          <w:jc w:val="center"/>
        </w:trPr>
        <w:tc>
          <w:tcPr>
            <w:tcW w:w="1743"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jc w:val="center"/>
              <w:rPr>
                <w:rFonts w:cs="Times New Roman"/>
                <w:sz w:val="22"/>
                <w:lang w:val="ro-MD"/>
              </w:rPr>
            </w:pPr>
          </w:p>
        </w:tc>
        <w:tc>
          <w:tcPr>
            <w:tcW w:w="6020"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jc w:val="both"/>
              <w:rPr>
                <w:rFonts w:cs="Times New Roman"/>
                <w:i/>
                <w:sz w:val="22"/>
                <w:lang w:val="ro-MD"/>
              </w:rPr>
            </w:pPr>
          </w:p>
        </w:tc>
        <w:tc>
          <w:tcPr>
            <w:tcW w:w="2373"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ind w:left="-112"/>
              <w:contextualSpacing/>
              <w:jc w:val="both"/>
              <w:rPr>
                <w:rFonts w:cs="Times New Roman"/>
                <w:sz w:val="22"/>
                <w:lang w:val="ro-MD"/>
              </w:rPr>
            </w:pPr>
            <w:r w:rsidRPr="00A84BC5">
              <w:rPr>
                <w:rFonts w:cs="Times New Roman"/>
                <w:sz w:val="22"/>
                <w:lang w:val="ro-MD"/>
              </w:rPr>
              <w:t xml:space="preserve"> Autoritatea sau</w:t>
            </w:r>
          </w:p>
          <w:p w:rsidR="00924ED0" w:rsidRPr="00A84BC5" w:rsidRDefault="00924ED0" w:rsidP="00924ED0">
            <w:pPr>
              <w:ind w:hanging="112"/>
              <w:contextualSpacing/>
              <w:jc w:val="both"/>
              <w:rPr>
                <w:rFonts w:cs="Times New Roman"/>
                <w:sz w:val="22"/>
                <w:lang w:val="ro-MD"/>
              </w:rPr>
            </w:pPr>
            <w:r w:rsidRPr="00A84BC5">
              <w:rPr>
                <w:rFonts w:cs="Times New Roman"/>
                <w:sz w:val="22"/>
                <w:lang w:val="ro-MD"/>
              </w:rPr>
              <w:t xml:space="preserve"> organismul  emitent(ă): </w:t>
            </w:r>
          </w:p>
          <w:p w:rsidR="00924ED0" w:rsidRPr="00A84BC5" w:rsidRDefault="00924ED0" w:rsidP="00924ED0">
            <w:pPr>
              <w:ind w:left="-112"/>
              <w:contextualSpacing/>
              <w:jc w:val="both"/>
              <w:rPr>
                <w:rFonts w:cs="Times New Roman"/>
                <w:sz w:val="22"/>
                <w:lang w:val="ro-MD"/>
              </w:rPr>
            </w:pPr>
            <w:r w:rsidRPr="00A84BC5">
              <w:rPr>
                <w:rFonts w:cs="Times New Roman"/>
                <w:sz w:val="22"/>
                <w:lang w:val="ro-MD"/>
              </w:rPr>
              <w:t xml:space="preserve">  |text|</w:t>
            </w:r>
          </w:p>
        </w:tc>
      </w:tr>
      <w:tr w:rsidR="00924ED0" w:rsidRPr="00A84BC5" w:rsidTr="00924ED0">
        <w:trPr>
          <w:cantSplit/>
          <w:trHeight w:val="312"/>
          <w:jc w:val="center"/>
        </w:trPr>
        <w:tc>
          <w:tcPr>
            <w:tcW w:w="1743"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jc w:val="center"/>
              <w:rPr>
                <w:rFonts w:cs="Times New Roman"/>
                <w:sz w:val="22"/>
                <w:lang w:val="ro-MD"/>
              </w:rPr>
            </w:pPr>
          </w:p>
        </w:tc>
        <w:tc>
          <w:tcPr>
            <w:tcW w:w="6020"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jc w:val="both"/>
              <w:rPr>
                <w:rFonts w:cs="Times New Roman"/>
                <w:i/>
                <w:sz w:val="22"/>
                <w:lang w:val="ro-MD"/>
              </w:rPr>
            </w:pPr>
          </w:p>
        </w:tc>
        <w:tc>
          <w:tcPr>
            <w:tcW w:w="2373"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ind w:left="-6"/>
              <w:contextualSpacing/>
              <w:jc w:val="both"/>
              <w:rPr>
                <w:rFonts w:cs="Times New Roman"/>
                <w:sz w:val="22"/>
                <w:lang w:val="ro-MD"/>
              </w:rPr>
            </w:pPr>
            <w:r w:rsidRPr="00A84BC5">
              <w:rPr>
                <w:rFonts w:cs="Times New Roman"/>
                <w:sz w:val="22"/>
                <w:lang w:val="ro-MD"/>
              </w:rPr>
              <w:t>Referința exactă a</w:t>
            </w:r>
          </w:p>
          <w:p w:rsidR="00924ED0" w:rsidRPr="00A84BC5" w:rsidRDefault="00924ED0" w:rsidP="00924ED0">
            <w:pPr>
              <w:ind w:left="-6"/>
              <w:contextualSpacing/>
              <w:jc w:val="both"/>
              <w:rPr>
                <w:rFonts w:cs="Times New Roman"/>
                <w:sz w:val="22"/>
                <w:lang w:val="ro-MD"/>
              </w:rPr>
            </w:pPr>
            <w:r w:rsidRPr="00A84BC5">
              <w:rPr>
                <w:rFonts w:cs="Times New Roman"/>
                <w:sz w:val="22"/>
                <w:lang w:val="ro-MD"/>
              </w:rPr>
              <w:t xml:space="preserve">documentației:    </w:t>
            </w:r>
          </w:p>
          <w:p w:rsidR="00924ED0" w:rsidRPr="00A84BC5" w:rsidRDefault="00924ED0" w:rsidP="00924ED0">
            <w:pPr>
              <w:ind w:left="-151"/>
              <w:contextualSpacing/>
              <w:jc w:val="both"/>
              <w:rPr>
                <w:rFonts w:cs="Times New Roman"/>
                <w:sz w:val="22"/>
                <w:lang w:val="ro-MD"/>
              </w:rPr>
            </w:pPr>
            <w:r w:rsidRPr="00A84BC5">
              <w:rPr>
                <w:rFonts w:cs="Times New Roman"/>
                <w:sz w:val="22"/>
                <w:lang w:val="ro-MD"/>
              </w:rPr>
              <w:t>|  |text|</w:t>
            </w:r>
          </w:p>
        </w:tc>
      </w:tr>
      <w:tr w:rsidR="00924ED0" w:rsidRPr="00A84BC5" w:rsidTr="00924ED0">
        <w:trPr>
          <w:cantSplit/>
          <w:jc w:val="center"/>
        </w:trPr>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pStyle w:val="Listparagraf"/>
              <w:numPr>
                <w:ilvl w:val="0"/>
                <w:numId w:val="17"/>
              </w:numPr>
              <w:suppressAutoHyphens/>
              <w:ind w:left="-151" w:firstLine="577"/>
              <w:rPr>
                <w:rFonts w:cs="Times New Roman"/>
                <w:b/>
                <w:sz w:val="22"/>
                <w:lang w:val="ro-MD"/>
              </w:rPr>
            </w:pPr>
            <w:r w:rsidRPr="00A84BC5">
              <w:rPr>
                <w:rFonts w:cs="Times New Roman"/>
                <w:b/>
                <w:sz w:val="22"/>
                <w:lang w:val="ro-MD"/>
              </w:rPr>
              <w:t>Includerea în lista de interdicție a operatorilor economici</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sz w:val="22"/>
                <w:lang w:val="ro-MD"/>
              </w:rPr>
            </w:pPr>
            <w:r w:rsidRPr="00A84BC5">
              <w:rPr>
                <w:rFonts w:cs="Times New Roman"/>
                <w:sz w:val="22"/>
                <w:lang w:val="ro-MD"/>
              </w:rPr>
              <w:t xml:space="preserve">3C.1 </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ind w:left="120"/>
              <w:contextualSpacing/>
              <w:jc w:val="both"/>
              <w:rPr>
                <w:rFonts w:cs="Times New Roman"/>
                <w:sz w:val="22"/>
              </w:rPr>
            </w:pPr>
            <w:r w:rsidRPr="00A84BC5">
              <w:rPr>
                <w:rFonts w:cs="Times New Roman"/>
                <w:sz w:val="22"/>
                <w:lang w:val="ro-MD"/>
              </w:rPr>
              <w:t>Operatorul economic este înscris în lista de interdicție a operatorilor economici?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151"/>
              <w:contextualSpacing/>
              <w:jc w:val="center"/>
              <w:rPr>
                <w:rFonts w:cs="Times New Roman"/>
                <w:sz w:val="22"/>
                <w:lang w:val="ro-MD"/>
              </w:rPr>
            </w:pPr>
            <w:r w:rsidRPr="00A84BC5">
              <w:rPr>
                <w:rFonts w:cs="Times New Roman"/>
                <w:sz w:val="22"/>
                <w:lang w:val="ro-MD"/>
              </w:rPr>
              <w:t>󠇡Da            󠇡󠇡Nu</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i/>
                <w:sz w:val="22"/>
                <w:lang w:val="ro-MD"/>
              </w:rPr>
            </w:pPr>
            <w:r w:rsidRPr="00A84BC5">
              <w:rPr>
                <w:rFonts w:cs="Times New Roman"/>
                <w:i/>
                <w:sz w:val="22"/>
                <w:lang w:val="ro-MD"/>
              </w:rPr>
              <w:t>3C.1.1</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ind w:left="120"/>
              <w:contextualSpacing/>
              <w:jc w:val="both"/>
              <w:rPr>
                <w:rFonts w:cs="Times New Roman"/>
                <w:b/>
                <w:i/>
                <w:sz w:val="22"/>
                <w:lang w:val="ro-MD"/>
              </w:rPr>
            </w:pPr>
            <w:r w:rsidRPr="00A84BC5">
              <w:rPr>
                <w:rFonts w:cs="Times New Roman"/>
                <w:i/>
                <w:sz w:val="22"/>
                <w:lang w:val="ro-MD"/>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iCs/>
                <w:sz w:val="22"/>
                <w:lang w:val="ro-MD"/>
              </w:rPr>
            </w:pPr>
            <w:r w:rsidRPr="00A84BC5">
              <w:rPr>
                <w:rFonts w:cs="Times New Roman"/>
                <w:iCs/>
                <w:sz w:val="22"/>
                <w:lang w:val="ro-MD"/>
              </w:rPr>
              <w:t>󠇡Da            󠇡󠇡Nu</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i/>
                <w:sz w:val="22"/>
                <w:lang w:val="ro-MD"/>
              </w:rPr>
            </w:pPr>
            <w:r w:rsidRPr="00A84BC5">
              <w:rPr>
                <w:rFonts w:cs="Times New Roman"/>
                <w:i/>
                <w:sz w:val="22"/>
                <w:lang w:val="ro-MD"/>
              </w:rPr>
              <w:t>3C.1.2</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i/>
                <w:sz w:val="22"/>
                <w:lang w:val="ro-MD"/>
              </w:rPr>
            </w:pPr>
            <w:r w:rsidRPr="00A84BC5">
              <w:rPr>
                <w:rFonts w:cs="Times New Roman"/>
                <w:i/>
                <w:sz w:val="22"/>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9"/>
              <w:contextualSpacing/>
              <w:jc w:val="center"/>
              <w:rPr>
                <w:rFonts w:cs="Times New Roman"/>
                <w:i/>
                <w:sz w:val="22"/>
                <w:lang w:val="ro-MD"/>
              </w:rPr>
            </w:pPr>
            <w:r w:rsidRPr="00A84BC5">
              <w:rPr>
                <w:rFonts w:cs="Times New Roman"/>
                <w:i/>
                <w:sz w:val="22"/>
                <w:lang w:val="ro-MD"/>
              </w:rPr>
              <w:t>|text|</w:t>
            </w:r>
          </w:p>
        </w:tc>
      </w:tr>
      <w:tr w:rsidR="00924ED0" w:rsidRPr="00A84BC5" w:rsidTr="00924ED0">
        <w:trPr>
          <w:cantSplit/>
          <w:jc w:val="center"/>
        </w:trPr>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pStyle w:val="Listparagraf"/>
              <w:numPr>
                <w:ilvl w:val="0"/>
                <w:numId w:val="17"/>
              </w:numPr>
              <w:suppressAutoHyphens/>
              <w:rPr>
                <w:rFonts w:cs="Times New Roman"/>
                <w:b/>
                <w:sz w:val="22"/>
                <w:lang w:val="ro-MD"/>
              </w:rPr>
            </w:pPr>
            <w:r w:rsidRPr="00A84BC5">
              <w:rPr>
                <w:rFonts w:cs="Times New Roman"/>
                <w:b/>
                <w:sz w:val="22"/>
                <w:lang w:val="ro-MD"/>
              </w:rPr>
              <w:t>Motive legate de insolvabilitate, conflicte de interese sau abateri profesionale</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720" w:hanging="862"/>
              <w:contextualSpacing/>
              <w:jc w:val="center"/>
              <w:rPr>
                <w:rFonts w:cs="Times New Roman"/>
                <w:b/>
                <w:sz w:val="22"/>
                <w:highlight w:val="green"/>
                <w:lang w:val="ro-MD"/>
              </w:rPr>
            </w:pP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ind w:left="26"/>
              <w:contextualSpacing/>
              <w:jc w:val="both"/>
              <w:rPr>
                <w:rFonts w:cs="Times New Roman"/>
                <w:sz w:val="22"/>
                <w:lang w:val="ro-MD"/>
              </w:rPr>
            </w:pPr>
            <w:r w:rsidRPr="00A84BC5">
              <w:rPr>
                <w:rFonts w:cs="Times New Roman"/>
                <w:b/>
                <w:sz w:val="22"/>
                <w:lang w:val="ro-MD"/>
              </w:rPr>
              <w:t>Obligațiile aplicabile în domeniul mediului, muncii și asigurărilor sociale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9"/>
              <w:contextualSpacing/>
              <w:jc w:val="center"/>
              <w:rPr>
                <w:rFonts w:cs="Times New Roman"/>
                <w:sz w:val="22"/>
                <w:lang w:val="ro-MD"/>
              </w:rPr>
            </w:pP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720" w:hanging="862"/>
              <w:contextualSpacing/>
              <w:jc w:val="center"/>
              <w:rPr>
                <w:rFonts w:cs="Times New Roman"/>
                <w:sz w:val="22"/>
                <w:lang w:val="ro-MD"/>
              </w:rPr>
            </w:pPr>
            <w:r w:rsidRPr="00A84BC5">
              <w:rPr>
                <w:rFonts w:cs="Times New Roman"/>
                <w:sz w:val="22"/>
                <w:lang w:val="ro-MD"/>
              </w:rPr>
              <w:t>3D.1</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sz w:val="22"/>
              </w:rPr>
            </w:pPr>
            <w:r w:rsidRPr="00A84BC5">
              <w:rPr>
                <w:rFonts w:cs="Times New Roman"/>
                <w:sz w:val="22"/>
                <w:lang w:val="ro-MD"/>
              </w:rPr>
              <w:t>Operatorul economic a încălcat obligațiile în domeniul mediului în ultimii 3 ani?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9"/>
              <w:contextualSpacing/>
              <w:jc w:val="center"/>
              <w:rPr>
                <w:rFonts w:cs="Times New Roman"/>
                <w:sz w:val="22"/>
                <w:lang w:val="ro-MD"/>
              </w:rPr>
            </w:pPr>
            <w:r w:rsidRPr="00A84BC5">
              <w:rPr>
                <w:rFonts w:cs="Times New Roman"/>
                <w:sz w:val="22"/>
                <w:lang w:val="ro-MD"/>
              </w:rPr>
              <w:t>󠇡Da            󠇡󠇡Nu</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i/>
                <w:sz w:val="22"/>
                <w:lang w:val="ro-MD"/>
              </w:rPr>
            </w:pPr>
            <w:r w:rsidRPr="00A84BC5">
              <w:rPr>
                <w:rFonts w:cs="Times New Roman"/>
                <w:i/>
                <w:sz w:val="22"/>
                <w:lang w:val="ro-MD"/>
              </w:rPr>
              <w:lastRenderedPageBreak/>
              <w:t>3D.1.1</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i/>
                <w:sz w:val="22"/>
                <w:lang w:val="ro-MD"/>
              </w:rPr>
            </w:pPr>
            <w:r w:rsidRPr="00A84BC5">
              <w:rPr>
                <w:rFonts w:cs="Times New Roman"/>
                <w:i/>
                <w:sz w:val="22"/>
                <w:lang w:val="ro-MD"/>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9"/>
              <w:contextualSpacing/>
              <w:jc w:val="center"/>
              <w:rPr>
                <w:rFonts w:cs="Times New Roman"/>
                <w:iCs/>
                <w:sz w:val="22"/>
                <w:lang w:val="ro-MD"/>
              </w:rPr>
            </w:pPr>
            <w:r w:rsidRPr="00A84BC5">
              <w:rPr>
                <w:rFonts w:cs="Times New Roman"/>
                <w:iCs/>
                <w:sz w:val="22"/>
                <w:lang w:val="ro-MD"/>
              </w:rPr>
              <w:t>󠇡Da            󠇡󠇡Nu</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i/>
                <w:sz w:val="22"/>
                <w:lang w:val="ro-MD"/>
              </w:rPr>
            </w:pPr>
            <w:r w:rsidRPr="00A84BC5">
              <w:rPr>
                <w:rFonts w:cs="Times New Roman"/>
                <w:i/>
                <w:sz w:val="22"/>
                <w:lang w:val="ro-MD"/>
              </w:rPr>
              <w:t>3D.1.2</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i/>
                <w:sz w:val="22"/>
                <w:lang w:val="ro-MD"/>
              </w:rPr>
            </w:pPr>
            <w:r w:rsidRPr="00A84BC5">
              <w:rPr>
                <w:rFonts w:cs="Times New Roman"/>
                <w:i/>
                <w:sz w:val="22"/>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9"/>
              <w:contextualSpacing/>
              <w:jc w:val="center"/>
              <w:rPr>
                <w:rFonts w:cs="Times New Roman"/>
                <w:i/>
                <w:sz w:val="22"/>
                <w:lang w:val="ro-MD"/>
              </w:rPr>
            </w:pPr>
            <w:r w:rsidRPr="00A84BC5">
              <w:rPr>
                <w:rFonts w:cs="Times New Roman"/>
                <w:i/>
                <w:sz w:val="22"/>
                <w:lang w:val="ro-MD"/>
              </w:rPr>
              <w:t>|text|</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3D.2</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sz w:val="22"/>
              </w:rPr>
            </w:pPr>
            <w:r w:rsidRPr="00A84BC5">
              <w:rPr>
                <w:rFonts w:cs="Times New Roman"/>
                <w:sz w:val="22"/>
                <w:lang w:val="ro-MD"/>
              </w:rPr>
              <w:t>Operatorul economic a încălcat obligațiile în domeniul social în ultimii 3 ani?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9"/>
              <w:contextualSpacing/>
              <w:jc w:val="center"/>
              <w:rPr>
                <w:rFonts w:cs="Times New Roman"/>
                <w:sz w:val="22"/>
                <w:lang w:val="ro-MD"/>
              </w:rPr>
            </w:pPr>
            <w:r w:rsidRPr="00A84BC5">
              <w:rPr>
                <w:rFonts w:cs="Times New Roman"/>
                <w:sz w:val="22"/>
                <w:lang w:val="ro-MD"/>
              </w:rPr>
              <w:t>󠇡Da            󠇡󠇡Nu</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i/>
                <w:sz w:val="22"/>
                <w:lang w:val="ro-MD"/>
              </w:rPr>
            </w:pPr>
            <w:r w:rsidRPr="00A84BC5">
              <w:rPr>
                <w:rFonts w:cs="Times New Roman"/>
                <w:i/>
                <w:sz w:val="22"/>
                <w:lang w:val="ro-MD"/>
              </w:rPr>
              <w:t>3D.2.1</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i/>
                <w:sz w:val="22"/>
                <w:lang w:val="ro-MD"/>
              </w:rPr>
            </w:pPr>
            <w:r w:rsidRPr="00A84BC5">
              <w:rPr>
                <w:rFonts w:cs="Times New Roman"/>
                <w:i/>
                <w:sz w:val="22"/>
                <w:lang w:val="ro-MD"/>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9"/>
              <w:contextualSpacing/>
              <w:jc w:val="center"/>
              <w:rPr>
                <w:rFonts w:cs="Times New Roman"/>
                <w:iCs/>
                <w:sz w:val="22"/>
                <w:lang w:val="ro-MD"/>
              </w:rPr>
            </w:pPr>
            <w:r w:rsidRPr="00A84BC5">
              <w:rPr>
                <w:rFonts w:cs="Times New Roman"/>
                <w:iCs/>
                <w:sz w:val="22"/>
                <w:lang w:val="ro-MD"/>
              </w:rPr>
              <w:t>󠇡Da            󠇡󠇡Nu</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i/>
                <w:sz w:val="22"/>
                <w:lang w:val="ro-MD"/>
              </w:rPr>
            </w:pPr>
            <w:r w:rsidRPr="00A84BC5">
              <w:rPr>
                <w:rFonts w:cs="Times New Roman"/>
                <w:i/>
                <w:sz w:val="22"/>
                <w:lang w:val="ro-MD"/>
              </w:rPr>
              <w:t>3D.2.2</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i/>
                <w:sz w:val="22"/>
                <w:lang w:val="ro-MD"/>
              </w:rPr>
            </w:pPr>
            <w:r w:rsidRPr="00A84BC5">
              <w:rPr>
                <w:rFonts w:cs="Times New Roman"/>
                <w:i/>
                <w:sz w:val="22"/>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9"/>
              <w:contextualSpacing/>
              <w:jc w:val="center"/>
              <w:rPr>
                <w:rFonts w:cs="Times New Roman"/>
                <w:i/>
                <w:sz w:val="22"/>
                <w:lang w:val="ro-MD"/>
              </w:rPr>
            </w:pPr>
            <w:r w:rsidRPr="00A84BC5">
              <w:rPr>
                <w:rFonts w:cs="Times New Roman"/>
                <w:i/>
                <w:sz w:val="22"/>
                <w:lang w:val="ro-MD"/>
              </w:rPr>
              <w:t>|text|</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3D.3</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sz w:val="22"/>
              </w:rPr>
            </w:pPr>
            <w:r w:rsidRPr="00A84BC5">
              <w:rPr>
                <w:rFonts w:cs="Times New Roman"/>
                <w:sz w:val="22"/>
                <w:lang w:val="ro-MD"/>
              </w:rPr>
              <w:t>Operatorul economic a încălcat obligațiile în domeniul muncii în ultimii 3 ani?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9"/>
              <w:contextualSpacing/>
              <w:jc w:val="center"/>
              <w:rPr>
                <w:rFonts w:cs="Times New Roman"/>
                <w:sz w:val="22"/>
                <w:lang w:val="ro-MD"/>
              </w:rPr>
            </w:pPr>
            <w:r w:rsidRPr="00A84BC5">
              <w:rPr>
                <w:rFonts w:cs="Times New Roman"/>
                <w:sz w:val="22"/>
                <w:lang w:val="ro-MD"/>
              </w:rPr>
              <w:t>󠇡Da            󠇡󠇡Nu</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i/>
                <w:sz w:val="22"/>
                <w:lang w:val="ro-MD"/>
              </w:rPr>
            </w:pPr>
            <w:r w:rsidRPr="00A84BC5">
              <w:rPr>
                <w:rFonts w:cs="Times New Roman"/>
                <w:i/>
                <w:sz w:val="22"/>
                <w:lang w:val="ro-MD"/>
              </w:rPr>
              <w:t>3D.3.1</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i/>
                <w:sz w:val="22"/>
                <w:lang w:val="ro-MD"/>
              </w:rPr>
            </w:pPr>
            <w:r w:rsidRPr="00A84BC5">
              <w:rPr>
                <w:rFonts w:cs="Times New Roman"/>
                <w:i/>
                <w:sz w:val="22"/>
                <w:lang w:val="ro-MD"/>
              </w:rPr>
              <w:t>În cazul că răspunsul este Da pentru întrebarea 3D.3,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9"/>
              <w:contextualSpacing/>
              <w:jc w:val="center"/>
              <w:rPr>
                <w:rFonts w:cs="Times New Roman"/>
                <w:iCs/>
                <w:sz w:val="22"/>
                <w:lang w:val="ro-MD"/>
              </w:rPr>
            </w:pPr>
            <w:r w:rsidRPr="00A84BC5">
              <w:rPr>
                <w:rFonts w:cs="Times New Roman"/>
                <w:iCs/>
                <w:sz w:val="22"/>
                <w:lang w:val="ro-MD"/>
              </w:rPr>
              <w:t>󠇡Da            󠇡󠇡Nu</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i/>
                <w:sz w:val="22"/>
                <w:lang w:val="ro-MD"/>
              </w:rPr>
            </w:pPr>
            <w:r w:rsidRPr="00A84BC5">
              <w:rPr>
                <w:rFonts w:cs="Times New Roman"/>
                <w:i/>
                <w:sz w:val="22"/>
                <w:lang w:val="ro-MD"/>
              </w:rPr>
              <w:t>3D.3.2</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i/>
                <w:sz w:val="22"/>
                <w:lang w:val="ro-MD"/>
              </w:rPr>
            </w:pPr>
            <w:r w:rsidRPr="00A84BC5">
              <w:rPr>
                <w:rFonts w:cs="Times New Roman"/>
                <w:i/>
                <w:sz w:val="22"/>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490"/>
              <w:contextualSpacing/>
              <w:jc w:val="center"/>
              <w:rPr>
                <w:rFonts w:cs="Times New Roman"/>
                <w:i/>
                <w:sz w:val="22"/>
                <w:lang w:val="ro-MD"/>
              </w:rPr>
            </w:pPr>
            <w:r w:rsidRPr="00A84BC5">
              <w:rPr>
                <w:rFonts w:cs="Times New Roman"/>
                <w:i/>
                <w:sz w:val="22"/>
                <w:lang w:val="ro-MD"/>
              </w:rPr>
              <w:t>|text|</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720"/>
              <w:contextualSpacing/>
              <w:jc w:val="center"/>
              <w:rPr>
                <w:rFonts w:cs="Times New Roman"/>
                <w:b/>
                <w:i/>
                <w:sz w:val="22"/>
                <w:lang w:val="ro-MD"/>
              </w:rPr>
            </w:pP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ind w:left="26"/>
              <w:contextualSpacing/>
              <w:jc w:val="both"/>
              <w:rPr>
                <w:rFonts w:cs="Times New Roman"/>
                <w:b/>
                <w:sz w:val="22"/>
                <w:lang w:val="ro-MD"/>
              </w:rPr>
            </w:pPr>
            <w:r w:rsidRPr="00A84BC5">
              <w:rPr>
                <w:rFonts w:cs="Times New Roman"/>
                <w:b/>
                <w:sz w:val="22"/>
                <w:lang w:val="ro-MD"/>
              </w:rPr>
              <w:t>Insolvabilitatea</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65"/>
              <w:contextualSpacing/>
              <w:jc w:val="center"/>
              <w:rPr>
                <w:rFonts w:cs="Times New Roman"/>
                <w:b/>
                <w:sz w:val="22"/>
                <w:lang w:val="ro-MD"/>
              </w:rPr>
            </w:pP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3D.4</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ind w:left="26"/>
              <w:contextualSpacing/>
              <w:jc w:val="both"/>
              <w:rPr>
                <w:rFonts w:cs="Times New Roman"/>
                <w:sz w:val="22"/>
              </w:rPr>
            </w:pPr>
            <w:r w:rsidRPr="00A84BC5">
              <w:rPr>
                <w:rFonts w:cs="Times New Roman"/>
                <w:sz w:val="22"/>
                <w:lang w:val="ro-MD"/>
              </w:rPr>
              <w:t xml:space="preserve">Operatorul economic este în situație de insolvabilitate sau de lichidare a activității antreprenoriale </w:t>
            </w:r>
            <w:r w:rsidRPr="00A84BC5">
              <w:rPr>
                <w:rFonts w:cs="Times New Roman"/>
                <w:color w:val="000000"/>
                <w:sz w:val="22"/>
                <w:lang w:val="ro-MD"/>
              </w:rPr>
              <w:t xml:space="preserve"> ca urmare a unei hotărârii judecătorești</w:t>
            </w:r>
            <w:r w:rsidRPr="00A84BC5">
              <w:rPr>
                <w:rFonts w:cs="Times New Roman"/>
                <w:sz w:val="22"/>
                <w:lang w:val="ro-MD"/>
              </w:rPr>
              <w:t>?</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65"/>
              <w:contextualSpacing/>
              <w:jc w:val="center"/>
              <w:rPr>
                <w:rFonts w:cs="Times New Roman"/>
                <w:sz w:val="22"/>
                <w:lang w:val="ro-MD"/>
              </w:rPr>
            </w:pPr>
            <w:r w:rsidRPr="00A84BC5">
              <w:rPr>
                <w:rFonts w:cs="Times New Roman"/>
                <w:sz w:val="22"/>
                <w:lang w:val="ro-MD"/>
              </w:rPr>
              <w:t>󠇡Da          󠇡󠇡Nu</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i/>
                <w:sz w:val="22"/>
                <w:lang w:val="ro-MD"/>
              </w:rPr>
            </w:pPr>
            <w:r w:rsidRPr="00A84BC5">
              <w:rPr>
                <w:rFonts w:cs="Times New Roman"/>
                <w:i/>
                <w:sz w:val="22"/>
                <w:lang w:val="ro-MD"/>
              </w:rPr>
              <w:t>3D.4.1</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i/>
                <w:sz w:val="22"/>
                <w:lang w:val="ro-MD"/>
              </w:rPr>
            </w:pPr>
            <w:r w:rsidRPr="00A84BC5">
              <w:rPr>
                <w:rFonts w:cs="Times New Roman"/>
                <w:i/>
                <w:sz w:val="22"/>
                <w:lang w:val="ro-MD"/>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9"/>
              <w:contextualSpacing/>
              <w:jc w:val="center"/>
              <w:rPr>
                <w:rFonts w:cs="Times New Roman"/>
                <w:iCs/>
                <w:sz w:val="22"/>
                <w:lang w:val="ro-MD"/>
              </w:rPr>
            </w:pPr>
            <w:r w:rsidRPr="00A84BC5">
              <w:rPr>
                <w:rFonts w:cs="Times New Roman"/>
                <w:iCs/>
                <w:sz w:val="22"/>
                <w:lang w:val="ro-MD"/>
              </w:rPr>
              <w:t>󠇡Da            󠇡󠇡Nu</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i/>
                <w:sz w:val="22"/>
                <w:lang w:val="ro-MD"/>
              </w:rPr>
            </w:pPr>
            <w:r w:rsidRPr="00A84BC5">
              <w:rPr>
                <w:rFonts w:cs="Times New Roman"/>
                <w:i/>
                <w:sz w:val="22"/>
                <w:lang w:val="ro-MD"/>
              </w:rPr>
              <w:t>3D.4.2</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i/>
                <w:sz w:val="22"/>
                <w:lang w:val="ro-MD"/>
              </w:rPr>
            </w:pPr>
            <w:r w:rsidRPr="00A84BC5">
              <w:rPr>
                <w:rFonts w:cs="Times New Roman"/>
                <w:i/>
                <w:sz w:val="22"/>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490"/>
              <w:contextualSpacing/>
              <w:jc w:val="center"/>
              <w:rPr>
                <w:rFonts w:cs="Times New Roman"/>
                <w:i/>
                <w:sz w:val="22"/>
                <w:lang w:val="ro-MD"/>
              </w:rPr>
            </w:pPr>
            <w:r w:rsidRPr="00A84BC5">
              <w:rPr>
                <w:rFonts w:cs="Times New Roman"/>
                <w:i/>
                <w:sz w:val="22"/>
                <w:lang w:val="ro-MD"/>
              </w:rPr>
              <w:t>|text|</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720"/>
              <w:contextualSpacing/>
              <w:jc w:val="center"/>
              <w:rPr>
                <w:rFonts w:cs="Times New Roman"/>
                <w:b/>
                <w:i/>
                <w:sz w:val="22"/>
                <w:lang w:val="ro-MD"/>
              </w:rPr>
            </w:pP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b/>
                <w:sz w:val="22"/>
                <w:lang w:val="ro-MD"/>
              </w:rPr>
            </w:pPr>
            <w:r w:rsidRPr="00A84BC5">
              <w:rPr>
                <w:rFonts w:cs="Times New Roman"/>
                <w:b/>
                <w:sz w:val="22"/>
                <w:lang w:val="ro-MD"/>
              </w:rPr>
              <w:t xml:space="preserve">Active administrate de lichidator </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720"/>
              <w:contextualSpacing/>
              <w:rPr>
                <w:rFonts w:cs="Times New Roman"/>
                <w:b/>
                <w:sz w:val="22"/>
                <w:lang w:val="ro-MD"/>
              </w:rPr>
            </w:pP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3D.5</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sz w:val="22"/>
                <w:lang w:val="ro-MD"/>
              </w:rPr>
            </w:pPr>
            <w:r w:rsidRPr="00A84BC5">
              <w:rPr>
                <w:rFonts w:cs="Times New Roman"/>
                <w:sz w:val="22"/>
                <w:lang w:val="ro-MD"/>
              </w:rPr>
              <w:t>Activele operatorului economic sunt administrate de un lichidator sau de o instanță?</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sz w:val="22"/>
                <w:lang w:val="ro-MD"/>
              </w:rPr>
            </w:pPr>
            <w:r w:rsidRPr="00A84BC5">
              <w:rPr>
                <w:rFonts w:cs="Times New Roman"/>
                <w:sz w:val="22"/>
                <w:lang w:val="ro-MD"/>
              </w:rPr>
              <w:t>󠇡Da          󠇡󠇡Nu</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i/>
                <w:sz w:val="22"/>
                <w:lang w:val="ro-MD"/>
              </w:rPr>
            </w:pPr>
            <w:r w:rsidRPr="00A84BC5">
              <w:rPr>
                <w:rFonts w:cs="Times New Roman"/>
                <w:i/>
                <w:sz w:val="22"/>
                <w:lang w:val="ro-MD"/>
              </w:rPr>
              <w:t>3D.5.1</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i/>
                <w:sz w:val="22"/>
                <w:lang w:val="ro-MD"/>
              </w:rPr>
            </w:pPr>
            <w:r w:rsidRPr="00A84BC5">
              <w:rPr>
                <w:rFonts w:cs="Times New Roman"/>
                <w:i/>
                <w:sz w:val="22"/>
                <w:lang w:val="ro-MD"/>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9"/>
              <w:contextualSpacing/>
              <w:jc w:val="center"/>
              <w:rPr>
                <w:rFonts w:cs="Times New Roman"/>
                <w:iCs/>
                <w:sz w:val="22"/>
                <w:lang w:val="ro-MD"/>
              </w:rPr>
            </w:pPr>
            <w:r w:rsidRPr="00A84BC5">
              <w:rPr>
                <w:rFonts w:cs="Times New Roman"/>
                <w:iCs/>
                <w:sz w:val="22"/>
                <w:lang w:val="ro-MD"/>
              </w:rPr>
              <w:t>󠇡Da            󠇡󠇡Nu</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i/>
                <w:sz w:val="22"/>
                <w:lang w:val="ro-MD"/>
              </w:rPr>
            </w:pPr>
            <w:r w:rsidRPr="00A84BC5">
              <w:rPr>
                <w:rFonts w:cs="Times New Roman"/>
                <w:i/>
                <w:sz w:val="22"/>
                <w:lang w:val="ro-MD"/>
              </w:rPr>
              <w:t>3D.5.2</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i/>
                <w:sz w:val="22"/>
                <w:lang w:val="ro-MD"/>
              </w:rPr>
            </w:pPr>
            <w:r w:rsidRPr="00A84BC5">
              <w:rPr>
                <w:rFonts w:cs="Times New Roman"/>
                <w:i/>
                <w:sz w:val="22"/>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490"/>
              <w:contextualSpacing/>
              <w:jc w:val="center"/>
              <w:rPr>
                <w:rFonts w:cs="Times New Roman"/>
                <w:i/>
                <w:sz w:val="22"/>
                <w:lang w:val="ro-MD"/>
              </w:rPr>
            </w:pPr>
            <w:r w:rsidRPr="00A84BC5">
              <w:rPr>
                <w:rFonts w:cs="Times New Roman"/>
                <w:i/>
                <w:sz w:val="22"/>
                <w:lang w:val="ro-MD"/>
              </w:rPr>
              <w:t>|text|</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720"/>
              <w:contextualSpacing/>
              <w:jc w:val="center"/>
              <w:rPr>
                <w:rFonts w:cs="Times New Roman"/>
                <w:b/>
                <w:i/>
                <w:sz w:val="22"/>
                <w:lang w:val="ro-MD"/>
              </w:rPr>
            </w:pP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b/>
                <w:sz w:val="22"/>
                <w:lang w:val="ro-MD"/>
              </w:rPr>
            </w:pPr>
            <w:r w:rsidRPr="00A84BC5">
              <w:rPr>
                <w:rFonts w:cs="Times New Roman"/>
                <w:b/>
                <w:sz w:val="22"/>
                <w:lang w:val="ro-MD"/>
              </w:rPr>
              <w:t>Activitățile economice sunt suspendate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720"/>
              <w:contextualSpacing/>
              <w:rPr>
                <w:rFonts w:cs="Times New Roman"/>
                <w:b/>
                <w:sz w:val="22"/>
                <w:lang w:val="ro-MD"/>
              </w:rPr>
            </w:pP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284"/>
              <w:contextualSpacing/>
              <w:jc w:val="center"/>
              <w:rPr>
                <w:rFonts w:cs="Times New Roman"/>
                <w:sz w:val="22"/>
                <w:lang w:val="ro-MD"/>
              </w:rPr>
            </w:pPr>
            <w:r w:rsidRPr="00A84BC5">
              <w:rPr>
                <w:rFonts w:cs="Times New Roman"/>
                <w:sz w:val="22"/>
                <w:lang w:val="ro-MD"/>
              </w:rPr>
              <w:t>3D.6</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sz w:val="22"/>
                <w:lang w:val="ro-MD"/>
              </w:rPr>
            </w:pPr>
            <w:r w:rsidRPr="00A84BC5">
              <w:rPr>
                <w:rFonts w:cs="Times New Roman"/>
                <w:sz w:val="22"/>
                <w:lang w:val="ro-MD"/>
              </w:rPr>
              <w:t>Activitățile economice ale operatorului economic sunt suspendate?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sz w:val="22"/>
                <w:lang w:val="ro-MD"/>
              </w:rPr>
            </w:pPr>
            <w:r w:rsidRPr="00A84BC5">
              <w:rPr>
                <w:rFonts w:cs="Times New Roman"/>
                <w:sz w:val="22"/>
                <w:lang w:val="ro-MD"/>
              </w:rPr>
              <w:t>󠇡Da           󠇡󠇡Nu</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i/>
                <w:sz w:val="22"/>
                <w:lang w:val="ro-MD"/>
              </w:rPr>
            </w:pPr>
            <w:r w:rsidRPr="00A84BC5">
              <w:rPr>
                <w:rFonts w:cs="Times New Roman"/>
                <w:i/>
                <w:sz w:val="22"/>
                <w:lang w:val="ro-MD"/>
              </w:rPr>
              <w:t>3D.6.1</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i/>
                <w:sz w:val="22"/>
                <w:lang w:val="ro-MD"/>
              </w:rPr>
            </w:pPr>
            <w:r w:rsidRPr="00A84BC5">
              <w:rPr>
                <w:rFonts w:cs="Times New Roman"/>
                <w:i/>
                <w:sz w:val="22"/>
                <w:lang w:val="ro-MD"/>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9"/>
              <w:contextualSpacing/>
              <w:jc w:val="center"/>
              <w:rPr>
                <w:rFonts w:cs="Times New Roman"/>
                <w:iCs/>
                <w:sz w:val="22"/>
                <w:lang w:val="ro-MD"/>
              </w:rPr>
            </w:pPr>
            <w:r w:rsidRPr="00A84BC5">
              <w:rPr>
                <w:rFonts w:cs="Times New Roman"/>
                <w:iCs/>
                <w:sz w:val="22"/>
                <w:lang w:val="ro-MD"/>
              </w:rPr>
              <w:t>󠇡Da            󠇡󠇡Nu</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i/>
                <w:sz w:val="22"/>
                <w:lang w:val="ro-MD"/>
              </w:rPr>
            </w:pPr>
            <w:r w:rsidRPr="00A84BC5">
              <w:rPr>
                <w:rFonts w:cs="Times New Roman"/>
                <w:i/>
                <w:sz w:val="22"/>
                <w:lang w:val="ro-MD"/>
              </w:rPr>
              <w:t>3D.6.2</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i/>
                <w:sz w:val="22"/>
                <w:lang w:val="ro-MD"/>
              </w:rPr>
            </w:pPr>
            <w:r w:rsidRPr="00A84BC5">
              <w:rPr>
                <w:rFonts w:cs="Times New Roman"/>
                <w:i/>
                <w:sz w:val="22"/>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490"/>
              <w:contextualSpacing/>
              <w:jc w:val="center"/>
              <w:rPr>
                <w:rFonts w:cs="Times New Roman"/>
                <w:i/>
                <w:sz w:val="22"/>
                <w:lang w:val="ro-MD"/>
              </w:rPr>
            </w:pPr>
            <w:r w:rsidRPr="00A84BC5">
              <w:rPr>
                <w:rFonts w:cs="Times New Roman"/>
                <w:i/>
                <w:sz w:val="22"/>
                <w:lang w:val="ro-MD"/>
              </w:rPr>
              <w:t>|text|</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720"/>
              <w:contextualSpacing/>
              <w:jc w:val="center"/>
              <w:rPr>
                <w:rFonts w:cs="Times New Roman"/>
                <w:b/>
                <w:i/>
                <w:sz w:val="22"/>
                <w:lang w:val="ro-MD"/>
              </w:rPr>
            </w:pP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b/>
                <w:sz w:val="22"/>
                <w:lang w:val="ro-MD"/>
              </w:rPr>
            </w:pPr>
            <w:r w:rsidRPr="00A84BC5">
              <w:rPr>
                <w:rFonts w:cs="Times New Roman"/>
                <w:b/>
                <w:sz w:val="22"/>
                <w:lang w:val="ro-MD"/>
              </w:rPr>
              <w:t>Acorduri cu alți operatori economici care vizează denaturarea concurenței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720"/>
              <w:contextualSpacing/>
              <w:rPr>
                <w:rFonts w:cs="Times New Roman"/>
                <w:b/>
                <w:sz w:val="22"/>
                <w:lang w:val="ro-MD"/>
              </w:rPr>
            </w:pP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142"/>
              <w:contextualSpacing/>
              <w:jc w:val="center"/>
              <w:rPr>
                <w:rFonts w:cs="Times New Roman"/>
                <w:sz w:val="22"/>
                <w:lang w:val="ro-MD"/>
              </w:rPr>
            </w:pPr>
            <w:r w:rsidRPr="00A84BC5">
              <w:rPr>
                <w:rFonts w:cs="Times New Roman"/>
                <w:sz w:val="22"/>
                <w:lang w:val="ro-MD"/>
              </w:rPr>
              <w:t>3D.7</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sz w:val="22"/>
              </w:rPr>
            </w:pPr>
            <w:r w:rsidRPr="00A84BC5">
              <w:rPr>
                <w:rFonts w:cs="Times New Roman"/>
                <w:sz w:val="22"/>
                <w:lang w:val="ro-MD"/>
              </w:rPr>
              <w:t xml:space="preserve">Operatorul economic, în ultimii 3 ani, a încheiat acorduri cu alți operatori economici care au ca obiect denaturarea concurenței, fapt </w:t>
            </w:r>
            <w:r w:rsidRPr="00A84BC5">
              <w:rPr>
                <w:rFonts w:cs="Times New Roman"/>
                <w:color w:val="000000"/>
                <w:sz w:val="22"/>
                <w:lang w:val="ro-MD"/>
              </w:rPr>
              <w:t>constatat prin decizie a organului abilitat în acest sens</w:t>
            </w:r>
            <w:r w:rsidRPr="00A84BC5">
              <w:rPr>
                <w:rFonts w:cs="Times New Roman"/>
                <w:sz w:val="22"/>
                <w:lang w:val="ro-MD"/>
              </w:rPr>
              <w:t>?</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54"/>
              <w:contextualSpacing/>
              <w:jc w:val="center"/>
              <w:rPr>
                <w:rFonts w:cs="Times New Roman"/>
                <w:sz w:val="22"/>
                <w:lang w:val="ro-MD"/>
              </w:rPr>
            </w:pPr>
            <w:r w:rsidRPr="00A84BC5">
              <w:rPr>
                <w:rFonts w:cs="Times New Roman"/>
                <w:sz w:val="22"/>
                <w:lang w:val="ro-MD"/>
              </w:rPr>
              <w:t>󠇡Da           󠇡󠇡Nu</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i/>
                <w:sz w:val="22"/>
                <w:lang w:val="ro-MD"/>
              </w:rPr>
            </w:pPr>
            <w:r w:rsidRPr="00A84BC5">
              <w:rPr>
                <w:rFonts w:cs="Times New Roman"/>
                <w:i/>
                <w:sz w:val="22"/>
                <w:lang w:val="ro-MD"/>
              </w:rPr>
              <w:t>3D.7.1</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sz w:val="22"/>
              </w:rPr>
            </w:pPr>
            <w:r w:rsidRPr="00A84BC5">
              <w:rPr>
                <w:rFonts w:cs="Times New Roman"/>
                <w:i/>
                <w:sz w:val="22"/>
                <w:lang w:val="ro-MD"/>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9"/>
              <w:contextualSpacing/>
              <w:jc w:val="center"/>
              <w:rPr>
                <w:rFonts w:cs="Times New Roman"/>
                <w:i/>
                <w:sz w:val="22"/>
                <w:lang w:val="ro-MD"/>
              </w:rPr>
            </w:pPr>
            <w:r w:rsidRPr="00A84BC5">
              <w:rPr>
                <w:rFonts w:cs="Times New Roman"/>
                <w:i/>
                <w:sz w:val="22"/>
                <w:lang w:val="ro-MD"/>
              </w:rPr>
              <w:t>󠇡Da            󠇡󠇡Nu</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i/>
                <w:sz w:val="22"/>
                <w:lang w:val="ro-MD"/>
              </w:rPr>
            </w:pPr>
            <w:r w:rsidRPr="00A84BC5">
              <w:rPr>
                <w:rFonts w:cs="Times New Roman"/>
                <w:i/>
                <w:sz w:val="22"/>
                <w:lang w:val="ro-MD"/>
              </w:rPr>
              <w:t>3D.7.2</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i/>
                <w:sz w:val="22"/>
                <w:lang w:val="ro-MD"/>
              </w:rPr>
            </w:pPr>
            <w:r w:rsidRPr="00A84BC5">
              <w:rPr>
                <w:rFonts w:cs="Times New Roman"/>
                <w:i/>
                <w:sz w:val="22"/>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490"/>
              <w:contextualSpacing/>
              <w:jc w:val="center"/>
              <w:rPr>
                <w:rFonts w:cs="Times New Roman"/>
                <w:i/>
                <w:sz w:val="22"/>
                <w:lang w:val="ro-MD"/>
              </w:rPr>
            </w:pPr>
            <w:r w:rsidRPr="00A84BC5">
              <w:rPr>
                <w:rFonts w:cs="Times New Roman"/>
                <w:i/>
                <w:sz w:val="22"/>
                <w:lang w:val="ro-MD"/>
              </w:rPr>
              <w:t>|text|</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142"/>
              <w:contextualSpacing/>
              <w:jc w:val="center"/>
              <w:rPr>
                <w:rFonts w:cs="Times New Roman"/>
                <w:b/>
                <w:i/>
                <w:sz w:val="22"/>
                <w:lang w:val="ro-MD"/>
              </w:rPr>
            </w:pP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b/>
                <w:sz w:val="22"/>
                <w:lang w:val="ro-MD"/>
              </w:rPr>
            </w:pPr>
            <w:r w:rsidRPr="00A84BC5">
              <w:rPr>
                <w:rFonts w:cs="Times New Roman"/>
                <w:b/>
                <w:sz w:val="22"/>
                <w:lang w:val="ro-MD"/>
              </w:rPr>
              <w:t xml:space="preserve">Conflict de interese </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54"/>
              <w:contextualSpacing/>
              <w:jc w:val="center"/>
              <w:rPr>
                <w:rFonts w:cs="Times New Roman"/>
                <w:b/>
                <w:sz w:val="22"/>
                <w:lang w:val="ro-MD"/>
              </w:rPr>
            </w:pP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142"/>
              <w:contextualSpacing/>
              <w:jc w:val="center"/>
              <w:rPr>
                <w:rFonts w:cs="Times New Roman"/>
                <w:sz w:val="22"/>
                <w:lang w:val="ro-MD"/>
              </w:rPr>
            </w:pPr>
            <w:r w:rsidRPr="00A84BC5">
              <w:rPr>
                <w:rFonts w:cs="Times New Roman"/>
                <w:sz w:val="22"/>
                <w:lang w:val="ro-MD"/>
              </w:rPr>
              <w:t>3D.8</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sz w:val="22"/>
              </w:rPr>
            </w:pPr>
            <w:r w:rsidRPr="00A84BC5">
              <w:rPr>
                <w:rFonts w:cs="Times New Roman"/>
                <w:sz w:val="22"/>
                <w:lang w:val="ro-MD"/>
              </w:rPr>
              <w:t>Operatorul economic se află într-o situație de conflict de interese care nu poate fi remediată?</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54"/>
              <w:contextualSpacing/>
              <w:jc w:val="center"/>
              <w:rPr>
                <w:rFonts w:cs="Times New Roman"/>
                <w:sz w:val="22"/>
                <w:lang w:val="ro-MD"/>
              </w:rPr>
            </w:pPr>
            <w:r w:rsidRPr="00A84BC5">
              <w:rPr>
                <w:rFonts w:cs="Times New Roman"/>
                <w:sz w:val="22"/>
                <w:lang w:val="ro-MD"/>
              </w:rPr>
              <w:t>󠇡Da            󠇡󠇡Nu</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i/>
                <w:sz w:val="22"/>
                <w:lang w:val="ro-MD"/>
              </w:rPr>
            </w:pPr>
            <w:r w:rsidRPr="00A84BC5">
              <w:rPr>
                <w:rFonts w:cs="Times New Roman"/>
                <w:i/>
                <w:sz w:val="22"/>
                <w:lang w:val="ro-MD"/>
              </w:rPr>
              <w:t>3D.8.1</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i/>
                <w:sz w:val="22"/>
                <w:lang w:val="ro-MD"/>
              </w:rPr>
            </w:pPr>
            <w:r w:rsidRPr="00A84BC5">
              <w:rPr>
                <w:rFonts w:cs="Times New Roman"/>
                <w:i/>
                <w:sz w:val="22"/>
                <w:lang w:val="ro-MD"/>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9"/>
              <w:contextualSpacing/>
              <w:jc w:val="center"/>
              <w:rPr>
                <w:rFonts w:cs="Times New Roman"/>
                <w:i/>
                <w:sz w:val="22"/>
                <w:lang w:val="ro-MD"/>
              </w:rPr>
            </w:pPr>
            <w:r w:rsidRPr="00A84BC5">
              <w:rPr>
                <w:rFonts w:cs="Times New Roman"/>
                <w:i/>
                <w:sz w:val="22"/>
                <w:lang w:val="ro-MD"/>
              </w:rPr>
              <w:t>󠇡Da            󠇡󠇡Nu</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i/>
                <w:sz w:val="22"/>
                <w:lang w:val="ro-MD"/>
              </w:rPr>
            </w:pPr>
            <w:r w:rsidRPr="00A84BC5">
              <w:rPr>
                <w:rFonts w:cs="Times New Roman"/>
                <w:i/>
                <w:sz w:val="22"/>
                <w:lang w:val="ro-MD"/>
              </w:rPr>
              <w:t>3D.8.2</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i/>
                <w:sz w:val="22"/>
                <w:lang w:val="ro-MD"/>
              </w:rPr>
            </w:pPr>
            <w:r w:rsidRPr="00A84BC5">
              <w:rPr>
                <w:rFonts w:cs="Times New Roman"/>
                <w:i/>
                <w:sz w:val="22"/>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490"/>
              <w:contextualSpacing/>
              <w:jc w:val="center"/>
              <w:rPr>
                <w:rFonts w:cs="Times New Roman"/>
                <w:i/>
                <w:sz w:val="22"/>
                <w:lang w:val="ro-MD"/>
              </w:rPr>
            </w:pPr>
            <w:r w:rsidRPr="00A84BC5">
              <w:rPr>
                <w:rFonts w:cs="Times New Roman"/>
                <w:i/>
                <w:sz w:val="22"/>
                <w:lang w:val="ro-MD"/>
              </w:rPr>
              <w:t>|text|</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142"/>
              <w:contextualSpacing/>
              <w:jc w:val="center"/>
              <w:rPr>
                <w:rFonts w:cs="Times New Roman"/>
                <w:b/>
                <w:i/>
                <w:sz w:val="22"/>
                <w:lang w:val="ro-MD"/>
              </w:rPr>
            </w:pP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b/>
                <w:sz w:val="22"/>
                <w:lang w:val="ro-MD"/>
              </w:rPr>
            </w:pPr>
            <w:r w:rsidRPr="00A84BC5">
              <w:rPr>
                <w:rFonts w:cs="Times New Roman"/>
                <w:b/>
                <w:sz w:val="22"/>
                <w:lang w:val="ro-MD"/>
              </w:rPr>
              <w:t>Etica profesională</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54"/>
              <w:contextualSpacing/>
              <w:rPr>
                <w:rFonts w:cs="Times New Roman"/>
                <w:b/>
                <w:sz w:val="22"/>
                <w:lang w:val="ro-MD"/>
              </w:rPr>
            </w:pP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142"/>
              <w:contextualSpacing/>
              <w:jc w:val="center"/>
              <w:rPr>
                <w:rFonts w:cs="Times New Roman"/>
                <w:sz w:val="22"/>
                <w:lang w:val="ro-MD"/>
              </w:rPr>
            </w:pPr>
            <w:r w:rsidRPr="00A84BC5">
              <w:rPr>
                <w:rFonts w:cs="Times New Roman"/>
                <w:sz w:val="22"/>
                <w:lang w:val="ro-MD"/>
              </w:rPr>
              <w:t>3D.9</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sz w:val="22"/>
              </w:rPr>
            </w:pPr>
            <w:r w:rsidRPr="00A84BC5">
              <w:rPr>
                <w:rFonts w:cs="Times New Roman"/>
                <w:sz w:val="22"/>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sz w:val="22"/>
                <w:lang w:val="ro-MD"/>
              </w:rPr>
            </w:pPr>
            <w:r w:rsidRPr="00A84BC5">
              <w:rPr>
                <w:rFonts w:cs="Times New Roman"/>
                <w:sz w:val="22"/>
                <w:lang w:val="ro-MD"/>
              </w:rPr>
              <w:t>󠇡Da           󠇡󠇡Nu</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rPr>
            </w:pPr>
            <w:r w:rsidRPr="00A84BC5">
              <w:rPr>
                <w:rFonts w:cs="Times New Roman"/>
                <w:i/>
                <w:sz w:val="22"/>
                <w:lang w:val="ro-MD"/>
              </w:rPr>
              <w:t>3D.9.1</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sz w:val="22"/>
              </w:rPr>
            </w:pPr>
            <w:r w:rsidRPr="00A84BC5">
              <w:rPr>
                <w:rFonts w:cs="Times New Roman"/>
                <w:i/>
                <w:sz w:val="22"/>
                <w:lang w:val="ro-MD"/>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9"/>
              <w:contextualSpacing/>
              <w:jc w:val="center"/>
              <w:rPr>
                <w:rFonts w:cs="Times New Roman"/>
                <w:iCs/>
                <w:sz w:val="22"/>
                <w:lang w:val="ro-MD"/>
              </w:rPr>
            </w:pPr>
            <w:r w:rsidRPr="00A84BC5">
              <w:rPr>
                <w:rFonts w:cs="Times New Roman"/>
                <w:iCs/>
                <w:sz w:val="22"/>
                <w:lang w:val="ro-MD"/>
              </w:rPr>
              <w:t>󠇡Da            󠇡󠇡Nu</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i/>
                <w:sz w:val="22"/>
                <w:lang w:val="ro-MD"/>
              </w:rPr>
            </w:pPr>
            <w:r w:rsidRPr="00A84BC5">
              <w:rPr>
                <w:rFonts w:cs="Times New Roman"/>
                <w:i/>
                <w:sz w:val="22"/>
                <w:lang w:val="ro-MD"/>
              </w:rPr>
              <w:t>3D.9.2</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i/>
                <w:sz w:val="22"/>
                <w:lang w:val="ro-MD"/>
              </w:rPr>
            </w:pPr>
            <w:r w:rsidRPr="00A84BC5">
              <w:rPr>
                <w:rFonts w:cs="Times New Roman"/>
                <w:i/>
                <w:sz w:val="22"/>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490"/>
              <w:contextualSpacing/>
              <w:jc w:val="center"/>
              <w:rPr>
                <w:rFonts w:cs="Times New Roman"/>
                <w:i/>
                <w:sz w:val="22"/>
                <w:lang w:val="ro-MD"/>
              </w:rPr>
            </w:pPr>
            <w:r w:rsidRPr="00A84BC5">
              <w:rPr>
                <w:rFonts w:cs="Times New Roman"/>
                <w:i/>
                <w:sz w:val="22"/>
                <w:lang w:val="ro-MD"/>
              </w:rPr>
              <w:t>|text|</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142"/>
              <w:contextualSpacing/>
              <w:jc w:val="center"/>
              <w:rPr>
                <w:rFonts w:cs="Times New Roman"/>
                <w:b/>
                <w:i/>
                <w:sz w:val="22"/>
                <w:lang w:val="ro-MD"/>
              </w:rPr>
            </w:pP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sz w:val="22"/>
              </w:rPr>
            </w:pPr>
            <w:r w:rsidRPr="00A84BC5">
              <w:rPr>
                <w:rFonts w:cs="Times New Roman"/>
                <w:b/>
                <w:sz w:val="22"/>
                <w:lang w:val="ro-MD"/>
              </w:rPr>
              <w:t xml:space="preserve">Integritatea </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720"/>
              <w:contextualSpacing/>
              <w:jc w:val="center"/>
              <w:rPr>
                <w:rFonts w:cs="Times New Roman"/>
                <w:b/>
                <w:sz w:val="22"/>
                <w:lang w:val="ro-MD"/>
              </w:rPr>
            </w:pP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142"/>
              <w:contextualSpacing/>
              <w:jc w:val="center"/>
              <w:rPr>
                <w:rFonts w:cs="Times New Roman"/>
                <w:sz w:val="22"/>
                <w:lang w:val="ro-MD"/>
              </w:rPr>
            </w:pPr>
            <w:r w:rsidRPr="00A84BC5">
              <w:rPr>
                <w:rFonts w:cs="Times New Roman"/>
                <w:sz w:val="22"/>
                <w:lang w:val="ro-MD"/>
              </w:rPr>
              <w:t>3D.10</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sz w:val="22"/>
                <w:lang w:val="ro-MD"/>
              </w:rPr>
            </w:pPr>
            <w:r w:rsidRPr="00A84BC5">
              <w:rPr>
                <w:rFonts w:cs="Times New Roman"/>
                <w:sz w:val="22"/>
                <w:lang w:val="ro-MD"/>
              </w:rPr>
              <w:t xml:space="preserve">Operatorul economic, în ultimii 3 ani, se face vinovat de o abatere profesională, care îi pune la îndoială integritatea? </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88"/>
              <w:contextualSpacing/>
              <w:jc w:val="center"/>
              <w:rPr>
                <w:rFonts w:cs="Times New Roman"/>
                <w:sz w:val="22"/>
                <w:lang w:val="ro-MD"/>
              </w:rPr>
            </w:pPr>
            <w:r w:rsidRPr="00A84BC5">
              <w:rPr>
                <w:rFonts w:cs="Times New Roman"/>
                <w:sz w:val="22"/>
                <w:lang w:val="ro-MD"/>
              </w:rPr>
              <w:t>󠇡Da            󠇡󠇡Nu</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i/>
                <w:sz w:val="22"/>
                <w:lang w:val="ro-MD"/>
              </w:rPr>
            </w:pPr>
            <w:r w:rsidRPr="00A84BC5">
              <w:rPr>
                <w:rFonts w:cs="Times New Roman"/>
                <w:i/>
                <w:sz w:val="22"/>
                <w:lang w:val="ro-MD"/>
              </w:rPr>
              <w:t>3D.10.1</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i/>
                <w:sz w:val="22"/>
                <w:lang w:val="ro-MD"/>
              </w:rPr>
            </w:pPr>
            <w:r w:rsidRPr="00A84BC5">
              <w:rPr>
                <w:rFonts w:cs="Times New Roman"/>
                <w:i/>
                <w:sz w:val="22"/>
                <w:lang w:val="ro-MD"/>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9"/>
              <w:contextualSpacing/>
              <w:jc w:val="center"/>
              <w:rPr>
                <w:rFonts w:cs="Times New Roman"/>
                <w:i/>
                <w:sz w:val="22"/>
                <w:lang w:val="ro-MD"/>
              </w:rPr>
            </w:pPr>
            <w:r w:rsidRPr="00A84BC5">
              <w:rPr>
                <w:rFonts w:cs="Times New Roman"/>
                <w:i/>
                <w:sz w:val="22"/>
                <w:lang w:val="ro-MD"/>
              </w:rPr>
              <w:t>󠇡Da            󠇡󠇡Nu</w:t>
            </w:r>
          </w:p>
        </w:tc>
      </w:tr>
      <w:tr w:rsidR="00924ED0" w:rsidRPr="00A84BC5" w:rsidTr="00924ED0">
        <w:trPr>
          <w:cantSplit/>
          <w:jc w:val="center"/>
        </w:trPr>
        <w:tc>
          <w:tcPr>
            <w:tcW w:w="174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i/>
                <w:sz w:val="22"/>
                <w:lang w:val="ro-MD"/>
              </w:rPr>
            </w:pPr>
            <w:r w:rsidRPr="00A84BC5">
              <w:rPr>
                <w:rFonts w:cs="Times New Roman"/>
                <w:i/>
                <w:sz w:val="22"/>
                <w:lang w:val="ro-MD"/>
              </w:rPr>
              <w:t>3D.10.2</w:t>
            </w:r>
          </w:p>
        </w:tc>
        <w:tc>
          <w:tcPr>
            <w:tcW w:w="6020"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i/>
                <w:sz w:val="22"/>
                <w:lang w:val="ro-MD"/>
              </w:rPr>
            </w:pPr>
            <w:r w:rsidRPr="00A84BC5">
              <w:rPr>
                <w:rFonts w:cs="Times New Roman"/>
                <w:i/>
                <w:sz w:val="22"/>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490"/>
              <w:contextualSpacing/>
              <w:jc w:val="center"/>
              <w:rPr>
                <w:rFonts w:cs="Times New Roman"/>
                <w:i/>
                <w:sz w:val="22"/>
                <w:lang w:val="ro-MD"/>
              </w:rPr>
            </w:pPr>
            <w:r w:rsidRPr="00A84BC5">
              <w:rPr>
                <w:rFonts w:cs="Times New Roman"/>
                <w:i/>
                <w:sz w:val="22"/>
                <w:lang w:val="ro-MD"/>
              </w:rPr>
              <w:t>|text|</w:t>
            </w:r>
          </w:p>
        </w:tc>
      </w:tr>
    </w:tbl>
    <w:p w:rsidR="00924ED0" w:rsidRPr="00A84BC5" w:rsidRDefault="00924ED0" w:rsidP="00924ED0">
      <w:pPr>
        <w:jc w:val="both"/>
        <w:rPr>
          <w:rFonts w:cs="Times New Roman"/>
          <w:sz w:val="22"/>
          <w:lang w:val="ro-MD"/>
        </w:rPr>
      </w:pPr>
    </w:p>
    <w:p w:rsidR="00924ED0" w:rsidRPr="00A84BC5" w:rsidRDefault="00924ED0" w:rsidP="00924ED0">
      <w:pPr>
        <w:jc w:val="both"/>
        <w:rPr>
          <w:rFonts w:cs="Times New Roman"/>
          <w:b/>
          <w:sz w:val="22"/>
          <w:lang w:val="ro-MD"/>
        </w:rPr>
      </w:pPr>
      <w:r w:rsidRPr="00A84BC5">
        <w:rPr>
          <w:rFonts w:cs="Times New Roman"/>
          <w:b/>
          <w:sz w:val="22"/>
          <w:lang w:val="ro-MD"/>
        </w:rPr>
        <w:t>Capitolul IV. Criteriile de calificare și selecție a operatorilor economici</w:t>
      </w:r>
    </w:p>
    <w:p w:rsidR="00924ED0" w:rsidRPr="00A84BC5" w:rsidRDefault="00924ED0" w:rsidP="00924ED0">
      <w:pPr>
        <w:jc w:val="both"/>
        <w:rPr>
          <w:rFonts w:cs="Times New Roman"/>
          <w:b/>
          <w:sz w:val="22"/>
          <w:lang w:val="ro-MD"/>
        </w:rPr>
      </w:pPr>
    </w:p>
    <w:p w:rsidR="00924ED0" w:rsidRPr="00A84BC5" w:rsidRDefault="00924ED0" w:rsidP="00924ED0">
      <w:pPr>
        <w:jc w:val="both"/>
        <w:rPr>
          <w:rFonts w:cs="Times New Roman"/>
          <w:sz w:val="22"/>
        </w:rPr>
      </w:pPr>
      <w:r w:rsidRPr="00A84BC5">
        <w:rPr>
          <w:rFonts w:cs="Times New Roman"/>
          <w:i/>
          <w:sz w:val="22"/>
          <w:lang w:val="ro-MD"/>
        </w:rPr>
        <w:t>Compartimentul se completează de către autoritatea/entitatea (coloana nr.2) contractantă și operatorii economici (coloana nr.3)</w:t>
      </w:r>
      <w:r w:rsidRPr="00A84BC5">
        <w:rPr>
          <w:rFonts w:cs="Times New Roman"/>
          <w:sz w:val="22"/>
        </w:rPr>
        <w:t>.</w:t>
      </w:r>
    </w:p>
    <w:tbl>
      <w:tblPr>
        <w:tblW w:w="0" w:type="auto"/>
        <w:jc w:val="center"/>
        <w:tblLook w:val="0000" w:firstRow="0" w:lastRow="0" w:firstColumn="0" w:lastColumn="0" w:noHBand="0" w:noVBand="0"/>
      </w:tblPr>
      <w:tblGrid>
        <w:gridCol w:w="1590"/>
        <w:gridCol w:w="5714"/>
        <w:gridCol w:w="2324"/>
      </w:tblGrid>
      <w:tr w:rsidR="00924ED0" w:rsidRPr="00A84BC5" w:rsidTr="00924ED0">
        <w:trPr>
          <w:cantSplit/>
          <w:tblHeader/>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b/>
                <w:sz w:val="22"/>
                <w:lang w:val="ro-MD"/>
              </w:rPr>
            </w:pPr>
            <w:r w:rsidRPr="00A84BC5">
              <w:rPr>
                <w:rFonts w:cs="Times New Roman"/>
                <w:b/>
                <w:sz w:val="22"/>
                <w:lang w:val="ro-MD"/>
              </w:rPr>
              <w:t>Cod poziție</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720"/>
              <w:contextualSpacing/>
              <w:jc w:val="center"/>
              <w:rPr>
                <w:rFonts w:cs="Times New Roman"/>
                <w:b/>
                <w:sz w:val="22"/>
                <w:lang w:val="ro-MD"/>
              </w:rPr>
            </w:pPr>
            <w:r w:rsidRPr="00A84BC5">
              <w:rPr>
                <w:rFonts w:cs="Times New Roman"/>
                <w:b/>
                <w:sz w:val="22"/>
                <w:lang w:val="ro-MD"/>
              </w:rPr>
              <w:t>Conținutul cerințelor</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246"/>
              <w:contextualSpacing/>
              <w:jc w:val="center"/>
              <w:rPr>
                <w:rFonts w:cs="Times New Roman"/>
                <w:b/>
                <w:sz w:val="22"/>
                <w:lang w:val="ro-MD"/>
              </w:rPr>
            </w:pPr>
            <w:r w:rsidRPr="00A84BC5">
              <w:rPr>
                <w:rFonts w:cs="Times New Roman"/>
                <w:b/>
                <w:sz w:val="22"/>
                <w:lang w:val="ro-MD"/>
              </w:rPr>
              <w:t>Răspuns</w:t>
            </w:r>
          </w:p>
        </w:tc>
      </w:tr>
      <w:tr w:rsidR="00924ED0" w:rsidRPr="00A84BC5"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center"/>
              <w:rPr>
                <w:rFonts w:cs="Times New Roman"/>
                <w:b/>
                <w:sz w:val="22"/>
                <w:lang w:val="ro-MD"/>
              </w:rPr>
            </w:pPr>
            <w:r w:rsidRPr="00A84BC5">
              <w:rPr>
                <w:rFonts w:cs="Times New Roman"/>
                <w:b/>
                <w:sz w:val="22"/>
                <w:lang w:val="ro-MD"/>
              </w:rPr>
              <w:t>1</w:t>
            </w:r>
          </w:p>
        </w:tc>
        <w:tc>
          <w:tcPr>
            <w:tcW w:w="6096"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center"/>
              <w:rPr>
                <w:rFonts w:cs="Times New Roman"/>
                <w:b/>
                <w:sz w:val="22"/>
                <w:lang w:val="ro-MD"/>
              </w:rPr>
            </w:pPr>
            <w:r w:rsidRPr="00A84BC5">
              <w:rPr>
                <w:rFonts w:cs="Times New Roman"/>
                <w:b/>
                <w:sz w:val="22"/>
                <w:lang w:val="ro-MD"/>
              </w:rPr>
              <w:t>2</w:t>
            </w:r>
          </w:p>
        </w:tc>
        <w:tc>
          <w:tcPr>
            <w:tcW w:w="2411"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center"/>
              <w:rPr>
                <w:rFonts w:cs="Times New Roman"/>
                <w:b/>
                <w:sz w:val="22"/>
                <w:lang w:val="ro-MD"/>
              </w:rPr>
            </w:pPr>
            <w:r w:rsidRPr="00A84BC5">
              <w:rPr>
                <w:rFonts w:cs="Times New Roman"/>
                <w:b/>
                <w:sz w:val="22"/>
                <w:lang w:val="ro-MD"/>
              </w:rPr>
              <w:t>3</w:t>
            </w:r>
          </w:p>
        </w:tc>
      </w:tr>
      <w:tr w:rsidR="00924ED0" w:rsidRPr="00A84BC5" w:rsidTr="00924ED0">
        <w:trPr>
          <w:cantSplit/>
          <w:jc w:val="center"/>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numPr>
                <w:ilvl w:val="0"/>
                <w:numId w:val="24"/>
              </w:numPr>
              <w:suppressAutoHyphens/>
              <w:ind w:left="567" w:hanging="425"/>
              <w:contextualSpacing/>
              <w:jc w:val="both"/>
              <w:rPr>
                <w:rFonts w:cs="Times New Roman"/>
                <w:b/>
                <w:sz w:val="22"/>
                <w:lang w:val="ro-MD"/>
              </w:rPr>
            </w:pPr>
            <w:r w:rsidRPr="00A84BC5">
              <w:rPr>
                <w:rFonts w:cs="Times New Roman"/>
                <w:b/>
                <w:sz w:val="22"/>
                <w:lang w:val="ro-MD"/>
              </w:rPr>
              <w:t>Capacitatea de exercitare a activității profesionale</w:t>
            </w:r>
          </w:p>
        </w:tc>
      </w:tr>
      <w:tr w:rsidR="00924ED0" w:rsidRPr="00A84BC5"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142"/>
              <w:contextualSpacing/>
              <w:jc w:val="center"/>
              <w:rPr>
                <w:rFonts w:cs="Times New Roman"/>
                <w:sz w:val="22"/>
                <w:lang w:val="ro-MD"/>
              </w:rPr>
            </w:pPr>
            <w:r w:rsidRPr="00A84BC5">
              <w:rPr>
                <w:rFonts w:cs="Times New Roman"/>
                <w:sz w:val="22"/>
                <w:lang w:val="ro-MD"/>
              </w:rPr>
              <w:t>4A.1</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jc w:val="both"/>
              <w:rPr>
                <w:rFonts w:cs="Times New Roman"/>
                <w:sz w:val="22"/>
                <w:lang w:val="ro-MD"/>
              </w:rPr>
            </w:pPr>
            <w:r w:rsidRPr="00A84BC5">
              <w:rPr>
                <w:rFonts w:cs="Times New Roman"/>
                <w:sz w:val="22"/>
                <w:lang w:val="ro-MD"/>
              </w:rPr>
              <w:t>Operatorul economic este în măsură să furnizeze documentul/documentele prin care se va demonstra înregistrarea acestuia?</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jc w:val="both"/>
              <w:rPr>
                <w:rFonts w:cs="Times New Roman"/>
                <w:sz w:val="22"/>
                <w:lang w:val="ro-MD"/>
              </w:rPr>
            </w:pPr>
            <w:r w:rsidRPr="00A84BC5">
              <w:rPr>
                <w:rFonts w:cs="Times New Roman"/>
                <w:sz w:val="22"/>
                <w:lang w:val="ro-MD"/>
              </w:rPr>
              <w:t>󠇡Da           󠇡󠇡Nu</w:t>
            </w:r>
          </w:p>
        </w:tc>
      </w:tr>
      <w:tr w:rsidR="00924ED0" w:rsidRPr="00A84BC5"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142"/>
              <w:contextualSpacing/>
              <w:jc w:val="center"/>
              <w:rPr>
                <w:rFonts w:cs="Times New Roman"/>
                <w:b/>
                <w:i/>
                <w:sz w:val="22"/>
                <w:lang w:val="ro-MD"/>
              </w:rPr>
            </w:pPr>
            <w:r w:rsidRPr="00A84BC5">
              <w:rPr>
                <w:rFonts w:cs="Times New Roman"/>
                <w:i/>
                <w:sz w:val="22"/>
                <w:lang w:val="ro-MD"/>
              </w:rPr>
              <w:t>4A.1.1</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66"/>
              <w:contextualSpacing/>
              <w:jc w:val="both"/>
              <w:rPr>
                <w:rFonts w:cs="Times New Roman"/>
                <w:i/>
                <w:sz w:val="22"/>
                <w:lang w:val="ro-MD"/>
              </w:rPr>
            </w:pPr>
            <w:r w:rsidRPr="00A84BC5">
              <w:rPr>
                <w:rFonts w:cs="Times New Roman"/>
                <w:i/>
                <w:sz w:val="22"/>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135"/>
              <w:contextualSpacing/>
              <w:jc w:val="center"/>
              <w:rPr>
                <w:rFonts w:cs="Times New Roman"/>
                <w:sz w:val="22"/>
                <w:lang w:val="ro-MD"/>
              </w:rPr>
            </w:pPr>
            <w:r w:rsidRPr="00A84BC5">
              <w:rPr>
                <w:rFonts w:cs="Times New Roman"/>
                <w:i/>
                <w:sz w:val="22"/>
                <w:lang w:val="ro-MD"/>
              </w:rPr>
              <w:t>|text|</w:t>
            </w:r>
          </w:p>
        </w:tc>
      </w:tr>
      <w:tr w:rsidR="00924ED0" w:rsidRPr="00A84BC5" w:rsidTr="00924ED0">
        <w:trPr>
          <w:cantSplit/>
          <w:trHeight w:val="24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142"/>
              <w:contextualSpacing/>
              <w:jc w:val="center"/>
              <w:rPr>
                <w:rFonts w:cs="Times New Roman"/>
                <w:i/>
                <w:sz w:val="22"/>
                <w:lang w:val="ro-MD"/>
              </w:rPr>
            </w:pPr>
            <w:r w:rsidRPr="00A84BC5">
              <w:rPr>
                <w:rFonts w:cs="Times New Roman"/>
                <w:i/>
                <w:sz w:val="22"/>
                <w:lang w:val="ro-MD"/>
              </w:rPr>
              <w:t>4A.1.2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jc w:val="both"/>
              <w:rPr>
                <w:rFonts w:cs="Times New Roman"/>
                <w:i/>
                <w:sz w:val="22"/>
                <w:lang w:val="ro-MD"/>
              </w:rPr>
            </w:pPr>
            <w:r w:rsidRPr="00A84BC5">
              <w:rPr>
                <w:rFonts w:cs="Times New Roman"/>
                <w:i/>
                <w:sz w:val="22"/>
                <w:lang w:val="ro-MD"/>
              </w:rPr>
              <w:t xml:space="preserve">Actele de înregistrare a activității antreprenoriale, sunt disponibile gratuit pentru autorități dintr-o bază de date națională? </w:t>
            </w:r>
            <w:r w:rsidRPr="00A84BC5">
              <w:rPr>
                <w:rFonts w:cs="Times New Roman"/>
                <w:i/>
                <w:iCs/>
                <w:sz w:val="22"/>
                <w:lang w:val="ro-MD"/>
              </w:rPr>
              <w:t>Dacă da, specificați informația care ar permite verificarea</w:t>
            </w:r>
            <w:r w:rsidRPr="00A84BC5">
              <w:rPr>
                <w:rFonts w:cs="Times New Roman"/>
                <w:sz w:val="22"/>
                <w:lang w:val="ro-MD"/>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9" w:firstLine="9"/>
              <w:contextualSpacing/>
              <w:rPr>
                <w:rFonts w:cs="Times New Roman"/>
                <w:i/>
                <w:sz w:val="22"/>
                <w:lang w:val="ro-MD"/>
              </w:rPr>
            </w:pPr>
            <w:r w:rsidRPr="00A84BC5">
              <w:rPr>
                <w:rFonts w:cs="Times New Roman"/>
                <w:i/>
                <w:sz w:val="22"/>
                <w:lang w:val="ro-MD"/>
              </w:rPr>
              <w:t>Adresa de internet:</w:t>
            </w:r>
          </w:p>
          <w:p w:rsidR="00924ED0" w:rsidRPr="00A84BC5" w:rsidRDefault="00924ED0" w:rsidP="00924ED0">
            <w:pPr>
              <w:contextualSpacing/>
              <w:rPr>
                <w:rFonts w:cs="Times New Roman"/>
                <w:i/>
                <w:sz w:val="22"/>
                <w:lang w:val="ro-MD"/>
              </w:rPr>
            </w:pPr>
            <w:r w:rsidRPr="00A84BC5">
              <w:rPr>
                <w:rFonts w:cs="Times New Roman"/>
                <w:i/>
                <w:sz w:val="22"/>
                <w:lang w:val="ro-MD"/>
              </w:rPr>
              <w:t>|text|</w:t>
            </w:r>
          </w:p>
        </w:tc>
      </w:tr>
      <w:tr w:rsidR="00924ED0" w:rsidRPr="00A84BC5" w:rsidTr="00924ED0">
        <w:trPr>
          <w:cantSplit/>
          <w:trHeight w:val="358"/>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142"/>
              <w:contextualSpacing/>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i/>
                <w:sz w:val="22"/>
                <w:lang w:val="ro-MD"/>
              </w:rPr>
            </w:pPr>
            <w:r w:rsidRPr="00A84BC5">
              <w:rPr>
                <w:rFonts w:cs="Times New Roman"/>
                <w:i/>
                <w:sz w:val="22"/>
                <w:lang w:val="ro-MD"/>
              </w:rPr>
              <w:t>Autoritatea sau organismul emitent(ă):</w:t>
            </w:r>
          </w:p>
          <w:p w:rsidR="00924ED0" w:rsidRPr="00A84BC5" w:rsidRDefault="00924ED0" w:rsidP="00924ED0">
            <w:pPr>
              <w:contextualSpacing/>
              <w:rPr>
                <w:rFonts w:cs="Times New Roman"/>
                <w:i/>
                <w:sz w:val="22"/>
                <w:lang w:val="ro-MD"/>
              </w:rPr>
            </w:pPr>
            <w:r w:rsidRPr="00A84BC5">
              <w:rPr>
                <w:rFonts w:cs="Times New Roman"/>
                <w:i/>
                <w:sz w:val="22"/>
                <w:lang w:val="ro-MD"/>
              </w:rPr>
              <w:t>|text|</w:t>
            </w:r>
          </w:p>
        </w:tc>
      </w:tr>
      <w:tr w:rsidR="00924ED0" w:rsidRPr="00A84BC5" w:rsidTr="00924ED0">
        <w:trPr>
          <w:cantSplit/>
          <w:trHeight w:val="358"/>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142"/>
              <w:contextualSpacing/>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54" w:hanging="17"/>
              <w:contextualSpacing/>
              <w:rPr>
                <w:rFonts w:cs="Times New Roman"/>
                <w:i/>
                <w:sz w:val="22"/>
                <w:lang w:val="ro-MD"/>
              </w:rPr>
            </w:pPr>
            <w:r w:rsidRPr="00A84BC5">
              <w:rPr>
                <w:rFonts w:cs="Times New Roman"/>
                <w:i/>
                <w:sz w:val="22"/>
                <w:lang w:val="ro-MD"/>
              </w:rPr>
              <w:t>Referința exactă a documentației:</w:t>
            </w:r>
          </w:p>
          <w:p w:rsidR="00924ED0" w:rsidRPr="00A84BC5" w:rsidRDefault="00924ED0" w:rsidP="00924ED0">
            <w:pPr>
              <w:contextualSpacing/>
              <w:rPr>
                <w:rFonts w:cs="Times New Roman"/>
                <w:i/>
                <w:sz w:val="22"/>
                <w:lang w:val="ro-MD"/>
              </w:rPr>
            </w:pPr>
            <w:r w:rsidRPr="00A84BC5">
              <w:rPr>
                <w:rFonts w:cs="Times New Roman"/>
                <w:i/>
                <w:sz w:val="22"/>
                <w:lang w:val="ro-MD"/>
              </w:rPr>
              <w:t>|text|</w:t>
            </w:r>
          </w:p>
        </w:tc>
      </w:tr>
      <w:tr w:rsidR="00924ED0" w:rsidRPr="00A84BC5"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142"/>
              <w:contextualSpacing/>
              <w:jc w:val="center"/>
              <w:rPr>
                <w:rFonts w:cs="Times New Roman"/>
                <w:sz w:val="22"/>
                <w:lang w:val="ro-MD"/>
              </w:rPr>
            </w:pPr>
            <w:r w:rsidRPr="00A84BC5">
              <w:rPr>
                <w:rFonts w:cs="Times New Roman"/>
                <w:sz w:val="22"/>
                <w:lang w:val="ro-MD"/>
              </w:rPr>
              <w:t>4A.2</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5"/>
              <w:contextualSpacing/>
              <w:jc w:val="both"/>
              <w:rPr>
                <w:rFonts w:cs="Times New Roman"/>
                <w:sz w:val="22"/>
                <w:lang w:val="ro-MD"/>
              </w:rPr>
            </w:pPr>
            <w:r w:rsidRPr="00A84BC5">
              <w:rPr>
                <w:rFonts w:cs="Times New Roman"/>
                <w:sz w:val="22"/>
                <w:lang w:val="ro-MD"/>
              </w:rPr>
              <w:t xml:space="preserve">Activitatea antreprenorială deține o certificare și/sau o autorizare echivalentă aferent obiectului procedurii de atribuire a contractului, în cadrul unui sistem național?  </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jc w:val="both"/>
              <w:rPr>
                <w:rFonts w:cs="Times New Roman"/>
                <w:sz w:val="22"/>
                <w:lang w:val="ro-MD"/>
              </w:rPr>
            </w:pPr>
            <w:r w:rsidRPr="00A84BC5">
              <w:rPr>
                <w:rFonts w:cs="Times New Roman"/>
                <w:sz w:val="22"/>
                <w:lang w:val="ro-MD"/>
              </w:rPr>
              <w:t>󠇡Da           󠇡󠇡Nu</w:t>
            </w:r>
          </w:p>
        </w:tc>
      </w:tr>
      <w:tr w:rsidR="00924ED0" w:rsidRPr="00A84BC5"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142"/>
              <w:contextualSpacing/>
              <w:jc w:val="center"/>
              <w:rPr>
                <w:rFonts w:cs="Times New Roman"/>
                <w:b/>
                <w:i/>
                <w:sz w:val="22"/>
                <w:lang w:val="ro-MD"/>
              </w:rPr>
            </w:pPr>
            <w:r w:rsidRPr="00A84BC5">
              <w:rPr>
                <w:rFonts w:cs="Times New Roman"/>
                <w:i/>
                <w:sz w:val="22"/>
                <w:lang w:val="ro-MD"/>
              </w:rPr>
              <w:lastRenderedPageBreak/>
              <w:t>4A.2.1</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66"/>
              <w:contextualSpacing/>
              <w:jc w:val="both"/>
              <w:rPr>
                <w:rFonts w:cs="Times New Roman"/>
                <w:sz w:val="22"/>
                <w:highlight w:val="yellow"/>
                <w:lang w:val="ro-MD"/>
              </w:rPr>
            </w:pPr>
            <w:r w:rsidRPr="00A84BC5">
              <w:rPr>
                <w:rFonts w:cs="Times New Roman"/>
                <w:i/>
                <w:sz w:val="22"/>
                <w:lang w:val="ro-MD"/>
              </w:rPr>
              <w:t>Dacă Da, operatorul economic este în măsură să furnizeze documentul/documentele prin care se va demonstra certificarea și/sau autorizarea activității acestuia?</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jc w:val="both"/>
              <w:rPr>
                <w:rFonts w:cs="Times New Roman"/>
                <w:sz w:val="22"/>
                <w:lang w:val="ro-MD"/>
              </w:rPr>
            </w:pPr>
            <w:r w:rsidRPr="00A84BC5">
              <w:rPr>
                <w:rFonts w:cs="Times New Roman"/>
                <w:sz w:val="22"/>
                <w:lang w:val="ro-MD"/>
              </w:rPr>
              <w:t>󠇡Da           󠇡󠇡Nu</w:t>
            </w:r>
          </w:p>
        </w:tc>
      </w:tr>
      <w:tr w:rsidR="00924ED0" w:rsidRPr="00A84BC5" w:rsidTr="00924ED0">
        <w:trPr>
          <w:cantSplit/>
          <w:trHeight w:val="262"/>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142"/>
              <w:contextualSpacing/>
              <w:jc w:val="center"/>
              <w:rPr>
                <w:rFonts w:cs="Times New Roman"/>
                <w:b/>
                <w:i/>
                <w:sz w:val="22"/>
                <w:lang w:val="ro-MD"/>
              </w:rPr>
            </w:pPr>
            <w:r w:rsidRPr="00A84BC5">
              <w:rPr>
                <w:rFonts w:cs="Times New Roman"/>
                <w:i/>
                <w:sz w:val="22"/>
                <w:lang w:val="ro-MD"/>
              </w:rPr>
              <w:t>4A.2.3</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both"/>
              <w:rPr>
                <w:rFonts w:cs="Times New Roman"/>
                <w:i/>
                <w:color w:val="FF0000"/>
                <w:sz w:val="22"/>
                <w:lang w:val="ro-MD"/>
              </w:rPr>
            </w:pPr>
            <w:r w:rsidRPr="00A84BC5">
              <w:rPr>
                <w:rFonts w:cs="Times New Roman"/>
                <w:i/>
                <w:sz w:val="22"/>
                <w:lang w:val="ro-MD"/>
              </w:rPr>
              <w:t xml:space="preserve">Actele privind certificarea sau autorizarea sunt disponibile gratuit pentru autorități, dintr-o bază de date națională? </w:t>
            </w:r>
            <w:r w:rsidRPr="00A84BC5">
              <w:rPr>
                <w:rFonts w:cs="Times New Roman"/>
                <w:i/>
                <w:iCs/>
                <w:sz w:val="22"/>
                <w:lang w:val="ro-MD"/>
              </w:rPr>
              <w:t>Dacă da, specificați informația care ar permite verificarea</w:t>
            </w:r>
            <w:r w:rsidRPr="00A84BC5">
              <w:rPr>
                <w:rFonts w:cs="Times New Roman"/>
                <w:sz w:val="22"/>
                <w:lang w:val="ro-MD"/>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9" w:firstLine="9"/>
              <w:contextualSpacing/>
              <w:jc w:val="both"/>
              <w:rPr>
                <w:rFonts w:cs="Times New Roman"/>
                <w:i/>
                <w:sz w:val="22"/>
                <w:lang w:val="ro-MD"/>
              </w:rPr>
            </w:pPr>
            <w:r w:rsidRPr="00A84BC5">
              <w:rPr>
                <w:rFonts w:cs="Times New Roman"/>
                <w:i/>
                <w:sz w:val="22"/>
                <w:lang w:val="ro-MD"/>
              </w:rPr>
              <w:t>Adresa de internet:</w:t>
            </w:r>
          </w:p>
          <w:p w:rsidR="00924ED0" w:rsidRPr="00A84BC5" w:rsidRDefault="00924ED0" w:rsidP="00924ED0">
            <w:pPr>
              <w:ind w:left="37" w:right="605"/>
              <w:contextualSpacing/>
              <w:jc w:val="both"/>
              <w:rPr>
                <w:rFonts w:cs="Times New Roman"/>
                <w:sz w:val="22"/>
                <w:lang w:val="ro-MD"/>
              </w:rPr>
            </w:pPr>
            <w:r w:rsidRPr="00A84BC5">
              <w:rPr>
                <w:rFonts w:cs="Times New Roman"/>
                <w:i/>
                <w:sz w:val="22"/>
                <w:lang w:val="ro-MD"/>
              </w:rPr>
              <w:t>|text|</w:t>
            </w:r>
          </w:p>
        </w:tc>
      </w:tr>
      <w:tr w:rsidR="00924ED0" w:rsidRPr="00A84BC5" w:rsidTr="00924ED0">
        <w:trPr>
          <w:cantSplit/>
          <w:trHeight w:val="20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142"/>
              <w:contextualSpacing/>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i/>
                <w:sz w:val="22"/>
                <w:lang w:val="ro-MD"/>
              </w:rPr>
            </w:pPr>
            <w:r w:rsidRPr="00A84BC5">
              <w:rPr>
                <w:rFonts w:cs="Times New Roman"/>
                <w:i/>
                <w:sz w:val="22"/>
                <w:lang w:val="ro-MD"/>
              </w:rPr>
              <w:t>Autoritatea sau organismul emitent(ă):</w:t>
            </w:r>
          </w:p>
          <w:p w:rsidR="00924ED0" w:rsidRPr="00A84BC5" w:rsidRDefault="00924ED0" w:rsidP="00924ED0">
            <w:pPr>
              <w:contextualSpacing/>
              <w:rPr>
                <w:rFonts w:cs="Times New Roman"/>
                <w:i/>
                <w:sz w:val="22"/>
                <w:lang w:val="ro-MD"/>
              </w:rPr>
            </w:pPr>
            <w:r w:rsidRPr="00A84BC5">
              <w:rPr>
                <w:rFonts w:cs="Times New Roman"/>
                <w:i/>
                <w:sz w:val="22"/>
                <w:lang w:val="ro-MD"/>
              </w:rPr>
              <w:t>|text|</w:t>
            </w:r>
          </w:p>
        </w:tc>
      </w:tr>
      <w:tr w:rsidR="00924ED0" w:rsidRPr="00A84BC5" w:rsidTr="00924ED0">
        <w:trPr>
          <w:cantSplit/>
          <w:trHeight w:val="13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142"/>
              <w:contextualSpacing/>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pStyle w:val="Listparagraf"/>
              <w:snapToGrid w:val="0"/>
              <w:ind w:left="0"/>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54" w:hanging="17"/>
              <w:contextualSpacing/>
              <w:rPr>
                <w:rFonts w:cs="Times New Roman"/>
                <w:i/>
                <w:sz w:val="22"/>
                <w:lang w:val="ro-MD"/>
              </w:rPr>
            </w:pPr>
            <w:r w:rsidRPr="00A84BC5">
              <w:rPr>
                <w:rFonts w:cs="Times New Roman"/>
                <w:i/>
                <w:sz w:val="22"/>
                <w:lang w:val="ro-MD"/>
              </w:rPr>
              <w:t>Referința exactă a documentației:</w:t>
            </w:r>
          </w:p>
          <w:p w:rsidR="00924ED0" w:rsidRPr="00A84BC5" w:rsidRDefault="00924ED0" w:rsidP="00924ED0">
            <w:pPr>
              <w:contextualSpacing/>
              <w:rPr>
                <w:rFonts w:cs="Times New Roman"/>
                <w:i/>
                <w:sz w:val="22"/>
                <w:lang w:val="ro-MD"/>
              </w:rPr>
            </w:pPr>
            <w:r w:rsidRPr="00A84BC5">
              <w:rPr>
                <w:rFonts w:cs="Times New Roman"/>
                <w:i/>
                <w:sz w:val="22"/>
                <w:lang w:val="ro-MD"/>
              </w:rPr>
              <w:t>|text|</w:t>
            </w:r>
          </w:p>
        </w:tc>
      </w:tr>
      <w:tr w:rsidR="00924ED0" w:rsidRPr="00A84BC5"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142"/>
              <w:contextualSpacing/>
              <w:jc w:val="center"/>
              <w:rPr>
                <w:rFonts w:cs="Times New Roman"/>
                <w:sz w:val="22"/>
                <w:lang w:val="ro-MD"/>
              </w:rPr>
            </w:pPr>
            <w:r w:rsidRPr="00A84BC5">
              <w:rPr>
                <w:rFonts w:cs="Times New Roman"/>
                <w:sz w:val="22"/>
                <w:lang w:val="ro-MD"/>
              </w:rPr>
              <w:t>4A.3</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66"/>
              <w:contextualSpacing/>
              <w:jc w:val="both"/>
              <w:rPr>
                <w:rFonts w:cs="Times New Roman"/>
                <w:i/>
                <w:sz w:val="22"/>
                <w:lang w:val="ro-MD"/>
              </w:rPr>
            </w:pPr>
            <w:r w:rsidRPr="00A84BC5">
              <w:rPr>
                <w:rFonts w:cs="Times New Roman"/>
                <w:sz w:val="22"/>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jc w:val="both"/>
              <w:rPr>
                <w:rFonts w:cs="Times New Roman"/>
                <w:sz w:val="22"/>
                <w:lang w:val="ro-MD"/>
              </w:rPr>
            </w:pPr>
            <w:r w:rsidRPr="00A84BC5">
              <w:rPr>
                <w:rFonts w:cs="Times New Roman"/>
                <w:sz w:val="22"/>
                <w:lang w:val="ro-MD"/>
              </w:rPr>
              <w:t>󠇡Da           󠇡󠇡Nu</w:t>
            </w:r>
          </w:p>
        </w:tc>
      </w:tr>
      <w:tr w:rsidR="00924ED0" w:rsidRPr="00A84BC5" w:rsidTr="00924ED0">
        <w:trPr>
          <w:cantSplit/>
          <w:jc w:val="center"/>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numPr>
                <w:ilvl w:val="0"/>
                <w:numId w:val="24"/>
              </w:numPr>
              <w:suppressAutoHyphens/>
              <w:ind w:left="567" w:hanging="425"/>
              <w:contextualSpacing/>
              <w:jc w:val="both"/>
              <w:rPr>
                <w:rFonts w:cs="Times New Roman"/>
                <w:sz w:val="22"/>
                <w:lang w:val="ro-MD"/>
              </w:rPr>
            </w:pPr>
            <w:r w:rsidRPr="00A84BC5">
              <w:rPr>
                <w:rFonts w:cs="Times New Roman"/>
                <w:b/>
                <w:sz w:val="22"/>
                <w:lang w:val="ro-MD"/>
              </w:rPr>
              <w:t>Capacitatea economică și financiară</w:t>
            </w:r>
          </w:p>
        </w:tc>
      </w:tr>
      <w:tr w:rsidR="00924ED0" w:rsidRPr="00A84BC5"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720"/>
              <w:contextualSpacing/>
              <w:jc w:val="center"/>
              <w:rPr>
                <w:rFonts w:cs="Times New Roman"/>
                <w:b/>
                <w:sz w:val="22"/>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jc w:val="both"/>
              <w:rPr>
                <w:rFonts w:cs="Times New Roman"/>
                <w:b/>
                <w:sz w:val="22"/>
                <w:lang w:val="ro-MD"/>
              </w:rPr>
            </w:pPr>
            <w:r w:rsidRPr="00A84BC5">
              <w:rPr>
                <w:rFonts w:cs="Times New Roman"/>
                <w:b/>
                <w:sz w:val="22"/>
                <w:lang w:val="ro-MD"/>
              </w:rPr>
              <w:t>Declarații bancare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720"/>
              <w:contextualSpacing/>
              <w:jc w:val="both"/>
              <w:rPr>
                <w:rFonts w:cs="Times New Roman"/>
                <w:b/>
                <w:sz w:val="22"/>
                <w:lang w:val="ro-MD"/>
              </w:rPr>
            </w:pPr>
          </w:p>
        </w:tc>
      </w:tr>
      <w:tr w:rsidR="00924ED0" w:rsidRPr="00A84BC5"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sz w:val="22"/>
                <w:lang w:val="ro-MD"/>
              </w:rPr>
            </w:pPr>
            <w:r w:rsidRPr="00A84BC5">
              <w:rPr>
                <w:rFonts w:cs="Times New Roman"/>
                <w:sz w:val="22"/>
                <w:lang w:val="ro-MD"/>
              </w:rPr>
              <w:t>4B.1</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jc w:val="both"/>
              <w:rPr>
                <w:rFonts w:cs="Times New Roman"/>
                <w:sz w:val="22"/>
              </w:rPr>
            </w:pPr>
            <w:r w:rsidRPr="00A84BC5">
              <w:rPr>
                <w:rFonts w:cs="Times New Roman"/>
                <w:color w:val="000000"/>
                <w:sz w:val="22"/>
                <w:lang w:val="ro-MD"/>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sz w:val="22"/>
                <w:lang w:val="ro-MD"/>
              </w:rPr>
            </w:pPr>
            <w:r w:rsidRPr="00A84BC5">
              <w:rPr>
                <w:rFonts w:cs="Times New Roman"/>
                <w:sz w:val="22"/>
                <w:lang w:val="ro-MD"/>
              </w:rPr>
              <w:t>󠇡Da            󠇡󠇡Nu</w:t>
            </w:r>
          </w:p>
        </w:tc>
      </w:tr>
      <w:tr w:rsidR="00924ED0" w:rsidRPr="00A84BC5" w:rsidTr="00924ED0">
        <w:trPr>
          <w:cantSplit/>
          <w:trHeight w:val="150"/>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i/>
                <w:sz w:val="22"/>
                <w:lang w:val="ro-MD"/>
              </w:rPr>
            </w:pPr>
            <w:r w:rsidRPr="00A84BC5">
              <w:rPr>
                <w:rFonts w:cs="Times New Roman"/>
                <w:i/>
                <w:sz w:val="22"/>
                <w:lang w:val="ro-MD"/>
              </w:rPr>
              <w:t>4B.1.1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rPr>
                <w:rFonts w:cs="Times New Roman"/>
                <w:i/>
                <w:sz w:val="22"/>
                <w:lang w:val="ro-MD"/>
              </w:rPr>
            </w:pPr>
            <w:r w:rsidRPr="00A84BC5">
              <w:rPr>
                <w:rFonts w:cs="Times New Roman"/>
                <w:i/>
                <w:sz w:val="22"/>
                <w:lang w:val="ro-MD"/>
              </w:rPr>
              <w:t xml:space="preserve">Informația menționată la punctul 4B.1 este disponibilă gratuit pentru autorități, dintr-o bază de date națională? </w:t>
            </w:r>
            <w:r w:rsidRPr="00A84BC5">
              <w:rPr>
                <w:rFonts w:cs="Times New Roman"/>
                <w:i/>
                <w:iCs/>
                <w:sz w:val="22"/>
                <w:lang w:val="ro-MD"/>
              </w:rPr>
              <w:t>Dacă da, specificați informația care ar permite verificarea ei</w:t>
            </w:r>
            <w:r w:rsidRPr="00A84BC5">
              <w:rPr>
                <w:rFonts w:cs="Times New Roman"/>
                <w:sz w:val="22"/>
                <w:lang w:val="ro-MD"/>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9" w:firstLine="9"/>
              <w:contextualSpacing/>
              <w:rPr>
                <w:rFonts w:cs="Times New Roman"/>
                <w:i/>
                <w:sz w:val="22"/>
                <w:lang w:val="ro-MD"/>
              </w:rPr>
            </w:pPr>
            <w:r w:rsidRPr="00A84BC5">
              <w:rPr>
                <w:rFonts w:cs="Times New Roman"/>
                <w:i/>
                <w:sz w:val="22"/>
                <w:lang w:val="ro-MD"/>
              </w:rPr>
              <w:t>Adresa de internet:</w:t>
            </w:r>
          </w:p>
          <w:p w:rsidR="00924ED0" w:rsidRPr="00A84BC5" w:rsidRDefault="00924ED0" w:rsidP="00924ED0">
            <w:pPr>
              <w:contextualSpacing/>
              <w:rPr>
                <w:rFonts w:cs="Times New Roman"/>
                <w:i/>
                <w:sz w:val="22"/>
                <w:lang w:val="ro-MD"/>
              </w:rPr>
            </w:pPr>
            <w:r w:rsidRPr="00A84BC5">
              <w:rPr>
                <w:rFonts w:cs="Times New Roman"/>
                <w:i/>
                <w:sz w:val="22"/>
                <w:lang w:val="ro-MD"/>
              </w:rPr>
              <w:t>|text|</w:t>
            </w:r>
          </w:p>
        </w:tc>
      </w:tr>
      <w:tr w:rsidR="00924ED0" w:rsidRPr="00A84BC5" w:rsidTr="00924ED0">
        <w:trPr>
          <w:cantSplit/>
          <w:trHeight w:val="16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37"/>
              <w:contextualSpacing/>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110"/>
              <w:contextualSpacing/>
              <w:rPr>
                <w:rFonts w:cs="Times New Roman"/>
                <w:i/>
                <w:sz w:val="22"/>
                <w:lang w:val="ro-MD"/>
              </w:rPr>
            </w:pPr>
            <w:r w:rsidRPr="00A84BC5">
              <w:rPr>
                <w:rFonts w:cs="Times New Roman"/>
                <w:i/>
                <w:sz w:val="22"/>
                <w:lang w:val="ro-MD"/>
              </w:rPr>
              <w:t xml:space="preserve"> Autoritatea sau organismul emitent(ă):</w:t>
            </w:r>
          </w:p>
          <w:p w:rsidR="00924ED0" w:rsidRPr="00A84BC5" w:rsidRDefault="00924ED0" w:rsidP="00924ED0">
            <w:pPr>
              <w:contextualSpacing/>
              <w:rPr>
                <w:rFonts w:cs="Times New Roman"/>
                <w:i/>
                <w:sz w:val="22"/>
                <w:lang w:val="ro-MD"/>
              </w:rPr>
            </w:pPr>
            <w:r w:rsidRPr="00A84BC5">
              <w:rPr>
                <w:rFonts w:cs="Times New Roman"/>
                <w:i/>
                <w:sz w:val="22"/>
                <w:lang w:val="ro-MD"/>
              </w:rPr>
              <w:t>|text|</w:t>
            </w:r>
          </w:p>
        </w:tc>
      </w:tr>
      <w:tr w:rsidR="00924ED0" w:rsidRPr="00A84BC5" w:rsidTr="00924ED0">
        <w:trPr>
          <w:cantSplit/>
          <w:trHeight w:val="21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37"/>
              <w:contextualSpacing/>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54" w:hanging="54"/>
              <w:contextualSpacing/>
              <w:rPr>
                <w:rFonts w:cs="Times New Roman"/>
                <w:i/>
                <w:sz w:val="22"/>
                <w:lang w:val="ro-MD"/>
              </w:rPr>
            </w:pPr>
            <w:r w:rsidRPr="00A84BC5">
              <w:rPr>
                <w:rFonts w:cs="Times New Roman"/>
                <w:i/>
                <w:sz w:val="22"/>
                <w:lang w:val="ro-MD"/>
              </w:rPr>
              <w:t>Referința exactă a documentației:</w:t>
            </w:r>
          </w:p>
          <w:p w:rsidR="00924ED0" w:rsidRPr="00A84BC5" w:rsidRDefault="00924ED0" w:rsidP="00924ED0">
            <w:pPr>
              <w:contextualSpacing/>
              <w:rPr>
                <w:rFonts w:cs="Times New Roman"/>
                <w:i/>
                <w:sz w:val="22"/>
                <w:lang w:val="ro-MD"/>
              </w:rPr>
            </w:pPr>
            <w:r w:rsidRPr="00A84BC5">
              <w:rPr>
                <w:rFonts w:cs="Times New Roman"/>
                <w:i/>
                <w:sz w:val="22"/>
                <w:lang w:val="ro-MD"/>
              </w:rPr>
              <w:t>|text|</w:t>
            </w:r>
          </w:p>
        </w:tc>
      </w:tr>
      <w:tr w:rsidR="00924ED0" w:rsidRPr="00A84BC5"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jc w:val="center"/>
              <w:rPr>
                <w:rFonts w:cs="Times New Roman"/>
                <w:b/>
                <w:i/>
                <w:sz w:val="22"/>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both"/>
              <w:rPr>
                <w:rFonts w:cs="Times New Roman"/>
                <w:b/>
                <w:sz w:val="22"/>
                <w:lang w:val="ro-MD"/>
              </w:rPr>
            </w:pPr>
            <w:r w:rsidRPr="00A84BC5">
              <w:rPr>
                <w:rFonts w:cs="Times New Roman"/>
                <w:b/>
                <w:sz w:val="22"/>
                <w:lang w:val="ro-MD"/>
              </w:rPr>
              <w:t xml:space="preserve">Cifra de afaceri anuală </w:t>
            </w:r>
            <w:r w:rsidRPr="00A84BC5">
              <w:rPr>
                <w:rFonts w:cs="Times New Roman"/>
                <w:sz w:val="22"/>
                <w:lang w:val="ro-MD"/>
              </w:rPr>
              <w:t>(volumul vânzărilor)</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jc w:val="both"/>
              <w:rPr>
                <w:rFonts w:cs="Times New Roman"/>
                <w:b/>
                <w:sz w:val="22"/>
                <w:lang w:val="ro-MD"/>
              </w:rPr>
            </w:pPr>
          </w:p>
        </w:tc>
      </w:tr>
      <w:tr w:rsidR="00924ED0" w:rsidRPr="00A84BC5"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sz w:val="22"/>
                <w:lang w:val="ro-MD"/>
              </w:rPr>
            </w:pPr>
            <w:r w:rsidRPr="00A84BC5">
              <w:rPr>
                <w:rFonts w:cs="Times New Roman"/>
                <w:sz w:val="22"/>
                <w:lang w:val="ro-MD"/>
              </w:rPr>
              <w:t>4B.2</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jc w:val="both"/>
              <w:rPr>
                <w:rFonts w:cs="Times New Roman"/>
                <w:sz w:val="22"/>
              </w:rPr>
            </w:pPr>
            <w:r w:rsidRPr="00A84BC5">
              <w:rPr>
                <w:rFonts w:cs="Times New Roman"/>
                <w:sz w:val="22"/>
                <w:lang w:val="ro-MD"/>
              </w:rPr>
              <w:t>Operatorul economic este în măsură să demonstreze o cifră de afaceri anuală, după cum urmează:</w:t>
            </w:r>
          </w:p>
          <w:p w:rsidR="00924ED0" w:rsidRPr="00A84BC5" w:rsidRDefault="00924ED0" w:rsidP="00924ED0">
            <w:pPr>
              <w:ind w:left="37"/>
              <w:contextualSpacing/>
              <w:jc w:val="both"/>
              <w:rPr>
                <w:rFonts w:cs="Times New Roman"/>
                <w:sz w:val="22"/>
                <w:lang w:val="ro-MD"/>
              </w:rPr>
            </w:pPr>
          </w:p>
          <w:p w:rsidR="00924ED0" w:rsidRPr="00A84BC5" w:rsidRDefault="00924ED0" w:rsidP="00924ED0">
            <w:pPr>
              <w:ind w:left="37"/>
              <w:contextualSpacing/>
              <w:jc w:val="both"/>
              <w:rPr>
                <w:rFonts w:cs="Times New Roman"/>
                <w:sz w:val="22"/>
              </w:rPr>
            </w:pPr>
            <w:r w:rsidRPr="00A84BC5">
              <w:rPr>
                <w:rFonts w:cs="Times New Roman"/>
                <w:sz w:val="22"/>
                <w:lang w:val="ro-MD"/>
              </w:rPr>
              <w:t>Valoare _____ Perioada _______</w:t>
            </w:r>
          </w:p>
          <w:p w:rsidR="00924ED0" w:rsidRPr="00A84BC5" w:rsidRDefault="00924ED0" w:rsidP="00924ED0">
            <w:pPr>
              <w:ind w:left="37"/>
              <w:contextualSpacing/>
              <w:jc w:val="both"/>
              <w:rPr>
                <w:rFonts w:cs="Times New Roman"/>
                <w:sz w:val="22"/>
                <w:lang w:val="ro-MD"/>
              </w:rPr>
            </w:pPr>
          </w:p>
          <w:p w:rsidR="00924ED0" w:rsidRPr="00A84BC5" w:rsidRDefault="00924ED0" w:rsidP="00924ED0">
            <w:pPr>
              <w:ind w:left="37"/>
              <w:contextualSpacing/>
              <w:jc w:val="both"/>
              <w:rPr>
                <w:rFonts w:cs="Times New Roman"/>
                <w:i/>
                <w:sz w:val="22"/>
                <w:lang w:val="ro-MD"/>
              </w:rPr>
            </w:pPr>
            <w:r w:rsidRPr="00A84BC5">
              <w:rPr>
                <w:rFonts w:cs="Times New Roman"/>
                <w:i/>
                <w:sz w:val="22"/>
                <w:lang w:val="ro-MD"/>
              </w:rPr>
              <w:t>Notă. Se completează de către autoritatea contractantă valoarea și perioada</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sz w:val="22"/>
                <w:lang w:val="ro-MD"/>
              </w:rPr>
            </w:pPr>
            <w:r w:rsidRPr="00A84BC5">
              <w:rPr>
                <w:rFonts w:cs="Times New Roman"/>
                <w:sz w:val="22"/>
                <w:lang w:val="ro-MD"/>
              </w:rPr>
              <w:t>󠇡Da            󠇡󠇡Nu</w:t>
            </w:r>
          </w:p>
          <w:p w:rsidR="00924ED0" w:rsidRPr="00A84BC5" w:rsidRDefault="00924ED0" w:rsidP="00924ED0">
            <w:pPr>
              <w:ind w:left="720"/>
              <w:contextualSpacing/>
              <w:jc w:val="center"/>
              <w:rPr>
                <w:rFonts w:cs="Times New Roman"/>
                <w:sz w:val="22"/>
                <w:lang w:val="ro-MD"/>
              </w:rPr>
            </w:pPr>
          </w:p>
        </w:tc>
      </w:tr>
      <w:tr w:rsidR="00924ED0" w:rsidRPr="00A84BC5" w:rsidTr="00924ED0">
        <w:trPr>
          <w:cantSplit/>
          <w:trHeight w:val="240"/>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i/>
                <w:sz w:val="22"/>
                <w:lang w:val="ro-MD"/>
              </w:rPr>
            </w:pPr>
            <w:r w:rsidRPr="00A84BC5">
              <w:rPr>
                <w:rFonts w:cs="Times New Roman"/>
                <w:i/>
                <w:sz w:val="22"/>
                <w:lang w:val="ro-MD"/>
              </w:rPr>
              <w:t>4B.2.1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jc w:val="both"/>
              <w:rPr>
                <w:rFonts w:cs="Times New Roman"/>
                <w:i/>
                <w:sz w:val="22"/>
                <w:lang w:val="ro-MD"/>
              </w:rPr>
            </w:pPr>
            <w:r w:rsidRPr="00A84BC5">
              <w:rPr>
                <w:rFonts w:cs="Times New Roman"/>
                <w:i/>
                <w:sz w:val="22"/>
                <w:lang w:val="ro-MD"/>
              </w:rPr>
              <w:t xml:space="preserve">Specificați care este cifra de afaceri anuală, conform datelor din raportul financiar. </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i/>
                <w:sz w:val="22"/>
                <w:lang w:val="ro-MD"/>
              </w:rPr>
            </w:pPr>
            <w:r w:rsidRPr="00A84BC5">
              <w:rPr>
                <w:rFonts w:cs="Times New Roman"/>
                <w:i/>
                <w:sz w:val="22"/>
                <w:lang w:val="ro-MD"/>
              </w:rPr>
              <w:t>Valoarea [număr]</w:t>
            </w:r>
          </w:p>
        </w:tc>
      </w:tr>
      <w:tr w:rsidR="00924ED0" w:rsidRPr="00A84BC5" w:rsidTr="00924ED0">
        <w:trPr>
          <w:cantSplit/>
          <w:trHeight w:val="30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i/>
                <w:sz w:val="22"/>
                <w:lang w:val="ro-MD"/>
              </w:rPr>
            </w:pPr>
            <w:r w:rsidRPr="00A84BC5">
              <w:rPr>
                <w:rFonts w:cs="Times New Roman"/>
                <w:i/>
                <w:sz w:val="22"/>
                <w:lang w:val="ro-MD"/>
              </w:rPr>
              <w:t>Anul |text|</w:t>
            </w:r>
          </w:p>
        </w:tc>
      </w:tr>
      <w:tr w:rsidR="00924ED0" w:rsidRPr="00A84BC5"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720"/>
              <w:contextualSpacing/>
              <w:jc w:val="center"/>
              <w:rPr>
                <w:rFonts w:cs="Times New Roman"/>
                <w:b/>
                <w:i/>
                <w:sz w:val="22"/>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both"/>
              <w:rPr>
                <w:rFonts w:cs="Times New Roman"/>
                <w:b/>
                <w:sz w:val="22"/>
                <w:lang w:val="ro-MD"/>
              </w:rPr>
            </w:pPr>
            <w:r w:rsidRPr="00A84BC5">
              <w:rPr>
                <w:rFonts w:cs="Times New Roman"/>
                <w:b/>
                <w:sz w:val="22"/>
                <w:lang w:val="ro-MD"/>
              </w:rPr>
              <w:t>Cifra de afaceri medie anuală</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720"/>
              <w:contextualSpacing/>
              <w:jc w:val="both"/>
              <w:rPr>
                <w:rFonts w:cs="Times New Roman"/>
                <w:b/>
                <w:sz w:val="22"/>
                <w:lang w:val="ro-MD"/>
              </w:rPr>
            </w:pPr>
          </w:p>
        </w:tc>
      </w:tr>
      <w:tr w:rsidR="00924ED0" w:rsidRPr="00A84BC5"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sz w:val="22"/>
                <w:lang w:val="ro-MD"/>
              </w:rPr>
            </w:pPr>
            <w:r w:rsidRPr="00A84BC5">
              <w:rPr>
                <w:rFonts w:cs="Times New Roman"/>
                <w:sz w:val="22"/>
                <w:lang w:val="ro-MD"/>
              </w:rPr>
              <w:t>4B.3</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jc w:val="both"/>
              <w:rPr>
                <w:rFonts w:cs="Times New Roman"/>
                <w:sz w:val="22"/>
                <w:lang w:val="ro-MD"/>
              </w:rPr>
            </w:pPr>
            <w:r w:rsidRPr="00A84BC5">
              <w:rPr>
                <w:rFonts w:cs="Times New Roman"/>
                <w:sz w:val="22"/>
                <w:lang w:val="ro-MD"/>
              </w:rPr>
              <w:t>Operatorul economic este în măsură să demonstreze o cifră medie anuală de afaceri,  după cum urmează:</w:t>
            </w:r>
          </w:p>
          <w:p w:rsidR="00924ED0" w:rsidRPr="00A84BC5" w:rsidRDefault="00924ED0" w:rsidP="00924ED0">
            <w:pPr>
              <w:contextualSpacing/>
              <w:jc w:val="both"/>
              <w:rPr>
                <w:rFonts w:cs="Times New Roman"/>
                <w:sz w:val="22"/>
                <w:lang w:val="ro-MD"/>
              </w:rPr>
            </w:pPr>
          </w:p>
          <w:p w:rsidR="00924ED0" w:rsidRPr="00A84BC5" w:rsidRDefault="00924ED0" w:rsidP="00924ED0">
            <w:pPr>
              <w:ind w:left="37"/>
              <w:contextualSpacing/>
              <w:jc w:val="both"/>
              <w:rPr>
                <w:rFonts w:cs="Times New Roman"/>
                <w:sz w:val="22"/>
              </w:rPr>
            </w:pPr>
            <w:r w:rsidRPr="00A84BC5">
              <w:rPr>
                <w:rFonts w:cs="Times New Roman"/>
                <w:sz w:val="22"/>
                <w:lang w:val="ro-MD"/>
              </w:rPr>
              <w:t>Valoare _____  Perioada _______</w:t>
            </w:r>
          </w:p>
          <w:p w:rsidR="00924ED0" w:rsidRPr="00A84BC5" w:rsidRDefault="00924ED0" w:rsidP="00924ED0">
            <w:pPr>
              <w:ind w:left="37"/>
              <w:contextualSpacing/>
              <w:jc w:val="both"/>
              <w:rPr>
                <w:rFonts w:cs="Times New Roman"/>
                <w:sz w:val="22"/>
                <w:lang w:val="ro-MD"/>
              </w:rPr>
            </w:pPr>
            <w:r w:rsidRPr="00A84BC5">
              <w:rPr>
                <w:rFonts w:cs="Times New Roman"/>
                <w:sz w:val="22"/>
                <w:lang w:val="ro-MD"/>
              </w:rPr>
              <w:t xml:space="preserve"> </w:t>
            </w:r>
          </w:p>
          <w:p w:rsidR="00924ED0" w:rsidRPr="00A84BC5" w:rsidRDefault="00924ED0" w:rsidP="00924ED0">
            <w:pPr>
              <w:ind w:left="37"/>
              <w:contextualSpacing/>
              <w:jc w:val="both"/>
              <w:rPr>
                <w:rFonts w:cs="Times New Roman"/>
                <w:i/>
                <w:sz w:val="22"/>
                <w:lang w:val="ro-MD"/>
              </w:rPr>
            </w:pPr>
            <w:r w:rsidRPr="00A84BC5">
              <w:rPr>
                <w:rFonts w:cs="Times New Roman"/>
                <w:i/>
                <w:sz w:val="22"/>
                <w:lang w:val="ro-MD"/>
              </w:rPr>
              <w:t>Notă. Se completează de către autoritatea contractantă valoarea și perioada</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sz w:val="22"/>
                <w:lang w:val="ro-MD"/>
              </w:rPr>
            </w:pPr>
            <w:r w:rsidRPr="00A84BC5">
              <w:rPr>
                <w:rFonts w:cs="Times New Roman"/>
                <w:sz w:val="22"/>
                <w:lang w:val="ro-MD"/>
              </w:rPr>
              <w:t>󠇡Da            󠇡󠇡Nu</w:t>
            </w:r>
          </w:p>
          <w:p w:rsidR="00924ED0" w:rsidRPr="00A84BC5" w:rsidRDefault="00924ED0" w:rsidP="00924ED0">
            <w:pPr>
              <w:ind w:left="720"/>
              <w:contextualSpacing/>
              <w:jc w:val="both"/>
              <w:rPr>
                <w:rFonts w:cs="Times New Roman"/>
                <w:sz w:val="22"/>
                <w:lang w:val="ro-MD"/>
              </w:rPr>
            </w:pPr>
          </w:p>
        </w:tc>
      </w:tr>
      <w:tr w:rsidR="00924ED0" w:rsidRPr="00A84BC5" w:rsidTr="00924ED0">
        <w:trPr>
          <w:cantSplit/>
          <w:trHeight w:val="180"/>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i/>
                <w:sz w:val="22"/>
                <w:lang w:val="ro-MD"/>
              </w:rPr>
            </w:pPr>
            <w:r w:rsidRPr="00A84BC5">
              <w:rPr>
                <w:rFonts w:cs="Times New Roman"/>
                <w:i/>
                <w:sz w:val="22"/>
                <w:lang w:val="ro-MD"/>
              </w:rPr>
              <w:t>4B.3.1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jc w:val="both"/>
              <w:rPr>
                <w:rFonts w:cs="Times New Roman"/>
                <w:i/>
                <w:sz w:val="22"/>
                <w:lang w:val="ro-MD"/>
              </w:rPr>
            </w:pPr>
            <w:r w:rsidRPr="00A84BC5">
              <w:rPr>
                <w:rFonts w:cs="Times New Roman"/>
                <w:i/>
                <w:sz w:val="22"/>
                <w:lang w:val="ro-MD"/>
              </w:rPr>
              <w:t>Specificați cifra de afaceri, conform datelor din raportul financiar.</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i/>
                <w:sz w:val="22"/>
                <w:lang w:val="ro-MD"/>
              </w:rPr>
            </w:pPr>
            <w:r w:rsidRPr="00A84BC5">
              <w:rPr>
                <w:rFonts w:cs="Times New Roman"/>
                <w:i/>
                <w:sz w:val="22"/>
                <w:lang w:val="ro-MD"/>
              </w:rPr>
              <w:t>Valoarea [număr]</w:t>
            </w:r>
          </w:p>
        </w:tc>
      </w:tr>
      <w:tr w:rsidR="00924ED0" w:rsidRPr="00A84BC5" w:rsidTr="00924ED0">
        <w:trPr>
          <w:cantSplit/>
          <w:trHeight w:val="8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i/>
                <w:sz w:val="22"/>
                <w:lang w:val="ro-MD"/>
              </w:rPr>
            </w:pPr>
            <w:r w:rsidRPr="00A84BC5">
              <w:rPr>
                <w:rFonts w:cs="Times New Roman"/>
                <w:i/>
                <w:sz w:val="22"/>
                <w:lang w:val="ro-MD"/>
              </w:rPr>
              <w:t>Anul |text|</w:t>
            </w:r>
          </w:p>
        </w:tc>
      </w:tr>
      <w:tr w:rsidR="00924ED0" w:rsidRPr="00A84BC5" w:rsidTr="00924ED0">
        <w:trPr>
          <w:cantSplit/>
          <w:trHeight w:val="18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i/>
                <w:sz w:val="22"/>
                <w:lang w:val="ro-MD"/>
              </w:rPr>
            </w:pPr>
            <w:r w:rsidRPr="00A84BC5">
              <w:rPr>
                <w:rFonts w:cs="Times New Roman"/>
                <w:i/>
                <w:sz w:val="22"/>
                <w:lang w:val="ro-MD"/>
              </w:rPr>
              <w:t>Valoarea [număr]</w:t>
            </w:r>
          </w:p>
        </w:tc>
      </w:tr>
      <w:tr w:rsidR="00924ED0" w:rsidRPr="00A84BC5" w:rsidTr="00924ED0">
        <w:trPr>
          <w:cantSplit/>
          <w:trHeight w:val="8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i/>
                <w:sz w:val="22"/>
                <w:lang w:val="ro-MD"/>
              </w:rPr>
            </w:pPr>
            <w:r w:rsidRPr="00A84BC5">
              <w:rPr>
                <w:rFonts w:cs="Times New Roman"/>
                <w:i/>
                <w:sz w:val="22"/>
                <w:lang w:val="ro-MD"/>
              </w:rPr>
              <w:t>Anul |text|</w:t>
            </w:r>
          </w:p>
        </w:tc>
      </w:tr>
      <w:tr w:rsidR="00924ED0" w:rsidRPr="00A84BC5" w:rsidTr="00924ED0">
        <w:trPr>
          <w:cantSplit/>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i/>
                <w:sz w:val="22"/>
                <w:lang w:val="ro-MD"/>
              </w:rPr>
            </w:pPr>
            <w:r w:rsidRPr="00A84BC5">
              <w:rPr>
                <w:rFonts w:cs="Times New Roman"/>
                <w:i/>
                <w:sz w:val="22"/>
                <w:lang w:val="ro-MD"/>
              </w:rPr>
              <w:t>Valoarea [număr]</w:t>
            </w:r>
          </w:p>
        </w:tc>
      </w:tr>
      <w:tr w:rsidR="00924ED0" w:rsidRPr="00A84BC5" w:rsidTr="00924ED0">
        <w:trPr>
          <w:cantSplit/>
          <w:trHeight w:val="15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i/>
                <w:sz w:val="22"/>
                <w:lang w:val="ro-MD"/>
              </w:rPr>
            </w:pPr>
            <w:r w:rsidRPr="00A84BC5">
              <w:rPr>
                <w:rFonts w:cs="Times New Roman"/>
                <w:i/>
                <w:sz w:val="22"/>
                <w:lang w:val="ro-MD"/>
              </w:rPr>
              <w:t>Anul |text|</w:t>
            </w:r>
          </w:p>
        </w:tc>
      </w:tr>
      <w:tr w:rsidR="00924ED0" w:rsidRPr="00A84BC5" w:rsidTr="00924ED0">
        <w:trPr>
          <w:cantSplit/>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i/>
                <w:sz w:val="22"/>
                <w:lang w:val="ro-MD"/>
              </w:rPr>
            </w:pPr>
            <w:r w:rsidRPr="00A84BC5">
              <w:rPr>
                <w:rFonts w:cs="Times New Roman"/>
                <w:i/>
                <w:sz w:val="22"/>
                <w:lang w:val="ro-MD"/>
              </w:rPr>
              <w:t>Valoarea medie totală [număr]</w:t>
            </w:r>
          </w:p>
        </w:tc>
      </w:tr>
      <w:tr w:rsidR="00924ED0" w:rsidRPr="00A84BC5"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snapToGrid w:val="0"/>
              <w:ind w:left="720"/>
              <w:contextualSpacing/>
              <w:jc w:val="both"/>
              <w:rPr>
                <w:rFonts w:cs="Times New Roman"/>
                <w:b/>
                <w:i/>
                <w:sz w:val="22"/>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jc w:val="both"/>
              <w:rPr>
                <w:rFonts w:cs="Times New Roman"/>
                <w:b/>
                <w:sz w:val="22"/>
                <w:lang w:val="ro-MD"/>
              </w:rPr>
            </w:pPr>
            <w:r w:rsidRPr="00A84BC5">
              <w:rPr>
                <w:rFonts w:cs="Times New Roman"/>
                <w:b/>
                <w:sz w:val="22"/>
                <w:lang w:val="ro-MD"/>
              </w:rPr>
              <w:t>Raport financiar</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720"/>
              <w:contextualSpacing/>
              <w:jc w:val="both"/>
              <w:rPr>
                <w:rFonts w:cs="Times New Roman"/>
                <w:b/>
                <w:sz w:val="22"/>
                <w:lang w:val="ro-MD"/>
              </w:rPr>
            </w:pPr>
          </w:p>
        </w:tc>
      </w:tr>
      <w:tr w:rsidR="00924ED0" w:rsidRPr="00A84BC5"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720"/>
              <w:contextualSpacing/>
              <w:jc w:val="center"/>
              <w:rPr>
                <w:rFonts w:cs="Times New Roman"/>
                <w:sz w:val="22"/>
                <w:lang w:val="ro-MD"/>
              </w:rPr>
            </w:pPr>
          </w:p>
          <w:p w:rsidR="00924ED0" w:rsidRPr="00A84BC5" w:rsidRDefault="00924ED0" w:rsidP="00924ED0">
            <w:pPr>
              <w:contextualSpacing/>
              <w:jc w:val="center"/>
              <w:rPr>
                <w:rFonts w:cs="Times New Roman"/>
                <w:sz w:val="22"/>
                <w:lang w:val="ro-MD"/>
              </w:rPr>
            </w:pPr>
            <w:r w:rsidRPr="00A84BC5">
              <w:rPr>
                <w:rFonts w:cs="Times New Roman"/>
                <w:sz w:val="22"/>
                <w:lang w:val="ro-MD"/>
              </w:rPr>
              <w:t>4B.4</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jc w:val="both"/>
              <w:rPr>
                <w:rFonts w:cs="Times New Roman"/>
                <w:sz w:val="22"/>
                <w:lang w:val="ro-MD"/>
              </w:rPr>
            </w:pPr>
            <w:r w:rsidRPr="00A84BC5">
              <w:rPr>
                <w:rFonts w:cs="Times New Roman"/>
                <w:sz w:val="22"/>
                <w:lang w:val="ro-MD"/>
              </w:rPr>
              <w:t xml:space="preserve">Operatorul economic este în măsură să furnizeze raportul financiar înregistrat, extrase din raportul financiar? </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both"/>
              <w:rPr>
                <w:rFonts w:cs="Times New Roman"/>
                <w:sz w:val="22"/>
                <w:lang w:val="ro-MD"/>
              </w:rPr>
            </w:pPr>
            <w:r w:rsidRPr="00A84BC5">
              <w:rPr>
                <w:rFonts w:cs="Times New Roman"/>
                <w:sz w:val="22"/>
                <w:lang w:val="ro-MD"/>
              </w:rPr>
              <w:t>󠇡Da            󠇡󠇡Nu</w:t>
            </w:r>
          </w:p>
        </w:tc>
      </w:tr>
      <w:tr w:rsidR="00924ED0" w:rsidRPr="00A84BC5" w:rsidTr="00924ED0">
        <w:trPr>
          <w:cantSplit/>
          <w:trHeight w:val="16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i/>
                <w:sz w:val="22"/>
                <w:lang w:val="ro-MD"/>
              </w:rPr>
            </w:pPr>
            <w:r w:rsidRPr="00A84BC5">
              <w:rPr>
                <w:rFonts w:cs="Times New Roman"/>
                <w:sz w:val="22"/>
                <w:lang w:val="ro-MD"/>
              </w:rPr>
              <w:t>4B.5</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jc w:val="both"/>
              <w:rPr>
                <w:rFonts w:cs="Times New Roman"/>
                <w:sz w:val="22"/>
                <w:lang w:val="ro-MD"/>
              </w:rPr>
            </w:pPr>
            <w:r w:rsidRPr="00A84BC5">
              <w:rPr>
                <w:rFonts w:cs="Times New Roman"/>
                <w:sz w:val="22"/>
                <w:lang w:val="ro-MD"/>
              </w:rPr>
              <w:t>Informațiile privind situația economică și financiară sunt disponibile gratuit pentru autorități, dintr-o bază de date națională?</w:t>
            </w:r>
            <w:r w:rsidRPr="00A84BC5">
              <w:rPr>
                <w:rFonts w:cs="Times New Roman"/>
                <w:i/>
                <w:iCs/>
                <w:sz w:val="22"/>
                <w:lang w:val="ro-MD"/>
              </w:rPr>
              <w:t xml:space="preserve"> </w:t>
            </w:r>
            <w:r w:rsidRPr="00A84BC5">
              <w:rPr>
                <w:rFonts w:cs="Times New Roman"/>
                <w:sz w:val="22"/>
                <w:lang w:val="ro-MD"/>
              </w:rPr>
              <w:t>Dacă da, specificați informația care ar permite verificarea.</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sz w:val="22"/>
                <w:lang w:val="ro-MD"/>
              </w:rPr>
            </w:pPr>
            <w:r w:rsidRPr="00A84BC5">
              <w:rPr>
                <w:rFonts w:cs="Times New Roman"/>
                <w:sz w:val="22"/>
                <w:lang w:val="ro-MD"/>
              </w:rPr>
              <w:t>Adresa de internet:</w:t>
            </w:r>
          </w:p>
          <w:p w:rsidR="00924ED0" w:rsidRPr="00A84BC5" w:rsidRDefault="00924ED0" w:rsidP="00924ED0">
            <w:pPr>
              <w:contextualSpacing/>
              <w:rPr>
                <w:rFonts w:cs="Times New Roman"/>
                <w:sz w:val="22"/>
                <w:lang w:val="ro-MD"/>
              </w:rPr>
            </w:pPr>
            <w:r w:rsidRPr="00A84BC5">
              <w:rPr>
                <w:rFonts w:cs="Times New Roman"/>
                <w:sz w:val="22"/>
                <w:lang w:val="ro-MD"/>
              </w:rPr>
              <w:t>|text|</w:t>
            </w:r>
          </w:p>
        </w:tc>
      </w:tr>
      <w:tr w:rsidR="00924ED0" w:rsidRPr="00A84BC5" w:rsidTr="00924ED0">
        <w:trPr>
          <w:cantSplit/>
          <w:trHeight w:val="19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jc w:val="center"/>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37"/>
              <w:contextualSpacing/>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sz w:val="22"/>
                <w:lang w:val="ro-MD"/>
              </w:rPr>
            </w:pPr>
            <w:r w:rsidRPr="00A84BC5">
              <w:rPr>
                <w:rFonts w:cs="Times New Roman"/>
                <w:sz w:val="22"/>
                <w:lang w:val="ro-MD"/>
              </w:rPr>
              <w:t>Autoritatea sau organismul emitent(ă):</w:t>
            </w:r>
          </w:p>
          <w:p w:rsidR="00924ED0" w:rsidRPr="00A84BC5" w:rsidRDefault="00924ED0" w:rsidP="00924ED0">
            <w:pPr>
              <w:contextualSpacing/>
              <w:rPr>
                <w:rFonts w:cs="Times New Roman"/>
                <w:sz w:val="22"/>
                <w:lang w:val="ro-MD"/>
              </w:rPr>
            </w:pPr>
            <w:r w:rsidRPr="00A84BC5">
              <w:rPr>
                <w:rFonts w:cs="Times New Roman"/>
                <w:sz w:val="22"/>
                <w:lang w:val="ro-MD"/>
              </w:rPr>
              <w:t>|text|</w:t>
            </w:r>
          </w:p>
        </w:tc>
      </w:tr>
      <w:tr w:rsidR="00924ED0" w:rsidRPr="00A84BC5" w:rsidTr="00924ED0">
        <w:trPr>
          <w:cantSplit/>
          <w:trHeight w:val="18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jc w:val="center"/>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37"/>
              <w:contextualSpacing/>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sz w:val="22"/>
                <w:lang w:val="ro-MD"/>
              </w:rPr>
            </w:pPr>
            <w:r w:rsidRPr="00A84BC5">
              <w:rPr>
                <w:rFonts w:cs="Times New Roman"/>
                <w:sz w:val="22"/>
                <w:lang w:val="ro-MD"/>
              </w:rPr>
              <w:t>Referința exactă a documentației:</w:t>
            </w:r>
          </w:p>
          <w:p w:rsidR="00924ED0" w:rsidRPr="00A84BC5" w:rsidRDefault="00924ED0" w:rsidP="00924ED0">
            <w:pPr>
              <w:contextualSpacing/>
              <w:rPr>
                <w:rFonts w:cs="Times New Roman"/>
                <w:sz w:val="22"/>
                <w:lang w:val="ro-MD"/>
              </w:rPr>
            </w:pPr>
            <w:r w:rsidRPr="00A84BC5">
              <w:rPr>
                <w:rFonts w:cs="Times New Roman"/>
                <w:sz w:val="22"/>
                <w:lang w:val="ro-MD"/>
              </w:rPr>
              <w:t>|text|</w:t>
            </w:r>
          </w:p>
        </w:tc>
      </w:tr>
      <w:tr w:rsidR="00924ED0" w:rsidRPr="00A84BC5" w:rsidTr="00924ED0">
        <w:trPr>
          <w:cantSplit/>
          <w:trHeight w:val="516"/>
          <w:jc w:val="center"/>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numPr>
                <w:ilvl w:val="0"/>
                <w:numId w:val="24"/>
              </w:numPr>
              <w:suppressAutoHyphens/>
              <w:ind w:left="567" w:hanging="425"/>
              <w:contextualSpacing/>
              <w:rPr>
                <w:rFonts w:cs="Times New Roman"/>
                <w:i/>
                <w:sz w:val="22"/>
                <w:lang w:val="ro-MD"/>
              </w:rPr>
            </w:pPr>
            <w:r w:rsidRPr="00A84BC5">
              <w:rPr>
                <w:rFonts w:cs="Times New Roman"/>
                <w:b/>
                <w:sz w:val="22"/>
                <w:lang w:val="ro-MD"/>
              </w:rPr>
              <w:t>Capacitatea tehnică și/sau profesională</w:t>
            </w:r>
          </w:p>
        </w:tc>
      </w:tr>
      <w:tr w:rsidR="00924ED0" w:rsidRPr="00A84BC5"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720"/>
              <w:contextualSpacing/>
              <w:jc w:val="center"/>
              <w:rPr>
                <w:rFonts w:cs="Times New Roman"/>
                <w:i/>
                <w:sz w:val="22"/>
                <w:lang w:val="ro-MD"/>
              </w:rPr>
            </w:pPr>
          </w:p>
          <w:p w:rsidR="00924ED0" w:rsidRPr="00A84BC5" w:rsidRDefault="00924ED0" w:rsidP="00924ED0">
            <w:pPr>
              <w:contextualSpacing/>
              <w:jc w:val="center"/>
              <w:rPr>
                <w:rFonts w:cs="Times New Roman"/>
                <w:sz w:val="22"/>
                <w:lang w:val="ro-MD"/>
              </w:rPr>
            </w:pPr>
            <w:r w:rsidRPr="00A84BC5">
              <w:rPr>
                <w:rFonts w:cs="Times New Roman"/>
                <w:sz w:val="22"/>
                <w:lang w:val="ro-MD"/>
              </w:rPr>
              <w:t>4C.1</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both"/>
              <w:rPr>
                <w:rFonts w:cs="Times New Roman"/>
                <w:i/>
                <w:sz w:val="22"/>
                <w:lang w:val="ro-MD"/>
              </w:rPr>
            </w:pPr>
            <w:r w:rsidRPr="00A84BC5">
              <w:rPr>
                <w:rFonts w:cs="Times New Roman"/>
                <w:sz w:val="22"/>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sz w:val="22"/>
                <w:lang w:val="ro-MD"/>
              </w:rPr>
            </w:pPr>
            <w:r w:rsidRPr="00A84BC5">
              <w:rPr>
                <w:rFonts w:cs="Times New Roman"/>
                <w:sz w:val="22"/>
                <w:lang w:val="ro-MD"/>
              </w:rPr>
              <w:t>󠇡Da            󠇡󠇡Nu</w:t>
            </w:r>
          </w:p>
        </w:tc>
      </w:tr>
      <w:tr w:rsidR="00924ED0" w:rsidRPr="00A84BC5" w:rsidTr="00924ED0">
        <w:trPr>
          <w:cantSplit/>
          <w:trHeight w:val="256"/>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i/>
                <w:sz w:val="22"/>
                <w:lang w:val="ro-MD"/>
              </w:rPr>
            </w:pPr>
            <w:r w:rsidRPr="00A84BC5">
              <w:rPr>
                <w:rFonts w:cs="Times New Roman"/>
                <w:i/>
                <w:sz w:val="22"/>
                <w:lang w:val="ro-MD"/>
              </w:rPr>
              <w:t xml:space="preserve">       4C.1.1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both"/>
              <w:rPr>
                <w:rFonts w:cs="Times New Roman"/>
                <w:i/>
                <w:sz w:val="22"/>
                <w:lang w:val="ro-MD"/>
              </w:rPr>
            </w:pPr>
            <w:r w:rsidRPr="00A84BC5">
              <w:rPr>
                <w:rFonts w:cs="Times New Roman"/>
                <w:i/>
                <w:sz w:val="22"/>
                <w:lang w:val="ro-MD"/>
              </w:rPr>
              <w:t xml:space="preserve">Informațiile privind capacitatea tehnică și/sau profesională sunt disponibile gratuit pentru autorități, dintr-o bază de date națională? </w:t>
            </w:r>
            <w:r w:rsidRPr="00A84BC5">
              <w:rPr>
                <w:rFonts w:cs="Times New Roman"/>
                <w:i/>
                <w:iCs/>
                <w:sz w:val="22"/>
                <w:lang w:val="ro-MD"/>
              </w:rPr>
              <w:t>Dacă da, specificați informația care ar permite verificarea</w:t>
            </w:r>
            <w:r w:rsidRPr="00A84BC5">
              <w:rPr>
                <w:rFonts w:cs="Times New Roman"/>
                <w:sz w:val="22"/>
                <w:lang w:val="ro-MD"/>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i/>
                <w:sz w:val="22"/>
                <w:lang w:val="ro-MD"/>
              </w:rPr>
            </w:pPr>
            <w:r w:rsidRPr="00A84BC5">
              <w:rPr>
                <w:rFonts w:cs="Times New Roman"/>
                <w:i/>
                <w:sz w:val="22"/>
                <w:lang w:val="ro-MD"/>
              </w:rPr>
              <w:t>Adresa de internet:</w:t>
            </w:r>
          </w:p>
          <w:p w:rsidR="00924ED0" w:rsidRPr="00A84BC5" w:rsidRDefault="00924ED0" w:rsidP="00924ED0">
            <w:pPr>
              <w:contextualSpacing/>
              <w:rPr>
                <w:rFonts w:cs="Times New Roman"/>
                <w:i/>
                <w:sz w:val="22"/>
                <w:lang w:val="ro-MD"/>
              </w:rPr>
            </w:pPr>
            <w:r w:rsidRPr="00A84BC5">
              <w:rPr>
                <w:rFonts w:cs="Times New Roman"/>
                <w:i/>
                <w:sz w:val="22"/>
                <w:lang w:val="ro-MD"/>
              </w:rPr>
              <w:t>|text|</w:t>
            </w:r>
          </w:p>
        </w:tc>
      </w:tr>
      <w:tr w:rsidR="00924ED0" w:rsidRPr="00A84BC5" w:rsidTr="00924ED0">
        <w:trPr>
          <w:cantSplit/>
          <w:trHeight w:val="312"/>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110" w:right="-111"/>
              <w:contextualSpacing/>
              <w:rPr>
                <w:rFonts w:cs="Times New Roman"/>
                <w:i/>
                <w:sz w:val="22"/>
                <w:lang w:val="ro-MD"/>
              </w:rPr>
            </w:pPr>
            <w:r w:rsidRPr="00A84BC5">
              <w:rPr>
                <w:rFonts w:cs="Times New Roman"/>
                <w:i/>
                <w:sz w:val="22"/>
                <w:lang w:val="ro-MD"/>
              </w:rPr>
              <w:t>Autoritatea sau organismul emitent(ă):</w:t>
            </w:r>
          </w:p>
          <w:p w:rsidR="00924ED0" w:rsidRPr="00A84BC5" w:rsidRDefault="00924ED0" w:rsidP="00924ED0">
            <w:pPr>
              <w:contextualSpacing/>
              <w:rPr>
                <w:rFonts w:cs="Times New Roman"/>
                <w:i/>
                <w:sz w:val="22"/>
                <w:lang w:val="ro-MD"/>
              </w:rPr>
            </w:pPr>
            <w:r w:rsidRPr="00A84BC5">
              <w:rPr>
                <w:rFonts w:cs="Times New Roman"/>
                <w:i/>
                <w:sz w:val="22"/>
                <w:lang w:val="ro-MD"/>
              </w:rPr>
              <w:t>|text|</w:t>
            </w:r>
          </w:p>
        </w:tc>
      </w:tr>
      <w:tr w:rsidR="00924ED0" w:rsidRPr="00A84BC5" w:rsidTr="00924ED0">
        <w:trPr>
          <w:cantSplit/>
          <w:trHeight w:val="256"/>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i/>
                <w:sz w:val="22"/>
                <w:lang w:val="ro-MD"/>
              </w:rPr>
            </w:pPr>
            <w:r w:rsidRPr="00A84BC5">
              <w:rPr>
                <w:rFonts w:cs="Times New Roman"/>
                <w:i/>
                <w:sz w:val="22"/>
                <w:lang w:val="ro-MD"/>
              </w:rPr>
              <w:t>Referința exactă a documentației:</w:t>
            </w:r>
          </w:p>
          <w:p w:rsidR="00924ED0" w:rsidRPr="00A84BC5" w:rsidRDefault="00924ED0" w:rsidP="00924ED0">
            <w:pPr>
              <w:contextualSpacing/>
              <w:rPr>
                <w:rFonts w:cs="Times New Roman"/>
                <w:i/>
                <w:sz w:val="22"/>
                <w:lang w:val="ro-MD"/>
              </w:rPr>
            </w:pPr>
            <w:r w:rsidRPr="00A84BC5">
              <w:rPr>
                <w:rFonts w:cs="Times New Roman"/>
                <w:i/>
                <w:sz w:val="22"/>
                <w:lang w:val="ro-MD"/>
              </w:rPr>
              <w:t>|text|</w:t>
            </w:r>
          </w:p>
        </w:tc>
      </w:tr>
      <w:tr w:rsidR="00924ED0" w:rsidRPr="00A84BC5"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jc w:val="center"/>
              <w:rPr>
                <w:rFonts w:cs="Times New Roman"/>
                <w:i/>
                <w:sz w:val="22"/>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both"/>
              <w:rPr>
                <w:rFonts w:cs="Times New Roman"/>
                <w:sz w:val="22"/>
                <w:lang w:val="ro-MD"/>
              </w:rPr>
            </w:pPr>
            <w:r w:rsidRPr="00A84BC5">
              <w:rPr>
                <w:rFonts w:cs="Times New Roman"/>
                <w:b/>
                <w:sz w:val="22"/>
                <w:lang w:val="ro-MD"/>
              </w:rPr>
              <w:t>Instalații tehnice și măsuri de asigurare a calității</w:t>
            </w:r>
          </w:p>
        </w:tc>
        <w:tc>
          <w:tcPr>
            <w:tcW w:w="2411"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snapToGrid w:val="0"/>
              <w:jc w:val="center"/>
              <w:rPr>
                <w:rFonts w:cs="Times New Roman"/>
                <w:sz w:val="22"/>
                <w:lang w:val="ro-MD"/>
              </w:rPr>
            </w:pPr>
          </w:p>
        </w:tc>
      </w:tr>
      <w:tr w:rsidR="00924ED0" w:rsidRPr="00A84BC5"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sz w:val="22"/>
                <w:lang w:val="ro-MD"/>
              </w:rPr>
            </w:pPr>
            <w:r w:rsidRPr="00A84BC5">
              <w:rPr>
                <w:rFonts w:cs="Times New Roman"/>
                <w:sz w:val="22"/>
                <w:lang w:val="ro-MD"/>
              </w:rPr>
              <w:t>4C.2</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jc w:val="both"/>
              <w:rPr>
                <w:rFonts w:cs="Times New Roman"/>
                <w:sz w:val="22"/>
              </w:rPr>
            </w:pPr>
            <w:r w:rsidRPr="00A84BC5">
              <w:rPr>
                <w:rFonts w:cs="Times New Roman"/>
                <w:sz w:val="22"/>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󠇡Da            󠇡󠇡Nu</w:t>
            </w:r>
          </w:p>
        </w:tc>
      </w:tr>
      <w:tr w:rsidR="00924ED0" w:rsidRPr="00A84BC5"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4C.3</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jc w:val="both"/>
              <w:rPr>
                <w:rFonts w:cs="Times New Roman"/>
                <w:sz w:val="22"/>
              </w:rPr>
            </w:pPr>
            <w:r w:rsidRPr="00A84BC5">
              <w:rPr>
                <w:rFonts w:cs="Times New Roman"/>
                <w:sz w:val="22"/>
                <w:lang w:val="ro-MD"/>
              </w:rPr>
              <w:t>Operatorul economic este în măsură să furnizeze o informație cu privire la sistemele de management și de trasabilitate utilizate în cadrul lanțului de aprovizionare?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󠇡Da            󠇡󠇡Nu</w:t>
            </w:r>
          </w:p>
        </w:tc>
      </w:tr>
      <w:tr w:rsidR="00924ED0" w:rsidRPr="00A84BC5" w:rsidTr="00924ED0">
        <w:trPr>
          <w:cantSplit/>
          <w:trHeight w:val="13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i/>
                <w:sz w:val="22"/>
                <w:lang w:val="ro-MD"/>
              </w:rPr>
            </w:pPr>
            <w:r w:rsidRPr="00A84BC5">
              <w:rPr>
                <w:rFonts w:cs="Times New Roman"/>
                <w:i/>
                <w:sz w:val="22"/>
                <w:lang w:val="ro-MD"/>
              </w:rPr>
              <w:t>4C.3.1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jc w:val="both"/>
              <w:rPr>
                <w:rFonts w:cs="Times New Roman"/>
                <w:i/>
                <w:sz w:val="22"/>
                <w:lang w:val="ro-MD"/>
              </w:rPr>
            </w:pPr>
            <w:r w:rsidRPr="00A84BC5">
              <w:rPr>
                <w:rFonts w:cs="Times New Roman"/>
                <w:i/>
                <w:sz w:val="22"/>
                <w:lang w:val="ro-MD"/>
              </w:rPr>
              <w:t>Informațiile sunt disponibile gratuit pentru autorități, dintr-o bază de date națională?</w:t>
            </w:r>
            <w:r w:rsidRPr="00A84BC5">
              <w:rPr>
                <w:rFonts w:cs="Times New Roman"/>
                <w:i/>
                <w:iCs/>
                <w:sz w:val="22"/>
                <w:lang w:val="ro-MD"/>
              </w:rPr>
              <w:t xml:space="preserve"> Dacă da, specificați informația care ar permite verificarea</w:t>
            </w:r>
            <w:r w:rsidRPr="00A84BC5">
              <w:rPr>
                <w:rFonts w:cs="Times New Roman"/>
                <w:sz w:val="22"/>
                <w:lang w:val="ro-MD"/>
              </w:rPr>
              <w:t>.</w:t>
            </w:r>
          </w:p>
        </w:tc>
        <w:tc>
          <w:tcPr>
            <w:tcW w:w="2411"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rPr>
                <w:rFonts w:cs="Times New Roman"/>
                <w:i/>
                <w:sz w:val="22"/>
                <w:lang w:val="ro-MD"/>
              </w:rPr>
            </w:pPr>
            <w:r w:rsidRPr="00A84BC5">
              <w:rPr>
                <w:rFonts w:cs="Times New Roman"/>
                <w:i/>
                <w:sz w:val="22"/>
                <w:lang w:val="ro-MD"/>
              </w:rPr>
              <w:t>Adresa de internet:</w:t>
            </w:r>
          </w:p>
          <w:p w:rsidR="00924ED0" w:rsidRPr="00A84BC5" w:rsidRDefault="00924ED0" w:rsidP="00924ED0">
            <w:pPr>
              <w:rPr>
                <w:rFonts w:cs="Times New Roman"/>
                <w:i/>
                <w:sz w:val="22"/>
                <w:lang w:val="ro-MD"/>
              </w:rPr>
            </w:pPr>
            <w:r w:rsidRPr="00A84BC5">
              <w:rPr>
                <w:rFonts w:cs="Times New Roman"/>
                <w:i/>
                <w:sz w:val="22"/>
                <w:lang w:val="ro-MD"/>
              </w:rPr>
              <w:t>|text|</w:t>
            </w:r>
          </w:p>
        </w:tc>
      </w:tr>
      <w:tr w:rsidR="00924ED0" w:rsidRPr="00A84BC5" w:rsidTr="00924ED0">
        <w:trPr>
          <w:cantSplit/>
          <w:trHeight w:val="19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ind w:left="-110"/>
              <w:contextualSpacing/>
              <w:rPr>
                <w:rFonts w:cs="Times New Roman"/>
                <w:i/>
                <w:sz w:val="22"/>
                <w:lang w:val="ro-MD"/>
              </w:rPr>
            </w:pPr>
            <w:r w:rsidRPr="00A84BC5">
              <w:rPr>
                <w:rFonts w:cs="Times New Roman"/>
                <w:i/>
                <w:sz w:val="22"/>
                <w:lang w:val="ro-MD"/>
              </w:rPr>
              <w:t>Autoritatea sau organismul emitent(ă):</w:t>
            </w:r>
          </w:p>
          <w:p w:rsidR="00924ED0" w:rsidRPr="00A84BC5" w:rsidRDefault="00924ED0" w:rsidP="00924ED0">
            <w:pPr>
              <w:rPr>
                <w:rFonts w:cs="Times New Roman"/>
                <w:i/>
                <w:sz w:val="22"/>
                <w:lang w:val="ro-MD"/>
              </w:rPr>
            </w:pPr>
            <w:r w:rsidRPr="00A84BC5">
              <w:rPr>
                <w:rFonts w:cs="Times New Roman"/>
                <w:i/>
                <w:sz w:val="22"/>
                <w:lang w:val="ro-MD"/>
              </w:rPr>
              <w:t>|text|</w:t>
            </w:r>
          </w:p>
        </w:tc>
      </w:tr>
      <w:tr w:rsidR="00924ED0" w:rsidRPr="00A84BC5" w:rsidTr="00924ED0">
        <w:trPr>
          <w:cantSplit/>
          <w:trHeight w:val="19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rPr>
                <w:rFonts w:cs="Times New Roman"/>
                <w:i/>
                <w:sz w:val="22"/>
                <w:lang w:val="ro-MD"/>
              </w:rPr>
            </w:pPr>
            <w:r w:rsidRPr="00A84BC5">
              <w:rPr>
                <w:rFonts w:cs="Times New Roman"/>
                <w:i/>
                <w:sz w:val="22"/>
                <w:lang w:val="ro-MD"/>
              </w:rPr>
              <w:t>Referința exactă a documentației:</w:t>
            </w:r>
          </w:p>
          <w:p w:rsidR="00924ED0" w:rsidRPr="00A84BC5" w:rsidRDefault="00924ED0" w:rsidP="00924ED0">
            <w:pPr>
              <w:rPr>
                <w:rFonts w:cs="Times New Roman"/>
                <w:i/>
                <w:sz w:val="22"/>
                <w:lang w:val="ro-MD"/>
              </w:rPr>
            </w:pPr>
            <w:r w:rsidRPr="00A84BC5">
              <w:rPr>
                <w:rFonts w:cs="Times New Roman"/>
                <w:i/>
                <w:sz w:val="22"/>
                <w:lang w:val="ro-MD"/>
              </w:rPr>
              <w:t>|text|</w:t>
            </w:r>
          </w:p>
        </w:tc>
      </w:tr>
      <w:tr w:rsidR="00924ED0" w:rsidRPr="00A84BC5"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snapToGrid w:val="0"/>
              <w:jc w:val="center"/>
              <w:rPr>
                <w:rFonts w:cs="Times New Roman"/>
                <w:i/>
                <w:sz w:val="22"/>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jc w:val="both"/>
              <w:rPr>
                <w:rFonts w:cs="Times New Roman"/>
                <w:b/>
                <w:sz w:val="22"/>
                <w:lang w:val="ro-MD"/>
              </w:rPr>
            </w:pPr>
            <w:r w:rsidRPr="00A84BC5">
              <w:rPr>
                <w:rFonts w:cs="Times New Roman"/>
                <w:b/>
                <w:sz w:val="22"/>
                <w:lang w:val="ro-MD"/>
              </w:rPr>
              <w:t>Utilaje, instalații și echipament tehnic</w:t>
            </w:r>
          </w:p>
        </w:tc>
        <w:tc>
          <w:tcPr>
            <w:tcW w:w="2411"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snapToGrid w:val="0"/>
              <w:jc w:val="center"/>
              <w:rPr>
                <w:rFonts w:cs="Times New Roman"/>
                <w:b/>
                <w:sz w:val="22"/>
                <w:lang w:val="ro-MD"/>
              </w:rPr>
            </w:pPr>
          </w:p>
        </w:tc>
      </w:tr>
      <w:tr w:rsidR="00924ED0" w:rsidRPr="00A84BC5"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4C.4</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jc w:val="both"/>
              <w:rPr>
                <w:rFonts w:cs="Times New Roman"/>
                <w:sz w:val="22"/>
                <w:lang w:val="ro-MD"/>
              </w:rPr>
            </w:pPr>
            <w:r w:rsidRPr="00A84BC5">
              <w:rPr>
                <w:rFonts w:cs="Times New Roman"/>
                <w:sz w:val="22"/>
                <w:lang w:val="ro-MD"/>
              </w:rPr>
              <w:t>Operatorul economic dispune de utilaje și echipament necesar pentru îndeplinirea corespunzătoare a contractului de achiziție publică?</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󠇡Da            󠇡󠇡Nu</w:t>
            </w:r>
          </w:p>
        </w:tc>
      </w:tr>
      <w:tr w:rsidR="00924ED0" w:rsidRPr="00A84BC5"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4C.5</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jc w:val="both"/>
              <w:rPr>
                <w:rFonts w:cs="Times New Roman"/>
                <w:sz w:val="22"/>
              </w:rPr>
            </w:pPr>
            <w:r w:rsidRPr="00A84BC5">
              <w:rPr>
                <w:rFonts w:cs="Times New Roman"/>
                <w:sz w:val="22"/>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󠇡Da            󠇡󠇡Nu</w:t>
            </w:r>
          </w:p>
        </w:tc>
      </w:tr>
      <w:tr w:rsidR="00924ED0" w:rsidRPr="00A84BC5"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jc w:val="center"/>
              <w:rPr>
                <w:rFonts w:cs="Times New Roman"/>
                <w:sz w:val="22"/>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jc w:val="both"/>
              <w:rPr>
                <w:rFonts w:cs="Times New Roman"/>
                <w:b/>
                <w:sz w:val="22"/>
                <w:lang w:val="ro-MD"/>
              </w:rPr>
            </w:pPr>
            <w:r w:rsidRPr="00A84BC5">
              <w:rPr>
                <w:rFonts w:cs="Times New Roman"/>
                <w:b/>
                <w:sz w:val="22"/>
                <w:lang w:val="ro-MD"/>
              </w:rPr>
              <w:t xml:space="preserve">Pregătirea profesională și calificarea personalului </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jc w:val="center"/>
              <w:rPr>
                <w:rFonts w:cs="Times New Roman"/>
                <w:b/>
                <w:sz w:val="22"/>
                <w:lang w:val="ro-MD"/>
              </w:rPr>
            </w:pPr>
          </w:p>
        </w:tc>
      </w:tr>
      <w:tr w:rsidR="00924ED0" w:rsidRPr="00A84BC5"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lastRenderedPageBreak/>
              <w:t>4C.6</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jc w:val="both"/>
              <w:rPr>
                <w:rFonts w:cs="Times New Roman"/>
                <w:sz w:val="22"/>
                <w:lang w:val="ro-MD"/>
              </w:rPr>
            </w:pPr>
            <w:r w:rsidRPr="00A84BC5">
              <w:rPr>
                <w:rFonts w:cs="Times New Roman"/>
                <w:sz w:val="22"/>
                <w:lang w:val="ro-MD"/>
              </w:rPr>
              <w:t>Operatorul economic are în cadrul întreprinderii personal calificat conform cerințelor stabilite în anunțul de participare sau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󠇡Da            󠇡󠇡Nu</w:t>
            </w:r>
          </w:p>
        </w:tc>
      </w:tr>
      <w:tr w:rsidR="00924ED0" w:rsidRPr="00A84BC5"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4C.7</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jc w:val="both"/>
              <w:rPr>
                <w:rFonts w:cs="Times New Roman"/>
                <w:sz w:val="22"/>
              </w:rPr>
            </w:pPr>
            <w:r w:rsidRPr="00A84BC5">
              <w:rPr>
                <w:rFonts w:cs="Times New Roman"/>
                <w:sz w:val="22"/>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󠇡Da            󠇡󠇡Nu</w:t>
            </w:r>
          </w:p>
        </w:tc>
      </w:tr>
      <w:tr w:rsidR="00924ED0" w:rsidRPr="00A84BC5" w:rsidTr="00924ED0">
        <w:trPr>
          <w:cantSplit/>
          <w:trHeight w:val="240"/>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4C.8</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jc w:val="both"/>
              <w:rPr>
                <w:rFonts w:cs="Times New Roman"/>
                <w:i/>
                <w:sz w:val="22"/>
                <w:lang w:val="ro-MD"/>
              </w:rPr>
            </w:pPr>
            <w:r w:rsidRPr="00A84BC5">
              <w:rPr>
                <w:rFonts w:cs="Times New Roman"/>
                <w:sz w:val="22"/>
                <w:lang w:val="ro-MD"/>
              </w:rPr>
              <w:t>Indicați efectivele medii anuale de personal angajat din ultimii trei ani de activitate.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rPr>
                <w:rFonts w:cs="Times New Roman"/>
                <w:sz w:val="22"/>
                <w:lang w:val="ro-MD"/>
              </w:rPr>
            </w:pPr>
            <w:r w:rsidRPr="00A84BC5">
              <w:rPr>
                <w:rFonts w:cs="Times New Roman"/>
                <w:sz w:val="22"/>
                <w:lang w:val="ro-MD"/>
              </w:rPr>
              <w:t>Anul |text|</w:t>
            </w:r>
          </w:p>
        </w:tc>
      </w:tr>
      <w:tr w:rsidR="00924ED0" w:rsidRPr="00A84BC5" w:rsidTr="00924ED0">
        <w:trPr>
          <w:cantSplit/>
          <w:trHeight w:val="31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jc w:val="center"/>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37"/>
              <w:contextualSpacing/>
              <w:jc w:val="both"/>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rPr>
                <w:rFonts w:cs="Times New Roman"/>
                <w:sz w:val="22"/>
                <w:lang w:val="ro-MD"/>
              </w:rPr>
            </w:pPr>
            <w:r w:rsidRPr="00A84BC5">
              <w:rPr>
                <w:rFonts w:cs="Times New Roman"/>
                <w:sz w:val="22"/>
                <w:lang w:val="ro-MD"/>
              </w:rPr>
              <w:t>Angajați [număr]</w:t>
            </w:r>
          </w:p>
        </w:tc>
      </w:tr>
      <w:tr w:rsidR="00924ED0" w:rsidRPr="00A84BC5" w:rsidTr="00924ED0">
        <w:trPr>
          <w:cantSplit/>
          <w:trHeight w:val="16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jc w:val="center"/>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37"/>
              <w:contextualSpacing/>
              <w:jc w:val="both"/>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rPr>
                <w:rFonts w:cs="Times New Roman"/>
                <w:sz w:val="22"/>
                <w:lang w:val="ro-MD"/>
              </w:rPr>
            </w:pPr>
            <w:r w:rsidRPr="00A84BC5">
              <w:rPr>
                <w:rFonts w:cs="Times New Roman"/>
                <w:sz w:val="22"/>
                <w:lang w:val="ro-MD"/>
              </w:rPr>
              <w:t>Anul |text|</w:t>
            </w:r>
          </w:p>
        </w:tc>
      </w:tr>
      <w:tr w:rsidR="00924ED0" w:rsidRPr="00A84BC5" w:rsidTr="00924ED0">
        <w:trPr>
          <w:cantSplit/>
          <w:trHeight w:val="13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jc w:val="center"/>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37"/>
              <w:contextualSpacing/>
              <w:jc w:val="both"/>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rPr>
                <w:rFonts w:cs="Times New Roman"/>
                <w:sz w:val="22"/>
                <w:lang w:val="ro-MD"/>
              </w:rPr>
            </w:pPr>
            <w:r w:rsidRPr="00A84BC5">
              <w:rPr>
                <w:rFonts w:cs="Times New Roman"/>
                <w:sz w:val="22"/>
                <w:lang w:val="ro-MD"/>
              </w:rPr>
              <w:t>Angajați [număr]</w:t>
            </w:r>
          </w:p>
        </w:tc>
      </w:tr>
      <w:tr w:rsidR="00924ED0" w:rsidRPr="00A84BC5" w:rsidTr="00924ED0">
        <w:trPr>
          <w:cantSplit/>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jc w:val="center"/>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37"/>
              <w:contextualSpacing/>
              <w:jc w:val="both"/>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rPr>
                <w:rFonts w:cs="Times New Roman"/>
                <w:sz w:val="22"/>
                <w:lang w:val="ro-MD"/>
              </w:rPr>
            </w:pPr>
            <w:r w:rsidRPr="00A84BC5">
              <w:rPr>
                <w:rFonts w:cs="Times New Roman"/>
                <w:sz w:val="22"/>
                <w:lang w:val="ro-MD"/>
              </w:rPr>
              <w:t>Anul |text|</w:t>
            </w:r>
          </w:p>
        </w:tc>
      </w:tr>
      <w:tr w:rsidR="00924ED0" w:rsidRPr="00A84BC5" w:rsidTr="00924ED0">
        <w:trPr>
          <w:cantSplit/>
          <w:trHeight w:val="279"/>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jc w:val="center"/>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37"/>
              <w:contextualSpacing/>
              <w:jc w:val="both"/>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rPr>
                <w:rFonts w:cs="Times New Roman"/>
                <w:sz w:val="22"/>
                <w:lang w:val="ro-MD"/>
              </w:rPr>
            </w:pPr>
            <w:r w:rsidRPr="00A84BC5">
              <w:rPr>
                <w:rFonts w:cs="Times New Roman"/>
                <w:sz w:val="22"/>
                <w:lang w:val="ro-MD"/>
              </w:rPr>
              <w:t>Angajați [număr]</w:t>
            </w:r>
          </w:p>
        </w:tc>
      </w:tr>
      <w:tr w:rsidR="00924ED0" w:rsidRPr="00A84BC5"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jc w:val="center"/>
              <w:rPr>
                <w:rFonts w:cs="Times New Roman"/>
                <w:sz w:val="22"/>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jc w:val="both"/>
              <w:rPr>
                <w:rFonts w:cs="Times New Roman"/>
                <w:b/>
                <w:sz w:val="22"/>
                <w:lang w:val="ro-MD"/>
              </w:rPr>
            </w:pPr>
            <w:r w:rsidRPr="00A84BC5">
              <w:rPr>
                <w:rFonts w:cs="Times New Roman"/>
                <w:b/>
                <w:sz w:val="22"/>
                <w:lang w:val="ro-MD"/>
              </w:rPr>
              <w:t>Numărul membrilor personalului de conducere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jc w:val="center"/>
              <w:rPr>
                <w:rFonts w:cs="Times New Roman"/>
                <w:b/>
                <w:sz w:val="22"/>
                <w:lang w:val="ro-MD"/>
              </w:rPr>
            </w:pPr>
          </w:p>
        </w:tc>
      </w:tr>
      <w:tr w:rsidR="00924ED0" w:rsidRPr="00A84BC5" w:rsidTr="00924ED0">
        <w:trPr>
          <w:cantSplit/>
          <w:trHeight w:val="19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4C.9</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jc w:val="both"/>
              <w:rPr>
                <w:rFonts w:cs="Times New Roman"/>
                <w:sz w:val="22"/>
                <w:lang w:val="ro-MD"/>
              </w:rPr>
            </w:pPr>
            <w:r w:rsidRPr="00A84BC5">
              <w:rPr>
                <w:rFonts w:cs="Times New Roman"/>
                <w:sz w:val="22"/>
                <w:lang w:val="ro-MD"/>
              </w:rPr>
              <w:t>Indicați numărul membrilor personalului de conducere ale operatorului economic pe parcursul ultimilor trei ani.</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rPr>
                <w:rFonts w:cs="Times New Roman"/>
                <w:sz w:val="22"/>
                <w:lang w:val="ro-MD"/>
              </w:rPr>
            </w:pPr>
            <w:r w:rsidRPr="00A84BC5">
              <w:rPr>
                <w:rFonts w:cs="Times New Roman"/>
                <w:sz w:val="22"/>
                <w:lang w:val="ro-MD"/>
              </w:rPr>
              <w:t>Anul |text|</w:t>
            </w:r>
          </w:p>
        </w:tc>
      </w:tr>
      <w:tr w:rsidR="00924ED0" w:rsidRPr="00A84BC5" w:rsidTr="00924ED0">
        <w:trPr>
          <w:cantSplit/>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jc w:val="center"/>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37"/>
              <w:contextualSpacing/>
              <w:jc w:val="both"/>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rPr>
                <w:rFonts w:cs="Times New Roman"/>
                <w:sz w:val="22"/>
                <w:lang w:val="ro-MD"/>
              </w:rPr>
            </w:pPr>
            <w:r w:rsidRPr="00A84BC5">
              <w:rPr>
                <w:rFonts w:cs="Times New Roman"/>
                <w:sz w:val="22"/>
                <w:lang w:val="ro-MD"/>
              </w:rPr>
              <w:t>Persoane [număr]</w:t>
            </w:r>
          </w:p>
        </w:tc>
      </w:tr>
      <w:tr w:rsidR="00924ED0" w:rsidRPr="00A84BC5" w:rsidTr="00924ED0">
        <w:trPr>
          <w:cantSplit/>
          <w:trHeight w:val="15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jc w:val="center"/>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37"/>
              <w:contextualSpacing/>
              <w:jc w:val="both"/>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rPr>
                <w:rFonts w:cs="Times New Roman"/>
                <w:sz w:val="22"/>
                <w:lang w:val="ro-MD"/>
              </w:rPr>
            </w:pPr>
            <w:r w:rsidRPr="00A84BC5">
              <w:rPr>
                <w:rFonts w:cs="Times New Roman"/>
                <w:sz w:val="22"/>
                <w:lang w:val="ro-MD"/>
              </w:rPr>
              <w:t>Anul |text|</w:t>
            </w:r>
          </w:p>
        </w:tc>
      </w:tr>
      <w:tr w:rsidR="00924ED0" w:rsidRPr="00A84BC5" w:rsidTr="00924ED0">
        <w:trPr>
          <w:cantSplit/>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jc w:val="center"/>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37"/>
              <w:contextualSpacing/>
              <w:jc w:val="both"/>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rPr>
                <w:rFonts w:cs="Times New Roman"/>
                <w:sz w:val="22"/>
                <w:lang w:val="ro-MD"/>
              </w:rPr>
            </w:pPr>
            <w:r w:rsidRPr="00A84BC5">
              <w:rPr>
                <w:rFonts w:cs="Times New Roman"/>
                <w:sz w:val="22"/>
                <w:lang w:val="ro-MD"/>
              </w:rPr>
              <w:t>Persoane [număr]</w:t>
            </w:r>
          </w:p>
        </w:tc>
      </w:tr>
      <w:tr w:rsidR="00924ED0" w:rsidRPr="00A84BC5" w:rsidTr="00924ED0">
        <w:trPr>
          <w:cantSplit/>
          <w:trHeight w:val="15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jc w:val="center"/>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37"/>
              <w:contextualSpacing/>
              <w:jc w:val="both"/>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rPr>
                <w:rFonts w:cs="Times New Roman"/>
                <w:sz w:val="22"/>
                <w:lang w:val="ro-MD"/>
              </w:rPr>
            </w:pPr>
            <w:r w:rsidRPr="00A84BC5">
              <w:rPr>
                <w:rFonts w:cs="Times New Roman"/>
                <w:sz w:val="22"/>
                <w:lang w:val="ro-MD"/>
              </w:rPr>
              <w:t>Anul |text|</w:t>
            </w:r>
          </w:p>
        </w:tc>
      </w:tr>
      <w:tr w:rsidR="00924ED0" w:rsidRPr="00A84BC5" w:rsidTr="00924ED0">
        <w:trPr>
          <w:cantSplit/>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jc w:val="center"/>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37"/>
              <w:contextualSpacing/>
              <w:jc w:val="both"/>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rPr>
                <w:rFonts w:cs="Times New Roman"/>
                <w:sz w:val="22"/>
                <w:lang w:val="ro-MD"/>
              </w:rPr>
            </w:pPr>
            <w:r w:rsidRPr="00A84BC5">
              <w:rPr>
                <w:rFonts w:cs="Times New Roman"/>
                <w:sz w:val="22"/>
                <w:lang w:val="ro-MD"/>
              </w:rPr>
              <w:t>Persoane [număr]</w:t>
            </w:r>
          </w:p>
        </w:tc>
      </w:tr>
      <w:tr w:rsidR="00924ED0" w:rsidRPr="00A84BC5" w:rsidTr="00924ED0">
        <w:trPr>
          <w:cantSplit/>
          <w:trHeight w:val="111"/>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jc w:val="center"/>
              <w:rPr>
                <w:rFonts w:cs="Times New Roman"/>
                <w:sz w:val="22"/>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rPr>
                <w:rFonts w:cs="Times New Roman"/>
                <w:b/>
                <w:sz w:val="22"/>
                <w:lang w:val="ro-MD"/>
              </w:rPr>
            </w:pPr>
            <w:r w:rsidRPr="00A84BC5">
              <w:rPr>
                <w:rFonts w:cs="Times New Roman"/>
                <w:b/>
                <w:sz w:val="22"/>
                <w:lang w:val="ro-MD"/>
              </w:rPr>
              <w:t xml:space="preserve">Mostre, descrieri, fotografii </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rPr>
                <w:rFonts w:cs="Times New Roman"/>
                <w:b/>
                <w:sz w:val="22"/>
                <w:lang w:val="ro-MD"/>
              </w:rPr>
            </w:pPr>
          </w:p>
        </w:tc>
      </w:tr>
      <w:tr w:rsidR="00924ED0" w:rsidRPr="00A84BC5" w:rsidTr="00924ED0">
        <w:trPr>
          <w:cantSplit/>
          <w:trHeight w:val="111"/>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4C.10</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jc w:val="both"/>
              <w:rPr>
                <w:rFonts w:cs="Times New Roman"/>
                <w:sz w:val="22"/>
                <w:lang w:val="ro-MD"/>
              </w:rPr>
            </w:pPr>
            <w:r w:rsidRPr="00A84BC5">
              <w:rPr>
                <w:rFonts w:cs="Times New Roman"/>
                <w:sz w:val="22"/>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󠇡Da            󠇡󠇡Nu</w:t>
            </w:r>
          </w:p>
        </w:tc>
      </w:tr>
      <w:tr w:rsidR="00924ED0" w:rsidRPr="00A84BC5"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snapToGrid w:val="0"/>
              <w:contextualSpacing/>
              <w:rPr>
                <w:rFonts w:cs="Times New Roman"/>
                <w:b/>
                <w:sz w:val="22"/>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rPr>
                <w:rFonts w:cs="Times New Roman"/>
                <w:b/>
                <w:sz w:val="22"/>
                <w:lang w:val="ro-MD"/>
              </w:rPr>
            </w:pPr>
            <w:r w:rsidRPr="00A84BC5">
              <w:rPr>
                <w:rFonts w:cs="Times New Roman"/>
                <w:b/>
                <w:sz w:val="22"/>
                <w:lang w:val="ro-MD"/>
              </w:rPr>
              <w:t>Pentru contractele de achiziție publică de lucrări</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720"/>
              <w:contextualSpacing/>
              <w:rPr>
                <w:rFonts w:cs="Times New Roman"/>
                <w:b/>
                <w:sz w:val="22"/>
                <w:lang w:val="ro-MD"/>
              </w:rPr>
            </w:pPr>
          </w:p>
        </w:tc>
      </w:tr>
      <w:tr w:rsidR="00924ED0" w:rsidRPr="00A84BC5"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sz w:val="22"/>
                <w:lang w:val="ro-MD"/>
              </w:rPr>
            </w:pPr>
            <w:r w:rsidRPr="00A84BC5">
              <w:rPr>
                <w:rFonts w:cs="Times New Roman"/>
                <w:sz w:val="22"/>
                <w:lang w:val="ro-MD"/>
              </w:rPr>
              <w:t>4C.11</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jc w:val="both"/>
              <w:rPr>
                <w:rFonts w:cs="Times New Roman"/>
                <w:sz w:val="22"/>
                <w:lang w:val="ro-MD"/>
              </w:rPr>
            </w:pPr>
            <w:r w:rsidRPr="00A84BC5">
              <w:rPr>
                <w:rFonts w:cs="Times New Roman"/>
                <w:sz w:val="22"/>
                <w:lang w:val="ro-MD"/>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sz w:val="22"/>
                <w:lang w:val="ro-MD"/>
              </w:rPr>
            </w:pPr>
            <w:r w:rsidRPr="00A84BC5">
              <w:rPr>
                <w:rFonts w:cs="Times New Roman"/>
                <w:sz w:val="22"/>
                <w:lang w:val="ro-MD"/>
              </w:rPr>
              <w:t>󠇡Da            󠇡󠇡Nu</w:t>
            </w:r>
          </w:p>
        </w:tc>
      </w:tr>
      <w:tr w:rsidR="00924ED0" w:rsidRPr="00A84BC5" w:rsidTr="00924ED0">
        <w:trPr>
          <w:cantSplit/>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jc w:val="center"/>
              <w:rPr>
                <w:rFonts w:cs="Times New Roman"/>
                <w:i/>
                <w:sz w:val="22"/>
                <w:lang w:val="ro-MD"/>
              </w:rPr>
            </w:pPr>
            <w:r w:rsidRPr="00A84BC5">
              <w:rPr>
                <w:rFonts w:cs="Times New Roman"/>
                <w:i/>
                <w:sz w:val="22"/>
                <w:lang w:val="ro-MD"/>
              </w:rPr>
              <w:t>4C.11.1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jc w:val="both"/>
              <w:rPr>
                <w:rFonts w:cs="Times New Roman"/>
                <w:i/>
                <w:sz w:val="22"/>
                <w:lang w:val="ro-MD"/>
              </w:rPr>
            </w:pPr>
            <w:r w:rsidRPr="00A84BC5">
              <w:rPr>
                <w:rFonts w:cs="Times New Roman"/>
                <w:i/>
                <w:sz w:val="22"/>
                <w:lang w:val="ro-MD"/>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6"/>
              <w:contextualSpacing/>
              <w:rPr>
                <w:rFonts w:cs="Times New Roman"/>
                <w:i/>
                <w:sz w:val="22"/>
                <w:lang w:val="ro-MD"/>
              </w:rPr>
            </w:pPr>
            <w:r w:rsidRPr="00A84BC5">
              <w:rPr>
                <w:rFonts w:cs="Times New Roman"/>
                <w:i/>
                <w:sz w:val="22"/>
                <w:lang w:val="ro-MD"/>
              </w:rPr>
              <w:t>|text|</w:t>
            </w:r>
          </w:p>
        </w:tc>
      </w:tr>
      <w:tr w:rsidR="00924ED0" w:rsidRPr="00A84BC5" w:rsidTr="00924ED0">
        <w:trPr>
          <w:cantSplit/>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720"/>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720"/>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36"/>
              <w:contextualSpacing/>
              <w:rPr>
                <w:rFonts w:cs="Times New Roman"/>
                <w:i/>
                <w:sz w:val="22"/>
                <w:lang w:val="ro-MD"/>
              </w:rPr>
            </w:pPr>
          </w:p>
        </w:tc>
      </w:tr>
      <w:tr w:rsidR="00924ED0" w:rsidRPr="00A84BC5" w:rsidTr="00924ED0">
        <w:trPr>
          <w:cantSplit/>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720"/>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720"/>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36"/>
              <w:contextualSpacing/>
              <w:rPr>
                <w:rFonts w:cs="Times New Roman"/>
                <w:i/>
                <w:sz w:val="22"/>
                <w:lang w:val="ro-MD"/>
              </w:rPr>
            </w:pPr>
          </w:p>
        </w:tc>
      </w:tr>
      <w:tr w:rsidR="00924ED0" w:rsidRPr="00A84BC5" w:rsidTr="00924ED0">
        <w:trPr>
          <w:cantSplit/>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720"/>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720"/>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36"/>
              <w:contextualSpacing/>
              <w:rPr>
                <w:rFonts w:cs="Times New Roman"/>
                <w:i/>
                <w:sz w:val="22"/>
                <w:lang w:val="ro-MD"/>
              </w:rPr>
            </w:pPr>
          </w:p>
        </w:tc>
      </w:tr>
      <w:tr w:rsidR="00924ED0" w:rsidRPr="00A84BC5" w:rsidTr="00924ED0">
        <w:trPr>
          <w:cantSplit/>
          <w:trHeight w:val="167"/>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720"/>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720"/>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rPr>
                <w:rFonts w:cs="Times New Roman"/>
                <w:i/>
                <w:sz w:val="22"/>
                <w:lang w:val="ro-MD"/>
              </w:rPr>
            </w:pPr>
          </w:p>
        </w:tc>
      </w:tr>
      <w:tr w:rsidR="00924ED0" w:rsidRPr="00A84BC5"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snapToGrid w:val="0"/>
              <w:ind w:left="720"/>
              <w:contextualSpacing/>
              <w:jc w:val="both"/>
              <w:rPr>
                <w:rFonts w:cs="Times New Roman"/>
                <w:i/>
                <w:sz w:val="22"/>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jc w:val="both"/>
              <w:rPr>
                <w:rFonts w:cs="Times New Roman"/>
                <w:sz w:val="22"/>
                <w:lang w:val="ro-MD"/>
              </w:rPr>
            </w:pPr>
            <w:r w:rsidRPr="00A84BC5">
              <w:rPr>
                <w:rFonts w:cs="Times New Roman"/>
                <w:b/>
                <w:sz w:val="22"/>
                <w:lang w:val="ro-MD"/>
              </w:rPr>
              <w:t>Pentru contractele de achiziție publică de bunuri</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720"/>
              <w:contextualSpacing/>
              <w:rPr>
                <w:rFonts w:cs="Times New Roman"/>
                <w:sz w:val="22"/>
                <w:lang w:val="ro-MD"/>
              </w:rPr>
            </w:pPr>
          </w:p>
        </w:tc>
      </w:tr>
      <w:tr w:rsidR="00924ED0" w:rsidRPr="00A84BC5"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142"/>
              <w:contextualSpacing/>
              <w:jc w:val="center"/>
              <w:rPr>
                <w:rFonts w:cs="Times New Roman"/>
                <w:sz w:val="22"/>
                <w:lang w:val="ro-MD"/>
              </w:rPr>
            </w:pPr>
            <w:r w:rsidRPr="00A84BC5">
              <w:rPr>
                <w:rFonts w:cs="Times New Roman"/>
                <w:sz w:val="22"/>
                <w:lang w:val="ro-MD"/>
              </w:rPr>
              <w:t>4C.12</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jc w:val="both"/>
              <w:rPr>
                <w:rFonts w:cs="Times New Roman"/>
                <w:b/>
                <w:sz w:val="22"/>
                <w:lang w:val="ro-MD"/>
              </w:rPr>
            </w:pPr>
            <w:r w:rsidRPr="00A84BC5">
              <w:rPr>
                <w:rFonts w:cs="Times New Roman"/>
                <w:sz w:val="22"/>
                <w:lang w:val="ro-MD"/>
              </w:rPr>
              <w:t>În perioada de referință, operatorul economic a efectuat livrări specifice obiectului de achiziție indicat în anunțul de participare și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sz w:val="22"/>
                <w:lang w:val="ro-MD"/>
              </w:rPr>
            </w:pPr>
            <w:r w:rsidRPr="00A84BC5">
              <w:rPr>
                <w:rFonts w:cs="Times New Roman"/>
                <w:sz w:val="22"/>
                <w:lang w:val="ro-MD"/>
              </w:rPr>
              <w:t>󠇡Da            󠇡󠇡Nu</w:t>
            </w:r>
          </w:p>
        </w:tc>
      </w:tr>
      <w:tr w:rsidR="00924ED0" w:rsidRPr="00A84BC5" w:rsidTr="00924ED0">
        <w:trPr>
          <w:cantSplit/>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i/>
                <w:sz w:val="22"/>
                <w:lang w:val="ro-MD"/>
              </w:rPr>
            </w:pPr>
            <w:r w:rsidRPr="00A84BC5">
              <w:rPr>
                <w:rFonts w:cs="Times New Roman"/>
                <w:i/>
                <w:sz w:val="22"/>
                <w:lang w:val="ro-MD"/>
              </w:rPr>
              <w:t>4C.12.1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jc w:val="both"/>
              <w:rPr>
                <w:rFonts w:cs="Times New Roman"/>
                <w:i/>
                <w:sz w:val="22"/>
                <w:lang w:val="ro-MD"/>
              </w:rPr>
            </w:pPr>
            <w:r w:rsidRPr="00A84BC5">
              <w:rPr>
                <w:rFonts w:cs="Times New Roman"/>
                <w:i/>
                <w:sz w:val="22"/>
                <w:lang w:val="ro-MD"/>
              </w:rPr>
              <w:t>Dacă Da, enumerați-le specificând descrierea livrărilor, valoarea lor, data de începere, data  furnizării, beneficiarul și altă informație relevantă.</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6"/>
              <w:contextualSpacing/>
              <w:rPr>
                <w:rFonts w:cs="Times New Roman"/>
                <w:i/>
                <w:sz w:val="22"/>
                <w:lang w:val="ro-MD"/>
              </w:rPr>
            </w:pPr>
            <w:r w:rsidRPr="00A84BC5">
              <w:rPr>
                <w:rFonts w:cs="Times New Roman"/>
                <w:i/>
                <w:sz w:val="22"/>
                <w:lang w:val="ro-MD"/>
              </w:rPr>
              <w:t>|text|</w:t>
            </w:r>
          </w:p>
        </w:tc>
      </w:tr>
      <w:tr w:rsidR="00924ED0" w:rsidRPr="00A84BC5" w:rsidTr="00924ED0">
        <w:trPr>
          <w:cantSplit/>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720"/>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36"/>
              <w:contextualSpacing/>
              <w:rPr>
                <w:rFonts w:cs="Times New Roman"/>
                <w:i/>
                <w:sz w:val="22"/>
                <w:lang w:val="ro-MD"/>
              </w:rPr>
            </w:pPr>
          </w:p>
        </w:tc>
      </w:tr>
      <w:tr w:rsidR="00924ED0" w:rsidRPr="00A84BC5" w:rsidTr="00924ED0">
        <w:trPr>
          <w:cantSplit/>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720"/>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720"/>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36"/>
              <w:contextualSpacing/>
              <w:rPr>
                <w:rFonts w:cs="Times New Roman"/>
                <w:i/>
                <w:sz w:val="22"/>
                <w:lang w:val="ro-MD"/>
              </w:rPr>
            </w:pPr>
          </w:p>
        </w:tc>
      </w:tr>
      <w:tr w:rsidR="00924ED0" w:rsidRPr="00A84BC5" w:rsidTr="00924ED0">
        <w:trPr>
          <w:cantSplit/>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720"/>
              <w:contextualSpacing/>
              <w:jc w:val="both"/>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720"/>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36"/>
              <w:contextualSpacing/>
              <w:rPr>
                <w:rFonts w:cs="Times New Roman"/>
                <w:i/>
                <w:sz w:val="22"/>
                <w:lang w:val="ro-MD"/>
              </w:rPr>
            </w:pPr>
          </w:p>
        </w:tc>
      </w:tr>
      <w:tr w:rsidR="00924ED0" w:rsidRPr="00A84BC5"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snapToGrid w:val="0"/>
              <w:ind w:left="720"/>
              <w:contextualSpacing/>
              <w:rPr>
                <w:rFonts w:cs="Times New Roman"/>
                <w:i/>
                <w:sz w:val="22"/>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rPr>
                <w:rFonts w:cs="Times New Roman"/>
                <w:sz w:val="22"/>
                <w:lang w:val="ro-MD"/>
              </w:rPr>
            </w:pPr>
            <w:r w:rsidRPr="00A84BC5">
              <w:rPr>
                <w:rFonts w:cs="Times New Roman"/>
                <w:b/>
                <w:sz w:val="22"/>
                <w:lang w:val="ro-MD"/>
              </w:rPr>
              <w:t>Pentru contractele de achiziție publică de servicii</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720"/>
              <w:contextualSpacing/>
              <w:rPr>
                <w:rFonts w:cs="Times New Roman"/>
                <w:sz w:val="22"/>
                <w:lang w:val="ro-MD"/>
              </w:rPr>
            </w:pPr>
          </w:p>
        </w:tc>
      </w:tr>
      <w:tr w:rsidR="00924ED0" w:rsidRPr="00A84BC5"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i/>
                <w:sz w:val="22"/>
                <w:lang w:val="ro-MD"/>
              </w:rPr>
            </w:pPr>
            <w:r w:rsidRPr="00A84BC5">
              <w:rPr>
                <w:rFonts w:cs="Times New Roman"/>
                <w:sz w:val="22"/>
                <w:lang w:val="ro-MD"/>
              </w:rPr>
              <w:t>4C.13</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jc w:val="both"/>
              <w:rPr>
                <w:rFonts w:cs="Times New Roman"/>
                <w:sz w:val="22"/>
                <w:lang w:val="ro-MD"/>
              </w:rPr>
            </w:pPr>
            <w:r w:rsidRPr="00A84BC5">
              <w:rPr>
                <w:rFonts w:cs="Times New Roman"/>
                <w:sz w:val="22"/>
                <w:lang w:val="ro-MD"/>
              </w:rPr>
              <w:t>În perioada de referință, operatorul economic a prestat servicii similare cu obiectul de achiziție indicat în anunțul de participare și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sz w:val="22"/>
                <w:lang w:val="ro-MD"/>
              </w:rPr>
            </w:pPr>
            <w:r w:rsidRPr="00A84BC5">
              <w:rPr>
                <w:rFonts w:cs="Times New Roman"/>
                <w:sz w:val="22"/>
                <w:lang w:val="ro-MD"/>
              </w:rPr>
              <w:t>󠇡Da            󠇡󠇡Nu</w:t>
            </w:r>
          </w:p>
        </w:tc>
      </w:tr>
      <w:tr w:rsidR="00924ED0" w:rsidRPr="00A84BC5" w:rsidTr="00924ED0">
        <w:trPr>
          <w:cantSplit/>
          <w:trHeight w:val="10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sz w:val="22"/>
              </w:rPr>
            </w:pPr>
            <w:r w:rsidRPr="00A84BC5">
              <w:rPr>
                <w:rFonts w:cs="Times New Roman"/>
                <w:i/>
                <w:sz w:val="22"/>
                <w:lang w:val="ro-MD"/>
              </w:rPr>
              <w:t>4C.13.1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i/>
                <w:sz w:val="22"/>
                <w:lang w:val="ro-MD"/>
              </w:rPr>
            </w:pPr>
            <w:r w:rsidRPr="00A84BC5">
              <w:rPr>
                <w:rFonts w:cs="Times New Roman"/>
                <w:i/>
                <w:sz w:val="22"/>
                <w:lang w:val="ro-MD"/>
              </w:rPr>
              <w:t>Dacă Da, enumerați-le specificând descrierea serviciilor, valoarea lor, durata de execuție, data începerii, beneficiarul și altă informație relevantă.</w:t>
            </w:r>
          </w:p>
          <w:p w:rsidR="00924ED0" w:rsidRPr="00A84BC5" w:rsidRDefault="00924ED0" w:rsidP="00924ED0">
            <w:pPr>
              <w:contextualSpacing/>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i/>
                <w:sz w:val="22"/>
                <w:lang w:val="ro-MD"/>
              </w:rPr>
            </w:pPr>
            <w:r w:rsidRPr="00A84BC5">
              <w:rPr>
                <w:rFonts w:cs="Times New Roman"/>
                <w:i/>
                <w:sz w:val="22"/>
                <w:lang w:val="ro-MD"/>
              </w:rPr>
              <w:t>|text|</w:t>
            </w:r>
          </w:p>
        </w:tc>
      </w:tr>
      <w:tr w:rsidR="00924ED0" w:rsidRPr="00A84BC5" w:rsidTr="00924ED0">
        <w:trPr>
          <w:cantSplit/>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rPr>
                <w:rFonts w:cs="Times New Roman"/>
                <w:i/>
                <w:sz w:val="22"/>
                <w:lang w:val="ro-MD"/>
              </w:rPr>
            </w:pPr>
          </w:p>
        </w:tc>
      </w:tr>
      <w:tr w:rsidR="00924ED0" w:rsidRPr="00A84BC5" w:rsidTr="00924ED0">
        <w:trPr>
          <w:cantSplit/>
          <w:trHeight w:val="111"/>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rPr>
                <w:rFonts w:cs="Times New Roman"/>
                <w:i/>
                <w:sz w:val="22"/>
                <w:lang w:val="ro-MD"/>
              </w:rPr>
            </w:pPr>
          </w:p>
        </w:tc>
      </w:tr>
      <w:tr w:rsidR="00924ED0" w:rsidRPr="00A84BC5" w:rsidTr="00924ED0">
        <w:trPr>
          <w:cantSplit/>
          <w:trHeight w:val="33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rPr>
                <w:rFonts w:cs="Times New Roman"/>
                <w:i/>
                <w:sz w:val="22"/>
                <w:lang w:val="ro-MD"/>
              </w:rPr>
            </w:pPr>
          </w:p>
        </w:tc>
      </w:tr>
      <w:tr w:rsidR="00924ED0" w:rsidRPr="00A84BC5" w:rsidTr="00924ED0">
        <w:trPr>
          <w:cantSplit/>
          <w:trHeight w:val="207"/>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rPr>
                <w:rFonts w:cs="Times New Roman"/>
                <w:i/>
                <w:sz w:val="22"/>
                <w:lang w:val="ro-MD"/>
              </w:rPr>
            </w:pPr>
          </w:p>
        </w:tc>
      </w:tr>
      <w:tr w:rsidR="00924ED0" w:rsidRPr="00A84BC5" w:rsidTr="00924ED0">
        <w:trPr>
          <w:cantSplit/>
          <w:trHeight w:val="300"/>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sz w:val="22"/>
                <w:lang w:val="ro-MD"/>
              </w:rPr>
            </w:pPr>
            <w:r w:rsidRPr="00A84BC5">
              <w:rPr>
                <w:rFonts w:cs="Times New Roman"/>
                <w:sz w:val="22"/>
                <w:lang w:val="ro-MD"/>
              </w:rPr>
              <w:lastRenderedPageBreak/>
              <w:t>4C.14</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both"/>
              <w:rPr>
                <w:rFonts w:cs="Times New Roman"/>
                <w:sz w:val="22"/>
                <w:lang w:val="ro-MD"/>
              </w:rPr>
            </w:pPr>
            <w:r w:rsidRPr="00A84BC5">
              <w:rPr>
                <w:rFonts w:cs="Times New Roman"/>
                <w:sz w:val="22"/>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snapToGrid w:val="0"/>
              <w:contextualSpacing/>
              <w:jc w:val="center"/>
              <w:rPr>
                <w:rFonts w:cs="Times New Roman"/>
                <w:sz w:val="22"/>
                <w:lang w:val="ro-MD"/>
              </w:rPr>
            </w:pPr>
          </w:p>
          <w:p w:rsidR="00924ED0" w:rsidRPr="00A84BC5" w:rsidRDefault="00924ED0" w:rsidP="00924ED0">
            <w:pPr>
              <w:contextualSpacing/>
              <w:jc w:val="center"/>
              <w:rPr>
                <w:rFonts w:cs="Times New Roman"/>
                <w:sz w:val="22"/>
                <w:lang w:val="ro-MD"/>
              </w:rPr>
            </w:pPr>
          </w:p>
          <w:p w:rsidR="00924ED0" w:rsidRPr="00A84BC5" w:rsidRDefault="00924ED0" w:rsidP="00924ED0">
            <w:pPr>
              <w:contextualSpacing/>
              <w:jc w:val="center"/>
              <w:rPr>
                <w:rFonts w:cs="Times New Roman"/>
                <w:sz w:val="22"/>
                <w:lang w:val="ro-MD"/>
              </w:rPr>
            </w:pPr>
            <w:r w:rsidRPr="00A84BC5">
              <w:rPr>
                <w:rFonts w:cs="Times New Roman"/>
                <w:sz w:val="22"/>
                <w:lang w:val="ro-MD"/>
              </w:rPr>
              <w:t>󠇡Da            󠇡󠇡Nu</w:t>
            </w:r>
          </w:p>
        </w:tc>
      </w:tr>
      <w:tr w:rsidR="00924ED0" w:rsidRPr="00A84BC5" w:rsidTr="00924ED0">
        <w:trPr>
          <w:cantSplit/>
          <w:jc w:val="center"/>
        </w:trPr>
        <w:tc>
          <w:tcPr>
            <w:tcW w:w="10174" w:type="dxa"/>
            <w:gridSpan w:val="3"/>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numPr>
                <w:ilvl w:val="0"/>
                <w:numId w:val="24"/>
              </w:numPr>
              <w:suppressAutoHyphens/>
              <w:ind w:left="426" w:hanging="284"/>
              <w:contextualSpacing/>
              <w:rPr>
                <w:rFonts w:cs="Times New Roman"/>
                <w:sz w:val="22"/>
                <w:lang w:val="ro-MD"/>
              </w:rPr>
            </w:pPr>
            <w:r w:rsidRPr="00A84BC5">
              <w:rPr>
                <w:rFonts w:cs="Times New Roman"/>
                <w:b/>
                <w:sz w:val="22"/>
                <w:lang w:val="ro-MD"/>
              </w:rPr>
              <w:t>Standarde de asigurare a calității</w:t>
            </w:r>
          </w:p>
        </w:tc>
      </w:tr>
      <w:tr w:rsidR="00924ED0" w:rsidRPr="00A84BC5"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sz w:val="22"/>
                <w:lang w:val="ro-MD"/>
              </w:rPr>
            </w:pPr>
            <w:r w:rsidRPr="00A84BC5">
              <w:rPr>
                <w:rFonts w:cs="Times New Roman"/>
                <w:sz w:val="22"/>
                <w:lang w:val="ro-MD"/>
              </w:rPr>
              <w:t>4D.1</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jc w:val="both"/>
              <w:rPr>
                <w:rFonts w:cs="Times New Roman"/>
                <w:sz w:val="22"/>
                <w:lang w:val="ro-MD"/>
              </w:rPr>
            </w:pPr>
            <w:r w:rsidRPr="00A84BC5">
              <w:rPr>
                <w:rFonts w:cs="Times New Roman"/>
                <w:sz w:val="22"/>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sz w:val="22"/>
                <w:lang w:val="ro-MD"/>
              </w:rPr>
            </w:pPr>
            <w:r w:rsidRPr="00A84BC5">
              <w:rPr>
                <w:rFonts w:cs="Times New Roman"/>
                <w:sz w:val="22"/>
                <w:lang w:val="ro-MD"/>
              </w:rPr>
              <w:t>󠇡Da            󠇡󠇡Nu</w:t>
            </w:r>
          </w:p>
        </w:tc>
      </w:tr>
      <w:tr w:rsidR="00924ED0" w:rsidRPr="00A84BC5" w:rsidTr="00924ED0">
        <w:trPr>
          <w:cantSplit/>
          <w:trHeight w:val="90"/>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i/>
                <w:sz w:val="22"/>
                <w:lang w:val="ro-MD"/>
              </w:rPr>
            </w:pPr>
            <w:r w:rsidRPr="00A84BC5">
              <w:rPr>
                <w:rFonts w:cs="Times New Roman"/>
                <w:sz w:val="22"/>
                <w:lang w:val="ro-MD"/>
              </w:rPr>
              <w:t>4D.2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jc w:val="both"/>
              <w:rPr>
                <w:rFonts w:cs="Times New Roman"/>
                <w:i/>
                <w:sz w:val="22"/>
                <w:lang w:val="ro-MD"/>
              </w:rPr>
            </w:pPr>
            <w:r w:rsidRPr="00A84BC5">
              <w:rPr>
                <w:rFonts w:cs="Times New Roman"/>
                <w:sz w:val="22"/>
                <w:lang w:val="ro-MD"/>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sz w:val="22"/>
                <w:lang w:val="ro-MD"/>
              </w:rPr>
            </w:pPr>
            <w:r w:rsidRPr="00A84BC5">
              <w:rPr>
                <w:rFonts w:cs="Times New Roman"/>
                <w:sz w:val="22"/>
                <w:lang w:val="ro-MD"/>
              </w:rPr>
              <w:t>Adresa de internet:</w:t>
            </w:r>
          </w:p>
          <w:p w:rsidR="00924ED0" w:rsidRPr="00A84BC5" w:rsidRDefault="00924ED0" w:rsidP="00924ED0">
            <w:pPr>
              <w:contextualSpacing/>
              <w:jc w:val="center"/>
              <w:rPr>
                <w:rFonts w:cs="Times New Roman"/>
                <w:sz w:val="22"/>
                <w:lang w:val="ro-MD"/>
              </w:rPr>
            </w:pPr>
            <w:r w:rsidRPr="00A84BC5">
              <w:rPr>
                <w:rFonts w:cs="Times New Roman"/>
                <w:sz w:val="22"/>
                <w:lang w:val="ro-MD"/>
              </w:rPr>
              <w:t>|text|</w:t>
            </w:r>
          </w:p>
        </w:tc>
      </w:tr>
      <w:tr w:rsidR="00924ED0" w:rsidRPr="00A84BC5" w:rsidTr="00924ED0">
        <w:trPr>
          <w:cantSplit/>
          <w:trHeight w:val="9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sz w:val="22"/>
                <w:lang w:val="ro-MD"/>
              </w:rPr>
            </w:pPr>
            <w:r w:rsidRPr="00A84BC5">
              <w:rPr>
                <w:rFonts w:cs="Times New Roman"/>
                <w:sz w:val="22"/>
                <w:lang w:val="ro-MD"/>
              </w:rPr>
              <w:t>Autoritatea sau organismul emitent(ă):</w:t>
            </w:r>
          </w:p>
          <w:p w:rsidR="00924ED0" w:rsidRPr="00A84BC5" w:rsidRDefault="00924ED0" w:rsidP="00924ED0">
            <w:pPr>
              <w:contextualSpacing/>
              <w:jc w:val="center"/>
              <w:rPr>
                <w:rFonts w:cs="Times New Roman"/>
                <w:sz w:val="22"/>
                <w:lang w:val="ro-MD"/>
              </w:rPr>
            </w:pPr>
            <w:r w:rsidRPr="00A84BC5">
              <w:rPr>
                <w:rFonts w:cs="Times New Roman"/>
                <w:sz w:val="22"/>
                <w:lang w:val="ro-MD"/>
              </w:rPr>
              <w:t>|text|</w:t>
            </w:r>
          </w:p>
        </w:tc>
      </w:tr>
      <w:tr w:rsidR="00924ED0" w:rsidRPr="00A84BC5" w:rsidTr="00924ED0">
        <w:trPr>
          <w:cantSplit/>
          <w:trHeight w:val="9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jc w:val="center"/>
              <w:rPr>
                <w:rFonts w:cs="Times New Roman"/>
                <w:i/>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37"/>
              <w:contextualSpacing/>
              <w:jc w:val="both"/>
              <w:rPr>
                <w:rFonts w:cs="Times New Roman"/>
                <w:i/>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sz w:val="22"/>
                <w:lang w:val="ro-MD"/>
              </w:rPr>
            </w:pPr>
            <w:r w:rsidRPr="00A84BC5">
              <w:rPr>
                <w:rFonts w:cs="Times New Roman"/>
                <w:sz w:val="22"/>
                <w:lang w:val="ro-MD"/>
              </w:rPr>
              <w:t>Referința exactă a documentației:</w:t>
            </w:r>
          </w:p>
          <w:p w:rsidR="00924ED0" w:rsidRPr="00A84BC5" w:rsidRDefault="00924ED0" w:rsidP="00924ED0">
            <w:pPr>
              <w:contextualSpacing/>
              <w:jc w:val="center"/>
              <w:rPr>
                <w:rFonts w:cs="Times New Roman"/>
                <w:sz w:val="22"/>
                <w:lang w:val="ro-MD"/>
              </w:rPr>
            </w:pPr>
            <w:r w:rsidRPr="00A84BC5">
              <w:rPr>
                <w:rFonts w:cs="Times New Roman"/>
                <w:sz w:val="22"/>
                <w:lang w:val="ro-MD"/>
              </w:rPr>
              <w:t>|text|</w:t>
            </w:r>
          </w:p>
        </w:tc>
      </w:tr>
      <w:tr w:rsidR="00924ED0" w:rsidRPr="00A84BC5" w:rsidTr="00924ED0">
        <w:trPr>
          <w:cantSplit/>
          <w:trHeight w:val="195"/>
          <w:jc w:val="center"/>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numPr>
                <w:ilvl w:val="0"/>
                <w:numId w:val="24"/>
              </w:numPr>
              <w:suppressAutoHyphens/>
              <w:ind w:left="426" w:hanging="284"/>
              <w:contextualSpacing/>
              <w:rPr>
                <w:rFonts w:cs="Times New Roman"/>
                <w:b/>
                <w:sz w:val="22"/>
                <w:lang w:val="ro-MD"/>
              </w:rPr>
            </w:pPr>
            <w:r w:rsidRPr="00A84BC5">
              <w:rPr>
                <w:rFonts w:cs="Times New Roman"/>
                <w:b/>
                <w:sz w:val="22"/>
                <w:lang w:val="ro-MD"/>
              </w:rPr>
              <w:t>Standarde de protecție a mediului</w:t>
            </w:r>
          </w:p>
        </w:tc>
      </w:tr>
      <w:tr w:rsidR="00924ED0" w:rsidRPr="00A84BC5" w:rsidTr="00924ED0">
        <w:trPr>
          <w:cantSplit/>
          <w:jc w:val="center"/>
        </w:trPr>
        <w:tc>
          <w:tcPr>
            <w:tcW w:w="1667"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b/>
                <w:sz w:val="22"/>
                <w:lang w:val="ro-MD"/>
              </w:rPr>
            </w:pPr>
            <w:r w:rsidRPr="00A84BC5">
              <w:rPr>
                <w:rFonts w:cs="Times New Roman"/>
                <w:sz w:val="22"/>
                <w:lang w:val="ro-MD"/>
              </w:rPr>
              <w:t>4E.1</w:t>
            </w:r>
          </w:p>
        </w:tc>
        <w:tc>
          <w:tcPr>
            <w:tcW w:w="609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jc w:val="both"/>
              <w:rPr>
                <w:rFonts w:cs="Times New Roman"/>
                <w:sz w:val="22"/>
                <w:lang w:val="ro-MD"/>
              </w:rPr>
            </w:pPr>
            <w:r w:rsidRPr="00A84BC5">
              <w:rPr>
                <w:rFonts w:cs="Times New Roman"/>
                <w:sz w:val="22"/>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sz w:val="22"/>
                <w:lang w:val="ro-MD"/>
              </w:rPr>
            </w:pPr>
            <w:r w:rsidRPr="00A84BC5">
              <w:rPr>
                <w:rFonts w:cs="Times New Roman"/>
                <w:sz w:val="22"/>
                <w:lang w:val="ro-MD"/>
              </w:rPr>
              <w:t>󠇡Da            󠇡󠇡Nu</w:t>
            </w:r>
          </w:p>
        </w:tc>
      </w:tr>
      <w:tr w:rsidR="00924ED0" w:rsidRPr="00A84BC5" w:rsidTr="00924ED0">
        <w:trPr>
          <w:cantSplit/>
          <w:trHeight w:val="135"/>
          <w:jc w:val="center"/>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sz w:val="22"/>
                <w:lang w:val="ro-MD"/>
              </w:rPr>
            </w:pPr>
            <w:r w:rsidRPr="00A84BC5">
              <w:rPr>
                <w:rFonts w:cs="Times New Roman"/>
                <w:sz w:val="22"/>
                <w:lang w:val="ro-MD"/>
              </w:rPr>
              <w:t>4E.2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37"/>
              <w:contextualSpacing/>
              <w:jc w:val="both"/>
              <w:rPr>
                <w:rFonts w:cs="Times New Roman"/>
                <w:sz w:val="22"/>
                <w:lang w:val="ro-MD"/>
              </w:rPr>
            </w:pPr>
            <w:r w:rsidRPr="00A84BC5">
              <w:rPr>
                <w:rFonts w:cs="Times New Roman"/>
                <w:sz w:val="22"/>
                <w:lang w:val="ro-MD"/>
              </w:rPr>
              <w:t>Informațiile privind standardele de protecția mediului, sunt disponibile gratuit pentru autorități, dintr-o bază de date națională? Dacă da, specificați informația care ar permite verificarea.</w:t>
            </w: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sz w:val="22"/>
                <w:lang w:val="ro-MD"/>
              </w:rPr>
            </w:pPr>
            <w:r w:rsidRPr="00A84BC5">
              <w:rPr>
                <w:rFonts w:cs="Times New Roman"/>
                <w:sz w:val="22"/>
                <w:lang w:val="ro-MD"/>
              </w:rPr>
              <w:t>Adresa de internet:</w:t>
            </w:r>
          </w:p>
          <w:p w:rsidR="00924ED0" w:rsidRPr="00A84BC5" w:rsidRDefault="00924ED0" w:rsidP="00924ED0">
            <w:pPr>
              <w:contextualSpacing/>
              <w:rPr>
                <w:rFonts w:cs="Times New Roman"/>
                <w:sz w:val="22"/>
                <w:lang w:val="ro-MD"/>
              </w:rPr>
            </w:pPr>
            <w:r w:rsidRPr="00A84BC5">
              <w:rPr>
                <w:rFonts w:cs="Times New Roman"/>
                <w:sz w:val="22"/>
                <w:lang w:val="ro-MD"/>
              </w:rPr>
              <w:t>|text|</w:t>
            </w:r>
          </w:p>
        </w:tc>
      </w:tr>
      <w:tr w:rsidR="00924ED0" w:rsidRPr="00A84BC5" w:rsidTr="00924ED0">
        <w:trPr>
          <w:cantSplit/>
          <w:trHeight w:val="120"/>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jc w:val="center"/>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37"/>
              <w:contextualSpacing/>
              <w:jc w:val="both"/>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sz w:val="22"/>
                <w:lang w:val="ro-MD"/>
              </w:rPr>
            </w:pPr>
            <w:r w:rsidRPr="00A84BC5">
              <w:rPr>
                <w:rFonts w:cs="Times New Roman"/>
                <w:sz w:val="22"/>
                <w:lang w:val="ro-MD"/>
              </w:rPr>
              <w:t>Autoritatea sau organismul emitent(ă):</w:t>
            </w:r>
          </w:p>
          <w:p w:rsidR="00924ED0" w:rsidRPr="00A84BC5" w:rsidRDefault="00924ED0" w:rsidP="00924ED0">
            <w:pPr>
              <w:contextualSpacing/>
              <w:rPr>
                <w:rFonts w:cs="Times New Roman"/>
                <w:sz w:val="22"/>
                <w:lang w:val="ro-MD"/>
              </w:rPr>
            </w:pPr>
            <w:r w:rsidRPr="00A84BC5">
              <w:rPr>
                <w:rFonts w:cs="Times New Roman"/>
                <w:sz w:val="22"/>
                <w:lang w:val="ro-MD"/>
              </w:rPr>
              <w:t>|text|</w:t>
            </w:r>
          </w:p>
        </w:tc>
      </w:tr>
      <w:tr w:rsidR="00924ED0" w:rsidRPr="00A84BC5" w:rsidTr="00924ED0">
        <w:trPr>
          <w:cantSplit/>
          <w:trHeight w:val="285"/>
          <w:jc w:val="center"/>
        </w:trPr>
        <w:tc>
          <w:tcPr>
            <w:tcW w:w="1667"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jc w:val="center"/>
              <w:rPr>
                <w:rFonts w:cs="Times New Roman"/>
                <w:sz w:val="22"/>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37"/>
              <w:contextualSpacing/>
              <w:jc w:val="both"/>
              <w:rPr>
                <w:rFonts w:cs="Times New Roman"/>
                <w:sz w:val="22"/>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sz w:val="22"/>
                <w:lang w:val="ro-MD"/>
              </w:rPr>
            </w:pPr>
            <w:r w:rsidRPr="00A84BC5">
              <w:rPr>
                <w:rFonts w:cs="Times New Roman"/>
                <w:sz w:val="22"/>
                <w:lang w:val="ro-MD"/>
              </w:rPr>
              <w:t>Referința exactă a documentației:</w:t>
            </w:r>
          </w:p>
          <w:p w:rsidR="00924ED0" w:rsidRPr="00A84BC5" w:rsidRDefault="00924ED0" w:rsidP="00924ED0">
            <w:pPr>
              <w:contextualSpacing/>
              <w:rPr>
                <w:rFonts w:cs="Times New Roman"/>
                <w:sz w:val="22"/>
                <w:lang w:val="ro-MD"/>
              </w:rPr>
            </w:pPr>
            <w:r w:rsidRPr="00A84BC5">
              <w:rPr>
                <w:rFonts w:cs="Times New Roman"/>
                <w:sz w:val="22"/>
                <w:lang w:val="ro-MD"/>
              </w:rPr>
              <w:t>|text|</w:t>
            </w:r>
          </w:p>
        </w:tc>
      </w:tr>
      <w:tr w:rsidR="00924ED0" w:rsidRPr="00A84BC5" w:rsidTr="00924ED0">
        <w:trPr>
          <w:cantSplit/>
          <w:jc w:val="center"/>
        </w:trPr>
        <w:tc>
          <w:tcPr>
            <w:tcW w:w="10174" w:type="dxa"/>
            <w:gridSpan w:val="3"/>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numPr>
                <w:ilvl w:val="0"/>
                <w:numId w:val="24"/>
              </w:numPr>
              <w:suppressAutoHyphens/>
              <w:ind w:left="426" w:hanging="284"/>
              <w:contextualSpacing/>
              <w:rPr>
                <w:rFonts w:cs="Times New Roman"/>
                <w:sz w:val="22"/>
                <w:lang w:val="ro-MD"/>
              </w:rPr>
            </w:pPr>
            <w:r w:rsidRPr="00A84BC5">
              <w:rPr>
                <w:rFonts w:cs="Times New Roman"/>
                <w:b/>
                <w:sz w:val="22"/>
                <w:lang w:val="ro-MD"/>
              </w:rPr>
              <w:t>Permiterea controalelor</w:t>
            </w:r>
          </w:p>
        </w:tc>
      </w:tr>
      <w:tr w:rsidR="00924ED0" w:rsidRPr="00A84BC5" w:rsidTr="00924ED0">
        <w:trPr>
          <w:cantSplit/>
          <w:jc w:val="center"/>
        </w:trPr>
        <w:tc>
          <w:tcPr>
            <w:tcW w:w="1667" w:type="dxa"/>
            <w:tcBorders>
              <w:top w:val="single" w:sz="4" w:space="0" w:color="000000"/>
              <w:left w:val="single" w:sz="4" w:space="0" w:color="000000"/>
              <w:bottom w:val="single" w:sz="4" w:space="0" w:color="auto"/>
              <w:right w:val="single" w:sz="4" w:space="0" w:color="000000"/>
            </w:tcBorders>
            <w:vAlign w:val="center"/>
          </w:tcPr>
          <w:p w:rsidR="00924ED0" w:rsidRPr="00A84BC5" w:rsidRDefault="00924ED0" w:rsidP="00924ED0">
            <w:pPr>
              <w:contextualSpacing/>
              <w:jc w:val="center"/>
              <w:rPr>
                <w:rFonts w:cs="Times New Roman"/>
                <w:sz w:val="22"/>
                <w:lang w:val="ro-MD"/>
              </w:rPr>
            </w:pPr>
            <w:r w:rsidRPr="00A84BC5">
              <w:rPr>
                <w:rFonts w:cs="Times New Roman"/>
                <w:sz w:val="22"/>
                <w:lang w:val="ro-MD"/>
              </w:rPr>
              <w:t>4F.1</w:t>
            </w:r>
          </w:p>
        </w:tc>
        <w:tc>
          <w:tcPr>
            <w:tcW w:w="6096" w:type="dxa"/>
            <w:tcBorders>
              <w:top w:val="single" w:sz="4" w:space="0" w:color="000000"/>
              <w:left w:val="single" w:sz="4" w:space="0" w:color="000000"/>
              <w:bottom w:val="single" w:sz="4" w:space="0" w:color="auto"/>
              <w:right w:val="single" w:sz="4" w:space="0" w:color="000000"/>
            </w:tcBorders>
            <w:vAlign w:val="center"/>
          </w:tcPr>
          <w:p w:rsidR="00924ED0" w:rsidRPr="00A84BC5" w:rsidRDefault="00924ED0" w:rsidP="00924ED0">
            <w:pPr>
              <w:ind w:left="37"/>
              <w:contextualSpacing/>
              <w:jc w:val="both"/>
              <w:rPr>
                <w:rFonts w:cs="Times New Roman"/>
                <w:i/>
                <w:sz w:val="22"/>
                <w:lang w:val="ro-MD"/>
              </w:rPr>
            </w:pPr>
            <w:r w:rsidRPr="00A84BC5">
              <w:rPr>
                <w:rFonts w:cs="Times New Roman"/>
                <w:sz w:val="22"/>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sz="4" w:space="0" w:color="000000"/>
              <w:left w:val="single" w:sz="4" w:space="0" w:color="000000"/>
              <w:bottom w:val="single" w:sz="4" w:space="0" w:color="auto"/>
              <w:right w:val="single" w:sz="4" w:space="0" w:color="000000"/>
            </w:tcBorders>
            <w:vAlign w:val="center"/>
          </w:tcPr>
          <w:p w:rsidR="00924ED0" w:rsidRPr="00A84BC5" w:rsidRDefault="00924ED0" w:rsidP="00924ED0">
            <w:pPr>
              <w:contextualSpacing/>
              <w:jc w:val="center"/>
              <w:rPr>
                <w:rFonts w:cs="Times New Roman"/>
                <w:sz w:val="22"/>
                <w:lang w:val="ro-MD"/>
              </w:rPr>
            </w:pPr>
            <w:r w:rsidRPr="00A84BC5">
              <w:rPr>
                <w:rFonts w:cs="Times New Roman"/>
                <w:sz w:val="22"/>
                <w:lang w:val="ro-MD"/>
              </w:rPr>
              <w:t>󠇡Da            󠇡󠇡Nu</w:t>
            </w:r>
          </w:p>
        </w:tc>
      </w:tr>
      <w:tr w:rsidR="00924ED0" w:rsidRPr="00A84BC5" w:rsidTr="00924ED0">
        <w:trPr>
          <w:cantSplit/>
          <w:jc w:val="center"/>
        </w:trPr>
        <w:tc>
          <w:tcPr>
            <w:tcW w:w="10174"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924ED0" w:rsidRPr="00A84BC5" w:rsidRDefault="00924ED0" w:rsidP="00924ED0">
            <w:pPr>
              <w:jc w:val="center"/>
              <w:rPr>
                <w:rFonts w:cs="Times New Roman"/>
                <w:sz w:val="22"/>
              </w:rPr>
            </w:pPr>
            <w:r w:rsidRPr="00A84BC5">
              <w:rPr>
                <w:rFonts w:cs="Times New Roman"/>
                <w:sz w:val="22"/>
              </w:rPr>
              <w:t>[</w:t>
            </w:r>
            <w:r w:rsidRPr="00A84BC5">
              <w:rPr>
                <w:rFonts w:cs="Times New Roman"/>
                <w:b/>
                <w:sz w:val="22"/>
              </w:rPr>
              <w:t xml:space="preserve">G. </w:t>
            </w:r>
            <w:proofErr w:type="spellStart"/>
            <w:r w:rsidRPr="00A84BC5">
              <w:rPr>
                <w:rFonts w:cs="Times New Roman"/>
                <w:b/>
                <w:sz w:val="22"/>
              </w:rPr>
              <w:t>Cerințe</w:t>
            </w:r>
            <w:proofErr w:type="spellEnd"/>
            <w:r w:rsidRPr="00A84BC5">
              <w:rPr>
                <w:rFonts w:cs="Times New Roman"/>
                <w:b/>
                <w:sz w:val="22"/>
              </w:rPr>
              <w:t>/</w:t>
            </w:r>
            <w:proofErr w:type="spellStart"/>
            <w:r w:rsidRPr="00A84BC5">
              <w:rPr>
                <w:rFonts w:cs="Times New Roman"/>
                <w:b/>
                <w:sz w:val="22"/>
              </w:rPr>
              <w:t>documente</w:t>
            </w:r>
            <w:proofErr w:type="spellEnd"/>
            <w:r w:rsidRPr="00A84BC5">
              <w:rPr>
                <w:rFonts w:cs="Times New Roman"/>
                <w:b/>
                <w:sz w:val="22"/>
              </w:rPr>
              <w:t xml:space="preserve"> solicitate conform pct. 16 din </w:t>
            </w:r>
            <w:proofErr w:type="spellStart"/>
            <w:r w:rsidRPr="00A84BC5">
              <w:rPr>
                <w:rFonts w:cs="Times New Roman"/>
                <w:b/>
                <w:sz w:val="22"/>
              </w:rPr>
              <w:t>Anunțul</w:t>
            </w:r>
            <w:proofErr w:type="spellEnd"/>
            <w:r w:rsidRPr="00A84BC5">
              <w:rPr>
                <w:rFonts w:cs="Times New Roman"/>
                <w:b/>
                <w:sz w:val="22"/>
              </w:rPr>
              <w:t xml:space="preserve"> de </w:t>
            </w:r>
            <w:proofErr w:type="spellStart"/>
            <w:r w:rsidRPr="00A84BC5">
              <w:rPr>
                <w:rFonts w:cs="Times New Roman"/>
                <w:b/>
                <w:sz w:val="22"/>
              </w:rPr>
              <w:t>participare</w:t>
            </w:r>
            <w:proofErr w:type="spellEnd"/>
          </w:p>
          <w:p w:rsidR="00924ED0" w:rsidRPr="00A84BC5" w:rsidRDefault="00924ED0" w:rsidP="00924ED0">
            <w:pPr>
              <w:rPr>
                <w:rFonts w:cs="Times New Roman"/>
                <w:sz w:val="22"/>
              </w:rPr>
            </w:pPr>
          </w:p>
          <w:p w:rsidR="00924ED0" w:rsidRPr="00A84BC5" w:rsidRDefault="00924ED0" w:rsidP="00924ED0">
            <w:pPr>
              <w:rPr>
                <w:rFonts w:cs="Times New Roman"/>
                <w:sz w:val="22"/>
              </w:rPr>
            </w:pPr>
          </w:p>
        </w:tc>
      </w:tr>
      <w:tr w:rsidR="00924ED0" w:rsidRPr="00A84BC5"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jc w:val="center"/>
              <w:rPr>
                <w:rFonts w:cs="Times New Roman"/>
                <w:sz w:val="22"/>
              </w:rPr>
            </w:pPr>
            <w:r w:rsidRPr="00A84BC5">
              <w:rPr>
                <w:rFonts w:cs="Times New Roman"/>
                <w:sz w:val="22"/>
              </w:rPr>
              <w:t>4G.1</w:t>
            </w:r>
          </w:p>
        </w:tc>
        <w:tc>
          <w:tcPr>
            <w:tcW w:w="6096"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rPr>
                <w:rFonts w:cs="Times New Roman"/>
                <w:sz w:val="22"/>
              </w:rPr>
            </w:pPr>
            <w:r w:rsidRPr="00A84BC5">
              <w:rPr>
                <w:rFonts w:cs="Times New Roman"/>
                <w:sz w:val="22"/>
              </w:rPr>
              <w:t xml:space="preserve">DUAE. Mod de </w:t>
            </w:r>
            <w:proofErr w:type="spellStart"/>
            <w:r w:rsidRPr="00A84BC5">
              <w:rPr>
                <w:rFonts w:cs="Times New Roman"/>
                <w:sz w:val="22"/>
              </w:rPr>
              <w:t>demonstrare</w:t>
            </w:r>
            <w:proofErr w:type="spellEnd"/>
            <w:r w:rsidRPr="00A84BC5">
              <w:rPr>
                <w:rFonts w:cs="Times New Roman"/>
                <w:sz w:val="22"/>
              </w:rPr>
              <w:t xml:space="preserve">: Original. </w:t>
            </w:r>
            <w:proofErr w:type="spellStart"/>
            <w:r w:rsidRPr="00A84BC5">
              <w:rPr>
                <w:rFonts w:cs="Times New Roman"/>
                <w:sz w:val="22"/>
              </w:rPr>
              <w:t>Semnat</w:t>
            </w:r>
            <w:proofErr w:type="spellEnd"/>
            <w:r w:rsidRPr="00A84BC5">
              <w:rPr>
                <w:rFonts w:cs="Times New Roman"/>
                <w:sz w:val="22"/>
              </w:rPr>
              <w:t xml:space="preserve"> electronic de </w:t>
            </w:r>
            <w:proofErr w:type="spellStart"/>
            <w:r w:rsidRPr="00A84BC5">
              <w:rPr>
                <w:rFonts w:cs="Times New Roman"/>
                <w:sz w:val="22"/>
              </w:rPr>
              <w:t>către</w:t>
            </w:r>
            <w:proofErr w:type="spellEnd"/>
            <w:r w:rsidRPr="00A84BC5">
              <w:rPr>
                <w:rFonts w:cs="Times New Roman"/>
                <w:sz w:val="22"/>
              </w:rPr>
              <w:t xml:space="preserve"> participant. Nivel minim/</w:t>
            </w:r>
            <w:proofErr w:type="spellStart"/>
            <w:r w:rsidRPr="00A84BC5">
              <w:rPr>
                <w:rFonts w:cs="Times New Roman"/>
                <w:sz w:val="22"/>
              </w:rPr>
              <w:t>Obligativitatea</w:t>
            </w:r>
            <w:proofErr w:type="spellEnd"/>
            <w:r w:rsidRPr="00A84BC5">
              <w:rPr>
                <w:rFonts w:cs="Times New Roman"/>
                <w:sz w:val="22"/>
              </w:rPr>
              <w:t xml:space="preserve">: </w:t>
            </w:r>
            <w:proofErr w:type="spellStart"/>
            <w:r w:rsidRPr="00A84BC5">
              <w:rPr>
                <w:rFonts w:cs="Times New Roman"/>
                <w:sz w:val="22"/>
              </w:rPr>
              <w:t>Obligatoriu</w:t>
            </w:r>
            <w:proofErr w:type="spellEnd"/>
            <w:r w:rsidRPr="00A84BC5">
              <w:rPr>
                <w:rFonts w:cs="Times New Roman"/>
                <w:sz w:val="22"/>
              </w:rPr>
              <w:t xml:space="preserve">. Conform pct. 16 </w:t>
            </w:r>
            <w:proofErr w:type="spellStart"/>
            <w:r w:rsidRPr="00A84BC5">
              <w:rPr>
                <w:rFonts w:cs="Times New Roman"/>
                <w:sz w:val="22"/>
              </w:rPr>
              <w:t>subpct</w:t>
            </w:r>
            <w:proofErr w:type="spellEnd"/>
            <w:r w:rsidRPr="00A84BC5">
              <w:rPr>
                <w:rFonts w:cs="Times New Roman"/>
                <w:sz w:val="22"/>
              </w:rPr>
              <w:t xml:space="preserve">. 1 din </w:t>
            </w:r>
            <w:proofErr w:type="spellStart"/>
            <w:r w:rsidRPr="00A84BC5">
              <w:rPr>
                <w:rFonts w:cs="Times New Roman"/>
                <w:sz w:val="22"/>
              </w:rPr>
              <w:t>Anunțul</w:t>
            </w:r>
            <w:proofErr w:type="spellEnd"/>
            <w:r w:rsidRPr="00A84BC5">
              <w:rPr>
                <w:rFonts w:cs="Times New Roman"/>
                <w:sz w:val="22"/>
              </w:rPr>
              <w:t xml:space="preserve"> de </w:t>
            </w:r>
            <w:proofErr w:type="spellStart"/>
            <w:r w:rsidRPr="00A84BC5">
              <w:rPr>
                <w:rFonts w:cs="Times New Roman"/>
                <w:sz w:val="22"/>
              </w:rPr>
              <w:t>participare</w:t>
            </w:r>
            <w:proofErr w:type="spellEnd"/>
            <w:r w:rsidRPr="00A84BC5">
              <w:rPr>
                <w:rFonts w:cs="Times New Roman"/>
                <w:sz w:val="22"/>
              </w:rPr>
              <w:t>.</w:t>
            </w:r>
          </w:p>
        </w:tc>
        <w:tc>
          <w:tcPr>
            <w:tcW w:w="2411"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jc w:val="center"/>
              <w:rPr>
                <w:rFonts w:cs="Times New Roman"/>
                <w:sz w:val="22"/>
              </w:rPr>
            </w:pPr>
            <w:r w:rsidRPr="00A84BC5">
              <w:rPr>
                <w:rFonts w:cs="Times New Roman"/>
                <w:sz w:val="22"/>
              </w:rPr>
              <w:t>Da    Nu</w:t>
            </w:r>
          </w:p>
        </w:tc>
      </w:tr>
      <w:tr w:rsidR="00924ED0" w:rsidRPr="00A84BC5"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jc w:val="center"/>
              <w:rPr>
                <w:rFonts w:cs="Times New Roman"/>
                <w:sz w:val="22"/>
              </w:rPr>
            </w:pPr>
            <w:r w:rsidRPr="00A84BC5">
              <w:rPr>
                <w:rFonts w:cs="Times New Roman"/>
                <w:sz w:val="22"/>
              </w:rPr>
              <w:t>4G.2</w:t>
            </w:r>
          </w:p>
        </w:tc>
        <w:tc>
          <w:tcPr>
            <w:tcW w:w="6096"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rPr>
                <w:rFonts w:cs="Times New Roman"/>
                <w:sz w:val="22"/>
              </w:rPr>
            </w:pPr>
            <w:proofErr w:type="spellStart"/>
            <w:r w:rsidRPr="00A84BC5">
              <w:rPr>
                <w:rFonts w:cs="Times New Roman"/>
                <w:sz w:val="22"/>
              </w:rPr>
              <w:t>Cerere</w:t>
            </w:r>
            <w:proofErr w:type="spellEnd"/>
            <w:r w:rsidRPr="00A84BC5">
              <w:rPr>
                <w:rFonts w:cs="Times New Roman"/>
                <w:sz w:val="22"/>
              </w:rPr>
              <w:t xml:space="preserve"> de </w:t>
            </w:r>
            <w:proofErr w:type="spellStart"/>
            <w:r w:rsidRPr="00A84BC5">
              <w:rPr>
                <w:rFonts w:cs="Times New Roman"/>
                <w:sz w:val="22"/>
              </w:rPr>
              <w:t>participare</w:t>
            </w:r>
            <w:proofErr w:type="spellEnd"/>
            <w:r w:rsidRPr="00A84BC5">
              <w:rPr>
                <w:rFonts w:cs="Times New Roman"/>
                <w:sz w:val="22"/>
              </w:rPr>
              <w:t xml:space="preserve"> (</w:t>
            </w:r>
            <w:proofErr w:type="spellStart"/>
            <w:r w:rsidRPr="00A84BC5">
              <w:rPr>
                <w:rFonts w:cs="Times New Roman"/>
                <w:sz w:val="22"/>
              </w:rPr>
              <w:t>anexa</w:t>
            </w:r>
            <w:proofErr w:type="spellEnd"/>
            <w:r w:rsidRPr="00A84BC5">
              <w:rPr>
                <w:rFonts w:cs="Times New Roman"/>
                <w:sz w:val="22"/>
              </w:rPr>
              <w:t xml:space="preserve"> nr. 7). Mod de </w:t>
            </w:r>
            <w:proofErr w:type="spellStart"/>
            <w:r w:rsidRPr="00A84BC5">
              <w:rPr>
                <w:rFonts w:cs="Times New Roman"/>
                <w:sz w:val="22"/>
              </w:rPr>
              <w:t>demonstrare</w:t>
            </w:r>
            <w:proofErr w:type="spellEnd"/>
            <w:r w:rsidRPr="00A84BC5">
              <w:rPr>
                <w:rFonts w:cs="Times New Roman"/>
                <w:sz w:val="22"/>
              </w:rPr>
              <w:t xml:space="preserve">: Original. </w:t>
            </w:r>
            <w:proofErr w:type="spellStart"/>
            <w:r w:rsidRPr="00A84BC5">
              <w:rPr>
                <w:rFonts w:cs="Times New Roman"/>
                <w:sz w:val="22"/>
              </w:rPr>
              <w:t>Semnat</w:t>
            </w:r>
            <w:proofErr w:type="spellEnd"/>
            <w:r w:rsidRPr="00A84BC5">
              <w:rPr>
                <w:rFonts w:cs="Times New Roman"/>
                <w:sz w:val="22"/>
              </w:rPr>
              <w:t xml:space="preserve"> electronic de </w:t>
            </w:r>
            <w:proofErr w:type="spellStart"/>
            <w:r w:rsidRPr="00A84BC5">
              <w:rPr>
                <w:rFonts w:cs="Times New Roman"/>
                <w:sz w:val="22"/>
              </w:rPr>
              <w:t>către</w:t>
            </w:r>
            <w:proofErr w:type="spellEnd"/>
            <w:r w:rsidRPr="00A84BC5">
              <w:rPr>
                <w:rFonts w:cs="Times New Roman"/>
                <w:sz w:val="22"/>
              </w:rPr>
              <w:t xml:space="preserve"> participant. Nivel minim/</w:t>
            </w:r>
            <w:proofErr w:type="spellStart"/>
            <w:r w:rsidRPr="00A84BC5">
              <w:rPr>
                <w:rFonts w:cs="Times New Roman"/>
                <w:sz w:val="22"/>
              </w:rPr>
              <w:t>Obligativitatea</w:t>
            </w:r>
            <w:proofErr w:type="spellEnd"/>
            <w:r w:rsidRPr="00A84BC5">
              <w:rPr>
                <w:rFonts w:cs="Times New Roman"/>
                <w:sz w:val="22"/>
              </w:rPr>
              <w:t xml:space="preserve">: </w:t>
            </w:r>
            <w:proofErr w:type="spellStart"/>
            <w:r w:rsidRPr="00A84BC5">
              <w:rPr>
                <w:rFonts w:cs="Times New Roman"/>
                <w:sz w:val="22"/>
              </w:rPr>
              <w:t>Obligatoriu</w:t>
            </w:r>
            <w:proofErr w:type="spellEnd"/>
            <w:r w:rsidRPr="00A84BC5">
              <w:rPr>
                <w:rFonts w:cs="Times New Roman"/>
                <w:sz w:val="22"/>
              </w:rPr>
              <w:t xml:space="preserve">*. Conform pct. 16 </w:t>
            </w:r>
            <w:proofErr w:type="spellStart"/>
            <w:r w:rsidRPr="00A84BC5">
              <w:rPr>
                <w:rFonts w:cs="Times New Roman"/>
                <w:sz w:val="22"/>
              </w:rPr>
              <w:t>subpct</w:t>
            </w:r>
            <w:proofErr w:type="spellEnd"/>
            <w:r w:rsidRPr="00A84BC5">
              <w:rPr>
                <w:rFonts w:cs="Times New Roman"/>
                <w:sz w:val="22"/>
              </w:rPr>
              <w:t xml:space="preserve">. 2 din </w:t>
            </w:r>
            <w:proofErr w:type="spellStart"/>
            <w:r w:rsidRPr="00A84BC5">
              <w:rPr>
                <w:rFonts w:cs="Times New Roman"/>
                <w:sz w:val="22"/>
              </w:rPr>
              <w:t>Anunțul</w:t>
            </w:r>
            <w:proofErr w:type="spellEnd"/>
            <w:r w:rsidRPr="00A84BC5">
              <w:rPr>
                <w:rFonts w:cs="Times New Roman"/>
                <w:sz w:val="22"/>
              </w:rPr>
              <w:t xml:space="preserve"> de </w:t>
            </w:r>
            <w:proofErr w:type="spellStart"/>
            <w:r w:rsidRPr="00A84BC5">
              <w:rPr>
                <w:rFonts w:cs="Times New Roman"/>
                <w:sz w:val="22"/>
              </w:rPr>
              <w:t>participare</w:t>
            </w:r>
            <w:proofErr w:type="spellEnd"/>
            <w:r w:rsidRPr="00A84BC5">
              <w:rPr>
                <w:rFonts w:cs="Times New Roman"/>
                <w:sz w:val="22"/>
              </w:rPr>
              <w:t>.</w:t>
            </w:r>
          </w:p>
        </w:tc>
        <w:tc>
          <w:tcPr>
            <w:tcW w:w="2411"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jc w:val="center"/>
              <w:rPr>
                <w:rFonts w:cs="Times New Roman"/>
                <w:sz w:val="22"/>
              </w:rPr>
            </w:pPr>
            <w:r w:rsidRPr="00A84BC5">
              <w:rPr>
                <w:rFonts w:cs="Times New Roman"/>
                <w:sz w:val="22"/>
              </w:rPr>
              <w:t>Da    Nu</w:t>
            </w:r>
          </w:p>
        </w:tc>
      </w:tr>
      <w:tr w:rsidR="00924ED0" w:rsidRPr="00A84BC5"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jc w:val="center"/>
              <w:rPr>
                <w:rFonts w:cs="Times New Roman"/>
                <w:sz w:val="22"/>
              </w:rPr>
            </w:pPr>
            <w:r w:rsidRPr="00A84BC5">
              <w:rPr>
                <w:rFonts w:cs="Times New Roman"/>
                <w:sz w:val="22"/>
              </w:rPr>
              <w:t>4G.3</w:t>
            </w:r>
          </w:p>
        </w:tc>
        <w:tc>
          <w:tcPr>
            <w:tcW w:w="6096"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rPr>
                <w:rFonts w:cs="Times New Roman"/>
                <w:sz w:val="22"/>
              </w:rPr>
            </w:pPr>
            <w:proofErr w:type="spellStart"/>
            <w:r w:rsidRPr="00A84BC5">
              <w:rPr>
                <w:rFonts w:cs="Times New Roman"/>
                <w:sz w:val="22"/>
              </w:rPr>
              <w:t>Specificații</w:t>
            </w:r>
            <w:proofErr w:type="spellEnd"/>
            <w:r w:rsidRPr="00A84BC5">
              <w:rPr>
                <w:rFonts w:cs="Times New Roman"/>
                <w:sz w:val="22"/>
              </w:rPr>
              <w:t xml:space="preserve"> </w:t>
            </w:r>
            <w:proofErr w:type="spellStart"/>
            <w:r w:rsidRPr="00A84BC5">
              <w:rPr>
                <w:rFonts w:cs="Times New Roman"/>
                <w:sz w:val="22"/>
              </w:rPr>
              <w:t>tehnice</w:t>
            </w:r>
            <w:proofErr w:type="spellEnd"/>
            <w:r w:rsidRPr="00A84BC5">
              <w:rPr>
                <w:rFonts w:cs="Times New Roman"/>
                <w:sz w:val="22"/>
              </w:rPr>
              <w:t xml:space="preserve"> (</w:t>
            </w:r>
            <w:proofErr w:type="spellStart"/>
            <w:r w:rsidRPr="00A84BC5">
              <w:rPr>
                <w:rFonts w:cs="Times New Roman"/>
                <w:sz w:val="22"/>
              </w:rPr>
              <w:t>anexa</w:t>
            </w:r>
            <w:proofErr w:type="spellEnd"/>
            <w:r w:rsidRPr="00A84BC5">
              <w:rPr>
                <w:rFonts w:cs="Times New Roman"/>
                <w:sz w:val="22"/>
              </w:rPr>
              <w:t xml:space="preserve"> nr. 22). Mod de </w:t>
            </w:r>
            <w:proofErr w:type="spellStart"/>
            <w:r w:rsidRPr="00A84BC5">
              <w:rPr>
                <w:rFonts w:cs="Times New Roman"/>
                <w:sz w:val="22"/>
              </w:rPr>
              <w:t>demonstrare</w:t>
            </w:r>
            <w:proofErr w:type="spellEnd"/>
            <w:r w:rsidRPr="00A84BC5">
              <w:rPr>
                <w:rFonts w:cs="Times New Roman"/>
                <w:sz w:val="22"/>
              </w:rPr>
              <w:t xml:space="preserve">: Original. </w:t>
            </w:r>
            <w:proofErr w:type="spellStart"/>
            <w:r w:rsidRPr="00A84BC5">
              <w:rPr>
                <w:rFonts w:cs="Times New Roman"/>
                <w:sz w:val="22"/>
              </w:rPr>
              <w:t>Semnat</w:t>
            </w:r>
            <w:proofErr w:type="spellEnd"/>
            <w:r w:rsidRPr="00A84BC5">
              <w:rPr>
                <w:rFonts w:cs="Times New Roman"/>
                <w:sz w:val="22"/>
              </w:rPr>
              <w:t xml:space="preserve"> electronic de </w:t>
            </w:r>
            <w:proofErr w:type="spellStart"/>
            <w:r w:rsidRPr="00A84BC5">
              <w:rPr>
                <w:rFonts w:cs="Times New Roman"/>
                <w:sz w:val="22"/>
              </w:rPr>
              <w:t>către</w:t>
            </w:r>
            <w:proofErr w:type="spellEnd"/>
            <w:r w:rsidRPr="00A84BC5">
              <w:rPr>
                <w:rFonts w:cs="Times New Roman"/>
                <w:sz w:val="22"/>
              </w:rPr>
              <w:t xml:space="preserve"> participant. Nivel minim/</w:t>
            </w:r>
            <w:proofErr w:type="spellStart"/>
            <w:r w:rsidRPr="00A84BC5">
              <w:rPr>
                <w:rFonts w:cs="Times New Roman"/>
                <w:sz w:val="22"/>
              </w:rPr>
              <w:t>Obligativitatea</w:t>
            </w:r>
            <w:proofErr w:type="spellEnd"/>
            <w:r w:rsidRPr="00A84BC5">
              <w:rPr>
                <w:rFonts w:cs="Times New Roman"/>
                <w:sz w:val="22"/>
              </w:rPr>
              <w:t xml:space="preserve">: </w:t>
            </w:r>
            <w:proofErr w:type="spellStart"/>
            <w:r w:rsidRPr="00A84BC5">
              <w:rPr>
                <w:rFonts w:cs="Times New Roman"/>
                <w:sz w:val="22"/>
              </w:rPr>
              <w:t>Obligatoriu</w:t>
            </w:r>
            <w:proofErr w:type="spellEnd"/>
            <w:r w:rsidRPr="00A84BC5">
              <w:rPr>
                <w:rFonts w:cs="Times New Roman"/>
                <w:sz w:val="22"/>
              </w:rPr>
              <w:t xml:space="preserve">. Conform pct. 16 </w:t>
            </w:r>
            <w:proofErr w:type="spellStart"/>
            <w:r w:rsidRPr="00A84BC5">
              <w:rPr>
                <w:rFonts w:cs="Times New Roman"/>
                <w:sz w:val="22"/>
              </w:rPr>
              <w:t>subpct</w:t>
            </w:r>
            <w:proofErr w:type="spellEnd"/>
            <w:r w:rsidRPr="00A84BC5">
              <w:rPr>
                <w:rFonts w:cs="Times New Roman"/>
                <w:sz w:val="22"/>
              </w:rPr>
              <w:t xml:space="preserve">. 3 din </w:t>
            </w:r>
            <w:proofErr w:type="spellStart"/>
            <w:r w:rsidRPr="00A84BC5">
              <w:rPr>
                <w:rFonts w:cs="Times New Roman"/>
                <w:sz w:val="22"/>
              </w:rPr>
              <w:t>Anunțul</w:t>
            </w:r>
            <w:proofErr w:type="spellEnd"/>
            <w:r w:rsidRPr="00A84BC5">
              <w:rPr>
                <w:rFonts w:cs="Times New Roman"/>
                <w:sz w:val="22"/>
              </w:rPr>
              <w:t xml:space="preserve"> de </w:t>
            </w:r>
            <w:proofErr w:type="spellStart"/>
            <w:r w:rsidRPr="00A84BC5">
              <w:rPr>
                <w:rFonts w:cs="Times New Roman"/>
                <w:sz w:val="22"/>
              </w:rPr>
              <w:t>participare</w:t>
            </w:r>
            <w:proofErr w:type="spellEnd"/>
            <w:r w:rsidRPr="00A84BC5">
              <w:rPr>
                <w:rFonts w:cs="Times New Roman"/>
                <w:sz w:val="22"/>
              </w:rPr>
              <w:t>.</w:t>
            </w:r>
          </w:p>
        </w:tc>
        <w:tc>
          <w:tcPr>
            <w:tcW w:w="2411"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jc w:val="center"/>
              <w:rPr>
                <w:rFonts w:cs="Times New Roman"/>
                <w:sz w:val="22"/>
              </w:rPr>
            </w:pPr>
            <w:r w:rsidRPr="00A84BC5">
              <w:rPr>
                <w:rFonts w:cs="Times New Roman"/>
                <w:sz w:val="22"/>
              </w:rPr>
              <w:t>Da    Nu</w:t>
            </w:r>
          </w:p>
        </w:tc>
      </w:tr>
      <w:tr w:rsidR="00924ED0" w:rsidRPr="00A84BC5"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jc w:val="center"/>
              <w:rPr>
                <w:rFonts w:cs="Times New Roman"/>
                <w:sz w:val="22"/>
              </w:rPr>
            </w:pPr>
            <w:r w:rsidRPr="00A84BC5">
              <w:rPr>
                <w:rFonts w:cs="Times New Roman"/>
                <w:sz w:val="22"/>
              </w:rPr>
              <w:lastRenderedPageBreak/>
              <w:t>4G.4</w:t>
            </w:r>
          </w:p>
        </w:tc>
        <w:tc>
          <w:tcPr>
            <w:tcW w:w="6096"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rPr>
                <w:rFonts w:cs="Times New Roman"/>
                <w:sz w:val="22"/>
              </w:rPr>
            </w:pPr>
            <w:proofErr w:type="spellStart"/>
            <w:r w:rsidRPr="00A84BC5">
              <w:rPr>
                <w:rFonts w:cs="Times New Roman"/>
                <w:sz w:val="22"/>
              </w:rPr>
              <w:t>Specificații</w:t>
            </w:r>
            <w:proofErr w:type="spellEnd"/>
            <w:r w:rsidRPr="00A84BC5">
              <w:rPr>
                <w:rFonts w:cs="Times New Roman"/>
                <w:sz w:val="22"/>
              </w:rPr>
              <w:t xml:space="preserve"> de </w:t>
            </w:r>
            <w:proofErr w:type="spellStart"/>
            <w:r w:rsidRPr="00A84BC5">
              <w:rPr>
                <w:rFonts w:cs="Times New Roman"/>
                <w:sz w:val="22"/>
              </w:rPr>
              <w:t>preț</w:t>
            </w:r>
            <w:proofErr w:type="spellEnd"/>
            <w:r w:rsidRPr="00A84BC5">
              <w:rPr>
                <w:rFonts w:cs="Times New Roman"/>
                <w:sz w:val="22"/>
              </w:rPr>
              <w:t xml:space="preserve"> (</w:t>
            </w:r>
            <w:proofErr w:type="spellStart"/>
            <w:r w:rsidRPr="00A84BC5">
              <w:rPr>
                <w:rFonts w:cs="Times New Roman"/>
                <w:sz w:val="22"/>
              </w:rPr>
              <w:t>anexa</w:t>
            </w:r>
            <w:proofErr w:type="spellEnd"/>
            <w:r w:rsidRPr="00A84BC5">
              <w:rPr>
                <w:rFonts w:cs="Times New Roman"/>
                <w:sz w:val="22"/>
              </w:rPr>
              <w:t xml:space="preserve"> nr. 23). Mod de </w:t>
            </w:r>
            <w:proofErr w:type="spellStart"/>
            <w:r w:rsidRPr="00A84BC5">
              <w:rPr>
                <w:rFonts w:cs="Times New Roman"/>
                <w:sz w:val="22"/>
              </w:rPr>
              <w:t>demonstrare</w:t>
            </w:r>
            <w:proofErr w:type="spellEnd"/>
            <w:r w:rsidRPr="00A84BC5">
              <w:rPr>
                <w:rFonts w:cs="Times New Roman"/>
                <w:sz w:val="22"/>
              </w:rPr>
              <w:t xml:space="preserve">: Original. </w:t>
            </w:r>
            <w:proofErr w:type="spellStart"/>
            <w:r w:rsidRPr="00A84BC5">
              <w:rPr>
                <w:rFonts w:cs="Times New Roman"/>
                <w:sz w:val="22"/>
              </w:rPr>
              <w:t>Semnat</w:t>
            </w:r>
            <w:proofErr w:type="spellEnd"/>
            <w:r w:rsidRPr="00A84BC5">
              <w:rPr>
                <w:rFonts w:cs="Times New Roman"/>
                <w:sz w:val="22"/>
              </w:rPr>
              <w:t xml:space="preserve"> electronic de </w:t>
            </w:r>
            <w:proofErr w:type="spellStart"/>
            <w:r w:rsidRPr="00A84BC5">
              <w:rPr>
                <w:rFonts w:cs="Times New Roman"/>
                <w:sz w:val="22"/>
              </w:rPr>
              <w:t>către</w:t>
            </w:r>
            <w:proofErr w:type="spellEnd"/>
            <w:r w:rsidRPr="00A84BC5">
              <w:rPr>
                <w:rFonts w:cs="Times New Roman"/>
                <w:sz w:val="22"/>
              </w:rPr>
              <w:t xml:space="preserve"> participant. Nivel minim/</w:t>
            </w:r>
            <w:proofErr w:type="spellStart"/>
            <w:r w:rsidRPr="00A84BC5">
              <w:rPr>
                <w:rFonts w:cs="Times New Roman"/>
                <w:sz w:val="22"/>
              </w:rPr>
              <w:t>Obligativitatea</w:t>
            </w:r>
            <w:proofErr w:type="spellEnd"/>
            <w:r w:rsidRPr="00A84BC5">
              <w:rPr>
                <w:rFonts w:cs="Times New Roman"/>
                <w:sz w:val="22"/>
              </w:rPr>
              <w:t xml:space="preserve">: </w:t>
            </w:r>
            <w:proofErr w:type="spellStart"/>
            <w:r w:rsidRPr="00A84BC5">
              <w:rPr>
                <w:rFonts w:cs="Times New Roman"/>
                <w:sz w:val="22"/>
              </w:rPr>
              <w:t>Obligatoriu</w:t>
            </w:r>
            <w:proofErr w:type="spellEnd"/>
            <w:r w:rsidRPr="00A84BC5">
              <w:rPr>
                <w:rFonts w:cs="Times New Roman"/>
                <w:sz w:val="22"/>
              </w:rPr>
              <w:t xml:space="preserve">. Conform pct. 16 </w:t>
            </w:r>
            <w:proofErr w:type="spellStart"/>
            <w:r w:rsidRPr="00A84BC5">
              <w:rPr>
                <w:rFonts w:cs="Times New Roman"/>
                <w:sz w:val="22"/>
              </w:rPr>
              <w:t>subpct</w:t>
            </w:r>
            <w:proofErr w:type="spellEnd"/>
            <w:r w:rsidRPr="00A84BC5">
              <w:rPr>
                <w:rFonts w:cs="Times New Roman"/>
                <w:sz w:val="22"/>
              </w:rPr>
              <w:t xml:space="preserve">. 4 din </w:t>
            </w:r>
            <w:proofErr w:type="spellStart"/>
            <w:r w:rsidRPr="00A84BC5">
              <w:rPr>
                <w:rFonts w:cs="Times New Roman"/>
                <w:sz w:val="22"/>
              </w:rPr>
              <w:t>Anunțul</w:t>
            </w:r>
            <w:proofErr w:type="spellEnd"/>
            <w:r w:rsidRPr="00A84BC5">
              <w:rPr>
                <w:rFonts w:cs="Times New Roman"/>
                <w:sz w:val="22"/>
              </w:rPr>
              <w:t xml:space="preserve"> de </w:t>
            </w:r>
            <w:proofErr w:type="spellStart"/>
            <w:r w:rsidRPr="00A84BC5">
              <w:rPr>
                <w:rFonts w:cs="Times New Roman"/>
                <w:sz w:val="22"/>
              </w:rPr>
              <w:t>participare</w:t>
            </w:r>
            <w:proofErr w:type="spellEnd"/>
            <w:r w:rsidRPr="00A84BC5">
              <w:rPr>
                <w:rFonts w:cs="Times New Roman"/>
                <w:sz w:val="22"/>
              </w:rPr>
              <w:t>.</w:t>
            </w:r>
          </w:p>
        </w:tc>
        <w:tc>
          <w:tcPr>
            <w:tcW w:w="2411"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jc w:val="center"/>
              <w:rPr>
                <w:rFonts w:cs="Times New Roman"/>
                <w:sz w:val="22"/>
              </w:rPr>
            </w:pPr>
            <w:r w:rsidRPr="00A84BC5">
              <w:rPr>
                <w:rFonts w:cs="Times New Roman"/>
                <w:sz w:val="22"/>
              </w:rPr>
              <w:t>Da    Nu</w:t>
            </w:r>
          </w:p>
        </w:tc>
      </w:tr>
      <w:tr w:rsidR="00924ED0" w:rsidRPr="00A84BC5"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jc w:val="center"/>
              <w:rPr>
                <w:rFonts w:cs="Times New Roman"/>
                <w:sz w:val="22"/>
              </w:rPr>
            </w:pPr>
            <w:r w:rsidRPr="00A84BC5">
              <w:rPr>
                <w:rFonts w:cs="Times New Roman"/>
                <w:sz w:val="22"/>
              </w:rPr>
              <w:t>4G.5</w:t>
            </w:r>
          </w:p>
        </w:tc>
        <w:tc>
          <w:tcPr>
            <w:tcW w:w="6096"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rPr>
                <w:rFonts w:cs="Times New Roman"/>
                <w:sz w:val="22"/>
              </w:rPr>
            </w:pPr>
            <w:proofErr w:type="spellStart"/>
            <w:r w:rsidRPr="00A84BC5">
              <w:rPr>
                <w:rFonts w:cs="Times New Roman"/>
                <w:sz w:val="22"/>
              </w:rPr>
              <w:t>Garanția</w:t>
            </w:r>
            <w:proofErr w:type="spellEnd"/>
            <w:r w:rsidRPr="00A84BC5">
              <w:rPr>
                <w:rFonts w:cs="Times New Roman"/>
                <w:sz w:val="22"/>
              </w:rPr>
              <w:t xml:space="preserve"> </w:t>
            </w:r>
            <w:proofErr w:type="spellStart"/>
            <w:r w:rsidRPr="00A84BC5">
              <w:rPr>
                <w:rFonts w:cs="Times New Roman"/>
                <w:sz w:val="22"/>
              </w:rPr>
              <w:t>pentru</w:t>
            </w:r>
            <w:proofErr w:type="spellEnd"/>
            <w:r w:rsidRPr="00A84BC5">
              <w:rPr>
                <w:rFonts w:cs="Times New Roman"/>
                <w:sz w:val="22"/>
              </w:rPr>
              <w:t xml:space="preserve"> </w:t>
            </w:r>
            <w:proofErr w:type="spellStart"/>
            <w:r w:rsidRPr="00A84BC5">
              <w:rPr>
                <w:rFonts w:cs="Times New Roman"/>
                <w:sz w:val="22"/>
              </w:rPr>
              <w:t>ofertă</w:t>
            </w:r>
            <w:proofErr w:type="spellEnd"/>
            <w:r w:rsidRPr="00A84BC5">
              <w:rPr>
                <w:rFonts w:cs="Times New Roman"/>
                <w:sz w:val="22"/>
              </w:rPr>
              <w:t xml:space="preserve"> </w:t>
            </w:r>
            <w:proofErr w:type="spellStart"/>
            <w:r w:rsidRPr="00A84BC5">
              <w:rPr>
                <w:rFonts w:cs="Times New Roman"/>
                <w:sz w:val="22"/>
              </w:rPr>
              <w:t>în</w:t>
            </w:r>
            <w:proofErr w:type="spellEnd"/>
            <w:r w:rsidRPr="00A84BC5">
              <w:rPr>
                <w:rFonts w:cs="Times New Roman"/>
                <w:sz w:val="22"/>
              </w:rPr>
              <w:t xml:space="preserve"> </w:t>
            </w:r>
            <w:proofErr w:type="spellStart"/>
            <w:r w:rsidRPr="00A84BC5">
              <w:rPr>
                <w:rFonts w:cs="Times New Roman"/>
                <w:sz w:val="22"/>
              </w:rPr>
              <w:t>cuantum</w:t>
            </w:r>
            <w:proofErr w:type="spellEnd"/>
            <w:r w:rsidRPr="00A84BC5">
              <w:rPr>
                <w:rFonts w:cs="Times New Roman"/>
                <w:sz w:val="22"/>
              </w:rPr>
              <w:t xml:space="preserve"> de 1% din </w:t>
            </w:r>
            <w:proofErr w:type="spellStart"/>
            <w:r w:rsidRPr="00A84BC5">
              <w:rPr>
                <w:rFonts w:cs="Times New Roman"/>
                <w:sz w:val="22"/>
              </w:rPr>
              <w:t>valoarea</w:t>
            </w:r>
            <w:proofErr w:type="spellEnd"/>
            <w:r w:rsidRPr="00A84BC5">
              <w:rPr>
                <w:rFonts w:cs="Times New Roman"/>
                <w:sz w:val="22"/>
              </w:rPr>
              <w:t xml:space="preserve"> </w:t>
            </w:r>
            <w:proofErr w:type="spellStart"/>
            <w:r w:rsidRPr="00A84BC5">
              <w:rPr>
                <w:rFonts w:cs="Times New Roman"/>
                <w:sz w:val="22"/>
              </w:rPr>
              <w:t>ofertei</w:t>
            </w:r>
            <w:proofErr w:type="spellEnd"/>
            <w:r w:rsidRPr="00A84BC5">
              <w:rPr>
                <w:rFonts w:cs="Times New Roman"/>
                <w:sz w:val="22"/>
              </w:rPr>
              <w:t xml:space="preserve"> </w:t>
            </w:r>
            <w:proofErr w:type="spellStart"/>
            <w:r w:rsidRPr="00A84BC5">
              <w:rPr>
                <w:rFonts w:cs="Times New Roman"/>
                <w:sz w:val="22"/>
              </w:rPr>
              <w:t>fără</w:t>
            </w:r>
            <w:proofErr w:type="spellEnd"/>
            <w:r w:rsidRPr="00A84BC5">
              <w:rPr>
                <w:rFonts w:cs="Times New Roman"/>
                <w:sz w:val="22"/>
              </w:rPr>
              <w:t xml:space="preserve"> TVA. Mod de </w:t>
            </w:r>
            <w:proofErr w:type="spellStart"/>
            <w:r w:rsidRPr="00A84BC5">
              <w:rPr>
                <w:rFonts w:cs="Times New Roman"/>
                <w:sz w:val="22"/>
              </w:rPr>
              <w:t>demonstrare</w:t>
            </w:r>
            <w:proofErr w:type="spellEnd"/>
            <w:r w:rsidRPr="00A84BC5">
              <w:rPr>
                <w:rFonts w:cs="Times New Roman"/>
                <w:sz w:val="22"/>
              </w:rPr>
              <w:t xml:space="preserve">: </w:t>
            </w:r>
            <w:proofErr w:type="spellStart"/>
            <w:r w:rsidRPr="00A84BC5">
              <w:rPr>
                <w:rFonts w:cs="Times New Roman"/>
                <w:sz w:val="22"/>
              </w:rPr>
              <w:t>Scrisoare</w:t>
            </w:r>
            <w:proofErr w:type="spellEnd"/>
            <w:r w:rsidRPr="00A84BC5">
              <w:rPr>
                <w:rFonts w:cs="Times New Roman"/>
                <w:sz w:val="22"/>
              </w:rPr>
              <w:t xml:space="preserve"> de </w:t>
            </w:r>
            <w:proofErr w:type="spellStart"/>
            <w:r w:rsidRPr="00A84BC5">
              <w:rPr>
                <w:rFonts w:cs="Times New Roman"/>
                <w:sz w:val="22"/>
              </w:rPr>
              <w:t>garanție</w:t>
            </w:r>
            <w:proofErr w:type="spellEnd"/>
            <w:r w:rsidRPr="00A84BC5">
              <w:rPr>
                <w:rFonts w:cs="Times New Roman"/>
                <w:sz w:val="22"/>
              </w:rPr>
              <w:t xml:space="preserve"> </w:t>
            </w:r>
            <w:proofErr w:type="spellStart"/>
            <w:r w:rsidRPr="00A84BC5">
              <w:rPr>
                <w:rFonts w:cs="Times New Roman"/>
                <w:sz w:val="22"/>
              </w:rPr>
              <w:t>bancară</w:t>
            </w:r>
            <w:proofErr w:type="spellEnd"/>
            <w:r w:rsidRPr="00A84BC5">
              <w:rPr>
                <w:rFonts w:cs="Times New Roman"/>
                <w:sz w:val="22"/>
              </w:rPr>
              <w:t xml:space="preserve"> </w:t>
            </w:r>
            <w:proofErr w:type="spellStart"/>
            <w:r w:rsidRPr="00A84BC5">
              <w:rPr>
                <w:rFonts w:cs="Times New Roman"/>
                <w:sz w:val="22"/>
              </w:rPr>
              <w:t>sau</w:t>
            </w:r>
            <w:proofErr w:type="spellEnd"/>
            <w:r w:rsidRPr="00A84BC5">
              <w:rPr>
                <w:rFonts w:cs="Times New Roman"/>
                <w:sz w:val="22"/>
              </w:rPr>
              <w:t xml:space="preserve"> transfer la </w:t>
            </w:r>
            <w:proofErr w:type="spellStart"/>
            <w:r w:rsidRPr="00A84BC5">
              <w:rPr>
                <w:rFonts w:cs="Times New Roman"/>
                <w:sz w:val="22"/>
              </w:rPr>
              <w:t>contul</w:t>
            </w:r>
            <w:proofErr w:type="spellEnd"/>
            <w:r w:rsidRPr="00A84BC5">
              <w:rPr>
                <w:rFonts w:cs="Times New Roman"/>
                <w:sz w:val="22"/>
              </w:rPr>
              <w:t xml:space="preserve"> </w:t>
            </w:r>
            <w:proofErr w:type="spellStart"/>
            <w:r w:rsidRPr="00A84BC5">
              <w:rPr>
                <w:rFonts w:cs="Times New Roman"/>
                <w:sz w:val="22"/>
              </w:rPr>
              <w:t>autorității</w:t>
            </w:r>
            <w:proofErr w:type="spellEnd"/>
            <w:r w:rsidRPr="00A84BC5">
              <w:rPr>
                <w:rFonts w:cs="Times New Roman"/>
                <w:sz w:val="22"/>
              </w:rPr>
              <w:t xml:space="preserve"> </w:t>
            </w:r>
            <w:proofErr w:type="spellStart"/>
            <w:r w:rsidRPr="00A84BC5">
              <w:rPr>
                <w:rFonts w:cs="Times New Roman"/>
                <w:sz w:val="22"/>
              </w:rPr>
              <w:t>contractante</w:t>
            </w:r>
            <w:proofErr w:type="spellEnd"/>
            <w:r w:rsidRPr="00A84BC5">
              <w:rPr>
                <w:rFonts w:cs="Times New Roman"/>
                <w:sz w:val="22"/>
              </w:rPr>
              <w:t xml:space="preserve">; </w:t>
            </w:r>
            <w:proofErr w:type="spellStart"/>
            <w:r w:rsidRPr="00A84BC5">
              <w:rPr>
                <w:rFonts w:cs="Times New Roman"/>
                <w:sz w:val="22"/>
              </w:rPr>
              <w:t>valabilă</w:t>
            </w:r>
            <w:proofErr w:type="spellEnd"/>
            <w:r w:rsidRPr="00A84BC5">
              <w:rPr>
                <w:rFonts w:cs="Times New Roman"/>
                <w:sz w:val="22"/>
              </w:rPr>
              <w:t xml:space="preserve"> pe </w:t>
            </w:r>
            <w:proofErr w:type="spellStart"/>
            <w:r w:rsidRPr="00A84BC5">
              <w:rPr>
                <w:rFonts w:cs="Times New Roman"/>
                <w:sz w:val="22"/>
              </w:rPr>
              <w:t>perioada</w:t>
            </w:r>
            <w:proofErr w:type="spellEnd"/>
            <w:r w:rsidRPr="00A84BC5">
              <w:rPr>
                <w:rFonts w:cs="Times New Roman"/>
                <w:sz w:val="22"/>
              </w:rPr>
              <w:t xml:space="preserve"> de </w:t>
            </w:r>
            <w:proofErr w:type="spellStart"/>
            <w:r w:rsidRPr="00A84BC5">
              <w:rPr>
                <w:rFonts w:cs="Times New Roman"/>
                <w:sz w:val="22"/>
              </w:rPr>
              <w:t>valabilitate</w:t>
            </w:r>
            <w:proofErr w:type="spellEnd"/>
            <w:r w:rsidRPr="00A84BC5">
              <w:rPr>
                <w:rFonts w:cs="Times New Roman"/>
                <w:sz w:val="22"/>
              </w:rPr>
              <w:t xml:space="preserve"> </w:t>
            </w:r>
            <w:proofErr w:type="gramStart"/>
            <w:r w:rsidRPr="00A84BC5">
              <w:rPr>
                <w:rFonts w:cs="Times New Roman"/>
                <w:sz w:val="22"/>
              </w:rPr>
              <w:t>a</w:t>
            </w:r>
            <w:proofErr w:type="gramEnd"/>
            <w:r w:rsidRPr="00A84BC5">
              <w:rPr>
                <w:rFonts w:cs="Times New Roman"/>
                <w:sz w:val="22"/>
              </w:rPr>
              <w:t xml:space="preserve"> </w:t>
            </w:r>
            <w:proofErr w:type="spellStart"/>
            <w:r w:rsidRPr="00A84BC5">
              <w:rPr>
                <w:rFonts w:cs="Times New Roman"/>
                <w:sz w:val="22"/>
              </w:rPr>
              <w:t>ofertei</w:t>
            </w:r>
            <w:proofErr w:type="spellEnd"/>
            <w:r w:rsidRPr="00A84BC5">
              <w:rPr>
                <w:rFonts w:cs="Times New Roman"/>
                <w:sz w:val="22"/>
              </w:rPr>
              <w:t>. Nivel minim/</w:t>
            </w:r>
            <w:proofErr w:type="spellStart"/>
            <w:r w:rsidRPr="00A84BC5">
              <w:rPr>
                <w:rFonts w:cs="Times New Roman"/>
                <w:sz w:val="22"/>
              </w:rPr>
              <w:t>Obligativitatea</w:t>
            </w:r>
            <w:proofErr w:type="spellEnd"/>
            <w:r w:rsidRPr="00A84BC5">
              <w:rPr>
                <w:rFonts w:cs="Times New Roman"/>
                <w:sz w:val="22"/>
              </w:rPr>
              <w:t xml:space="preserve">: </w:t>
            </w:r>
            <w:proofErr w:type="spellStart"/>
            <w:r w:rsidRPr="00A84BC5">
              <w:rPr>
                <w:rFonts w:cs="Times New Roman"/>
                <w:sz w:val="22"/>
              </w:rPr>
              <w:t>Obligatoriu</w:t>
            </w:r>
            <w:proofErr w:type="spellEnd"/>
            <w:r w:rsidRPr="00A84BC5">
              <w:rPr>
                <w:rFonts w:cs="Times New Roman"/>
                <w:sz w:val="22"/>
              </w:rPr>
              <w:t xml:space="preserve">. Conform pct. 16 </w:t>
            </w:r>
            <w:proofErr w:type="spellStart"/>
            <w:r w:rsidRPr="00A84BC5">
              <w:rPr>
                <w:rFonts w:cs="Times New Roman"/>
                <w:sz w:val="22"/>
              </w:rPr>
              <w:t>subpct</w:t>
            </w:r>
            <w:proofErr w:type="spellEnd"/>
            <w:r w:rsidRPr="00A84BC5">
              <w:rPr>
                <w:rFonts w:cs="Times New Roman"/>
                <w:sz w:val="22"/>
              </w:rPr>
              <w:t xml:space="preserve">. 5 din </w:t>
            </w:r>
            <w:proofErr w:type="spellStart"/>
            <w:r w:rsidRPr="00A84BC5">
              <w:rPr>
                <w:rFonts w:cs="Times New Roman"/>
                <w:sz w:val="22"/>
              </w:rPr>
              <w:t>Anunțul</w:t>
            </w:r>
            <w:proofErr w:type="spellEnd"/>
            <w:r w:rsidRPr="00A84BC5">
              <w:rPr>
                <w:rFonts w:cs="Times New Roman"/>
                <w:sz w:val="22"/>
              </w:rPr>
              <w:t xml:space="preserve"> de </w:t>
            </w:r>
            <w:proofErr w:type="spellStart"/>
            <w:r w:rsidRPr="00A84BC5">
              <w:rPr>
                <w:rFonts w:cs="Times New Roman"/>
                <w:sz w:val="22"/>
              </w:rPr>
              <w:t>participare</w:t>
            </w:r>
            <w:proofErr w:type="spellEnd"/>
            <w:r w:rsidRPr="00A84BC5">
              <w:rPr>
                <w:rFonts w:cs="Times New Roman"/>
                <w:sz w:val="22"/>
              </w:rPr>
              <w:t>.</w:t>
            </w:r>
          </w:p>
        </w:tc>
        <w:tc>
          <w:tcPr>
            <w:tcW w:w="2411"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jc w:val="center"/>
              <w:rPr>
                <w:rFonts w:cs="Times New Roman"/>
                <w:sz w:val="22"/>
              </w:rPr>
            </w:pPr>
            <w:r w:rsidRPr="00A84BC5">
              <w:rPr>
                <w:rFonts w:cs="Times New Roman"/>
                <w:sz w:val="22"/>
              </w:rPr>
              <w:t>Da    Nu</w:t>
            </w:r>
          </w:p>
        </w:tc>
      </w:tr>
      <w:tr w:rsidR="00924ED0" w:rsidRPr="00A84BC5"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jc w:val="center"/>
              <w:rPr>
                <w:rFonts w:cs="Times New Roman"/>
                <w:sz w:val="22"/>
              </w:rPr>
            </w:pPr>
            <w:r w:rsidRPr="00A84BC5">
              <w:rPr>
                <w:rFonts w:cs="Times New Roman"/>
                <w:sz w:val="22"/>
              </w:rPr>
              <w:t>4G.6</w:t>
            </w:r>
          </w:p>
        </w:tc>
        <w:tc>
          <w:tcPr>
            <w:tcW w:w="6096"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rPr>
                <w:rFonts w:cs="Times New Roman"/>
                <w:sz w:val="22"/>
              </w:rPr>
            </w:pPr>
            <w:proofErr w:type="spellStart"/>
            <w:r w:rsidRPr="00A84BC5">
              <w:rPr>
                <w:rFonts w:cs="Times New Roman"/>
                <w:sz w:val="22"/>
              </w:rPr>
              <w:t>Certificat</w:t>
            </w:r>
            <w:proofErr w:type="spellEnd"/>
            <w:r w:rsidRPr="00A84BC5">
              <w:rPr>
                <w:rFonts w:cs="Times New Roman"/>
                <w:sz w:val="22"/>
              </w:rPr>
              <w:t>/</w:t>
            </w:r>
            <w:proofErr w:type="spellStart"/>
            <w:r w:rsidRPr="00A84BC5">
              <w:rPr>
                <w:rFonts w:cs="Times New Roman"/>
                <w:sz w:val="22"/>
              </w:rPr>
              <w:t>decizie</w:t>
            </w:r>
            <w:proofErr w:type="spellEnd"/>
            <w:r w:rsidRPr="00A84BC5">
              <w:rPr>
                <w:rFonts w:cs="Times New Roman"/>
                <w:sz w:val="22"/>
              </w:rPr>
              <w:t xml:space="preserve"> de </w:t>
            </w:r>
            <w:proofErr w:type="spellStart"/>
            <w:r w:rsidRPr="00A84BC5">
              <w:rPr>
                <w:rFonts w:cs="Times New Roman"/>
                <w:sz w:val="22"/>
              </w:rPr>
              <w:t>înregistrare</w:t>
            </w:r>
            <w:proofErr w:type="spellEnd"/>
            <w:r w:rsidRPr="00A84BC5">
              <w:rPr>
                <w:rFonts w:cs="Times New Roman"/>
                <w:sz w:val="22"/>
              </w:rPr>
              <w:t xml:space="preserve"> </w:t>
            </w:r>
            <w:proofErr w:type="spellStart"/>
            <w:r w:rsidRPr="00A84BC5">
              <w:rPr>
                <w:rFonts w:cs="Times New Roman"/>
                <w:sz w:val="22"/>
              </w:rPr>
              <w:t>sau</w:t>
            </w:r>
            <w:proofErr w:type="spellEnd"/>
            <w:r w:rsidRPr="00A84BC5">
              <w:rPr>
                <w:rFonts w:cs="Times New Roman"/>
                <w:sz w:val="22"/>
              </w:rPr>
              <w:t xml:space="preserve"> extras din </w:t>
            </w:r>
            <w:proofErr w:type="spellStart"/>
            <w:r w:rsidRPr="00A84BC5">
              <w:rPr>
                <w:rFonts w:cs="Times New Roman"/>
                <w:sz w:val="22"/>
              </w:rPr>
              <w:t>registrul</w:t>
            </w:r>
            <w:proofErr w:type="spellEnd"/>
            <w:r w:rsidRPr="00A84BC5">
              <w:rPr>
                <w:rFonts w:cs="Times New Roman"/>
                <w:sz w:val="22"/>
              </w:rPr>
              <w:t xml:space="preserve"> de stat. Mod de </w:t>
            </w:r>
            <w:proofErr w:type="spellStart"/>
            <w:r w:rsidRPr="00A84BC5">
              <w:rPr>
                <w:rFonts w:cs="Times New Roman"/>
                <w:sz w:val="22"/>
              </w:rPr>
              <w:t>demonstrare</w:t>
            </w:r>
            <w:proofErr w:type="spellEnd"/>
            <w:r w:rsidRPr="00A84BC5">
              <w:rPr>
                <w:rFonts w:cs="Times New Roman"/>
                <w:sz w:val="22"/>
              </w:rPr>
              <w:t xml:space="preserve">: </w:t>
            </w:r>
            <w:proofErr w:type="spellStart"/>
            <w:r w:rsidRPr="00A84BC5">
              <w:rPr>
                <w:rFonts w:cs="Times New Roman"/>
                <w:sz w:val="22"/>
              </w:rPr>
              <w:t>Copie</w:t>
            </w:r>
            <w:proofErr w:type="spellEnd"/>
            <w:r w:rsidRPr="00A84BC5">
              <w:rPr>
                <w:rFonts w:cs="Times New Roman"/>
                <w:sz w:val="22"/>
              </w:rPr>
              <w:t xml:space="preserve">/Original, </w:t>
            </w:r>
            <w:proofErr w:type="spellStart"/>
            <w:r w:rsidRPr="00A84BC5">
              <w:rPr>
                <w:rFonts w:cs="Times New Roman"/>
                <w:sz w:val="22"/>
              </w:rPr>
              <w:t>semnat</w:t>
            </w:r>
            <w:proofErr w:type="spellEnd"/>
            <w:r w:rsidRPr="00A84BC5">
              <w:rPr>
                <w:rFonts w:cs="Times New Roman"/>
                <w:sz w:val="22"/>
              </w:rPr>
              <w:t xml:space="preserve"> electronic de </w:t>
            </w:r>
            <w:proofErr w:type="spellStart"/>
            <w:r w:rsidRPr="00A84BC5">
              <w:rPr>
                <w:rFonts w:cs="Times New Roman"/>
                <w:sz w:val="22"/>
              </w:rPr>
              <w:t>către</w:t>
            </w:r>
            <w:proofErr w:type="spellEnd"/>
            <w:r w:rsidRPr="00A84BC5">
              <w:rPr>
                <w:rFonts w:cs="Times New Roman"/>
                <w:sz w:val="22"/>
              </w:rPr>
              <w:t xml:space="preserve"> participant. Nivel minim/</w:t>
            </w:r>
            <w:proofErr w:type="spellStart"/>
            <w:r w:rsidRPr="00A84BC5">
              <w:rPr>
                <w:rFonts w:cs="Times New Roman"/>
                <w:sz w:val="22"/>
              </w:rPr>
              <w:t>Obligativitatea</w:t>
            </w:r>
            <w:proofErr w:type="spellEnd"/>
            <w:r w:rsidRPr="00A84BC5">
              <w:rPr>
                <w:rFonts w:cs="Times New Roman"/>
                <w:sz w:val="22"/>
              </w:rPr>
              <w:t xml:space="preserve">: </w:t>
            </w:r>
            <w:proofErr w:type="spellStart"/>
            <w:r w:rsidRPr="00A84BC5">
              <w:rPr>
                <w:rFonts w:cs="Times New Roman"/>
                <w:sz w:val="22"/>
              </w:rPr>
              <w:t>Obligatoriu</w:t>
            </w:r>
            <w:proofErr w:type="spellEnd"/>
            <w:r w:rsidRPr="00A84BC5">
              <w:rPr>
                <w:rFonts w:cs="Times New Roman"/>
                <w:sz w:val="22"/>
              </w:rPr>
              <w:t xml:space="preserve">*. Conform pct. 16 </w:t>
            </w:r>
            <w:proofErr w:type="spellStart"/>
            <w:r w:rsidRPr="00A84BC5">
              <w:rPr>
                <w:rFonts w:cs="Times New Roman"/>
                <w:sz w:val="22"/>
              </w:rPr>
              <w:t>subpct</w:t>
            </w:r>
            <w:proofErr w:type="spellEnd"/>
            <w:r w:rsidRPr="00A84BC5">
              <w:rPr>
                <w:rFonts w:cs="Times New Roman"/>
                <w:sz w:val="22"/>
              </w:rPr>
              <w:t xml:space="preserve">. 6 din </w:t>
            </w:r>
            <w:proofErr w:type="spellStart"/>
            <w:r w:rsidRPr="00A84BC5">
              <w:rPr>
                <w:rFonts w:cs="Times New Roman"/>
                <w:sz w:val="22"/>
              </w:rPr>
              <w:t>Anunțul</w:t>
            </w:r>
            <w:proofErr w:type="spellEnd"/>
            <w:r w:rsidRPr="00A84BC5">
              <w:rPr>
                <w:rFonts w:cs="Times New Roman"/>
                <w:sz w:val="22"/>
              </w:rPr>
              <w:t xml:space="preserve"> de </w:t>
            </w:r>
            <w:proofErr w:type="spellStart"/>
            <w:r w:rsidRPr="00A84BC5">
              <w:rPr>
                <w:rFonts w:cs="Times New Roman"/>
                <w:sz w:val="22"/>
              </w:rPr>
              <w:t>participare</w:t>
            </w:r>
            <w:proofErr w:type="spellEnd"/>
            <w:r w:rsidRPr="00A84BC5">
              <w:rPr>
                <w:rFonts w:cs="Times New Roman"/>
                <w:sz w:val="22"/>
              </w:rPr>
              <w:t>.</w:t>
            </w:r>
          </w:p>
        </w:tc>
        <w:tc>
          <w:tcPr>
            <w:tcW w:w="2411"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jc w:val="center"/>
              <w:rPr>
                <w:rFonts w:cs="Times New Roman"/>
                <w:sz w:val="22"/>
              </w:rPr>
            </w:pPr>
            <w:r w:rsidRPr="00A84BC5">
              <w:rPr>
                <w:rFonts w:cs="Times New Roman"/>
                <w:sz w:val="22"/>
              </w:rPr>
              <w:t>Da    Nu</w:t>
            </w:r>
          </w:p>
        </w:tc>
      </w:tr>
      <w:tr w:rsidR="00924ED0" w:rsidRPr="00A84BC5"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jc w:val="center"/>
              <w:rPr>
                <w:rFonts w:cs="Times New Roman"/>
                <w:sz w:val="22"/>
              </w:rPr>
            </w:pPr>
            <w:r w:rsidRPr="00A84BC5">
              <w:rPr>
                <w:rFonts w:cs="Times New Roman"/>
                <w:sz w:val="22"/>
              </w:rPr>
              <w:t>4G.7</w:t>
            </w:r>
          </w:p>
        </w:tc>
        <w:tc>
          <w:tcPr>
            <w:tcW w:w="6096"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rPr>
                <w:rFonts w:cs="Times New Roman"/>
                <w:sz w:val="22"/>
              </w:rPr>
            </w:pPr>
            <w:proofErr w:type="spellStart"/>
            <w:r w:rsidRPr="00A84BC5">
              <w:rPr>
                <w:rFonts w:cs="Times New Roman"/>
                <w:sz w:val="22"/>
              </w:rPr>
              <w:t>Declarație</w:t>
            </w:r>
            <w:proofErr w:type="spellEnd"/>
            <w:r w:rsidRPr="00A84BC5">
              <w:rPr>
                <w:rFonts w:cs="Times New Roman"/>
                <w:sz w:val="22"/>
              </w:rPr>
              <w:t xml:space="preserve"> </w:t>
            </w:r>
            <w:proofErr w:type="spellStart"/>
            <w:r w:rsidRPr="00A84BC5">
              <w:rPr>
                <w:rFonts w:cs="Times New Roman"/>
                <w:sz w:val="22"/>
              </w:rPr>
              <w:t>privind</w:t>
            </w:r>
            <w:proofErr w:type="spellEnd"/>
            <w:r w:rsidRPr="00A84BC5">
              <w:rPr>
                <w:rFonts w:cs="Times New Roman"/>
                <w:sz w:val="22"/>
              </w:rPr>
              <w:t xml:space="preserve"> </w:t>
            </w:r>
            <w:proofErr w:type="spellStart"/>
            <w:r w:rsidRPr="00A84BC5">
              <w:rPr>
                <w:rFonts w:cs="Times New Roman"/>
                <w:sz w:val="22"/>
              </w:rPr>
              <w:t>valabilitatea</w:t>
            </w:r>
            <w:proofErr w:type="spellEnd"/>
            <w:r w:rsidRPr="00A84BC5">
              <w:rPr>
                <w:rFonts w:cs="Times New Roman"/>
                <w:sz w:val="22"/>
              </w:rPr>
              <w:t xml:space="preserve"> </w:t>
            </w:r>
            <w:proofErr w:type="spellStart"/>
            <w:r w:rsidRPr="00A84BC5">
              <w:rPr>
                <w:rFonts w:cs="Times New Roman"/>
                <w:sz w:val="22"/>
              </w:rPr>
              <w:t>ofertei</w:t>
            </w:r>
            <w:proofErr w:type="spellEnd"/>
            <w:r w:rsidRPr="00A84BC5">
              <w:rPr>
                <w:rFonts w:cs="Times New Roman"/>
                <w:sz w:val="22"/>
              </w:rPr>
              <w:t xml:space="preserve">. Mod de </w:t>
            </w:r>
            <w:proofErr w:type="spellStart"/>
            <w:r w:rsidRPr="00A84BC5">
              <w:rPr>
                <w:rFonts w:cs="Times New Roman"/>
                <w:sz w:val="22"/>
              </w:rPr>
              <w:t>demonstrare</w:t>
            </w:r>
            <w:proofErr w:type="spellEnd"/>
            <w:r w:rsidRPr="00A84BC5">
              <w:rPr>
                <w:rFonts w:cs="Times New Roman"/>
                <w:sz w:val="22"/>
              </w:rPr>
              <w:t xml:space="preserve">: Original. </w:t>
            </w:r>
            <w:proofErr w:type="spellStart"/>
            <w:r w:rsidRPr="00A84BC5">
              <w:rPr>
                <w:rFonts w:cs="Times New Roman"/>
                <w:sz w:val="22"/>
              </w:rPr>
              <w:t>Semnat</w:t>
            </w:r>
            <w:proofErr w:type="spellEnd"/>
            <w:r w:rsidRPr="00A84BC5">
              <w:rPr>
                <w:rFonts w:cs="Times New Roman"/>
                <w:sz w:val="22"/>
              </w:rPr>
              <w:t xml:space="preserve"> electronic de </w:t>
            </w:r>
            <w:proofErr w:type="spellStart"/>
            <w:r w:rsidRPr="00A84BC5">
              <w:rPr>
                <w:rFonts w:cs="Times New Roman"/>
                <w:sz w:val="22"/>
              </w:rPr>
              <w:t>către</w:t>
            </w:r>
            <w:proofErr w:type="spellEnd"/>
            <w:r w:rsidRPr="00A84BC5">
              <w:rPr>
                <w:rFonts w:cs="Times New Roman"/>
                <w:sz w:val="22"/>
              </w:rPr>
              <w:t xml:space="preserve"> participant. Nivel minim/</w:t>
            </w:r>
            <w:proofErr w:type="spellStart"/>
            <w:r w:rsidRPr="00A84BC5">
              <w:rPr>
                <w:rFonts w:cs="Times New Roman"/>
                <w:sz w:val="22"/>
              </w:rPr>
              <w:t>Obligativitatea</w:t>
            </w:r>
            <w:proofErr w:type="spellEnd"/>
            <w:r w:rsidRPr="00A84BC5">
              <w:rPr>
                <w:rFonts w:cs="Times New Roman"/>
                <w:sz w:val="22"/>
              </w:rPr>
              <w:t xml:space="preserve">: </w:t>
            </w:r>
            <w:proofErr w:type="spellStart"/>
            <w:r w:rsidRPr="00A84BC5">
              <w:rPr>
                <w:rFonts w:cs="Times New Roman"/>
                <w:sz w:val="22"/>
              </w:rPr>
              <w:t>Obligatoriu</w:t>
            </w:r>
            <w:proofErr w:type="spellEnd"/>
            <w:r w:rsidRPr="00A84BC5">
              <w:rPr>
                <w:rFonts w:cs="Times New Roman"/>
                <w:sz w:val="22"/>
              </w:rPr>
              <w:t xml:space="preserve">*. Conform pct. 16 </w:t>
            </w:r>
            <w:proofErr w:type="spellStart"/>
            <w:r w:rsidRPr="00A84BC5">
              <w:rPr>
                <w:rFonts w:cs="Times New Roman"/>
                <w:sz w:val="22"/>
              </w:rPr>
              <w:t>subpct</w:t>
            </w:r>
            <w:proofErr w:type="spellEnd"/>
            <w:r w:rsidRPr="00A84BC5">
              <w:rPr>
                <w:rFonts w:cs="Times New Roman"/>
                <w:sz w:val="22"/>
              </w:rPr>
              <w:t xml:space="preserve">. 7 din </w:t>
            </w:r>
            <w:proofErr w:type="spellStart"/>
            <w:r w:rsidRPr="00A84BC5">
              <w:rPr>
                <w:rFonts w:cs="Times New Roman"/>
                <w:sz w:val="22"/>
              </w:rPr>
              <w:t>Anunțul</w:t>
            </w:r>
            <w:proofErr w:type="spellEnd"/>
            <w:r w:rsidRPr="00A84BC5">
              <w:rPr>
                <w:rFonts w:cs="Times New Roman"/>
                <w:sz w:val="22"/>
              </w:rPr>
              <w:t xml:space="preserve"> de </w:t>
            </w:r>
            <w:proofErr w:type="spellStart"/>
            <w:r w:rsidRPr="00A84BC5">
              <w:rPr>
                <w:rFonts w:cs="Times New Roman"/>
                <w:sz w:val="22"/>
              </w:rPr>
              <w:t>participare</w:t>
            </w:r>
            <w:proofErr w:type="spellEnd"/>
            <w:r w:rsidRPr="00A84BC5">
              <w:rPr>
                <w:rFonts w:cs="Times New Roman"/>
                <w:sz w:val="22"/>
              </w:rPr>
              <w:t>.</w:t>
            </w:r>
          </w:p>
        </w:tc>
        <w:tc>
          <w:tcPr>
            <w:tcW w:w="2411"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jc w:val="center"/>
              <w:rPr>
                <w:rFonts w:cs="Times New Roman"/>
                <w:sz w:val="22"/>
              </w:rPr>
            </w:pPr>
            <w:r w:rsidRPr="00A84BC5">
              <w:rPr>
                <w:rFonts w:cs="Times New Roman"/>
                <w:sz w:val="22"/>
              </w:rPr>
              <w:t>Da    Nu</w:t>
            </w:r>
          </w:p>
        </w:tc>
      </w:tr>
      <w:tr w:rsidR="00924ED0" w:rsidRPr="00A84BC5"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jc w:val="center"/>
              <w:rPr>
                <w:rFonts w:cs="Times New Roman"/>
                <w:sz w:val="22"/>
              </w:rPr>
            </w:pPr>
            <w:r w:rsidRPr="00A84BC5">
              <w:rPr>
                <w:rFonts w:cs="Times New Roman"/>
                <w:sz w:val="22"/>
              </w:rPr>
              <w:t>4G.8</w:t>
            </w:r>
          </w:p>
        </w:tc>
        <w:tc>
          <w:tcPr>
            <w:tcW w:w="6096"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rPr>
                <w:rFonts w:cs="Times New Roman"/>
                <w:sz w:val="22"/>
              </w:rPr>
            </w:pPr>
            <w:proofErr w:type="spellStart"/>
            <w:r w:rsidRPr="00A84BC5">
              <w:rPr>
                <w:rFonts w:cs="Times New Roman"/>
                <w:sz w:val="22"/>
              </w:rPr>
              <w:t>Certificat</w:t>
            </w:r>
            <w:proofErr w:type="spellEnd"/>
            <w:r w:rsidRPr="00A84BC5">
              <w:rPr>
                <w:rFonts w:cs="Times New Roman"/>
                <w:sz w:val="22"/>
              </w:rPr>
              <w:t xml:space="preserve"> de </w:t>
            </w:r>
            <w:proofErr w:type="spellStart"/>
            <w:r w:rsidRPr="00A84BC5">
              <w:rPr>
                <w:rFonts w:cs="Times New Roman"/>
                <w:sz w:val="22"/>
              </w:rPr>
              <w:t>atribuire</w:t>
            </w:r>
            <w:proofErr w:type="spellEnd"/>
            <w:r w:rsidRPr="00A84BC5">
              <w:rPr>
                <w:rFonts w:cs="Times New Roman"/>
                <w:sz w:val="22"/>
              </w:rPr>
              <w:t xml:space="preserve"> a </w:t>
            </w:r>
            <w:proofErr w:type="spellStart"/>
            <w:r w:rsidRPr="00A84BC5">
              <w:rPr>
                <w:rFonts w:cs="Times New Roman"/>
                <w:sz w:val="22"/>
              </w:rPr>
              <w:t>contului</w:t>
            </w:r>
            <w:proofErr w:type="spellEnd"/>
            <w:r w:rsidRPr="00A84BC5">
              <w:rPr>
                <w:rFonts w:cs="Times New Roman"/>
                <w:sz w:val="22"/>
              </w:rPr>
              <w:t xml:space="preserve"> </w:t>
            </w:r>
            <w:proofErr w:type="spellStart"/>
            <w:r w:rsidRPr="00A84BC5">
              <w:rPr>
                <w:rFonts w:cs="Times New Roman"/>
                <w:sz w:val="22"/>
              </w:rPr>
              <w:t>bancar</w:t>
            </w:r>
            <w:proofErr w:type="spellEnd"/>
            <w:r w:rsidRPr="00A84BC5">
              <w:rPr>
                <w:rFonts w:cs="Times New Roman"/>
                <w:sz w:val="22"/>
              </w:rPr>
              <w:t xml:space="preserve">. Mod de </w:t>
            </w:r>
            <w:proofErr w:type="spellStart"/>
            <w:r w:rsidRPr="00A84BC5">
              <w:rPr>
                <w:rFonts w:cs="Times New Roman"/>
                <w:sz w:val="22"/>
              </w:rPr>
              <w:t>demonstrare</w:t>
            </w:r>
            <w:proofErr w:type="spellEnd"/>
            <w:r w:rsidRPr="00A84BC5">
              <w:rPr>
                <w:rFonts w:cs="Times New Roman"/>
                <w:sz w:val="22"/>
              </w:rPr>
              <w:t xml:space="preserve">: </w:t>
            </w:r>
            <w:proofErr w:type="spellStart"/>
            <w:r w:rsidRPr="00A84BC5">
              <w:rPr>
                <w:rFonts w:cs="Times New Roman"/>
                <w:sz w:val="22"/>
              </w:rPr>
              <w:t>Copie</w:t>
            </w:r>
            <w:proofErr w:type="spellEnd"/>
            <w:r w:rsidRPr="00A84BC5">
              <w:rPr>
                <w:rFonts w:cs="Times New Roman"/>
                <w:sz w:val="22"/>
              </w:rPr>
              <w:t xml:space="preserve"> </w:t>
            </w:r>
            <w:proofErr w:type="spellStart"/>
            <w:r w:rsidRPr="00A84BC5">
              <w:rPr>
                <w:rFonts w:cs="Times New Roman"/>
                <w:sz w:val="22"/>
              </w:rPr>
              <w:t>scanată</w:t>
            </w:r>
            <w:proofErr w:type="spellEnd"/>
            <w:r w:rsidRPr="00A84BC5">
              <w:rPr>
                <w:rFonts w:cs="Times New Roman"/>
                <w:sz w:val="22"/>
              </w:rPr>
              <w:t xml:space="preserve"> de pe original, </w:t>
            </w:r>
            <w:proofErr w:type="spellStart"/>
            <w:r w:rsidRPr="00A84BC5">
              <w:rPr>
                <w:rFonts w:cs="Times New Roman"/>
                <w:sz w:val="22"/>
              </w:rPr>
              <w:t>confirmată</w:t>
            </w:r>
            <w:proofErr w:type="spellEnd"/>
            <w:r w:rsidRPr="00A84BC5">
              <w:rPr>
                <w:rFonts w:cs="Times New Roman"/>
                <w:sz w:val="22"/>
              </w:rPr>
              <w:t xml:space="preserve"> </w:t>
            </w:r>
            <w:proofErr w:type="spellStart"/>
            <w:r w:rsidRPr="00A84BC5">
              <w:rPr>
                <w:rFonts w:cs="Times New Roman"/>
                <w:sz w:val="22"/>
              </w:rPr>
              <w:t>prin</w:t>
            </w:r>
            <w:proofErr w:type="spellEnd"/>
            <w:r w:rsidRPr="00A84BC5">
              <w:rPr>
                <w:rFonts w:cs="Times New Roman"/>
                <w:sz w:val="22"/>
              </w:rPr>
              <w:t xml:space="preserve"> </w:t>
            </w:r>
            <w:proofErr w:type="spellStart"/>
            <w:r w:rsidRPr="00A84BC5">
              <w:rPr>
                <w:rFonts w:cs="Times New Roman"/>
                <w:sz w:val="22"/>
              </w:rPr>
              <w:t>semnătură</w:t>
            </w:r>
            <w:proofErr w:type="spellEnd"/>
            <w:r w:rsidRPr="00A84BC5">
              <w:rPr>
                <w:rFonts w:cs="Times New Roman"/>
                <w:sz w:val="22"/>
              </w:rPr>
              <w:t xml:space="preserve"> </w:t>
            </w:r>
            <w:proofErr w:type="spellStart"/>
            <w:r w:rsidRPr="00A84BC5">
              <w:rPr>
                <w:rFonts w:cs="Times New Roman"/>
                <w:sz w:val="22"/>
              </w:rPr>
              <w:t>electronică</w:t>
            </w:r>
            <w:proofErr w:type="spellEnd"/>
            <w:r w:rsidRPr="00A84BC5">
              <w:rPr>
                <w:rFonts w:cs="Times New Roman"/>
                <w:sz w:val="22"/>
              </w:rPr>
              <w:t>. Nivel minim/</w:t>
            </w:r>
            <w:proofErr w:type="spellStart"/>
            <w:r w:rsidRPr="00A84BC5">
              <w:rPr>
                <w:rFonts w:cs="Times New Roman"/>
                <w:sz w:val="22"/>
              </w:rPr>
              <w:t>Obligativitatea</w:t>
            </w:r>
            <w:proofErr w:type="spellEnd"/>
            <w:r w:rsidRPr="00A84BC5">
              <w:rPr>
                <w:rFonts w:cs="Times New Roman"/>
                <w:sz w:val="22"/>
              </w:rPr>
              <w:t xml:space="preserve">: </w:t>
            </w:r>
            <w:proofErr w:type="spellStart"/>
            <w:r w:rsidRPr="00A84BC5">
              <w:rPr>
                <w:rFonts w:cs="Times New Roman"/>
                <w:sz w:val="22"/>
              </w:rPr>
              <w:t>Obligatoriu</w:t>
            </w:r>
            <w:proofErr w:type="spellEnd"/>
            <w:r w:rsidRPr="00A84BC5">
              <w:rPr>
                <w:rFonts w:cs="Times New Roman"/>
                <w:sz w:val="22"/>
              </w:rPr>
              <w:t xml:space="preserve">*. Conform pct. 16 </w:t>
            </w:r>
            <w:proofErr w:type="spellStart"/>
            <w:r w:rsidRPr="00A84BC5">
              <w:rPr>
                <w:rFonts w:cs="Times New Roman"/>
                <w:sz w:val="22"/>
              </w:rPr>
              <w:t>subpct</w:t>
            </w:r>
            <w:proofErr w:type="spellEnd"/>
            <w:r w:rsidRPr="00A84BC5">
              <w:rPr>
                <w:rFonts w:cs="Times New Roman"/>
                <w:sz w:val="22"/>
              </w:rPr>
              <w:t xml:space="preserve">. 8 din </w:t>
            </w:r>
            <w:proofErr w:type="spellStart"/>
            <w:r w:rsidRPr="00A84BC5">
              <w:rPr>
                <w:rFonts w:cs="Times New Roman"/>
                <w:sz w:val="22"/>
              </w:rPr>
              <w:t>Anunțul</w:t>
            </w:r>
            <w:proofErr w:type="spellEnd"/>
            <w:r w:rsidRPr="00A84BC5">
              <w:rPr>
                <w:rFonts w:cs="Times New Roman"/>
                <w:sz w:val="22"/>
              </w:rPr>
              <w:t xml:space="preserve"> de </w:t>
            </w:r>
            <w:proofErr w:type="spellStart"/>
            <w:r w:rsidRPr="00A84BC5">
              <w:rPr>
                <w:rFonts w:cs="Times New Roman"/>
                <w:sz w:val="22"/>
              </w:rPr>
              <w:t>participare</w:t>
            </w:r>
            <w:proofErr w:type="spellEnd"/>
            <w:r w:rsidRPr="00A84BC5">
              <w:rPr>
                <w:rFonts w:cs="Times New Roman"/>
                <w:sz w:val="22"/>
              </w:rPr>
              <w:t>.</w:t>
            </w:r>
          </w:p>
        </w:tc>
        <w:tc>
          <w:tcPr>
            <w:tcW w:w="2411"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jc w:val="center"/>
              <w:rPr>
                <w:rFonts w:cs="Times New Roman"/>
                <w:sz w:val="22"/>
              </w:rPr>
            </w:pPr>
            <w:r w:rsidRPr="00A84BC5">
              <w:rPr>
                <w:rFonts w:cs="Times New Roman"/>
                <w:sz w:val="22"/>
              </w:rPr>
              <w:t>Da    Nu</w:t>
            </w:r>
          </w:p>
        </w:tc>
      </w:tr>
      <w:tr w:rsidR="00924ED0" w:rsidRPr="00A84BC5"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jc w:val="center"/>
              <w:rPr>
                <w:rFonts w:cs="Times New Roman"/>
                <w:sz w:val="22"/>
              </w:rPr>
            </w:pPr>
            <w:r w:rsidRPr="00A84BC5">
              <w:rPr>
                <w:rFonts w:cs="Times New Roman"/>
                <w:sz w:val="22"/>
              </w:rPr>
              <w:t>4G.9</w:t>
            </w:r>
          </w:p>
        </w:tc>
        <w:tc>
          <w:tcPr>
            <w:tcW w:w="6096"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rPr>
                <w:rFonts w:cs="Times New Roman"/>
                <w:sz w:val="22"/>
              </w:rPr>
            </w:pPr>
            <w:proofErr w:type="spellStart"/>
            <w:r w:rsidRPr="00A84BC5">
              <w:rPr>
                <w:rFonts w:cs="Times New Roman"/>
                <w:sz w:val="22"/>
              </w:rPr>
              <w:t>Documente</w:t>
            </w:r>
            <w:proofErr w:type="spellEnd"/>
            <w:r w:rsidRPr="00A84BC5">
              <w:rPr>
                <w:rFonts w:cs="Times New Roman"/>
                <w:sz w:val="22"/>
              </w:rPr>
              <w:t xml:space="preserve"> </w:t>
            </w:r>
            <w:proofErr w:type="spellStart"/>
            <w:r w:rsidRPr="00A84BC5">
              <w:rPr>
                <w:rFonts w:cs="Times New Roman"/>
                <w:sz w:val="22"/>
              </w:rPr>
              <w:t>confirmatoare</w:t>
            </w:r>
            <w:proofErr w:type="spellEnd"/>
            <w:r w:rsidRPr="00A84BC5">
              <w:rPr>
                <w:rFonts w:cs="Times New Roman"/>
                <w:sz w:val="22"/>
              </w:rPr>
              <w:t xml:space="preserve"> ale </w:t>
            </w:r>
            <w:proofErr w:type="spellStart"/>
            <w:r w:rsidRPr="00A84BC5">
              <w:rPr>
                <w:rFonts w:cs="Times New Roman"/>
                <w:sz w:val="22"/>
              </w:rPr>
              <w:t>specificațiilor</w:t>
            </w:r>
            <w:proofErr w:type="spellEnd"/>
            <w:r w:rsidRPr="00A84BC5">
              <w:rPr>
                <w:rFonts w:cs="Times New Roman"/>
                <w:sz w:val="22"/>
              </w:rPr>
              <w:t xml:space="preserve"> </w:t>
            </w:r>
            <w:proofErr w:type="spellStart"/>
            <w:r w:rsidRPr="00A84BC5">
              <w:rPr>
                <w:rFonts w:cs="Times New Roman"/>
                <w:sz w:val="22"/>
              </w:rPr>
              <w:t>tehnice</w:t>
            </w:r>
            <w:proofErr w:type="spellEnd"/>
            <w:r w:rsidRPr="00A84BC5">
              <w:rPr>
                <w:rFonts w:cs="Times New Roman"/>
                <w:sz w:val="22"/>
              </w:rPr>
              <w:t xml:space="preserve">. Mod de </w:t>
            </w:r>
            <w:proofErr w:type="spellStart"/>
            <w:r w:rsidRPr="00A84BC5">
              <w:rPr>
                <w:rFonts w:cs="Times New Roman"/>
                <w:sz w:val="22"/>
              </w:rPr>
              <w:t>demonstrare</w:t>
            </w:r>
            <w:proofErr w:type="spellEnd"/>
            <w:r w:rsidRPr="00A84BC5">
              <w:rPr>
                <w:rFonts w:cs="Times New Roman"/>
                <w:sz w:val="22"/>
              </w:rPr>
              <w:t xml:space="preserve">: </w:t>
            </w:r>
            <w:proofErr w:type="spellStart"/>
            <w:r w:rsidRPr="00A84BC5">
              <w:rPr>
                <w:rFonts w:cs="Times New Roman"/>
                <w:sz w:val="22"/>
              </w:rPr>
              <w:t>Prospecte</w:t>
            </w:r>
            <w:proofErr w:type="spellEnd"/>
            <w:r w:rsidRPr="00A84BC5">
              <w:rPr>
                <w:rFonts w:cs="Times New Roman"/>
                <w:sz w:val="22"/>
              </w:rPr>
              <w:t xml:space="preserve">, </w:t>
            </w:r>
            <w:proofErr w:type="spellStart"/>
            <w:r w:rsidRPr="00A84BC5">
              <w:rPr>
                <w:rFonts w:cs="Times New Roman"/>
                <w:sz w:val="22"/>
              </w:rPr>
              <w:t>fișe</w:t>
            </w:r>
            <w:proofErr w:type="spellEnd"/>
            <w:r w:rsidRPr="00A84BC5">
              <w:rPr>
                <w:rFonts w:cs="Times New Roman"/>
                <w:sz w:val="22"/>
              </w:rPr>
              <w:t xml:space="preserve"> </w:t>
            </w:r>
            <w:proofErr w:type="spellStart"/>
            <w:r w:rsidRPr="00A84BC5">
              <w:rPr>
                <w:rFonts w:cs="Times New Roman"/>
                <w:sz w:val="22"/>
              </w:rPr>
              <w:t>tehnice</w:t>
            </w:r>
            <w:proofErr w:type="spellEnd"/>
            <w:r w:rsidRPr="00A84BC5">
              <w:rPr>
                <w:rFonts w:cs="Times New Roman"/>
                <w:sz w:val="22"/>
              </w:rPr>
              <w:t xml:space="preserve">/catalog </w:t>
            </w:r>
            <w:proofErr w:type="spellStart"/>
            <w:r w:rsidRPr="00A84BC5">
              <w:rPr>
                <w:rFonts w:cs="Times New Roman"/>
                <w:sz w:val="22"/>
              </w:rPr>
              <w:t>producător</w:t>
            </w:r>
            <w:proofErr w:type="spellEnd"/>
            <w:r w:rsidRPr="00A84BC5">
              <w:rPr>
                <w:rFonts w:cs="Times New Roman"/>
                <w:sz w:val="22"/>
              </w:rPr>
              <w:t xml:space="preserve"> </w:t>
            </w:r>
            <w:proofErr w:type="spellStart"/>
            <w:r w:rsidRPr="00A84BC5">
              <w:rPr>
                <w:rFonts w:cs="Times New Roman"/>
                <w:sz w:val="22"/>
              </w:rPr>
              <w:t>sau</w:t>
            </w:r>
            <w:proofErr w:type="spellEnd"/>
            <w:r w:rsidRPr="00A84BC5">
              <w:rPr>
                <w:rFonts w:cs="Times New Roman"/>
                <w:sz w:val="22"/>
              </w:rPr>
              <w:t xml:space="preserve"> </w:t>
            </w:r>
            <w:proofErr w:type="spellStart"/>
            <w:r w:rsidRPr="00A84BC5">
              <w:rPr>
                <w:rFonts w:cs="Times New Roman"/>
                <w:sz w:val="22"/>
              </w:rPr>
              <w:t>documente</w:t>
            </w:r>
            <w:proofErr w:type="spellEnd"/>
            <w:r w:rsidRPr="00A84BC5">
              <w:rPr>
                <w:rFonts w:cs="Times New Roman"/>
                <w:sz w:val="22"/>
              </w:rPr>
              <w:t xml:space="preserve"> </w:t>
            </w:r>
            <w:proofErr w:type="spellStart"/>
            <w:r w:rsidRPr="00A84BC5">
              <w:rPr>
                <w:rFonts w:cs="Times New Roman"/>
                <w:sz w:val="22"/>
              </w:rPr>
              <w:t>echivalente</w:t>
            </w:r>
            <w:proofErr w:type="spellEnd"/>
            <w:r w:rsidRPr="00A84BC5">
              <w:rPr>
                <w:rFonts w:cs="Times New Roman"/>
                <w:sz w:val="22"/>
              </w:rPr>
              <w:t xml:space="preserve">, </w:t>
            </w:r>
            <w:proofErr w:type="spellStart"/>
            <w:r w:rsidRPr="00A84BC5">
              <w:rPr>
                <w:rFonts w:cs="Times New Roman"/>
                <w:sz w:val="22"/>
              </w:rPr>
              <w:t>semnate</w:t>
            </w:r>
            <w:proofErr w:type="spellEnd"/>
            <w:r w:rsidRPr="00A84BC5">
              <w:rPr>
                <w:rFonts w:cs="Times New Roman"/>
                <w:sz w:val="22"/>
              </w:rPr>
              <w:t xml:space="preserve"> electronic; </w:t>
            </w:r>
            <w:proofErr w:type="spellStart"/>
            <w:r w:rsidRPr="00A84BC5">
              <w:rPr>
                <w:rFonts w:cs="Times New Roman"/>
                <w:sz w:val="22"/>
              </w:rPr>
              <w:t>trebuie</w:t>
            </w:r>
            <w:proofErr w:type="spellEnd"/>
            <w:r w:rsidRPr="00A84BC5">
              <w:rPr>
                <w:rFonts w:cs="Times New Roman"/>
                <w:sz w:val="22"/>
              </w:rPr>
              <w:t xml:space="preserve"> </w:t>
            </w:r>
            <w:proofErr w:type="spellStart"/>
            <w:r w:rsidRPr="00A84BC5">
              <w:rPr>
                <w:rFonts w:cs="Times New Roman"/>
                <w:sz w:val="22"/>
              </w:rPr>
              <w:t>să</w:t>
            </w:r>
            <w:proofErr w:type="spellEnd"/>
            <w:r w:rsidRPr="00A84BC5">
              <w:rPr>
                <w:rFonts w:cs="Times New Roman"/>
                <w:sz w:val="22"/>
              </w:rPr>
              <w:t xml:space="preserve"> </w:t>
            </w:r>
            <w:proofErr w:type="spellStart"/>
            <w:r w:rsidRPr="00A84BC5">
              <w:rPr>
                <w:rFonts w:cs="Times New Roman"/>
                <w:sz w:val="22"/>
              </w:rPr>
              <w:t>confirme</w:t>
            </w:r>
            <w:proofErr w:type="spellEnd"/>
            <w:r w:rsidRPr="00A84BC5">
              <w:rPr>
                <w:rFonts w:cs="Times New Roman"/>
                <w:sz w:val="22"/>
              </w:rPr>
              <w:t xml:space="preserve"> </w:t>
            </w:r>
            <w:proofErr w:type="spellStart"/>
            <w:r w:rsidRPr="00A84BC5">
              <w:rPr>
                <w:rFonts w:cs="Times New Roman"/>
                <w:sz w:val="22"/>
              </w:rPr>
              <w:t>cerințele</w:t>
            </w:r>
            <w:proofErr w:type="spellEnd"/>
            <w:r w:rsidRPr="00A84BC5">
              <w:rPr>
                <w:rFonts w:cs="Times New Roman"/>
                <w:sz w:val="22"/>
              </w:rPr>
              <w:t xml:space="preserve"> </w:t>
            </w:r>
            <w:proofErr w:type="spellStart"/>
            <w:r w:rsidRPr="00A84BC5">
              <w:rPr>
                <w:rFonts w:cs="Times New Roman"/>
                <w:sz w:val="22"/>
              </w:rPr>
              <w:t>tehnice</w:t>
            </w:r>
            <w:proofErr w:type="spellEnd"/>
            <w:r w:rsidRPr="00A84BC5">
              <w:rPr>
                <w:rFonts w:cs="Times New Roman"/>
                <w:sz w:val="22"/>
              </w:rPr>
              <w:t xml:space="preserve"> </w:t>
            </w:r>
            <w:proofErr w:type="spellStart"/>
            <w:r w:rsidRPr="00A84BC5">
              <w:rPr>
                <w:rFonts w:cs="Times New Roman"/>
                <w:sz w:val="22"/>
              </w:rPr>
              <w:t>minime</w:t>
            </w:r>
            <w:proofErr w:type="spellEnd"/>
            <w:r w:rsidRPr="00A84BC5">
              <w:rPr>
                <w:rFonts w:cs="Times New Roman"/>
                <w:sz w:val="22"/>
              </w:rPr>
              <w:t xml:space="preserve"> </w:t>
            </w:r>
            <w:proofErr w:type="spellStart"/>
            <w:r w:rsidRPr="00A84BC5">
              <w:rPr>
                <w:rFonts w:cs="Times New Roman"/>
                <w:sz w:val="22"/>
              </w:rPr>
              <w:t>ofertate</w:t>
            </w:r>
            <w:proofErr w:type="spellEnd"/>
            <w:r w:rsidRPr="00A84BC5">
              <w:rPr>
                <w:rFonts w:cs="Times New Roman"/>
                <w:sz w:val="22"/>
              </w:rPr>
              <w:t>. Nivel minim/</w:t>
            </w:r>
            <w:proofErr w:type="spellStart"/>
            <w:r w:rsidRPr="00A84BC5">
              <w:rPr>
                <w:rFonts w:cs="Times New Roman"/>
                <w:sz w:val="22"/>
              </w:rPr>
              <w:t>Obligativitatea</w:t>
            </w:r>
            <w:proofErr w:type="spellEnd"/>
            <w:r w:rsidRPr="00A84BC5">
              <w:rPr>
                <w:rFonts w:cs="Times New Roman"/>
                <w:sz w:val="22"/>
              </w:rPr>
              <w:t xml:space="preserve">: </w:t>
            </w:r>
            <w:proofErr w:type="spellStart"/>
            <w:r w:rsidRPr="00A84BC5">
              <w:rPr>
                <w:rFonts w:cs="Times New Roman"/>
                <w:sz w:val="22"/>
              </w:rPr>
              <w:t>Obligatoriu</w:t>
            </w:r>
            <w:proofErr w:type="spellEnd"/>
            <w:r w:rsidRPr="00A84BC5">
              <w:rPr>
                <w:rFonts w:cs="Times New Roman"/>
                <w:sz w:val="22"/>
              </w:rPr>
              <w:t xml:space="preserve">*. Conform pct. 16 </w:t>
            </w:r>
            <w:proofErr w:type="spellStart"/>
            <w:r w:rsidRPr="00A84BC5">
              <w:rPr>
                <w:rFonts w:cs="Times New Roman"/>
                <w:sz w:val="22"/>
              </w:rPr>
              <w:t>subpct</w:t>
            </w:r>
            <w:proofErr w:type="spellEnd"/>
            <w:r w:rsidRPr="00A84BC5">
              <w:rPr>
                <w:rFonts w:cs="Times New Roman"/>
                <w:sz w:val="22"/>
              </w:rPr>
              <w:t xml:space="preserve">. 9 din </w:t>
            </w:r>
            <w:proofErr w:type="spellStart"/>
            <w:r w:rsidRPr="00A84BC5">
              <w:rPr>
                <w:rFonts w:cs="Times New Roman"/>
                <w:sz w:val="22"/>
              </w:rPr>
              <w:t>Anunțul</w:t>
            </w:r>
            <w:proofErr w:type="spellEnd"/>
            <w:r w:rsidRPr="00A84BC5">
              <w:rPr>
                <w:rFonts w:cs="Times New Roman"/>
                <w:sz w:val="22"/>
              </w:rPr>
              <w:t xml:space="preserve"> de </w:t>
            </w:r>
            <w:proofErr w:type="spellStart"/>
            <w:r w:rsidRPr="00A84BC5">
              <w:rPr>
                <w:rFonts w:cs="Times New Roman"/>
                <w:sz w:val="22"/>
              </w:rPr>
              <w:t>participare</w:t>
            </w:r>
            <w:proofErr w:type="spellEnd"/>
            <w:r w:rsidRPr="00A84BC5">
              <w:rPr>
                <w:rFonts w:cs="Times New Roman"/>
                <w:sz w:val="22"/>
              </w:rPr>
              <w:t>.</w:t>
            </w:r>
          </w:p>
        </w:tc>
        <w:tc>
          <w:tcPr>
            <w:tcW w:w="2411"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jc w:val="center"/>
              <w:rPr>
                <w:rFonts w:cs="Times New Roman"/>
                <w:sz w:val="22"/>
              </w:rPr>
            </w:pPr>
            <w:r w:rsidRPr="00A84BC5">
              <w:rPr>
                <w:rFonts w:cs="Times New Roman"/>
                <w:sz w:val="22"/>
              </w:rPr>
              <w:t>Da    Nu</w:t>
            </w:r>
          </w:p>
        </w:tc>
      </w:tr>
      <w:tr w:rsidR="00924ED0" w:rsidRPr="00A84BC5"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jc w:val="center"/>
              <w:rPr>
                <w:rFonts w:cs="Times New Roman"/>
                <w:sz w:val="22"/>
              </w:rPr>
            </w:pPr>
            <w:r w:rsidRPr="00A84BC5">
              <w:rPr>
                <w:rFonts w:cs="Times New Roman"/>
                <w:sz w:val="22"/>
              </w:rPr>
              <w:t>4G.10</w:t>
            </w:r>
          </w:p>
        </w:tc>
        <w:tc>
          <w:tcPr>
            <w:tcW w:w="6096"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rPr>
                <w:rFonts w:cs="Times New Roman"/>
                <w:sz w:val="22"/>
              </w:rPr>
            </w:pPr>
            <w:proofErr w:type="spellStart"/>
            <w:r w:rsidRPr="00A84BC5">
              <w:rPr>
                <w:rFonts w:cs="Times New Roman"/>
                <w:sz w:val="22"/>
              </w:rPr>
              <w:t>Declarație</w:t>
            </w:r>
            <w:proofErr w:type="spellEnd"/>
            <w:r w:rsidRPr="00A84BC5">
              <w:rPr>
                <w:rFonts w:cs="Times New Roman"/>
                <w:sz w:val="22"/>
              </w:rPr>
              <w:t xml:space="preserve"> </w:t>
            </w:r>
            <w:proofErr w:type="spellStart"/>
            <w:r w:rsidRPr="00A84BC5">
              <w:rPr>
                <w:rFonts w:cs="Times New Roman"/>
                <w:sz w:val="22"/>
              </w:rPr>
              <w:t>privind</w:t>
            </w:r>
            <w:proofErr w:type="spellEnd"/>
            <w:r w:rsidRPr="00A84BC5">
              <w:rPr>
                <w:rFonts w:cs="Times New Roman"/>
                <w:sz w:val="22"/>
              </w:rPr>
              <w:t xml:space="preserve"> </w:t>
            </w:r>
            <w:proofErr w:type="spellStart"/>
            <w:r w:rsidRPr="00A84BC5">
              <w:rPr>
                <w:rFonts w:cs="Times New Roman"/>
                <w:sz w:val="22"/>
              </w:rPr>
              <w:t>livrarea</w:t>
            </w:r>
            <w:proofErr w:type="spellEnd"/>
            <w:r w:rsidRPr="00A84BC5">
              <w:rPr>
                <w:rFonts w:cs="Times New Roman"/>
                <w:sz w:val="22"/>
              </w:rPr>
              <w:t xml:space="preserve">, </w:t>
            </w:r>
            <w:proofErr w:type="spellStart"/>
            <w:r w:rsidRPr="00A84BC5">
              <w:rPr>
                <w:rFonts w:cs="Times New Roman"/>
                <w:sz w:val="22"/>
              </w:rPr>
              <w:t>instalarea</w:t>
            </w:r>
            <w:proofErr w:type="spellEnd"/>
            <w:r w:rsidRPr="00A84BC5">
              <w:rPr>
                <w:rFonts w:cs="Times New Roman"/>
                <w:sz w:val="22"/>
              </w:rPr>
              <w:t xml:space="preserve">, </w:t>
            </w:r>
            <w:proofErr w:type="spellStart"/>
            <w:r w:rsidRPr="00A84BC5">
              <w:rPr>
                <w:rFonts w:cs="Times New Roman"/>
                <w:sz w:val="22"/>
              </w:rPr>
              <w:t>punerea</w:t>
            </w:r>
            <w:proofErr w:type="spellEnd"/>
            <w:r w:rsidRPr="00A84BC5">
              <w:rPr>
                <w:rFonts w:cs="Times New Roman"/>
                <w:sz w:val="22"/>
              </w:rPr>
              <w:t xml:space="preserve"> </w:t>
            </w:r>
            <w:proofErr w:type="spellStart"/>
            <w:r w:rsidRPr="00A84BC5">
              <w:rPr>
                <w:rFonts w:cs="Times New Roman"/>
                <w:sz w:val="22"/>
              </w:rPr>
              <w:t>în</w:t>
            </w:r>
            <w:proofErr w:type="spellEnd"/>
            <w:r w:rsidRPr="00A84BC5">
              <w:rPr>
                <w:rFonts w:cs="Times New Roman"/>
                <w:sz w:val="22"/>
              </w:rPr>
              <w:t xml:space="preserve"> </w:t>
            </w:r>
            <w:proofErr w:type="spellStart"/>
            <w:r w:rsidRPr="00A84BC5">
              <w:rPr>
                <w:rFonts w:cs="Times New Roman"/>
                <w:sz w:val="22"/>
              </w:rPr>
              <w:t>funcțiune</w:t>
            </w:r>
            <w:proofErr w:type="spellEnd"/>
            <w:r w:rsidRPr="00A84BC5">
              <w:rPr>
                <w:rFonts w:cs="Times New Roman"/>
                <w:sz w:val="22"/>
              </w:rPr>
              <w:t xml:space="preserve"> </w:t>
            </w:r>
            <w:proofErr w:type="spellStart"/>
            <w:r w:rsidRPr="00A84BC5">
              <w:rPr>
                <w:rFonts w:cs="Times New Roman"/>
                <w:sz w:val="22"/>
              </w:rPr>
              <w:t>și</w:t>
            </w:r>
            <w:proofErr w:type="spellEnd"/>
            <w:r w:rsidRPr="00A84BC5">
              <w:rPr>
                <w:rFonts w:cs="Times New Roman"/>
                <w:sz w:val="22"/>
              </w:rPr>
              <w:t xml:space="preserve"> </w:t>
            </w:r>
            <w:proofErr w:type="spellStart"/>
            <w:r w:rsidRPr="00A84BC5">
              <w:rPr>
                <w:rFonts w:cs="Times New Roman"/>
                <w:sz w:val="22"/>
              </w:rPr>
              <w:t>instruirea</w:t>
            </w:r>
            <w:proofErr w:type="spellEnd"/>
            <w:r w:rsidRPr="00A84BC5">
              <w:rPr>
                <w:rFonts w:cs="Times New Roman"/>
                <w:sz w:val="22"/>
              </w:rPr>
              <w:t xml:space="preserve"> </w:t>
            </w:r>
            <w:proofErr w:type="spellStart"/>
            <w:r w:rsidRPr="00A84BC5">
              <w:rPr>
                <w:rFonts w:cs="Times New Roman"/>
                <w:sz w:val="22"/>
              </w:rPr>
              <w:t>personalului</w:t>
            </w:r>
            <w:proofErr w:type="spellEnd"/>
            <w:r w:rsidRPr="00A84BC5">
              <w:rPr>
                <w:rFonts w:cs="Times New Roman"/>
                <w:sz w:val="22"/>
              </w:rPr>
              <w:t xml:space="preserve">. Mod de </w:t>
            </w:r>
            <w:proofErr w:type="spellStart"/>
            <w:r w:rsidRPr="00A84BC5">
              <w:rPr>
                <w:rFonts w:cs="Times New Roman"/>
                <w:sz w:val="22"/>
              </w:rPr>
              <w:t>demonstrare</w:t>
            </w:r>
            <w:proofErr w:type="spellEnd"/>
            <w:r w:rsidRPr="00A84BC5">
              <w:rPr>
                <w:rFonts w:cs="Times New Roman"/>
                <w:sz w:val="22"/>
              </w:rPr>
              <w:t xml:space="preserve">: Original. </w:t>
            </w:r>
            <w:proofErr w:type="spellStart"/>
            <w:r w:rsidRPr="00A84BC5">
              <w:rPr>
                <w:rFonts w:cs="Times New Roman"/>
                <w:sz w:val="22"/>
              </w:rPr>
              <w:t>Semnat</w:t>
            </w:r>
            <w:proofErr w:type="spellEnd"/>
            <w:r w:rsidRPr="00A84BC5">
              <w:rPr>
                <w:rFonts w:cs="Times New Roman"/>
                <w:sz w:val="22"/>
              </w:rPr>
              <w:t xml:space="preserve"> electronic de </w:t>
            </w:r>
            <w:proofErr w:type="spellStart"/>
            <w:r w:rsidRPr="00A84BC5">
              <w:rPr>
                <w:rFonts w:cs="Times New Roman"/>
                <w:sz w:val="22"/>
              </w:rPr>
              <w:t>către</w:t>
            </w:r>
            <w:proofErr w:type="spellEnd"/>
            <w:r w:rsidRPr="00A84BC5">
              <w:rPr>
                <w:rFonts w:cs="Times New Roman"/>
                <w:sz w:val="22"/>
              </w:rPr>
              <w:t xml:space="preserve"> participant. Se </w:t>
            </w:r>
            <w:proofErr w:type="spellStart"/>
            <w:r w:rsidRPr="00A84BC5">
              <w:rPr>
                <w:rFonts w:cs="Times New Roman"/>
                <w:sz w:val="22"/>
              </w:rPr>
              <w:t>aplică</w:t>
            </w:r>
            <w:proofErr w:type="spellEnd"/>
            <w:r w:rsidRPr="00A84BC5">
              <w:rPr>
                <w:rFonts w:cs="Times New Roman"/>
                <w:sz w:val="22"/>
              </w:rPr>
              <w:t xml:space="preserve"> </w:t>
            </w:r>
            <w:proofErr w:type="spellStart"/>
            <w:r w:rsidRPr="00A84BC5">
              <w:rPr>
                <w:rFonts w:cs="Times New Roman"/>
                <w:sz w:val="22"/>
              </w:rPr>
              <w:t>tuturor</w:t>
            </w:r>
            <w:proofErr w:type="spellEnd"/>
            <w:r w:rsidRPr="00A84BC5">
              <w:rPr>
                <w:rFonts w:cs="Times New Roman"/>
                <w:sz w:val="22"/>
              </w:rPr>
              <w:t xml:space="preserve"> </w:t>
            </w:r>
            <w:proofErr w:type="spellStart"/>
            <w:r w:rsidRPr="00A84BC5">
              <w:rPr>
                <w:rFonts w:cs="Times New Roman"/>
                <w:sz w:val="22"/>
              </w:rPr>
              <w:t>loturilor</w:t>
            </w:r>
            <w:proofErr w:type="spellEnd"/>
            <w:r w:rsidRPr="00A84BC5">
              <w:rPr>
                <w:rFonts w:cs="Times New Roman"/>
                <w:sz w:val="22"/>
              </w:rPr>
              <w:t xml:space="preserve">, conform </w:t>
            </w:r>
            <w:proofErr w:type="spellStart"/>
            <w:r w:rsidRPr="00A84BC5">
              <w:rPr>
                <w:rFonts w:cs="Times New Roman"/>
                <w:sz w:val="22"/>
              </w:rPr>
              <w:t>demersului</w:t>
            </w:r>
            <w:proofErr w:type="spellEnd"/>
            <w:r w:rsidRPr="00A84BC5">
              <w:rPr>
                <w:rFonts w:cs="Times New Roman"/>
                <w:sz w:val="22"/>
              </w:rPr>
              <w:t>. Nivel minim/</w:t>
            </w:r>
            <w:proofErr w:type="spellStart"/>
            <w:r w:rsidRPr="00A84BC5">
              <w:rPr>
                <w:rFonts w:cs="Times New Roman"/>
                <w:sz w:val="22"/>
              </w:rPr>
              <w:t>Obligativitatea</w:t>
            </w:r>
            <w:proofErr w:type="spellEnd"/>
            <w:r w:rsidRPr="00A84BC5">
              <w:rPr>
                <w:rFonts w:cs="Times New Roman"/>
                <w:sz w:val="22"/>
              </w:rPr>
              <w:t xml:space="preserve">: </w:t>
            </w:r>
            <w:proofErr w:type="spellStart"/>
            <w:r w:rsidRPr="00A84BC5">
              <w:rPr>
                <w:rFonts w:cs="Times New Roman"/>
                <w:sz w:val="22"/>
              </w:rPr>
              <w:t>Obligatoriu</w:t>
            </w:r>
            <w:proofErr w:type="spellEnd"/>
            <w:r w:rsidRPr="00A84BC5">
              <w:rPr>
                <w:rFonts w:cs="Times New Roman"/>
                <w:sz w:val="22"/>
              </w:rPr>
              <w:t xml:space="preserve">*. Conform pct. 16 </w:t>
            </w:r>
            <w:proofErr w:type="spellStart"/>
            <w:r w:rsidRPr="00A84BC5">
              <w:rPr>
                <w:rFonts w:cs="Times New Roman"/>
                <w:sz w:val="22"/>
              </w:rPr>
              <w:t>subpct</w:t>
            </w:r>
            <w:proofErr w:type="spellEnd"/>
            <w:r w:rsidRPr="00A84BC5">
              <w:rPr>
                <w:rFonts w:cs="Times New Roman"/>
                <w:sz w:val="22"/>
              </w:rPr>
              <w:t xml:space="preserve">. 10 din </w:t>
            </w:r>
            <w:proofErr w:type="spellStart"/>
            <w:r w:rsidRPr="00A84BC5">
              <w:rPr>
                <w:rFonts w:cs="Times New Roman"/>
                <w:sz w:val="22"/>
              </w:rPr>
              <w:t>Anunțul</w:t>
            </w:r>
            <w:proofErr w:type="spellEnd"/>
            <w:r w:rsidRPr="00A84BC5">
              <w:rPr>
                <w:rFonts w:cs="Times New Roman"/>
                <w:sz w:val="22"/>
              </w:rPr>
              <w:t xml:space="preserve"> de </w:t>
            </w:r>
            <w:proofErr w:type="spellStart"/>
            <w:r w:rsidRPr="00A84BC5">
              <w:rPr>
                <w:rFonts w:cs="Times New Roman"/>
                <w:sz w:val="22"/>
              </w:rPr>
              <w:t>participare</w:t>
            </w:r>
            <w:proofErr w:type="spellEnd"/>
            <w:r w:rsidRPr="00A84BC5">
              <w:rPr>
                <w:rFonts w:cs="Times New Roman"/>
                <w:sz w:val="22"/>
              </w:rPr>
              <w:t>.</w:t>
            </w:r>
          </w:p>
        </w:tc>
        <w:tc>
          <w:tcPr>
            <w:tcW w:w="2411"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jc w:val="center"/>
              <w:rPr>
                <w:rFonts w:cs="Times New Roman"/>
                <w:sz w:val="22"/>
              </w:rPr>
            </w:pPr>
            <w:r w:rsidRPr="00A84BC5">
              <w:rPr>
                <w:rFonts w:cs="Times New Roman"/>
                <w:sz w:val="22"/>
              </w:rPr>
              <w:t>Da    Nu</w:t>
            </w:r>
          </w:p>
        </w:tc>
      </w:tr>
      <w:tr w:rsidR="00924ED0" w:rsidRPr="00A84BC5"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jc w:val="center"/>
              <w:rPr>
                <w:rFonts w:cs="Times New Roman"/>
                <w:sz w:val="22"/>
              </w:rPr>
            </w:pPr>
            <w:r w:rsidRPr="00A84BC5">
              <w:rPr>
                <w:rFonts w:cs="Times New Roman"/>
                <w:sz w:val="22"/>
              </w:rPr>
              <w:t>4G.11</w:t>
            </w:r>
          </w:p>
        </w:tc>
        <w:tc>
          <w:tcPr>
            <w:tcW w:w="6096"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rPr>
                <w:rFonts w:cs="Times New Roman"/>
                <w:sz w:val="22"/>
              </w:rPr>
            </w:pPr>
            <w:proofErr w:type="spellStart"/>
            <w:r w:rsidRPr="00A84BC5">
              <w:rPr>
                <w:rFonts w:cs="Times New Roman"/>
                <w:sz w:val="22"/>
              </w:rPr>
              <w:t>Declarație</w:t>
            </w:r>
            <w:proofErr w:type="spellEnd"/>
            <w:r w:rsidRPr="00A84BC5">
              <w:rPr>
                <w:rFonts w:cs="Times New Roman"/>
                <w:sz w:val="22"/>
              </w:rPr>
              <w:t xml:space="preserve"> </w:t>
            </w:r>
            <w:proofErr w:type="spellStart"/>
            <w:r w:rsidRPr="00A84BC5">
              <w:rPr>
                <w:rFonts w:cs="Times New Roman"/>
                <w:sz w:val="22"/>
              </w:rPr>
              <w:t>privind</w:t>
            </w:r>
            <w:proofErr w:type="spellEnd"/>
            <w:r w:rsidRPr="00A84BC5">
              <w:rPr>
                <w:rFonts w:cs="Times New Roman"/>
                <w:sz w:val="22"/>
              </w:rPr>
              <w:t xml:space="preserve"> </w:t>
            </w:r>
            <w:proofErr w:type="spellStart"/>
            <w:r w:rsidRPr="00A84BC5">
              <w:rPr>
                <w:rFonts w:cs="Times New Roman"/>
                <w:sz w:val="22"/>
              </w:rPr>
              <w:t>termenul</w:t>
            </w:r>
            <w:proofErr w:type="spellEnd"/>
            <w:r w:rsidRPr="00A84BC5">
              <w:rPr>
                <w:rFonts w:cs="Times New Roman"/>
                <w:sz w:val="22"/>
              </w:rPr>
              <w:t xml:space="preserve"> de </w:t>
            </w:r>
            <w:proofErr w:type="spellStart"/>
            <w:r w:rsidRPr="00A84BC5">
              <w:rPr>
                <w:rFonts w:cs="Times New Roman"/>
                <w:sz w:val="22"/>
              </w:rPr>
              <w:t>garanție</w:t>
            </w:r>
            <w:proofErr w:type="spellEnd"/>
            <w:r w:rsidRPr="00A84BC5">
              <w:rPr>
                <w:rFonts w:cs="Times New Roman"/>
                <w:sz w:val="22"/>
              </w:rPr>
              <w:t xml:space="preserve">. Mod de </w:t>
            </w:r>
            <w:proofErr w:type="spellStart"/>
            <w:r w:rsidRPr="00A84BC5">
              <w:rPr>
                <w:rFonts w:cs="Times New Roman"/>
                <w:sz w:val="22"/>
              </w:rPr>
              <w:t>demonstrare</w:t>
            </w:r>
            <w:proofErr w:type="spellEnd"/>
            <w:r w:rsidRPr="00A84BC5">
              <w:rPr>
                <w:rFonts w:cs="Times New Roman"/>
                <w:sz w:val="22"/>
              </w:rPr>
              <w:t xml:space="preserve">: Minimum 24 </w:t>
            </w:r>
            <w:proofErr w:type="spellStart"/>
            <w:r w:rsidRPr="00A84BC5">
              <w:rPr>
                <w:rFonts w:cs="Times New Roman"/>
                <w:sz w:val="22"/>
              </w:rPr>
              <w:t>luni</w:t>
            </w:r>
            <w:proofErr w:type="spellEnd"/>
            <w:r w:rsidRPr="00A84BC5">
              <w:rPr>
                <w:rFonts w:cs="Times New Roman"/>
                <w:sz w:val="22"/>
              </w:rPr>
              <w:t xml:space="preserve"> din </w:t>
            </w:r>
            <w:proofErr w:type="spellStart"/>
            <w:r w:rsidRPr="00A84BC5">
              <w:rPr>
                <w:rFonts w:cs="Times New Roman"/>
                <w:sz w:val="22"/>
              </w:rPr>
              <w:t>momentul</w:t>
            </w:r>
            <w:proofErr w:type="spellEnd"/>
            <w:r w:rsidRPr="00A84BC5">
              <w:rPr>
                <w:rFonts w:cs="Times New Roman"/>
                <w:sz w:val="22"/>
              </w:rPr>
              <w:t xml:space="preserve"> </w:t>
            </w:r>
            <w:proofErr w:type="spellStart"/>
            <w:r w:rsidRPr="00A84BC5">
              <w:rPr>
                <w:rFonts w:cs="Times New Roman"/>
                <w:sz w:val="22"/>
              </w:rPr>
              <w:t>instalării</w:t>
            </w:r>
            <w:proofErr w:type="spellEnd"/>
            <w:r w:rsidRPr="00A84BC5">
              <w:rPr>
                <w:rFonts w:cs="Times New Roman"/>
                <w:sz w:val="22"/>
              </w:rPr>
              <w:t>/</w:t>
            </w:r>
            <w:proofErr w:type="spellStart"/>
            <w:r w:rsidRPr="00A84BC5">
              <w:rPr>
                <w:rFonts w:cs="Times New Roman"/>
                <w:sz w:val="22"/>
              </w:rPr>
              <w:t>punerii</w:t>
            </w:r>
            <w:proofErr w:type="spellEnd"/>
            <w:r w:rsidRPr="00A84BC5">
              <w:rPr>
                <w:rFonts w:cs="Times New Roman"/>
                <w:sz w:val="22"/>
              </w:rPr>
              <w:t xml:space="preserve"> </w:t>
            </w:r>
            <w:proofErr w:type="spellStart"/>
            <w:r w:rsidRPr="00A84BC5">
              <w:rPr>
                <w:rFonts w:cs="Times New Roman"/>
                <w:sz w:val="22"/>
              </w:rPr>
              <w:t>în</w:t>
            </w:r>
            <w:proofErr w:type="spellEnd"/>
            <w:r w:rsidRPr="00A84BC5">
              <w:rPr>
                <w:rFonts w:cs="Times New Roman"/>
                <w:sz w:val="22"/>
              </w:rPr>
              <w:t xml:space="preserve"> </w:t>
            </w:r>
            <w:proofErr w:type="spellStart"/>
            <w:r w:rsidRPr="00A84BC5">
              <w:rPr>
                <w:rFonts w:cs="Times New Roman"/>
                <w:sz w:val="22"/>
              </w:rPr>
              <w:t>funcțiune</w:t>
            </w:r>
            <w:proofErr w:type="spellEnd"/>
            <w:r w:rsidRPr="00A84BC5">
              <w:rPr>
                <w:rFonts w:cs="Times New Roman"/>
                <w:sz w:val="22"/>
              </w:rPr>
              <w:t xml:space="preserve">, </w:t>
            </w:r>
            <w:proofErr w:type="spellStart"/>
            <w:r w:rsidRPr="00A84BC5">
              <w:rPr>
                <w:rFonts w:cs="Times New Roman"/>
                <w:sz w:val="22"/>
              </w:rPr>
              <w:t>semnată</w:t>
            </w:r>
            <w:proofErr w:type="spellEnd"/>
            <w:r w:rsidRPr="00A84BC5">
              <w:rPr>
                <w:rFonts w:cs="Times New Roman"/>
                <w:sz w:val="22"/>
              </w:rPr>
              <w:t xml:space="preserve"> electronic. Nivel minim/</w:t>
            </w:r>
            <w:proofErr w:type="spellStart"/>
            <w:r w:rsidRPr="00A84BC5">
              <w:rPr>
                <w:rFonts w:cs="Times New Roman"/>
                <w:sz w:val="22"/>
              </w:rPr>
              <w:t>Obligativitatea</w:t>
            </w:r>
            <w:proofErr w:type="spellEnd"/>
            <w:r w:rsidRPr="00A84BC5">
              <w:rPr>
                <w:rFonts w:cs="Times New Roman"/>
                <w:sz w:val="22"/>
              </w:rPr>
              <w:t xml:space="preserve">: </w:t>
            </w:r>
            <w:proofErr w:type="spellStart"/>
            <w:r w:rsidRPr="00A84BC5">
              <w:rPr>
                <w:rFonts w:cs="Times New Roman"/>
                <w:sz w:val="22"/>
              </w:rPr>
              <w:t>Obligatoriu</w:t>
            </w:r>
            <w:proofErr w:type="spellEnd"/>
            <w:r w:rsidRPr="00A84BC5">
              <w:rPr>
                <w:rFonts w:cs="Times New Roman"/>
                <w:sz w:val="22"/>
              </w:rPr>
              <w:t xml:space="preserve">*. Conform pct. 16 </w:t>
            </w:r>
            <w:proofErr w:type="spellStart"/>
            <w:r w:rsidRPr="00A84BC5">
              <w:rPr>
                <w:rFonts w:cs="Times New Roman"/>
                <w:sz w:val="22"/>
              </w:rPr>
              <w:t>subpct</w:t>
            </w:r>
            <w:proofErr w:type="spellEnd"/>
            <w:r w:rsidRPr="00A84BC5">
              <w:rPr>
                <w:rFonts w:cs="Times New Roman"/>
                <w:sz w:val="22"/>
              </w:rPr>
              <w:t xml:space="preserve">. 11 din </w:t>
            </w:r>
            <w:proofErr w:type="spellStart"/>
            <w:r w:rsidRPr="00A84BC5">
              <w:rPr>
                <w:rFonts w:cs="Times New Roman"/>
                <w:sz w:val="22"/>
              </w:rPr>
              <w:t>Anunțul</w:t>
            </w:r>
            <w:proofErr w:type="spellEnd"/>
            <w:r w:rsidRPr="00A84BC5">
              <w:rPr>
                <w:rFonts w:cs="Times New Roman"/>
                <w:sz w:val="22"/>
              </w:rPr>
              <w:t xml:space="preserve"> de </w:t>
            </w:r>
            <w:proofErr w:type="spellStart"/>
            <w:r w:rsidRPr="00A84BC5">
              <w:rPr>
                <w:rFonts w:cs="Times New Roman"/>
                <w:sz w:val="22"/>
              </w:rPr>
              <w:t>participare</w:t>
            </w:r>
            <w:proofErr w:type="spellEnd"/>
            <w:r w:rsidRPr="00A84BC5">
              <w:rPr>
                <w:rFonts w:cs="Times New Roman"/>
                <w:sz w:val="22"/>
              </w:rPr>
              <w:t>.</w:t>
            </w:r>
          </w:p>
        </w:tc>
        <w:tc>
          <w:tcPr>
            <w:tcW w:w="2411"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jc w:val="center"/>
              <w:rPr>
                <w:rFonts w:cs="Times New Roman"/>
                <w:sz w:val="22"/>
              </w:rPr>
            </w:pPr>
            <w:r w:rsidRPr="00A84BC5">
              <w:rPr>
                <w:rFonts w:cs="Times New Roman"/>
                <w:sz w:val="22"/>
              </w:rPr>
              <w:t>Da    Nu</w:t>
            </w:r>
          </w:p>
        </w:tc>
      </w:tr>
      <w:tr w:rsidR="00924ED0" w:rsidRPr="00A84BC5"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jc w:val="center"/>
              <w:rPr>
                <w:rFonts w:cs="Times New Roman"/>
                <w:sz w:val="22"/>
              </w:rPr>
            </w:pPr>
            <w:r w:rsidRPr="00A84BC5">
              <w:rPr>
                <w:rFonts w:cs="Times New Roman"/>
                <w:sz w:val="22"/>
              </w:rPr>
              <w:t>4G.12</w:t>
            </w:r>
          </w:p>
        </w:tc>
        <w:tc>
          <w:tcPr>
            <w:tcW w:w="6096"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rPr>
                <w:rFonts w:cs="Times New Roman"/>
                <w:sz w:val="22"/>
              </w:rPr>
            </w:pPr>
            <w:proofErr w:type="spellStart"/>
            <w:r w:rsidRPr="00A84BC5">
              <w:rPr>
                <w:rFonts w:cs="Times New Roman"/>
                <w:sz w:val="22"/>
              </w:rPr>
              <w:t>Declarație</w:t>
            </w:r>
            <w:proofErr w:type="spellEnd"/>
            <w:r w:rsidRPr="00A84BC5">
              <w:rPr>
                <w:rFonts w:cs="Times New Roman"/>
                <w:sz w:val="22"/>
              </w:rPr>
              <w:t xml:space="preserve"> </w:t>
            </w:r>
            <w:proofErr w:type="spellStart"/>
            <w:r w:rsidRPr="00A84BC5">
              <w:rPr>
                <w:rFonts w:cs="Times New Roman"/>
                <w:sz w:val="22"/>
              </w:rPr>
              <w:t>privind</w:t>
            </w:r>
            <w:proofErr w:type="spellEnd"/>
            <w:r w:rsidRPr="00A84BC5">
              <w:rPr>
                <w:rFonts w:cs="Times New Roman"/>
                <w:sz w:val="22"/>
              </w:rPr>
              <w:t xml:space="preserve"> </w:t>
            </w:r>
            <w:proofErr w:type="spellStart"/>
            <w:r w:rsidRPr="00A84BC5">
              <w:rPr>
                <w:rFonts w:cs="Times New Roman"/>
                <w:sz w:val="22"/>
              </w:rPr>
              <w:t>prezentarea</w:t>
            </w:r>
            <w:proofErr w:type="spellEnd"/>
            <w:r w:rsidRPr="00A84BC5">
              <w:rPr>
                <w:rFonts w:cs="Times New Roman"/>
                <w:sz w:val="22"/>
              </w:rPr>
              <w:t xml:space="preserve"> </w:t>
            </w:r>
            <w:proofErr w:type="spellStart"/>
            <w:r w:rsidRPr="00A84BC5">
              <w:rPr>
                <w:rFonts w:cs="Times New Roman"/>
                <w:sz w:val="22"/>
              </w:rPr>
              <w:t>manualului</w:t>
            </w:r>
            <w:proofErr w:type="spellEnd"/>
            <w:r w:rsidRPr="00A84BC5">
              <w:rPr>
                <w:rFonts w:cs="Times New Roman"/>
                <w:sz w:val="22"/>
              </w:rPr>
              <w:t xml:space="preserve"> de </w:t>
            </w:r>
            <w:proofErr w:type="spellStart"/>
            <w:r w:rsidRPr="00A84BC5">
              <w:rPr>
                <w:rFonts w:cs="Times New Roman"/>
                <w:sz w:val="22"/>
              </w:rPr>
              <w:t>utilizare</w:t>
            </w:r>
            <w:proofErr w:type="spellEnd"/>
            <w:r w:rsidRPr="00A84BC5">
              <w:rPr>
                <w:rFonts w:cs="Times New Roman"/>
                <w:sz w:val="22"/>
              </w:rPr>
              <w:t xml:space="preserve">. Mod de </w:t>
            </w:r>
            <w:proofErr w:type="spellStart"/>
            <w:r w:rsidRPr="00A84BC5">
              <w:rPr>
                <w:rFonts w:cs="Times New Roman"/>
                <w:sz w:val="22"/>
              </w:rPr>
              <w:t>demonstrare</w:t>
            </w:r>
            <w:proofErr w:type="spellEnd"/>
            <w:r w:rsidRPr="00A84BC5">
              <w:rPr>
                <w:rFonts w:cs="Times New Roman"/>
                <w:sz w:val="22"/>
              </w:rPr>
              <w:t xml:space="preserve">: Manual de </w:t>
            </w:r>
            <w:proofErr w:type="spellStart"/>
            <w:r w:rsidRPr="00A84BC5">
              <w:rPr>
                <w:rFonts w:cs="Times New Roman"/>
                <w:sz w:val="22"/>
              </w:rPr>
              <w:t>utilizare</w:t>
            </w:r>
            <w:proofErr w:type="spellEnd"/>
            <w:r w:rsidRPr="00A84BC5">
              <w:rPr>
                <w:rFonts w:cs="Times New Roman"/>
                <w:sz w:val="22"/>
              </w:rPr>
              <w:t xml:space="preserve"> </w:t>
            </w:r>
            <w:proofErr w:type="spellStart"/>
            <w:r w:rsidRPr="00A84BC5">
              <w:rPr>
                <w:rFonts w:cs="Times New Roman"/>
                <w:sz w:val="22"/>
              </w:rPr>
              <w:t>în</w:t>
            </w:r>
            <w:proofErr w:type="spellEnd"/>
            <w:r w:rsidRPr="00A84BC5">
              <w:rPr>
                <w:rFonts w:cs="Times New Roman"/>
                <w:sz w:val="22"/>
              </w:rPr>
              <w:t xml:space="preserve"> </w:t>
            </w:r>
            <w:proofErr w:type="spellStart"/>
            <w:r w:rsidRPr="00A84BC5">
              <w:rPr>
                <w:rFonts w:cs="Times New Roman"/>
                <w:sz w:val="22"/>
              </w:rPr>
              <w:t>limba</w:t>
            </w:r>
            <w:proofErr w:type="spellEnd"/>
            <w:r w:rsidRPr="00A84BC5">
              <w:rPr>
                <w:rFonts w:cs="Times New Roman"/>
                <w:sz w:val="22"/>
              </w:rPr>
              <w:t xml:space="preserve"> </w:t>
            </w:r>
            <w:proofErr w:type="spellStart"/>
            <w:r w:rsidRPr="00A84BC5">
              <w:rPr>
                <w:rFonts w:cs="Times New Roman"/>
                <w:sz w:val="22"/>
              </w:rPr>
              <w:t>română</w:t>
            </w:r>
            <w:proofErr w:type="spellEnd"/>
            <w:r w:rsidRPr="00A84BC5">
              <w:rPr>
                <w:rFonts w:cs="Times New Roman"/>
                <w:sz w:val="22"/>
              </w:rPr>
              <w:t xml:space="preserve"> la </w:t>
            </w:r>
            <w:proofErr w:type="spellStart"/>
            <w:r w:rsidRPr="00A84BC5">
              <w:rPr>
                <w:rFonts w:cs="Times New Roman"/>
                <w:sz w:val="22"/>
              </w:rPr>
              <w:t>livrare</w:t>
            </w:r>
            <w:proofErr w:type="spellEnd"/>
            <w:r w:rsidRPr="00A84BC5">
              <w:rPr>
                <w:rFonts w:cs="Times New Roman"/>
                <w:sz w:val="22"/>
              </w:rPr>
              <w:t xml:space="preserve">; </w:t>
            </w:r>
            <w:proofErr w:type="spellStart"/>
            <w:r w:rsidRPr="00A84BC5">
              <w:rPr>
                <w:rFonts w:cs="Times New Roman"/>
                <w:sz w:val="22"/>
              </w:rPr>
              <w:t>declarație</w:t>
            </w:r>
            <w:proofErr w:type="spellEnd"/>
            <w:r w:rsidRPr="00A84BC5">
              <w:rPr>
                <w:rFonts w:cs="Times New Roman"/>
                <w:sz w:val="22"/>
              </w:rPr>
              <w:t xml:space="preserve"> </w:t>
            </w:r>
            <w:proofErr w:type="spellStart"/>
            <w:r w:rsidRPr="00A84BC5">
              <w:rPr>
                <w:rFonts w:cs="Times New Roman"/>
                <w:sz w:val="22"/>
              </w:rPr>
              <w:t>semnată</w:t>
            </w:r>
            <w:proofErr w:type="spellEnd"/>
            <w:r w:rsidRPr="00A84BC5">
              <w:rPr>
                <w:rFonts w:cs="Times New Roman"/>
                <w:sz w:val="22"/>
              </w:rPr>
              <w:t xml:space="preserve"> electronic. Nivel minim/</w:t>
            </w:r>
            <w:proofErr w:type="spellStart"/>
            <w:r w:rsidRPr="00A84BC5">
              <w:rPr>
                <w:rFonts w:cs="Times New Roman"/>
                <w:sz w:val="22"/>
              </w:rPr>
              <w:t>Obligativitatea</w:t>
            </w:r>
            <w:proofErr w:type="spellEnd"/>
            <w:r w:rsidRPr="00A84BC5">
              <w:rPr>
                <w:rFonts w:cs="Times New Roman"/>
                <w:sz w:val="22"/>
              </w:rPr>
              <w:t xml:space="preserve">: </w:t>
            </w:r>
            <w:proofErr w:type="spellStart"/>
            <w:r w:rsidRPr="00A84BC5">
              <w:rPr>
                <w:rFonts w:cs="Times New Roman"/>
                <w:sz w:val="22"/>
              </w:rPr>
              <w:t>Obligatoriu</w:t>
            </w:r>
            <w:proofErr w:type="spellEnd"/>
            <w:r w:rsidRPr="00A84BC5">
              <w:rPr>
                <w:rFonts w:cs="Times New Roman"/>
                <w:sz w:val="22"/>
              </w:rPr>
              <w:t xml:space="preserve">*. Conform pct. 16 </w:t>
            </w:r>
            <w:proofErr w:type="spellStart"/>
            <w:r w:rsidRPr="00A84BC5">
              <w:rPr>
                <w:rFonts w:cs="Times New Roman"/>
                <w:sz w:val="22"/>
              </w:rPr>
              <w:t>subpct</w:t>
            </w:r>
            <w:proofErr w:type="spellEnd"/>
            <w:r w:rsidRPr="00A84BC5">
              <w:rPr>
                <w:rFonts w:cs="Times New Roman"/>
                <w:sz w:val="22"/>
              </w:rPr>
              <w:t xml:space="preserve">. 12 din </w:t>
            </w:r>
            <w:proofErr w:type="spellStart"/>
            <w:r w:rsidRPr="00A84BC5">
              <w:rPr>
                <w:rFonts w:cs="Times New Roman"/>
                <w:sz w:val="22"/>
              </w:rPr>
              <w:t>Anunțul</w:t>
            </w:r>
            <w:proofErr w:type="spellEnd"/>
            <w:r w:rsidRPr="00A84BC5">
              <w:rPr>
                <w:rFonts w:cs="Times New Roman"/>
                <w:sz w:val="22"/>
              </w:rPr>
              <w:t xml:space="preserve"> de </w:t>
            </w:r>
            <w:proofErr w:type="spellStart"/>
            <w:r w:rsidRPr="00A84BC5">
              <w:rPr>
                <w:rFonts w:cs="Times New Roman"/>
                <w:sz w:val="22"/>
              </w:rPr>
              <w:t>participare</w:t>
            </w:r>
            <w:proofErr w:type="spellEnd"/>
            <w:r w:rsidRPr="00A84BC5">
              <w:rPr>
                <w:rFonts w:cs="Times New Roman"/>
                <w:sz w:val="22"/>
              </w:rPr>
              <w:t>.</w:t>
            </w:r>
          </w:p>
        </w:tc>
        <w:tc>
          <w:tcPr>
            <w:tcW w:w="2411"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jc w:val="center"/>
              <w:rPr>
                <w:rFonts w:cs="Times New Roman"/>
                <w:sz w:val="22"/>
              </w:rPr>
            </w:pPr>
            <w:r w:rsidRPr="00A84BC5">
              <w:rPr>
                <w:rFonts w:cs="Times New Roman"/>
                <w:sz w:val="22"/>
              </w:rPr>
              <w:t>Da    Nu</w:t>
            </w:r>
          </w:p>
        </w:tc>
      </w:tr>
      <w:tr w:rsidR="00924ED0" w:rsidRPr="00A84BC5"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jc w:val="center"/>
              <w:rPr>
                <w:rFonts w:cs="Times New Roman"/>
                <w:sz w:val="22"/>
              </w:rPr>
            </w:pPr>
            <w:r w:rsidRPr="00A84BC5">
              <w:rPr>
                <w:rFonts w:cs="Times New Roman"/>
                <w:sz w:val="22"/>
              </w:rPr>
              <w:t>4G.13</w:t>
            </w:r>
          </w:p>
        </w:tc>
        <w:tc>
          <w:tcPr>
            <w:tcW w:w="6096"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rPr>
                <w:rFonts w:cs="Times New Roman"/>
                <w:sz w:val="22"/>
              </w:rPr>
            </w:pPr>
            <w:proofErr w:type="spellStart"/>
            <w:r w:rsidRPr="00A84BC5">
              <w:rPr>
                <w:rFonts w:cs="Times New Roman"/>
                <w:sz w:val="22"/>
              </w:rPr>
              <w:t>Marcaj</w:t>
            </w:r>
            <w:proofErr w:type="spellEnd"/>
            <w:r w:rsidRPr="00A84BC5">
              <w:rPr>
                <w:rFonts w:cs="Times New Roman"/>
                <w:sz w:val="22"/>
              </w:rPr>
              <w:t xml:space="preserve"> CE / </w:t>
            </w:r>
            <w:proofErr w:type="spellStart"/>
            <w:r w:rsidRPr="00A84BC5">
              <w:rPr>
                <w:rFonts w:cs="Times New Roman"/>
                <w:sz w:val="22"/>
              </w:rPr>
              <w:t>certificat</w:t>
            </w:r>
            <w:proofErr w:type="spellEnd"/>
            <w:r w:rsidRPr="00A84BC5">
              <w:rPr>
                <w:rFonts w:cs="Times New Roman"/>
                <w:sz w:val="22"/>
              </w:rPr>
              <w:t xml:space="preserve"> de </w:t>
            </w:r>
            <w:proofErr w:type="spellStart"/>
            <w:r w:rsidRPr="00A84BC5">
              <w:rPr>
                <w:rFonts w:cs="Times New Roman"/>
                <w:sz w:val="22"/>
              </w:rPr>
              <w:t>conformitate</w:t>
            </w:r>
            <w:proofErr w:type="spellEnd"/>
            <w:r w:rsidRPr="00A84BC5">
              <w:rPr>
                <w:rFonts w:cs="Times New Roman"/>
                <w:sz w:val="22"/>
              </w:rPr>
              <w:t xml:space="preserve"> </w:t>
            </w:r>
            <w:proofErr w:type="spellStart"/>
            <w:r w:rsidRPr="00A84BC5">
              <w:rPr>
                <w:rFonts w:cs="Times New Roman"/>
                <w:sz w:val="22"/>
              </w:rPr>
              <w:t>sau</w:t>
            </w:r>
            <w:proofErr w:type="spellEnd"/>
            <w:r w:rsidRPr="00A84BC5">
              <w:rPr>
                <w:rFonts w:cs="Times New Roman"/>
                <w:sz w:val="22"/>
              </w:rPr>
              <w:t xml:space="preserve"> document </w:t>
            </w:r>
            <w:proofErr w:type="spellStart"/>
            <w:r w:rsidRPr="00A84BC5">
              <w:rPr>
                <w:rFonts w:cs="Times New Roman"/>
                <w:sz w:val="22"/>
              </w:rPr>
              <w:t>echivalent</w:t>
            </w:r>
            <w:proofErr w:type="spellEnd"/>
            <w:r w:rsidRPr="00A84BC5">
              <w:rPr>
                <w:rFonts w:cs="Times New Roman"/>
                <w:sz w:val="22"/>
              </w:rPr>
              <w:t xml:space="preserve">. Mod de </w:t>
            </w:r>
            <w:proofErr w:type="spellStart"/>
            <w:r w:rsidRPr="00A84BC5">
              <w:rPr>
                <w:rFonts w:cs="Times New Roman"/>
                <w:sz w:val="22"/>
              </w:rPr>
              <w:t>demonstrare</w:t>
            </w:r>
            <w:proofErr w:type="spellEnd"/>
            <w:r w:rsidRPr="00A84BC5">
              <w:rPr>
                <w:rFonts w:cs="Times New Roman"/>
                <w:sz w:val="22"/>
              </w:rPr>
              <w:t>: Document/</w:t>
            </w:r>
            <w:proofErr w:type="spellStart"/>
            <w:r w:rsidRPr="00A84BC5">
              <w:rPr>
                <w:rFonts w:cs="Times New Roman"/>
                <w:sz w:val="22"/>
              </w:rPr>
              <w:t>copie</w:t>
            </w:r>
            <w:proofErr w:type="spellEnd"/>
            <w:r w:rsidRPr="00A84BC5">
              <w:rPr>
                <w:rFonts w:cs="Times New Roman"/>
                <w:sz w:val="22"/>
              </w:rPr>
              <w:t xml:space="preserve"> </w:t>
            </w:r>
            <w:proofErr w:type="spellStart"/>
            <w:r w:rsidRPr="00A84BC5">
              <w:rPr>
                <w:rFonts w:cs="Times New Roman"/>
                <w:sz w:val="22"/>
              </w:rPr>
              <w:t>semnată</w:t>
            </w:r>
            <w:proofErr w:type="spellEnd"/>
            <w:r w:rsidRPr="00A84BC5">
              <w:rPr>
                <w:rFonts w:cs="Times New Roman"/>
                <w:sz w:val="22"/>
              </w:rPr>
              <w:t xml:space="preserve"> electronic; la </w:t>
            </w:r>
            <w:proofErr w:type="spellStart"/>
            <w:r w:rsidRPr="00A84BC5">
              <w:rPr>
                <w:rFonts w:cs="Times New Roman"/>
                <w:sz w:val="22"/>
              </w:rPr>
              <w:t>livrare</w:t>
            </w:r>
            <w:proofErr w:type="spellEnd"/>
            <w:r w:rsidRPr="00A84BC5">
              <w:rPr>
                <w:rFonts w:cs="Times New Roman"/>
                <w:sz w:val="22"/>
              </w:rPr>
              <w:t xml:space="preserve"> se </w:t>
            </w:r>
            <w:proofErr w:type="spellStart"/>
            <w:r w:rsidRPr="00A84BC5">
              <w:rPr>
                <w:rFonts w:cs="Times New Roman"/>
                <w:sz w:val="22"/>
              </w:rPr>
              <w:t>prezintă</w:t>
            </w:r>
            <w:proofErr w:type="spellEnd"/>
            <w:r w:rsidRPr="00A84BC5">
              <w:rPr>
                <w:rFonts w:cs="Times New Roman"/>
                <w:sz w:val="22"/>
              </w:rPr>
              <w:t xml:space="preserve"> </w:t>
            </w:r>
            <w:proofErr w:type="spellStart"/>
            <w:r w:rsidRPr="00A84BC5">
              <w:rPr>
                <w:rFonts w:cs="Times New Roman"/>
                <w:sz w:val="22"/>
              </w:rPr>
              <w:t>documentele</w:t>
            </w:r>
            <w:proofErr w:type="spellEnd"/>
            <w:r w:rsidRPr="00A84BC5">
              <w:rPr>
                <w:rFonts w:cs="Times New Roman"/>
                <w:sz w:val="22"/>
              </w:rPr>
              <w:t xml:space="preserve"> de </w:t>
            </w:r>
            <w:proofErr w:type="spellStart"/>
            <w:r w:rsidRPr="00A84BC5">
              <w:rPr>
                <w:rFonts w:cs="Times New Roman"/>
                <w:sz w:val="22"/>
              </w:rPr>
              <w:t>calitate</w:t>
            </w:r>
            <w:proofErr w:type="spellEnd"/>
            <w:r w:rsidRPr="00A84BC5">
              <w:rPr>
                <w:rFonts w:cs="Times New Roman"/>
                <w:sz w:val="22"/>
              </w:rPr>
              <w:t>/</w:t>
            </w:r>
            <w:proofErr w:type="spellStart"/>
            <w:r w:rsidRPr="00A84BC5">
              <w:rPr>
                <w:rFonts w:cs="Times New Roman"/>
                <w:sz w:val="22"/>
              </w:rPr>
              <w:t>conformitate</w:t>
            </w:r>
            <w:proofErr w:type="spellEnd"/>
            <w:r w:rsidRPr="00A84BC5">
              <w:rPr>
                <w:rFonts w:cs="Times New Roman"/>
                <w:sz w:val="22"/>
              </w:rPr>
              <w:t xml:space="preserve"> </w:t>
            </w:r>
            <w:proofErr w:type="spellStart"/>
            <w:r w:rsidRPr="00A84BC5">
              <w:rPr>
                <w:rFonts w:cs="Times New Roman"/>
                <w:sz w:val="22"/>
              </w:rPr>
              <w:t>aferente</w:t>
            </w:r>
            <w:proofErr w:type="spellEnd"/>
            <w:r w:rsidRPr="00A84BC5">
              <w:rPr>
                <w:rFonts w:cs="Times New Roman"/>
                <w:sz w:val="22"/>
              </w:rPr>
              <w:t xml:space="preserve"> </w:t>
            </w:r>
            <w:proofErr w:type="spellStart"/>
            <w:r w:rsidRPr="00A84BC5">
              <w:rPr>
                <w:rFonts w:cs="Times New Roman"/>
                <w:sz w:val="22"/>
              </w:rPr>
              <w:t>bunului</w:t>
            </w:r>
            <w:proofErr w:type="spellEnd"/>
            <w:r w:rsidRPr="00A84BC5">
              <w:rPr>
                <w:rFonts w:cs="Times New Roman"/>
                <w:sz w:val="22"/>
              </w:rPr>
              <w:t>. Nivel minim/</w:t>
            </w:r>
            <w:proofErr w:type="spellStart"/>
            <w:r w:rsidRPr="00A84BC5">
              <w:rPr>
                <w:rFonts w:cs="Times New Roman"/>
                <w:sz w:val="22"/>
              </w:rPr>
              <w:t>Obligativitatea</w:t>
            </w:r>
            <w:proofErr w:type="spellEnd"/>
            <w:r w:rsidRPr="00A84BC5">
              <w:rPr>
                <w:rFonts w:cs="Times New Roman"/>
                <w:sz w:val="22"/>
              </w:rPr>
              <w:t xml:space="preserve">: </w:t>
            </w:r>
            <w:proofErr w:type="spellStart"/>
            <w:r w:rsidRPr="00A84BC5">
              <w:rPr>
                <w:rFonts w:cs="Times New Roman"/>
                <w:sz w:val="22"/>
              </w:rPr>
              <w:t>Obligatoriu</w:t>
            </w:r>
            <w:proofErr w:type="spellEnd"/>
            <w:r w:rsidRPr="00A84BC5">
              <w:rPr>
                <w:rFonts w:cs="Times New Roman"/>
                <w:sz w:val="22"/>
              </w:rPr>
              <w:t xml:space="preserve">*. Conform pct. 16 </w:t>
            </w:r>
            <w:proofErr w:type="spellStart"/>
            <w:r w:rsidRPr="00A84BC5">
              <w:rPr>
                <w:rFonts w:cs="Times New Roman"/>
                <w:sz w:val="22"/>
              </w:rPr>
              <w:t>subpct</w:t>
            </w:r>
            <w:proofErr w:type="spellEnd"/>
            <w:r w:rsidRPr="00A84BC5">
              <w:rPr>
                <w:rFonts w:cs="Times New Roman"/>
                <w:sz w:val="22"/>
              </w:rPr>
              <w:t xml:space="preserve">. 13 din </w:t>
            </w:r>
            <w:proofErr w:type="spellStart"/>
            <w:r w:rsidRPr="00A84BC5">
              <w:rPr>
                <w:rFonts w:cs="Times New Roman"/>
                <w:sz w:val="22"/>
              </w:rPr>
              <w:t>Anunțul</w:t>
            </w:r>
            <w:proofErr w:type="spellEnd"/>
            <w:r w:rsidRPr="00A84BC5">
              <w:rPr>
                <w:rFonts w:cs="Times New Roman"/>
                <w:sz w:val="22"/>
              </w:rPr>
              <w:t xml:space="preserve"> de </w:t>
            </w:r>
            <w:proofErr w:type="spellStart"/>
            <w:r w:rsidRPr="00A84BC5">
              <w:rPr>
                <w:rFonts w:cs="Times New Roman"/>
                <w:sz w:val="22"/>
              </w:rPr>
              <w:t>participare</w:t>
            </w:r>
            <w:proofErr w:type="spellEnd"/>
            <w:r w:rsidRPr="00A84BC5">
              <w:rPr>
                <w:rFonts w:cs="Times New Roman"/>
                <w:sz w:val="22"/>
              </w:rPr>
              <w:t>.</w:t>
            </w:r>
          </w:p>
        </w:tc>
        <w:tc>
          <w:tcPr>
            <w:tcW w:w="2411"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jc w:val="center"/>
              <w:rPr>
                <w:rFonts w:cs="Times New Roman"/>
                <w:sz w:val="22"/>
              </w:rPr>
            </w:pPr>
            <w:r w:rsidRPr="00A84BC5">
              <w:rPr>
                <w:rFonts w:cs="Times New Roman"/>
                <w:sz w:val="22"/>
              </w:rPr>
              <w:t>Da    Nu</w:t>
            </w:r>
          </w:p>
        </w:tc>
      </w:tr>
      <w:tr w:rsidR="00924ED0" w:rsidRPr="00A84BC5"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jc w:val="center"/>
              <w:rPr>
                <w:rFonts w:cs="Times New Roman"/>
                <w:sz w:val="22"/>
              </w:rPr>
            </w:pPr>
            <w:r w:rsidRPr="00A84BC5">
              <w:rPr>
                <w:rFonts w:cs="Times New Roman"/>
                <w:sz w:val="22"/>
              </w:rPr>
              <w:lastRenderedPageBreak/>
              <w:t>4G.14</w:t>
            </w:r>
          </w:p>
        </w:tc>
        <w:tc>
          <w:tcPr>
            <w:tcW w:w="6096"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rPr>
                <w:rFonts w:cs="Times New Roman"/>
                <w:sz w:val="22"/>
              </w:rPr>
            </w:pPr>
            <w:proofErr w:type="spellStart"/>
            <w:r w:rsidRPr="00A84BC5">
              <w:rPr>
                <w:rFonts w:cs="Times New Roman"/>
                <w:sz w:val="22"/>
              </w:rPr>
              <w:t>Certificat</w:t>
            </w:r>
            <w:proofErr w:type="spellEnd"/>
            <w:r w:rsidRPr="00A84BC5">
              <w:rPr>
                <w:rFonts w:cs="Times New Roman"/>
                <w:sz w:val="22"/>
              </w:rPr>
              <w:t xml:space="preserve"> de </w:t>
            </w:r>
            <w:proofErr w:type="spellStart"/>
            <w:r w:rsidRPr="00A84BC5">
              <w:rPr>
                <w:rFonts w:cs="Times New Roman"/>
                <w:sz w:val="22"/>
              </w:rPr>
              <w:t>etalonare</w:t>
            </w:r>
            <w:proofErr w:type="spellEnd"/>
            <w:r w:rsidRPr="00A84BC5">
              <w:rPr>
                <w:rFonts w:cs="Times New Roman"/>
                <w:sz w:val="22"/>
              </w:rPr>
              <w:t xml:space="preserve"> / </w:t>
            </w:r>
            <w:proofErr w:type="spellStart"/>
            <w:r w:rsidRPr="00A84BC5">
              <w:rPr>
                <w:rFonts w:cs="Times New Roman"/>
                <w:sz w:val="22"/>
              </w:rPr>
              <w:t>buletin</w:t>
            </w:r>
            <w:proofErr w:type="spellEnd"/>
            <w:r w:rsidRPr="00A84BC5">
              <w:rPr>
                <w:rFonts w:cs="Times New Roman"/>
                <w:sz w:val="22"/>
              </w:rPr>
              <w:t xml:space="preserve"> de </w:t>
            </w:r>
            <w:proofErr w:type="spellStart"/>
            <w:r w:rsidRPr="00A84BC5">
              <w:rPr>
                <w:rFonts w:cs="Times New Roman"/>
                <w:sz w:val="22"/>
              </w:rPr>
              <w:t>verificare</w:t>
            </w:r>
            <w:proofErr w:type="spellEnd"/>
            <w:r w:rsidRPr="00A84BC5">
              <w:rPr>
                <w:rFonts w:cs="Times New Roman"/>
                <w:sz w:val="22"/>
              </w:rPr>
              <w:t xml:space="preserve"> </w:t>
            </w:r>
            <w:proofErr w:type="spellStart"/>
            <w:r w:rsidRPr="00A84BC5">
              <w:rPr>
                <w:rFonts w:cs="Times New Roman"/>
                <w:sz w:val="22"/>
              </w:rPr>
              <w:t>metrologică</w:t>
            </w:r>
            <w:proofErr w:type="spellEnd"/>
            <w:r w:rsidRPr="00A84BC5">
              <w:rPr>
                <w:rFonts w:cs="Times New Roman"/>
                <w:sz w:val="22"/>
              </w:rPr>
              <w:t xml:space="preserve">, </w:t>
            </w:r>
            <w:proofErr w:type="spellStart"/>
            <w:r w:rsidRPr="00A84BC5">
              <w:rPr>
                <w:rFonts w:cs="Times New Roman"/>
                <w:sz w:val="22"/>
              </w:rPr>
              <w:t>după</w:t>
            </w:r>
            <w:proofErr w:type="spellEnd"/>
            <w:r w:rsidRPr="00A84BC5">
              <w:rPr>
                <w:rFonts w:cs="Times New Roman"/>
                <w:sz w:val="22"/>
              </w:rPr>
              <w:t xml:space="preserve"> </w:t>
            </w:r>
            <w:proofErr w:type="spellStart"/>
            <w:r w:rsidRPr="00A84BC5">
              <w:rPr>
                <w:rFonts w:cs="Times New Roman"/>
                <w:sz w:val="22"/>
              </w:rPr>
              <w:t>caz</w:t>
            </w:r>
            <w:proofErr w:type="spellEnd"/>
            <w:r w:rsidRPr="00A84BC5">
              <w:rPr>
                <w:rFonts w:cs="Times New Roman"/>
                <w:sz w:val="22"/>
              </w:rPr>
              <w:t xml:space="preserve">. Mod de </w:t>
            </w:r>
            <w:proofErr w:type="spellStart"/>
            <w:r w:rsidRPr="00A84BC5">
              <w:rPr>
                <w:rFonts w:cs="Times New Roman"/>
                <w:sz w:val="22"/>
              </w:rPr>
              <w:t>demonstrare</w:t>
            </w:r>
            <w:proofErr w:type="spellEnd"/>
            <w:r w:rsidRPr="00A84BC5">
              <w:rPr>
                <w:rFonts w:cs="Times New Roman"/>
                <w:sz w:val="22"/>
              </w:rPr>
              <w:t xml:space="preserve">: Se </w:t>
            </w:r>
            <w:proofErr w:type="spellStart"/>
            <w:r w:rsidRPr="00A84BC5">
              <w:rPr>
                <w:rFonts w:cs="Times New Roman"/>
                <w:sz w:val="22"/>
              </w:rPr>
              <w:t>prezintă</w:t>
            </w:r>
            <w:proofErr w:type="spellEnd"/>
            <w:r w:rsidRPr="00A84BC5">
              <w:rPr>
                <w:rFonts w:cs="Times New Roman"/>
                <w:sz w:val="22"/>
              </w:rPr>
              <w:t xml:space="preserve"> </w:t>
            </w:r>
            <w:proofErr w:type="spellStart"/>
            <w:r w:rsidRPr="00A84BC5">
              <w:rPr>
                <w:rFonts w:cs="Times New Roman"/>
                <w:sz w:val="22"/>
              </w:rPr>
              <w:t>pentru</w:t>
            </w:r>
            <w:proofErr w:type="spellEnd"/>
            <w:r w:rsidRPr="00A84BC5">
              <w:rPr>
                <w:rFonts w:cs="Times New Roman"/>
                <w:sz w:val="22"/>
              </w:rPr>
              <w:t xml:space="preserve"> </w:t>
            </w:r>
            <w:proofErr w:type="spellStart"/>
            <w:r w:rsidRPr="00A84BC5">
              <w:rPr>
                <w:rFonts w:cs="Times New Roman"/>
                <w:sz w:val="22"/>
              </w:rPr>
              <w:t>loturile</w:t>
            </w:r>
            <w:proofErr w:type="spellEnd"/>
            <w:r w:rsidRPr="00A84BC5">
              <w:rPr>
                <w:rFonts w:cs="Times New Roman"/>
                <w:sz w:val="22"/>
              </w:rPr>
              <w:t xml:space="preserve"> </w:t>
            </w:r>
            <w:proofErr w:type="spellStart"/>
            <w:r w:rsidRPr="00A84BC5">
              <w:rPr>
                <w:rFonts w:cs="Times New Roman"/>
                <w:sz w:val="22"/>
              </w:rPr>
              <w:t>pentru</w:t>
            </w:r>
            <w:proofErr w:type="spellEnd"/>
            <w:r w:rsidRPr="00A84BC5">
              <w:rPr>
                <w:rFonts w:cs="Times New Roman"/>
                <w:sz w:val="22"/>
              </w:rPr>
              <w:t xml:space="preserve"> care </w:t>
            </w:r>
            <w:proofErr w:type="spellStart"/>
            <w:r w:rsidRPr="00A84BC5">
              <w:rPr>
                <w:rFonts w:cs="Times New Roman"/>
                <w:sz w:val="22"/>
              </w:rPr>
              <w:t>cerința</w:t>
            </w:r>
            <w:proofErr w:type="spellEnd"/>
            <w:r w:rsidRPr="00A84BC5">
              <w:rPr>
                <w:rFonts w:cs="Times New Roman"/>
                <w:sz w:val="22"/>
              </w:rPr>
              <w:t xml:space="preserve"> </w:t>
            </w:r>
            <w:proofErr w:type="spellStart"/>
            <w:r w:rsidRPr="00A84BC5">
              <w:rPr>
                <w:rFonts w:cs="Times New Roman"/>
                <w:sz w:val="22"/>
              </w:rPr>
              <w:t>este</w:t>
            </w:r>
            <w:proofErr w:type="spellEnd"/>
            <w:r w:rsidRPr="00A84BC5">
              <w:rPr>
                <w:rFonts w:cs="Times New Roman"/>
                <w:sz w:val="22"/>
              </w:rPr>
              <w:t xml:space="preserve"> </w:t>
            </w:r>
            <w:proofErr w:type="spellStart"/>
            <w:r w:rsidRPr="00A84BC5">
              <w:rPr>
                <w:rFonts w:cs="Times New Roman"/>
                <w:sz w:val="22"/>
              </w:rPr>
              <w:t>indicată</w:t>
            </w:r>
            <w:proofErr w:type="spellEnd"/>
            <w:r w:rsidRPr="00A84BC5">
              <w:rPr>
                <w:rFonts w:cs="Times New Roman"/>
                <w:sz w:val="22"/>
              </w:rPr>
              <w:t xml:space="preserve"> </w:t>
            </w:r>
            <w:proofErr w:type="spellStart"/>
            <w:r w:rsidRPr="00A84BC5">
              <w:rPr>
                <w:rFonts w:cs="Times New Roman"/>
                <w:sz w:val="22"/>
              </w:rPr>
              <w:t>în</w:t>
            </w:r>
            <w:proofErr w:type="spellEnd"/>
            <w:r w:rsidRPr="00A84BC5">
              <w:rPr>
                <w:rFonts w:cs="Times New Roman"/>
                <w:sz w:val="22"/>
              </w:rPr>
              <w:t xml:space="preserve"> </w:t>
            </w:r>
            <w:proofErr w:type="spellStart"/>
            <w:r w:rsidRPr="00A84BC5">
              <w:rPr>
                <w:rFonts w:cs="Times New Roman"/>
                <w:sz w:val="22"/>
              </w:rPr>
              <w:t>specificația</w:t>
            </w:r>
            <w:proofErr w:type="spellEnd"/>
            <w:r w:rsidRPr="00A84BC5">
              <w:rPr>
                <w:rFonts w:cs="Times New Roman"/>
                <w:sz w:val="22"/>
              </w:rPr>
              <w:t xml:space="preserve"> </w:t>
            </w:r>
            <w:proofErr w:type="spellStart"/>
            <w:r w:rsidRPr="00A84BC5">
              <w:rPr>
                <w:rFonts w:cs="Times New Roman"/>
                <w:sz w:val="22"/>
              </w:rPr>
              <w:t>tehnică</w:t>
            </w:r>
            <w:proofErr w:type="spellEnd"/>
            <w:r w:rsidRPr="00A84BC5">
              <w:rPr>
                <w:rFonts w:cs="Times New Roman"/>
                <w:sz w:val="22"/>
              </w:rPr>
              <w:t>/</w:t>
            </w:r>
            <w:proofErr w:type="spellStart"/>
            <w:r w:rsidRPr="00A84BC5">
              <w:rPr>
                <w:rFonts w:cs="Times New Roman"/>
                <w:sz w:val="22"/>
              </w:rPr>
              <w:t>caietul</w:t>
            </w:r>
            <w:proofErr w:type="spellEnd"/>
            <w:r w:rsidRPr="00A84BC5">
              <w:rPr>
                <w:rFonts w:cs="Times New Roman"/>
                <w:sz w:val="22"/>
              </w:rPr>
              <w:t xml:space="preserve"> de </w:t>
            </w:r>
            <w:proofErr w:type="spellStart"/>
            <w:r w:rsidRPr="00A84BC5">
              <w:rPr>
                <w:rFonts w:cs="Times New Roman"/>
                <w:sz w:val="22"/>
              </w:rPr>
              <w:t>sarcini</w:t>
            </w:r>
            <w:proofErr w:type="spellEnd"/>
            <w:r w:rsidRPr="00A84BC5">
              <w:rPr>
                <w:rFonts w:cs="Times New Roman"/>
                <w:sz w:val="22"/>
              </w:rPr>
              <w:t>. Nivel minim/</w:t>
            </w:r>
            <w:proofErr w:type="spellStart"/>
            <w:r w:rsidRPr="00A84BC5">
              <w:rPr>
                <w:rFonts w:cs="Times New Roman"/>
                <w:sz w:val="22"/>
              </w:rPr>
              <w:t>Obligativitatea</w:t>
            </w:r>
            <w:proofErr w:type="spellEnd"/>
            <w:r w:rsidRPr="00A84BC5">
              <w:rPr>
                <w:rFonts w:cs="Times New Roman"/>
                <w:sz w:val="22"/>
              </w:rPr>
              <w:t xml:space="preserve">: </w:t>
            </w:r>
            <w:proofErr w:type="spellStart"/>
            <w:r w:rsidRPr="00A84BC5">
              <w:rPr>
                <w:rFonts w:cs="Times New Roman"/>
                <w:sz w:val="22"/>
              </w:rPr>
              <w:t>Obligatoriu</w:t>
            </w:r>
            <w:proofErr w:type="spellEnd"/>
            <w:r w:rsidRPr="00A84BC5">
              <w:rPr>
                <w:rFonts w:cs="Times New Roman"/>
                <w:sz w:val="22"/>
              </w:rPr>
              <w:t xml:space="preserve">, </w:t>
            </w:r>
            <w:proofErr w:type="spellStart"/>
            <w:r w:rsidRPr="00A84BC5">
              <w:rPr>
                <w:rFonts w:cs="Times New Roman"/>
                <w:sz w:val="22"/>
              </w:rPr>
              <w:t>după</w:t>
            </w:r>
            <w:proofErr w:type="spellEnd"/>
            <w:r w:rsidRPr="00A84BC5">
              <w:rPr>
                <w:rFonts w:cs="Times New Roman"/>
                <w:sz w:val="22"/>
              </w:rPr>
              <w:t xml:space="preserve"> </w:t>
            </w:r>
            <w:proofErr w:type="spellStart"/>
            <w:r w:rsidRPr="00A84BC5">
              <w:rPr>
                <w:rFonts w:cs="Times New Roman"/>
                <w:sz w:val="22"/>
              </w:rPr>
              <w:t>caz</w:t>
            </w:r>
            <w:proofErr w:type="spellEnd"/>
            <w:r w:rsidRPr="00A84BC5">
              <w:rPr>
                <w:rFonts w:cs="Times New Roman"/>
                <w:sz w:val="22"/>
              </w:rPr>
              <w:t xml:space="preserve">*. Conform pct. 16 </w:t>
            </w:r>
            <w:proofErr w:type="spellStart"/>
            <w:r w:rsidRPr="00A84BC5">
              <w:rPr>
                <w:rFonts w:cs="Times New Roman"/>
                <w:sz w:val="22"/>
              </w:rPr>
              <w:t>subpct</w:t>
            </w:r>
            <w:proofErr w:type="spellEnd"/>
            <w:r w:rsidRPr="00A84BC5">
              <w:rPr>
                <w:rFonts w:cs="Times New Roman"/>
                <w:sz w:val="22"/>
              </w:rPr>
              <w:t xml:space="preserve">. 14 din </w:t>
            </w:r>
            <w:proofErr w:type="spellStart"/>
            <w:r w:rsidRPr="00A84BC5">
              <w:rPr>
                <w:rFonts w:cs="Times New Roman"/>
                <w:sz w:val="22"/>
              </w:rPr>
              <w:t>Anunțul</w:t>
            </w:r>
            <w:proofErr w:type="spellEnd"/>
            <w:r w:rsidRPr="00A84BC5">
              <w:rPr>
                <w:rFonts w:cs="Times New Roman"/>
                <w:sz w:val="22"/>
              </w:rPr>
              <w:t xml:space="preserve"> de </w:t>
            </w:r>
            <w:proofErr w:type="spellStart"/>
            <w:r w:rsidRPr="00A84BC5">
              <w:rPr>
                <w:rFonts w:cs="Times New Roman"/>
                <w:sz w:val="22"/>
              </w:rPr>
              <w:t>participare</w:t>
            </w:r>
            <w:proofErr w:type="spellEnd"/>
            <w:r w:rsidRPr="00A84BC5">
              <w:rPr>
                <w:rFonts w:cs="Times New Roman"/>
                <w:sz w:val="22"/>
              </w:rPr>
              <w:t>.</w:t>
            </w:r>
          </w:p>
        </w:tc>
        <w:tc>
          <w:tcPr>
            <w:tcW w:w="2411"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jc w:val="center"/>
              <w:rPr>
                <w:rFonts w:cs="Times New Roman"/>
                <w:sz w:val="22"/>
              </w:rPr>
            </w:pPr>
            <w:r w:rsidRPr="00A84BC5">
              <w:rPr>
                <w:rFonts w:cs="Times New Roman"/>
                <w:sz w:val="22"/>
              </w:rPr>
              <w:t>Da    Nu</w:t>
            </w:r>
          </w:p>
        </w:tc>
      </w:tr>
      <w:tr w:rsidR="00924ED0" w:rsidRPr="00A84BC5"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jc w:val="center"/>
              <w:rPr>
                <w:rFonts w:cs="Times New Roman"/>
                <w:sz w:val="22"/>
              </w:rPr>
            </w:pPr>
            <w:r w:rsidRPr="00A84BC5">
              <w:rPr>
                <w:rFonts w:cs="Times New Roman"/>
                <w:sz w:val="22"/>
              </w:rPr>
              <w:t>4G.15</w:t>
            </w:r>
          </w:p>
        </w:tc>
        <w:tc>
          <w:tcPr>
            <w:tcW w:w="6096"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rPr>
                <w:rFonts w:cs="Times New Roman"/>
                <w:sz w:val="22"/>
              </w:rPr>
            </w:pPr>
            <w:proofErr w:type="spellStart"/>
            <w:r w:rsidRPr="00A84BC5">
              <w:rPr>
                <w:rFonts w:cs="Times New Roman"/>
                <w:sz w:val="22"/>
              </w:rPr>
              <w:t>Declarația</w:t>
            </w:r>
            <w:proofErr w:type="spellEnd"/>
            <w:r w:rsidRPr="00A84BC5">
              <w:rPr>
                <w:rFonts w:cs="Times New Roman"/>
                <w:sz w:val="22"/>
              </w:rPr>
              <w:t xml:space="preserve"> </w:t>
            </w:r>
            <w:proofErr w:type="spellStart"/>
            <w:r w:rsidRPr="00A84BC5">
              <w:rPr>
                <w:rFonts w:cs="Times New Roman"/>
                <w:sz w:val="22"/>
              </w:rPr>
              <w:t>privind</w:t>
            </w:r>
            <w:proofErr w:type="spellEnd"/>
            <w:r w:rsidRPr="00A84BC5">
              <w:rPr>
                <w:rFonts w:cs="Times New Roman"/>
                <w:sz w:val="22"/>
              </w:rPr>
              <w:t xml:space="preserve"> </w:t>
            </w:r>
            <w:proofErr w:type="spellStart"/>
            <w:r w:rsidRPr="00A84BC5">
              <w:rPr>
                <w:rFonts w:cs="Times New Roman"/>
                <w:sz w:val="22"/>
              </w:rPr>
              <w:t>confirmarea</w:t>
            </w:r>
            <w:proofErr w:type="spellEnd"/>
            <w:r w:rsidRPr="00A84BC5">
              <w:rPr>
                <w:rFonts w:cs="Times New Roman"/>
                <w:sz w:val="22"/>
              </w:rPr>
              <w:t xml:space="preserve"> </w:t>
            </w:r>
            <w:proofErr w:type="spellStart"/>
            <w:r w:rsidRPr="00A84BC5">
              <w:rPr>
                <w:rFonts w:cs="Times New Roman"/>
                <w:sz w:val="22"/>
              </w:rPr>
              <w:t>identității</w:t>
            </w:r>
            <w:proofErr w:type="spellEnd"/>
            <w:r w:rsidRPr="00A84BC5">
              <w:rPr>
                <w:rFonts w:cs="Times New Roman"/>
                <w:sz w:val="22"/>
              </w:rPr>
              <w:t xml:space="preserve"> </w:t>
            </w:r>
            <w:proofErr w:type="spellStart"/>
            <w:r w:rsidRPr="00A84BC5">
              <w:rPr>
                <w:rFonts w:cs="Times New Roman"/>
                <w:sz w:val="22"/>
              </w:rPr>
              <w:t>beneficiarilor</w:t>
            </w:r>
            <w:proofErr w:type="spellEnd"/>
            <w:r w:rsidRPr="00A84BC5">
              <w:rPr>
                <w:rFonts w:cs="Times New Roman"/>
                <w:sz w:val="22"/>
              </w:rPr>
              <w:t xml:space="preserve"> </w:t>
            </w:r>
            <w:proofErr w:type="spellStart"/>
            <w:r w:rsidRPr="00A84BC5">
              <w:rPr>
                <w:rFonts w:cs="Times New Roman"/>
                <w:sz w:val="22"/>
              </w:rPr>
              <w:t>efectivi</w:t>
            </w:r>
            <w:proofErr w:type="spellEnd"/>
            <w:r w:rsidRPr="00A84BC5">
              <w:rPr>
                <w:rFonts w:cs="Times New Roman"/>
                <w:sz w:val="22"/>
              </w:rPr>
              <w:t xml:space="preserve"> </w:t>
            </w:r>
            <w:proofErr w:type="spellStart"/>
            <w:r w:rsidRPr="00A84BC5">
              <w:rPr>
                <w:rFonts w:cs="Times New Roman"/>
                <w:sz w:val="22"/>
              </w:rPr>
              <w:t>și</w:t>
            </w:r>
            <w:proofErr w:type="spellEnd"/>
            <w:r w:rsidRPr="00A84BC5">
              <w:rPr>
                <w:rFonts w:cs="Times New Roman"/>
                <w:sz w:val="22"/>
              </w:rPr>
              <w:t xml:space="preserve"> </w:t>
            </w:r>
            <w:proofErr w:type="spellStart"/>
            <w:r w:rsidRPr="00A84BC5">
              <w:rPr>
                <w:rFonts w:cs="Times New Roman"/>
                <w:sz w:val="22"/>
              </w:rPr>
              <w:t>neîncadrarea</w:t>
            </w:r>
            <w:proofErr w:type="spellEnd"/>
            <w:r w:rsidRPr="00A84BC5">
              <w:rPr>
                <w:rFonts w:cs="Times New Roman"/>
                <w:sz w:val="22"/>
              </w:rPr>
              <w:t xml:space="preserve"> </w:t>
            </w:r>
            <w:proofErr w:type="spellStart"/>
            <w:r w:rsidRPr="00A84BC5">
              <w:rPr>
                <w:rFonts w:cs="Times New Roman"/>
                <w:sz w:val="22"/>
              </w:rPr>
              <w:t>acestora</w:t>
            </w:r>
            <w:proofErr w:type="spellEnd"/>
            <w:r w:rsidRPr="00A84BC5">
              <w:rPr>
                <w:rFonts w:cs="Times New Roman"/>
                <w:sz w:val="22"/>
              </w:rPr>
              <w:t xml:space="preserve"> </w:t>
            </w:r>
            <w:proofErr w:type="spellStart"/>
            <w:r w:rsidRPr="00A84BC5">
              <w:rPr>
                <w:rFonts w:cs="Times New Roman"/>
                <w:sz w:val="22"/>
              </w:rPr>
              <w:t>în</w:t>
            </w:r>
            <w:proofErr w:type="spellEnd"/>
            <w:r w:rsidRPr="00A84BC5">
              <w:rPr>
                <w:rFonts w:cs="Times New Roman"/>
                <w:sz w:val="22"/>
              </w:rPr>
              <w:t xml:space="preserve"> </w:t>
            </w:r>
            <w:proofErr w:type="spellStart"/>
            <w:r w:rsidRPr="00A84BC5">
              <w:rPr>
                <w:rFonts w:cs="Times New Roman"/>
                <w:sz w:val="22"/>
              </w:rPr>
              <w:t>situațiile</w:t>
            </w:r>
            <w:proofErr w:type="spellEnd"/>
            <w:r w:rsidRPr="00A84BC5">
              <w:rPr>
                <w:rFonts w:cs="Times New Roman"/>
                <w:sz w:val="22"/>
              </w:rPr>
              <w:t xml:space="preserve"> </w:t>
            </w:r>
            <w:proofErr w:type="spellStart"/>
            <w:r w:rsidRPr="00A84BC5">
              <w:rPr>
                <w:rFonts w:cs="Times New Roman"/>
                <w:sz w:val="22"/>
              </w:rPr>
              <w:t>prevăzute</w:t>
            </w:r>
            <w:proofErr w:type="spellEnd"/>
            <w:r w:rsidRPr="00A84BC5">
              <w:rPr>
                <w:rFonts w:cs="Times New Roman"/>
                <w:sz w:val="22"/>
              </w:rPr>
              <w:t xml:space="preserve"> de </w:t>
            </w:r>
            <w:proofErr w:type="spellStart"/>
            <w:r w:rsidRPr="00A84BC5">
              <w:rPr>
                <w:rFonts w:cs="Times New Roman"/>
                <w:sz w:val="22"/>
              </w:rPr>
              <w:t>lege</w:t>
            </w:r>
            <w:proofErr w:type="spellEnd"/>
            <w:r w:rsidRPr="00A84BC5">
              <w:rPr>
                <w:rFonts w:cs="Times New Roman"/>
                <w:sz w:val="22"/>
              </w:rPr>
              <w:t xml:space="preserve">. Mod de </w:t>
            </w:r>
            <w:proofErr w:type="spellStart"/>
            <w:r w:rsidRPr="00A84BC5">
              <w:rPr>
                <w:rFonts w:cs="Times New Roman"/>
                <w:sz w:val="22"/>
              </w:rPr>
              <w:t>demonstrare</w:t>
            </w:r>
            <w:proofErr w:type="spellEnd"/>
            <w:r w:rsidRPr="00A84BC5">
              <w:rPr>
                <w:rFonts w:cs="Times New Roman"/>
                <w:sz w:val="22"/>
              </w:rPr>
              <w:t xml:space="preserve">: </w:t>
            </w:r>
            <w:proofErr w:type="spellStart"/>
            <w:r w:rsidRPr="00A84BC5">
              <w:rPr>
                <w:rFonts w:cs="Times New Roman"/>
                <w:sz w:val="22"/>
              </w:rPr>
              <w:t>Ofertantul</w:t>
            </w:r>
            <w:proofErr w:type="spellEnd"/>
            <w:r w:rsidRPr="00A84BC5">
              <w:rPr>
                <w:rFonts w:cs="Times New Roman"/>
                <w:sz w:val="22"/>
              </w:rPr>
              <w:t xml:space="preserve"> </w:t>
            </w:r>
            <w:proofErr w:type="spellStart"/>
            <w:r w:rsidRPr="00A84BC5">
              <w:rPr>
                <w:rFonts w:cs="Times New Roman"/>
                <w:sz w:val="22"/>
              </w:rPr>
              <w:t>desemnat</w:t>
            </w:r>
            <w:proofErr w:type="spellEnd"/>
            <w:r w:rsidRPr="00A84BC5">
              <w:rPr>
                <w:rFonts w:cs="Times New Roman"/>
                <w:sz w:val="22"/>
              </w:rPr>
              <w:t xml:space="preserve"> </w:t>
            </w:r>
            <w:proofErr w:type="spellStart"/>
            <w:r w:rsidRPr="00A84BC5">
              <w:rPr>
                <w:rFonts w:cs="Times New Roman"/>
                <w:sz w:val="22"/>
              </w:rPr>
              <w:t>câștigător</w:t>
            </w:r>
            <w:proofErr w:type="spellEnd"/>
            <w:r w:rsidRPr="00A84BC5">
              <w:rPr>
                <w:rFonts w:cs="Times New Roman"/>
                <w:sz w:val="22"/>
              </w:rPr>
              <w:t xml:space="preserve"> o </w:t>
            </w:r>
            <w:proofErr w:type="spellStart"/>
            <w:r w:rsidRPr="00A84BC5">
              <w:rPr>
                <w:rFonts w:cs="Times New Roman"/>
                <w:sz w:val="22"/>
              </w:rPr>
              <w:t>prezintă</w:t>
            </w:r>
            <w:proofErr w:type="spellEnd"/>
            <w:r w:rsidRPr="00A84BC5">
              <w:rPr>
                <w:rFonts w:cs="Times New Roman"/>
                <w:sz w:val="22"/>
              </w:rPr>
              <w:t xml:space="preserve"> </w:t>
            </w:r>
            <w:proofErr w:type="spellStart"/>
            <w:r w:rsidRPr="00A84BC5">
              <w:rPr>
                <w:rFonts w:cs="Times New Roman"/>
                <w:sz w:val="22"/>
              </w:rPr>
              <w:t>în</w:t>
            </w:r>
            <w:proofErr w:type="spellEnd"/>
            <w:r w:rsidRPr="00A84BC5">
              <w:rPr>
                <w:rFonts w:cs="Times New Roman"/>
                <w:sz w:val="22"/>
              </w:rPr>
              <w:t xml:space="preserve"> </w:t>
            </w:r>
            <w:proofErr w:type="spellStart"/>
            <w:r w:rsidRPr="00A84BC5">
              <w:rPr>
                <w:rFonts w:cs="Times New Roman"/>
                <w:sz w:val="22"/>
              </w:rPr>
              <w:t>termen</w:t>
            </w:r>
            <w:proofErr w:type="spellEnd"/>
            <w:r w:rsidRPr="00A84BC5">
              <w:rPr>
                <w:rFonts w:cs="Times New Roman"/>
                <w:sz w:val="22"/>
              </w:rPr>
              <w:t xml:space="preserve"> de 5 </w:t>
            </w:r>
            <w:proofErr w:type="spellStart"/>
            <w:r w:rsidRPr="00A84BC5">
              <w:rPr>
                <w:rFonts w:cs="Times New Roman"/>
                <w:sz w:val="22"/>
              </w:rPr>
              <w:t>zile</w:t>
            </w:r>
            <w:proofErr w:type="spellEnd"/>
            <w:r w:rsidRPr="00A84BC5">
              <w:rPr>
                <w:rFonts w:cs="Times New Roman"/>
                <w:sz w:val="22"/>
              </w:rPr>
              <w:t xml:space="preserve"> de la </w:t>
            </w:r>
            <w:proofErr w:type="spellStart"/>
            <w:r w:rsidRPr="00A84BC5">
              <w:rPr>
                <w:rFonts w:cs="Times New Roman"/>
                <w:sz w:val="22"/>
              </w:rPr>
              <w:t>comunicarea</w:t>
            </w:r>
            <w:proofErr w:type="spellEnd"/>
            <w:r w:rsidRPr="00A84BC5">
              <w:rPr>
                <w:rFonts w:cs="Times New Roman"/>
                <w:sz w:val="22"/>
              </w:rPr>
              <w:t xml:space="preserve"> </w:t>
            </w:r>
            <w:proofErr w:type="spellStart"/>
            <w:r w:rsidRPr="00A84BC5">
              <w:rPr>
                <w:rFonts w:cs="Times New Roman"/>
                <w:sz w:val="22"/>
              </w:rPr>
              <w:t>rezultatului</w:t>
            </w:r>
            <w:proofErr w:type="spellEnd"/>
            <w:r w:rsidRPr="00A84BC5">
              <w:rPr>
                <w:rFonts w:cs="Times New Roman"/>
                <w:sz w:val="22"/>
              </w:rPr>
              <w:t xml:space="preserve"> </w:t>
            </w:r>
            <w:proofErr w:type="spellStart"/>
            <w:r w:rsidRPr="00A84BC5">
              <w:rPr>
                <w:rFonts w:cs="Times New Roman"/>
                <w:sz w:val="22"/>
              </w:rPr>
              <w:t>procedurii</w:t>
            </w:r>
            <w:proofErr w:type="spellEnd"/>
            <w:r w:rsidRPr="00A84BC5">
              <w:rPr>
                <w:rFonts w:cs="Times New Roman"/>
                <w:sz w:val="22"/>
              </w:rPr>
              <w:t>. Nivel minim/</w:t>
            </w:r>
            <w:proofErr w:type="spellStart"/>
            <w:r w:rsidRPr="00A84BC5">
              <w:rPr>
                <w:rFonts w:cs="Times New Roman"/>
                <w:sz w:val="22"/>
              </w:rPr>
              <w:t>Obligativitatea</w:t>
            </w:r>
            <w:proofErr w:type="spellEnd"/>
            <w:r w:rsidRPr="00A84BC5">
              <w:rPr>
                <w:rFonts w:cs="Times New Roman"/>
                <w:sz w:val="22"/>
              </w:rPr>
              <w:t xml:space="preserve">: </w:t>
            </w:r>
            <w:proofErr w:type="spellStart"/>
            <w:r w:rsidRPr="00A84BC5">
              <w:rPr>
                <w:rFonts w:cs="Times New Roman"/>
                <w:sz w:val="22"/>
              </w:rPr>
              <w:t>Obligatoriu</w:t>
            </w:r>
            <w:proofErr w:type="spellEnd"/>
            <w:r w:rsidRPr="00A84BC5">
              <w:rPr>
                <w:rFonts w:cs="Times New Roman"/>
                <w:sz w:val="22"/>
              </w:rPr>
              <w:t xml:space="preserve">*. Conform pct. 16 </w:t>
            </w:r>
            <w:proofErr w:type="spellStart"/>
            <w:r w:rsidRPr="00A84BC5">
              <w:rPr>
                <w:rFonts w:cs="Times New Roman"/>
                <w:sz w:val="22"/>
              </w:rPr>
              <w:t>subpct</w:t>
            </w:r>
            <w:proofErr w:type="spellEnd"/>
            <w:r w:rsidRPr="00A84BC5">
              <w:rPr>
                <w:rFonts w:cs="Times New Roman"/>
                <w:sz w:val="22"/>
              </w:rPr>
              <w:t xml:space="preserve">. 15 din </w:t>
            </w:r>
            <w:proofErr w:type="spellStart"/>
            <w:r w:rsidRPr="00A84BC5">
              <w:rPr>
                <w:rFonts w:cs="Times New Roman"/>
                <w:sz w:val="22"/>
              </w:rPr>
              <w:t>Anunțul</w:t>
            </w:r>
            <w:proofErr w:type="spellEnd"/>
            <w:r w:rsidRPr="00A84BC5">
              <w:rPr>
                <w:rFonts w:cs="Times New Roman"/>
                <w:sz w:val="22"/>
              </w:rPr>
              <w:t xml:space="preserve"> de </w:t>
            </w:r>
            <w:proofErr w:type="spellStart"/>
            <w:r w:rsidRPr="00A84BC5">
              <w:rPr>
                <w:rFonts w:cs="Times New Roman"/>
                <w:sz w:val="22"/>
              </w:rPr>
              <w:t>participare</w:t>
            </w:r>
            <w:proofErr w:type="spellEnd"/>
            <w:r w:rsidRPr="00A84BC5">
              <w:rPr>
                <w:rFonts w:cs="Times New Roman"/>
                <w:sz w:val="22"/>
              </w:rPr>
              <w:t>.</w:t>
            </w:r>
          </w:p>
        </w:tc>
        <w:tc>
          <w:tcPr>
            <w:tcW w:w="2411"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jc w:val="center"/>
              <w:rPr>
                <w:rFonts w:cs="Times New Roman"/>
                <w:sz w:val="22"/>
              </w:rPr>
            </w:pPr>
            <w:r w:rsidRPr="00A84BC5">
              <w:rPr>
                <w:rFonts w:cs="Times New Roman"/>
                <w:sz w:val="22"/>
              </w:rPr>
              <w:t>Da    Nu</w:t>
            </w:r>
          </w:p>
        </w:tc>
      </w:tr>
      <w:tr w:rsidR="00924ED0" w:rsidRPr="00A84BC5"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jc w:val="center"/>
              <w:rPr>
                <w:rFonts w:cs="Times New Roman"/>
                <w:sz w:val="22"/>
              </w:rPr>
            </w:pPr>
            <w:r w:rsidRPr="00A84BC5">
              <w:rPr>
                <w:rFonts w:cs="Times New Roman"/>
                <w:sz w:val="22"/>
              </w:rPr>
              <w:t>4G.16</w:t>
            </w:r>
          </w:p>
        </w:tc>
        <w:tc>
          <w:tcPr>
            <w:tcW w:w="6096"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rPr>
                <w:rFonts w:cs="Times New Roman"/>
                <w:sz w:val="22"/>
              </w:rPr>
            </w:pPr>
            <w:proofErr w:type="spellStart"/>
            <w:r w:rsidRPr="00A84BC5">
              <w:rPr>
                <w:rFonts w:cs="Times New Roman"/>
                <w:sz w:val="22"/>
              </w:rPr>
              <w:t>Garanția</w:t>
            </w:r>
            <w:proofErr w:type="spellEnd"/>
            <w:r w:rsidRPr="00A84BC5">
              <w:rPr>
                <w:rFonts w:cs="Times New Roman"/>
                <w:sz w:val="22"/>
              </w:rPr>
              <w:t xml:space="preserve"> de </w:t>
            </w:r>
            <w:proofErr w:type="spellStart"/>
            <w:r w:rsidRPr="00A84BC5">
              <w:rPr>
                <w:rFonts w:cs="Times New Roman"/>
                <w:sz w:val="22"/>
              </w:rPr>
              <w:t>bună</w:t>
            </w:r>
            <w:proofErr w:type="spellEnd"/>
            <w:r w:rsidRPr="00A84BC5">
              <w:rPr>
                <w:rFonts w:cs="Times New Roman"/>
                <w:sz w:val="22"/>
              </w:rPr>
              <w:t xml:space="preserve"> </w:t>
            </w:r>
            <w:proofErr w:type="spellStart"/>
            <w:r w:rsidRPr="00A84BC5">
              <w:rPr>
                <w:rFonts w:cs="Times New Roman"/>
                <w:sz w:val="22"/>
              </w:rPr>
              <w:t>execuție</w:t>
            </w:r>
            <w:proofErr w:type="spellEnd"/>
            <w:r w:rsidRPr="00A84BC5">
              <w:rPr>
                <w:rFonts w:cs="Times New Roman"/>
                <w:sz w:val="22"/>
              </w:rPr>
              <w:t xml:space="preserve"> 5% din </w:t>
            </w:r>
            <w:proofErr w:type="spellStart"/>
            <w:r w:rsidRPr="00A84BC5">
              <w:rPr>
                <w:rFonts w:cs="Times New Roman"/>
                <w:sz w:val="22"/>
              </w:rPr>
              <w:t>valoarea</w:t>
            </w:r>
            <w:proofErr w:type="spellEnd"/>
            <w:r w:rsidRPr="00A84BC5">
              <w:rPr>
                <w:rFonts w:cs="Times New Roman"/>
                <w:sz w:val="22"/>
              </w:rPr>
              <w:t xml:space="preserve"> </w:t>
            </w:r>
            <w:proofErr w:type="spellStart"/>
            <w:r w:rsidRPr="00A84BC5">
              <w:rPr>
                <w:rFonts w:cs="Times New Roman"/>
                <w:sz w:val="22"/>
              </w:rPr>
              <w:t>contractului</w:t>
            </w:r>
            <w:proofErr w:type="spellEnd"/>
            <w:r w:rsidRPr="00A84BC5">
              <w:rPr>
                <w:rFonts w:cs="Times New Roman"/>
                <w:sz w:val="22"/>
              </w:rPr>
              <w:t xml:space="preserve"> cu TVA. Mod de </w:t>
            </w:r>
            <w:proofErr w:type="spellStart"/>
            <w:r w:rsidRPr="00A84BC5">
              <w:rPr>
                <w:rFonts w:cs="Times New Roman"/>
                <w:sz w:val="22"/>
              </w:rPr>
              <w:t>demonstrare</w:t>
            </w:r>
            <w:proofErr w:type="spellEnd"/>
            <w:r w:rsidRPr="00A84BC5">
              <w:rPr>
                <w:rFonts w:cs="Times New Roman"/>
                <w:sz w:val="22"/>
              </w:rPr>
              <w:t xml:space="preserve">: </w:t>
            </w:r>
            <w:proofErr w:type="spellStart"/>
            <w:r w:rsidRPr="00A84BC5">
              <w:rPr>
                <w:rFonts w:cs="Times New Roman"/>
                <w:sz w:val="22"/>
              </w:rPr>
              <w:t>Scrisoare</w:t>
            </w:r>
            <w:proofErr w:type="spellEnd"/>
            <w:r w:rsidRPr="00A84BC5">
              <w:rPr>
                <w:rFonts w:cs="Times New Roman"/>
                <w:sz w:val="22"/>
              </w:rPr>
              <w:t xml:space="preserve"> de </w:t>
            </w:r>
            <w:proofErr w:type="spellStart"/>
            <w:r w:rsidRPr="00A84BC5">
              <w:rPr>
                <w:rFonts w:cs="Times New Roman"/>
                <w:sz w:val="22"/>
              </w:rPr>
              <w:t>garanție</w:t>
            </w:r>
            <w:proofErr w:type="spellEnd"/>
            <w:r w:rsidRPr="00A84BC5">
              <w:rPr>
                <w:rFonts w:cs="Times New Roman"/>
                <w:sz w:val="22"/>
              </w:rPr>
              <w:t xml:space="preserve"> </w:t>
            </w:r>
            <w:proofErr w:type="spellStart"/>
            <w:r w:rsidRPr="00A84BC5">
              <w:rPr>
                <w:rFonts w:cs="Times New Roman"/>
                <w:sz w:val="22"/>
              </w:rPr>
              <w:t>bancară</w:t>
            </w:r>
            <w:proofErr w:type="spellEnd"/>
            <w:r w:rsidRPr="00A84BC5">
              <w:rPr>
                <w:rFonts w:cs="Times New Roman"/>
                <w:sz w:val="22"/>
              </w:rPr>
              <w:t xml:space="preserve"> </w:t>
            </w:r>
            <w:proofErr w:type="spellStart"/>
            <w:r w:rsidRPr="00A84BC5">
              <w:rPr>
                <w:rFonts w:cs="Times New Roman"/>
                <w:sz w:val="22"/>
              </w:rPr>
              <w:t>sau</w:t>
            </w:r>
            <w:proofErr w:type="spellEnd"/>
            <w:r w:rsidRPr="00A84BC5">
              <w:rPr>
                <w:rFonts w:cs="Times New Roman"/>
                <w:sz w:val="22"/>
              </w:rPr>
              <w:t xml:space="preserve"> transfer pe </w:t>
            </w:r>
            <w:proofErr w:type="spellStart"/>
            <w:r w:rsidRPr="00A84BC5">
              <w:rPr>
                <w:rFonts w:cs="Times New Roman"/>
                <w:sz w:val="22"/>
              </w:rPr>
              <w:t>contul</w:t>
            </w:r>
            <w:proofErr w:type="spellEnd"/>
            <w:r w:rsidRPr="00A84BC5">
              <w:rPr>
                <w:rFonts w:cs="Times New Roman"/>
                <w:sz w:val="22"/>
              </w:rPr>
              <w:t xml:space="preserve"> </w:t>
            </w:r>
            <w:proofErr w:type="spellStart"/>
            <w:r w:rsidRPr="00A84BC5">
              <w:rPr>
                <w:rFonts w:cs="Times New Roman"/>
                <w:sz w:val="22"/>
              </w:rPr>
              <w:t>autorității</w:t>
            </w:r>
            <w:proofErr w:type="spellEnd"/>
            <w:r w:rsidRPr="00A84BC5">
              <w:rPr>
                <w:rFonts w:cs="Times New Roman"/>
                <w:sz w:val="22"/>
              </w:rPr>
              <w:t xml:space="preserve"> </w:t>
            </w:r>
            <w:proofErr w:type="spellStart"/>
            <w:r w:rsidRPr="00A84BC5">
              <w:rPr>
                <w:rFonts w:cs="Times New Roman"/>
                <w:sz w:val="22"/>
              </w:rPr>
              <w:t>contractante</w:t>
            </w:r>
            <w:proofErr w:type="spellEnd"/>
            <w:r w:rsidRPr="00A84BC5">
              <w:rPr>
                <w:rFonts w:cs="Times New Roman"/>
                <w:sz w:val="22"/>
              </w:rPr>
              <w:t xml:space="preserve">; </w:t>
            </w:r>
            <w:proofErr w:type="spellStart"/>
            <w:r w:rsidRPr="00A84BC5">
              <w:rPr>
                <w:rFonts w:cs="Times New Roman"/>
                <w:sz w:val="22"/>
              </w:rPr>
              <w:t>valabilă</w:t>
            </w:r>
            <w:proofErr w:type="spellEnd"/>
            <w:r w:rsidRPr="00A84BC5">
              <w:rPr>
                <w:rFonts w:cs="Times New Roman"/>
                <w:sz w:val="22"/>
              </w:rPr>
              <w:t xml:space="preserve"> </w:t>
            </w:r>
            <w:proofErr w:type="spellStart"/>
            <w:r w:rsidRPr="00A84BC5">
              <w:rPr>
                <w:rFonts w:cs="Times New Roman"/>
                <w:sz w:val="22"/>
              </w:rPr>
              <w:t>până</w:t>
            </w:r>
            <w:proofErr w:type="spellEnd"/>
            <w:r w:rsidRPr="00A84BC5">
              <w:rPr>
                <w:rFonts w:cs="Times New Roman"/>
                <w:sz w:val="22"/>
              </w:rPr>
              <w:t xml:space="preserve"> la 31.12.2026. Nivel minim/</w:t>
            </w:r>
            <w:proofErr w:type="spellStart"/>
            <w:r w:rsidRPr="00A84BC5">
              <w:rPr>
                <w:rFonts w:cs="Times New Roman"/>
                <w:sz w:val="22"/>
              </w:rPr>
              <w:t>Obligativitatea</w:t>
            </w:r>
            <w:proofErr w:type="spellEnd"/>
            <w:r w:rsidRPr="00A84BC5">
              <w:rPr>
                <w:rFonts w:cs="Times New Roman"/>
                <w:sz w:val="22"/>
              </w:rPr>
              <w:t xml:space="preserve">: </w:t>
            </w:r>
            <w:proofErr w:type="spellStart"/>
            <w:r w:rsidRPr="00A84BC5">
              <w:rPr>
                <w:rFonts w:cs="Times New Roman"/>
                <w:sz w:val="22"/>
              </w:rPr>
              <w:t>Obligatoriu</w:t>
            </w:r>
            <w:proofErr w:type="spellEnd"/>
            <w:r w:rsidRPr="00A84BC5">
              <w:rPr>
                <w:rFonts w:cs="Times New Roman"/>
                <w:sz w:val="22"/>
              </w:rPr>
              <w:t xml:space="preserve">*. Conform pct. 16 </w:t>
            </w:r>
            <w:proofErr w:type="spellStart"/>
            <w:r w:rsidRPr="00A84BC5">
              <w:rPr>
                <w:rFonts w:cs="Times New Roman"/>
                <w:sz w:val="22"/>
              </w:rPr>
              <w:t>subpct</w:t>
            </w:r>
            <w:proofErr w:type="spellEnd"/>
            <w:r w:rsidRPr="00A84BC5">
              <w:rPr>
                <w:rFonts w:cs="Times New Roman"/>
                <w:sz w:val="22"/>
              </w:rPr>
              <w:t xml:space="preserve">. 16 din </w:t>
            </w:r>
            <w:proofErr w:type="spellStart"/>
            <w:r w:rsidRPr="00A84BC5">
              <w:rPr>
                <w:rFonts w:cs="Times New Roman"/>
                <w:sz w:val="22"/>
              </w:rPr>
              <w:t>Anunțul</w:t>
            </w:r>
            <w:proofErr w:type="spellEnd"/>
            <w:r w:rsidRPr="00A84BC5">
              <w:rPr>
                <w:rFonts w:cs="Times New Roman"/>
                <w:sz w:val="22"/>
              </w:rPr>
              <w:t xml:space="preserve"> de </w:t>
            </w:r>
            <w:proofErr w:type="spellStart"/>
            <w:r w:rsidRPr="00A84BC5">
              <w:rPr>
                <w:rFonts w:cs="Times New Roman"/>
                <w:sz w:val="22"/>
              </w:rPr>
              <w:t>participare</w:t>
            </w:r>
            <w:proofErr w:type="spellEnd"/>
            <w:r w:rsidRPr="00A84BC5">
              <w:rPr>
                <w:rFonts w:cs="Times New Roman"/>
                <w:sz w:val="22"/>
              </w:rPr>
              <w:t>.</w:t>
            </w:r>
          </w:p>
        </w:tc>
        <w:tc>
          <w:tcPr>
            <w:tcW w:w="2411"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jc w:val="center"/>
              <w:rPr>
                <w:rFonts w:cs="Times New Roman"/>
                <w:sz w:val="22"/>
              </w:rPr>
            </w:pPr>
            <w:r w:rsidRPr="00A84BC5">
              <w:rPr>
                <w:rFonts w:cs="Times New Roman"/>
                <w:sz w:val="22"/>
              </w:rPr>
              <w:t>Da    Nu</w:t>
            </w:r>
          </w:p>
        </w:tc>
      </w:tr>
      <w:tr w:rsidR="00924ED0" w:rsidRPr="00A84BC5" w:rsidTr="00924ED0">
        <w:trPr>
          <w:cantSplit/>
          <w:jc w:val="center"/>
        </w:trPr>
        <w:tc>
          <w:tcPr>
            <w:tcW w:w="1667"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jc w:val="center"/>
              <w:rPr>
                <w:rFonts w:cs="Times New Roman"/>
                <w:sz w:val="22"/>
              </w:rPr>
            </w:pPr>
            <w:r w:rsidRPr="00A84BC5">
              <w:rPr>
                <w:rFonts w:cs="Times New Roman"/>
                <w:sz w:val="22"/>
              </w:rPr>
              <w:t>4G.17</w:t>
            </w:r>
          </w:p>
        </w:tc>
        <w:tc>
          <w:tcPr>
            <w:tcW w:w="6096"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rPr>
                <w:rFonts w:cs="Times New Roman"/>
                <w:sz w:val="22"/>
              </w:rPr>
            </w:pPr>
            <w:proofErr w:type="spellStart"/>
            <w:r w:rsidRPr="00A84BC5">
              <w:rPr>
                <w:rFonts w:cs="Times New Roman"/>
                <w:sz w:val="22"/>
              </w:rPr>
              <w:t>Certificat</w:t>
            </w:r>
            <w:proofErr w:type="spellEnd"/>
            <w:r w:rsidRPr="00A84BC5">
              <w:rPr>
                <w:rFonts w:cs="Times New Roman"/>
                <w:sz w:val="22"/>
              </w:rPr>
              <w:t xml:space="preserve"> de </w:t>
            </w:r>
            <w:proofErr w:type="spellStart"/>
            <w:r w:rsidRPr="00A84BC5">
              <w:rPr>
                <w:rFonts w:cs="Times New Roman"/>
                <w:sz w:val="22"/>
              </w:rPr>
              <w:t>lipsă</w:t>
            </w:r>
            <w:proofErr w:type="spellEnd"/>
            <w:r w:rsidRPr="00A84BC5">
              <w:rPr>
                <w:rFonts w:cs="Times New Roman"/>
                <w:sz w:val="22"/>
              </w:rPr>
              <w:t xml:space="preserve"> a </w:t>
            </w:r>
            <w:proofErr w:type="spellStart"/>
            <w:r w:rsidRPr="00A84BC5">
              <w:rPr>
                <w:rFonts w:cs="Times New Roman"/>
                <w:sz w:val="22"/>
              </w:rPr>
              <w:t>datoriilor</w:t>
            </w:r>
            <w:proofErr w:type="spellEnd"/>
            <w:r w:rsidRPr="00A84BC5">
              <w:rPr>
                <w:rFonts w:cs="Times New Roman"/>
                <w:sz w:val="22"/>
              </w:rPr>
              <w:t xml:space="preserve">. Mod de </w:t>
            </w:r>
            <w:proofErr w:type="spellStart"/>
            <w:r w:rsidRPr="00A84BC5">
              <w:rPr>
                <w:rFonts w:cs="Times New Roman"/>
                <w:sz w:val="22"/>
              </w:rPr>
              <w:t>demonstrare</w:t>
            </w:r>
            <w:proofErr w:type="spellEnd"/>
            <w:r w:rsidRPr="00A84BC5">
              <w:rPr>
                <w:rFonts w:cs="Times New Roman"/>
                <w:sz w:val="22"/>
              </w:rPr>
              <w:t xml:space="preserve">: </w:t>
            </w:r>
            <w:proofErr w:type="spellStart"/>
            <w:r w:rsidRPr="00A84BC5">
              <w:rPr>
                <w:rFonts w:cs="Times New Roman"/>
                <w:sz w:val="22"/>
              </w:rPr>
              <w:t>Copie</w:t>
            </w:r>
            <w:proofErr w:type="spellEnd"/>
            <w:r w:rsidRPr="00A84BC5">
              <w:rPr>
                <w:rFonts w:cs="Times New Roman"/>
                <w:sz w:val="22"/>
              </w:rPr>
              <w:t xml:space="preserve">/Original, </w:t>
            </w:r>
            <w:proofErr w:type="spellStart"/>
            <w:r w:rsidRPr="00A84BC5">
              <w:rPr>
                <w:rFonts w:cs="Times New Roman"/>
                <w:sz w:val="22"/>
              </w:rPr>
              <w:t>emis</w:t>
            </w:r>
            <w:proofErr w:type="spellEnd"/>
            <w:r w:rsidRPr="00A84BC5">
              <w:rPr>
                <w:rFonts w:cs="Times New Roman"/>
                <w:sz w:val="22"/>
              </w:rPr>
              <w:t xml:space="preserve"> de </w:t>
            </w:r>
            <w:proofErr w:type="spellStart"/>
            <w:r w:rsidRPr="00A84BC5">
              <w:rPr>
                <w:rFonts w:cs="Times New Roman"/>
                <w:sz w:val="22"/>
              </w:rPr>
              <w:t>Serviciul</w:t>
            </w:r>
            <w:proofErr w:type="spellEnd"/>
            <w:r w:rsidRPr="00A84BC5">
              <w:rPr>
                <w:rFonts w:cs="Times New Roman"/>
                <w:sz w:val="22"/>
              </w:rPr>
              <w:t xml:space="preserve"> Fiscal de Stat, </w:t>
            </w:r>
            <w:proofErr w:type="spellStart"/>
            <w:r w:rsidRPr="00A84BC5">
              <w:rPr>
                <w:rFonts w:cs="Times New Roman"/>
                <w:sz w:val="22"/>
              </w:rPr>
              <w:t>valabil</w:t>
            </w:r>
            <w:proofErr w:type="spellEnd"/>
            <w:r w:rsidRPr="00A84BC5">
              <w:rPr>
                <w:rFonts w:cs="Times New Roman"/>
                <w:sz w:val="22"/>
              </w:rPr>
              <w:t xml:space="preserve"> la data </w:t>
            </w:r>
            <w:proofErr w:type="spellStart"/>
            <w:r w:rsidRPr="00A84BC5">
              <w:rPr>
                <w:rFonts w:cs="Times New Roman"/>
                <w:sz w:val="22"/>
              </w:rPr>
              <w:t>depunerii</w:t>
            </w:r>
            <w:proofErr w:type="spellEnd"/>
            <w:r w:rsidRPr="00A84BC5">
              <w:rPr>
                <w:rFonts w:cs="Times New Roman"/>
                <w:sz w:val="22"/>
              </w:rPr>
              <w:t xml:space="preserve"> </w:t>
            </w:r>
            <w:proofErr w:type="spellStart"/>
            <w:r w:rsidRPr="00A84BC5">
              <w:rPr>
                <w:rFonts w:cs="Times New Roman"/>
                <w:sz w:val="22"/>
              </w:rPr>
              <w:t>ofertei</w:t>
            </w:r>
            <w:proofErr w:type="spellEnd"/>
            <w:r w:rsidRPr="00A84BC5">
              <w:rPr>
                <w:rFonts w:cs="Times New Roman"/>
                <w:sz w:val="22"/>
              </w:rPr>
              <w:t xml:space="preserve">. </w:t>
            </w:r>
            <w:proofErr w:type="spellStart"/>
            <w:r w:rsidRPr="00A84BC5">
              <w:rPr>
                <w:rFonts w:cs="Times New Roman"/>
                <w:sz w:val="22"/>
              </w:rPr>
              <w:t>Semnat</w:t>
            </w:r>
            <w:proofErr w:type="spellEnd"/>
            <w:r w:rsidRPr="00A84BC5">
              <w:rPr>
                <w:rFonts w:cs="Times New Roman"/>
                <w:sz w:val="22"/>
              </w:rPr>
              <w:t xml:space="preserve"> electronic de </w:t>
            </w:r>
            <w:proofErr w:type="spellStart"/>
            <w:r w:rsidRPr="00A84BC5">
              <w:rPr>
                <w:rFonts w:cs="Times New Roman"/>
                <w:sz w:val="22"/>
              </w:rPr>
              <w:t>către</w:t>
            </w:r>
            <w:proofErr w:type="spellEnd"/>
            <w:r w:rsidRPr="00A84BC5">
              <w:rPr>
                <w:rFonts w:cs="Times New Roman"/>
                <w:sz w:val="22"/>
              </w:rPr>
              <w:t xml:space="preserve"> participant. Nivel minim/</w:t>
            </w:r>
            <w:proofErr w:type="spellStart"/>
            <w:r w:rsidRPr="00A84BC5">
              <w:rPr>
                <w:rFonts w:cs="Times New Roman"/>
                <w:sz w:val="22"/>
              </w:rPr>
              <w:t>Obligativitatea</w:t>
            </w:r>
            <w:proofErr w:type="spellEnd"/>
            <w:r w:rsidRPr="00A84BC5">
              <w:rPr>
                <w:rFonts w:cs="Times New Roman"/>
                <w:sz w:val="22"/>
              </w:rPr>
              <w:t xml:space="preserve">: </w:t>
            </w:r>
            <w:proofErr w:type="spellStart"/>
            <w:r w:rsidRPr="00A84BC5">
              <w:rPr>
                <w:rFonts w:cs="Times New Roman"/>
                <w:sz w:val="22"/>
              </w:rPr>
              <w:t>Obligatoriu</w:t>
            </w:r>
            <w:proofErr w:type="spellEnd"/>
            <w:r w:rsidRPr="00A84BC5">
              <w:rPr>
                <w:rFonts w:cs="Times New Roman"/>
                <w:sz w:val="22"/>
              </w:rPr>
              <w:t xml:space="preserve">*. Conform pct. 16 </w:t>
            </w:r>
            <w:proofErr w:type="spellStart"/>
            <w:r w:rsidRPr="00A84BC5">
              <w:rPr>
                <w:rFonts w:cs="Times New Roman"/>
                <w:sz w:val="22"/>
              </w:rPr>
              <w:t>subpct</w:t>
            </w:r>
            <w:proofErr w:type="spellEnd"/>
            <w:r w:rsidRPr="00A84BC5">
              <w:rPr>
                <w:rFonts w:cs="Times New Roman"/>
                <w:sz w:val="22"/>
              </w:rPr>
              <w:t xml:space="preserve">. 17 din </w:t>
            </w:r>
            <w:proofErr w:type="spellStart"/>
            <w:r w:rsidRPr="00A84BC5">
              <w:rPr>
                <w:rFonts w:cs="Times New Roman"/>
                <w:sz w:val="22"/>
              </w:rPr>
              <w:t>Anunțul</w:t>
            </w:r>
            <w:proofErr w:type="spellEnd"/>
            <w:r w:rsidRPr="00A84BC5">
              <w:rPr>
                <w:rFonts w:cs="Times New Roman"/>
                <w:sz w:val="22"/>
              </w:rPr>
              <w:t xml:space="preserve"> de </w:t>
            </w:r>
            <w:proofErr w:type="spellStart"/>
            <w:r w:rsidRPr="00A84BC5">
              <w:rPr>
                <w:rFonts w:cs="Times New Roman"/>
                <w:sz w:val="22"/>
              </w:rPr>
              <w:t>participare</w:t>
            </w:r>
            <w:proofErr w:type="spellEnd"/>
            <w:r w:rsidRPr="00A84BC5">
              <w:rPr>
                <w:rFonts w:cs="Times New Roman"/>
                <w:sz w:val="22"/>
              </w:rPr>
              <w:t>.</w:t>
            </w:r>
          </w:p>
        </w:tc>
        <w:tc>
          <w:tcPr>
            <w:tcW w:w="2411" w:type="dxa"/>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jc w:val="center"/>
              <w:rPr>
                <w:rFonts w:cs="Times New Roman"/>
                <w:sz w:val="22"/>
              </w:rPr>
            </w:pPr>
            <w:r w:rsidRPr="00A84BC5">
              <w:rPr>
                <w:rFonts w:cs="Times New Roman"/>
                <w:sz w:val="22"/>
              </w:rPr>
              <w:t>Da    Nu</w:t>
            </w:r>
          </w:p>
        </w:tc>
      </w:tr>
      <w:tr w:rsidR="00924ED0" w:rsidRPr="00A84BC5" w:rsidTr="00924ED0">
        <w:trPr>
          <w:cantSplit/>
          <w:jc w:val="center"/>
        </w:trPr>
        <w:tc>
          <w:tcPr>
            <w:tcW w:w="10174" w:type="dxa"/>
            <w:gridSpan w:val="3"/>
            <w:tcBorders>
              <w:top w:val="single" w:sz="4" w:space="0" w:color="auto"/>
              <w:left w:val="single" w:sz="4" w:space="0" w:color="auto"/>
              <w:bottom w:val="single" w:sz="4" w:space="0" w:color="auto"/>
              <w:right w:val="single" w:sz="4" w:space="0" w:color="auto"/>
            </w:tcBorders>
            <w:vAlign w:val="center"/>
          </w:tcPr>
          <w:p w:rsidR="00924ED0" w:rsidRPr="00A84BC5" w:rsidRDefault="00924ED0" w:rsidP="00924ED0">
            <w:pPr>
              <w:jc w:val="both"/>
              <w:rPr>
                <w:rFonts w:cs="Times New Roman"/>
                <w:sz w:val="22"/>
              </w:rPr>
            </w:pPr>
            <w:proofErr w:type="spellStart"/>
            <w:r w:rsidRPr="00A84BC5">
              <w:rPr>
                <w:rFonts w:cs="Times New Roman"/>
                <w:sz w:val="22"/>
              </w:rPr>
              <w:t>Notă</w:t>
            </w:r>
            <w:proofErr w:type="spellEnd"/>
            <w:r w:rsidRPr="00A84BC5">
              <w:rPr>
                <w:rFonts w:cs="Times New Roman"/>
                <w:sz w:val="22"/>
              </w:rPr>
              <w:t xml:space="preserve">: </w:t>
            </w:r>
            <w:proofErr w:type="spellStart"/>
            <w:r w:rsidRPr="00A84BC5">
              <w:rPr>
                <w:rFonts w:cs="Times New Roman"/>
                <w:sz w:val="22"/>
              </w:rPr>
              <w:t>Documentele</w:t>
            </w:r>
            <w:proofErr w:type="spellEnd"/>
            <w:r w:rsidRPr="00A84BC5">
              <w:rPr>
                <w:rFonts w:cs="Times New Roman"/>
                <w:sz w:val="22"/>
              </w:rPr>
              <w:t xml:space="preserve"> </w:t>
            </w:r>
            <w:proofErr w:type="spellStart"/>
            <w:r w:rsidRPr="00A84BC5">
              <w:rPr>
                <w:rFonts w:cs="Times New Roman"/>
                <w:sz w:val="22"/>
              </w:rPr>
              <w:t>marcate</w:t>
            </w:r>
            <w:proofErr w:type="spellEnd"/>
            <w:r w:rsidRPr="00A84BC5">
              <w:rPr>
                <w:rFonts w:cs="Times New Roman"/>
                <w:sz w:val="22"/>
              </w:rPr>
              <w:t xml:space="preserve"> cu </w:t>
            </w:r>
            <w:proofErr w:type="spellStart"/>
            <w:r w:rsidRPr="00A84BC5">
              <w:rPr>
                <w:rFonts w:cs="Times New Roman"/>
                <w:sz w:val="22"/>
              </w:rPr>
              <w:t>asterisc</w:t>
            </w:r>
            <w:proofErr w:type="spellEnd"/>
            <w:r w:rsidRPr="00A84BC5">
              <w:rPr>
                <w:rFonts w:cs="Times New Roman"/>
                <w:sz w:val="22"/>
              </w:rPr>
              <w:t xml:space="preserve"> (*) sunt </w:t>
            </w:r>
            <w:proofErr w:type="spellStart"/>
            <w:r w:rsidRPr="00A84BC5">
              <w:rPr>
                <w:rFonts w:cs="Times New Roman"/>
                <w:sz w:val="22"/>
              </w:rPr>
              <w:t>obligatorii</w:t>
            </w:r>
            <w:proofErr w:type="spellEnd"/>
            <w:r w:rsidRPr="00A84BC5">
              <w:rPr>
                <w:rFonts w:cs="Times New Roman"/>
                <w:sz w:val="22"/>
              </w:rPr>
              <w:t xml:space="preserve"> </w:t>
            </w:r>
            <w:proofErr w:type="spellStart"/>
            <w:r w:rsidRPr="00A84BC5">
              <w:rPr>
                <w:rFonts w:cs="Times New Roman"/>
                <w:sz w:val="22"/>
              </w:rPr>
              <w:t>și</w:t>
            </w:r>
            <w:proofErr w:type="spellEnd"/>
            <w:r w:rsidRPr="00A84BC5">
              <w:rPr>
                <w:rFonts w:cs="Times New Roman"/>
                <w:sz w:val="22"/>
              </w:rPr>
              <w:t xml:space="preserve"> </w:t>
            </w:r>
            <w:proofErr w:type="spellStart"/>
            <w:r w:rsidRPr="00A84BC5">
              <w:rPr>
                <w:rFonts w:cs="Times New Roman"/>
                <w:sz w:val="22"/>
              </w:rPr>
              <w:t>urmează</w:t>
            </w:r>
            <w:proofErr w:type="spellEnd"/>
            <w:r w:rsidRPr="00A84BC5">
              <w:rPr>
                <w:rFonts w:cs="Times New Roman"/>
                <w:sz w:val="22"/>
              </w:rPr>
              <w:t xml:space="preserve"> a fi </w:t>
            </w:r>
            <w:proofErr w:type="spellStart"/>
            <w:r w:rsidRPr="00A84BC5">
              <w:rPr>
                <w:rFonts w:cs="Times New Roman"/>
                <w:sz w:val="22"/>
              </w:rPr>
              <w:t>prezentate</w:t>
            </w:r>
            <w:proofErr w:type="spellEnd"/>
            <w:r w:rsidRPr="00A84BC5">
              <w:rPr>
                <w:rFonts w:cs="Times New Roman"/>
                <w:sz w:val="22"/>
              </w:rPr>
              <w:t xml:space="preserve"> de </w:t>
            </w:r>
            <w:proofErr w:type="spellStart"/>
            <w:r w:rsidRPr="00A84BC5">
              <w:rPr>
                <w:rFonts w:cs="Times New Roman"/>
                <w:sz w:val="22"/>
              </w:rPr>
              <w:t>către</w:t>
            </w:r>
            <w:proofErr w:type="spellEnd"/>
            <w:r w:rsidRPr="00A84BC5">
              <w:rPr>
                <w:rFonts w:cs="Times New Roman"/>
                <w:sz w:val="22"/>
              </w:rPr>
              <w:t xml:space="preserve"> </w:t>
            </w:r>
            <w:proofErr w:type="spellStart"/>
            <w:r w:rsidRPr="00A84BC5">
              <w:rPr>
                <w:rFonts w:cs="Times New Roman"/>
                <w:sz w:val="22"/>
              </w:rPr>
              <w:t>operatorul</w:t>
            </w:r>
            <w:proofErr w:type="spellEnd"/>
            <w:r w:rsidRPr="00A84BC5">
              <w:rPr>
                <w:rFonts w:cs="Times New Roman"/>
                <w:sz w:val="22"/>
              </w:rPr>
              <w:t xml:space="preserve"> economic la </w:t>
            </w:r>
            <w:proofErr w:type="spellStart"/>
            <w:r w:rsidRPr="00A84BC5">
              <w:rPr>
                <w:rFonts w:cs="Times New Roman"/>
                <w:sz w:val="22"/>
              </w:rPr>
              <w:t>momentul</w:t>
            </w:r>
            <w:proofErr w:type="spellEnd"/>
            <w:r w:rsidRPr="00A84BC5">
              <w:rPr>
                <w:rFonts w:cs="Times New Roman"/>
                <w:sz w:val="22"/>
              </w:rPr>
              <w:t xml:space="preserve"> </w:t>
            </w:r>
            <w:proofErr w:type="spellStart"/>
            <w:r w:rsidRPr="00A84BC5">
              <w:rPr>
                <w:rFonts w:cs="Times New Roman"/>
                <w:sz w:val="22"/>
              </w:rPr>
              <w:t>solicitării</w:t>
            </w:r>
            <w:proofErr w:type="spellEnd"/>
            <w:r w:rsidRPr="00A84BC5">
              <w:rPr>
                <w:rFonts w:cs="Times New Roman"/>
                <w:sz w:val="22"/>
              </w:rPr>
              <w:t xml:space="preserve"> </w:t>
            </w:r>
            <w:proofErr w:type="spellStart"/>
            <w:r w:rsidRPr="00A84BC5">
              <w:rPr>
                <w:rFonts w:cs="Times New Roman"/>
                <w:sz w:val="22"/>
              </w:rPr>
              <w:t>acestora</w:t>
            </w:r>
            <w:proofErr w:type="spellEnd"/>
            <w:r w:rsidRPr="00A84BC5">
              <w:rPr>
                <w:rFonts w:cs="Times New Roman"/>
                <w:sz w:val="22"/>
              </w:rPr>
              <w:t xml:space="preserve"> de </w:t>
            </w:r>
            <w:proofErr w:type="spellStart"/>
            <w:r w:rsidRPr="00A84BC5">
              <w:rPr>
                <w:rFonts w:cs="Times New Roman"/>
                <w:sz w:val="22"/>
              </w:rPr>
              <w:t>către</w:t>
            </w:r>
            <w:proofErr w:type="spellEnd"/>
            <w:r w:rsidRPr="00A84BC5">
              <w:rPr>
                <w:rFonts w:cs="Times New Roman"/>
                <w:sz w:val="22"/>
              </w:rPr>
              <w:t xml:space="preserve"> </w:t>
            </w:r>
            <w:proofErr w:type="spellStart"/>
            <w:r w:rsidRPr="00A84BC5">
              <w:rPr>
                <w:rFonts w:cs="Times New Roman"/>
                <w:sz w:val="22"/>
              </w:rPr>
              <w:t>autoritatea</w:t>
            </w:r>
            <w:proofErr w:type="spellEnd"/>
            <w:r w:rsidRPr="00A84BC5">
              <w:rPr>
                <w:rFonts w:cs="Times New Roman"/>
                <w:sz w:val="22"/>
              </w:rPr>
              <w:t xml:space="preserve"> </w:t>
            </w:r>
            <w:proofErr w:type="spellStart"/>
            <w:r w:rsidRPr="00A84BC5">
              <w:rPr>
                <w:rFonts w:cs="Times New Roman"/>
                <w:sz w:val="22"/>
              </w:rPr>
              <w:t>contractantă</w:t>
            </w:r>
            <w:proofErr w:type="spellEnd"/>
            <w:r w:rsidRPr="00A84BC5">
              <w:rPr>
                <w:rFonts w:cs="Times New Roman"/>
                <w:sz w:val="22"/>
              </w:rPr>
              <w:t xml:space="preserve">, </w:t>
            </w:r>
            <w:proofErr w:type="spellStart"/>
            <w:r w:rsidRPr="00A84BC5">
              <w:rPr>
                <w:rFonts w:cs="Times New Roman"/>
                <w:sz w:val="22"/>
              </w:rPr>
              <w:t>în</w:t>
            </w:r>
            <w:proofErr w:type="spellEnd"/>
            <w:r w:rsidRPr="00A84BC5">
              <w:rPr>
                <w:rFonts w:cs="Times New Roman"/>
                <w:sz w:val="22"/>
              </w:rPr>
              <w:t xml:space="preserve"> </w:t>
            </w:r>
            <w:proofErr w:type="spellStart"/>
            <w:r w:rsidRPr="00A84BC5">
              <w:rPr>
                <w:rFonts w:cs="Times New Roman"/>
                <w:sz w:val="22"/>
              </w:rPr>
              <w:t>cadrul</w:t>
            </w:r>
            <w:proofErr w:type="spellEnd"/>
            <w:r w:rsidRPr="00A84BC5">
              <w:rPr>
                <w:rFonts w:cs="Times New Roman"/>
                <w:sz w:val="22"/>
              </w:rPr>
              <w:t xml:space="preserve"> </w:t>
            </w:r>
            <w:proofErr w:type="spellStart"/>
            <w:r w:rsidRPr="00A84BC5">
              <w:rPr>
                <w:rFonts w:cs="Times New Roman"/>
                <w:sz w:val="22"/>
              </w:rPr>
              <w:t>etapei</w:t>
            </w:r>
            <w:proofErr w:type="spellEnd"/>
            <w:r w:rsidRPr="00A84BC5">
              <w:rPr>
                <w:rFonts w:cs="Times New Roman"/>
                <w:sz w:val="22"/>
              </w:rPr>
              <w:t xml:space="preserve"> de </w:t>
            </w:r>
            <w:proofErr w:type="spellStart"/>
            <w:r w:rsidRPr="00A84BC5">
              <w:rPr>
                <w:rFonts w:cs="Times New Roman"/>
                <w:sz w:val="22"/>
              </w:rPr>
              <w:t>evaluare</w:t>
            </w:r>
            <w:proofErr w:type="spellEnd"/>
            <w:r w:rsidRPr="00A84BC5">
              <w:rPr>
                <w:rFonts w:cs="Times New Roman"/>
                <w:sz w:val="22"/>
              </w:rPr>
              <w:t xml:space="preserve">, conform </w:t>
            </w:r>
            <w:proofErr w:type="spellStart"/>
            <w:r w:rsidRPr="00A84BC5">
              <w:rPr>
                <w:rFonts w:cs="Times New Roman"/>
                <w:sz w:val="22"/>
              </w:rPr>
              <w:t>cerințelor</w:t>
            </w:r>
            <w:proofErr w:type="spellEnd"/>
            <w:r w:rsidRPr="00A84BC5">
              <w:rPr>
                <w:rFonts w:cs="Times New Roman"/>
                <w:sz w:val="22"/>
              </w:rPr>
              <w:t xml:space="preserve"> </w:t>
            </w:r>
            <w:proofErr w:type="spellStart"/>
            <w:r w:rsidRPr="00A84BC5">
              <w:rPr>
                <w:rFonts w:cs="Times New Roman"/>
                <w:sz w:val="22"/>
              </w:rPr>
              <w:t>documentației</w:t>
            </w:r>
            <w:proofErr w:type="spellEnd"/>
            <w:r w:rsidRPr="00A84BC5">
              <w:rPr>
                <w:rFonts w:cs="Times New Roman"/>
                <w:sz w:val="22"/>
              </w:rPr>
              <w:t xml:space="preserve"> de </w:t>
            </w:r>
            <w:proofErr w:type="spellStart"/>
            <w:r w:rsidRPr="00A84BC5">
              <w:rPr>
                <w:rFonts w:cs="Times New Roman"/>
                <w:sz w:val="22"/>
              </w:rPr>
              <w:t>atribuire</w:t>
            </w:r>
            <w:proofErr w:type="spellEnd"/>
            <w:r w:rsidRPr="00A84BC5">
              <w:rPr>
                <w:rFonts w:cs="Times New Roman"/>
                <w:sz w:val="22"/>
              </w:rPr>
              <w:t>.</w:t>
            </w:r>
          </w:p>
        </w:tc>
      </w:tr>
    </w:tbl>
    <w:p w:rsidR="00924ED0" w:rsidRPr="00A84BC5" w:rsidRDefault="00924ED0" w:rsidP="00924ED0">
      <w:pPr>
        <w:jc w:val="both"/>
        <w:rPr>
          <w:rFonts w:cs="Times New Roman"/>
          <w:sz w:val="22"/>
          <w:lang w:val="ro-MD"/>
        </w:rPr>
      </w:pPr>
    </w:p>
    <w:p w:rsidR="00924ED0" w:rsidRPr="00A84BC5" w:rsidRDefault="00924ED0" w:rsidP="00924ED0">
      <w:pPr>
        <w:jc w:val="both"/>
        <w:rPr>
          <w:rFonts w:cs="Times New Roman"/>
          <w:sz w:val="22"/>
        </w:rPr>
      </w:pPr>
      <w:r w:rsidRPr="00A84BC5">
        <w:rPr>
          <w:rFonts w:cs="Times New Roman"/>
          <w:b/>
          <w:sz w:val="22"/>
          <w:lang w:val="ro-MD"/>
        </w:rPr>
        <w:t>Capitolul V. Indicații generale pentru criteriile de calificare și selecție</w:t>
      </w:r>
    </w:p>
    <w:p w:rsidR="00924ED0" w:rsidRPr="00A84BC5" w:rsidRDefault="00924ED0" w:rsidP="00924ED0">
      <w:pPr>
        <w:jc w:val="both"/>
        <w:rPr>
          <w:rFonts w:cs="Times New Roman"/>
          <w:b/>
          <w:sz w:val="22"/>
          <w:lang w:val="ro-MD"/>
        </w:rPr>
      </w:pPr>
    </w:p>
    <w:p w:rsidR="00924ED0" w:rsidRPr="00A84BC5" w:rsidRDefault="00924ED0" w:rsidP="00924ED0">
      <w:pPr>
        <w:jc w:val="both"/>
        <w:rPr>
          <w:rFonts w:cs="Times New Roman"/>
          <w:b/>
          <w:sz w:val="22"/>
          <w:lang w:val="ro-MD"/>
        </w:rPr>
      </w:pPr>
      <w:r w:rsidRPr="00A84BC5">
        <w:rPr>
          <w:rFonts w:cs="Times New Roman"/>
          <w:b/>
          <w:i/>
          <w:sz w:val="22"/>
          <w:lang w:val="ro-MD"/>
        </w:rPr>
        <w:t>Compartimentul se completează de către autoritatea/entitatea contractantă (coloana nr.2) și operatorii economici (coloana nr.3).</w:t>
      </w:r>
    </w:p>
    <w:tbl>
      <w:tblPr>
        <w:tblW w:w="0" w:type="auto"/>
        <w:jc w:val="center"/>
        <w:tblLook w:val="0000" w:firstRow="0" w:lastRow="0" w:firstColumn="0" w:lastColumn="0" w:noHBand="0" w:noVBand="0"/>
      </w:tblPr>
      <w:tblGrid>
        <w:gridCol w:w="1549"/>
        <w:gridCol w:w="5969"/>
        <w:gridCol w:w="2110"/>
      </w:tblGrid>
      <w:tr w:rsidR="00924ED0" w:rsidRPr="00A84BC5" w:rsidTr="00924ED0">
        <w:trPr>
          <w:cantSplit/>
          <w:tblHeader/>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b/>
                <w:sz w:val="22"/>
                <w:lang w:val="ro-MD"/>
              </w:rPr>
            </w:pPr>
            <w:r w:rsidRPr="00A84BC5">
              <w:rPr>
                <w:rFonts w:cs="Times New Roman"/>
                <w:b/>
                <w:sz w:val="22"/>
                <w:lang w:val="ro-MD"/>
              </w:rPr>
              <w:t>Cod poziție</w:t>
            </w:r>
          </w:p>
        </w:tc>
        <w:tc>
          <w:tcPr>
            <w:tcW w:w="627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720"/>
              <w:contextualSpacing/>
              <w:jc w:val="center"/>
              <w:rPr>
                <w:rFonts w:cs="Times New Roman"/>
                <w:b/>
                <w:sz w:val="22"/>
                <w:lang w:val="ro-MD"/>
              </w:rPr>
            </w:pPr>
            <w:r w:rsidRPr="00A84BC5">
              <w:rPr>
                <w:rFonts w:cs="Times New Roman"/>
                <w:b/>
                <w:sz w:val="22"/>
                <w:lang w:val="ro-MD"/>
              </w:rPr>
              <w:t>Conținutul cerințelor</w:t>
            </w:r>
          </w:p>
        </w:tc>
        <w:tc>
          <w:tcPr>
            <w:tcW w:w="2155"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246"/>
              <w:contextualSpacing/>
              <w:jc w:val="center"/>
              <w:rPr>
                <w:rFonts w:cs="Times New Roman"/>
                <w:b/>
                <w:sz w:val="22"/>
                <w:lang w:val="ro-MD"/>
              </w:rPr>
            </w:pPr>
            <w:r w:rsidRPr="00A84BC5">
              <w:rPr>
                <w:rFonts w:cs="Times New Roman"/>
                <w:b/>
                <w:sz w:val="22"/>
                <w:lang w:val="ro-MD"/>
              </w:rPr>
              <w:t>Răspuns</w:t>
            </w:r>
          </w:p>
        </w:tc>
      </w:tr>
      <w:tr w:rsidR="00924ED0" w:rsidRPr="00A84BC5" w:rsidTr="00924ED0">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284"/>
              <w:contextualSpacing/>
              <w:jc w:val="center"/>
              <w:rPr>
                <w:rFonts w:cs="Times New Roman"/>
                <w:b/>
                <w:sz w:val="22"/>
                <w:lang w:val="ro-MD"/>
              </w:rPr>
            </w:pPr>
            <w:r w:rsidRPr="00A84BC5">
              <w:rPr>
                <w:rFonts w:cs="Times New Roman"/>
                <w:b/>
                <w:sz w:val="22"/>
                <w:lang w:val="ro-MD"/>
              </w:rPr>
              <w:t>1</w:t>
            </w:r>
          </w:p>
        </w:tc>
        <w:tc>
          <w:tcPr>
            <w:tcW w:w="6273"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center"/>
              <w:rPr>
                <w:rFonts w:cs="Times New Roman"/>
                <w:b/>
                <w:sz w:val="22"/>
                <w:lang w:val="ro-MD"/>
              </w:rPr>
            </w:pPr>
            <w:r w:rsidRPr="00A84BC5">
              <w:rPr>
                <w:rFonts w:cs="Times New Roman"/>
                <w:b/>
                <w:sz w:val="22"/>
                <w:lang w:val="ro-MD"/>
              </w:rPr>
              <w:t>2</w:t>
            </w:r>
          </w:p>
        </w:tc>
        <w:tc>
          <w:tcPr>
            <w:tcW w:w="2155"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ind w:left="720"/>
              <w:contextualSpacing/>
              <w:jc w:val="center"/>
              <w:rPr>
                <w:rFonts w:cs="Times New Roman"/>
                <w:sz w:val="22"/>
                <w:lang w:val="ro-MD"/>
              </w:rPr>
            </w:pPr>
            <w:r w:rsidRPr="00A84BC5">
              <w:rPr>
                <w:rFonts w:cs="Times New Roman"/>
                <w:sz w:val="22"/>
                <w:lang w:val="ro-MD"/>
              </w:rPr>
              <w:t>3</w:t>
            </w:r>
          </w:p>
        </w:tc>
      </w:tr>
      <w:tr w:rsidR="00924ED0" w:rsidRPr="00A84BC5" w:rsidTr="00924ED0">
        <w:trPr>
          <w:cantSplit/>
          <w:jc w:val="center"/>
        </w:trPr>
        <w:tc>
          <w:tcPr>
            <w:tcW w:w="7876" w:type="dxa"/>
            <w:gridSpan w:val="2"/>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numPr>
                <w:ilvl w:val="0"/>
                <w:numId w:val="18"/>
              </w:numPr>
              <w:suppressAutoHyphens/>
              <w:contextualSpacing/>
              <w:jc w:val="both"/>
              <w:rPr>
                <w:rFonts w:cs="Times New Roman"/>
                <w:b/>
                <w:sz w:val="22"/>
                <w:lang w:val="ro-MD"/>
              </w:rPr>
            </w:pPr>
            <w:r w:rsidRPr="00A84BC5">
              <w:rPr>
                <w:rFonts w:cs="Times New Roman"/>
                <w:b/>
                <w:sz w:val="22"/>
                <w:lang w:val="ro-MD"/>
              </w:rPr>
              <w:t>Îndeplinirea tuturor criteriilor de selecție impuse</w:t>
            </w:r>
          </w:p>
        </w:tc>
        <w:tc>
          <w:tcPr>
            <w:tcW w:w="2155"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snapToGrid w:val="0"/>
              <w:ind w:left="720"/>
              <w:contextualSpacing/>
              <w:jc w:val="both"/>
              <w:rPr>
                <w:rFonts w:cs="Times New Roman"/>
                <w:b/>
                <w:sz w:val="22"/>
                <w:lang w:val="ro-MD"/>
              </w:rPr>
            </w:pPr>
          </w:p>
        </w:tc>
      </w:tr>
      <w:tr w:rsidR="00924ED0" w:rsidRPr="00A84BC5" w:rsidTr="00924ED0">
        <w:trPr>
          <w:cantSplit/>
          <w:jc w:val="center"/>
        </w:trPr>
        <w:tc>
          <w:tcPr>
            <w:tcW w:w="1603"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sz w:val="22"/>
                <w:lang w:val="ro-MD"/>
              </w:rPr>
            </w:pPr>
            <w:r w:rsidRPr="00A84BC5">
              <w:rPr>
                <w:rFonts w:cs="Times New Roman"/>
                <w:sz w:val="22"/>
                <w:lang w:val="ro-MD"/>
              </w:rPr>
              <w:t xml:space="preserve">5A.1 </w:t>
            </w:r>
          </w:p>
        </w:tc>
        <w:tc>
          <w:tcPr>
            <w:tcW w:w="6273"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sz w:val="22"/>
              </w:rPr>
            </w:pPr>
            <w:r w:rsidRPr="00A84BC5">
              <w:rPr>
                <w:rFonts w:cs="Times New Roman"/>
                <w:sz w:val="22"/>
                <w:lang w:val="ro-MD"/>
              </w:rPr>
              <w:t xml:space="preserve">Operatorul economic este în măsură să furnizeze în Sistemul </w:t>
            </w:r>
            <w:proofErr w:type="spellStart"/>
            <w:r w:rsidRPr="00A84BC5">
              <w:rPr>
                <w:rFonts w:cs="Times New Roman"/>
                <w:sz w:val="22"/>
                <w:lang w:val="ro-MD"/>
              </w:rPr>
              <w:t>informaţional</w:t>
            </w:r>
            <w:proofErr w:type="spellEnd"/>
            <w:r w:rsidRPr="00A84BC5">
              <w:rPr>
                <w:rFonts w:cs="Times New Roman"/>
                <w:sz w:val="22"/>
                <w:lang w:val="ro-MD"/>
              </w:rPr>
              <w:t xml:space="preserve"> automatizat ,,Registrul de stat al </w:t>
            </w:r>
            <w:proofErr w:type="spellStart"/>
            <w:r w:rsidRPr="00A84BC5">
              <w:rPr>
                <w:rFonts w:cs="Times New Roman"/>
                <w:sz w:val="22"/>
                <w:lang w:val="ro-MD"/>
              </w:rPr>
              <w:t>achiziţiilor</w:t>
            </w:r>
            <w:proofErr w:type="spellEnd"/>
            <w:r w:rsidRPr="00A84BC5">
              <w:rPr>
                <w:rFonts w:cs="Times New Roman"/>
                <w:sz w:val="22"/>
                <w:lang w:val="ro-MD"/>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924ED0" w:rsidRPr="00A84BC5" w:rsidRDefault="00924ED0" w:rsidP="00924ED0">
            <w:pPr>
              <w:contextualSpacing/>
              <w:jc w:val="both"/>
              <w:rPr>
                <w:rFonts w:cs="Times New Roman"/>
                <w:sz w:val="22"/>
                <w:lang w:val="ro-MD"/>
              </w:rPr>
            </w:pPr>
          </w:p>
          <w:p w:rsidR="00924ED0" w:rsidRPr="00A84BC5" w:rsidRDefault="00924ED0" w:rsidP="00924ED0">
            <w:pPr>
              <w:contextualSpacing/>
              <w:jc w:val="both"/>
              <w:rPr>
                <w:rFonts w:cs="Times New Roman"/>
                <w:color w:val="FF0000"/>
                <w:sz w:val="22"/>
                <w:lang w:val="ro-MD"/>
              </w:rPr>
            </w:pPr>
            <w:r w:rsidRPr="00A84BC5">
              <w:rPr>
                <w:rFonts w:cs="Times New Roman"/>
                <w:color w:val="FF0000"/>
                <w:sz w:val="22"/>
                <w:lang w:val="ro-MD"/>
              </w:rPr>
              <w:t>Termen 3 zile de la solicitare.</w:t>
            </w:r>
          </w:p>
          <w:p w:rsidR="00924ED0" w:rsidRPr="00A84BC5" w:rsidRDefault="00924ED0" w:rsidP="00924ED0">
            <w:pPr>
              <w:ind w:left="107"/>
              <w:contextualSpacing/>
              <w:jc w:val="both"/>
              <w:rPr>
                <w:rFonts w:cs="Times New Roman"/>
                <w:sz w:val="22"/>
                <w:lang w:val="ro-MD"/>
              </w:rPr>
            </w:pPr>
          </w:p>
          <w:p w:rsidR="00924ED0" w:rsidRPr="00A84BC5" w:rsidRDefault="00924ED0" w:rsidP="00924ED0">
            <w:pPr>
              <w:ind w:left="107"/>
              <w:contextualSpacing/>
              <w:jc w:val="both"/>
              <w:rPr>
                <w:rFonts w:cs="Times New Roman"/>
                <w:i/>
                <w:sz w:val="22"/>
                <w:lang w:val="ro-MD"/>
              </w:rPr>
            </w:pPr>
            <w:r w:rsidRPr="00A84BC5">
              <w:rPr>
                <w:rFonts w:cs="Times New Roman"/>
                <w:i/>
                <w:sz w:val="22"/>
                <w:lang w:val="ro-MD"/>
              </w:rPr>
              <w:t>Notă. Numărul de zile se indică de către autoritatea contractantă ținând cont de cantitatea și caracterul documentelor solicitate.</w:t>
            </w:r>
          </w:p>
        </w:tc>
        <w:tc>
          <w:tcPr>
            <w:tcW w:w="2155"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sz w:val="22"/>
                <w:lang w:val="ro-MD"/>
              </w:rPr>
            </w:pPr>
            <w:r w:rsidRPr="00A84BC5">
              <w:rPr>
                <w:rFonts w:cs="Times New Roman"/>
                <w:sz w:val="22"/>
                <w:lang w:val="ro-MD"/>
              </w:rPr>
              <w:t>󠇡Da        󠇡󠇡Nu</w:t>
            </w:r>
          </w:p>
        </w:tc>
      </w:tr>
      <w:tr w:rsidR="00924ED0" w:rsidRPr="00A84BC5" w:rsidTr="00924ED0">
        <w:trPr>
          <w:cantSplit/>
          <w:trHeight w:val="280"/>
          <w:jc w:val="center"/>
        </w:trPr>
        <w:tc>
          <w:tcPr>
            <w:tcW w:w="1603" w:type="dxa"/>
            <w:vMerge w:val="restart"/>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sz w:val="22"/>
                <w:lang w:val="ro-MD"/>
              </w:rPr>
            </w:pPr>
            <w:r w:rsidRPr="00A84BC5">
              <w:rPr>
                <w:rFonts w:cs="Times New Roman"/>
                <w:sz w:val="22"/>
                <w:lang w:val="ro-MD"/>
              </w:rPr>
              <w:t>5A.2</w:t>
            </w:r>
          </w:p>
        </w:tc>
        <w:tc>
          <w:tcPr>
            <w:tcW w:w="6273" w:type="dxa"/>
            <w:vMerge w:val="restart"/>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both"/>
              <w:rPr>
                <w:rFonts w:cs="Times New Roman"/>
                <w:sz w:val="22"/>
                <w:lang w:val="ro-MD"/>
              </w:rPr>
            </w:pPr>
            <w:r w:rsidRPr="00A84BC5">
              <w:rPr>
                <w:rFonts w:cs="Times New Roman"/>
                <w:sz w:val="22"/>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sz w:val="22"/>
                <w:lang w:val="ro-MD"/>
              </w:rPr>
            </w:pPr>
            <w:r w:rsidRPr="00A84BC5">
              <w:rPr>
                <w:rFonts w:cs="Times New Roman"/>
                <w:sz w:val="22"/>
                <w:lang w:val="ro-MD"/>
              </w:rPr>
              <w:t>Adresa de internet:</w:t>
            </w:r>
          </w:p>
          <w:p w:rsidR="00924ED0" w:rsidRPr="00A84BC5" w:rsidRDefault="00924ED0" w:rsidP="00924ED0">
            <w:pPr>
              <w:contextualSpacing/>
              <w:rPr>
                <w:rFonts w:cs="Times New Roman"/>
                <w:sz w:val="22"/>
                <w:lang w:val="ro-MD"/>
              </w:rPr>
            </w:pPr>
            <w:r w:rsidRPr="00A84BC5">
              <w:rPr>
                <w:rFonts w:cs="Times New Roman"/>
                <w:sz w:val="22"/>
                <w:lang w:val="ro-MD"/>
              </w:rPr>
              <w:t>|text|</w:t>
            </w:r>
          </w:p>
        </w:tc>
      </w:tr>
      <w:tr w:rsidR="00924ED0" w:rsidRPr="00A84BC5" w:rsidTr="00924ED0">
        <w:trPr>
          <w:cantSplit/>
          <w:trHeight w:val="320"/>
          <w:jc w:val="center"/>
        </w:trPr>
        <w:tc>
          <w:tcPr>
            <w:tcW w:w="1603"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jc w:val="center"/>
              <w:rPr>
                <w:rFonts w:cs="Times New Roman"/>
                <w:sz w:val="22"/>
                <w:lang w:val="ro-MD"/>
              </w:rPr>
            </w:pPr>
          </w:p>
        </w:tc>
        <w:tc>
          <w:tcPr>
            <w:tcW w:w="6273"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jc w:val="both"/>
              <w:rPr>
                <w:rFonts w:cs="Times New Roman"/>
                <w:sz w:val="22"/>
                <w:lang w:val="ro-MD"/>
              </w:rPr>
            </w:pPr>
          </w:p>
        </w:tc>
        <w:tc>
          <w:tcPr>
            <w:tcW w:w="2155"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76" w:right="-253"/>
              <w:contextualSpacing/>
              <w:rPr>
                <w:rFonts w:cs="Times New Roman"/>
                <w:sz w:val="22"/>
                <w:lang w:val="ro-MD"/>
              </w:rPr>
            </w:pPr>
            <w:r w:rsidRPr="00A84BC5">
              <w:rPr>
                <w:rFonts w:cs="Times New Roman"/>
                <w:sz w:val="22"/>
                <w:lang w:val="ro-MD"/>
              </w:rPr>
              <w:t>Autoritatea sau organismul emitent(ă):</w:t>
            </w:r>
          </w:p>
          <w:p w:rsidR="00924ED0" w:rsidRPr="00A84BC5" w:rsidRDefault="00924ED0" w:rsidP="00924ED0">
            <w:pPr>
              <w:ind w:right="-253"/>
              <w:contextualSpacing/>
              <w:rPr>
                <w:rFonts w:cs="Times New Roman"/>
                <w:sz w:val="22"/>
                <w:lang w:val="ro-MD"/>
              </w:rPr>
            </w:pPr>
            <w:r w:rsidRPr="00A84BC5">
              <w:rPr>
                <w:rFonts w:cs="Times New Roman"/>
                <w:sz w:val="22"/>
                <w:lang w:val="ro-MD"/>
              </w:rPr>
              <w:t>|text|</w:t>
            </w:r>
          </w:p>
        </w:tc>
      </w:tr>
      <w:tr w:rsidR="00924ED0" w:rsidRPr="00A84BC5" w:rsidTr="00924ED0">
        <w:trPr>
          <w:cantSplit/>
          <w:trHeight w:val="504"/>
          <w:jc w:val="center"/>
        </w:trPr>
        <w:tc>
          <w:tcPr>
            <w:tcW w:w="1603"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jc w:val="center"/>
              <w:rPr>
                <w:rFonts w:cs="Times New Roman"/>
                <w:sz w:val="22"/>
                <w:lang w:val="ro-MD"/>
              </w:rPr>
            </w:pPr>
          </w:p>
        </w:tc>
        <w:tc>
          <w:tcPr>
            <w:tcW w:w="6273" w:type="dxa"/>
            <w:vMerge/>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contextualSpacing/>
              <w:jc w:val="both"/>
              <w:rPr>
                <w:rFonts w:cs="Times New Roman"/>
                <w:sz w:val="22"/>
                <w:lang w:val="ro-MD"/>
              </w:rPr>
            </w:pPr>
          </w:p>
        </w:tc>
        <w:tc>
          <w:tcPr>
            <w:tcW w:w="2155"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rPr>
                <w:rFonts w:cs="Times New Roman"/>
                <w:sz w:val="22"/>
                <w:lang w:val="ro-MD"/>
              </w:rPr>
            </w:pPr>
            <w:r w:rsidRPr="00A84BC5">
              <w:rPr>
                <w:rFonts w:cs="Times New Roman"/>
                <w:sz w:val="22"/>
                <w:lang w:val="ro-MD"/>
              </w:rPr>
              <w:t>Referința exactă a documentației:</w:t>
            </w:r>
          </w:p>
          <w:p w:rsidR="00924ED0" w:rsidRPr="00A84BC5" w:rsidRDefault="00924ED0" w:rsidP="00924ED0">
            <w:pPr>
              <w:contextualSpacing/>
              <w:rPr>
                <w:rFonts w:cs="Times New Roman"/>
                <w:sz w:val="22"/>
                <w:lang w:val="ro-MD"/>
              </w:rPr>
            </w:pPr>
            <w:r w:rsidRPr="00A84BC5">
              <w:rPr>
                <w:rFonts w:cs="Times New Roman"/>
                <w:sz w:val="22"/>
                <w:lang w:val="ro-MD"/>
              </w:rPr>
              <w:t>|text|</w:t>
            </w:r>
          </w:p>
        </w:tc>
      </w:tr>
    </w:tbl>
    <w:p w:rsidR="00924ED0" w:rsidRPr="00A84BC5" w:rsidRDefault="00924ED0" w:rsidP="00924ED0">
      <w:pPr>
        <w:jc w:val="both"/>
        <w:rPr>
          <w:rFonts w:cs="Times New Roman"/>
          <w:b/>
          <w:sz w:val="22"/>
          <w:lang w:val="ro-MD"/>
        </w:rPr>
      </w:pPr>
    </w:p>
    <w:p w:rsidR="00924ED0" w:rsidRPr="00A84BC5" w:rsidRDefault="00924ED0" w:rsidP="00924ED0">
      <w:pPr>
        <w:jc w:val="both"/>
        <w:rPr>
          <w:rFonts w:cs="Times New Roman"/>
          <w:b/>
          <w:sz w:val="22"/>
          <w:lang w:val="ro-MD"/>
        </w:rPr>
      </w:pPr>
      <w:r w:rsidRPr="00A84BC5">
        <w:rPr>
          <w:rFonts w:cs="Times New Roman"/>
          <w:b/>
          <w:sz w:val="22"/>
          <w:lang w:val="ro-MD"/>
        </w:rPr>
        <w:t>Capitolul VI. Preselecția candidaților pentru procedura de atribuire a contractului de achiziție publică</w:t>
      </w:r>
    </w:p>
    <w:p w:rsidR="00924ED0" w:rsidRPr="00A84BC5" w:rsidRDefault="00924ED0" w:rsidP="00924ED0">
      <w:pPr>
        <w:jc w:val="both"/>
        <w:rPr>
          <w:rFonts w:cs="Times New Roman"/>
          <w:b/>
          <w:sz w:val="22"/>
          <w:lang w:val="ro-MD"/>
        </w:rPr>
      </w:pPr>
    </w:p>
    <w:p w:rsidR="00924ED0" w:rsidRPr="00A84BC5" w:rsidRDefault="00924ED0" w:rsidP="00924ED0">
      <w:pPr>
        <w:jc w:val="both"/>
        <w:rPr>
          <w:rFonts w:cs="Times New Roman"/>
          <w:sz w:val="22"/>
        </w:rPr>
      </w:pPr>
      <w:r w:rsidRPr="00A84BC5">
        <w:rPr>
          <w:rFonts w:cs="Times New Roman"/>
          <w:i/>
          <w:sz w:val="22"/>
          <w:lang w:val="ro-MD"/>
        </w:rPr>
        <w:t>Compartimentul se solicită de către autoritatea contractantă doar în cadrul procedurilor de achiziție publică: licitația restrânsă, negociere, dialog competitiv și parteneriatul pentru inovare</w:t>
      </w:r>
      <w:r w:rsidRPr="00A84BC5">
        <w:rPr>
          <w:rFonts w:cs="Times New Roman"/>
          <w:sz w:val="22"/>
        </w:rPr>
        <w:t>.</w:t>
      </w:r>
    </w:p>
    <w:tbl>
      <w:tblPr>
        <w:tblW w:w="0" w:type="auto"/>
        <w:jc w:val="center"/>
        <w:tblLook w:val="0000" w:firstRow="0" w:lastRow="0" w:firstColumn="0" w:lastColumn="0" w:noHBand="0" w:noVBand="0"/>
      </w:tblPr>
      <w:tblGrid>
        <w:gridCol w:w="1347"/>
        <w:gridCol w:w="6222"/>
        <w:gridCol w:w="2059"/>
      </w:tblGrid>
      <w:tr w:rsidR="00924ED0" w:rsidRPr="00A84BC5" w:rsidTr="00924ED0">
        <w:trPr>
          <w:cantSplit/>
          <w:tblHeader/>
          <w:jc w:val="center"/>
        </w:trPr>
        <w:tc>
          <w:tcPr>
            <w:tcW w:w="1384"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b/>
                <w:sz w:val="22"/>
                <w:lang w:val="ro-MD"/>
              </w:rPr>
            </w:pPr>
            <w:r w:rsidRPr="00A84BC5">
              <w:rPr>
                <w:rFonts w:cs="Times New Roman"/>
                <w:b/>
                <w:sz w:val="22"/>
                <w:lang w:val="ro-MD"/>
              </w:rPr>
              <w:t>Cod poziție</w:t>
            </w:r>
          </w:p>
        </w:tc>
        <w:tc>
          <w:tcPr>
            <w:tcW w:w="652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720"/>
              <w:contextualSpacing/>
              <w:jc w:val="center"/>
              <w:rPr>
                <w:rFonts w:cs="Times New Roman"/>
                <w:b/>
                <w:sz w:val="22"/>
                <w:lang w:val="ro-MD"/>
              </w:rPr>
            </w:pPr>
            <w:r w:rsidRPr="00A84BC5">
              <w:rPr>
                <w:rFonts w:cs="Times New Roman"/>
                <w:b/>
                <w:sz w:val="22"/>
                <w:lang w:val="ro-MD"/>
              </w:rPr>
              <w:t>Conținutul cerințelor</w:t>
            </w:r>
          </w:p>
        </w:tc>
        <w:tc>
          <w:tcPr>
            <w:tcW w:w="212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246"/>
              <w:contextualSpacing/>
              <w:jc w:val="center"/>
              <w:rPr>
                <w:rFonts w:cs="Times New Roman"/>
                <w:b/>
                <w:sz w:val="22"/>
                <w:lang w:val="ro-MD"/>
              </w:rPr>
            </w:pPr>
            <w:r w:rsidRPr="00A84BC5">
              <w:rPr>
                <w:rFonts w:cs="Times New Roman"/>
                <w:b/>
                <w:sz w:val="22"/>
                <w:lang w:val="ro-MD"/>
              </w:rPr>
              <w:t>Răspuns</w:t>
            </w:r>
          </w:p>
        </w:tc>
      </w:tr>
      <w:tr w:rsidR="00924ED0" w:rsidRPr="00A84BC5" w:rsidTr="00924ED0">
        <w:trPr>
          <w:cantSplit/>
          <w:jc w:val="center"/>
        </w:trPr>
        <w:tc>
          <w:tcPr>
            <w:tcW w:w="1384"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b/>
                <w:sz w:val="22"/>
                <w:lang w:val="ro-MD"/>
              </w:rPr>
            </w:pPr>
            <w:r w:rsidRPr="00A84BC5">
              <w:rPr>
                <w:rFonts w:cs="Times New Roman"/>
                <w:b/>
                <w:sz w:val="22"/>
                <w:lang w:val="ro-MD"/>
              </w:rPr>
              <w:t>1</w:t>
            </w:r>
          </w:p>
        </w:tc>
        <w:tc>
          <w:tcPr>
            <w:tcW w:w="6521"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720"/>
              <w:contextualSpacing/>
              <w:jc w:val="center"/>
              <w:rPr>
                <w:rFonts w:cs="Times New Roman"/>
                <w:b/>
                <w:sz w:val="22"/>
                <w:lang w:val="ro-MD"/>
              </w:rPr>
            </w:pPr>
            <w:r w:rsidRPr="00A84BC5">
              <w:rPr>
                <w:rFonts w:cs="Times New Roman"/>
                <w:b/>
                <w:sz w:val="22"/>
                <w:lang w:val="ro-MD"/>
              </w:rPr>
              <w:t>2</w:t>
            </w:r>
          </w:p>
        </w:tc>
        <w:tc>
          <w:tcPr>
            <w:tcW w:w="212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246"/>
              <w:contextualSpacing/>
              <w:jc w:val="center"/>
              <w:rPr>
                <w:rFonts w:cs="Times New Roman"/>
                <w:b/>
                <w:sz w:val="22"/>
                <w:lang w:val="ro-MD"/>
              </w:rPr>
            </w:pPr>
            <w:r w:rsidRPr="00A84BC5">
              <w:rPr>
                <w:rFonts w:cs="Times New Roman"/>
                <w:b/>
                <w:sz w:val="22"/>
                <w:lang w:val="ro-MD"/>
              </w:rPr>
              <w:t>3</w:t>
            </w:r>
          </w:p>
        </w:tc>
      </w:tr>
      <w:tr w:rsidR="00924ED0" w:rsidRPr="00A84BC5" w:rsidTr="00924ED0">
        <w:trPr>
          <w:cantSplit/>
          <w:jc w:val="center"/>
        </w:trPr>
        <w:tc>
          <w:tcPr>
            <w:tcW w:w="7905" w:type="dxa"/>
            <w:gridSpan w:val="2"/>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ind w:left="720"/>
              <w:contextualSpacing/>
              <w:rPr>
                <w:rFonts w:cs="Times New Roman"/>
                <w:b/>
                <w:sz w:val="22"/>
                <w:lang w:val="ro-MD"/>
              </w:rPr>
            </w:pPr>
            <w:r w:rsidRPr="00A84BC5">
              <w:rPr>
                <w:rFonts w:cs="Times New Roman"/>
                <w:b/>
                <w:sz w:val="22"/>
                <w:lang w:val="ro-MD"/>
              </w:rPr>
              <w:t>A.</w:t>
            </w:r>
            <w:r w:rsidRPr="00A84BC5">
              <w:rPr>
                <w:rFonts w:cs="Times New Roman"/>
                <w:b/>
                <w:sz w:val="22"/>
                <w:lang w:val="ro-MD"/>
              </w:rPr>
              <w:tab/>
              <w:t>Îndeplinirea tuturor criteriilor de selecție impuse</w:t>
            </w:r>
          </w:p>
        </w:tc>
        <w:tc>
          <w:tcPr>
            <w:tcW w:w="212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snapToGrid w:val="0"/>
              <w:ind w:left="-246"/>
              <w:contextualSpacing/>
              <w:jc w:val="center"/>
              <w:rPr>
                <w:rFonts w:cs="Times New Roman"/>
                <w:b/>
                <w:sz w:val="22"/>
                <w:lang w:val="ro-MD"/>
              </w:rPr>
            </w:pPr>
          </w:p>
        </w:tc>
      </w:tr>
      <w:tr w:rsidR="00924ED0" w:rsidRPr="00A84BC5" w:rsidTr="00924ED0">
        <w:trPr>
          <w:cantSplit/>
          <w:jc w:val="center"/>
        </w:trPr>
        <w:tc>
          <w:tcPr>
            <w:tcW w:w="1384"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sz w:val="22"/>
                <w:lang w:val="ro-MD"/>
              </w:rPr>
            </w:pPr>
            <w:r w:rsidRPr="00A84BC5">
              <w:rPr>
                <w:rFonts w:cs="Times New Roman"/>
                <w:sz w:val="22"/>
                <w:lang w:val="ro-MD"/>
              </w:rPr>
              <w:t>6A.1</w:t>
            </w:r>
          </w:p>
        </w:tc>
        <w:tc>
          <w:tcPr>
            <w:tcW w:w="6521"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sz w:val="22"/>
                <w:lang w:val="ro-MD"/>
              </w:rPr>
            </w:pPr>
            <w:r w:rsidRPr="00A84BC5">
              <w:rPr>
                <w:rFonts w:cs="Times New Roman"/>
                <w:sz w:val="22"/>
                <w:lang w:val="ro-MD"/>
              </w:rPr>
              <w:t>Operatorul economic/candidatul îndeplinește criteriile de selecție stabilite de către autoritatea contractantă în anunțul de participare și în documentația de atribuire.</w:t>
            </w:r>
          </w:p>
        </w:tc>
        <w:tc>
          <w:tcPr>
            <w:tcW w:w="212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bidi/>
              <w:ind w:left="91"/>
              <w:contextualSpacing/>
              <w:jc w:val="center"/>
              <w:rPr>
                <w:rFonts w:cs="Times New Roman"/>
                <w:sz w:val="22"/>
                <w:lang w:val="ro-MD"/>
              </w:rPr>
            </w:pPr>
            <w:r w:rsidRPr="00A84BC5">
              <w:rPr>
                <w:rFonts w:cs="Times New Roman"/>
                <w:sz w:val="22"/>
                <w:rtl/>
                <w:lang w:val="ro-MD"/>
              </w:rPr>
              <w:t>󠇡</w:t>
            </w:r>
            <w:r w:rsidRPr="00A84BC5">
              <w:rPr>
                <w:rFonts w:cs="Times New Roman"/>
                <w:sz w:val="22"/>
                <w:lang w:val="ro-MD"/>
              </w:rPr>
              <w:t>Da       󠇡󠇡Nu</w:t>
            </w:r>
          </w:p>
        </w:tc>
      </w:tr>
      <w:tr w:rsidR="00924ED0" w:rsidRPr="00A84BC5" w:rsidTr="00924ED0">
        <w:trPr>
          <w:cantSplit/>
          <w:jc w:val="center"/>
        </w:trPr>
        <w:tc>
          <w:tcPr>
            <w:tcW w:w="1384"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center"/>
              <w:rPr>
                <w:rFonts w:cs="Times New Roman"/>
                <w:sz w:val="22"/>
                <w:lang w:val="ro-MD"/>
              </w:rPr>
            </w:pPr>
            <w:r w:rsidRPr="00A84BC5">
              <w:rPr>
                <w:rFonts w:cs="Times New Roman"/>
                <w:sz w:val="22"/>
                <w:lang w:val="ro-MD"/>
              </w:rPr>
              <w:t>6A.2</w:t>
            </w:r>
          </w:p>
        </w:tc>
        <w:tc>
          <w:tcPr>
            <w:tcW w:w="6521" w:type="dxa"/>
            <w:tcBorders>
              <w:top w:val="single" w:sz="4" w:space="0" w:color="000000"/>
              <w:left w:val="single" w:sz="4" w:space="0" w:color="000000"/>
              <w:bottom w:val="single" w:sz="4" w:space="0" w:color="000000"/>
              <w:right w:val="single" w:sz="4" w:space="0" w:color="000000"/>
            </w:tcBorders>
          </w:tcPr>
          <w:p w:rsidR="00924ED0" w:rsidRPr="00A84BC5" w:rsidRDefault="00924ED0" w:rsidP="00924ED0">
            <w:pPr>
              <w:contextualSpacing/>
              <w:jc w:val="both"/>
              <w:rPr>
                <w:rFonts w:cs="Times New Roman"/>
                <w:sz w:val="22"/>
                <w:lang w:val="ro-MD"/>
              </w:rPr>
            </w:pPr>
            <w:r w:rsidRPr="00A84BC5">
              <w:rPr>
                <w:rFonts w:cs="Times New Roman"/>
                <w:sz w:val="22"/>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000000"/>
              <w:left w:val="single" w:sz="4" w:space="0" w:color="000000"/>
              <w:bottom w:val="single" w:sz="4" w:space="0" w:color="000000"/>
              <w:right w:val="single" w:sz="4" w:space="0" w:color="000000"/>
            </w:tcBorders>
            <w:vAlign w:val="center"/>
          </w:tcPr>
          <w:p w:rsidR="00924ED0" w:rsidRPr="00A84BC5" w:rsidRDefault="00924ED0" w:rsidP="00924ED0">
            <w:pPr>
              <w:contextualSpacing/>
              <w:jc w:val="both"/>
              <w:rPr>
                <w:rFonts w:cs="Times New Roman"/>
                <w:sz w:val="22"/>
                <w:lang w:val="ro-MD"/>
              </w:rPr>
            </w:pPr>
            <w:r w:rsidRPr="00A84BC5">
              <w:rPr>
                <w:rFonts w:cs="Times New Roman"/>
                <w:sz w:val="22"/>
                <w:lang w:val="ro-MD"/>
              </w:rPr>
              <w:t>󠇡Da       󠇡󠇡Nu</w:t>
            </w:r>
          </w:p>
        </w:tc>
      </w:tr>
    </w:tbl>
    <w:p w:rsidR="00924ED0" w:rsidRPr="00A84BC5" w:rsidRDefault="00924ED0" w:rsidP="00924ED0">
      <w:pPr>
        <w:jc w:val="both"/>
        <w:rPr>
          <w:rFonts w:cs="Times New Roman"/>
          <w:sz w:val="22"/>
          <w:lang w:val="ro-MD"/>
        </w:rPr>
      </w:pPr>
    </w:p>
    <w:p w:rsidR="00924ED0" w:rsidRPr="00A84BC5" w:rsidRDefault="00924ED0" w:rsidP="00924ED0">
      <w:pPr>
        <w:jc w:val="both"/>
        <w:rPr>
          <w:rFonts w:cs="Times New Roman"/>
          <w:sz w:val="22"/>
        </w:rPr>
      </w:pPr>
      <w:r w:rsidRPr="00A84BC5">
        <w:rPr>
          <w:rFonts w:cs="Times New Roman"/>
          <w:b/>
          <w:sz w:val="22"/>
          <w:lang w:val="ro-MD"/>
        </w:rPr>
        <w:t>Capitolul VII. Declarații finale</w:t>
      </w:r>
    </w:p>
    <w:p w:rsidR="00924ED0" w:rsidRPr="00A84BC5" w:rsidRDefault="00924ED0" w:rsidP="00924ED0">
      <w:pPr>
        <w:jc w:val="both"/>
        <w:rPr>
          <w:rFonts w:cs="Times New Roman"/>
          <w:b/>
          <w:sz w:val="22"/>
          <w:lang w:val="ro-MD"/>
        </w:rPr>
      </w:pPr>
    </w:p>
    <w:p w:rsidR="00924ED0" w:rsidRPr="00A84BC5" w:rsidRDefault="00924ED0" w:rsidP="00924ED0">
      <w:pPr>
        <w:jc w:val="both"/>
        <w:rPr>
          <w:rFonts w:cs="Times New Roman"/>
          <w:sz w:val="22"/>
        </w:rPr>
      </w:pPr>
      <w:r w:rsidRPr="00A84BC5">
        <w:rPr>
          <w:rFonts w:cs="Times New Roman"/>
          <w:sz w:val="22"/>
          <w:lang w:val="ro-MD"/>
        </w:rPr>
        <w:t>Operatorul economic declară că informațiile prezentate în capitolele II – V (după caz II-VI) sunt exacte și corect furnizate, cunoscând pe deplin consecințele cazurilor grave de declarații false.</w:t>
      </w:r>
    </w:p>
    <w:p w:rsidR="00924ED0" w:rsidRPr="00A84BC5" w:rsidRDefault="00924ED0" w:rsidP="00924ED0">
      <w:pPr>
        <w:jc w:val="both"/>
        <w:rPr>
          <w:rFonts w:cs="Times New Roman"/>
          <w:sz w:val="22"/>
          <w:lang w:val="ro-MD"/>
        </w:rPr>
      </w:pPr>
      <w:r w:rsidRPr="00A84BC5">
        <w:rPr>
          <w:rFonts w:cs="Times New Roman"/>
          <w:sz w:val="22"/>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924ED0" w:rsidRPr="00A84BC5" w:rsidRDefault="00924ED0" w:rsidP="00924ED0">
      <w:pPr>
        <w:jc w:val="both"/>
        <w:rPr>
          <w:rFonts w:cs="Times New Roman"/>
          <w:sz w:val="22"/>
          <w:lang w:val="ro-MD"/>
        </w:rPr>
      </w:pPr>
    </w:p>
    <w:p w:rsidR="00924ED0" w:rsidRPr="00A84BC5" w:rsidRDefault="00924ED0" w:rsidP="00924ED0">
      <w:pPr>
        <w:jc w:val="both"/>
        <w:rPr>
          <w:rFonts w:cs="Times New Roman"/>
          <w:sz w:val="22"/>
          <w:lang w:val="ro-MD"/>
        </w:rPr>
      </w:pPr>
      <w:r w:rsidRPr="00A84BC5">
        <w:rPr>
          <w:rFonts w:cs="Times New Roman"/>
          <w:sz w:val="22"/>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924ED0" w:rsidRPr="00A84BC5" w:rsidRDefault="00924ED0" w:rsidP="00924ED0">
      <w:pPr>
        <w:jc w:val="both"/>
        <w:rPr>
          <w:rFonts w:cs="Times New Roman"/>
          <w:sz w:val="22"/>
          <w:lang w:val="ro-MD"/>
        </w:rPr>
      </w:pPr>
    </w:p>
    <w:p w:rsidR="00924ED0" w:rsidRPr="00A84BC5" w:rsidRDefault="00924ED0" w:rsidP="00924ED0">
      <w:pPr>
        <w:jc w:val="both"/>
        <w:rPr>
          <w:rFonts w:cs="Times New Roman"/>
          <w:sz w:val="22"/>
          <w:lang w:val="ro-MD"/>
        </w:rPr>
      </w:pPr>
      <w:r w:rsidRPr="00A84BC5">
        <w:rPr>
          <w:rFonts w:cs="Times New Roman"/>
          <w:sz w:val="22"/>
          <w:lang w:val="ro-MD"/>
        </w:rPr>
        <w:t>(Se va completa și semna de către operatorul economic)</w:t>
      </w:r>
    </w:p>
    <w:p w:rsidR="00924ED0" w:rsidRPr="00A84BC5" w:rsidRDefault="00924ED0" w:rsidP="00924ED0">
      <w:pPr>
        <w:jc w:val="both"/>
        <w:rPr>
          <w:rFonts w:cs="Times New Roman"/>
          <w:sz w:val="22"/>
          <w:lang w:val="ro-MD"/>
        </w:rPr>
      </w:pPr>
    </w:p>
    <w:p w:rsidR="00924ED0" w:rsidRPr="00A84BC5" w:rsidRDefault="00924ED0" w:rsidP="00924ED0">
      <w:pPr>
        <w:jc w:val="both"/>
        <w:rPr>
          <w:rFonts w:cs="Times New Roman"/>
          <w:sz w:val="22"/>
          <w:lang w:val="ro-MD"/>
        </w:rPr>
      </w:pPr>
      <w:r w:rsidRPr="00A84BC5">
        <w:rPr>
          <w:rFonts w:cs="Times New Roman"/>
          <w:sz w:val="22"/>
          <w:lang w:val="ro-MD"/>
        </w:rPr>
        <w:t>Nume: [text]</w:t>
      </w:r>
    </w:p>
    <w:p w:rsidR="00924ED0" w:rsidRPr="00A84BC5" w:rsidRDefault="00924ED0" w:rsidP="00924ED0">
      <w:pPr>
        <w:jc w:val="both"/>
        <w:rPr>
          <w:rFonts w:cs="Times New Roman"/>
          <w:sz w:val="22"/>
        </w:rPr>
      </w:pPr>
      <w:r w:rsidRPr="00A84BC5">
        <w:rPr>
          <w:rFonts w:cs="Times New Roman"/>
          <w:sz w:val="22"/>
          <w:lang w:val="ro-MD"/>
        </w:rPr>
        <w:t>Funcția: [text]</w:t>
      </w:r>
    </w:p>
    <w:p w:rsidR="00924ED0" w:rsidRPr="00A84BC5" w:rsidRDefault="00924ED0" w:rsidP="00924ED0">
      <w:pPr>
        <w:jc w:val="both"/>
        <w:rPr>
          <w:rFonts w:cs="Times New Roman"/>
          <w:sz w:val="22"/>
          <w:lang w:val="ro-MD"/>
        </w:rPr>
      </w:pPr>
      <w:r w:rsidRPr="00A84BC5">
        <w:rPr>
          <w:rFonts w:cs="Times New Roman"/>
          <w:sz w:val="22"/>
          <w:lang w:val="ro-MD"/>
        </w:rPr>
        <w:t>Data: [date]</w:t>
      </w:r>
    </w:p>
    <w:p w:rsidR="00924ED0" w:rsidRPr="00A84BC5" w:rsidRDefault="00924ED0" w:rsidP="00924ED0">
      <w:pPr>
        <w:jc w:val="both"/>
        <w:rPr>
          <w:rFonts w:cs="Times New Roman"/>
          <w:sz w:val="22"/>
          <w:lang w:val="ro-MD"/>
        </w:rPr>
      </w:pPr>
      <w:r w:rsidRPr="00A84BC5">
        <w:rPr>
          <w:rFonts w:cs="Times New Roman"/>
          <w:sz w:val="22"/>
          <w:lang w:val="ro-MD"/>
        </w:rPr>
        <w:t>Adresa: [text]</w:t>
      </w:r>
    </w:p>
    <w:p w:rsidR="00924ED0" w:rsidRPr="00A84BC5" w:rsidRDefault="00924ED0" w:rsidP="00924ED0">
      <w:pPr>
        <w:jc w:val="both"/>
        <w:rPr>
          <w:rFonts w:cs="Times New Roman"/>
          <w:sz w:val="22"/>
          <w:lang w:val="ro-MD"/>
        </w:rPr>
      </w:pPr>
      <w:r w:rsidRPr="00A84BC5">
        <w:rPr>
          <w:rFonts w:cs="Times New Roman"/>
          <w:sz w:val="22"/>
          <w:lang w:val="ro-MD"/>
        </w:rPr>
        <w:t xml:space="preserve">Semnătura </w:t>
      </w:r>
    </w:p>
    <w:p w:rsidR="00924ED0" w:rsidRPr="00A84BC5" w:rsidRDefault="00924ED0" w:rsidP="00924ED0">
      <w:pPr>
        <w:rPr>
          <w:rFonts w:cs="Times New Roman"/>
          <w:b/>
          <w:sz w:val="22"/>
          <w:lang w:val="ro-MD"/>
        </w:rPr>
      </w:pPr>
    </w:p>
    <w:p w:rsidR="00924ED0" w:rsidRPr="00A84BC5" w:rsidRDefault="00924ED0" w:rsidP="00924ED0">
      <w:pPr>
        <w:jc w:val="right"/>
        <w:rPr>
          <w:rFonts w:cs="Times New Roman"/>
          <w:b/>
          <w:sz w:val="22"/>
        </w:rPr>
      </w:pPr>
    </w:p>
    <w:p w:rsidR="00924ED0" w:rsidRPr="00A84BC5" w:rsidRDefault="00924ED0" w:rsidP="00924ED0">
      <w:pPr>
        <w:jc w:val="right"/>
        <w:rPr>
          <w:rFonts w:cs="Times New Roman"/>
          <w:b/>
          <w:sz w:val="22"/>
        </w:rPr>
      </w:pPr>
    </w:p>
    <w:p w:rsidR="00924ED0" w:rsidRPr="00A84BC5" w:rsidRDefault="00924ED0" w:rsidP="00924ED0">
      <w:pPr>
        <w:jc w:val="right"/>
        <w:rPr>
          <w:rFonts w:cs="Times New Roman"/>
          <w:b/>
          <w:sz w:val="22"/>
        </w:rPr>
      </w:pPr>
    </w:p>
    <w:p w:rsidR="00924ED0" w:rsidRPr="00A84BC5" w:rsidRDefault="00924ED0" w:rsidP="00924ED0">
      <w:pPr>
        <w:jc w:val="right"/>
        <w:rPr>
          <w:rFonts w:cs="Times New Roman"/>
          <w:b/>
          <w:sz w:val="22"/>
        </w:rPr>
      </w:pPr>
    </w:p>
    <w:p w:rsidR="00924ED0" w:rsidRPr="00A84BC5" w:rsidRDefault="00924ED0" w:rsidP="00924ED0">
      <w:pPr>
        <w:jc w:val="right"/>
        <w:rPr>
          <w:rFonts w:cs="Times New Roman"/>
          <w:b/>
          <w:sz w:val="22"/>
        </w:rPr>
      </w:pPr>
    </w:p>
    <w:p w:rsidR="00924ED0" w:rsidRPr="00A84BC5" w:rsidRDefault="00924ED0" w:rsidP="00924ED0">
      <w:pPr>
        <w:jc w:val="right"/>
        <w:rPr>
          <w:rFonts w:cs="Times New Roman"/>
          <w:b/>
          <w:sz w:val="22"/>
        </w:rPr>
      </w:pPr>
    </w:p>
    <w:p w:rsidR="00AE720F" w:rsidRPr="00A84BC5" w:rsidRDefault="00AE720F" w:rsidP="00924ED0">
      <w:pPr>
        <w:jc w:val="right"/>
        <w:rPr>
          <w:rFonts w:cs="Times New Roman"/>
          <w:b/>
          <w:sz w:val="22"/>
        </w:rPr>
      </w:pPr>
    </w:p>
    <w:p w:rsidR="004D7ED4" w:rsidRPr="00A84BC5" w:rsidRDefault="004D7ED4" w:rsidP="00924ED0">
      <w:pPr>
        <w:jc w:val="right"/>
        <w:rPr>
          <w:rFonts w:cs="Times New Roman"/>
          <w:b/>
          <w:sz w:val="22"/>
        </w:rPr>
      </w:pPr>
    </w:p>
    <w:p w:rsidR="004D7ED4" w:rsidRPr="00A84BC5" w:rsidRDefault="004D7ED4" w:rsidP="00924ED0">
      <w:pPr>
        <w:jc w:val="right"/>
        <w:rPr>
          <w:rFonts w:cs="Times New Roman"/>
          <w:b/>
          <w:sz w:val="22"/>
        </w:rPr>
      </w:pPr>
    </w:p>
    <w:p w:rsidR="004D7ED4" w:rsidRPr="00A84BC5" w:rsidRDefault="004D7ED4" w:rsidP="00924ED0">
      <w:pPr>
        <w:jc w:val="right"/>
        <w:rPr>
          <w:rFonts w:cs="Times New Roman"/>
          <w:b/>
          <w:sz w:val="22"/>
        </w:rPr>
      </w:pPr>
    </w:p>
    <w:p w:rsidR="004D7ED4" w:rsidRPr="00A84BC5" w:rsidRDefault="004D7ED4" w:rsidP="00924ED0">
      <w:pPr>
        <w:jc w:val="right"/>
        <w:rPr>
          <w:rFonts w:cs="Times New Roman"/>
          <w:b/>
          <w:sz w:val="22"/>
        </w:rPr>
      </w:pPr>
    </w:p>
    <w:p w:rsidR="004D7ED4" w:rsidRPr="00A84BC5" w:rsidRDefault="004D7ED4" w:rsidP="00924ED0">
      <w:pPr>
        <w:jc w:val="right"/>
        <w:rPr>
          <w:rFonts w:cs="Times New Roman"/>
          <w:b/>
          <w:sz w:val="22"/>
        </w:rPr>
      </w:pPr>
    </w:p>
    <w:p w:rsidR="004D7ED4" w:rsidRPr="00A84BC5" w:rsidRDefault="004D7ED4" w:rsidP="00924ED0">
      <w:pPr>
        <w:jc w:val="right"/>
        <w:rPr>
          <w:rFonts w:cs="Times New Roman"/>
          <w:b/>
          <w:sz w:val="22"/>
        </w:rPr>
      </w:pPr>
    </w:p>
    <w:p w:rsidR="00924ED0" w:rsidRPr="00A84BC5" w:rsidRDefault="00924ED0" w:rsidP="00531B9B">
      <w:pPr>
        <w:rPr>
          <w:rFonts w:cs="Times New Roman"/>
          <w:bCs/>
          <w:sz w:val="22"/>
        </w:rPr>
      </w:pPr>
    </w:p>
    <w:p w:rsidR="00127E6A" w:rsidRPr="00A84BC5" w:rsidRDefault="00127E6A" w:rsidP="00B8159E">
      <w:pPr>
        <w:jc w:val="right"/>
        <w:rPr>
          <w:rFonts w:cs="Times New Roman"/>
          <w:bCs/>
          <w:sz w:val="22"/>
        </w:rPr>
      </w:pPr>
      <w:proofErr w:type="spellStart"/>
      <w:r w:rsidRPr="00A84BC5">
        <w:rPr>
          <w:rFonts w:cs="Times New Roman"/>
          <w:bCs/>
          <w:sz w:val="22"/>
        </w:rPr>
        <w:lastRenderedPageBreak/>
        <w:t>Anexa</w:t>
      </w:r>
      <w:proofErr w:type="spellEnd"/>
      <w:r w:rsidRPr="00A84BC5">
        <w:rPr>
          <w:rFonts w:cs="Times New Roman"/>
          <w:bCs/>
          <w:sz w:val="22"/>
        </w:rPr>
        <w:t xml:space="preserve"> nr. </w:t>
      </w:r>
      <w:r w:rsidR="003A0D7A" w:rsidRPr="00A84BC5">
        <w:rPr>
          <w:rFonts w:cs="Times New Roman"/>
          <w:bCs/>
          <w:sz w:val="22"/>
        </w:rPr>
        <w:t>3</w:t>
      </w:r>
    </w:p>
    <w:p w:rsidR="00127E6A" w:rsidRPr="00A84BC5" w:rsidRDefault="00127E6A" w:rsidP="00531B9B">
      <w:pPr>
        <w:rPr>
          <w:rFonts w:cs="Times New Roman"/>
          <w:sz w:val="22"/>
        </w:rPr>
      </w:pPr>
      <w:proofErr w:type="spellStart"/>
      <w:r w:rsidRPr="00A84BC5">
        <w:rPr>
          <w:rFonts w:cs="Times New Roman"/>
          <w:b/>
          <w:bCs/>
          <w:sz w:val="22"/>
        </w:rPr>
        <w:t>Specificaţii</w:t>
      </w:r>
      <w:proofErr w:type="spellEnd"/>
      <w:r w:rsidRPr="00A84BC5">
        <w:rPr>
          <w:rFonts w:cs="Times New Roman"/>
          <w:b/>
          <w:bCs/>
          <w:sz w:val="22"/>
        </w:rPr>
        <w:t xml:space="preserve"> </w:t>
      </w:r>
      <w:proofErr w:type="spellStart"/>
      <w:r w:rsidRPr="00A84BC5">
        <w:rPr>
          <w:rFonts w:cs="Times New Roman"/>
          <w:b/>
          <w:bCs/>
          <w:sz w:val="22"/>
        </w:rPr>
        <w:t>tehnice</w:t>
      </w:r>
      <w:proofErr w:type="spellEnd"/>
      <w:r w:rsidRPr="00A84BC5">
        <w:rPr>
          <w:rFonts w:cs="Times New Roman"/>
          <w:sz w:val="22"/>
        </w:rPr>
        <w:t> </w:t>
      </w:r>
    </w:p>
    <w:p w:rsidR="00127E6A" w:rsidRPr="00A84BC5" w:rsidRDefault="00127E6A" w:rsidP="00531B9B">
      <w:pPr>
        <w:rPr>
          <w:rFonts w:cs="Times New Roman"/>
          <w:i/>
          <w:iCs/>
          <w:sz w:val="22"/>
        </w:rPr>
      </w:pPr>
      <w:r w:rsidRPr="00A84BC5">
        <w:rPr>
          <w:rFonts w:cs="Times New Roman"/>
          <w:i/>
          <w:iCs/>
          <w:sz w:val="22"/>
        </w:rPr>
        <w:t>[</w:t>
      </w:r>
      <w:proofErr w:type="spellStart"/>
      <w:r w:rsidRPr="00A84BC5">
        <w:rPr>
          <w:rFonts w:cs="Times New Roman"/>
          <w:i/>
          <w:iCs/>
          <w:sz w:val="22"/>
        </w:rPr>
        <w:t>Acest</w:t>
      </w:r>
      <w:proofErr w:type="spellEnd"/>
      <w:r w:rsidRPr="00A84BC5">
        <w:rPr>
          <w:rFonts w:cs="Times New Roman"/>
          <w:i/>
          <w:iCs/>
          <w:sz w:val="22"/>
        </w:rPr>
        <w:t xml:space="preserve"> </w:t>
      </w:r>
      <w:proofErr w:type="spellStart"/>
      <w:r w:rsidRPr="00A84BC5">
        <w:rPr>
          <w:rFonts w:cs="Times New Roman"/>
          <w:i/>
          <w:iCs/>
          <w:sz w:val="22"/>
        </w:rPr>
        <w:t>tabel</w:t>
      </w:r>
      <w:proofErr w:type="spellEnd"/>
      <w:r w:rsidRPr="00A84BC5">
        <w:rPr>
          <w:rFonts w:cs="Times New Roman"/>
          <w:i/>
          <w:iCs/>
          <w:sz w:val="22"/>
        </w:rPr>
        <w:t xml:space="preserve"> </w:t>
      </w:r>
      <w:proofErr w:type="spellStart"/>
      <w:r w:rsidRPr="00A84BC5">
        <w:rPr>
          <w:rFonts w:cs="Times New Roman"/>
          <w:i/>
          <w:iCs/>
          <w:sz w:val="22"/>
        </w:rPr>
        <w:t>va</w:t>
      </w:r>
      <w:proofErr w:type="spellEnd"/>
      <w:r w:rsidRPr="00A84BC5">
        <w:rPr>
          <w:rFonts w:cs="Times New Roman"/>
          <w:i/>
          <w:iCs/>
          <w:sz w:val="22"/>
        </w:rPr>
        <w:t xml:space="preserve"> fi </w:t>
      </w:r>
      <w:proofErr w:type="spellStart"/>
      <w:r w:rsidRPr="00A84BC5">
        <w:rPr>
          <w:rFonts w:cs="Times New Roman"/>
          <w:i/>
          <w:iCs/>
          <w:sz w:val="22"/>
        </w:rPr>
        <w:t>completat</w:t>
      </w:r>
      <w:proofErr w:type="spellEnd"/>
      <w:r w:rsidRPr="00A84BC5">
        <w:rPr>
          <w:rFonts w:cs="Times New Roman"/>
          <w:i/>
          <w:iCs/>
          <w:sz w:val="22"/>
        </w:rPr>
        <w:t xml:space="preserve"> de </w:t>
      </w:r>
      <w:proofErr w:type="spellStart"/>
      <w:r w:rsidRPr="00A84BC5">
        <w:rPr>
          <w:rFonts w:cs="Times New Roman"/>
          <w:i/>
          <w:iCs/>
          <w:sz w:val="22"/>
        </w:rPr>
        <w:t>către</w:t>
      </w:r>
      <w:proofErr w:type="spellEnd"/>
      <w:r w:rsidRPr="00A84BC5">
        <w:rPr>
          <w:rFonts w:cs="Times New Roman"/>
          <w:i/>
          <w:iCs/>
          <w:sz w:val="22"/>
        </w:rPr>
        <w:t xml:space="preserve"> </w:t>
      </w:r>
      <w:proofErr w:type="spellStart"/>
      <w:r w:rsidRPr="00A84BC5">
        <w:rPr>
          <w:rFonts w:cs="Times New Roman"/>
          <w:i/>
          <w:iCs/>
          <w:sz w:val="22"/>
        </w:rPr>
        <w:t>ofertant</w:t>
      </w:r>
      <w:proofErr w:type="spellEnd"/>
      <w:r w:rsidRPr="00A84BC5">
        <w:rPr>
          <w:rFonts w:cs="Times New Roman"/>
          <w:i/>
          <w:iCs/>
          <w:sz w:val="22"/>
        </w:rPr>
        <w:t xml:space="preserve"> </w:t>
      </w:r>
      <w:proofErr w:type="spellStart"/>
      <w:r w:rsidRPr="00A84BC5">
        <w:rPr>
          <w:rFonts w:cs="Times New Roman"/>
          <w:i/>
          <w:iCs/>
          <w:sz w:val="22"/>
        </w:rPr>
        <w:t>în</w:t>
      </w:r>
      <w:proofErr w:type="spellEnd"/>
      <w:r w:rsidRPr="00A84BC5">
        <w:rPr>
          <w:rFonts w:cs="Times New Roman"/>
          <w:i/>
          <w:iCs/>
          <w:sz w:val="22"/>
        </w:rPr>
        <w:t xml:space="preserve"> </w:t>
      </w:r>
      <w:proofErr w:type="spellStart"/>
      <w:r w:rsidRPr="00A84BC5">
        <w:rPr>
          <w:rFonts w:cs="Times New Roman"/>
          <w:i/>
          <w:iCs/>
          <w:sz w:val="22"/>
        </w:rPr>
        <w:t>coloanele</w:t>
      </w:r>
      <w:proofErr w:type="spellEnd"/>
      <w:r w:rsidRPr="00A84BC5">
        <w:rPr>
          <w:rFonts w:cs="Times New Roman"/>
          <w:i/>
          <w:iCs/>
          <w:sz w:val="22"/>
        </w:rPr>
        <w:t xml:space="preserve"> 2, 3, 4, 6, 7, </w:t>
      </w:r>
    </w:p>
    <w:p w:rsidR="00127E6A" w:rsidRPr="00A84BC5" w:rsidRDefault="00127E6A" w:rsidP="00531B9B">
      <w:pPr>
        <w:rPr>
          <w:rFonts w:cs="Times New Roman"/>
          <w:i/>
          <w:iCs/>
          <w:sz w:val="22"/>
        </w:rPr>
      </w:pPr>
      <w:proofErr w:type="spellStart"/>
      <w:r w:rsidRPr="00A84BC5">
        <w:rPr>
          <w:rFonts w:cs="Times New Roman"/>
          <w:i/>
          <w:iCs/>
          <w:sz w:val="22"/>
        </w:rPr>
        <w:t>iar</w:t>
      </w:r>
      <w:proofErr w:type="spellEnd"/>
      <w:r w:rsidRPr="00A84BC5">
        <w:rPr>
          <w:rFonts w:cs="Times New Roman"/>
          <w:i/>
          <w:iCs/>
          <w:sz w:val="22"/>
        </w:rPr>
        <w:t xml:space="preserve"> de </w:t>
      </w:r>
      <w:proofErr w:type="spellStart"/>
      <w:r w:rsidRPr="00A84BC5">
        <w:rPr>
          <w:rFonts w:cs="Times New Roman"/>
          <w:i/>
          <w:iCs/>
          <w:sz w:val="22"/>
        </w:rPr>
        <w:t>către</w:t>
      </w:r>
      <w:proofErr w:type="spellEnd"/>
      <w:r w:rsidRPr="00A84BC5">
        <w:rPr>
          <w:rFonts w:cs="Times New Roman"/>
          <w:i/>
          <w:iCs/>
          <w:sz w:val="22"/>
        </w:rPr>
        <w:t xml:space="preserve"> </w:t>
      </w:r>
      <w:proofErr w:type="spellStart"/>
      <w:r w:rsidRPr="00A84BC5">
        <w:rPr>
          <w:rFonts w:cs="Times New Roman"/>
          <w:i/>
          <w:iCs/>
          <w:sz w:val="22"/>
        </w:rPr>
        <w:t>autoritatea</w:t>
      </w:r>
      <w:proofErr w:type="spellEnd"/>
      <w:r w:rsidRPr="00A84BC5">
        <w:rPr>
          <w:rFonts w:cs="Times New Roman"/>
          <w:i/>
          <w:iCs/>
          <w:sz w:val="22"/>
        </w:rPr>
        <w:t xml:space="preserve"> </w:t>
      </w:r>
      <w:proofErr w:type="spellStart"/>
      <w:r w:rsidRPr="00A84BC5">
        <w:rPr>
          <w:rFonts w:cs="Times New Roman"/>
          <w:i/>
          <w:iCs/>
          <w:sz w:val="22"/>
        </w:rPr>
        <w:t>contractantă</w:t>
      </w:r>
      <w:proofErr w:type="spellEnd"/>
      <w:r w:rsidRPr="00A84BC5">
        <w:rPr>
          <w:rFonts w:cs="Times New Roman"/>
          <w:i/>
          <w:iCs/>
          <w:sz w:val="22"/>
        </w:rPr>
        <w:t xml:space="preserve"> – </w:t>
      </w:r>
      <w:proofErr w:type="spellStart"/>
      <w:r w:rsidRPr="00A84BC5">
        <w:rPr>
          <w:rFonts w:cs="Times New Roman"/>
          <w:i/>
          <w:iCs/>
          <w:sz w:val="22"/>
        </w:rPr>
        <w:t>în</w:t>
      </w:r>
      <w:proofErr w:type="spellEnd"/>
      <w:r w:rsidRPr="00A84BC5">
        <w:rPr>
          <w:rFonts w:cs="Times New Roman"/>
          <w:i/>
          <w:iCs/>
          <w:sz w:val="22"/>
        </w:rPr>
        <w:t xml:space="preserve"> </w:t>
      </w:r>
      <w:proofErr w:type="spellStart"/>
      <w:r w:rsidRPr="00A84BC5">
        <w:rPr>
          <w:rFonts w:cs="Times New Roman"/>
          <w:i/>
          <w:iCs/>
          <w:sz w:val="22"/>
        </w:rPr>
        <w:t>coloanele</w:t>
      </w:r>
      <w:proofErr w:type="spellEnd"/>
      <w:r w:rsidRPr="00A84BC5">
        <w:rPr>
          <w:rFonts w:cs="Times New Roman"/>
          <w:i/>
          <w:iCs/>
          <w:sz w:val="22"/>
        </w:rPr>
        <w:t xml:space="preserve"> 1, 5,]</w:t>
      </w:r>
    </w:p>
    <w:tbl>
      <w:tblPr>
        <w:tblStyle w:val="Tabelgril1"/>
        <w:tblpPr w:leftFromText="180" w:rightFromText="180" w:vertAnchor="text" w:horzAnchor="margin" w:tblpXSpec="center" w:tblpY="24"/>
        <w:tblW w:w="0" w:type="auto"/>
        <w:jc w:val="center"/>
        <w:tblInd w:w="0" w:type="dxa"/>
        <w:tblLook w:val="04A0" w:firstRow="1" w:lastRow="0" w:firstColumn="1" w:lastColumn="0" w:noHBand="0" w:noVBand="1"/>
      </w:tblPr>
      <w:tblGrid>
        <w:gridCol w:w="9628"/>
      </w:tblGrid>
      <w:tr w:rsidR="00127E6A" w:rsidRPr="00A84BC5" w:rsidTr="00127E6A">
        <w:trPr>
          <w:cantSplit/>
          <w:trHeight w:val="417"/>
          <w:tblHeader/>
          <w:jc w:val="center"/>
        </w:trPr>
        <w:tc>
          <w:tcPr>
            <w:tcW w:w="14601" w:type="dxa"/>
            <w:tcBorders>
              <w:top w:val="single" w:sz="4" w:space="0" w:color="auto"/>
              <w:left w:val="single" w:sz="4" w:space="0" w:color="auto"/>
              <w:bottom w:val="single" w:sz="4" w:space="0" w:color="auto"/>
              <w:right w:val="single" w:sz="4" w:space="0" w:color="auto"/>
            </w:tcBorders>
            <w:vAlign w:val="center"/>
            <w:hideMark/>
          </w:tcPr>
          <w:p w:rsidR="00127E6A" w:rsidRPr="00A84BC5" w:rsidRDefault="00127E6A" w:rsidP="00531B9B">
            <w:pPr>
              <w:rPr>
                <w:sz w:val="22"/>
              </w:rPr>
            </w:pPr>
            <w:proofErr w:type="spellStart"/>
            <w:r w:rsidRPr="00A84BC5">
              <w:rPr>
                <w:sz w:val="22"/>
              </w:rPr>
              <w:t>Numărul</w:t>
            </w:r>
            <w:proofErr w:type="spellEnd"/>
            <w:r w:rsidRPr="00A84BC5">
              <w:rPr>
                <w:sz w:val="22"/>
              </w:rPr>
              <w:t xml:space="preserve"> </w:t>
            </w:r>
            <w:proofErr w:type="spellStart"/>
            <w:r w:rsidRPr="00A84BC5">
              <w:rPr>
                <w:sz w:val="22"/>
              </w:rPr>
              <w:t>procedurii</w:t>
            </w:r>
            <w:proofErr w:type="spellEnd"/>
            <w:r w:rsidRPr="00A84BC5">
              <w:rPr>
                <w:sz w:val="22"/>
              </w:rPr>
              <w:t xml:space="preserve"> de </w:t>
            </w:r>
            <w:proofErr w:type="spellStart"/>
            <w:r w:rsidRPr="00A84BC5">
              <w:rPr>
                <w:sz w:val="22"/>
              </w:rPr>
              <w:t>achiziție</w:t>
            </w:r>
            <w:proofErr w:type="spellEnd"/>
            <w:r w:rsidRPr="00A84BC5">
              <w:rPr>
                <w:sz w:val="22"/>
              </w:rPr>
              <w:t>______________din___________</w:t>
            </w:r>
          </w:p>
        </w:tc>
      </w:tr>
      <w:tr w:rsidR="00127E6A" w:rsidRPr="00A84BC5" w:rsidTr="00127E6A">
        <w:trPr>
          <w:cantSplit/>
          <w:trHeight w:val="616"/>
          <w:jc w:val="center"/>
        </w:trPr>
        <w:tc>
          <w:tcPr>
            <w:tcW w:w="14601" w:type="dxa"/>
            <w:tcBorders>
              <w:top w:val="single" w:sz="4" w:space="0" w:color="auto"/>
              <w:left w:val="single" w:sz="4" w:space="0" w:color="auto"/>
              <w:bottom w:val="single" w:sz="4" w:space="0" w:color="auto"/>
              <w:right w:val="single" w:sz="4" w:space="0" w:color="auto"/>
            </w:tcBorders>
            <w:vAlign w:val="center"/>
            <w:hideMark/>
          </w:tcPr>
          <w:p w:rsidR="00C70DF0" w:rsidRPr="00A84BC5" w:rsidRDefault="00A84BC5">
            <w:pPr>
              <w:rPr>
                <w:sz w:val="22"/>
              </w:rPr>
            </w:pPr>
            <w:r w:rsidRPr="00A84BC5">
              <w:rPr>
                <w:sz w:val="22"/>
              </w:rPr>
              <w:t>Obiectul achiziției: Servicii de actualizare și securitate FortiGuard cu suportul producătorului pentru echipamentele de rețea Fortinet</w:t>
            </w:r>
          </w:p>
        </w:tc>
      </w:tr>
    </w:tbl>
    <w:p w:rsidR="00127E6A" w:rsidRPr="00A84BC5" w:rsidRDefault="00127E6A" w:rsidP="00531B9B">
      <w:pPr>
        <w:rPr>
          <w:rFonts w:cs="Times New Roman"/>
          <w:sz w:val="22"/>
        </w:rPr>
      </w:pPr>
    </w:p>
    <w:tbl>
      <w:tblPr>
        <w:tblStyle w:val="Tabelgril1"/>
        <w:tblpPr w:leftFromText="180" w:rightFromText="180" w:vertAnchor="text" w:horzAnchor="margin" w:tblpXSpec="center" w:tblpY="36"/>
        <w:tblW w:w="0" w:type="auto"/>
        <w:jc w:val="center"/>
        <w:tblInd w:w="0" w:type="dxa"/>
        <w:tblLook w:val="04A0" w:firstRow="1" w:lastRow="0" w:firstColumn="1" w:lastColumn="0" w:noHBand="0" w:noVBand="1"/>
      </w:tblPr>
      <w:tblGrid>
        <w:gridCol w:w="1855"/>
        <w:gridCol w:w="1755"/>
        <w:gridCol w:w="793"/>
        <w:gridCol w:w="1268"/>
        <w:gridCol w:w="1415"/>
        <w:gridCol w:w="1223"/>
        <w:gridCol w:w="1313"/>
      </w:tblGrid>
      <w:tr w:rsidR="00127E6A" w:rsidRPr="00A84BC5" w:rsidTr="00127E6A">
        <w:trPr>
          <w:cantSplit/>
          <w:tblHeader/>
          <w:jc w:val="center"/>
        </w:trPr>
        <w:tc>
          <w:tcPr>
            <w:tcW w:w="1552" w:type="dxa"/>
            <w:tcBorders>
              <w:top w:val="single" w:sz="6" w:space="0" w:color="000000"/>
              <w:left w:val="single" w:sz="6" w:space="0" w:color="000000"/>
              <w:bottom w:val="single" w:sz="6" w:space="0" w:color="000000"/>
              <w:right w:val="single" w:sz="6" w:space="0" w:color="000000"/>
            </w:tcBorders>
            <w:shd w:val="clear" w:color="auto" w:fill="F0F0F0"/>
            <w:vAlign w:val="center"/>
            <w:hideMark/>
          </w:tcPr>
          <w:p w:rsidR="00127E6A" w:rsidRPr="00A84BC5" w:rsidRDefault="00127E6A" w:rsidP="00531B9B">
            <w:pPr>
              <w:rPr>
                <w:sz w:val="22"/>
              </w:rPr>
            </w:pPr>
            <w:proofErr w:type="spellStart"/>
            <w:r w:rsidRPr="00A84BC5">
              <w:rPr>
                <w:sz w:val="22"/>
              </w:rPr>
              <w:t>Denumirea</w:t>
            </w:r>
            <w:proofErr w:type="spellEnd"/>
            <w:r w:rsidRPr="00A84BC5">
              <w:rPr>
                <w:sz w:val="22"/>
              </w:rPr>
              <w:t xml:space="preserve"> </w:t>
            </w:r>
            <w:proofErr w:type="spellStart"/>
            <w:r w:rsidRPr="00A84BC5">
              <w:rPr>
                <w:sz w:val="22"/>
              </w:rPr>
              <w:t>bunurilor</w:t>
            </w:r>
            <w:proofErr w:type="spellEnd"/>
            <w:r w:rsidRPr="00A84BC5">
              <w:rPr>
                <w:sz w:val="22"/>
              </w:rPr>
              <w:t>/</w:t>
            </w:r>
            <w:proofErr w:type="spellStart"/>
            <w:r w:rsidRPr="00A84BC5">
              <w:rPr>
                <w:sz w:val="22"/>
              </w:rPr>
              <w:t>serviciilor</w:t>
            </w:r>
            <w:proofErr w:type="spellEnd"/>
          </w:p>
        </w:tc>
        <w:tc>
          <w:tcPr>
            <w:tcW w:w="2268" w:type="dxa"/>
            <w:tcBorders>
              <w:top w:val="single" w:sz="6" w:space="0" w:color="000000"/>
              <w:left w:val="single" w:sz="6" w:space="0" w:color="000000"/>
              <w:bottom w:val="single" w:sz="6" w:space="0" w:color="000000"/>
              <w:right w:val="single" w:sz="6" w:space="0" w:color="000000"/>
            </w:tcBorders>
            <w:shd w:val="clear" w:color="auto" w:fill="F0F0F0"/>
            <w:vAlign w:val="center"/>
            <w:hideMark/>
          </w:tcPr>
          <w:p w:rsidR="00127E6A" w:rsidRPr="00A84BC5" w:rsidRDefault="00127E6A" w:rsidP="00531B9B">
            <w:pPr>
              <w:rPr>
                <w:sz w:val="22"/>
              </w:rPr>
            </w:pPr>
            <w:proofErr w:type="spellStart"/>
            <w:r w:rsidRPr="00A84BC5">
              <w:rPr>
                <w:sz w:val="22"/>
              </w:rPr>
              <w:t>Denumirea</w:t>
            </w:r>
            <w:proofErr w:type="spellEnd"/>
            <w:r w:rsidRPr="00A84BC5">
              <w:rPr>
                <w:sz w:val="22"/>
              </w:rPr>
              <w:t xml:space="preserve"> </w:t>
            </w:r>
            <w:proofErr w:type="spellStart"/>
            <w:r w:rsidRPr="00A84BC5">
              <w:rPr>
                <w:sz w:val="22"/>
              </w:rPr>
              <w:t>modelului</w:t>
            </w:r>
            <w:proofErr w:type="spellEnd"/>
            <w:r w:rsidRPr="00A84BC5">
              <w:rPr>
                <w:sz w:val="22"/>
              </w:rPr>
              <w:t xml:space="preserve"> </w:t>
            </w:r>
            <w:proofErr w:type="spellStart"/>
            <w:r w:rsidRPr="00A84BC5">
              <w:rPr>
                <w:sz w:val="22"/>
              </w:rPr>
              <w:t>bunului</w:t>
            </w:r>
            <w:proofErr w:type="spellEnd"/>
            <w:r w:rsidRPr="00A84BC5">
              <w:rPr>
                <w:sz w:val="22"/>
              </w:rPr>
              <w:t>/</w:t>
            </w:r>
            <w:proofErr w:type="spellStart"/>
            <w:r w:rsidRPr="00A84BC5">
              <w:rPr>
                <w:sz w:val="22"/>
              </w:rPr>
              <w:t>serviciului</w:t>
            </w:r>
            <w:proofErr w:type="spellEnd"/>
          </w:p>
        </w:tc>
        <w:tc>
          <w:tcPr>
            <w:tcW w:w="1275" w:type="dxa"/>
            <w:tcBorders>
              <w:top w:val="single" w:sz="6" w:space="0" w:color="000000"/>
              <w:left w:val="single" w:sz="6" w:space="0" w:color="000000"/>
              <w:bottom w:val="single" w:sz="6" w:space="0" w:color="000000"/>
              <w:right w:val="single" w:sz="6" w:space="0" w:color="000000"/>
            </w:tcBorders>
            <w:shd w:val="clear" w:color="auto" w:fill="F0F0F0"/>
            <w:vAlign w:val="center"/>
            <w:hideMark/>
          </w:tcPr>
          <w:p w:rsidR="00127E6A" w:rsidRPr="00A84BC5" w:rsidRDefault="00127E6A" w:rsidP="00531B9B">
            <w:pPr>
              <w:rPr>
                <w:sz w:val="22"/>
              </w:rPr>
            </w:pPr>
            <w:proofErr w:type="spellStart"/>
            <w:r w:rsidRPr="00A84BC5">
              <w:rPr>
                <w:sz w:val="22"/>
              </w:rPr>
              <w:t>Ţara</w:t>
            </w:r>
            <w:proofErr w:type="spellEnd"/>
            <w:r w:rsidRPr="00A84BC5">
              <w:rPr>
                <w:sz w:val="22"/>
              </w:rPr>
              <w:t xml:space="preserve"> de </w:t>
            </w:r>
            <w:proofErr w:type="spellStart"/>
            <w:r w:rsidRPr="00A84BC5">
              <w:rPr>
                <w:sz w:val="22"/>
              </w:rPr>
              <w:t>origine</w:t>
            </w:r>
            <w:proofErr w:type="spellEnd"/>
          </w:p>
        </w:tc>
        <w:tc>
          <w:tcPr>
            <w:tcW w:w="1701" w:type="dxa"/>
            <w:tcBorders>
              <w:top w:val="single" w:sz="6" w:space="0" w:color="000000"/>
              <w:left w:val="single" w:sz="6" w:space="0" w:color="000000"/>
              <w:bottom w:val="single" w:sz="6" w:space="0" w:color="000000"/>
              <w:right w:val="single" w:sz="6" w:space="0" w:color="000000"/>
            </w:tcBorders>
            <w:shd w:val="clear" w:color="auto" w:fill="F0F0F0"/>
            <w:vAlign w:val="center"/>
            <w:hideMark/>
          </w:tcPr>
          <w:p w:rsidR="00127E6A" w:rsidRPr="00A84BC5" w:rsidRDefault="00127E6A" w:rsidP="00531B9B">
            <w:pPr>
              <w:rPr>
                <w:sz w:val="22"/>
              </w:rPr>
            </w:pPr>
            <w:proofErr w:type="spellStart"/>
            <w:r w:rsidRPr="00A84BC5">
              <w:rPr>
                <w:sz w:val="22"/>
              </w:rPr>
              <w:t>Producătorul</w:t>
            </w:r>
            <w:proofErr w:type="spellEnd"/>
          </w:p>
        </w:tc>
        <w:tc>
          <w:tcPr>
            <w:tcW w:w="4511" w:type="dxa"/>
            <w:tcBorders>
              <w:top w:val="single" w:sz="6" w:space="0" w:color="000000"/>
              <w:left w:val="single" w:sz="6" w:space="0" w:color="000000"/>
              <w:bottom w:val="single" w:sz="6" w:space="0" w:color="000000"/>
              <w:right w:val="single" w:sz="6" w:space="0" w:color="000000"/>
            </w:tcBorders>
            <w:shd w:val="clear" w:color="auto" w:fill="F0F0F0"/>
            <w:vAlign w:val="center"/>
            <w:hideMark/>
          </w:tcPr>
          <w:p w:rsidR="00127E6A" w:rsidRPr="00A84BC5" w:rsidRDefault="00127E6A" w:rsidP="00531B9B">
            <w:pPr>
              <w:rPr>
                <w:sz w:val="22"/>
              </w:rPr>
            </w:pPr>
            <w:proofErr w:type="spellStart"/>
            <w:r w:rsidRPr="00A84BC5">
              <w:rPr>
                <w:sz w:val="22"/>
              </w:rPr>
              <w:t>Specificarea</w:t>
            </w:r>
            <w:proofErr w:type="spellEnd"/>
            <w:r w:rsidRPr="00A84BC5">
              <w:rPr>
                <w:sz w:val="22"/>
              </w:rPr>
              <w:t xml:space="preserve"> </w:t>
            </w:r>
            <w:proofErr w:type="spellStart"/>
            <w:r w:rsidRPr="00A84BC5">
              <w:rPr>
                <w:sz w:val="22"/>
              </w:rPr>
              <w:t>tehnică</w:t>
            </w:r>
            <w:proofErr w:type="spellEnd"/>
            <w:r w:rsidRPr="00A84BC5">
              <w:rPr>
                <w:sz w:val="22"/>
              </w:rPr>
              <w:t xml:space="preserve"> </w:t>
            </w:r>
            <w:proofErr w:type="spellStart"/>
            <w:r w:rsidRPr="00A84BC5">
              <w:rPr>
                <w:sz w:val="22"/>
              </w:rPr>
              <w:t>deplină</w:t>
            </w:r>
            <w:proofErr w:type="spellEnd"/>
            <w:r w:rsidRPr="00A84BC5">
              <w:rPr>
                <w:sz w:val="22"/>
              </w:rPr>
              <w:t xml:space="preserve"> </w:t>
            </w:r>
            <w:proofErr w:type="spellStart"/>
            <w:r w:rsidRPr="00A84BC5">
              <w:rPr>
                <w:sz w:val="22"/>
              </w:rPr>
              <w:t>solicitată</w:t>
            </w:r>
            <w:proofErr w:type="spellEnd"/>
            <w:r w:rsidRPr="00A84BC5">
              <w:rPr>
                <w:sz w:val="22"/>
              </w:rPr>
              <w:t xml:space="preserve"> de </w:t>
            </w:r>
            <w:proofErr w:type="spellStart"/>
            <w:r w:rsidRPr="00A84BC5">
              <w:rPr>
                <w:sz w:val="22"/>
              </w:rPr>
              <w:t>către</w:t>
            </w:r>
            <w:proofErr w:type="spellEnd"/>
            <w:r w:rsidRPr="00A84BC5">
              <w:rPr>
                <w:sz w:val="22"/>
              </w:rPr>
              <w:t xml:space="preserve"> </w:t>
            </w:r>
            <w:proofErr w:type="spellStart"/>
            <w:r w:rsidRPr="00A84BC5">
              <w:rPr>
                <w:sz w:val="22"/>
              </w:rPr>
              <w:t>autoritatea</w:t>
            </w:r>
            <w:proofErr w:type="spellEnd"/>
            <w:r w:rsidRPr="00A84BC5">
              <w:rPr>
                <w:sz w:val="22"/>
              </w:rPr>
              <w:t xml:space="preserve"> </w:t>
            </w:r>
            <w:proofErr w:type="spellStart"/>
            <w:r w:rsidRPr="00A84BC5">
              <w:rPr>
                <w:sz w:val="22"/>
              </w:rPr>
              <w:t>contractantă</w:t>
            </w:r>
            <w:proofErr w:type="spellEnd"/>
          </w:p>
        </w:tc>
        <w:tc>
          <w:tcPr>
            <w:tcW w:w="1726" w:type="dxa"/>
            <w:tcBorders>
              <w:top w:val="single" w:sz="6" w:space="0" w:color="000000"/>
              <w:left w:val="single" w:sz="6" w:space="0" w:color="000000"/>
              <w:bottom w:val="single" w:sz="6" w:space="0" w:color="000000"/>
              <w:right w:val="single" w:sz="6" w:space="0" w:color="000000"/>
            </w:tcBorders>
            <w:shd w:val="clear" w:color="auto" w:fill="F0F0F0"/>
            <w:vAlign w:val="center"/>
            <w:hideMark/>
          </w:tcPr>
          <w:p w:rsidR="00127E6A" w:rsidRPr="00A84BC5" w:rsidRDefault="00127E6A" w:rsidP="00531B9B">
            <w:pPr>
              <w:rPr>
                <w:sz w:val="22"/>
              </w:rPr>
            </w:pPr>
            <w:proofErr w:type="spellStart"/>
            <w:r w:rsidRPr="00A84BC5">
              <w:rPr>
                <w:sz w:val="22"/>
              </w:rPr>
              <w:t>Specificarea</w:t>
            </w:r>
            <w:proofErr w:type="spellEnd"/>
            <w:r w:rsidRPr="00A84BC5">
              <w:rPr>
                <w:sz w:val="22"/>
              </w:rPr>
              <w:t xml:space="preserve"> </w:t>
            </w:r>
            <w:proofErr w:type="spellStart"/>
            <w:r w:rsidRPr="00A84BC5">
              <w:rPr>
                <w:sz w:val="22"/>
              </w:rPr>
              <w:t>tehnică</w:t>
            </w:r>
            <w:proofErr w:type="spellEnd"/>
            <w:r w:rsidRPr="00A84BC5">
              <w:rPr>
                <w:sz w:val="22"/>
              </w:rPr>
              <w:t xml:space="preserve"> </w:t>
            </w:r>
            <w:proofErr w:type="spellStart"/>
            <w:r w:rsidRPr="00A84BC5">
              <w:rPr>
                <w:sz w:val="22"/>
              </w:rPr>
              <w:t>deplină</w:t>
            </w:r>
            <w:proofErr w:type="spellEnd"/>
            <w:r w:rsidRPr="00A84BC5">
              <w:rPr>
                <w:sz w:val="22"/>
              </w:rPr>
              <w:t xml:space="preserve"> </w:t>
            </w:r>
            <w:proofErr w:type="spellStart"/>
            <w:r w:rsidRPr="00A84BC5">
              <w:rPr>
                <w:sz w:val="22"/>
              </w:rPr>
              <w:t>propusă</w:t>
            </w:r>
            <w:proofErr w:type="spellEnd"/>
            <w:r w:rsidRPr="00A84BC5">
              <w:rPr>
                <w:sz w:val="22"/>
              </w:rPr>
              <w:t xml:space="preserve"> de </w:t>
            </w:r>
            <w:proofErr w:type="spellStart"/>
            <w:r w:rsidRPr="00A84BC5">
              <w:rPr>
                <w:sz w:val="22"/>
              </w:rPr>
              <w:t>către</w:t>
            </w:r>
            <w:proofErr w:type="spellEnd"/>
            <w:r w:rsidRPr="00A84BC5">
              <w:rPr>
                <w:sz w:val="22"/>
              </w:rPr>
              <w:t xml:space="preserve"> </w:t>
            </w:r>
            <w:proofErr w:type="spellStart"/>
            <w:r w:rsidRPr="00A84BC5">
              <w:rPr>
                <w:sz w:val="22"/>
              </w:rPr>
              <w:t>ofertant</w:t>
            </w:r>
            <w:proofErr w:type="spellEnd"/>
          </w:p>
        </w:tc>
        <w:tc>
          <w:tcPr>
            <w:tcW w:w="1701" w:type="dxa"/>
            <w:tcBorders>
              <w:top w:val="single" w:sz="6" w:space="0" w:color="000000"/>
              <w:left w:val="single" w:sz="6" w:space="0" w:color="000000"/>
              <w:bottom w:val="single" w:sz="6" w:space="0" w:color="000000"/>
              <w:right w:val="single" w:sz="6" w:space="0" w:color="000000"/>
            </w:tcBorders>
            <w:shd w:val="clear" w:color="auto" w:fill="F0F0F0"/>
            <w:vAlign w:val="center"/>
            <w:hideMark/>
          </w:tcPr>
          <w:p w:rsidR="00127E6A" w:rsidRPr="00A84BC5" w:rsidRDefault="00127E6A" w:rsidP="00531B9B">
            <w:pPr>
              <w:rPr>
                <w:sz w:val="22"/>
              </w:rPr>
            </w:pPr>
            <w:proofErr w:type="spellStart"/>
            <w:r w:rsidRPr="00A84BC5">
              <w:rPr>
                <w:sz w:val="22"/>
              </w:rPr>
              <w:t>Standarde</w:t>
            </w:r>
            <w:proofErr w:type="spellEnd"/>
            <w:r w:rsidRPr="00A84BC5">
              <w:rPr>
                <w:sz w:val="22"/>
              </w:rPr>
              <w:t xml:space="preserve"> de </w:t>
            </w:r>
            <w:proofErr w:type="spellStart"/>
            <w:r w:rsidRPr="00A84BC5">
              <w:rPr>
                <w:sz w:val="22"/>
              </w:rPr>
              <w:t>referinţă</w:t>
            </w:r>
            <w:proofErr w:type="spellEnd"/>
          </w:p>
        </w:tc>
      </w:tr>
      <w:tr w:rsidR="0098480E" w:rsidRPr="00A84BC5">
        <w:trPr>
          <w:cantSplit/>
          <w:jc w:val="center"/>
        </w:trPr>
        <w:tc>
          <w:tcPr>
            <w:tcW w:w="2149" w:type="dxa"/>
            <w:vAlign w:val="center"/>
          </w:tcPr>
          <w:p w:rsidR="00C70DF0" w:rsidRPr="00A84BC5" w:rsidRDefault="00A84BC5">
            <w:pPr>
              <w:rPr>
                <w:sz w:val="22"/>
              </w:rPr>
            </w:pPr>
            <w:r w:rsidRPr="00A84BC5">
              <w:rPr>
                <w:sz w:val="22"/>
              </w:rPr>
              <w:t>Servicii de actualizare și securitate FortiGuard cu suportul producătorului pentru echipamentele de rețea Fortinet</w:t>
            </w:r>
          </w:p>
        </w:tc>
        <w:tc>
          <w:tcPr>
            <w:tcW w:w="2237" w:type="dxa"/>
            <w:vAlign w:val="center"/>
          </w:tcPr>
          <w:p w:rsidR="00C70DF0" w:rsidRPr="00A84BC5" w:rsidRDefault="00C70DF0">
            <w:pPr>
              <w:rPr>
                <w:sz w:val="22"/>
              </w:rPr>
            </w:pPr>
          </w:p>
        </w:tc>
        <w:tc>
          <w:tcPr>
            <w:tcW w:w="1226" w:type="dxa"/>
            <w:vAlign w:val="center"/>
          </w:tcPr>
          <w:p w:rsidR="00C70DF0" w:rsidRPr="00A84BC5" w:rsidRDefault="00C70DF0">
            <w:pPr>
              <w:rPr>
                <w:sz w:val="22"/>
              </w:rPr>
            </w:pPr>
          </w:p>
        </w:tc>
        <w:tc>
          <w:tcPr>
            <w:tcW w:w="1669" w:type="dxa"/>
            <w:vAlign w:val="center"/>
          </w:tcPr>
          <w:p w:rsidR="00C70DF0" w:rsidRPr="00A84BC5" w:rsidRDefault="00C70DF0">
            <w:pPr>
              <w:rPr>
                <w:sz w:val="22"/>
              </w:rPr>
            </w:pPr>
          </w:p>
        </w:tc>
        <w:tc>
          <w:tcPr>
            <w:tcW w:w="4137" w:type="dxa"/>
            <w:vAlign w:val="center"/>
          </w:tcPr>
          <w:p w:rsidR="00C70DF0" w:rsidRPr="00A84BC5" w:rsidRDefault="00A84BC5">
            <w:pPr>
              <w:rPr>
                <w:sz w:val="22"/>
              </w:rPr>
            </w:pPr>
            <w:r w:rsidRPr="00A84BC5">
              <w:rPr>
                <w:sz w:val="22"/>
              </w:rPr>
              <w:t xml:space="preserve">Reînnoirea serviciilor FortiGuard și FortiCare pentru echipamentele Fortinet existente ale ANSP, pentru o perioadă de 12 luni, conform Caietului de sarcini. Serviciile trebuie să fie originale, activate prin canale oficiale, compatibile integral cu echipamentele existente și să asigure acces la actualizări, firmware, suport tehnic al producătorului și documente de confirmare </w:t>
            </w:r>
            <w:proofErr w:type="gramStart"/>
            <w:r w:rsidRPr="00A84BC5">
              <w:rPr>
                <w:sz w:val="22"/>
              </w:rPr>
              <w:t>a</w:t>
            </w:r>
            <w:proofErr w:type="gramEnd"/>
            <w:r w:rsidRPr="00A84BC5">
              <w:rPr>
                <w:sz w:val="22"/>
              </w:rPr>
              <w:t xml:space="preserve"> activării.</w:t>
            </w:r>
          </w:p>
        </w:tc>
        <w:tc>
          <w:tcPr>
            <w:tcW w:w="1684" w:type="dxa"/>
            <w:vAlign w:val="center"/>
          </w:tcPr>
          <w:p w:rsidR="00C70DF0" w:rsidRPr="00A84BC5" w:rsidRDefault="00C70DF0">
            <w:pPr>
              <w:rPr>
                <w:sz w:val="22"/>
              </w:rPr>
            </w:pPr>
          </w:p>
        </w:tc>
        <w:tc>
          <w:tcPr>
            <w:tcW w:w="1632" w:type="dxa"/>
            <w:vAlign w:val="center"/>
          </w:tcPr>
          <w:p w:rsidR="00C70DF0" w:rsidRPr="00A84BC5" w:rsidRDefault="00A84BC5">
            <w:pPr>
              <w:rPr>
                <w:sz w:val="22"/>
              </w:rPr>
            </w:pPr>
            <w:r w:rsidRPr="00A84BC5">
              <w:rPr>
                <w:sz w:val="22"/>
              </w:rPr>
              <w:t>Legea nr. 131/2015; HG nr. 870/2022; documentația tehnică oficială Fortinet; politicile oficiale Fortinet privind licențierea și suportul.</w:t>
            </w:r>
          </w:p>
        </w:tc>
      </w:tr>
      <w:tr w:rsidR="0098480E" w:rsidRPr="00A84BC5">
        <w:trPr>
          <w:cantSplit/>
          <w:jc w:val="center"/>
        </w:trPr>
        <w:tc>
          <w:tcPr>
            <w:tcW w:w="2149" w:type="dxa"/>
            <w:vAlign w:val="center"/>
          </w:tcPr>
          <w:p w:rsidR="00C70DF0" w:rsidRPr="00A84BC5" w:rsidRDefault="00A84BC5">
            <w:pPr>
              <w:rPr>
                <w:sz w:val="22"/>
              </w:rPr>
            </w:pPr>
            <w:r w:rsidRPr="00A84BC5">
              <w:rPr>
                <w:sz w:val="22"/>
              </w:rPr>
              <w:t>Total lot 1 / TOTAL</w:t>
            </w:r>
          </w:p>
        </w:tc>
        <w:tc>
          <w:tcPr>
            <w:tcW w:w="2237" w:type="dxa"/>
            <w:vAlign w:val="center"/>
          </w:tcPr>
          <w:p w:rsidR="0098480E" w:rsidRPr="00A84BC5" w:rsidRDefault="0098480E" w:rsidP="00531B9B">
            <w:pPr>
              <w:rPr>
                <w:sz w:val="22"/>
              </w:rPr>
            </w:pPr>
          </w:p>
        </w:tc>
        <w:tc>
          <w:tcPr>
            <w:tcW w:w="1226" w:type="dxa"/>
            <w:vAlign w:val="center"/>
          </w:tcPr>
          <w:p w:rsidR="0098480E" w:rsidRPr="00A84BC5" w:rsidRDefault="0098480E" w:rsidP="00531B9B">
            <w:pPr>
              <w:rPr>
                <w:sz w:val="22"/>
              </w:rPr>
            </w:pPr>
          </w:p>
        </w:tc>
        <w:tc>
          <w:tcPr>
            <w:tcW w:w="1669" w:type="dxa"/>
            <w:vAlign w:val="center"/>
          </w:tcPr>
          <w:p w:rsidR="0098480E" w:rsidRPr="00A84BC5" w:rsidRDefault="0098480E" w:rsidP="00531B9B">
            <w:pPr>
              <w:rPr>
                <w:sz w:val="22"/>
              </w:rPr>
            </w:pPr>
          </w:p>
        </w:tc>
        <w:tc>
          <w:tcPr>
            <w:tcW w:w="4137" w:type="dxa"/>
            <w:vAlign w:val="center"/>
          </w:tcPr>
          <w:p w:rsidR="0098480E" w:rsidRPr="00A84BC5" w:rsidRDefault="0098480E" w:rsidP="00531B9B">
            <w:pPr>
              <w:rPr>
                <w:sz w:val="22"/>
              </w:rPr>
            </w:pPr>
          </w:p>
        </w:tc>
        <w:tc>
          <w:tcPr>
            <w:tcW w:w="1684" w:type="dxa"/>
            <w:vAlign w:val="center"/>
          </w:tcPr>
          <w:p w:rsidR="0098480E" w:rsidRPr="00A84BC5" w:rsidRDefault="0098480E" w:rsidP="00531B9B">
            <w:pPr>
              <w:rPr>
                <w:sz w:val="22"/>
              </w:rPr>
            </w:pPr>
          </w:p>
        </w:tc>
        <w:tc>
          <w:tcPr>
            <w:tcW w:w="1632" w:type="dxa"/>
            <w:vAlign w:val="center"/>
          </w:tcPr>
          <w:p w:rsidR="0098480E" w:rsidRPr="00A84BC5" w:rsidRDefault="0098480E" w:rsidP="00531B9B">
            <w:pPr>
              <w:rPr>
                <w:sz w:val="22"/>
              </w:rPr>
            </w:pPr>
          </w:p>
        </w:tc>
      </w:tr>
    </w:tbl>
    <w:p w:rsidR="00127E6A" w:rsidRPr="00A84BC5" w:rsidRDefault="00127E6A" w:rsidP="00531B9B">
      <w:pPr>
        <w:rPr>
          <w:rFonts w:cs="Times New Roman"/>
          <w:sz w:val="22"/>
        </w:rPr>
      </w:pPr>
    </w:p>
    <w:p w:rsidR="00127E6A" w:rsidRPr="00A84BC5" w:rsidRDefault="00127E6A" w:rsidP="00531B9B">
      <w:pPr>
        <w:rPr>
          <w:rFonts w:cs="Times New Roman"/>
          <w:sz w:val="22"/>
        </w:rPr>
      </w:pPr>
      <w:proofErr w:type="spellStart"/>
      <w:proofErr w:type="gramStart"/>
      <w:r w:rsidRPr="00A84BC5">
        <w:rPr>
          <w:rFonts w:cs="Times New Roman"/>
          <w:sz w:val="22"/>
        </w:rPr>
        <w:t>Semnat</w:t>
      </w:r>
      <w:proofErr w:type="spellEnd"/>
      <w:r w:rsidRPr="00A84BC5">
        <w:rPr>
          <w:rFonts w:cs="Times New Roman"/>
          <w:sz w:val="22"/>
        </w:rPr>
        <w:t>:_</w:t>
      </w:r>
      <w:proofErr w:type="gramEnd"/>
      <w:r w:rsidRPr="00A84BC5">
        <w:rPr>
          <w:rFonts w:cs="Times New Roman"/>
          <w:sz w:val="22"/>
        </w:rPr>
        <w:t xml:space="preserve">_______ </w:t>
      </w:r>
      <w:proofErr w:type="spellStart"/>
      <w:r w:rsidRPr="00A84BC5">
        <w:rPr>
          <w:rFonts w:cs="Times New Roman"/>
          <w:sz w:val="22"/>
        </w:rPr>
        <w:t>Numele</w:t>
      </w:r>
      <w:proofErr w:type="spellEnd"/>
      <w:r w:rsidRPr="00A84BC5">
        <w:rPr>
          <w:rFonts w:cs="Times New Roman"/>
          <w:sz w:val="22"/>
        </w:rPr>
        <w:t xml:space="preserve">, </w:t>
      </w:r>
      <w:proofErr w:type="spellStart"/>
      <w:r w:rsidRPr="00A84BC5">
        <w:rPr>
          <w:rFonts w:cs="Times New Roman"/>
          <w:sz w:val="22"/>
        </w:rPr>
        <w:t>Prenumele</w:t>
      </w:r>
      <w:proofErr w:type="spellEnd"/>
      <w:r w:rsidRPr="00A84BC5">
        <w:rPr>
          <w:rFonts w:cs="Times New Roman"/>
          <w:sz w:val="22"/>
        </w:rPr>
        <w:t xml:space="preserve">:____________ </w:t>
      </w:r>
      <w:proofErr w:type="spellStart"/>
      <w:r w:rsidRPr="00A84BC5">
        <w:rPr>
          <w:rFonts w:cs="Times New Roman"/>
          <w:sz w:val="22"/>
        </w:rPr>
        <w:t>În</w:t>
      </w:r>
      <w:proofErr w:type="spellEnd"/>
      <w:r w:rsidRPr="00A84BC5">
        <w:rPr>
          <w:rFonts w:cs="Times New Roman"/>
          <w:sz w:val="22"/>
        </w:rPr>
        <w:t xml:space="preserve"> </w:t>
      </w:r>
      <w:proofErr w:type="spellStart"/>
      <w:r w:rsidRPr="00A84BC5">
        <w:rPr>
          <w:rFonts w:cs="Times New Roman"/>
          <w:sz w:val="22"/>
        </w:rPr>
        <w:t>calitate</w:t>
      </w:r>
      <w:proofErr w:type="spellEnd"/>
      <w:r w:rsidRPr="00A84BC5">
        <w:rPr>
          <w:rFonts w:cs="Times New Roman"/>
          <w:sz w:val="22"/>
        </w:rPr>
        <w:t xml:space="preserve"> de: ______________</w:t>
      </w:r>
    </w:p>
    <w:p w:rsidR="00127E6A" w:rsidRPr="00A84BC5" w:rsidRDefault="00127E6A" w:rsidP="00531B9B">
      <w:pPr>
        <w:rPr>
          <w:rFonts w:cs="Times New Roman"/>
          <w:sz w:val="22"/>
        </w:rPr>
      </w:pPr>
      <w:proofErr w:type="spellStart"/>
      <w:r w:rsidRPr="00A84BC5">
        <w:rPr>
          <w:rFonts w:cs="Times New Roman"/>
          <w:sz w:val="22"/>
        </w:rPr>
        <w:t>Ofertantul</w:t>
      </w:r>
      <w:proofErr w:type="spellEnd"/>
      <w:r w:rsidRPr="00A84BC5">
        <w:rPr>
          <w:rFonts w:cs="Times New Roman"/>
          <w:sz w:val="22"/>
        </w:rPr>
        <w:t xml:space="preserve">: ______________________ </w:t>
      </w:r>
      <w:proofErr w:type="spellStart"/>
      <w:r w:rsidRPr="00A84BC5">
        <w:rPr>
          <w:rFonts w:cs="Times New Roman"/>
          <w:sz w:val="22"/>
        </w:rPr>
        <w:t>Adresa</w:t>
      </w:r>
      <w:proofErr w:type="spellEnd"/>
      <w:r w:rsidRPr="00A84BC5">
        <w:rPr>
          <w:rFonts w:cs="Times New Roman"/>
          <w:sz w:val="22"/>
        </w:rPr>
        <w:t>: _____________________</w:t>
      </w:r>
    </w:p>
    <w:p w:rsidR="00127E6A" w:rsidRPr="00A84BC5" w:rsidRDefault="00127E6A" w:rsidP="00531B9B">
      <w:pPr>
        <w:rPr>
          <w:rFonts w:cs="Times New Roman"/>
          <w:sz w:val="22"/>
        </w:rPr>
      </w:pPr>
    </w:p>
    <w:p w:rsidR="00127E6A" w:rsidRPr="00A84BC5" w:rsidRDefault="00127E6A" w:rsidP="00531B9B">
      <w:pPr>
        <w:rPr>
          <w:rFonts w:cs="Times New Roman"/>
          <w:sz w:val="22"/>
        </w:rPr>
      </w:pPr>
    </w:p>
    <w:p w:rsidR="00127E6A" w:rsidRPr="00A84BC5" w:rsidRDefault="00127E6A" w:rsidP="00531B9B">
      <w:pPr>
        <w:rPr>
          <w:rFonts w:cs="Times New Roman"/>
          <w:bCs/>
          <w:sz w:val="22"/>
        </w:rPr>
      </w:pPr>
    </w:p>
    <w:p w:rsidR="00A20347" w:rsidRPr="00A84BC5" w:rsidRDefault="00A20347" w:rsidP="00531B9B">
      <w:pPr>
        <w:rPr>
          <w:rFonts w:cs="Times New Roman"/>
          <w:bCs/>
          <w:sz w:val="22"/>
        </w:rPr>
      </w:pPr>
    </w:p>
    <w:p w:rsidR="00924ED0" w:rsidRPr="00A84BC5" w:rsidRDefault="00924ED0" w:rsidP="00B8159E">
      <w:pPr>
        <w:jc w:val="right"/>
        <w:rPr>
          <w:rFonts w:cs="Times New Roman"/>
          <w:bCs/>
          <w:sz w:val="22"/>
        </w:rPr>
      </w:pPr>
    </w:p>
    <w:p w:rsidR="00AE720F" w:rsidRPr="00A84BC5" w:rsidRDefault="00AE720F" w:rsidP="00B8159E">
      <w:pPr>
        <w:jc w:val="right"/>
        <w:rPr>
          <w:rFonts w:cs="Times New Roman"/>
          <w:bCs/>
          <w:sz w:val="22"/>
        </w:rPr>
      </w:pPr>
    </w:p>
    <w:p w:rsidR="00AE720F" w:rsidRPr="00A84BC5" w:rsidRDefault="00AE720F" w:rsidP="00B8159E">
      <w:pPr>
        <w:jc w:val="right"/>
        <w:rPr>
          <w:rFonts w:cs="Times New Roman"/>
          <w:bCs/>
          <w:sz w:val="22"/>
        </w:rPr>
      </w:pPr>
    </w:p>
    <w:p w:rsidR="00AE720F" w:rsidRPr="00A84BC5" w:rsidRDefault="00AE720F" w:rsidP="00B8159E">
      <w:pPr>
        <w:jc w:val="right"/>
        <w:rPr>
          <w:rFonts w:cs="Times New Roman"/>
          <w:bCs/>
          <w:sz w:val="22"/>
        </w:rPr>
      </w:pPr>
    </w:p>
    <w:p w:rsidR="00AE720F" w:rsidRPr="00A84BC5" w:rsidRDefault="00AE720F" w:rsidP="00B8159E">
      <w:pPr>
        <w:jc w:val="right"/>
        <w:rPr>
          <w:rFonts w:cs="Times New Roman"/>
          <w:bCs/>
          <w:sz w:val="22"/>
        </w:rPr>
      </w:pPr>
    </w:p>
    <w:p w:rsidR="00AE720F" w:rsidRPr="00A84BC5" w:rsidRDefault="00AE720F" w:rsidP="00B8159E">
      <w:pPr>
        <w:jc w:val="right"/>
        <w:rPr>
          <w:rFonts w:cs="Times New Roman"/>
          <w:bCs/>
          <w:sz w:val="22"/>
        </w:rPr>
      </w:pPr>
    </w:p>
    <w:p w:rsidR="00AE720F" w:rsidRPr="00A84BC5" w:rsidRDefault="00AE720F" w:rsidP="00B8159E">
      <w:pPr>
        <w:jc w:val="right"/>
        <w:rPr>
          <w:rFonts w:cs="Times New Roman"/>
          <w:bCs/>
          <w:sz w:val="22"/>
        </w:rPr>
      </w:pPr>
    </w:p>
    <w:p w:rsidR="00AE720F" w:rsidRPr="00A84BC5" w:rsidRDefault="00AE720F" w:rsidP="00B8159E">
      <w:pPr>
        <w:jc w:val="right"/>
        <w:rPr>
          <w:rFonts w:cs="Times New Roman"/>
          <w:bCs/>
          <w:sz w:val="22"/>
        </w:rPr>
      </w:pPr>
    </w:p>
    <w:p w:rsidR="00AE720F" w:rsidRPr="00A84BC5" w:rsidRDefault="00AE720F" w:rsidP="00B8159E">
      <w:pPr>
        <w:jc w:val="right"/>
        <w:rPr>
          <w:rFonts w:cs="Times New Roman"/>
          <w:bCs/>
          <w:sz w:val="22"/>
        </w:rPr>
      </w:pPr>
    </w:p>
    <w:p w:rsidR="00AE720F" w:rsidRPr="00A84BC5" w:rsidRDefault="00AE720F" w:rsidP="00B8159E">
      <w:pPr>
        <w:jc w:val="right"/>
        <w:rPr>
          <w:rFonts w:cs="Times New Roman"/>
          <w:bCs/>
          <w:sz w:val="22"/>
        </w:rPr>
      </w:pPr>
    </w:p>
    <w:p w:rsidR="00AE720F" w:rsidRPr="00A84BC5" w:rsidRDefault="00AE720F" w:rsidP="00B8159E">
      <w:pPr>
        <w:jc w:val="right"/>
        <w:rPr>
          <w:rFonts w:cs="Times New Roman"/>
          <w:bCs/>
          <w:sz w:val="22"/>
        </w:rPr>
      </w:pPr>
    </w:p>
    <w:p w:rsidR="00AE720F" w:rsidRPr="00A84BC5" w:rsidRDefault="00AE720F" w:rsidP="00B8159E">
      <w:pPr>
        <w:jc w:val="right"/>
        <w:rPr>
          <w:rFonts w:cs="Times New Roman"/>
          <w:bCs/>
          <w:sz w:val="22"/>
        </w:rPr>
      </w:pPr>
    </w:p>
    <w:p w:rsidR="00AE720F" w:rsidRPr="00A84BC5" w:rsidRDefault="00AE720F" w:rsidP="00B8159E">
      <w:pPr>
        <w:jc w:val="right"/>
        <w:rPr>
          <w:rFonts w:cs="Times New Roman"/>
          <w:bCs/>
          <w:sz w:val="22"/>
        </w:rPr>
      </w:pPr>
    </w:p>
    <w:p w:rsidR="004D7ED4" w:rsidRPr="00A84BC5" w:rsidRDefault="004D7ED4" w:rsidP="00B8159E">
      <w:pPr>
        <w:jc w:val="right"/>
        <w:rPr>
          <w:rFonts w:cs="Times New Roman"/>
          <w:bCs/>
          <w:sz w:val="22"/>
        </w:rPr>
      </w:pPr>
    </w:p>
    <w:p w:rsidR="004D7ED4" w:rsidRPr="00A84BC5" w:rsidRDefault="004D7ED4" w:rsidP="00B8159E">
      <w:pPr>
        <w:jc w:val="right"/>
        <w:rPr>
          <w:rFonts w:cs="Times New Roman"/>
          <w:bCs/>
          <w:sz w:val="22"/>
        </w:rPr>
      </w:pPr>
    </w:p>
    <w:p w:rsidR="004D7ED4" w:rsidRPr="00A84BC5" w:rsidRDefault="004D7ED4" w:rsidP="00B8159E">
      <w:pPr>
        <w:jc w:val="right"/>
        <w:rPr>
          <w:rFonts w:cs="Times New Roman"/>
          <w:bCs/>
          <w:sz w:val="22"/>
        </w:rPr>
      </w:pPr>
    </w:p>
    <w:p w:rsidR="004D7ED4" w:rsidRPr="00A84BC5" w:rsidRDefault="004D7ED4" w:rsidP="00B8159E">
      <w:pPr>
        <w:jc w:val="right"/>
        <w:rPr>
          <w:rFonts w:cs="Times New Roman"/>
          <w:bCs/>
          <w:sz w:val="22"/>
        </w:rPr>
      </w:pPr>
    </w:p>
    <w:p w:rsidR="004D7ED4" w:rsidRPr="00A84BC5" w:rsidRDefault="004D7ED4" w:rsidP="00B8159E">
      <w:pPr>
        <w:jc w:val="right"/>
        <w:rPr>
          <w:rFonts w:cs="Times New Roman"/>
          <w:bCs/>
          <w:sz w:val="22"/>
        </w:rPr>
      </w:pPr>
    </w:p>
    <w:p w:rsidR="004D7ED4" w:rsidRPr="00A84BC5" w:rsidRDefault="004D7ED4" w:rsidP="00B8159E">
      <w:pPr>
        <w:jc w:val="right"/>
        <w:rPr>
          <w:rFonts w:cs="Times New Roman"/>
          <w:bCs/>
          <w:sz w:val="22"/>
        </w:rPr>
      </w:pPr>
    </w:p>
    <w:p w:rsidR="004D7ED4" w:rsidRPr="00A84BC5" w:rsidRDefault="004D7ED4" w:rsidP="00B8159E">
      <w:pPr>
        <w:jc w:val="right"/>
        <w:rPr>
          <w:rFonts w:cs="Times New Roman"/>
          <w:bCs/>
          <w:sz w:val="22"/>
        </w:rPr>
      </w:pPr>
    </w:p>
    <w:p w:rsidR="004D7ED4" w:rsidRPr="00A84BC5" w:rsidRDefault="004D7ED4" w:rsidP="00B8159E">
      <w:pPr>
        <w:jc w:val="right"/>
        <w:rPr>
          <w:rFonts w:cs="Times New Roman"/>
          <w:bCs/>
          <w:sz w:val="22"/>
        </w:rPr>
      </w:pPr>
    </w:p>
    <w:p w:rsidR="004D7ED4" w:rsidRPr="00A84BC5" w:rsidRDefault="004D7ED4" w:rsidP="00B8159E">
      <w:pPr>
        <w:jc w:val="right"/>
        <w:rPr>
          <w:rFonts w:cs="Times New Roman"/>
          <w:bCs/>
          <w:sz w:val="22"/>
        </w:rPr>
      </w:pPr>
    </w:p>
    <w:p w:rsidR="004D7ED4" w:rsidRPr="00A84BC5" w:rsidRDefault="004D7ED4" w:rsidP="00B8159E">
      <w:pPr>
        <w:jc w:val="right"/>
        <w:rPr>
          <w:rFonts w:cs="Times New Roman"/>
          <w:bCs/>
          <w:sz w:val="22"/>
        </w:rPr>
      </w:pPr>
    </w:p>
    <w:p w:rsidR="004D7ED4" w:rsidRPr="00A84BC5" w:rsidRDefault="004D7ED4" w:rsidP="00B8159E">
      <w:pPr>
        <w:jc w:val="right"/>
        <w:rPr>
          <w:rFonts w:cs="Times New Roman"/>
          <w:bCs/>
          <w:sz w:val="22"/>
        </w:rPr>
      </w:pPr>
    </w:p>
    <w:p w:rsidR="00AE720F" w:rsidRPr="00A84BC5" w:rsidRDefault="00AE720F" w:rsidP="00B8159E">
      <w:pPr>
        <w:jc w:val="right"/>
        <w:rPr>
          <w:rFonts w:cs="Times New Roman"/>
          <w:bCs/>
          <w:sz w:val="22"/>
        </w:rPr>
      </w:pPr>
    </w:p>
    <w:p w:rsidR="003D0A01" w:rsidRDefault="003D0A01" w:rsidP="00B8159E">
      <w:pPr>
        <w:jc w:val="right"/>
        <w:rPr>
          <w:rFonts w:cs="Times New Roman"/>
          <w:bCs/>
          <w:sz w:val="22"/>
        </w:rPr>
      </w:pPr>
    </w:p>
    <w:p w:rsidR="003D0A01" w:rsidRDefault="003D0A01" w:rsidP="00B8159E">
      <w:pPr>
        <w:jc w:val="right"/>
        <w:rPr>
          <w:rFonts w:cs="Times New Roman"/>
          <w:bCs/>
          <w:sz w:val="22"/>
        </w:rPr>
      </w:pPr>
    </w:p>
    <w:p w:rsidR="003D0A01" w:rsidRDefault="003D0A01" w:rsidP="00B8159E">
      <w:pPr>
        <w:jc w:val="right"/>
        <w:rPr>
          <w:rFonts w:cs="Times New Roman"/>
          <w:bCs/>
          <w:sz w:val="22"/>
        </w:rPr>
      </w:pPr>
    </w:p>
    <w:p w:rsidR="003D0A01" w:rsidRDefault="003D0A01" w:rsidP="00B8159E">
      <w:pPr>
        <w:jc w:val="right"/>
        <w:rPr>
          <w:rFonts w:cs="Times New Roman"/>
          <w:bCs/>
          <w:sz w:val="22"/>
        </w:rPr>
      </w:pPr>
    </w:p>
    <w:p w:rsidR="003D0A01" w:rsidRDefault="003D0A01" w:rsidP="00B8159E">
      <w:pPr>
        <w:jc w:val="right"/>
        <w:rPr>
          <w:rFonts w:cs="Times New Roman"/>
          <w:bCs/>
          <w:sz w:val="22"/>
        </w:rPr>
      </w:pPr>
    </w:p>
    <w:p w:rsidR="003D0A01" w:rsidRDefault="003D0A01" w:rsidP="00B8159E">
      <w:pPr>
        <w:jc w:val="right"/>
        <w:rPr>
          <w:rFonts w:cs="Times New Roman"/>
          <w:bCs/>
          <w:sz w:val="22"/>
        </w:rPr>
      </w:pPr>
    </w:p>
    <w:p w:rsidR="003D0A01" w:rsidRDefault="003D0A01" w:rsidP="00B8159E">
      <w:pPr>
        <w:jc w:val="right"/>
        <w:rPr>
          <w:rFonts w:cs="Times New Roman"/>
          <w:bCs/>
          <w:sz w:val="22"/>
        </w:rPr>
      </w:pPr>
    </w:p>
    <w:p w:rsidR="003D0A01" w:rsidRDefault="003D0A01" w:rsidP="00B8159E">
      <w:pPr>
        <w:jc w:val="right"/>
        <w:rPr>
          <w:rFonts w:cs="Times New Roman"/>
          <w:bCs/>
          <w:sz w:val="22"/>
        </w:rPr>
      </w:pPr>
    </w:p>
    <w:p w:rsidR="003D0A01" w:rsidRDefault="003D0A01" w:rsidP="00B8159E">
      <w:pPr>
        <w:jc w:val="right"/>
        <w:rPr>
          <w:rFonts w:cs="Times New Roman"/>
          <w:bCs/>
          <w:sz w:val="22"/>
        </w:rPr>
      </w:pPr>
    </w:p>
    <w:p w:rsidR="003D0A01" w:rsidRDefault="003D0A01" w:rsidP="00B8159E">
      <w:pPr>
        <w:jc w:val="right"/>
        <w:rPr>
          <w:rFonts w:cs="Times New Roman"/>
          <w:bCs/>
          <w:sz w:val="22"/>
        </w:rPr>
      </w:pPr>
    </w:p>
    <w:p w:rsidR="003D0A01" w:rsidRDefault="003D0A01" w:rsidP="00B8159E">
      <w:pPr>
        <w:jc w:val="right"/>
        <w:rPr>
          <w:rFonts w:cs="Times New Roman"/>
          <w:bCs/>
          <w:sz w:val="22"/>
        </w:rPr>
      </w:pPr>
    </w:p>
    <w:p w:rsidR="003D0A01" w:rsidRDefault="003D0A01" w:rsidP="00B8159E">
      <w:pPr>
        <w:jc w:val="right"/>
        <w:rPr>
          <w:rFonts w:cs="Times New Roman"/>
          <w:bCs/>
          <w:sz w:val="22"/>
        </w:rPr>
      </w:pPr>
    </w:p>
    <w:p w:rsidR="003D0A01" w:rsidRDefault="003D0A01" w:rsidP="00B8159E">
      <w:pPr>
        <w:jc w:val="right"/>
        <w:rPr>
          <w:rFonts w:cs="Times New Roman"/>
          <w:bCs/>
          <w:sz w:val="22"/>
        </w:rPr>
      </w:pPr>
    </w:p>
    <w:p w:rsidR="003D0A01" w:rsidRDefault="003D0A01" w:rsidP="00B8159E">
      <w:pPr>
        <w:jc w:val="right"/>
        <w:rPr>
          <w:rFonts w:cs="Times New Roman"/>
          <w:bCs/>
          <w:sz w:val="22"/>
        </w:rPr>
      </w:pPr>
    </w:p>
    <w:p w:rsidR="003D0A01" w:rsidRDefault="003D0A01" w:rsidP="00B8159E">
      <w:pPr>
        <w:jc w:val="right"/>
        <w:rPr>
          <w:rFonts w:cs="Times New Roman"/>
          <w:bCs/>
          <w:sz w:val="22"/>
        </w:rPr>
      </w:pPr>
    </w:p>
    <w:p w:rsidR="003D0A01" w:rsidRDefault="003D0A01" w:rsidP="00B8159E">
      <w:pPr>
        <w:jc w:val="right"/>
        <w:rPr>
          <w:rFonts w:cs="Times New Roman"/>
          <w:bCs/>
          <w:sz w:val="22"/>
        </w:rPr>
      </w:pPr>
    </w:p>
    <w:p w:rsidR="003D0A01" w:rsidRDefault="003D0A01" w:rsidP="00B8159E">
      <w:pPr>
        <w:jc w:val="right"/>
        <w:rPr>
          <w:rFonts w:cs="Times New Roman"/>
          <w:bCs/>
          <w:sz w:val="22"/>
        </w:rPr>
      </w:pPr>
    </w:p>
    <w:p w:rsidR="003D0A01" w:rsidRDefault="003D0A01" w:rsidP="00B8159E">
      <w:pPr>
        <w:jc w:val="right"/>
        <w:rPr>
          <w:rFonts w:cs="Times New Roman"/>
          <w:bCs/>
          <w:sz w:val="22"/>
        </w:rPr>
      </w:pPr>
    </w:p>
    <w:p w:rsidR="003D0A01" w:rsidRDefault="003D0A01" w:rsidP="00B8159E">
      <w:pPr>
        <w:jc w:val="right"/>
        <w:rPr>
          <w:rFonts w:cs="Times New Roman"/>
          <w:bCs/>
          <w:sz w:val="22"/>
        </w:rPr>
      </w:pPr>
    </w:p>
    <w:p w:rsidR="003D0A01" w:rsidRDefault="003D0A01" w:rsidP="00B8159E">
      <w:pPr>
        <w:jc w:val="right"/>
        <w:rPr>
          <w:rFonts w:cs="Times New Roman"/>
          <w:bCs/>
          <w:sz w:val="22"/>
        </w:rPr>
      </w:pPr>
    </w:p>
    <w:p w:rsidR="003D0A01" w:rsidRDefault="003D0A01" w:rsidP="00B8159E">
      <w:pPr>
        <w:jc w:val="right"/>
        <w:rPr>
          <w:rFonts w:cs="Times New Roman"/>
          <w:bCs/>
          <w:sz w:val="22"/>
        </w:rPr>
      </w:pPr>
    </w:p>
    <w:p w:rsidR="003D0A01" w:rsidRDefault="003D0A01" w:rsidP="00B8159E">
      <w:pPr>
        <w:jc w:val="right"/>
        <w:rPr>
          <w:rFonts w:cs="Times New Roman"/>
          <w:bCs/>
          <w:sz w:val="22"/>
        </w:rPr>
      </w:pPr>
    </w:p>
    <w:p w:rsidR="003D0A01" w:rsidRDefault="003D0A01" w:rsidP="00B8159E">
      <w:pPr>
        <w:jc w:val="right"/>
        <w:rPr>
          <w:rFonts w:cs="Times New Roman"/>
          <w:bCs/>
          <w:sz w:val="22"/>
        </w:rPr>
      </w:pPr>
    </w:p>
    <w:p w:rsidR="003D0A01" w:rsidRDefault="003D0A01" w:rsidP="00B8159E">
      <w:pPr>
        <w:jc w:val="right"/>
        <w:rPr>
          <w:rFonts w:cs="Times New Roman"/>
          <w:bCs/>
          <w:sz w:val="22"/>
        </w:rPr>
      </w:pPr>
    </w:p>
    <w:p w:rsidR="003D0A01" w:rsidRDefault="003D0A01" w:rsidP="00B8159E">
      <w:pPr>
        <w:jc w:val="right"/>
        <w:rPr>
          <w:rFonts w:cs="Times New Roman"/>
          <w:bCs/>
          <w:sz w:val="22"/>
        </w:rPr>
      </w:pPr>
    </w:p>
    <w:p w:rsidR="00127E6A" w:rsidRPr="00A84BC5" w:rsidRDefault="00127E6A" w:rsidP="00B8159E">
      <w:pPr>
        <w:jc w:val="right"/>
        <w:rPr>
          <w:rFonts w:cs="Times New Roman"/>
          <w:bCs/>
          <w:sz w:val="22"/>
        </w:rPr>
      </w:pPr>
      <w:proofErr w:type="spellStart"/>
      <w:r w:rsidRPr="00A84BC5">
        <w:rPr>
          <w:rFonts w:cs="Times New Roman"/>
          <w:bCs/>
          <w:sz w:val="22"/>
        </w:rPr>
        <w:t>Anexa</w:t>
      </w:r>
      <w:proofErr w:type="spellEnd"/>
      <w:r w:rsidRPr="00A84BC5">
        <w:rPr>
          <w:rFonts w:cs="Times New Roman"/>
          <w:bCs/>
          <w:sz w:val="22"/>
        </w:rPr>
        <w:t xml:space="preserve"> nr. </w:t>
      </w:r>
      <w:r w:rsidR="003A0D7A" w:rsidRPr="00A84BC5">
        <w:rPr>
          <w:rFonts w:cs="Times New Roman"/>
          <w:bCs/>
          <w:sz w:val="22"/>
        </w:rPr>
        <w:t>4</w:t>
      </w:r>
    </w:p>
    <w:p w:rsidR="00127E6A" w:rsidRPr="00A84BC5" w:rsidRDefault="00127E6A" w:rsidP="00531B9B">
      <w:pPr>
        <w:rPr>
          <w:rFonts w:cs="Times New Roman"/>
          <w:bCs/>
          <w:sz w:val="22"/>
        </w:rPr>
      </w:pPr>
      <w:r w:rsidRPr="00A84BC5">
        <w:rPr>
          <w:rFonts w:cs="Times New Roman"/>
          <w:bCs/>
          <w:sz w:val="22"/>
        </w:rPr>
        <w:t xml:space="preserve">                                                                                                                              </w:t>
      </w:r>
      <w:proofErr w:type="spellStart"/>
      <w:r w:rsidRPr="00A84BC5">
        <w:rPr>
          <w:rFonts w:cs="Times New Roman"/>
          <w:bCs/>
          <w:sz w:val="22"/>
        </w:rPr>
        <w:t>Specificații</w:t>
      </w:r>
      <w:proofErr w:type="spellEnd"/>
      <w:r w:rsidRPr="00A84BC5">
        <w:rPr>
          <w:rFonts w:cs="Times New Roman"/>
          <w:bCs/>
          <w:sz w:val="22"/>
        </w:rPr>
        <w:t xml:space="preserve"> de preț</w:t>
      </w:r>
    </w:p>
    <w:p w:rsidR="00127E6A" w:rsidRPr="00A84BC5" w:rsidRDefault="00127E6A" w:rsidP="00531B9B">
      <w:pPr>
        <w:rPr>
          <w:rFonts w:cs="Times New Roman"/>
          <w:i/>
          <w:iCs/>
          <w:sz w:val="22"/>
        </w:rPr>
      </w:pPr>
    </w:p>
    <w:p w:rsidR="00127E6A" w:rsidRPr="00A84BC5" w:rsidRDefault="00127E6A" w:rsidP="00531B9B">
      <w:pPr>
        <w:rPr>
          <w:rFonts w:cs="Times New Roman"/>
          <w:i/>
          <w:iCs/>
          <w:sz w:val="22"/>
        </w:rPr>
      </w:pPr>
      <w:r w:rsidRPr="00A84BC5">
        <w:rPr>
          <w:rFonts w:cs="Times New Roman"/>
          <w:sz w:val="22"/>
        </w:rPr>
        <w:t>[</w:t>
      </w:r>
      <w:proofErr w:type="spellStart"/>
      <w:r w:rsidRPr="00A84BC5">
        <w:rPr>
          <w:rFonts w:cs="Times New Roman"/>
          <w:sz w:val="22"/>
        </w:rPr>
        <w:t>Acest</w:t>
      </w:r>
      <w:proofErr w:type="spellEnd"/>
      <w:r w:rsidRPr="00A84BC5">
        <w:rPr>
          <w:rFonts w:cs="Times New Roman"/>
          <w:sz w:val="22"/>
        </w:rPr>
        <w:t xml:space="preserve"> </w:t>
      </w:r>
      <w:proofErr w:type="spellStart"/>
      <w:r w:rsidRPr="00A84BC5">
        <w:rPr>
          <w:rFonts w:cs="Times New Roman"/>
          <w:sz w:val="22"/>
        </w:rPr>
        <w:t>tabel</w:t>
      </w:r>
      <w:proofErr w:type="spellEnd"/>
      <w:r w:rsidRPr="00A84BC5">
        <w:rPr>
          <w:rFonts w:cs="Times New Roman"/>
          <w:sz w:val="22"/>
        </w:rPr>
        <w:t xml:space="preserve"> </w:t>
      </w:r>
      <w:proofErr w:type="spellStart"/>
      <w:r w:rsidRPr="00A84BC5">
        <w:rPr>
          <w:rFonts w:cs="Times New Roman"/>
          <w:sz w:val="22"/>
        </w:rPr>
        <w:t>va</w:t>
      </w:r>
      <w:proofErr w:type="spellEnd"/>
      <w:r w:rsidRPr="00A84BC5">
        <w:rPr>
          <w:rFonts w:cs="Times New Roman"/>
          <w:sz w:val="22"/>
        </w:rPr>
        <w:t xml:space="preserve"> fi </w:t>
      </w:r>
      <w:proofErr w:type="spellStart"/>
      <w:r w:rsidRPr="00A84BC5">
        <w:rPr>
          <w:rFonts w:cs="Times New Roman"/>
          <w:sz w:val="22"/>
        </w:rPr>
        <w:t>completat</w:t>
      </w:r>
      <w:proofErr w:type="spellEnd"/>
      <w:r w:rsidRPr="00A84BC5">
        <w:rPr>
          <w:rFonts w:cs="Times New Roman"/>
          <w:sz w:val="22"/>
        </w:rPr>
        <w:t xml:space="preserve"> de </w:t>
      </w:r>
      <w:proofErr w:type="spellStart"/>
      <w:r w:rsidRPr="00A84BC5">
        <w:rPr>
          <w:rFonts w:cs="Times New Roman"/>
          <w:sz w:val="22"/>
        </w:rPr>
        <w:t>către</w:t>
      </w:r>
      <w:proofErr w:type="spellEnd"/>
      <w:r w:rsidRPr="00A84BC5">
        <w:rPr>
          <w:rFonts w:cs="Times New Roman"/>
          <w:sz w:val="22"/>
        </w:rPr>
        <w:t xml:space="preserve"> </w:t>
      </w:r>
      <w:proofErr w:type="spellStart"/>
      <w:r w:rsidRPr="00A84BC5">
        <w:rPr>
          <w:rFonts w:cs="Times New Roman"/>
          <w:sz w:val="22"/>
        </w:rPr>
        <w:t>ofertant</w:t>
      </w:r>
      <w:proofErr w:type="spellEnd"/>
      <w:r w:rsidRPr="00A84BC5">
        <w:rPr>
          <w:rFonts w:cs="Times New Roman"/>
          <w:sz w:val="22"/>
        </w:rPr>
        <w:t xml:space="preserve"> </w:t>
      </w:r>
      <w:proofErr w:type="spellStart"/>
      <w:r w:rsidRPr="00A84BC5">
        <w:rPr>
          <w:rFonts w:cs="Times New Roman"/>
          <w:sz w:val="22"/>
        </w:rPr>
        <w:t>în</w:t>
      </w:r>
      <w:proofErr w:type="spellEnd"/>
      <w:r w:rsidRPr="00A84BC5">
        <w:rPr>
          <w:rFonts w:cs="Times New Roman"/>
          <w:sz w:val="22"/>
        </w:rPr>
        <w:t xml:space="preserve"> </w:t>
      </w:r>
      <w:proofErr w:type="spellStart"/>
      <w:r w:rsidRPr="00A84BC5">
        <w:rPr>
          <w:rFonts w:cs="Times New Roman"/>
          <w:sz w:val="22"/>
        </w:rPr>
        <w:t>coloanele</w:t>
      </w:r>
      <w:proofErr w:type="spellEnd"/>
      <w:r w:rsidRPr="00A84BC5">
        <w:rPr>
          <w:rFonts w:cs="Times New Roman"/>
          <w:sz w:val="22"/>
        </w:rPr>
        <w:t xml:space="preserve"> 5, 6, 7, 8 </w:t>
      </w:r>
      <w:proofErr w:type="spellStart"/>
      <w:r w:rsidRPr="00A84BC5">
        <w:rPr>
          <w:rFonts w:cs="Times New Roman"/>
          <w:sz w:val="22"/>
        </w:rPr>
        <w:t>și</w:t>
      </w:r>
      <w:proofErr w:type="spellEnd"/>
      <w:r w:rsidRPr="00A84BC5">
        <w:rPr>
          <w:rFonts w:cs="Times New Roman"/>
          <w:sz w:val="22"/>
        </w:rPr>
        <w:t xml:space="preserve"> 11, la </w:t>
      </w:r>
      <w:proofErr w:type="spellStart"/>
      <w:r w:rsidRPr="00A84BC5">
        <w:rPr>
          <w:rFonts w:cs="Times New Roman"/>
          <w:sz w:val="22"/>
        </w:rPr>
        <w:t>necesitate</w:t>
      </w:r>
      <w:proofErr w:type="spellEnd"/>
      <w:r w:rsidRPr="00A84BC5">
        <w:rPr>
          <w:rFonts w:cs="Times New Roman"/>
          <w:sz w:val="22"/>
        </w:rPr>
        <w:t>,</w:t>
      </w:r>
    </w:p>
    <w:p w:rsidR="00127E6A" w:rsidRPr="00A84BC5" w:rsidRDefault="00127E6A" w:rsidP="00531B9B">
      <w:pPr>
        <w:rPr>
          <w:rFonts w:cs="Times New Roman"/>
          <w:sz w:val="22"/>
          <w:lang w:val="it-IT"/>
        </w:rPr>
      </w:pPr>
      <w:proofErr w:type="spellStart"/>
      <w:r w:rsidRPr="00A84BC5">
        <w:rPr>
          <w:rFonts w:cs="Times New Roman"/>
          <w:sz w:val="22"/>
        </w:rPr>
        <w:t>iar</w:t>
      </w:r>
      <w:proofErr w:type="spellEnd"/>
      <w:r w:rsidRPr="00A84BC5">
        <w:rPr>
          <w:rFonts w:cs="Times New Roman"/>
          <w:sz w:val="22"/>
        </w:rPr>
        <w:t xml:space="preserve"> de </w:t>
      </w:r>
      <w:proofErr w:type="spellStart"/>
      <w:r w:rsidRPr="00A84BC5">
        <w:rPr>
          <w:rFonts w:cs="Times New Roman"/>
          <w:sz w:val="22"/>
        </w:rPr>
        <w:t>către</w:t>
      </w:r>
      <w:proofErr w:type="spellEnd"/>
      <w:r w:rsidRPr="00A84BC5">
        <w:rPr>
          <w:rFonts w:cs="Times New Roman"/>
          <w:sz w:val="22"/>
        </w:rPr>
        <w:t xml:space="preserve"> </w:t>
      </w:r>
      <w:proofErr w:type="spellStart"/>
      <w:r w:rsidRPr="00A84BC5">
        <w:rPr>
          <w:rFonts w:cs="Times New Roman"/>
          <w:sz w:val="22"/>
        </w:rPr>
        <w:t>autoritatea</w:t>
      </w:r>
      <w:proofErr w:type="spellEnd"/>
      <w:r w:rsidRPr="00A84BC5">
        <w:rPr>
          <w:rFonts w:cs="Times New Roman"/>
          <w:sz w:val="22"/>
        </w:rPr>
        <w:t xml:space="preserve"> </w:t>
      </w:r>
      <w:proofErr w:type="spellStart"/>
      <w:r w:rsidRPr="00A84BC5">
        <w:rPr>
          <w:rFonts w:cs="Times New Roman"/>
          <w:sz w:val="22"/>
        </w:rPr>
        <w:t>contractantă</w:t>
      </w:r>
      <w:proofErr w:type="spellEnd"/>
      <w:r w:rsidRPr="00A84BC5">
        <w:rPr>
          <w:rFonts w:cs="Times New Roman"/>
          <w:sz w:val="22"/>
        </w:rPr>
        <w:t xml:space="preserve"> – </w:t>
      </w:r>
      <w:proofErr w:type="spellStart"/>
      <w:r w:rsidRPr="00A84BC5">
        <w:rPr>
          <w:rFonts w:cs="Times New Roman"/>
          <w:sz w:val="22"/>
        </w:rPr>
        <w:t>în</w:t>
      </w:r>
      <w:proofErr w:type="spellEnd"/>
      <w:r w:rsidRPr="00A84BC5">
        <w:rPr>
          <w:rFonts w:cs="Times New Roman"/>
          <w:sz w:val="22"/>
        </w:rPr>
        <w:t xml:space="preserve"> </w:t>
      </w:r>
      <w:proofErr w:type="spellStart"/>
      <w:r w:rsidRPr="00A84BC5">
        <w:rPr>
          <w:rFonts w:cs="Times New Roman"/>
          <w:sz w:val="22"/>
        </w:rPr>
        <w:t>coloanele</w:t>
      </w:r>
      <w:proofErr w:type="spellEnd"/>
      <w:r w:rsidRPr="00A84BC5">
        <w:rPr>
          <w:rFonts w:cs="Times New Roman"/>
          <w:sz w:val="22"/>
        </w:rPr>
        <w:t xml:space="preserve"> 1, 2, 3, 4, 9, 10.]</w:t>
      </w:r>
    </w:p>
    <w:tbl>
      <w:tblPr>
        <w:tblStyle w:val="Tabelgril1"/>
        <w:tblW w:w="0" w:type="auto"/>
        <w:jc w:val="center"/>
        <w:tblInd w:w="0" w:type="dxa"/>
        <w:tblLook w:val="04A0" w:firstRow="1" w:lastRow="0" w:firstColumn="1" w:lastColumn="0" w:noHBand="0" w:noVBand="1"/>
      </w:tblPr>
      <w:tblGrid>
        <w:gridCol w:w="925"/>
        <w:gridCol w:w="1531"/>
        <w:gridCol w:w="933"/>
        <w:gridCol w:w="878"/>
        <w:gridCol w:w="606"/>
        <w:gridCol w:w="606"/>
        <w:gridCol w:w="589"/>
        <w:gridCol w:w="589"/>
        <w:gridCol w:w="1205"/>
        <w:gridCol w:w="960"/>
        <w:gridCol w:w="806"/>
      </w:tblGrid>
      <w:tr w:rsidR="00127E6A" w:rsidRPr="00A84BC5" w:rsidTr="00127E6A">
        <w:trPr>
          <w:cantSplit/>
          <w:trHeight w:val="409"/>
          <w:tblHeader/>
          <w:jc w:val="center"/>
        </w:trPr>
        <w:tc>
          <w:tcPr>
            <w:tcW w:w="15021" w:type="dxa"/>
            <w:gridSpan w:val="11"/>
            <w:tcBorders>
              <w:top w:val="single" w:sz="4" w:space="0" w:color="auto"/>
              <w:left w:val="single" w:sz="4" w:space="0" w:color="auto"/>
              <w:bottom w:val="single" w:sz="4" w:space="0" w:color="auto"/>
              <w:right w:val="single" w:sz="4" w:space="0" w:color="auto"/>
            </w:tcBorders>
            <w:vAlign w:val="center"/>
            <w:hideMark/>
          </w:tcPr>
          <w:p w:rsidR="00127E6A" w:rsidRPr="00A84BC5" w:rsidRDefault="00127E6A" w:rsidP="00531B9B">
            <w:pPr>
              <w:rPr>
                <w:sz w:val="22"/>
              </w:rPr>
            </w:pPr>
            <w:proofErr w:type="spellStart"/>
            <w:r w:rsidRPr="00A84BC5">
              <w:rPr>
                <w:sz w:val="22"/>
              </w:rPr>
              <w:t>Numărul</w:t>
            </w:r>
            <w:proofErr w:type="spellEnd"/>
            <w:r w:rsidRPr="00A84BC5">
              <w:rPr>
                <w:sz w:val="22"/>
              </w:rPr>
              <w:t xml:space="preserve"> </w:t>
            </w:r>
            <w:proofErr w:type="spellStart"/>
            <w:r w:rsidRPr="00A84BC5">
              <w:rPr>
                <w:sz w:val="22"/>
              </w:rPr>
              <w:t>procedurii</w:t>
            </w:r>
            <w:proofErr w:type="spellEnd"/>
            <w:r w:rsidRPr="00A84BC5">
              <w:rPr>
                <w:sz w:val="22"/>
              </w:rPr>
              <w:t xml:space="preserve"> de </w:t>
            </w:r>
            <w:proofErr w:type="spellStart"/>
            <w:r w:rsidRPr="00A84BC5">
              <w:rPr>
                <w:sz w:val="22"/>
              </w:rPr>
              <w:t>achiziție</w:t>
            </w:r>
            <w:proofErr w:type="spellEnd"/>
            <w:r w:rsidRPr="00A84BC5">
              <w:rPr>
                <w:sz w:val="22"/>
              </w:rPr>
              <w:t>______________din___________</w:t>
            </w:r>
          </w:p>
        </w:tc>
      </w:tr>
      <w:tr w:rsidR="00127E6A" w:rsidRPr="00A84BC5" w:rsidTr="00127E6A">
        <w:trPr>
          <w:cantSplit/>
          <w:trHeight w:val="346"/>
          <w:jc w:val="center"/>
        </w:trPr>
        <w:tc>
          <w:tcPr>
            <w:tcW w:w="15021" w:type="dxa"/>
            <w:gridSpan w:val="11"/>
            <w:tcBorders>
              <w:top w:val="single" w:sz="4" w:space="0" w:color="auto"/>
              <w:left w:val="single" w:sz="4" w:space="0" w:color="auto"/>
              <w:bottom w:val="single" w:sz="4" w:space="0" w:color="auto"/>
              <w:right w:val="single" w:sz="4" w:space="0" w:color="auto"/>
            </w:tcBorders>
            <w:vAlign w:val="center"/>
            <w:hideMark/>
          </w:tcPr>
          <w:p w:rsidR="00C70DF0" w:rsidRPr="00A84BC5" w:rsidRDefault="00A84BC5">
            <w:pPr>
              <w:rPr>
                <w:sz w:val="22"/>
              </w:rPr>
            </w:pPr>
            <w:r w:rsidRPr="00A84BC5">
              <w:rPr>
                <w:sz w:val="22"/>
              </w:rPr>
              <w:t>Obiectul achiziției: Servicii de actualizare și securitate FortiGuard cu suportul producătorului pentru echipamentele de rețea Fortinet</w:t>
            </w:r>
          </w:p>
        </w:tc>
      </w:tr>
      <w:tr w:rsidR="0098480E" w:rsidRPr="00A84BC5" w:rsidTr="007E7CF6">
        <w:trPr>
          <w:cantSplit/>
          <w:jc w:val="center"/>
        </w:trPr>
        <w:tc>
          <w:tcPr>
            <w:tcW w:w="884" w:type="dxa"/>
            <w:vAlign w:val="center"/>
          </w:tcPr>
          <w:p w:rsidR="0098480E" w:rsidRPr="00A84BC5" w:rsidRDefault="005F130F" w:rsidP="00531B9B">
            <w:pPr>
              <w:rPr>
                <w:sz w:val="22"/>
              </w:rPr>
            </w:pPr>
            <w:r w:rsidRPr="00A84BC5">
              <w:rPr>
                <w:sz w:val="22"/>
              </w:rPr>
              <w:t>Cod CPV</w:t>
            </w:r>
          </w:p>
        </w:tc>
        <w:tc>
          <w:tcPr>
            <w:tcW w:w="1988" w:type="dxa"/>
            <w:vAlign w:val="center"/>
          </w:tcPr>
          <w:p w:rsidR="0098480E" w:rsidRPr="00A84BC5" w:rsidRDefault="005F130F" w:rsidP="00531B9B">
            <w:pPr>
              <w:rPr>
                <w:sz w:val="22"/>
              </w:rPr>
            </w:pPr>
            <w:proofErr w:type="spellStart"/>
            <w:r w:rsidRPr="00A84BC5">
              <w:rPr>
                <w:sz w:val="22"/>
              </w:rPr>
              <w:t>Denumirea</w:t>
            </w:r>
            <w:proofErr w:type="spellEnd"/>
            <w:r w:rsidRPr="00A84BC5">
              <w:rPr>
                <w:sz w:val="22"/>
              </w:rPr>
              <w:t xml:space="preserve"> </w:t>
            </w:r>
            <w:proofErr w:type="spellStart"/>
            <w:r w:rsidRPr="00A84BC5">
              <w:rPr>
                <w:sz w:val="22"/>
              </w:rPr>
              <w:t>bunurilor</w:t>
            </w:r>
            <w:proofErr w:type="spellEnd"/>
            <w:r w:rsidRPr="00A84BC5">
              <w:rPr>
                <w:sz w:val="22"/>
              </w:rPr>
              <w:t>/</w:t>
            </w:r>
            <w:proofErr w:type="spellStart"/>
            <w:r w:rsidRPr="00A84BC5">
              <w:rPr>
                <w:sz w:val="22"/>
              </w:rPr>
              <w:t>serviciilor</w:t>
            </w:r>
            <w:proofErr w:type="spellEnd"/>
          </w:p>
        </w:tc>
        <w:tc>
          <w:tcPr>
            <w:tcW w:w="962" w:type="dxa"/>
            <w:vAlign w:val="center"/>
          </w:tcPr>
          <w:p w:rsidR="0098480E" w:rsidRPr="00A84BC5" w:rsidRDefault="005F130F" w:rsidP="00531B9B">
            <w:pPr>
              <w:rPr>
                <w:sz w:val="22"/>
              </w:rPr>
            </w:pPr>
            <w:proofErr w:type="spellStart"/>
            <w:r w:rsidRPr="00A84BC5">
              <w:rPr>
                <w:sz w:val="22"/>
              </w:rPr>
              <w:t>Unitatea</w:t>
            </w:r>
            <w:proofErr w:type="spellEnd"/>
            <w:r w:rsidRPr="00A84BC5">
              <w:rPr>
                <w:sz w:val="22"/>
              </w:rPr>
              <w:t xml:space="preserve"> de </w:t>
            </w:r>
            <w:proofErr w:type="spellStart"/>
            <w:r w:rsidRPr="00A84BC5">
              <w:rPr>
                <w:sz w:val="22"/>
              </w:rPr>
              <w:t>măsură</w:t>
            </w:r>
            <w:proofErr w:type="spellEnd"/>
          </w:p>
        </w:tc>
        <w:tc>
          <w:tcPr>
            <w:tcW w:w="1108" w:type="dxa"/>
            <w:vAlign w:val="center"/>
          </w:tcPr>
          <w:p w:rsidR="0098480E" w:rsidRPr="00A84BC5" w:rsidRDefault="005F130F" w:rsidP="00531B9B">
            <w:pPr>
              <w:rPr>
                <w:sz w:val="22"/>
              </w:rPr>
            </w:pPr>
            <w:proofErr w:type="spellStart"/>
            <w:r w:rsidRPr="00A84BC5">
              <w:rPr>
                <w:sz w:val="22"/>
              </w:rPr>
              <w:t>Cantitatea</w:t>
            </w:r>
            <w:proofErr w:type="spellEnd"/>
          </w:p>
        </w:tc>
        <w:tc>
          <w:tcPr>
            <w:tcW w:w="908" w:type="dxa"/>
            <w:vAlign w:val="center"/>
          </w:tcPr>
          <w:p w:rsidR="0098480E" w:rsidRPr="00A84BC5" w:rsidRDefault="005F130F" w:rsidP="00531B9B">
            <w:pPr>
              <w:rPr>
                <w:sz w:val="22"/>
              </w:rPr>
            </w:pPr>
            <w:proofErr w:type="spellStart"/>
            <w:r w:rsidRPr="00A84BC5">
              <w:rPr>
                <w:sz w:val="22"/>
              </w:rPr>
              <w:t>Preț</w:t>
            </w:r>
            <w:proofErr w:type="spellEnd"/>
            <w:r w:rsidRPr="00A84BC5">
              <w:rPr>
                <w:sz w:val="22"/>
              </w:rPr>
              <w:t xml:space="preserve"> </w:t>
            </w:r>
            <w:proofErr w:type="spellStart"/>
            <w:r w:rsidRPr="00A84BC5">
              <w:rPr>
                <w:sz w:val="22"/>
              </w:rPr>
              <w:t>unitar</w:t>
            </w:r>
            <w:proofErr w:type="spellEnd"/>
            <w:r w:rsidRPr="00A84BC5">
              <w:rPr>
                <w:sz w:val="22"/>
              </w:rPr>
              <w:t xml:space="preserve"> (</w:t>
            </w:r>
            <w:proofErr w:type="spellStart"/>
            <w:r w:rsidRPr="00A84BC5">
              <w:rPr>
                <w:sz w:val="22"/>
              </w:rPr>
              <w:t>fără</w:t>
            </w:r>
            <w:proofErr w:type="spellEnd"/>
            <w:r w:rsidRPr="00A84BC5">
              <w:rPr>
                <w:sz w:val="22"/>
              </w:rPr>
              <w:t xml:space="preserve"> TVA)</w:t>
            </w:r>
          </w:p>
        </w:tc>
        <w:tc>
          <w:tcPr>
            <w:tcW w:w="908" w:type="dxa"/>
            <w:vAlign w:val="center"/>
          </w:tcPr>
          <w:p w:rsidR="0098480E" w:rsidRPr="00A84BC5" w:rsidRDefault="005F130F" w:rsidP="00531B9B">
            <w:pPr>
              <w:rPr>
                <w:sz w:val="22"/>
              </w:rPr>
            </w:pPr>
            <w:proofErr w:type="spellStart"/>
            <w:r w:rsidRPr="00A84BC5">
              <w:rPr>
                <w:sz w:val="22"/>
              </w:rPr>
              <w:t>Preț</w:t>
            </w:r>
            <w:proofErr w:type="spellEnd"/>
            <w:r w:rsidRPr="00A84BC5">
              <w:rPr>
                <w:sz w:val="22"/>
              </w:rPr>
              <w:t xml:space="preserve"> </w:t>
            </w:r>
            <w:proofErr w:type="spellStart"/>
            <w:r w:rsidRPr="00A84BC5">
              <w:rPr>
                <w:sz w:val="22"/>
              </w:rPr>
              <w:t>unitar</w:t>
            </w:r>
            <w:proofErr w:type="spellEnd"/>
            <w:r w:rsidRPr="00A84BC5">
              <w:rPr>
                <w:sz w:val="22"/>
              </w:rPr>
              <w:t xml:space="preserve"> (cu TVA)</w:t>
            </w:r>
          </w:p>
        </w:tc>
        <w:tc>
          <w:tcPr>
            <w:tcW w:w="902" w:type="dxa"/>
            <w:vAlign w:val="center"/>
          </w:tcPr>
          <w:p w:rsidR="0098480E" w:rsidRPr="00A84BC5" w:rsidRDefault="005F130F" w:rsidP="00531B9B">
            <w:pPr>
              <w:rPr>
                <w:sz w:val="22"/>
              </w:rPr>
            </w:pPr>
            <w:r w:rsidRPr="00A84BC5">
              <w:rPr>
                <w:sz w:val="22"/>
              </w:rPr>
              <w:t xml:space="preserve">Suma </w:t>
            </w:r>
            <w:proofErr w:type="spellStart"/>
            <w:r w:rsidRPr="00A84BC5">
              <w:rPr>
                <w:sz w:val="22"/>
              </w:rPr>
              <w:t>fără</w:t>
            </w:r>
            <w:proofErr w:type="spellEnd"/>
            <w:r w:rsidRPr="00A84BC5">
              <w:rPr>
                <w:sz w:val="22"/>
              </w:rPr>
              <w:t xml:space="preserve"> TVA</w:t>
            </w:r>
          </w:p>
        </w:tc>
        <w:tc>
          <w:tcPr>
            <w:tcW w:w="902" w:type="dxa"/>
            <w:vAlign w:val="center"/>
          </w:tcPr>
          <w:p w:rsidR="0098480E" w:rsidRPr="00A84BC5" w:rsidRDefault="005F130F" w:rsidP="00531B9B">
            <w:pPr>
              <w:rPr>
                <w:sz w:val="22"/>
              </w:rPr>
            </w:pPr>
            <w:r w:rsidRPr="00A84BC5">
              <w:rPr>
                <w:sz w:val="22"/>
              </w:rPr>
              <w:t>Suma cu TVA</w:t>
            </w:r>
          </w:p>
        </w:tc>
        <w:tc>
          <w:tcPr>
            <w:tcW w:w="1548" w:type="dxa"/>
            <w:vAlign w:val="center"/>
          </w:tcPr>
          <w:p w:rsidR="0098480E" w:rsidRPr="00A84BC5" w:rsidRDefault="005F130F" w:rsidP="00531B9B">
            <w:pPr>
              <w:rPr>
                <w:sz w:val="22"/>
              </w:rPr>
            </w:pPr>
            <w:proofErr w:type="spellStart"/>
            <w:r w:rsidRPr="00A84BC5">
              <w:rPr>
                <w:sz w:val="22"/>
              </w:rPr>
              <w:t>Termenul</w:t>
            </w:r>
            <w:proofErr w:type="spellEnd"/>
            <w:r w:rsidRPr="00A84BC5">
              <w:rPr>
                <w:sz w:val="22"/>
              </w:rPr>
              <w:t xml:space="preserve"> de </w:t>
            </w:r>
            <w:proofErr w:type="spellStart"/>
            <w:r w:rsidRPr="00A84BC5">
              <w:rPr>
                <w:sz w:val="22"/>
              </w:rPr>
              <w:t>livrare</w:t>
            </w:r>
            <w:proofErr w:type="spellEnd"/>
            <w:r w:rsidRPr="00A84BC5">
              <w:rPr>
                <w:sz w:val="22"/>
              </w:rPr>
              <w:t>/</w:t>
            </w:r>
            <w:proofErr w:type="spellStart"/>
            <w:r w:rsidRPr="00A84BC5">
              <w:rPr>
                <w:sz w:val="22"/>
              </w:rPr>
              <w:t>prestare</w:t>
            </w:r>
            <w:proofErr w:type="spellEnd"/>
          </w:p>
        </w:tc>
        <w:tc>
          <w:tcPr>
            <w:tcW w:w="1240" w:type="dxa"/>
            <w:vAlign w:val="center"/>
          </w:tcPr>
          <w:p w:rsidR="0098480E" w:rsidRPr="00A84BC5" w:rsidRDefault="005F130F" w:rsidP="00531B9B">
            <w:pPr>
              <w:rPr>
                <w:sz w:val="22"/>
              </w:rPr>
            </w:pPr>
            <w:proofErr w:type="spellStart"/>
            <w:r w:rsidRPr="00A84BC5">
              <w:rPr>
                <w:sz w:val="22"/>
              </w:rPr>
              <w:t>Clasificație</w:t>
            </w:r>
            <w:proofErr w:type="spellEnd"/>
            <w:r w:rsidRPr="00A84BC5">
              <w:rPr>
                <w:sz w:val="22"/>
              </w:rPr>
              <w:t xml:space="preserve"> </w:t>
            </w:r>
            <w:proofErr w:type="spellStart"/>
            <w:r w:rsidRPr="00A84BC5">
              <w:rPr>
                <w:sz w:val="22"/>
              </w:rPr>
              <w:t>bugetară</w:t>
            </w:r>
            <w:proofErr w:type="spellEnd"/>
            <w:r w:rsidRPr="00A84BC5">
              <w:rPr>
                <w:sz w:val="22"/>
              </w:rPr>
              <w:t xml:space="preserve"> (IBAN)</w:t>
            </w:r>
          </w:p>
        </w:tc>
        <w:tc>
          <w:tcPr>
            <w:tcW w:w="3671" w:type="dxa"/>
            <w:vAlign w:val="center"/>
          </w:tcPr>
          <w:p w:rsidR="0098480E" w:rsidRPr="00A84BC5" w:rsidRDefault="005F130F" w:rsidP="00531B9B">
            <w:pPr>
              <w:rPr>
                <w:sz w:val="22"/>
              </w:rPr>
            </w:pPr>
            <w:r w:rsidRPr="00A84BC5">
              <w:rPr>
                <w:sz w:val="22"/>
              </w:rPr>
              <w:t>Discount %</w:t>
            </w:r>
          </w:p>
        </w:tc>
      </w:tr>
      <w:tr w:rsidR="0098480E" w:rsidRPr="00A84BC5" w:rsidTr="007E7CF6">
        <w:trPr>
          <w:cantSplit/>
          <w:jc w:val="center"/>
        </w:trPr>
        <w:tc>
          <w:tcPr>
            <w:tcW w:w="884" w:type="dxa"/>
            <w:vAlign w:val="center"/>
          </w:tcPr>
          <w:p w:rsidR="00C70DF0" w:rsidRPr="00A84BC5" w:rsidRDefault="00A84BC5">
            <w:pPr>
              <w:rPr>
                <w:sz w:val="22"/>
              </w:rPr>
            </w:pPr>
            <w:r w:rsidRPr="00A84BC5">
              <w:rPr>
                <w:sz w:val="22"/>
              </w:rPr>
              <w:t>72261000-2</w:t>
            </w:r>
          </w:p>
        </w:tc>
        <w:tc>
          <w:tcPr>
            <w:tcW w:w="1988" w:type="dxa"/>
            <w:vAlign w:val="center"/>
          </w:tcPr>
          <w:p w:rsidR="00C70DF0" w:rsidRPr="00A84BC5" w:rsidRDefault="00A84BC5">
            <w:pPr>
              <w:rPr>
                <w:sz w:val="22"/>
              </w:rPr>
            </w:pPr>
            <w:r w:rsidRPr="00A84BC5">
              <w:rPr>
                <w:sz w:val="22"/>
              </w:rPr>
              <w:t>Servicii de actualizare și securitate FortiGuard cu suportul producătorului pentru echipamentele de rețea Fortinet, pentru 12 luni</w:t>
            </w:r>
          </w:p>
        </w:tc>
        <w:tc>
          <w:tcPr>
            <w:tcW w:w="962" w:type="dxa"/>
            <w:vAlign w:val="center"/>
          </w:tcPr>
          <w:p w:rsidR="00C70DF0" w:rsidRPr="00A84BC5" w:rsidRDefault="00A84BC5">
            <w:pPr>
              <w:rPr>
                <w:sz w:val="22"/>
              </w:rPr>
            </w:pPr>
            <w:r w:rsidRPr="00A84BC5">
              <w:rPr>
                <w:sz w:val="22"/>
              </w:rPr>
              <w:t>serviciu / abonament</w:t>
            </w:r>
          </w:p>
        </w:tc>
        <w:tc>
          <w:tcPr>
            <w:tcW w:w="1108" w:type="dxa"/>
            <w:vAlign w:val="center"/>
          </w:tcPr>
          <w:p w:rsidR="00C70DF0" w:rsidRPr="00A84BC5" w:rsidRDefault="00A84BC5">
            <w:pPr>
              <w:rPr>
                <w:sz w:val="22"/>
              </w:rPr>
            </w:pPr>
            <w:r w:rsidRPr="00A84BC5">
              <w:rPr>
                <w:sz w:val="22"/>
              </w:rPr>
              <w:t>1</w:t>
            </w:r>
          </w:p>
        </w:tc>
        <w:tc>
          <w:tcPr>
            <w:tcW w:w="908" w:type="dxa"/>
            <w:vAlign w:val="center"/>
          </w:tcPr>
          <w:p w:rsidR="00C70DF0" w:rsidRPr="00A84BC5" w:rsidRDefault="00C70DF0">
            <w:pPr>
              <w:rPr>
                <w:sz w:val="22"/>
              </w:rPr>
            </w:pPr>
          </w:p>
        </w:tc>
        <w:tc>
          <w:tcPr>
            <w:tcW w:w="908" w:type="dxa"/>
            <w:vAlign w:val="center"/>
          </w:tcPr>
          <w:p w:rsidR="00C70DF0" w:rsidRPr="00A84BC5" w:rsidRDefault="00C70DF0">
            <w:pPr>
              <w:rPr>
                <w:sz w:val="22"/>
              </w:rPr>
            </w:pPr>
          </w:p>
        </w:tc>
        <w:tc>
          <w:tcPr>
            <w:tcW w:w="902" w:type="dxa"/>
            <w:vAlign w:val="center"/>
          </w:tcPr>
          <w:p w:rsidR="00C70DF0" w:rsidRPr="00A84BC5" w:rsidRDefault="00C70DF0">
            <w:pPr>
              <w:rPr>
                <w:sz w:val="22"/>
              </w:rPr>
            </w:pPr>
          </w:p>
        </w:tc>
        <w:tc>
          <w:tcPr>
            <w:tcW w:w="902" w:type="dxa"/>
            <w:vAlign w:val="center"/>
          </w:tcPr>
          <w:p w:rsidR="00C70DF0" w:rsidRPr="00A84BC5" w:rsidRDefault="00C70DF0">
            <w:pPr>
              <w:rPr>
                <w:sz w:val="22"/>
              </w:rPr>
            </w:pPr>
          </w:p>
        </w:tc>
        <w:tc>
          <w:tcPr>
            <w:tcW w:w="1548" w:type="dxa"/>
            <w:vAlign w:val="center"/>
          </w:tcPr>
          <w:p w:rsidR="00C70DF0" w:rsidRPr="00A84BC5" w:rsidRDefault="00A84BC5">
            <w:pPr>
              <w:rPr>
                <w:sz w:val="22"/>
              </w:rPr>
            </w:pPr>
            <w:r w:rsidRPr="00A84BC5">
              <w:rPr>
                <w:sz w:val="22"/>
              </w:rPr>
              <w:t>maximum 5 zile lucrătoare de la intrarea în vigoare a contractului</w:t>
            </w:r>
          </w:p>
        </w:tc>
        <w:tc>
          <w:tcPr>
            <w:tcW w:w="1240" w:type="dxa"/>
            <w:vAlign w:val="center"/>
          </w:tcPr>
          <w:p w:rsidR="00C70DF0" w:rsidRPr="00A84BC5" w:rsidRDefault="00C70DF0">
            <w:pPr>
              <w:rPr>
                <w:sz w:val="22"/>
              </w:rPr>
            </w:pPr>
          </w:p>
        </w:tc>
        <w:tc>
          <w:tcPr>
            <w:tcW w:w="3671" w:type="dxa"/>
            <w:vAlign w:val="center"/>
          </w:tcPr>
          <w:p w:rsidR="00C70DF0" w:rsidRPr="00A84BC5" w:rsidRDefault="00C70DF0">
            <w:pPr>
              <w:rPr>
                <w:sz w:val="22"/>
              </w:rPr>
            </w:pPr>
          </w:p>
        </w:tc>
      </w:tr>
    </w:tbl>
    <w:p w:rsidR="00127E6A" w:rsidRPr="00A84BC5" w:rsidRDefault="00127E6A" w:rsidP="00531B9B">
      <w:pPr>
        <w:rPr>
          <w:rFonts w:cs="Times New Roman"/>
          <w:sz w:val="22"/>
        </w:rPr>
      </w:pPr>
      <w:proofErr w:type="spellStart"/>
      <w:proofErr w:type="gramStart"/>
      <w:r w:rsidRPr="00A84BC5">
        <w:rPr>
          <w:rFonts w:cs="Times New Roman"/>
          <w:sz w:val="22"/>
        </w:rPr>
        <w:t>Semnat</w:t>
      </w:r>
      <w:proofErr w:type="spellEnd"/>
      <w:r w:rsidRPr="00A84BC5">
        <w:rPr>
          <w:rFonts w:cs="Times New Roman"/>
          <w:sz w:val="22"/>
        </w:rPr>
        <w:t>:_</w:t>
      </w:r>
      <w:proofErr w:type="gramEnd"/>
      <w:r w:rsidRPr="00A84BC5">
        <w:rPr>
          <w:rFonts w:cs="Times New Roman"/>
          <w:sz w:val="22"/>
        </w:rPr>
        <w:t xml:space="preserve">_______ </w:t>
      </w:r>
      <w:proofErr w:type="spellStart"/>
      <w:r w:rsidRPr="00A84BC5">
        <w:rPr>
          <w:rFonts w:cs="Times New Roman"/>
          <w:sz w:val="22"/>
        </w:rPr>
        <w:t>Numele</w:t>
      </w:r>
      <w:proofErr w:type="spellEnd"/>
      <w:r w:rsidRPr="00A84BC5">
        <w:rPr>
          <w:rFonts w:cs="Times New Roman"/>
          <w:sz w:val="22"/>
        </w:rPr>
        <w:t xml:space="preserve">, </w:t>
      </w:r>
      <w:proofErr w:type="spellStart"/>
      <w:r w:rsidRPr="00A84BC5">
        <w:rPr>
          <w:rFonts w:cs="Times New Roman"/>
          <w:sz w:val="22"/>
        </w:rPr>
        <w:t>Prenumele</w:t>
      </w:r>
      <w:proofErr w:type="spellEnd"/>
      <w:r w:rsidRPr="00A84BC5">
        <w:rPr>
          <w:rFonts w:cs="Times New Roman"/>
          <w:sz w:val="22"/>
        </w:rPr>
        <w:t xml:space="preserve">:____________ </w:t>
      </w:r>
      <w:proofErr w:type="spellStart"/>
      <w:r w:rsidRPr="00A84BC5">
        <w:rPr>
          <w:rFonts w:cs="Times New Roman"/>
          <w:sz w:val="22"/>
        </w:rPr>
        <w:t>În</w:t>
      </w:r>
      <w:proofErr w:type="spellEnd"/>
      <w:r w:rsidRPr="00A84BC5">
        <w:rPr>
          <w:rFonts w:cs="Times New Roman"/>
          <w:sz w:val="22"/>
        </w:rPr>
        <w:t xml:space="preserve"> </w:t>
      </w:r>
      <w:proofErr w:type="spellStart"/>
      <w:r w:rsidRPr="00A84BC5">
        <w:rPr>
          <w:rFonts w:cs="Times New Roman"/>
          <w:sz w:val="22"/>
        </w:rPr>
        <w:t>calitate</w:t>
      </w:r>
      <w:proofErr w:type="spellEnd"/>
      <w:r w:rsidRPr="00A84BC5">
        <w:rPr>
          <w:rFonts w:cs="Times New Roman"/>
          <w:sz w:val="22"/>
        </w:rPr>
        <w:t xml:space="preserve"> de: ______________</w:t>
      </w:r>
    </w:p>
    <w:p w:rsidR="00127E6A" w:rsidRPr="00A84BC5" w:rsidRDefault="00127E6A" w:rsidP="00531B9B">
      <w:pPr>
        <w:rPr>
          <w:rFonts w:cs="Times New Roman"/>
          <w:sz w:val="22"/>
        </w:rPr>
      </w:pPr>
      <w:proofErr w:type="spellStart"/>
      <w:r w:rsidRPr="00A84BC5">
        <w:rPr>
          <w:rFonts w:cs="Times New Roman"/>
          <w:sz w:val="22"/>
        </w:rPr>
        <w:t>Ofertantul</w:t>
      </w:r>
      <w:proofErr w:type="spellEnd"/>
      <w:r w:rsidRPr="00A84BC5">
        <w:rPr>
          <w:rFonts w:cs="Times New Roman"/>
          <w:sz w:val="22"/>
        </w:rPr>
        <w:t xml:space="preserve">: ______________________ </w:t>
      </w:r>
      <w:proofErr w:type="spellStart"/>
      <w:r w:rsidRPr="00A84BC5">
        <w:rPr>
          <w:rFonts w:cs="Times New Roman"/>
          <w:sz w:val="22"/>
        </w:rPr>
        <w:t>Adresa</w:t>
      </w:r>
      <w:proofErr w:type="spellEnd"/>
      <w:r w:rsidRPr="00A84BC5">
        <w:rPr>
          <w:rFonts w:cs="Times New Roman"/>
          <w:sz w:val="22"/>
        </w:rPr>
        <w:t>: __________________________</w:t>
      </w:r>
    </w:p>
    <w:p w:rsidR="00A20347" w:rsidRPr="00A84BC5" w:rsidRDefault="00A20347" w:rsidP="00531B9B">
      <w:pPr>
        <w:rPr>
          <w:rFonts w:cs="Times New Roman"/>
          <w:sz w:val="22"/>
        </w:rPr>
        <w:sectPr w:rsidR="00A20347" w:rsidRPr="00A84BC5" w:rsidSect="004D7ED4">
          <w:pgSz w:w="11906" w:h="16838"/>
          <w:pgMar w:top="850" w:right="1134" w:bottom="1701" w:left="1134" w:header="709" w:footer="709" w:gutter="0"/>
          <w:cols w:space="720"/>
          <w:docGrid w:linePitch="326"/>
        </w:sectPr>
      </w:pPr>
    </w:p>
    <w:p w:rsidR="00127E6A" w:rsidRPr="00A84BC5" w:rsidRDefault="00127E6A" w:rsidP="00B8159E">
      <w:pPr>
        <w:jc w:val="right"/>
        <w:rPr>
          <w:rFonts w:cs="Times New Roman"/>
          <w:sz w:val="22"/>
        </w:rPr>
      </w:pPr>
    </w:p>
    <w:p w:rsidR="00127E6A" w:rsidRPr="00A84BC5" w:rsidRDefault="00127E6A" w:rsidP="00B8159E">
      <w:pPr>
        <w:jc w:val="right"/>
        <w:rPr>
          <w:rFonts w:cs="Times New Roman"/>
          <w:sz w:val="22"/>
        </w:rPr>
      </w:pPr>
      <w:proofErr w:type="spellStart"/>
      <w:r w:rsidRPr="00A84BC5">
        <w:rPr>
          <w:rFonts w:cs="Times New Roman"/>
          <w:sz w:val="22"/>
        </w:rPr>
        <w:t>Anexa</w:t>
      </w:r>
      <w:proofErr w:type="spellEnd"/>
      <w:r w:rsidRPr="00A84BC5">
        <w:rPr>
          <w:rFonts w:cs="Times New Roman"/>
          <w:sz w:val="22"/>
        </w:rPr>
        <w:t xml:space="preserve"> nr. </w:t>
      </w:r>
      <w:r w:rsidR="003A0D7A" w:rsidRPr="00A84BC5">
        <w:rPr>
          <w:rFonts w:cs="Times New Roman"/>
          <w:sz w:val="22"/>
        </w:rPr>
        <w:t>5</w:t>
      </w:r>
    </w:p>
    <w:tbl>
      <w:tblPr>
        <w:tblW w:w="0" w:type="auto"/>
        <w:jc w:val="center"/>
        <w:tblLook w:val="04A0" w:firstRow="1" w:lastRow="0" w:firstColumn="1" w:lastColumn="0" w:noHBand="0" w:noVBand="1"/>
      </w:tblPr>
      <w:tblGrid>
        <w:gridCol w:w="5155"/>
        <w:gridCol w:w="4534"/>
      </w:tblGrid>
      <w:tr w:rsidR="00127E6A" w:rsidRPr="00A84BC5" w:rsidTr="00127E6A">
        <w:trPr>
          <w:cantSplit/>
          <w:tblHeader/>
          <w:jc w:val="center"/>
        </w:trPr>
        <w:tc>
          <w:tcPr>
            <w:tcW w:w="0" w:type="auto"/>
            <w:gridSpan w:val="2"/>
            <w:tcMar>
              <w:top w:w="24" w:type="dxa"/>
              <w:left w:w="48" w:type="dxa"/>
              <w:bottom w:w="24" w:type="dxa"/>
              <w:right w:w="48" w:type="dxa"/>
            </w:tcMar>
            <w:vAlign w:val="center"/>
          </w:tcPr>
          <w:p w:rsidR="00127E6A" w:rsidRPr="00A84BC5" w:rsidRDefault="00127E6A" w:rsidP="00531B9B">
            <w:pPr>
              <w:rPr>
                <w:rFonts w:cs="Times New Roman"/>
                <w:sz w:val="22"/>
                <w:lang w:eastAsia="ro-RO"/>
              </w:rPr>
            </w:pPr>
          </w:p>
          <w:p w:rsidR="00127E6A" w:rsidRPr="00A84BC5" w:rsidRDefault="00127E6A" w:rsidP="00FF20E1">
            <w:pPr>
              <w:jc w:val="center"/>
              <w:rPr>
                <w:rFonts w:cs="Times New Roman"/>
                <w:sz w:val="22"/>
                <w:lang w:eastAsia="ro-RO"/>
              </w:rPr>
            </w:pPr>
            <w:r w:rsidRPr="00A84BC5">
              <w:rPr>
                <w:rFonts w:cs="Times New Roman"/>
                <w:b/>
                <w:bCs/>
                <w:sz w:val="22"/>
                <w:lang w:eastAsia="ro-RO"/>
              </w:rPr>
              <w:t>DECLARAŢIE DE ELIGIBILITATE</w:t>
            </w:r>
          </w:p>
          <w:p w:rsidR="00127E6A" w:rsidRPr="00A84BC5" w:rsidRDefault="00127E6A" w:rsidP="00531B9B">
            <w:pPr>
              <w:rPr>
                <w:rFonts w:cs="Times New Roman"/>
                <w:sz w:val="22"/>
                <w:lang w:eastAsia="ro-RO"/>
              </w:rPr>
            </w:pPr>
            <w:r w:rsidRPr="00A84BC5">
              <w:rPr>
                <w:rFonts w:cs="Times New Roman"/>
                <w:sz w:val="22"/>
                <w:lang w:eastAsia="ro-RO"/>
              </w:rPr>
              <w:t> </w:t>
            </w:r>
          </w:p>
          <w:p w:rsidR="00127E6A" w:rsidRPr="00A84BC5" w:rsidRDefault="00127E6A" w:rsidP="00531B9B">
            <w:pPr>
              <w:rPr>
                <w:rFonts w:cs="Times New Roman"/>
                <w:sz w:val="22"/>
                <w:lang w:eastAsia="ro-RO"/>
              </w:rPr>
            </w:pPr>
            <w:proofErr w:type="spellStart"/>
            <w:r w:rsidRPr="00A84BC5">
              <w:rPr>
                <w:rFonts w:cs="Times New Roman"/>
                <w:sz w:val="22"/>
                <w:lang w:eastAsia="ro-RO"/>
              </w:rPr>
              <w:t>Către</w:t>
            </w:r>
            <w:proofErr w:type="spellEnd"/>
            <w:r w:rsidRPr="00A84BC5">
              <w:rPr>
                <w:rFonts w:cs="Times New Roman"/>
                <w:sz w:val="22"/>
                <w:lang w:eastAsia="ro-RO"/>
              </w:rPr>
              <w:t xml:space="preserve"> __________________________________________________________________________</w:t>
            </w:r>
          </w:p>
          <w:p w:rsidR="00127E6A" w:rsidRPr="00A84BC5" w:rsidRDefault="00127E6A" w:rsidP="00531B9B">
            <w:pPr>
              <w:rPr>
                <w:rFonts w:cs="Times New Roman"/>
                <w:sz w:val="22"/>
                <w:lang w:eastAsia="ro-RO"/>
              </w:rPr>
            </w:pPr>
            <w:r w:rsidRPr="00A84BC5">
              <w:rPr>
                <w:rFonts w:cs="Times New Roman"/>
                <w:sz w:val="22"/>
                <w:lang w:eastAsia="ro-RO"/>
              </w:rPr>
              <w:t>                                   (</w:t>
            </w:r>
            <w:proofErr w:type="spellStart"/>
            <w:r w:rsidRPr="00A84BC5">
              <w:rPr>
                <w:rFonts w:cs="Times New Roman"/>
                <w:sz w:val="22"/>
                <w:lang w:eastAsia="ro-RO"/>
              </w:rPr>
              <w:t>denumirea</w:t>
            </w:r>
            <w:proofErr w:type="spellEnd"/>
            <w:r w:rsidRPr="00A84BC5">
              <w:rPr>
                <w:rFonts w:cs="Times New Roman"/>
                <w:sz w:val="22"/>
                <w:lang w:eastAsia="ro-RO"/>
              </w:rPr>
              <w:t xml:space="preserve"> </w:t>
            </w:r>
            <w:proofErr w:type="spellStart"/>
            <w:r w:rsidRPr="00A84BC5">
              <w:rPr>
                <w:rFonts w:cs="Times New Roman"/>
                <w:sz w:val="22"/>
                <w:lang w:eastAsia="ro-RO"/>
              </w:rPr>
              <w:t>autorităţii</w:t>
            </w:r>
            <w:proofErr w:type="spellEnd"/>
            <w:r w:rsidRPr="00A84BC5">
              <w:rPr>
                <w:rFonts w:cs="Times New Roman"/>
                <w:sz w:val="22"/>
                <w:lang w:eastAsia="ro-RO"/>
              </w:rPr>
              <w:t>/</w:t>
            </w:r>
            <w:proofErr w:type="spellStart"/>
            <w:r w:rsidRPr="00A84BC5">
              <w:rPr>
                <w:rFonts w:cs="Times New Roman"/>
                <w:sz w:val="22"/>
                <w:lang w:eastAsia="ro-RO"/>
              </w:rPr>
              <w:t>entităţii</w:t>
            </w:r>
            <w:proofErr w:type="spellEnd"/>
            <w:r w:rsidRPr="00A84BC5">
              <w:rPr>
                <w:rFonts w:cs="Times New Roman"/>
                <w:sz w:val="22"/>
                <w:lang w:eastAsia="ro-RO"/>
              </w:rPr>
              <w:t xml:space="preserve"> </w:t>
            </w:r>
            <w:proofErr w:type="spellStart"/>
            <w:r w:rsidRPr="00A84BC5">
              <w:rPr>
                <w:rFonts w:cs="Times New Roman"/>
                <w:sz w:val="22"/>
                <w:lang w:eastAsia="ro-RO"/>
              </w:rPr>
              <w:t>contractante</w:t>
            </w:r>
            <w:proofErr w:type="spellEnd"/>
            <w:r w:rsidRPr="00A84BC5">
              <w:rPr>
                <w:rFonts w:cs="Times New Roman"/>
                <w:sz w:val="22"/>
                <w:lang w:eastAsia="ro-RO"/>
              </w:rPr>
              <w:t xml:space="preserve"> </w:t>
            </w:r>
            <w:proofErr w:type="spellStart"/>
            <w:r w:rsidRPr="00A84BC5">
              <w:rPr>
                <w:rFonts w:cs="Times New Roman"/>
                <w:sz w:val="22"/>
                <w:lang w:eastAsia="ro-RO"/>
              </w:rPr>
              <w:t>şi</w:t>
            </w:r>
            <w:proofErr w:type="spellEnd"/>
            <w:r w:rsidRPr="00A84BC5">
              <w:rPr>
                <w:rFonts w:cs="Times New Roman"/>
                <w:sz w:val="22"/>
                <w:lang w:eastAsia="ro-RO"/>
              </w:rPr>
              <w:t xml:space="preserve"> </w:t>
            </w:r>
            <w:proofErr w:type="spellStart"/>
            <w:r w:rsidRPr="00A84BC5">
              <w:rPr>
                <w:rFonts w:cs="Times New Roman"/>
                <w:sz w:val="22"/>
                <w:lang w:eastAsia="ro-RO"/>
              </w:rPr>
              <w:t>adresa</w:t>
            </w:r>
            <w:proofErr w:type="spellEnd"/>
            <w:r w:rsidRPr="00A84BC5">
              <w:rPr>
                <w:rFonts w:cs="Times New Roman"/>
                <w:sz w:val="22"/>
                <w:lang w:eastAsia="ro-RO"/>
              </w:rPr>
              <w:t xml:space="preserve"> </w:t>
            </w:r>
            <w:proofErr w:type="spellStart"/>
            <w:r w:rsidRPr="00A84BC5">
              <w:rPr>
                <w:rFonts w:cs="Times New Roman"/>
                <w:sz w:val="22"/>
                <w:lang w:eastAsia="ro-RO"/>
              </w:rPr>
              <w:t>completă</w:t>
            </w:r>
            <w:proofErr w:type="spellEnd"/>
            <w:r w:rsidRPr="00A84BC5">
              <w:rPr>
                <w:rFonts w:cs="Times New Roman"/>
                <w:sz w:val="22"/>
                <w:lang w:eastAsia="ro-RO"/>
              </w:rPr>
              <w:t>)</w:t>
            </w:r>
          </w:p>
          <w:p w:rsidR="00127E6A" w:rsidRPr="00A84BC5" w:rsidRDefault="00127E6A" w:rsidP="00531B9B">
            <w:pPr>
              <w:rPr>
                <w:rFonts w:cs="Times New Roman"/>
                <w:sz w:val="22"/>
                <w:lang w:eastAsia="ro-RO"/>
              </w:rPr>
            </w:pPr>
            <w:r w:rsidRPr="00A84BC5">
              <w:rPr>
                <w:rFonts w:cs="Times New Roman"/>
                <w:sz w:val="22"/>
                <w:lang w:eastAsia="ro-RO"/>
              </w:rPr>
              <w:t> </w:t>
            </w:r>
          </w:p>
          <w:p w:rsidR="00127E6A" w:rsidRPr="00A84BC5" w:rsidRDefault="00127E6A" w:rsidP="00531B9B">
            <w:pPr>
              <w:rPr>
                <w:rFonts w:cs="Times New Roman"/>
                <w:sz w:val="22"/>
                <w:lang w:eastAsia="ro-RO"/>
              </w:rPr>
            </w:pPr>
            <w:proofErr w:type="spellStart"/>
            <w:r w:rsidRPr="00A84BC5">
              <w:rPr>
                <w:rFonts w:cs="Times New Roman"/>
                <w:b/>
                <w:bCs/>
                <w:sz w:val="22"/>
                <w:lang w:eastAsia="ro-RO"/>
              </w:rPr>
              <w:t>Stimaţi</w:t>
            </w:r>
            <w:proofErr w:type="spellEnd"/>
            <w:r w:rsidRPr="00A84BC5">
              <w:rPr>
                <w:rFonts w:cs="Times New Roman"/>
                <w:b/>
                <w:bCs/>
                <w:sz w:val="22"/>
                <w:lang w:eastAsia="ro-RO"/>
              </w:rPr>
              <w:t xml:space="preserve"> </w:t>
            </w:r>
            <w:proofErr w:type="spellStart"/>
            <w:r w:rsidRPr="00A84BC5">
              <w:rPr>
                <w:rFonts w:cs="Times New Roman"/>
                <w:b/>
                <w:bCs/>
                <w:sz w:val="22"/>
                <w:lang w:eastAsia="ro-RO"/>
              </w:rPr>
              <w:t>domni</w:t>
            </w:r>
            <w:proofErr w:type="spellEnd"/>
            <w:r w:rsidRPr="00A84BC5">
              <w:rPr>
                <w:rFonts w:cs="Times New Roman"/>
                <w:sz w:val="22"/>
                <w:lang w:eastAsia="ro-RO"/>
              </w:rPr>
              <w:t>,</w:t>
            </w:r>
          </w:p>
          <w:p w:rsidR="00127E6A" w:rsidRPr="00A84BC5" w:rsidRDefault="00127E6A" w:rsidP="00531B9B">
            <w:pPr>
              <w:rPr>
                <w:rFonts w:cs="Times New Roman"/>
                <w:sz w:val="22"/>
                <w:lang w:eastAsia="ro-RO"/>
              </w:rPr>
            </w:pPr>
            <w:proofErr w:type="spellStart"/>
            <w:r w:rsidRPr="00A84BC5">
              <w:rPr>
                <w:rFonts w:cs="Times New Roman"/>
                <w:sz w:val="22"/>
                <w:lang w:eastAsia="ro-RO"/>
              </w:rPr>
              <w:t>Subsemnatul</w:t>
            </w:r>
            <w:proofErr w:type="spellEnd"/>
            <w:r w:rsidRPr="00A84BC5">
              <w:rPr>
                <w:rFonts w:cs="Times New Roman"/>
                <w:sz w:val="22"/>
                <w:lang w:eastAsia="ro-RO"/>
              </w:rPr>
              <w:t xml:space="preserve">, </w:t>
            </w:r>
            <w:proofErr w:type="spellStart"/>
            <w:r w:rsidRPr="00A84BC5">
              <w:rPr>
                <w:rFonts w:cs="Times New Roman"/>
                <w:sz w:val="22"/>
                <w:lang w:eastAsia="ro-RO"/>
              </w:rPr>
              <w:t>reprezentant</w:t>
            </w:r>
            <w:proofErr w:type="spellEnd"/>
            <w:r w:rsidRPr="00A84BC5">
              <w:rPr>
                <w:rFonts w:cs="Times New Roman"/>
                <w:sz w:val="22"/>
                <w:lang w:eastAsia="ro-RO"/>
              </w:rPr>
              <w:t xml:space="preserve"> </w:t>
            </w:r>
            <w:proofErr w:type="spellStart"/>
            <w:r w:rsidRPr="00A84BC5">
              <w:rPr>
                <w:rFonts w:cs="Times New Roman"/>
                <w:sz w:val="22"/>
                <w:lang w:eastAsia="ro-RO"/>
              </w:rPr>
              <w:t>împuternicit</w:t>
            </w:r>
            <w:proofErr w:type="spellEnd"/>
            <w:r w:rsidRPr="00A84BC5">
              <w:rPr>
                <w:rFonts w:cs="Times New Roman"/>
                <w:sz w:val="22"/>
                <w:lang w:eastAsia="ro-RO"/>
              </w:rPr>
              <w:t xml:space="preserve"> al _____________________________________________,</w:t>
            </w:r>
          </w:p>
          <w:p w:rsidR="00127E6A" w:rsidRPr="00A84BC5" w:rsidRDefault="00127E6A" w:rsidP="00531B9B">
            <w:pPr>
              <w:rPr>
                <w:rFonts w:cs="Times New Roman"/>
                <w:sz w:val="22"/>
                <w:lang w:eastAsia="ro-RO"/>
              </w:rPr>
            </w:pPr>
            <w:r w:rsidRPr="00A84BC5">
              <w:rPr>
                <w:rFonts w:cs="Times New Roman"/>
                <w:sz w:val="22"/>
                <w:lang w:eastAsia="ro-RO"/>
              </w:rPr>
              <w:t>                                                                                   (</w:t>
            </w:r>
            <w:proofErr w:type="spellStart"/>
            <w:r w:rsidRPr="00A84BC5">
              <w:rPr>
                <w:rFonts w:cs="Times New Roman"/>
                <w:sz w:val="22"/>
                <w:lang w:eastAsia="ro-RO"/>
              </w:rPr>
              <w:t>denumirea</w:t>
            </w:r>
            <w:proofErr w:type="spellEnd"/>
            <w:r w:rsidRPr="00A84BC5">
              <w:rPr>
                <w:rFonts w:cs="Times New Roman"/>
                <w:sz w:val="22"/>
                <w:lang w:eastAsia="ro-RO"/>
              </w:rPr>
              <w:t xml:space="preserve"> </w:t>
            </w:r>
            <w:proofErr w:type="spellStart"/>
            <w:r w:rsidRPr="00A84BC5">
              <w:rPr>
                <w:rFonts w:cs="Times New Roman"/>
                <w:sz w:val="22"/>
                <w:lang w:eastAsia="ro-RO"/>
              </w:rPr>
              <w:t>operatorului</w:t>
            </w:r>
            <w:proofErr w:type="spellEnd"/>
            <w:r w:rsidRPr="00A84BC5">
              <w:rPr>
                <w:rFonts w:cs="Times New Roman"/>
                <w:sz w:val="22"/>
                <w:lang w:eastAsia="ro-RO"/>
              </w:rPr>
              <w:t xml:space="preserve"> economic)</w:t>
            </w:r>
          </w:p>
          <w:p w:rsidR="00127E6A" w:rsidRPr="00A84BC5" w:rsidRDefault="00127E6A" w:rsidP="00531B9B">
            <w:pPr>
              <w:rPr>
                <w:rFonts w:cs="Times New Roman"/>
                <w:sz w:val="22"/>
                <w:lang w:eastAsia="ro-RO"/>
              </w:rPr>
            </w:pPr>
            <w:proofErr w:type="spellStart"/>
            <w:r w:rsidRPr="00A84BC5">
              <w:rPr>
                <w:rFonts w:cs="Times New Roman"/>
                <w:sz w:val="22"/>
                <w:lang w:eastAsia="ro-RO"/>
              </w:rPr>
              <w:t>în</w:t>
            </w:r>
            <w:proofErr w:type="spellEnd"/>
            <w:r w:rsidRPr="00A84BC5">
              <w:rPr>
                <w:rFonts w:cs="Times New Roman"/>
                <w:sz w:val="22"/>
                <w:lang w:eastAsia="ro-RO"/>
              </w:rPr>
              <w:t xml:space="preserve"> </w:t>
            </w:r>
            <w:proofErr w:type="spellStart"/>
            <w:r w:rsidRPr="00A84BC5">
              <w:rPr>
                <w:rFonts w:cs="Times New Roman"/>
                <w:sz w:val="22"/>
                <w:lang w:eastAsia="ro-RO"/>
              </w:rPr>
              <w:t>calitate</w:t>
            </w:r>
            <w:proofErr w:type="spellEnd"/>
            <w:r w:rsidRPr="00A84BC5">
              <w:rPr>
                <w:rFonts w:cs="Times New Roman"/>
                <w:sz w:val="22"/>
                <w:lang w:eastAsia="ro-RO"/>
              </w:rPr>
              <w:t xml:space="preserve"> de </w:t>
            </w:r>
            <w:proofErr w:type="spellStart"/>
            <w:r w:rsidRPr="00A84BC5">
              <w:rPr>
                <w:rFonts w:cs="Times New Roman"/>
                <w:sz w:val="22"/>
                <w:lang w:eastAsia="ro-RO"/>
              </w:rPr>
              <w:t>ofertant</w:t>
            </w:r>
            <w:proofErr w:type="spellEnd"/>
            <w:r w:rsidRPr="00A84BC5">
              <w:rPr>
                <w:rFonts w:cs="Times New Roman"/>
                <w:sz w:val="22"/>
                <w:lang w:eastAsia="ro-RO"/>
              </w:rPr>
              <w:t xml:space="preserve">, </w:t>
            </w:r>
            <w:proofErr w:type="spellStart"/>
            <w:r w:rsidRPr="00A84BC5">
              <w:rPr>
                <w:rFonts w:cs="Times New Roman"/>
                <w:sz w:val="22"/>
                <w:lang w:eastAsia="ro-RO"/>
              </w:rPr>
              <w:t>declar</w:t>
            </w:r>
            <w:proofErr w:type="spellEnd"/>
            <w:r w:rsidRPr="00A84BC5">
              <w:rPr>
                <w:rFonts w:cs="Times New Roman"/>
                <w:sz w:val="22"/>
                <w:lang w:eastAsia="ro-RO"/>
              </w:rPr>
              <w:t xml:space="preserve"> pe propria </w:t>
            </w:r>
            <w:proofErr w:type="spellStart"/>
            <w:r w:rsidRPr="00A84BC5">
              <w:rPr>
                <w:rFonts w:cs="Times New Roman"/>
                <w:sz w:val="22"/>
                <w:lang w:eastAsia="ro-RO"/>
              </w:rPr>
              <w:t>răspundere</w:t>
            </w:r>
            <w:proofErr w:type="spellEnd"/>
            <w:r w:rsidRPr="00A84BC5">
              <w:rPr>
                <w:rFonts w:cs="Times New Roman"/>
                <w:sz w:val="22"/>
                <w:lang w:eastAsia="ro-RO"/>
              </w:rPr>
              <w:t xml:space="preserve">, sub </w:t>
            </w:r>
            <w:proofErr w:type="spellStart"/>
            <w:r w:rsidRPr="00A84BC5">
              <w:rPr>
                <w:rFonts w:cs="Times New Roman"/>
                <w:sz w:val="22"/>
                <w:lang w:eastAsia="ro-RO"/>
              </w:rPr>
              <w:t>sancţiunea</w:t>
            </w:r>
            <w:proofErr w:type="spellEnd"/>
            <w:r w:rsidRPr="00A84BC5">
              <w:rPr>
                <w:rFonts w:cs="Times New Roman"/>
                <w:sz w:val="22"/>
                <w:lang w:eastAsia="ro-RO"/>
              </w:rPr>
              <w:t xml:space="preserve"> </w:t>
            </w:r>
            <w:proofErr w:type="spellStart"/>
            <w:r w:rsidRPr="00A84BC5">
              <w:rPr>
                <w:rFonts w:cs="Times New Roman"/>
                <w:sz w:val="22"/>
                <w:lang w:eastAsia="ro-RO"/>
              </w:rPr>
              <w:t>excluderii</w:t>
            </w:r>
            <w:proofErr w:type="spellEnd"/>
            <w:r w:rsidRPr="00A84BC5">
              <w:rPr>
                <w:rFonts w:cs="Times New Roman"/>
                <w:sz w:val="22"/>
                <w:lang w:eastAsia="ro-RO"/>
              </w:rPr>
              <w:t xml:space="preserve"> din </w:t>
            </w:r>
            <w:proofErr w:type="spellStart"/>
            <w:r w:rsidRPr="00A84BC5">
              <w:rPr>
                <w:rFonts w:cs="Times New Roman"/>
                <w:sz w:val="22"/>
                <w:lang w:eastAsia="ro-RO"/>
              </w:rPr>
              <w:t>procedură</w:t>
            </w:r>
            <w:proofErr w:type="spellEnd"/>
            <w:r w:rsidRPr="00A84BC5">
              <w:rPr>
                <w:rFonts w:cs="Times New Roman"/>
                <w:sz w:val="22"/>
                <w:lang w:eastAsia="ro-RO"/>
              </w:rPr>
              <w:t xml:space="preserve"> </w:t>
            </w:r>
            <w:proofErr w:type="spellStart"/>
            <w:r w:rsidRPr="00A84BC5">
              <w:rPr>
                <w:rFonts w:cs="Times New Roman"/>
                <w:sz w:val="22"/>
                <w:lang w:eastAsia="ro-RO"/>
              </w:rPr>
              <w:t>şi</w:t>
            </w:r>
            <w:proofErr w:type="spellEnd"/>
            <w:r w:rsidRPr="00A84BC5">
              <w:rPr>
                <w:rFonts w:cs="Times New Roman"/>
                <w:sz w:val="22"/>
                <w:lang w:eastAsia="ro-RO"/>
              </w:rPr>
              <w:t xml:space="preserve"> sub </w:t>
            </w:r>
            <w:proofErr w:type="spellStart"/>
            <w:r w:rsidRPr="00A84BC5">
              <w:rPr>
                <w:rFonts w:cs="Times New Roman"/>
                <w:sz w:val="22"/>
                <w:lang w:eastAsia="ro-RO"/>
              </w:rPr>
              <w:t>sancţiunile</w:t>
            </w:r>
            <w:proofErr w:type="spellEnd"/>
            <w:r w:rsidRPr="00A84BC5">
              <w:rPr>
                <w:rFonts w:cs="Times New Roman"/>
                <w:sz w:val="22"/>
                <w:lang w:eastAsia="ro-RO"/>
              </w:rPr>
              <w:t xml:space="preserve"> </w:t>
            </w:r>
            <w:proofErr w:type="spellStart"/>
            <w:r w:rsidRPr="00A84BC5">
              <w:rPr>
                <w:rFonts w:cs="Times New Roman"/>
                <w:sz w:val="22"/>
                <w:lang w:eastAsia="ro-RO"/>
              </w:rPr>
              <w:t>aplicate</w:t>
            </w:r>
            <w:proofErr w:type="spellEnd"/>
            <w:r w:rsidRPr="00A84BC5">
              <w:rPr>
                <w:rFonts w:cs="Times New Roman"/>
                <w:sz w:val="22"/>
                <w:lang w:eastAsia="ro-RO"/>
              </w:rPr>
              <w:t xml:space="preserve"> </w:t>
            </w:r>
            <w:proofErr w:type="spellStart"/>
            <w:r w:rsidRPr="00A84BC5">
              <w:rPr>
                <w:rFonts w:cs="Times New Roman"/>
                <w:sz w:val="22"/>
                <w:lang w:eastAsia="ro-RO"/>
              </w:rPr>
              <w:t>faptei</w:t>
            </w:r>
            <w:proofErr w:type="spellEnd"/>
            <w:r w:rsidRPr="00A84BC5">
              <w:rPr>
                <w:rFonts w:cs="Times New Roman"/>
                <w:sz w:val="22"/>
                <w:lang w:eastAsia="ro-RO"/>
              </w:rPr>
              <w:t xml:space="preserve"> de </w:t>
            </w:r>
            <w:proofErr w:type="spellStart"/>
            <w:r w:rsidRPr="00A84BC5">
              <w:rPr>
                <w:rFonts w:cs="Times New Roman"/>
                <w:sz w:val="22"/>
                <w:lang w:eastAsia="ro-RO"/>
              </w:rPr>
              <w:t>fals</w:t>
            </w:r>
            <w:proofErr w:type="spellEnd"/>
            <w:r w:rsidRPr="00A84BC5">
              <w:rPr>
                <w:rFonts w:cs="Times New Roman"/>
                <w:sz w:val="22"/>
                <w:lang w:eastAsia="ro-RO"/>
              </w:rPr>
              <w:t xml:space="preserve"> </w:t>
            </w:r>
            <w:proofErr w:type="spellStart"/>
            <w:r w:rsidRPr="00A84BC5">
              <w:rPr>
                <w:rFonts w:cs="Times New Roman"/>
                <w:sz w:val="22"/>
                <w:lang w:eastAsia="ro-RO"/>
              </w:rPr>
              <w:t>în</w:t>
            </w:r>
            <w:proofErr w:type="spellEnd"/>
            <w:r w:rsidRPr="00A84BC5">
              <w:rPr>
                <w:rFonts w:cs="Times New Roman"/>
                <w:sz w:val="22"/>
                <w:lang w:eastAsia="ro-RO"/>
              </w:rPr>
              <w:t xml:space="preserve"> </w:t>
            </w:r>
            <w:proofErr w:type="spellStart"/>
            <w:r w:rsidRPr="00A84BC5">
              <w:rPr>
                <w:rFonts w:cs="Times New Roman"/>
                <w:sz w:val="22"/>
                <w:lang w:eastAsia="ro-RO"/>
              </w:rPr>
              <w:t>acte</w:t>
            </w:r>
            <w:proofErr w:type="spellEnd"/>
            <w:r w:rsidRPr="00A84BC5">
              <w:rPr>
                <w:rFonts w:cs="Times New Roman"/>
                <w:sz w:val="22"/>
                <w:lang w:eastAsia="ro-RO"/>
              </w:rPr>
              <w:t xml:space="preserve"> </w:t>
            </w:r>
            <w:proofErr w:type="spellStart"/>
            <w:r w:rsidRPr="00A84BC5">
              <w:rPr>
                <w:rFonts w:cs="Times New Roman"/>
                <w:sz w:val="22"/>
                <w:lang w:eastAsia="ro-RO"/>
              </w:rPr>
              <w:t>publice</w:t>
            </w:r>
            <w:proofErr w:type="spellEnd"/>
            <w:r w:rsidRPr="00A84BC5">
              <w:rPr>
                <w:rFonts w:cs="Times New Roman"/>
                <w:sz w:val="22"/>
                <w:lang w:eastAsia="ro-RO"/>
              </w:rPr>
              <w:t xml:space="preserve">, </w:t>
            </w:r>
            <w:proofErr w:type="spellStart"/>
            <w:r w:rsidRPr="00A84BC5">
              <w:rPr>
                <w:rFonts w:cs="Times New Roman"/>
                <w:sz w:val="22"/>
                <w:lang w:eastAsia="ro-RO"/>
              </w:rPr>
              <w:t>că</w:t>
            </w:r>
            <w:proofErr w:type="spellEnd"/>
            <w:r w:rsidRPr="00A84BC5">
              <w:rPr>
                <w:rFonts w:cs="Times New Roman"/>
                <w:sz w:val="22"/>
                <w:lang w:eastAsia="ro-RO"/>
              </w:rPr>
              <w:t xml:space="preserve"> nu </w:t>
            </w:r>
            <w:proofErr w:type="spellStart"/>
            <w:r w:rsidRPr="00A84BC5">
              <w:rPr>
                <w:rFonts w:cs="Times New Roman"/>
                <w:sz w:val="22"/>
                <w:lang w:eastAsia="ro-RO"/>
              </w:rPr>
              <w:t>mă</w:t>
            </w:r>
            <w:proofErr w:type="spellEnd"/>
            <w:r w:rsidRPr="00A84BC5">
              <w:rPr>
                <w:rFonts w:cs="Times New Roman"/>
                <w:sz w:val="22"/>
                <w:lang w:eastAsia="ro-RO"/>
              </w:rPr>
              <w:t xml:space="preserve"> </w:t>
            </w:r>
            <w:proofErr w:type="spellStart"/>
            <w:r w:rsidRPr="00A84BC5">
              <w:rPr>
                <w:rFonts w:cs="Times New Roman"/>
                <w:sz w:val="22"/>
                <w:lang w:eastAsia="ro-RO"/>
              </w:rPr>
              <w:t>aflu</w:t>
            </w:r>
            <w:proofErr w:type="spellEnd"/>
            <w:r w:rsidRPr="00A84BC5">
              <w:rPr>
                <w:rFonts w:cs="Times New Roman"/>
                <w:sz w:val="22"/>
                <w:lang w:eastAsia="ro-RO"/>
              </w:rPr>
              <w:t xml:space="preserve"> </w:t>
            </w:r>
            <w:proofErr w:type="spellStart"/>
            <w:r w:rsidRPr="00A84BC5">
              <w:rPr>
                <w:rFonts w:cs="Times New Roman"/>
                <w:sz w:val="22"/>
                <w:lang w:eastAsia="ro-RO"/>
              </w:rPr>
              <w:t>în</w:t>
            </w:r>
            <w:proofErr w:type="spellEnd"/>
            <w:r w:rsidRPr="00A84BC5">
              <w:rPr>
                <w:rFonts w:cs="Times New Roman"/>
                <w:sz w:val="22"/>
                <w:lang w:eastAsia="ro-RO"/>
              </w:rPr>
              <w:t xml:space="preserve"> una </w:t>
            </w:r>
            <w:proofErr w:type="spellStart"/>
            <w:r w:rsidRPr="00A84BC5">
              <w:rPr>
                <w:rFonts w:cs="Times New Roman"/>
                <w:sz w:val="22"/>
                <w:lang w:eastAsia="ro-RO"/>
              </w:rPr>
              <w:t>dintre</w:t>
            </w:r>
            <w:proofErr w:type="spellEnd"/>
            <w:r w:rsidRPr="00A84BC5">
              <w:rPr>
                <w:rFonts w:cs="Times New Roman"/>
                <w:sz w:val="22"/>
                <w:lang w:eastAsia="ro-RO"/>
              </w:rPr>
              <w:t xml:space="preserve"> </w:t>
            </w:r>
            <w:proofErr w:type="spellStart"/>
            <w:r w:rsidRPr="00A84BC5">
              <w:rPr>
                <w:rFonts w:cs="Times New Roman"/>
                <w:sz w:val="22"/>
                <w:lang w:eastAsia="ro-RO"/>
              </w:rPr>
              <w:t>situaţiile</w:t>
            </w:r>
            <w:proofErr w:type="spellEnd"/>
            <w:r w:rsidRPr="00A84BC5">
              <w:rPr>
                <w:rFonts w:cs="Times New Roman"/>
                <w:sz w:val="22"/>
                <w:lang w:eastAsia="ro-RO"/>
              </w:rPr>
              <w:t xml:space="preserve"> </w:t>
            </w:r>
            <w:proofErr w:type="spellStart"/>
            <w:r w:rsidRPr="00A84BC5">
              <w:rPr>
                <w:rFonts w:cs="Times New Roman"/>
                <w:sz w:val="22"/>
                <w:lang w:eastAsia="ro-RO"/>
              </w:rPr>
              <w:t>prevăzute</w:t>
            </w:r>
            <w:proofErr w:type="spellEnd"/>
            <w:r w:rsidRPr="00A84BC5">
              <w:rPr>
                <w:rFonts w:cs="Times New Roman"/>
                <w:sz w:val="22"/>
                <w:lang w:eastAsia="ro-RO"/>
              </w:rPr>
              <w:t xml:space="preserve"> la art.19 din </w:t>
            </w:r>
            <w:proofErr w:type="spellStart"/>
            <w:r w:rsidRPr="00A84BC5">
              <w:rPr>
                <w:rFonts w:cs="Times New Roman"/>
                <w:sz w:val="22"/>
                <w:lang w:eastAsia="ro-RO"/>
              </w:rPr>
              <w:t>Legea</w:t>
            </w:r>
            <w:proofErr w:type="spellEnd"/>
            <w:r w:rsidRPr="00A84BC5">
              <w:rPr>
                <w:rFonts w:cs="Times New Roman"/>
                <w:sz w:val="22"/>
                <w:lang w:eastAsia="ro-RO"/>
              </w:rPr>
              <w:t xml:space="preserve"> nr.131/2015 </w:t>
            </w:r>
            <w:proofErr w:type="spellStart"/>
            <w:r w:rsidRPr="00A84BC5">
              <w:rPr>
                <w:rFonts w:cs="Times New Roman"/>
                <w:sz w:val="22"/>
                <w:lang w:eastAsia="ro-RO"/>
              </w:rPr>
              <w:t>privind</w:t>
            </w:r>
            <w:proofErr w:type="spellEnd"/>
            <w:r w:rsidRPr="00A84BC5">
              <w:rPr>
                <w:rFonts w:cs="Times New Roman"/>
                <w:sz w:val="22"/>
                <w:lang w:eastAsia="ro-RO"/>
              </w:rPr>
              <w:t xml:space="preserve"> </w:t>
            </w:r>
            <w:proofErr w:type="spellStart"/>
            <w:r w:rsidRPr="00A84BC5">
              <w:rPr>
                <w:rFonts w:cs="Times New Roman"/>
                <w:sz w:val="22"/>
                <w:lang w:eastAsia="ro-RO"/>
              </w:rPr>
              <w:t>achiziţiile</w:t>
            </w:r>
            <w:proofErr w:type="spellEnd"/>
            <w:r w:rsidRPr="00A84BC5">
              <w:rPr>
                <w:rFonts w:cs="Times New Roman"/>
                <w:sz w:val="22"/>
                <w:lang w:eastAsia="ro-RO"/>
              </w:rPr>
              <w:t xml:space="preserve"> </w:t>
            </w:r>
            <w:proofErr w:type="spellStart"/>
            <w:r w:rsidRPr="00A84BC5">
              <w:rPr>
                <w:rFonts w:cs="Times New Roman"/>
                <w:sz w:val="22"/>
                <w:lang w:eastAsia="ro-RO"/>
              </w:rPr>
              <w:t>publice</w:t>
            </w:r>
            <w:proofErr w:type="spellEnd"/>
            <w:r w:rsidRPr="00A84BC5">
              <w:rPr>
                <w:rFonts w:cs="Times New Roman"/>
                <w:sz w:val="22"/>
                <w:lang w:eastAsia="ro-RO"/>
              </w:rPr>
              <w:t>.</w:t>
            </w:r>
          </w:p>
          <w:p w:rsidR="00127E6A" w:rsidRPr="00A84BC5" w:rsidRDefault="00127E6A" w:rsidP="00531B9B">
            <w:pPr>
              <w:rPr>
                <w:rFonts w:cs="Times New Roman"/>
                <w:sz w:val="22"/>
                <w:lang w:eastAsia="ro-RO"/>
              </w:rPr>
            </w:pPr>
            <w:proofErr w:type="spellStart"/>
            <w:r w:rsidRPr="00A84BC5">
              <w:rPr>
                <w:rFonts w:cs="Times New Roman"/>
                <w:sz w:val="22"/>
                <w:lang w:eastAsia="ro-RO"/>
              </w:rPr>
              <w:t>Mă</w:t>
            </w:r>
            <w:proofErr w:type="spellEnd"/>
            <w:r w:rsidRPr="00A84BC5">
              <w:rPr>
                <w:rFonts w:cs="Times New Roman"/>
                <w:sz w:val="22"/>
                <w:lang w:eastAsia="ro-RO"/>
              </w:rPr>
              <w:t xml:space="preserve"> </w:t>
            </w:r>
            <w:proofErr w:type="spellStart"/>
            <w:r w:rsidRPr="00A84BC5">
              <w:rPr>
                <w:rFonts w:cs="Times New Roman"/>
                <w:sz w:val="22"/>
                <w:lang w:eastAsia="ro-RO"/>
              </w:rPr>
              <w:t>oblig</w:t>
            </w:r>
            <w:proofErr w:type="spellEnd"/>
            <w:r w:rsidRPr="00A84BC5">
              <w:rPr>
                <w:rFonts w:cs="Times New Roman"/>
                <w:sz w:val="22"/>
                <w:lang w:eastAsia="ro-RO"/>
              </w:rPr>
              <w:t xml:space="preserve">, la </w:t>
            </w:r>
            <w:proofErr w:type="spellStart"/>
            <w:r w:rsidRPr="00A84BC5">
              <w:rPr>
                <w:rFonts w:cs="Times New Roman"/>
                <w:sz w:val="22"/>
                <w:lang w:eastAsia="ro-RO"/>
              </w:rPr>
              <w:t>solicitarea</w:t>
            </w:r>
            <w:proofErr w:type="spellEnd"/>
            <w:r w:rsidRPr="00A84BC5">
              <w:rPr>
                <w:rFonts w:cs="Times New Roman"/>
                <w:sz w:val="22"/>
                <w:lang w:eastAsia="ro-RO"/>
              </w:rPr>
              <w:t xml:space="preserve"> </w:t>
            </w:r>
            <w:proofErr w:type="spellStart"/>
            <w:r w:rsidRPr="00A84BC5">
              <w:rPr>
                <w:rFonts w:cs="Times New Roman"/>
                <w:sz w:val="22"/>
                <w:lang w:eastAsia="ro-RO"/>
              </w:rPr>
              <w:t>autorităţii</w:t>
            </w:r>
            <w:proofErr w:type="spellEnd"/>
            <w:r w:rsidRPr="00A84BC5">
              <w:rPr>
                <w:rFonts w:cs="Times New Roman"/>
                <w:sz w:val="22"/>
                <w:lang w:eastAsia="ro-RO"/>
              </w:rPr>
              <w:t>/</w:t>
            </w:r>
            <w:proofErr w:type="spellStart"/>
            <w:r w:rsidRPr="00A84BC5">
              <w:rPr>
                <w:rFonts w:cs="Times New Roman"/>
                <w:sz w:val="22"/>
                <w:lang w:eastAsia="ro-RO"/>
              </w:rPr>
              <w:t>entităţii</w:t>
            </w:r>
            <w:proofErr w:type="spellEnd"/>
            <w:r w:rsidRPr="00A84BC5">
              <w:rPr>
                <w:rFonts w:cs="Times New Roman"/>
                <w:sz w:val="22"/>
                <w:lang w:eastAsia="ro-RO"/>
              </w:rPr>
              <w:t xml:space="preserve"> </w:t>
            </w:r>
            <w:proofErr w:type="spellStart"/>
            <w:r w:rsidRPr="00A84BC5">
              <w:rPr>
                <w:rFonts w:cs="Times New Roman"/>
                <w:sz w:val="22"/>
                <w:lang w:eastAsia="ro-RO"/>
              </w:rPr>
              <w:t>contractante</w:t>
            </w:r>
            <w:proofErr w:type="spellEnd"/>
            <w:r w:rsidRPr="00A84BC5">
              <w:rPr>
                <w:rFonts w:cs="Times New Roman"/>
                <w:sz w:val="22"/>
                <w:lang w:eastAsia="ro-RO"/>
              </w:rPr>
              <w:t xml:space="preserve">, </w:t>
            </w:r>
            <w:proofErr w:type="spellStart"/>
            <w:r w:rsidRPr="00A84BC5">
              <w:rPr>
                <w:rFonts w:cs="Times New Roman"/>
                <w:sz w:val="22"/>
                <w:lang w:eastAsia="ro-RO"/>
              </w:rPr>
              <w:t>în</w:t>
            </w:r>
            <w:proofErr w:type="spellEnd"/>
            <w:r w:rsidRPr="00A84BC5">
              <w:rPr>
                <w:rFonts w:cs="Times New Roman"/>
                <w:sz w:val="22"/>
                <w:lang w:eastAsia="ro-RO"/>
              </w:rPr>
              <w:t xml:space="preserve"> </w:t>
            </w:r>
            <w:proofErr w:type="spellStart"/>
            <w:r w:rsidRPr="00A84BC5">
              <w:rPr>
                <w:rFonts w:cs="Times New Roman"/>
                <w:sz w:val="22"/>
                <w:lang w:eastAsia="ro-RO"/>
              </w:rPr>
              <w:t>scopul</w:t>
            </w:r>
            <w:proofErr w:type="spellEnd"/>
            <w:r w:rsidRPr="00A84BC5">
              <w:rPr>
                <w:rFonts w:cs="Times New Roman"/>
                <w:sz w:val="22"/>
                <w:lang w:eastAsia="ro-RO"/>
              </w:rPr>
              <w:t xml:space="preserve"> </w:t>
            </w:r>
            <w:proofErr w:type="spellStart"/>
            <w:r w:rsidRPr="00A84BC5">
              <w:rPr>
                <w:rFonts w:cs="Times New Roman"/>
                <w:sz w:val="22"/>
                <w:lang w:eastAsia="ro-RO"/>
              </w:rPr>
              <w:t>verificării</w:t>
            </w:r>
            <w:proofErr w:type="spellEnd"/>
            <w:r w:rsidRPr="00A84BC5">
              <w:rPr>
                <w:rFonts w:cs="Times New Roman"/>
                <w:sz w:val="22"/>
                <w:lang w:eastAsia="ro-RO"/>
              </w:rPr>
              <w:t xml:space="preserve"> </w:t>
            </w:r>
            <w:proofErr w:type="spellStart"/>
            <w:r w:rsidRPr="00A84BC5">
              <w:rPr>
                <w:rFonts w:cs="Times New Roman"/>
                <w:sz w:val="22"/>
                <w:lang w:eastAsia="ro-RO"/>
              </w:rPr>
              <w:t>şi</w:t>
            </w:r>
            <w:proofErr w:type="spellEnd"/>
            <w:r w:rsidRPr="00A84BC5">
              <w:rPr>
                <w:rFonts w:cs="Times New Roman"/>
                <w:sz w:val="22"/>
                <w:lang w:eastAsia="ro-RO"/>
              </w:rPr>
              <w:t xml:space="preserve"> </w:t>
            </w:r>
            <w:proofErr w:type="spellStart"/>
            <w:r w:rsidRPr="00A84BC5">
              <w:rPr>
                <w:rFonts w:cs="Times New Roman"/>
                <w:sz w:val="22"/>
                <w:lang w:eastAsia="ro-RO"/>
              </w:rPr>
              <w:t>confirmării</w:t>
            </w:r>
            <w:proofErr w:type="spellEnd"/>
            <w:r w:rsidRPr="00A84BC5">
              <w:rPr>
                <w:rFonts w:cs="Times New Roman"/>
                <w:sz w:val="22"/>
                <w:lang w:eastAsia="ro-RO"/>
              </w:rPr>
              <w:t xml:space="preserve"> </w:t>
            </w:r>
            <w:proofErr w:type="spellStart"/>
            <w:r w:rsidRPr="00A84BC5">
              <w:rPr>
                <w:rFonts w:cs="Times New Roman"/>
                <w:sz w:val="22"/>
                <w:lang w:eastAsia="ro-RO"/>
              </w:rPr>
              <w:t>declaraţiei</w:t>
            </w:r>
            <w:proofErr w:type="spellEnd"/>
            <w:r w:rsidRPr="00A84BC5">
              <w:rPr>
                <w:rFonts w:cs="Times New Roman"/>
                <w:sz w:val="22"/>
                <w:lang w:eastAsia="ro-RO"/>
              </w:rPr>
              <w:t xml:space="preserve">, </w:t>
            </w:r>
            <w:proofErr w:type="spellStart"/>
            <w:r w:rsidRPr="00A84BC5">
              <w:rPr>
                <w:rFonts w:cs="Times New Roman"/>
                <w:sz w:val="22"/>
                <w:lang w:eastAsia="ro-RO"/>
              </w:rPr>
              <w:t>să</w:t>
            </w:r>
            <w:proofErr w:type="spellEnd"/>
            <w:r w:rsidRPr="00A84BC5">
              <w:rPr>
                <w:rFonts w:cs="Times New Roman"/>
                <w:sz w:val="22"/>
                <w:lang w:eastAsia="ro-RO"/>
              </w:rPr>
              <w:t xml:space="preserve"> </w:t>
            </w:r>
            <w:proofErr w:type="spellStart"/>
            <w:r w:rsidRPr="00A84BC5">
              <w:rPr>
                <w:rFonts w:cs="Times New Roman"/>
                <w:sz w:val="22"/>
                <w:lang w:eastAsia="ro-RO"/>
              </w:rPr>
              <w:t>prezint</w:t>
            </w:r>
            <w:proofErr w:type="spellEnd"/>
            <w:r w:rsidRPr="00A84BC5">
              <w:rPr>
                <w:rFonts w:cs="Times New Roman"/>
                <w:sz w:val="22"/>
                <w:lang w:eastAsia="ro-RO"/>
              </w:rPr>
              <w:t xml:space="preserve"> </w:t>
            </w:r>
            <w:proofErr w:type="spellStart"/>
            <w:r w:rsidRPr="00A84BC5">
              <w:rPr>
                <w:rFonts w:cs="Times New Roman"/>
                <w:sz w:val="22"/>
                <w:lang w:eastAsia="ro-RO"/>
              </w:rPr>
              <w:t>orice</w:t>
            </w:r>
            <w:proofErr w:type="spellEnd"/>
            <w:r w:rsidRPr="00A84BC5">
              <w:rPr>
                <w:rFonts w:cs="Times New Roman"/>
                <w:sz w:val="22"/>
                <w:lang w:eastAsia="ro-RO"/>
              </w:rPr>
              <w:t xml:space="preserve"> document </w:t>
            </w:r>
            <w:proofErr w:type="spellStart"/>
            <w:r w:rsidRPr="00A84BC5">
              <w:rPr>
                <w:rFonts w:cs="Times New Roman"/>
                <w:sz w:val="22"/>
                <w:lang w:eastAsia="ro-RO"/>
              </w:rPr>
              <w:t>doveditor</w:t>
            </w:r>
            <w:proofErr w:type="spellEnd"/>
            <w:r w:rsidRPr="00A84BC5">
              <w:rPr>
                <w:rFonts w:cs="Times New Roman"/>
                <w:sz w:val="22"/>
                <w:lang w:eastAsia="ro-RO"/>
              </w:rPr>
              <w:t xml:space="preserve"> de care </w:t>
            </w:r>
            <w:proofErr w:type="spellStart"/>
            <w:r w:rsidRPr="00A84BC5">
              <w:rPr>
                <w:rFonts w:cs="Times New Roman"/>
                <w:sz w:val="22"/>
                <w:lang w:eastAsia="ro-RO"/>
              </w:rPr>
              <w:t>dispun</w:t>
            </w:r>
            <w:proofErr w:type="spellEnd"/>
            <w:r w:rsidRPr="00A84BC5">
              <w:rPr>
                <w:rFonts w:cs="Times New Roman"/>
                <w:sz w:val="22"/>
                <w:lang w:eastAsia="ro-RO"/>
              </w:rPr>
              <w:t>.</w:t>
            </w:r>
          </w:p>
        </w:tc>
      </w:tr>
      <w:tr w:rsidR="00127E6A" w:rsidRPr="00A84BC5" w:rsidTr="00127E6A">
        <w:trPr>
          <w:cantSplit/>
          <w:trHeight w:val="56"/>
          <w:jc w:val="center"/>
        </w:trPr>
        <w:tc>
          <w:tcPr>
            <w:tcW w:w="0" w:type="auto"/>
            <w:tcMar>
              <w:top w:w="24" w:type="dxa"/>
              <w:left w:w="48" w:type="dxa"/>
              <w:bottom w:w="24" w:type="dxa"/>
              <w:right w:w="48" w:type="dxa"/>
            </w:tcMar>
            <w:vAlign w:val="center"/>
            <w:hideMark/>
          </w:tcPr>
          <w:p w:rsidR="00127E6A" w:rsidRPr="00A84BC5" w:rsidRDefault="00127E6A" w:rsidP="00531B9B">
            <w:pPr>
              <w:rPr>
                <w:rFonts w:cs="Times New Roman"/>
                <w:sz w:val="22"/>
                <w:lang w:eastAsia="ro-RO"/>
              </w:rPr>
            </w:pPr>
            <w:r w:rsidRPr="00A84BC5">
              <w:rPr>
                <w:rFonts w:cs="Times New Roman"/>
                <w:sz w:val="22"/>
                <w:lang w:eastAsia="ro-RO"/>
              </w:rPr>
              <w:t xml:space="preserve">  </w:t>
            </w:r>
          </w:p>
          <w:p w:rsidR="00127E6A" w:rsidRPr="00A84BC5" w:rsidRDefault="00127E6A" w:rsidP="00531B9B">
            <w:pPr>
              <w:rPr>
                <w:rFonts w:cs="Times New Roman"/>
                <w:sz w:val="22"/>
                <w:lang w:eastAsia="ro-RO"/>
              </w:rPr>
            </w:pPr>
            <w:r w:rsidRPr="00A84BC5">
              <w:rPr>
                <w:rFonts w:cs="Times New Roman"/>
                <w:sz w:val="22"/>
                <w:lang w:eastAsia="ro-RO"/>
              </w:rPr>
              <w:t xml:space="preserve">Data </w:t>
            </w:r>
            <w:proofErr w:type="spellStart"/>
            <w:r w:rsidRPr="00A84BC5">
              <w:rPr>
                <w:rFonts w:cs="Times New Roman"/>
                <w:sz w:val="22"/>
                <w:lang w:eastAsia="ro-RO"/>
              </w:rPr>
              <w:t>completării</w:t>
            </w:r>
            <w:proofErr w:type="spellEnd"/>
            <w:r w:rsidRPr="00A84BC5">
              <w:rPr>
                <w:rFonts w:cs="Times New Roman"/>
                <w:sz w:val="22"/>
                <w:lang w:eastAsia="ro-RO"/>
              </w:rPr>
              <w:t>_____________</w:t>
            </w:r>
          </w:p>
        </w:tc>
        <w:tc>
          <w:tcPr>
            <w:tcW w:w="0" w:type="auto"/>
            <w:tcMar>
              <w:top w:w="24" w:type="dxa"/>
              <w:left w:w="48" w:type="dxa"/>
              <w:bottom w:w="24" w:type="dxa"/>
              <w:right w:w="48" w:type="dxa"/>
            </w:tcMar>
            <w:vAlign w:val="center"/>
            <w:hideMark/>
          </w:tcPr>
          <w:p w:rsidR="00127E6A" w:rsidRPr="00A84BC5" w:rsidRDefault="00127E6A" w:rsidP="00531B9B">
            <w:pPr>
              <w:rPr>
                <w:rFonts w:cs="Times New Roman"/>
                <w:sz w:val="22"/>
                <w:lang w:eastAsia="ro-RO"/>
              </w:rPr>
            </w:pPr>
            <w:r w:rsidRPr="00A84BC5">
              <w:rPr>
                <w:rFonts w:cs="Times New Roman"/>
                <w:sz w:val="22"/>
                <w:lang w:eastAsia="ro-RO"/>
              </w:rPr>
              <w:t> </w:t>
            </w:r>
          </w:p>
          <w:p w:rsidR="00127E6A" w:rsidRPr="00A84BC5" w:rsidRDefault="00127E6A" w:rsidP="00531B9B">
            <w:pPr>
              <w:rPr>
                <w:rFonts w:cs="Times New Roman"/>
                <w:sz w:val="22"/>
                <w:lang w:eastAsia="ro-RO"/>
              </w:rPr>
            </w:pPr>
            <w:proofErr w:type="spellStart"/>
            <w:r w:rsidRPr="00A84BC5">
              <w:rPr>
                <w:rFonts w:cs="Times New Roman"/>
                <w:sz w:val="22"/>
                <w:lang w:eastAsia="ro-RO"/>
              </w:rPr>
              <w:t>Ofertant</w:t>
            </w:r>
            <w:proofErr w:type="spellEnd"/>
            <w:r w:rsidRPr="00A84BC5">
              <w:rPr>
                <w:rFonts w:cs="Times New Roman"/>
                <w:sz w:val="22"/>
                <w:lang w:eastAsia="ro-RO"/>
              </w:rPr>
              <w:t>/</w:t>
            </w:r>
            <w:proofErr w:type="spellStart"/>
            <w:r w:rsidRPr="00A84BC5">
              <w:rPr>
                <w:rFonts w:cs="Times New Roman"/>
                <w:sz w:val="22"/>
                <w:lang w:eastAsia="ro-RO"/>
              </w:rPr>
              <w:t>candidat</w:t>
            </w:r>
            <w:proofErr w:type="spellEnd"/>
          </w:p>
          <w:p w:rsidR="00127E6A" w:rsidRPr="00A84BC5" w:rsidRDefault="00127E6A" w:rsidP="00531B9B">
            <w:pPr>
              <w:rPr>
                <w:rFonts w:cs="Times New Roman"/>
                <w:sz w:val="22"/>
                <w:lang w:eastAsia="ro-RO"/>
              </w:rPr>
            </w:pPr>
            <w:r w:rsidRPr="00A84BC5">
              <w:rPr>
                <w:rFonts w:cs="Times New Roman"/>
                <w:sz w:val="22"/>
                <w:lang w:eastAsia="ro-RO"/>
              </w:rPr>
              <w:t>___________________</w:t>
            </w:r>
          </w:p>
          <w:p w:rsidR="00127E6A" w:rsidRPr="00A84BC5" w:rsidRDefault="00127E6A" w:rsidP="00531B9B">
            <w:pPr>
              <w:rPr>
                <w:rFonts w:cs="Times New Roman"/>
                <w:sz w:val="22"/>
                <w:lang w:eastAsia="ro-RO"/>
              </w:rPr>
            </w:pPr>
            <w:r w:rsidRPr="00A84BC5">
              <w:rPr>
                <w:rFonts w:cs="Times New Roman"/>
                <w:sz w:val="22"/>
                <w:lang w:eastAsia="ro-RO"/>
              </w:rPr>
              <w:t xml:space="preserve">           (</w:t>
            </w:r>
            <w:proofErr w:type="spellStart"/>
            <w:r w:rsidRPr="00A84BC5">
              <w:rPr>
                <w:rFonts w:cs="Times New Roman"/>
                <w:sz w:val="22"/>
                <w:lang w:eastAsia="ro-RO"/>
              </w:rPr>
              <w:t>semnătura</w:t>
            </w:r>
            <w:proofErr w:type="spellEnd"/>
            <w:r w:rsidRPr="00A84BC5">
              <w:rPr>
                <w:rFonts w:cs="Times New Roman"/>
                <w:sz w:val="22"/>
                <w:lang w:eastAsia="ro-RO"/>
              </w:rPr>
              <w:t xml:space="preserve"> </w:t>
            </w:r>
            <w:proofErr w:type="spellStart"/>
            <w:r w:rsidRPr="00A84BC5">
              <w:rPr>
                <w:rFonts w:cs="Times New Roman"/>
                <w:sz w:val="22"/>
                <w:lang w:eastAsia="ro-RO"/>
              </w:rPr>
              <w:t>autorizată</w:t>
            </w:r>
            <w:proofErr w:type="spellEnd"/>
            <w:r w:rsidRPr="00A84BC5">
              <w:rPr>
                <w:rFonts w:cs="Times New Roman"/>
                <w:sz w:val="22"/>
                <w:lang w:eastAsia="ro-RO"/>
              </w:rPr>
              <w:t>)</w:t>
            </w:r>
          </w:p>
        </w:tc>
      </w:tr>
    </w:tbl>
    <w:p w:rsidR="00127E6A" w:rsidRPr="00A84BC5" w:rsidRDefault="00127E6A" w:rsidP="00531B9B">
      <w:pPr>
        <w:rPr>
          <w:rFonts w:cs="Times New Roman"/>
          <w:sz w:val="22"/>
        </w:rPr>
      </w:pPr>
    </w:p>
    <w:p w:rsidR="00127E6A" w:rsidRPr="00A84BC5" w:rsidRDefault="00127E6A" w:rsidP="00531B9B">
      <w:pPr>
        <w:rPr>
          <w:rFonts w:cs="Times New Roman"/>
          <w:sz w:val="22"/>
        </w:rPr>
      </w:pPr>
    </w:p>
    <w:p w:rsidR="00924ED0" w:rsidRPr="00A84BC5" w:rsidRDefault="00924ED0" w:rsidP="00B8159E">
      <w:pPr>
        <w:jc w:val="right"/>
        <w:rPr>
          <w:rFonts w:cs="Times New Roman"/>
          <w:sz w:val="22"/>
          <w:lang w:val="it-IT"/>
        </w:rPr>
      </w:pPr>
    </w:p>
    <w:p w:rsidR="00924ED0" w:rsidRPr="00A84BC5" w:rsidRDefault="00924ED0" w:rsidP="00B8159E">
      <w:pPr>
        <w:jc w:val="right"/>
        <w:rPr>
          <w:rFonts w:cs="Times New Roman"/>
          <w:sz w:val="22"/>
          <w:lang w:val="it-IT"/>
        </w:rPr>
      </w:pPr>
    </w:p>
    <w:p w:rsidR="00924ED0" w:rsidRPr="00A84BC5" w:rsidRDefault="00924ED0" w:rsidP="00B8159E">
      <w:pPr>
        <w:jc w:val="right"/>
        <w:rPr>
          <w:rFonts w:cs="Times New Roman"/>
          <w:sz w:val="22"/>
          <w:lang w:val="it-IT"/>
        </w:rPr>
      </w:pPr>
    </w:p>
    <w:p w:rsidR="00924ED0" w:rsidRPr="00A84BC5" w:rsidRDefault="00924ED0" w:rsidP="00B8159E">
      <w:pPr>
        <w:jc w:val="right"/>
        <w:rPr>
          <w:rFonts w:cs="Times New Roman"/>
          <w:sz w:val="22"/>
          <w:lang w:val="it-IT"/>
        </w:rPr>
      </w:pPr>
    </w:p>
    <w:p w:rsidR="00924ED0" w:rsidRPr="00A84BC5" w:rsidRDefault="00924ED0" w:rsidP="00B8159E">
      <w:pPr>
        <w:jc w:val="right"/>
        <w:rPr>
          <w:rFonts w:cs="Times New Roman"/>
          <w:sz w:val="22"/>
          <w:lang w:val="it-IT"/>
        </w:rPr>
      </w:pPr>
    </w:p>
    <w:p w:rsidR="00AE720F" w:rsidRPr="00A84BC5" w:rsidRDefault="00AE720F" w:rsidP="00B8159E">
      <w:pPr>
        <w:jc w:val="right"/>
        <w:rPr>
          <w:rFonts w:cs="Times New Roman"/>
          <w:sz w:val="22"/>
          <w:lang w:val="it-IT"/>
        </w:rPr>
      </w:pPr>
    </w:p>
    <w:p w:rsidR="00AE720F" w:rsidRPr="00A84BC5" w:rsidRDefault="00AE720F" w:rsidP="00B8159E">
      <w:pPr>
        <w:jc w:val="right"/>
        <w:rPr>
          <w:rFonts w:cs="Times New Roman"/>
          <w:sz w:val="22"/>
          <w:lang w:val="it-IT"/>
        </w:rPr>
      </w:pPr>
    </w:p>
    <w:p w:rsidR="00AE720F" w:rsidRPr="00A84BC5" w:rsidRDefault="00AE720F" w:rsidP="00B8159E">
      <w:pPr>
        <w:jc w:val="right"/>
        <w:rPr>
          <w:rFonts w:cs="Times New Roman"/>
          <w:sz w:val="22"/>
          <w:lang w:val="it-IT"/>
        </w:rPr>
      </w:pPr>
    </w:p>
    <w:p w:rsidR="00AE720F" w:rsidRPr="00A84BC5" w:rsidRDefault="00AE720F" w:rsidP="00B8159E">
      <w:pPr>
        <w:jc w:val="right"/>
        <w:rPr>
          <w:rFonts w:cs="Times New Roman"/>
          <w:sz w:val="22"/>
          <w:lang w:val="it-IT"/>
        </w:rPr>
      </w:pPr>
    </w:p>
    <w:p w:rsidR="00AE720F" w:rsidRPr="00A84BC5" w:rsidRDefault="00AE720F" w:rsidP="00B8159E">
      <w:pPr>
        <w:jc w:val="right"/>
        <w:rPr>
          <w:rFonts w:cs="Times New Roman"/>
          <w:sz w:val="22"/>
          <w:lang w:val="it-IT"/>
        </w:rPr>
      </w:pPr>
    </w:p>
    <w:p w:rsidR="00AE720F" w:rsidRPr="00A84BC5" w:rsidRDefault="00AE720F" w:rsidP="00B8159E">
      <w:pPr>
        <w:jc w:val="right"/>
        <w:rPr>
          <w:rFonts w:cs="Times New Roman"/>
          <w:sz w:val="22"/>
          <w:lang w:val="it-IT"/>
        </w:rPr>
      </w:pPr>
    </w:p>
    <w:p w:rsidR="00AE720F" w:rsidRPr="00A84BC5" w:rsidRDefault="00AE720F" w:rsidP="00B8159E">
      <w:pPr>
        <w:jc w:val="right"/>
        <w:rPr>
          <w:rFonts w:cs="Times New Roman"/>
          <w:sz w:val="22"/>
          <w:lang w:val="it-IT"/>
        </w:rPr>
      </w:pPr>
    </w:p>
    <w:p w:rsidR="00AE720F" w:rsidRPr="00A84BC5" w:rsidRDefault="00AE720F" w:rsidP="00B8159E">
      <w:pPr>
        <w:jc w:val="right"/>
        <w:rPr>
          <w:rFonts w:cs="Times New Roman"/>
          <w:sz w:val="22"/>
          <w:lang w:val="it-IT"/>
        </w:rPr>
      </w:pPr>
    </w:p>
    <w:p w:rsidR="00AE720F" w:rsidRPr="00A84BC5" w:rsidRDefault="00AE720F" w:rsidP="00B8159E">
      <w:pPr>
        <w:jc w:val="right"/>
        <w:rPr>
          <w:rFonts w:cs="Times New Roman"/>
          <w:sz w:val="22"/>
          <w:lang w:val="it-IT"/>
        </w:rPr>
      </w:pPr>
    </w:p>
    <w:p w:rsidR="00AE720F" w:rsidRPr="00A84BC5" w:rsidRDefault="00AE720F" w:rsidP="00B8159E">
      <w:pPr>
        <w:jc w:val="right"/>
        <w:rPr>
          <w:rFonts w:cs="Times New Roman"/>
          <w:sz w:val="22"/>
          <w:lang w:val="it-IT"/>
        </w:rPr>
      </w:pPr>
    </w:p>
    <w:p w:rsidR="00AE720F" w:rsidRPr="00A84BC5" w:rsidRDefault="00AE720F" w:rsidP="00B8159E">
      <w:pPr>
        <w:jc w:val="right"/>
        <w:rPr>
          <w:rFonts w:cs="Times New Roman"/>
          <w:sz w:val="22"/>
          <w:lang w:val="it-IT"/>
        </w:rPr>
      </w:pPr>
    </w:p>
    <w:p w:rsidR="00AE720F" w:rsidRPr="00A84BC5" w:rsidRDefault="00AE720F" w:rsidP="00B8159E">
      <w:pPr>
        <w:jc w:val="right"/>
        <w:rPr>
          <w:rFonts w:cs="Times New Roman"/>
          <w:sz w:val="22"/>
          <w:lang w:val="it-IT"/>
        </w:rPr>
      </w:pPr>
    </w:p>
    <w:p w:rsidR="00AE720F" w:rsidRPr="00A84BC5" w:rsidRDefault="00AE720F" w:rsidP="00B8159E">
      <w:pPr>
        <w:jc w:val="right"/>
        <w:rPr>
          <w:rFonts w:cs="Times New Roman"/>
          <w:sz w:val="22"/>
          <w:lang w:val="it-IT"/>
        </w:rPr>
      </w:pPr>
    </w:p>
    <w:p w:rsidR="00AE720F" w:rsidRPr="00A84BC5" w:rsidRDefault="00AE720F" w:rsidP="00B8159E">
      <w:pPr>
        <w:jc w:val="right"/>
        <w:rPr>
          <w:rFonts w:cs="Times New Roman"/>
          <w:sz w:val="22"/>
          <w:lang w:val="it-IT"/>
        </w:rPr>
      </w:pPr>
    </w:p>
    <w:p w:rsidR="00AE720F" w:rsidRPr="00A84BC5" w:rsidRDefault="00AE720F" w:rsidP="00B8159E">
      <w:pPr>
        <w:jc w:val="right"/>
        <w:rPr>
          <w:rFonts w:cs="Times New Roman"/>
          <w:sz w:val="22"/>
          <w:lang w:val="it-IT"/>
        </w:rPr>
      </w:pPr>
    </w:p>
    <w:p w:rsidR="00AE720F" w:rsidRPr="00A84BC5" w:rsidRDefault="00AE720F" w:rsidP="00B8159E">
      <w:pPr>
        <w:jc w:val="right"/>
        <w:rPr>
          <w:rFonts w:cs="Times New Roman"/>
          <w:sz w:val="22"/>
          <w:lang w:val="it-IT"/>
        </w:rPr>
      </w:pPr>
    </w:p>
    <w:p w:rsidR="00AE720F" w:rsidRPr="00A84BC5" w:rsidRDefault="00AE720F" w:rsidP="00B8159E">
      <w:pPr>
        <w:jc w:val="right"/>
        <w:rPr>
          <w:rFonts w:cs="Times New Roman"/>
          <w:sz w:val="22"/>
          <w:lang w:val="it-IT"/>
        </w:rPr>
      </w:pPr>
    </w:p>
    <w:p w:rsidR="00AE720F" w:rsidRPr="00A84BC5" w:rsidRDefault="00AE720F" w:rsidP="00B8159E">
      <w:pPr>
        <w:jc w:val="right"/>
        <w:rPr>
          <w:rFonts w:cs="Times New Roman"/>
          <w:sz w:val="22"/>
          <w:lang w:val="it-IT"/>
        </w:rPr>
      </w:pPr>
    </w:p>
    <w:p w:rsidR="00924ED0" w:rsidRPr="00A84BC5" w:rsidRDefault="00924ED0" w:rsidP="00B8159E">
      <w:pPr>
        <w:jc w:val="right"/>
        <w:rPr>
          <w:rFonts w:cs="Times New Roman"/>
          <w:sz w:val="22"/>
          <w:lang w:val="it-IT"/>
        </w:rPr>
      </w:pPr>
    </w:p>
    <w:p w:rsidR="00AE720F" w:rsidRPr="00A84BC5" w:rsidRDefault="00AE720F" w:rsidP="00B8159E">
      <w:pPr>
        <w:jc w:val="right"/>
        <w:rPr>
          <w:rFonts w:cs="Times New Roman"/>
          <w:sz w:val="22"/>
          <w:lang w:val="it-IT"/>
        </w:rPr>
      </w:pPr>
    </w:p>
    <w:p w:rsidR="00AE720F" w:rsidRPr="00A84BC5" w:rsidRDefault="00AE720F" w:rsidP="00B8159E">
      <w:pPr>
        <w:jc w:val="right"/>
        <w:rPr>
          <w:rFonts w:cs="Times New Roman"/>
          <w:sz w:val="22"/>
          <w:lang w:val="it-IT"/>
        </w:rPr>
      </w:pPr>
    </w:p>
    <w:p w:rsidR="00AE720F" w:rsidRPr="00A84BC5" w:rsidRDefault="00AE720F" w:rsidP="00B8159E">
      <w:pPr>
        <w:jc w:val="right"/>
        <w:rPr>
          <w:rFonts w:cs="Times New Roman"/>
          <w:sz w:val="22"/>
          <w:lang w:val="it-IT"/>
        </w:rPr>
      </w:pPr>
    </w:p>
    <w:p w:rsidR="00AE720F" w:rsidRPr="00A84BC5" w:rsidRDefault="00AE720F" w:rsidP="00B8159E">
      <w:pPr>
        <w:jc w:val="right"/>
        <w:rPr>
          <w:rFonts w:cs="Times New Roman"/>
          <w:sz w:val="22"/>
          <w:lang w:val="it-IT"/>
        </w:rPr>
      </w:pPr>
    </w:p>
    <w:p w:rsidR="00AE720F" w:rsidRPr="00A84BC5" w:rsidRDefault="00AE720F" w:rsidP="00B8159E">
      <w:pPr>
        <w:jc w:val="right"/>
        <w:rPr>
          <w:rFonts w:cs="Times New Roman"/>
          <w:sz w:val="22"/>
          <w:lang w:val="it-IT"/>
        </w:rPr>
      </w:pPr>
    </w:p>
    <w:p w:rsidR="00AE720F" w:rsidRPr="00A84BC5" w:rsidRDefault="00AE720F" w:rsidP="00B8159E">
      <w:pPr>
        <w:jc w:val="right"/>
        <w:rPr>
          <w:rFonts w:cs="Times New Roman"/>
          <w:sz w:val="22"/>
          <w:lang w:val="it-IT"/>
        </w:rPr>
      </w:pPr>
    </w:p>
    <w:p w:rsidR="00AE720F" w:rsidRPr="00A84BC5" w:rsidRDefault="00AE720F" w:rsidP="00B8159E">
      <w:pPr>
        <w:jc w:val="right"/>
        <w:rPr>
          <w:rFonts w:cs="Times New Roman"/>
          <w:sz w:val="22"/>
          <w:lang w:val="it-IT"/>
        </w:rPr>
      </w:pPr>
    </w:p>
    <w:p w:rsidR="00AE720F" w:rsidRPr="00A84BC5" w:rsidRDefault="00AE720F" w:rsidP="00B8159E">
      <w:pPr>
        <w:jc w:val="right"/>
        <w:rPr>
          <w:rFonts w:cs="Times New Roman"/>
          <w:sz w:val="22"/>
          <w:lang w:val="it-IT"/>
        </w:rPr>
      </w:pPr>
    </w:p>
    <w:p w:rsidR="00B8159E" w:rsidRPr="00A84BC5" w:rsidRDefault="00B8159E" w:rsidP="00B8159E">
      <w:pPr>
        <w:jc w:val="right"/>
        <w:rPr>
          <w:rFonts w:cs="Times New Roman"/>
          <w:sz w:val="22"/>
          <w:lang w:val="it-IT"/>
        </w:rPr>
      </w:pPr>
      <w:r w:rsidRPr="00A84BC5">
        <w:rPr>
          <w:rFonts w:cs="Times New Roman"/>
          <w:sz w:val="22"/>
          <w:lang w:val="it-IT"/>
        </w:rPr>
        <w:t xml:space="preserve">Anexa nr. </w:t>
      </w:r>
      <w:r w:rsidR="003A0D7A" w:rsidRPr="00A84BC5">
        <w:rPr>
          <w:rFonts w:cs="Times New Roman"/>
          <w:sz w:val="22"/>
          <w:lang w:val="it-IT"/>
        </w:rPr>
        <w:t>6</w:t>
      </w:r>
    </w:p>
    <w:p w:rsidR="00B8159E" w:rsidRPr="00A84BC5" w:rsidRDefault="00B8159E" w:rsidP="00B8159E">
      <w:pPr>
        <w:jc w:val="right"/>
        <w:rPr>
          <w:rFonts w:cs="Times New Roman"/>
          <w:sz w:val="22"/>
          <w:lang w:val="it-IT"/>
        </w:rPr>
      </w:pPr>
      <w:r w:rsidRPr="00A84BC5">
        <w:rPr>
          <w:rFonts w:cs="Times New Roman"/>
          <w:sz w:val="22"/>
          <w:lang w:val="it-IT"/>
        </w:rPr>
        <w:t>la Documentația standard nr._____</w:t>
      </w:r>
    </w:p>
    <w:p w:rsidR="00B8159E" w:rsidRPr="00A84BC5" w:rsidRDefault="00B8159E" w:rsidP="00B8159E">
      <w:pPr>
        <w:jc w:val="right"/>
        <w:rPr>
          <w:rFonts w:cs="Times New Roman"/>
          <w:sz w:val="22"/>
          <w:lang w:val="it-IT"/>
        </w:rPr>
      </w:pPr>
      <w:r w:rsidRPr="00A84BC5">
        <w:rPr>
          <w:rFonts w:cs="Times New Roman"/>
          <w:sz w:val="22"/>
          <w:lang w:val="it-IT"/>
        </w:rPr>
        <w:t>din “____” ________ 20___</w:t>
      </w:r>
    </w:p>
    <w:p w:rsidR="00B8159E" w:rsidRPr="00A84BC5" w:rsidRDefault="00B8159E" w:rsidP="00B8159E">
      <w:pPr>
        <w:pStyle w:val="Corptext"/>
        <w:tabs>
          <w:tab w:val="left" w:pos="567"/>
        </w:tabs>
        <w:spacing w:after="0"/>
        <w:rPr>
          <w:rFonts w:cs="Times New Roman"/>
          <w:sz w:val="22"/>
        </w:rPr>
      </w:pPr>
    </w:p>
    <w:p w:rsidR="00B8159E" w:rsidRPr="00A84BC5" w:rsidRDefault="00B8159E" w:rsidP="00B8159E">
      <w:pPr>
        <w:pStyle w:val="Titlu2"/>
        <w:tabs>
          <w:tab w:val="left" w:pos="567"/>
        </w:tabs>
        <w:spacing w:before="0"/>
        <w:jc w:val="center"/>
        <w:rPr>
          <w:rFonts w:ascii="Times New Roman" w:hAnsi="Times New Roman" w:cs="Times New Roman"/>
          <w:color w:val="auto"/>
          <w:sz w:val="22"/>
          <w:szCs w:val="22"/>
        </w:rPr>
      </w:pPr>
      <w:bookmarkStart w:id="0" w:name="_Hlk77771056"/>
      <w:r w:rsidRPr="00A84BC5">
        <w:rPr>
          <w:rFonts w:ascii="Times New Roman" w:eastAsia="Times New Roman" w:hAnsi="Times New Roman" w:cs="Times New Roman"/>
          <w:color w:val="auto"/>
          <w:sz w:val="22"/>
          <w:szCs w:val="22"/>
        </w:rPr>
        <w:t>DECLARAŢIE</w:t>
      </w:r>
    </w:p>
    <w:p w:rsidR="00B8159E" w:rsidRPr="00A84BC5" w:rsidRDefault="00B8159E" w:rsidP="00B8159E">
      <w:pPr>
        <w:pStyle w:val="Corptext"/>
        <w:tabs>
          <w:tab w:val="left" w:pos="567"/>
        </w:tabs>
        <w:spacing w:after="0"/>
        <w:jc w:val="center"/>
        <w:rPr>
          <w:rFonts w:cs="Times New Roman"/>
          <w:b/>
          <w:sz w:val="22"/>
        </w:rPr>
      </w:pPr>
      <w:proofErr w:type="spellStart"/>
      <w:r w:rsidRPr="00A84BC5">
        <w:rPr>
          <w:rFonts w:cs="Times New Roman"/>
          <w:b/>
          <w:sz w:val="22"/>
        </w:rPr>
        <w:t>privind</w:t>
      </w:r>
      <w:proofErr w:type="spellEnd"/>
      <w:r w:rsidRPr="00A84BC5">
        <w:rPr>
          <w:rFonts w:cs="Times New Roman"/>
          <w:b/>
          <w:sz w:val="22"/>
        </w:rPr>
        <w:t xml:space="preserve"> </w:t>
      </w:r>
      <w:proofErr w:type="spellStart"/>
      <w:r w:rsidRPr="00A84BC5">
        <w:rPr>
          <w:rFonts w:cs="Times New Roman"/>
          <w:b/>
          <w:sz w:val="22"/>
        </w:rPr>
        <w:t>valabilitatea</w:t>
      </w:r>
      <w:proofErr w:type="spellEnd"/>
      <w:r w:rsidRPr="00A84BC5">
        <w:rPr>
          <w:rFonts w:cs="Times New Roman"/>
          <w:b/>
          <w:sz w:val="22"/>
        </w:rPr>
        <w:t xml:space="preserve"> </w:t>
      </w:r>
      <w:proofErr w:type="spellStart"/>
      <w:r w:rsidRPr="00A84BC5">
        <w:rPr>
          <w:rFonts w:cs="Times New Roman"/>
          <w:b/>
          <w:sz w:val="22"/>
        </w:rPr>
        <w:t>ofertei</w:t>
      </w:r>
      <w:bookmarkEnd w:id="0"/>
      <w:proofErr w:type="spellEnd"/>
    </w:p>
    <w:p w:rsidR="00B8159E" w:rsidRPr="00A84BC5" w:rsidRDefault="00B8159E" w:rsidP="00B8159E">
      <w:pPr>
        <w:pStyle w:val="Corptext"/>
        <w:tabs>
          <w:tab w:val="left" w:pos="-142"/>
        </w:tabs>
        <w:spacing w:after="0"/>
        <w:jc w:val="center"/>
        <w:rPr>
          <w:rFonts w:cs="Times New Roman"/>
          <w:sz w:val="22"/>
        </w:rPr>
      </w:pPr>
      <w:r w:rsidRPr="00A84BC5">
        <w:rPr>
          <w:rFonts w:cs="Times New Roman"/>
          <w:sz w:val="22"/>
        </w:rPr>
        <w:t>Către____________________________________________________________________                              (</w:t>
      </w:r>
      <w:proofErr w:type="spellStart"/>
      <w:r w:rsidRPr="00A84BC5">
        <w:rPr>
          <w:rFonts w:cs="Times New Roman"/>
          <w:i/>
          <w:sz w:val="22"/>
        </w:rPr>
        <w:t>denumirea</w:t>
      </w:r>
      <w:proofErr w:type="spellEnd"/>
      <w:r w:rsidRPr="00A84BC5">
        <w:rPr>
          <w:rFonts w:cs="Times New Roman"/>
          <w:i/>
          <w:sz w:val="22"/>
        </w:rPr>
        <w:t xml:space="preserve"> </w:t>
      </w:r>
      <w:proofErr w:type="spellStart"/>
      <w:r w:rsidRPr="00A84BC5">
        <w:rPr>
          <w:rFonts w:cs="Times New Roman"/>
          <w:i/>
          <w:sz w:val="22"/>
        </w:rPr>
        <w:t>autorităţii</w:t>
      </w:r>
      <w:proofErr w:type="spellEnd"/>
      <w:r w:rsidRPr="00A84BC5">
        <w:rPr>
          <w:rFonts w:cs="Times New Roman"/>
          <w:i/>
          <w:sz w:val="22"/>
        </w:rPr>
        <w:t xml:space="preserve"> </w:t>
      </w:r>
      <w:proofErr w:type="spellStart"/>
      <w:r w:rsidRPr="00A84BC5">
        <w:rPr>
          <w:rFonts w:cs="Times New Roman"/>
          <w:i/>
          <w:sz w:val="22"/>
        </w:rPr>
        <w:t>contractante</w:t>
      </w:r>
      <w:proofErr w:type="spellEnd"/>
      <w:r w:rsidRPr="00A84BC5">
        <w:rPr>
          <w:rFonts w:cs="Times New Roman"/>
          <w:i/>
          <w:sz w:val="22"/>
        </w:rPr>
        <w:t xml:space="preserve"> </w:t>
      </w:r>
      <w:proofErr w:type="spellStart"/>
      <w:r w:rsidRPr="00A84BC5">
        <w:rPr>
          <w:rFonts w:cs="Times New Roman"/>
          <w:i/>
          <w:sz w:val="22"/>
        </w:rPr>
        <w:t>şi</w:t>
      </w:r>
      <w:proofErr w:type="spellEnd"/>
      <w:r w:rsidRPr="00A84BC5">
        <w:rPr>
          <w:rFonts w:cs="Times New Roman"/>
          <w:i/>
          <w:sz w:val="22"/>
        </w:rPr>
        <w:t xml:space="preserve"> </w:t>
      </w:r>
      <w:proofErr w:type="spellStart"/>
      <w:r w:rsidRPr="00A84BC5">
        <w:rPr>
          <w:rFonts w:cs="Times New Roman"/>
          <w:i/>
          <w:sz w:val="22"/>
        </w:rPr>
        <w:t>adresa</w:t>
      </w:r>
      <w:proofErr w:type="spellEnd"/>
      <w:r w:rsidRPr="00A84BC5">
        <w:rPr>
          <w:rFonts w:cs="Times New Roman"/>
          <w:i/>
          <w:sz w:val="22"/>
        </w:rPr>
        <w:t xml:space="preserve"> </w:t>
      </w:r>
      <w:proofErr w:type="spellStart"/>
      <w:r w:rsidRPr="00A84BC5">
        <w:rPr>
          <w:rFonts w:cs="Times New Roman"/>
          <w:i/>
          <w:sz w:val="22"/>
        </w:rPr>
        <w:t>completă</w:t>
      </w:r>
      <w:proofErr w:type="spellEnd"/>
      <w:r w:rsidRPr="00A84BC5">
        <w:rPr>
          <w:rFonts w:cs="Times New Roman"/>
          <w:sz w:val="22"/>
        </w:rPr>
        <w:t>)</w:t>
      </w:r>
    </w:p>
    <w:p w:rsidR="00B8159E" w:rsidRPr="00A84BC5" w:rsidRDefault="00B8159E" w:rsidP="00B8159E">
      <w:pPr>
        <w:pStyle w:val="Corptext"/>
        <w:tabs>
          <w:tab w:val="left" w:pos="567"/>
        </w:tabs>
        <w:spacing w:after="0"/>
        <w:jc w:val="both"/>
        <w:rPr>
          <w:rFonts w:cs="Times New Roman"/>
          <w:sz w:val="22"/>
        </w:rPr>
      </w:pPr>
    </w:p>
    <w:p w:rsidR="00B8159E" w:rsidRPr="00A84BC5" w:rsidRDefault="00B8159E" w:rsidP="00B8159E">
      <w:pPr>
        <w:pStyle w:val="Corptext"/>
        <w:tabs>
          <w:tab w:val="left" w:pos="567"/>
        </w:tabs>
        <w:spacing w:after="0"/>
        <w:jc w:val="both"/>
        <w:rPr>
          <w:rFonts w:cs="Times New Roman"/>
          <w:sz w:val="22"/>
        </w:rPr>
      </w:pPr>
    </w:p>
    <w:p w:rsidR="00B8159E" w:rsidRPr="00A84BC5" w:rsidRDefault="00B8159E" w:rsidP="00B8159E">
      <w:pPr>
        <w:pStyle w:val="Corptext"/>
        <w:tabs>
          <w:tab w:val="left" w:pos="567"/>
        </w:tabs>
        <w:spacing w:after="0"/>
        <w:jc w:val="both"/>
        <w:rPr>
          <w:rFonts w:cs="Times New Roman"/>
          <w:sz w:val="22"/>
        </w:rPr>
      </w:pPr>
      <w:proofErr w:type="spellStart"/>
      <w:r w:rsidRPr="00A84BC5">
        <w:rPr>
          <w:rFonts w:cs="Times New Roman"/>
          <w:b/>
          <w:sz w:val="22"/>
        </w:rPr>
        <w:t>Stimaţi</w:t>
      </w:r>
      <w:proofErr w:type="spellEnd"/>
      <w:r w:rsidRPr="00A84BC5">
        <w:rPr>
          <w:rFonts w:cs="Times New Roman"/>
          <w:b/>
          <w:sz w:val="22"/>
        </w:rPr>
        <w:t xml:space="preserve"> </w:t>
      </w:r>
      <w:proofErr w:type="spellStart"/>
      <w:r w:rsidRPr="00A84BC5">
        <w:rPr>
          <w:rFonts w:cs="Times New Roman"/>
          <w:b/>
          <w:sz w:val="22"/>
        </w:rPr>
        <w:t>domni</w:t>
      </w:r>
      <w:proofErr w:type="spellEnd"/>
      <w:r w:rsidRPr="00A84BC5">
        <w:rPr>
          <w:rFonts w:cs="Times New Roman"/>
          <w:sz w:val="22"/>
        </w:rPr>
        <w:t>,</w:t>
      </w:r>
    </w:p>
    <w:p w:rsidR="00B8159E" w:rsidRPr="00A84BC5" w:rsidRDefault="00B8159E" w:rsidP="00B8159E">
      <w:pPr>
        <w:pStyle w:val="Corptext"/>
        <w:tabs>
          <w:tab w:val="left" w:pos="567"/>
        </w:tabs>
        <w:spacing w:after="0"/>
        <w:rPr>
          <w:rFonts w:cs="Times New Roman"/>
          <w:sz w:val="22"/>
        </w:rPr>
      </w:pPr>
    </w:p>
    <w:p w:rsidR="00B8159E" w:rsidRPr="00A84BC5" w:rsidRDefault="00B8159E" w:rsidP="00B8159E">
      <w:pPr>
        <w:shd w:val="clear" w:color="auto" w:fill="FFFFFF" w:themeFill="background1"/>
        <w:rPr>
          <w:rFonts w:cs="Times New Roman"/>
          <w:b/>
          <w:sz w:val="22"/>
          <w:lang w:val="it-IT" w:eastAsia="ru-RU"/>
        </w:rPr>
      </w:pPr>
      <w:r w:rsidRPr="00A84BC5">
        <w:rPr>
          <w:rFonts w:cs="Times New Roman"/>
          <w:sz w:val="22"/>
        </w:rPr>
        <w:t>Ne angajăm să menținem oferta valabilă, privind achiziționarea Servicii de actualizare și securitate FortiGuard cu suportul producătorului pentru echipamentele de rețea Fortinet, pentru o durată de 60 (șaizeci) zile, respectiv până la data de ___________________ (ziua/luna/anul), și ea va rămâne obligatorie pentru noi și poate fi acceptată oricând înainte de expirarea perioadei de valabilitate.</w:t>
      </w:r>
    </w:p>
    <w:p w:rsidR="00B8159E" w:rsidRPr="00A84BC5" w:rsidRDefault="00B8159E" w:rsidP="00B8159E">
      <w:pPr>
        <w:autoSpaceDN w:val="0"/>
        <w:adjustRightInd w:val="0"/>
        <w:jc w:val="both"/>
        <w:rPr>
          <w:rFonts w:eastAsia="Calibri" w:cs="Times New Roman"/>
          <w:sz w:val="22"/>
        </w:rPr>
      </w:pPr>
      <w:proofErr w:type="spellStart"/>
      <w:r w:rsidRPr="00A84BC5">
        <w:rPr>
          <w:rFonts w:cs="Times New Roman"/>
          <w:sz w:val="22"/>
        </w:rPr>
        <w:t>pentru</w:t>
      </w:r>
      <w:proofErr w:type="spellEnd"/>
      <w:r w:rsidRPr="00A84BC5">
        <w:rPr>
          <w:rFonts w:cs="Times New Roman"/>
          <w:sz w:val="22"/>
        </w:rPr>
        <w:t xml:space="preserve"> o </w:t>
      </w:r>
      <w:proofErr w:type="spellStart"/>
      <w:r w:rsidRPr="00A84BC5">
        <w:rPr>
          <w:rFonts w:cs="Times New Roman"/>
          <w:sz w:val="22"/>
        </w:rPr>
        <w:t>durată</w:t>
      </w:r>
      <w:proofErr w:type="spellEnd"/>
      <w:r w:rsidRPr="00A84BC5">
        <w:rPr>
          <w:rFonts w:cs="Times New Roman"/>
          <w:sz w:val="22"/>
        </w:rPr>
        <w:t xml:space="preserve"> de _____________ </w:t>
      </w:r>
      <w:proofErr w:type="spellStart"/>
      <w:r w:rsidRPr="00A84BC5">
        <w:rPr>
          <w:rFonts w:cs="Times New Roman"/>
          <w:sz w:val="22"/>
        </w:rPr>
        <w:t>zile</w:t>
      </w:r>
      <w:proofErr w:type="spellEnd"/>
      <w:r w:rsidRPr="00A84BC5">
        <w:rPr>
          <w:rFonts w:cs="Times New Roman"/>
          <w:sz w:val="22"/>
        </w:rPr>
        <w:t>, (</w:t>
      </w:r>
      <w:proofErr w:type="spellStart"/>
      <w:r w:rsidRPr="00A84BC5">
        <w:rPr>
          <w:rFonts w:cs="Times New Roman"/>
          <w:sz w:val="22"/>
        </w:rPr>
        <w:t>durata</w:t>
      </w:r>
      <w:proofErr w:type="spellEnd"/>
      <w:r w:rsidRPr="00A84BC5">
        <w:rPr>
          <w:rFonts w:cs="Times New Roman"/>
          <w:sz w:val="22"/>
        </w:rPr>
        <w:t xml:space="preserve"> </w:t>
      </w:r>
      <w:proofErr w:type="spellStart"/>
      <w:r w:rsidRPr="00A84BC5">
        <w:rPr>
          <w:rFonts w:cs="Times New Roman"/>
          <w:sz w:val="22"/>
        </w:rPr>
        <w:t>în</w:t>
      </w:r>
      <w:proofErr w:type="spellEnd"/>
      <w:r w:rsidRPr="00A84BC5">
        <w:rPr>
          <w:rFonts w:cs="Times New Roman"/>
          <w:sz w:val="22"/>
        </w:rPr>
        <w:t xml:space="preserve"> </w:t>
      </w:r>
      <w:proofErr w:type="spellStart"/>
      <w:r w:rsidRPr="00A84BC5">
        <w:rPr>
          <w:rFonts w:cs="Times New Roman"/>
          <w:sz w:val="22"/>
        </w:rPr>
        <w:t>litere</w:t>
      </w:r>
      <w:proofErr w:type="spellEnd"/>
      <w:r w:rsidRPr="00A84BC5">
        <w:rPr>
          <w:rFonts w:cs="Times New Roman"/>
          <w:sz w:val="22"/>
        </w:rPr>
        <w:t xml:space="preserve"> </w:t>
      </w:r>
      <w:proofErr w:type="spellStart"/>
      <w:r w:rsidRPr="00A84BC5">
        <w:rPr>
          <w:rFonts w:cs="Times New Roman"/>
          <w:sz w:val="22"/>
        </w:rPr>
        <w:t>și</w:t>
      </w:r>
      <w:proofErr w:type="spellEnd"/>
      <w:r w:rsidRPr="00A84BC5">
        <w:rPr>
          <w:rFonts w:cs="Times New Roman"/>
          <w:sz w:val="22"/>
        </w:rPr>
        <w:t xml:space="preserve"> </w:t>
      </w:r>
      <w:proofErr w:type="spellStart"/>
      <w:r w:rsidRPr="00A84BC5">
        <w:rPr>
          <w:rFonts w:cs="Times New Roman"/>
          <w:sz w:val="22"/>
        </w:rPr>
        <w:t>cifre</w:t>
      </w:r>
      <w:proofErr w:type="spellEnd"/>
      <w:r w:rsidRPr="00A84BC5">
        <w:rPr>
          <w:rFonts w:cs="Times New Roman"/>
          <w:sz w:val="22"/>
        </w:rPr>
        <w:t xml:space="preserve">), </w:t>
      </w:r>
      <w:proofErr w:type="spellStart"/>
      <w:r w:rsidRPr="00A84BC5">
        <w:rPr>
          <w:rFonts w:cs="Times New Roman"/>
          <w:sz w:val="22"/>
        </w:rPr>
        <w:t>respectiv</w:t>
      </w:r>
      <w:proofErr w:type="spellEnd"/>
      <w:r w:rsidRPr="00A84BC5">
        <w:rPr>
          <w:rFonts w:cs="Times New Roman"/>
          <w:sz w:val="22"/>
        </w:rPr>
        <w:t xml:space="preserve"> </w:t>
      </w:r>
      <w:proofErr w:type="spellStart"/>
      <w:r w:rsidRPr="00A84BC5">
        <w:rPr>
          <w:rFonts w:cs="Times New Roman"/>
          <w:sz w:val="22"/>
        </w:rPr>
        <w:t>până</w:t>
      </w:r>
      <w:proofErr w:type="spellEnd"/>
      <w:r w:rsidRPr="00A84BC5">
        <w:rPr>
          <w:rFonts w:cs="Times New Roman"/>
          <w:sz w:val="22"/>
        </w:rPr>
        <w:t xml:space="preserve"> la data de ___________________ (</w:t>
      </w:r>
      <w:proofErr w:type="spellStart"/>
      <w:r w:rsidRPr="00A84BC5">
        <w:rPr>
          <w:rFonts w:cs="Times New Roman"/>
          <w:sz w:val="22"/>
        </w:rPr>
        <w:t>ziua</w:t>
      </w:r>
      <w:proofErr w:type="spellEnd"/>
      <w:r w:rsidRPr="00A84BC5">
        <w:rPr>
          <w:rFonts w:cs="Times New Roman"/>
          <w:sz w:val="22"/>
        </w:rPr>
        <w:t>/</w:t>
      </w:r>
      <w:proofErr w:type="spellStart"/>
      <w:r w:rsidRPr="00A84BC5">
        <w:rPr>
          <w:rFonts w:cs="Times New Roman"/>
          <w:sz w:val="22"/>
        </w:rPr>
        <w:t>luna</w:t>
      </w:r>
      <w:proofErr w:type="spellEnd"/>
      <w:r w:rsidRPr="00A84BC5">
        <w:rPr>
          <w:rFonts w:cs="Times New Roman"/>
          <w:sz w:val="22"/>
        </w:rPr>
        <w:t>/</w:t>
      </w:r>
      <w:proofErr w:type="spellStart"/>
      <w:r w:rsidRPr="00A84BC5">
        <w:rPr>
          <w:rFonts w:cs="Times New Roman"/>
          <w:sz w:val="22"/>
        </w:rPr>
        <w:t>anul</w:t>
      </w:r>
      <w:proofErr w:type="spellEnd"/>
      <w:r w:rsidRPr="00A84BC5">
        <w:rPr>
          <w:rFonts w:cs="Times New Roman"/>
          <w:sz w:val="22"/>
        </w:rPr>
        <w:t xml:space="preserve">), </w:t>
      </w:r>
      <w:proofErr w:type="spellStart"/>
      <w:r w:rsidRPr="00A84BC5">
        <w:rPr>
          <w:rFonts w:cs="Times New Roman"/>
          <w:sz w:val="22"/>
        </w:rPr>
        <w:t>și</w:t>
      </w:r>
      <w:proofErr w:type="spellEnd"/>
      <w:r w:rsidRPr="00A84BC5">
        <w:rPr>
          <w:rFonts w:cs="Times New Roman"/>
          <w:sz w:val="22"/>
        </w:rPr>
        <w:t xml:space="preserve"> </w:t>
      </w:r>
      <w:proofErr w:type="spellStart"/>
      <w:r w:rsidRPr="00A84BC5">
        <w:rPr>
          <w:rFonts w:cs="Times New Roman"/>
          <w:sz w:val="22"/>
        </w:rPr>
        <w:t>ea</w:t>
      </w:r>
      <w:proofErr w:type="spellEnd"/>
      <w:r w:rsidRPr="00A84BC5">
        <w:rPr>
          <w:rFonts w:cs="Times New Roman"/>
          <w:sz w:val="22"/>
        </w:rPr>
        <w:t xml:space="preserve"> </w:t>
      </w:r>
      <w:proofErr w:type="spellStart"/>
      <w:r w:rsidRPr="00A84BC5">
        <w:rPr>
          <w:rFonts w:cs="Times New Roman"/>
          <w:sz w:val="22"/>
        </w:rPr>
        <w:t>va</w:t>
      </w:r>
      <w:proofErr w:type="spellEnd"/>
      <w:r w:rsidRPr="00A84BC5">
        <w:rPr>
          <w:rFonts w:cs="Times New Roman"/>
          <w:sz w:val="22"/>
        </w:rPr>
        <w:t xml:space="preserve"> </w:t>
      </w:r>
      <w:proofErr w:type="spellStart"/>
      <w:r w:rsidRPr="00A84BC5">
        <w:rPr>
          <w:rFonts w:cs="Times New Roman"/>
          <w:sz w:val="22"/>
        </w:rPr>
        <w:t>rămâne</w:t>
      </w:r>
      <w:proofErr w:type="spellEnd"/>
      <w:r w:rsidRPr="00A84BC5">
        <w:rPr>
          <w:rFonts w:cs="Times New Roman"/>
          <w:sz w:val="22"/>
        </w:rPr>
        <w:t xml:space="preserve"> </w:t>
      </w:r>
      <w:proofErr w:type="spellStart"/>
      <w:r w:rsidRPr="00A84BC5">
        <w:rPr>
          <w:rFonts w:cs="Times New Roman"/>
          <w:sz w:val="22"/>
        </w:rPr>
        <w:t>obligatorie</w:t>
      </w:r>
      <w:proofErr w:type="spellEnd"/>
      <w:r w:rsidRPr="00A84BC5">
        <w:rPr>
          <w:rFonts w:cs="Times New Roman"/>
          <w:sz w:val="22"/>
        </w:rPr>
        <w:t xml:space="preserve"> </w:t>
      </w:r>
      <w:proofErr w:type="spellStart"/>
      <w:r w:rsidRPr="00A84BC5">
        <w:rPr>
          <w:rFonts w:cs="Times New Roman"/>
          <w:sz w:val="22"/>
        </w:rPr>
        <w:t>pentru</w:t>
      </w:r>
      <w:proofErr w:type="spellEnd"/>
      <w:r w:rsidRPr="00A84BC5">
        <w:rPr>
          <w:rFonts w:cs="Times New Roman"/>
          <w:sz w:val="22"/>
        </w:rPr>
        <w:t xml:space="preserve"> </w:t>
      </w:r>
      <w:proofErr w:type="spellStart"/>
      <w:r w:rsidRPr="00A84BC5">
        <w:rPr>
          <w:rFonts w:cs="Times New Roman"/>
          <w:sz w:val="22"/>
        </w:rPr>
        <w:t>noi</w:t>
      </w:r>
      <w:proofErr w:type="spellEnd"/>
      <w:r w:rsidRPr="00A84BC5">
        <w:rPr>
          <w:rFonts w:cs="Times New Roman"/>
          <w:sz w:val="22"/>
        </w:rPr>
        <w:t xml:space="preserve"> </w:t>
      </w:r>
      <w:proofErr w:type="spellStart"/>
      <w:r w:rsidRPr="00A84BC5">
        <w:rPr>
          <w:rFonts w:cs="Times New Roman"/>
          <w:sz w:val="22"/>
        </w:rPr>
        <w:t>și</w:t>
      </w:r>
      <w:proofErr w:type="spellEnd"/>
      <w:r w:rsidRPr="00A84BC5">
        <w:rPr>
          <w:rFonts w:cs="Times New Roman"/>
          <w:sz w:val="22"/>
        </w:rPr>
        <w:t xml:space="preserve"> </w:t>
      </w:r>
      <w:proofErr w:type="spellStart"/>
      <w:r w:rsidRPr="00A84BC5">
        <w:rPr>
          <w:rFonts w:cs="Times New Roman"/>
          <w:sz w:val="22"/>
        </w:rPr>
        <w:t>poate</w:t>
      </w:r>
      <w:proofErr w:type="spellEnd"/>
      <w:r w:rsidRPr="00A84BC5">
        <w:rPr>
          <w:rFonts w:cs="Times New Roman"/>
          <w:sz w:val="22"/>
        </w:rPr>
        <w:t xml:space="preserve"> fi </w:t>
      </w:r>
      <w:proofErr w:type="spellStart"/>
      <w:r w:rsidRPr="00A84BC5">
        <w:rPr>
          <w:rFonts w:cs="Times New Roman"/>
          <w:sz w:val="22"/>
        </w:rPr>
        <w:t>acceptată</w:t>
      </w:r>
      <w:proofErr w:type="spellEnd"/>
      <w:r w:rsidRPr="00A84BC5">
        <w:rPr>
          <w:rFonts w:cs="Times New Roman"/>
          <w:sz w:val="22"/>
        </w:rPr>
        <w:t xml:space="preserve"> </w:t>
      </w:r>
      <w:proofErr w:type="spellStart"/>
      <w:r w:rsidRPr="00A84BC5">
        <w:rPr>
          <w:rFonts w:cs="Times New Roman"/>
          <w:sz w:val="22"/>
        </w:rPr>
        <w:t>oricând</w:t>
      </w:r>
      <w:proofErr w:type="spellEnd"/>
      <w:r w:rsidRPr="00A84BC5">
        <w:rPr>
          <w:rFonts w:cs="Times New Roman"/>
          <w:sz w:val="22"/>
        </w:rPr>
        <w:t xml:space="preserve"> </w:t>
      </w:r>
      <w:proofErr w:type="spellStart"/>
      <w:r w:rsidRPr="00A84BC5">
        <w:rPr>
          <w:rFonts w:cs="Times New Roman"/>
          <w:sz w:val="22"/>
        </w:rPr>
        <w:t>înainte</w:t>
      </w:r>
      <w:proofErr w:type="spellEnd"/>
      <w:r w:rsidRPr="00A84BC5">
        <w:rPr>
          <w:rFonts w:cs="Times New Roman"/>
          <w:sz w:val="22"/>
        </w:rPr>
        <w:t xml:space="preserve"> de </w:t>
      </w:r>
      <w:proofErr w:type="spellStart"/>
      <w:r w:rsidRPr="00A84BC5">
        <w:rPr>
          <w:rFonts w:cs="Times New Roman"/>
          <w:sz w:val="22"/>
        </w:rPr>
        <w:t>expirarea</w:t>
      </w:r>
      <w:proofErr w:type="spellEnd"/>
      <w:r w:rsidRPr="00A84BC5">
        <w:rPr>
          <w:rFonts w:cs="Times New Roman"/>
          <w:sz w:val="22"/>
        </w:rPr>
        <w:t xml:space="preserve"> </w:t>
      </w:r>
      <w:proofErr w:type="spellStart"/>
      <w:r w:rsidRPr="00A84BC5">
        <w:rPr>
          <w:rFonts w:cs="Times New Roman"/>
          <w:sz w:val="22"/>
        </w:rPr>
        <w:t>perioadei</w:t>
      </w:r>
      <w:proofErr w:type="spellEnd"/>
      <w:r w:rsidRPr="00A84BC5">
        <w:rPr>
          <w:rFonts w:cs="Times New Roman"/>
          <w:sz w:val="22"/>
        </w:rPr>
        <w:t xml:space="preserve"> de </w:t>
      </w:r>
      <w:proofErr w:type="spellStart"/>
      <w:r w:rsidRPr="00A84BC5">
        <w:rPr>
          <w:rFonts w:cs="Times New Roman"/>
          <w:sz w:val="22"/>
        </w:rPr>
        <w:t>valabilitate</w:t>
      </w:r>
      <w:proofErr w:type="spellEnd"/>
      <w:r w:rsidRPr="00A84BC5">
        <w:rPr>
          <w:rFonts w:cs="Times New Roman"/>
          <w:sz w:val="22"/>
        </w:rPr>
        <w:t>.</w:t>
      </w:r>
    </w:p>
    <w:p w:rsidR="00B8159E" w:rsidRPr="00A84BC5" w:rsidRDefault="00B8159E" w:rsidP="00B8159E">
      <w:pPr>
        <w:pStyle w:val="Corptext"/>
        <w:tabs>
          <w:tab w:val="left" w:pos="567"/>
        </w:tabs>
        <w:spacing w:after="0"/>
        <w:rPr>
          <w:rFonts w:cs="Times New Roman"/>
          <w:sz w:val="22"/>
        </w:rPr>
      </w:pPr>
      <w:r w:rsidRPr="00A84BC5">
        <w:rPr>
          <w:rFonts w:cs="Times New Roman"/>
          <w:sz w:val="22"/>
        </w:rPr>
        <w:t xml:space="preserve">Data </w:t>
      </w:r>
      <w:proofErr w:type="spellStart"/>
      <w:r w:rsidRPr="00A84BC5">
        <w:rPr>
          <w:rFonts w:cs="Times New Roman"/>
          <w:sz w:val="22"/>
        </w:rPr>
        <w:t>completării</w:t>
      </w:r>
      <w:proofErr w:type="spellEnd"/>
      <w:r w:rsidRPr="00A84BC5">
        <w:rPr>
          <w:rFonts w:cs="Times New Roman"/>
          <w:sz w:val="22"/>
        </w:rPr>
        <w:t xml:space="preserve"> . . . . . . . . . </w:t>
      </w:r>
      <w:proofErr w:type="gramStart"/>
      <w:r w:rsidRPr="00A84BC5">
        <w:rPr>
          <w:rFonts w:cs="Times New Roman"/>
          <w:sz w:val="22"/>
        </w:rPr>
        <w:t>. . . .</w:t>
      </w:r>
      <w:proofErr w:type="gramEnd"/>
      <w:r w:rsidRPr="00A84BC5">
        <w:rPr>
          <w:rFonts w:cs="Times New Roman"/>
          <w:sz w:val="22"/>
        </w:rPr>
        <w:tab/>
        <w:t xml:space="preserve">Cu </w:t>
      </w:r>
      <w:proofErr w:type="spellStart"/>
      <w:r w:rsidRPr="00A84BC5">
        <w:rPr>
          <w:rFonts w:cs="Times New Roman"/>
          <w:sz w:val="22"/>
        </w:rPr>
        <w:t>stimă</w:t>
      </w:r>
      <w:proofErr w:type="spellEnd"/>
      <w:r w:rsidRPr="00A84BC5">
        <w:rPr>
          <w:rFonts w:cs="Times New Roman"/>
          <w:sz w:val="22"/>
        </w:rPr>
        <w:t>,</w:t>
      </w:r>
    </w:p>
    <w:p w:rsidR="00B8159E" w:rsidRPr="00A84BC5" w:rsidRDefault="00B8159E" w:rsidP="00B8159E">
      <w:pPr>
        <w:pStyle w:val="Corptext"/>
        <w:tabs>
          <w:tab w:val="left" w:pos="567"/>
        </w:tabs>
        <w:spacing w:after="0"/>
        <w:jc w:val="right"/>
        <w:rPr>
          <w:rFonts w:cs="Times New Roman"/>
          <w:sz w:val="22"/>
        </w:rPr>
      </w:pPr>
      <w:proofErr w:type="spellStart"/>
      <w:r w:rsidRPr="00A84BC5">
        <w:rPr>
          <w:rFonts w:cs="Times New Roman"/>
          <w:sz w:val="22"/>
        </w:rPr>
        <w:t>Ofertant</w:t>
      </w:r>
      <w:proofErr w:type="spellEnd"/>
      <w:r w:rsidRPr="00A84BC5">
        <w:rPr>
          <w:rFonts w:cs="Times New Roman"/>
          <w:sz w:val="22"/>
        </w:rPr>
        <w:t>/</w:t>
      </w:r>
      <w:proofErr w:type="spellStart"/>
      <w:r w:rsidRPr="00A84BC5">
        <w:rPr>
          <w:rFonts w:cs="Times New Roman"/>
          <w:sz w:val="22"/>
        </w:rPr>
        <w:t>candidat</w:t>
      </w:r>
      <w:proofErr w:type="spellEnd"/>
    </w:p>
    <w:p w:rsidR="00B8159E" w:rsidRPr="00A84BC5" w:rsidRDefault="00B8159E" w:rsidP="007E7CF6">
      <w:pPr>
        <w:pStyle w:val="Corptext"/>
        <w:tabs>
          <w:tab w:val="left" w:pos="567"/>
        </w:tabs>
        <w:spacing w:after="0"/>
        <w:jc w:val="right"/>
        <w:rPr>
          <w:rFonts w:cs="Times New Roman"/>
          <w:sz w:val="22"/>
        </w:rPr>
      </w:pPr>
      <w:r w:rsidRPr="00A84BC5">
        <w:rPr>
          <w:rFonts w:cs="Times New Roman"/>
          <w:sz w:val="22"/>
        </w:rPr>
        <w:t xml:space="preserve"> (</w:t>
      </w:r>
      <w:proofErr w:type="spellStart"/>
      <w:r w:rsidRPr="00A84BC5">
        <w:rPr>
          <w:rFonts w:cs="Times New Roman"/>
          <w:sz w:val="22"/>
        </w:rPr>
        <w:t>semnătura</w:t>
      </w:r>
      <w:proofErr w:type="spellEnd"/>
      <w:r w:rsidRPr="00A84BC5">
        <w:rPr>
          <w:rFonts w:cs="Times New Roman"/>
          <w:sz w:val="22"/>
        </w:rPr>
        <w:t xml:space="preserve"> </w:t>
      </w:r>
      <w:proofErr w:type="spellStart"/>
      <w:r w:rsidRPr="00A84BC5">
        <w:rPr>
          <w:rFonts w:cs="Times New Roman"/>
          <w:sz w:val="22"/>
        </w:rPr>
        <w:t>autorizată</w:t>
      </w:r>
      <w:proofErr w:type="spellEnd"/>
      <w:r w:rsidR="007E7CF6" w:rsidRPr="00A84BC5">
        <w:rPr>
          <w:rFonts w:cs="Times New Roman"/>
          <w:sz w:val="22"/>
        </w:rPr>
        <w:t>)</w:t>
      </w:r>
    </w:p>
    <w:p w:rsidR="00FF20E1" w:rsidRPr="00A84BC5" w:rsidRDefault="00FF20E1" w:rsidP="00FF20E1">
      <w:pPr>
        <w:rPr>
          <w:rFonts w:cs="Times New Roman"/>
          <w:bCs/>
          <w:sz w:val="22"/>
        </w:rPr>
      </w:pPr>
    </w:p>
    <w:p w:rsidR="00924ED0" w:rsidRPr="00A84BC5" w:rsidRDefault="00924ED0" w:rsidP="00FF20E1">
      <w:pPr>
        <w:jc w:val="right"/>
        <w:rPr>
          <w:rFonts w:cs="Times New Roman"/>
          <w:sz w:val="22"/>
          <w:lang w:val="it-IT"/>
        </w:rPr>
      </w:pPr>
    </w:p>
    <w:p w:rsidR="00924ED0" w:rsidRPr="00A84BC5" w:rsidRDefault="00924ED0" w:rsidP="00FF20E1">
      <w:pPr>
        <w:jc w:val="right"/>
        <w:rPr>
          <w:rFonts w:cs="Times New Roman"/>
          <w:sz w:val="22"/>
          <w:lang w:val="it-IT"/>
        </w:rPr>
      </w:pPr>
    </w:p>
    <w:p w:rsidR="00924ED0" w:rsidRPr="00A84BC5" w:rsidRDefault="00924ED0" w:rsidP="00FF20E1">
      <w:pPr>
        <w:jc w:val="right"/>
        <w:rPr>
          <w:rFonts w:cs="Times New Roman"/>
          <w:sz w:val="22"/>
          <w:lang w:val="it-IT"/>
        </w:rPr>
      </w:pPr>
    </w:p>
    <w:p w:rsidR="00924ED0" w:rsidRPr="00A84BC5" w:rsidRDefault="00924ED0" w:rsidP="00FF20E1">
      <w:pPr>
        <w:jc w:val="right"/>
        <w:rPr>
          <w:rFonts w:cs="Times New Roman"/>
          <w:sz w:val="22"/>
          <w:lang w:val="it-IT"/>
        </w:rPr>
      </w:pPr>
    </w:p>
    <w:p w:rsidR="00924ED0" w:rsidRPr="00A84BC5" w:rsidRDefault="00924ED0" w:rsidP="00FF20E1">
      <w:pPr>
        <w:jc w:val="right"/>
        <w:rPr>
          <w:rFonts w:cs="Times New Roman"/>
          <w:sz w:val="22"/>
          <w:lang w:val="it-IT"/>
        </w:rPr>
      </w:pPr>
    </w:p>
    <w:p w:rsidR="00924ED0" w:rsidRPr="00A84BC5" w:rsidRDefault="00924ED0" w:rsidP="00FF20E1">
      <w:pPr>
        <w:jc w:val="right"/>
        <w:rPr>
          <w:rFonts w:cs="Times New Roman"/>
          <w:sz w:val="22"/>
          <w:lang w:val="it-IT"/>
        </w:rPr>
        <w:sectPr w:rsidR="00924ED0" w:rsidRPr="00A84BC5" w:rsidSect="00924ED0">
          <w:pgSz w:w="12240" w:h="15840"/>
          <w:pgMar w:top="1134" w:right="850" w:bottom="1134" w:left="1701" w:header="720" w:footer="720" w:gutter="0"/>
          <w:cols w:space="720"/>
          <w:docGrid w:linePitch="360"/>
        </w:sectPr>
      </w:pPr>
    </w:p>
    <w:p w:rsidR="00924ED0" w:rsidRPr="00A84BC5" w:rsidRDefault="00924ED0" w:rsidP="00FF20E1">
      <w:pPr>
        <w:jc w:val="right"/>
        <w:rPr>
          <w:rFonts w:cs="Times New Roman"/>
          <w:sz w:val="22"/>
          <w:lang w:val="it-IT"/>
        </w:rPr>
      </w:pPr>
    </w:p>
    <w:p w:rsidR="00FF20E1" w:rsidRPr="00A84BC5" w:rsidRDefault="00FF20E1" w:rsidP="00FF20E1">
      <w:pPr>
        <w:jc w:val="right"/>
        <w:rPr>
          <w:rFonts w:cs="Times New Roman"/>
          <w:sz w:val="22"/>
          <w:lang w:val="it-IT"/>
        </w:rPr>
      </w:pPr>
      <w:r w:rsidRPr="00A84BC5">
        <w:rPr>
          <w:rFonts w:cs="Times New Roman"/>
          <w:sz w:val="22"/>
          <w:lang w:val="it-IT"/>
        </w:rPr>
        <w:t>Anexa nr.</w:t>
      </w:r>
      <w:r w:rsidR="003A0D7A" w:rsidRPr="00A84BC5">
        <w:rPr>
          <w:rFonts w:cs="Times New Roman"/>
          <w:sz w:val="22"/>
          <w:lang w:val="it-IT"/>
        </w:rPr>
        <w:t>7</w:t>
      </w:r>
    </w:p>
    <w:p w:rsidR="00FF20E1" w:rsidRPr="00A84BC5" w:rsidRDefault="00FF20E1" w:rsidP="00FF20E1">
      <w:pPr>
        <w:tabs>
          <w:tab w:val="left" w:pos="567"/>
        </w:tabs>
        <w:jc w:val="center"/>
        <w:rPr>
          <w:rFonts w:eastAsia="PMingLiU" w:cs="Times New Roman"/>
          <w:b/>
          <w:sz w:val="22"/>
          <w:lang w:eastAsia="zh-CN"/>
        </w:rPr>
      </w:pPr>
      <w:bookmarkStart w:id="1" w:name="_Hlk77771164"/>
      <w:r w:rsidRPr="00A84BC5">
        <w:rPr>
          <w:rFonts w:cs="Times New Roman"/>
          <w:b/>
          <w:sz w:val="22"/>
          <w:lang w:eastAsia="zh-CN"/>
        </w:rPr>
        <w:t xml:space="preserve">DECLARAȚIE </w:t>
      </w:r>
    </w:p>
    <w:p w:rsidR="00FF20E1" w:rsidRPr="00A84BC5" w:rsidRDefault="00FF20E1" w:rsidP="00FF20E1">
      <w:pPr>
        <w:tabs>
          <w:tab w:val="left" w:pos="567"/>
        </w:tabs>
        <w:jc w:val="center"/>
        <w:rPr>
          <w:rFonts w:cs="Times New Roman"/>
          <w:b/>
          <w:sz w:val="22"/>
        </w:rPr>
      </w:pPr>
      <w:proofErr w:type="spellStart"/>
      <w:r w:rsidRPr="00A84BC5">
        <w:rPr>
          <w:rFonts w:cs="Times New Roman"/>
          <w:b/>
          <w:sz w:val="22"/>
          <w:lang w:eastAsia="zh-CN"/>
        </w:rPr>
        <w:t>privind</w:t>
      </w:r>
      <w:proofErr w:type="spellEnd"/>
      <w:r w:rsidRPr="00A84BC5">
        <w:rPr>
          <w:rFonts w:cs="Times New Roman"/>
          <w:b/>
          <w:sz w:val="22"/>
          <w:lang w:eastAsia="zh-CN"/>
        </w:rPr>
        <w:t xml:space="preserve"> </w:t>
      </w:r>
      <w:proofErr w:type="spellStart"/>
      <w:r w:rsidRPr="00A84BC5">
        <w:rPr>
          <w:rFonts w:cs="Times New Roman"/>
          <w:b/>
          <w:sz w:val="22"/>
        </w:rPr>
        <w:t>lista</w:t>
      </w:r>
      <w:proofErr w:type="spellEnd"/>
      <w:r w:rsidRPr="00A84BC5">
        <w:rPr>
          <w:rFonts w:cs="Times New Roman"/>
          <w:b/>
          <w:sz w:val="22"/>
        </w:rPr>
        <w:t xml:space="preserve"> </w:t>
      </w:r>
      <w:proofErr w:type="spellStart"/>
      <w:r w:rsidRPr="00A84BC5">
        <w:rPr>
          <w:rFonts w:cs="Times New Roman"/>
          <w:b/>
          <w:sz w:val="22"/>
        </w:rPr>
        <w:t>principalelor</w:t>
      </w:r>
      <w:proofErr w:type="spellEnd"/>
      <w:r w:rsidRPr="00A84BC5">
        <w:rPr>
          <w:rFonts w:cs="Times New Roman"/>
          <w:b/>
          <w:sz w:val="22"/>
        </w:rPr>
        <w:t xml:space="preserve"> </w:t>
      </w:r>
      <w:proofErr w:type="spellStart"/>
      <w:r w:rsidRPr="00A84BC5">
        <w:rPr>
          <w:rFonts w:cs="Times New Roman"/>
          <w:b/>
          <w:sz w:val="22"/>
        </w:rPr>
        <w:t>livrari</w:t>
      </w:r>
      <w:proofErr w:type="spellEnd"/>
      <w:r w:rsidRPr="00A84BC5">
        <w:rPr>
          <w:rFonts w:cs="Times New Roman"/>
          <w:b/>
          <w:sz w:val="22"/>
        </w:rPr>
        <w:t>/</w:t>
      </w:r>
      <w:proofErr w:type="spellStart"/>
      <w:r w:rsidRPr="00A84BC5">
        <w:rPr>
          <w:rFonts w:cs="Times New Roman"/>
          <w:b/>
          <w:sz w:val="22"/>
        </w:rPr>
        <w:t>prestări</w:t>
      </w:r>
      <w:proofErr w:type="spellEnd"/>
      <w:r w:rsidRPr="00A84BC5">
        <w:rPr>
          <w:rFonts w:cs="Times New Roman"/>
          <w:b/>
          <w:sz w:val="22"/>
        </w:rPr>
        <w:t xml:space="preserve"> </w:t>
      </w:r>
      <w:proofErr w:type="spellStart"/>
      <w:r w:rsidRPr="00A84BC5">
        <w:rPr>
          <w:rFonts w:cs="Times New Roman"/>
          <w:b/>
          <w:sz w:val="22"/>
        </w:rPr>
        <w:t>efectuate</w:t>
      </w:r>
      <w:proofErr w:type="spellEnd"/>
      <w:r w:rsidRPr="00A84BC5">
        <w:rPr>
          <w:rFonts w:cs="Times New Roman"/>
          <w:b/>
          <w:sz w:val="22"/>
        </w:rPr>
        <w:t xml:space="preserve"> </w:t>
      </w:r>
      <w:proofErr w:type="spellStart"/>
      <w:r w:rsidRPr="00A84BC5">
        <w:rPr>
          <w:rFonts w:cs="Times New Roman"/>
          <w:b/>
          <w:sz w:val="22"/>
        </w:rPr>
        <w:t>în</w:t>
      </w:r>
      <w:proofErr w:type="spellEnd"/>
      <w:r w:rsidRPr="00A84BC5">
        <w:rPr>
          <w:rFonts w:cs="Times New Roman"/>
          <w:b/>
          <w:sz w:val="22"/>
        </w:rPr>
        <w:t xml:space="preserve"> </w:t>
      </w:r>
      <w:proofErr w:type="spellStart"/>
      <w:r w:rsidRPr="00A84BC5">
        <w:rPr>
          <w:rFonts w:cs="Times New Roman"/>
          <w:b/>
          <w:sz w:val="22"/>
        </w:rPr>
        <w:t>ultimii</w:t>
      </w:r>
      <w:proofErr w:type="spellEnd"/>
      <w:r w:rsidRPr="00A84BC5">
        <w:rPr>
          <w:rFonts w:cs="Times New Roman"/>
          <w:b/>
          <w:sz w:val="22"/>
        </w:rPr>
        <w:t xml:space="preserve"> 3 ani</w:t>
      </w:r>
      <w:r w:rsidRPr="00A84BC5" w:rsidDel="004137E9">
        <w:rPr>
          <w:rFonts w:cs="Times New Roman"/>
          <w:b/>
          <w:sz w:val="22"/>
        </w:rPr>
        <w:t xml:space="preserve"> </w:t>
      </w:r>
      <w:r w:rsidRPr="00A84BC5">
        <w:rPr>
          <w:rFonts w:cs="Times New Roman"/>
          <w:b/>
          <w:sz w:val="22"/>
        </w:rPr>
        <w:t xml:space="preserve">de </w:t>
      </w:r>
      <w:proofErr w:type="spellStart"/>
      <w:r w:rsidRPr="00A84BC5">
        <w:rPr>
          <w:rFonts w:cs="Times New Roman"/>
          <w:b/>
          <w:sz w:val="22"/>
        </w:rPr>
        <w:t>activitate</w:t>
      </w:r>
      <w:proofErr w:type="spellEnd"/>
    </w:p>
    <w:bookmarkEnd w:id="1"/>
    <w:p w:rsidR="00FF20E1" w:rsidRPr="00A84BC5" w:rsidRDefault="00FF20E1" w:rsidP="00FF20E1">
      <w:pPr>
        <w:tabs>
          <w:tab w:val="left" w:pos="567"/>
        </w:tabs>
        <w:jc w:val="center"/>
        <w:rPr>
          <w:rFonts w:cs="Times New Roman"/>
          <w:b/>
          <w:sz w:val="22"/>
        </w:rPr>
      </w:pPr>
    </w:p>
    <w:p w:rsidR="00FF20E1" w:rsidRPr="00A84BC5" w:rsidRDefault="00FF20E1" w:rsidP="00FF20E1">
      <w:pPr>
        <w:tabs>
          <w:tab w:val="left" w:pos="567"/>
        </w:tabs>
        <w:rPr>
          <w:rFonts w:cs="Times New Roman"/>
          <w:b/>
          <w:sz w:val="22"/>
        </w:rPr>
      </w:pPr>
    </w:p>
    <w:tbl>
      <w:tblPr>
        <w:tblW w:w="0" w:type="auto"/>
        <w:tblInd w:w="-881" w:type="dxa"/>
        <w:tblLook w:val="00A0" w:firstRow="1" w:lastRow="0" w:firstColumn="1" w:lastColumn="0" w:noHBand="0" w:noVBand="0"/>
      </w:tblPr>
      <w:tblGrid>
        <w:gridCol w:w="572"/>
        <w:gridCol w:w="1365"/>
        <w:gridCol w:w="2258"/>
        <w:gridCol w:w="2851"/>
        <w:gridCol w:w="2768"/>
        <w:gridCol w:w="4346"/>
      </w:tblGrid>
      <w:tr w:rsidR="00FF20E1" w:rsidRPr="00A84BC5" w:rsidTr="00924ED0">
        <w:trPr>
          <w:cantSplit/>
          <w:trHeight w:val="1140"/>
          <w:tblHeader/>
        </w:trPr>
        <w:tc>
          <w:tcPr>
            <w:tcW w:w="607" w:type="dxa"/>
            <w:tcBorders>
              <w:top w:val="single" w:sz="4" w:space="0" w:color="auto"/>
              <w:left w:val="single" w:sz="4" w:space="0" w:color="auto"/>
              <w:bottom w:val="single" w:sz="4" w:space="0" w:color="auto"/>
              <w:right w:val="single" w:sz="4" w:space="0" w:color="auto"/>
            </w:tcBorders>
            <w:vAlign w:val="center"/>
          </w:tcPr>
          <w:p w:rsidR="00FF20E1" w:rsidRPr="00A84BC5" w:rsidRDefault="00FF20E1" w:rsidP="00924ED0">
            <w:pPr>
              <w:jc w:val="center"/>
              <w:rPr>
                <w:rFonts w:cs="Times New Roman"/>
                <w:b/>
                <w:bCs/>
                <w:sz w:val="22"/>
              </w:rPr>
            </w:pPr>
            <w:r w:rsidRPr="00A84BC5">
              <w:rPr>
                <w:rFonts w:cs="Times New Roman"/>
                <w:b/>
                <w:bCs/>
                <w:sz w:val="22"/>
              </w:rPr>
              <w:t>Nr</w:t>
            </w:r>
          </w:p>
          <w:p w:rsidR="00FF20E1" w:rsidRPr="00A84BC5" w:rsidRDefault="00FF20E1" w:rsidP="00924ED0">
            <w:pPr>
              <w:jc w:val="center"/>
              <w:rPr>
                <w:rFonts w:cs="Times New Roman"/>
                <w:b/>
                <w:bCs/>
                <w:sz w:val="22"/>
                <w:lang w:eastAsia="zh-CN"/>
              </w:rPr>
            </w:pPr>
            <w:r w:rsidRPr="00A84BC5">
              <w:rPr>
                <w:rFonts w:cs="Times New Roman"/>
                <w:b/>
                <w:bCs/>
                <w:sz w:val="22"/>
              </w:rPr>
              <w:t>d/o</w:t>
            </w:r>
          </w:p>
        </w:tc>
        <w:tc>
          <w:tcPr>
            <w:tcW w:w="1080" w:type="dxa"/>
            <w:tcBorders>
              <w:top w:val="single" w:sz="4" w:space="0" w:color="auto"/>
              <w:left w:val="nil"/>
              <w:bottom w:val="single" w:sz="4" w:space="0" w:color="auto"/>
              <w:right w:val="single" w:sz="4" w:space="0" w:color="auto"/>
            </w:tcBorders>
            <w:vAlign w:val="center"/>
          </w:tcPr>
          <w:p w:rsidR="00FF20E1" w:rsidRPr="00A84BC5" w:rsidRDefault="00FF20E1" w:rsidP="00924ED0">
            <w:pPr>
              <w:jc w:val="center"/>
              <w:rPr>
                <w:rFonts w:cs="Times New Roman"/>
                <w:b/>
                <w:bCs/>
                <w:sz w:val="22"/>
              </w:rPr>
            </w:pPr>
            <w:proofErr w:type="spellStart"/>
            <w:r w:rsidRPr="00A84BC5">
              <w:rPr>
                <w:rFonts w:cs="Times New Roman"/>
                <w:b/>
                <w:bCs/>
                <w:sz w:val="22"/>
              </w:rPr>
              <w:t>Obiectul</w:t>
            </w:r>
            <w:proofErr w:type="spellEnd"/>
            <w:r w:rsidRPr="00A84BC5">
              <w:rPr>
                <w:rFonts w:cs="Times New Roman"/>
                <w:b/>
                <w:bCs/>
                <w:sz w:val="22"/>
              </w:rPr>
              <w:t xml:space="preserve"> </w:t>
            </w:r>
            <w:proofErr w:type="spellStart"/>
            <w:r w:rsidRPr="00A84BC5">
              <w:rPr>
                <w:rFonts w:cs="Times New Roman"/>
                <w:b/>
                <w:bCs/>
                <w:sz w:val="22"/>
              </w:rPr>
              <w:t>contractului</w:t>
            </w:r>
            <w:proofErr w:type="spellEnd"/>
          </w:p>
        </w:tc>
        <w:tc>
          <w:tcPr>
            <w:tcW w:w="1440" w:type="dxa"/>
            <w:tcBorders>
              <w:top w:val="single" w:sz="4" w:space="0" w:color="auto"/>
              <w:left w:val="nil"/>
              <w:bottom w:val="single" w:sz="4" w:space="0" w:color="auto"/>
              <w:right w:val="single" w:sz="4" w:space="0" w:color="auto"/>
            </w:tcBorders>
            <w:vAlign w:val="center"/>
          </w:tcPr>
          <w:p w:rsidR="00FF20E1" w:rsidRPr="00A84BC5" w:rsidRDefault="00FF20E1" w:rsidP="00924ED0">
            <w:pPr>
              <w:jc w:val="center"/>
              <w:rPr>
                <w:rFonts w:cs="Times New Roman"/>
                <w:b/>
                <w:bCs/>
                <w:sz w:val="22"/>
              </w:rPr>
            </w:pPr>
            <w:proofErr w:type="spellStart"/>
            <w:r w:rsidRPr="00A84BC5">
              <w:rPr>
                <w:rFonts w:cs="Times New Roman"/>
                <w:b/>
                <w:bCs/>
                <w:sz w:val="22"/>
              </w:rPr>
              <w:t>Denumirea</w:t>
            </w:r>
            <w:proofErr w:type="spellEnd"/>
            <w:r w:rsidRPr="00A84BC5">
              <w:rPr>
                <w:rFonts w:cs="Times New Roman"/>
                <w:b/>
                <w:bCs/>
                <w:sz w:val="22"/>
              </w:rPr>
              <w:t>/</w:t>
            </w:r>
            <w:proofErr w:type="spellStart"/>
            <w:r w:rsidRPr="00A84BC5">
              <w:rPr>
                <w:rFonts w:cs="Times New Roman"/>
                <w:b/>
                <w:bCs/>
                <w:sz w:val="22"/>
              </w:rPr>
              <w:t>numele</w:t>
            </w:r>
            <w:proofErr w:type="spellEnd"/>
            <w:r w:rsidRPr="00A84BC5">
              <w:rPr>
                <w:rFonts w:cs="Times New Roman"/>
                <w:b/>
                <w:bCs/>
                <w:sz w:val="22"/>
              </w:rPr>
              <w:t xml:space="preserve"> </w:t>
            </w:r>
            <w:proofErr w:type="spellStart"/>
            <w:r w:rsidRPr="00A84BC5">
              <w:rPr>
                <w:rFonts w:cs="Times New Roman"/>
                <w:b/>
                <w:bCs/>
                <w:sz w:val="22"/>
              </w:rPr>
              <w:t>beneficiarului</w:t>
            </w:r>
            <w:proofErr w:type="spellEnd"/>
            <w:r w:rsidRPr="00A84BC5">
              <w:rPr>
                <w:rFonts w:cs="Times New Roman"/>
                <w:b/>
                <w:bCs/>
                <w:sz w:val="22"/>
              </w:rPr>
              <w:t>/</w:t>
            </w:r>
            <w:proofErr w:type="spellStart"/>
            <w:r w:rsidRPr="00A84BC5">
              <w:rPr>
                <w:rFonts w:cs="Times New Roman"/>
                <w:b/>
                <w:bCs/>
                <w:sz w:val="22"/>
              </w:rPr>
              <w:t>Adresa</w:t>
            </w:r>
            <w:proofErr w:type="spellEnd"/>
          </w:p>
        </w:tc>
        <w:tc>
          <w:tcPr>
            <w:tcW w:w="2147" w:type="dxa"/>
            <w:tcBorders>
              <w:top w:val="single" w:sz="4" w:space="0" w:color="auto"/>
              <w:left w:val="nil"/>
              <w:bottom w:val="single" w:sz="4" w:space="0" w:color="auto"/>
              <w:right w:val="single" w:sz="4" w:space="0" w:color="auto"/>
            </w:tcBorders>
            <w:vAlign w:val="center"/>
          </w:tcPr>
          <w:p w:rsidR="00FF20E1" w:rsidRPr="00A84BC5" w:rsidRDefault="00FF20E1" w:rsidP="00924ED0">
            <w:pPr>
              <w:jc w:val="center"/>
              <w:rPr>
                <w:rFonts w:cs="Times New Roman"/>
                <w:b/>
                <w:bCs/>
                <w:sz w:val="22"/>
              </w:rPr>
            </w:pPr>
            <w:proofErr w:type="spellStart"/>
            <w:r w:rsidRPr="00A84BC5">
              <w:rPr>
                <w:rFonts w:cs="Times New Roman"/>
                <w:b/>
                <w:bCs/>
                <w:sz w:val="22"/>
              </w:rPr>
              <w:t>Calitatea</w:t>
            </w:r>
            <w:proofErr w:type="spellEnd"/>
            <w:r w:rsidRPr="00A84BC5">
              <w:rPr>
                <w:rFonts w:cs="Times New Roman"/>
                <w:b/>
                <w:bCs/>
                <w:sz w:val="22"/>
              </w:rPr>
              <w:t xml:space="preserve"> </w:t>
            </w:r>
            <w:proofErr w:type="spellStart"/>
            <w:r w:rsidRPr="00A84BC5">
              <w:rPr>
                <w:rFonts w:cs="Times New Roman"/>
                <w:b/>
                <w:bCs/>
                <w:sz w:val="22"/>
              </w:rPr>
              <w:t>Furnizorului</w:t>
            </w:r>
            <w:proofErr w:type="spellEnd"/>
            <w:r w:rsidRPr="00A84BC5">
              <w:rPr>
                <w:rFonts w:cs="Times New Roman"/>
                <w:b/>
                <w:bCs/>
                <w:sz w:val="22"/>
              </w:rPr>
              <w:t>/</w:t>
            </w:r>
            <w:proofErr w:type="spellStart"/>
            <w:r w:rsidRPr="00A84BC5">
              <w:rPr>
                <w:rFonts w:cs="Times New Roman"/>
                <w:b/>
                <w:bCs/>
                <w:sz w:val="22"/>
              </w:rPr>
              <w:t>Prestatorului</w:t>
            </w:r>
            <w:proofErr w:type="spellEnd"/>
            <w:r w:rsidRPr="00A84BC5">
              <w:rPr>
                <w:rFonts w:cs="Times New Roman"/>
                <w:b/>
                <w:bCs/>
                <w:sz w:val="22"/>
                <w:vertAlign w:val="superscript"/>
              </w:rPr>
              <w:t>*)</w:t>
            </w:r>
          </w:p>
        </w:tc>
        <w:tc>
          <w:tcPr>
            <w:tcW w:w="3118" w:type="dxa"/>
            <w:tcBorders>
              <w:top w:val="single" w:sz="4" w:space="0" w:color="auto"/>
              <w:left w:val="nil"/>
              <w:bottom w:val="single" w:sz="4" w:space="0" w:color="auto"/>
              <w:right w:val="single" w:sz="4" w:space="0" w:color="auto"/>
            </w:tcBorders>
            <w:vAlign w:val="center"/>
          </w:tcPr>
          <w:p w:rsidR="00FF20E1" w:rsidRPr="00A84BC5" w:rsidRDefault="00FF20E1" w:rsidP="00924ED0">
            <w:pPr>
              <w:jc w:val="center"/>
              <w:rPr>
                <w:rFonts w:cs="Times New Roman"/>
                <w:b/>
                <w:bCs/>
                <w:sz w:val="22"/>
              </w:rPr>
            </w:pPr>
            <w:proofErr w:type="spellStart"/>
            <w:r w:rsidRPr="00A84BC5">
              <w:rPr>
                <w:rFonts w:cs="Times New Roman"/>
                <w:b/>
                <w:bCs/>
                <w:sz w:val="22"/>
              </w:rPr>
              <w:t>Preţul</w:t>
            </w:r>
            <w:proofErr w:type="spellEnd"/>
            <w:r w:rsidRPr="00A84BC5">
              <w:rPr>
                <w:rFonts w:cs="Times New Roman"/>
                <w:b/>
                <w:bCs/>
                <w:sz w:val="22"/>
              </w:rPr>
              <w:t xml:space="preserve"> </w:t>
            </w:r>
            <w:proofErr w:type="spellStart"/>
            <w:r w:rsidRPr="00A84BC5">
              <w:rPr>
                <w:rFonts w:cs="Times New Roman"/>
                <w:b/>
                <w:bCs/>
                <w:sz w:val="22"/>
              </w:rPr>
              <w:t>contractului</w:t>
            </w:r>
            <w:proofErr w:type="spellEnd"/>
            <w:r w:rsidRPr="00A84BC5">
              <w:rPr>
                <w:rFonts w:cs="Times New Roman"/>
                <w:b/>
                <w:bCs/>
                <w:sz w:val="22"/>
              </w:rPr>
              <w:t xml:space="preserve">/ </w:t>
            </w:r>
            <w:proofErr w:type="spellStart"/>
            <w:r w:rsidRPr="00A84BC5">
              <w:rPr>
                <w:rFonts w:cs="Times New Roman"/>
                <w:b/>
                <w:bCs/>
                <w:sz w:val="22"/>
              </w:rPr>
              <w:t>valoarea</w:t>
            </w:r>
            <w:proofErr w:type="spellEnd"/>
            <w:r w:rsidRPr="00A84BC5">
              <w:rPr>
                <w:rFonts w:cs="Times New Roman"/>
                <w:b/>
                <w:bCs/>
                <w:sz w:val="22"/>
              </w:rPr>
              <w:t xml:space="preserve"> </w:t>
            </w:r>
            <w:proofErr w:type="spellStart"/>
            <w:r w:rsidRPr="00A84BC5">
              <w:rPr>
                <w:rFonts w:cs="Times New Roman"/>
                <w:b/>
                <w:bCs/>
                <w:sz w:val="22"/>
              </w:rPr>
              <w:t>bunurilor</w:t>
            </w:r>
            <w:proofErr w:type="spellEnd"/>
            <w:r w:rsidRPr="00A84BC5">
              <w:rPr>
                <w:rFonts w:cs="Times New Roman"/>
                <w:b/>
                <w:bCs/>
                <w:sz w:val="22"/>
              </w:rPr>
              <w:t>/</w:t>
            </w:r>
            <w:proofErr w:type="spellStart"/>
            <w:r w:rsidRPr="00A84BC5">
              <w:rPr>
                <w:rFonts w:cs="Times New Roman"/>
                <w:b/>
                <w:bCs/>
                <w:sz w:val="22"/>
              </w:rPr>
              <w:t>serviciilor</w:t>
            </w:r>
            <w:proofErr w:type="spellEnd"/>
            <w:r w:rsidRPr="00A84BC5">
              <w:rPr>
                <w:rFonts w:cs="Times New Roman"/>
                <w:b/>
                <w:bCs/>
                <w:sz w:val="22"/>
              </w:rPr>
              <w:t xml:space="preserve"> </w:t>
            </w:r>
            <w:proofErr w:type="spellStart"/>
            <w:r w:rsidRPr="00A84BC5">
              <w:rPr>
                <w:rFonts w:cs="Times New Roman"/>
                <w:b/>
                <w:bCs/>
                <w:sz w:val="22"/>
              </w:rPr>
              <w:t>livrate</w:t>
            </w:r>
            <w:proofErr w:type="spellEnd"/>
            <w:r w:rsidRPr="00A84BC5">
              <w:rPr>
                <w:rFonts w:cs="Times New Roman"/>
                <w:b/>
                <w:bCs/>
                <w:sz w:val="22"/>
              </w:rPr>
              <w:t>/</w:t>
            </w:r>
            <w:proofErr w:type="spellStart"/>
            <w:r w:rsidRPr="00A84BC5">
              <w:rPr>
                <w:rFonts w:cs="Times New Roman"/>
                <w:b/>
                <w:bCs/>
                <w:sz w:val="22"/>
              </w:rPr>
              <w:t>prestate</w:t>
            </w:r>
            <w:proofErr w:type="spellEnd"/>
          </w:p>
        </w:tc>
        <w:tc>
          <w:tcPr>
            <w:tcW w:w="5812" w:type="dxa"/>
            <w:tcBorders>
              <w:top w:val="single" w:sz="4" w:space="0" w:color="auto"/>
              <w:left w:val="nil"/>
              <w:bottom w:val="single" w:sz="4" w:space="0" w:color="auto"/>
              <w:right w:val="single" w:sz="4" w:space="0" w:color="auto"/>
            </w:tcBorders>
            <w:vAlign w:val="center"/>
          </w:tcPr>
          <w:p w:rsidR="00FF20E1" w:rsidRPr="00A84BC5" w:rsidRDefault="00FF20E1" w:rsidP="00924ED0">
            <w:pPr>
              <w:jc w:val="center"/>
              <w:rPr>
                <w:rFonts w:cs="Times New Roman"/>
                <w:b/>
                <w:bCs/>
                <w:sz w:val="22"/>
              </w:rPr>
            </w:pPr>
            <w:proofErr w:type="spellStart"/>
            <w:r w:rsidRPr="00A84BC5">
              <w:rPr>
                <w:rFonts w:cs="Times New Roman"/>
                <w:b/>
                <w:bCs/>
                <w:sz w:val="22"/>
              </w:rPr>
              <w:t>Perioada</w:t>
            </w:r>
            <w:proofErr w:type="spellEnd"/>
            <w:r w:rsidRPr="00A84BC5">
              <w:rPr>
                <w:rFonts w:cs="Times New Roman"/>
                <w:b/>
                <w:bCs/>
                <w:sz w:val="22"/>
              </w:rPr>
              <w:t xml:space="preserve"> de </w:t>
            </w:r>
            <w:proofErr w:type="spellStart"/>
            <w:r w:rsidRPr="00A84BC5">
              <w:rPr>
                <w:rFonts w:cs="Times New Roman"/>
                <w:b/>
                <w:bCs/>
                <w:sz w:val="22"/>
              </w:rPr>
              <w:t>livrare</w:t>
            </w:r>
            <w:proofErr w:type="spellEnd"/>
            <w:r w:rsidRPr="00A84BC5">
              <w:rPr>
                <w:rFonts w:cs="Times New Roman"/>
                <w:b/>
                <w:bCs/>
                <w:sz w:val="22"/>
              </w:rPr>
              <w:t>/</w:t>
            </w:r>
            <w:proofErr w:type="spellStart"/>
            <w:r w:rsidRPr="00A84BC5">
              <w:rPr>
                <w:rFonts w:cs="Times New Roman"/>
                <w:b/>
                <w:bCs/>
                <w:sz w:val="22"/>
              </w:rPr>
              <w:t>prestare</w:t>
            </w:r>
            <w:proofErr w:type="spellEnd"/>
            <w:r w:rsidRPr="00A84BC5">
              <w:rPr>
                <w:rFonts w:cs="Times New Roman"/>
                <w:b/>
                <w:bCs/>
                <w:sz w:val="22"/>
              </w:rPr>
              <w:t xml:space="preserve"> (</w:t>
            </w:r>
            <w:proofErr w:type="spellStart"/>
            <w:r w:rsidRPr="00A84BC5">
              <w:rPr>
                <w:rFonts w:cs="Times New Roman"/>
                <w:b/>
                <w:bCs/>
                <w:sz w:val="22"/>
              </w:rPr>
              <w:t>luni</w:t>
            </w:r>
            <w:proofErr w:type="spellEnd"/>
            <w:r w:rsidRPr="00A84BC5">
              <w:rPr>
                <w:rFonts w:cs="Times New Roman"/>
                <w:b/>
                <w:bCs/>
                <w:sz w:val="22"/>
              </w:rPr>
              <w:t>)</w:t>
            </w:r>
          </w:p>
        </w:tc>
      </w:tr>
      <w:tr w:rsidR="00FF20E1" w:rsidRPr="00A84BC5" w:rsidTr="00924ED0">
        <w:trPr>
          <w:cantSplit/>
          <w:trHeight w:val="300"/>
        </w:trPr>
        <w:tc>
          <w:tcPr>
            <w:tcW w:w="607" w:type="dxa"/>
            <w:tcBorders>
              <w:top w:val="nil"/>
              <w:left w:val="single" w:sz="4" w:space="0" w:color="auto"/>
              <w:bottom w:val="single" w:sz="4" w:space="0" w:color="auto"/>
              <w:right w:val="single" w:sz="4" w:space="0" w:color="auto"/>
            </w:tcBorders>
            <w:vAlign w:val="center"/>
          </w:tcPr>
          <w:p w:rsidR="00FF20E1" w:rsidRPr="00A84BC5" w:rsidRDefault="00FF20E1" w:rsidP="00924ED0">
            <w:pPr>
              <w:jc w:val="center"/>
              <w:rPr>
                <w:rFonts w:cs="Times New Roman"/>
                <w:b/>
                <w:bCs/>
                <w:sz w:val="22"/>
              </w:rPr>
            </w:pPr>
            <w:r w:rsidRPr="00A84BC5">
              <w:rPr>
                <w:rFonts w:cs="Times New Roman"/>
                <w:b/>
                <w:bCs/>
                <w:sz w:val="22"/>
              </w:rPr>
              <w:t>1</w:t>
            </w:r>
          </w:p>
        </w:tc>
        <w:tc>
          <w:tcPr>
            <w:tcW w:w="1080" w:type="dxa"/>
            <w:tcBorders>
              <w:top w:val="nil"/>
              <w:left w:val="nil"/>
              <w:bottom w:val="single" w:sz="4" w:space="0" w:color="auto"/>
              <w:right w:val="single" w:sz="4" w:space="0" w:color="auto"/>
            </w:tcBorders>
            <w:vAlign w:val="center"/>
          </w:tcPr>
          <w:p w:rsidR="00FF20E1" w:rsidRPr="00A84BC5" w:rsidRDefault="00FF20E1" w:rsidP="00924ED0">
            <w:pPr>
              <w:jc w:val="center"/>
              <w:rPr>
                <w:rFonts w:cs="Times New Roman"/>
                <w:sz w:val="22"/>
              </w:rPr>
            </w:pPr>
            <w:r w:rsidRPr="00A84BC5">
              <w:rPr>
                <w:rFonts w:cs="Times New Roman"/>
                <w:sz w:val="22"/>
              </w:rPr>
              <w:t> </w:t>
            </w:r>
          </w:p>
        </w:tc>
        <w:tc>
          <w:tcPr>
            <w:tcW w:w="1440" w:type="dxa"/>
            <w:tcBorders>
              <w:top w:val="nil"/>
              <w:left w:val="nil"/>
              <w:bottom w:val="single" w:sz="4" w:space="0" w:color="auto"/>
              <w:right w:val="single" w:sz="4" w:space="0" w:color="auto"/>
            </w:tcBorders>
            <w:vAlign w:val="center"/>
          </w:tcPr>
          <w:p w:rsidR="00FF20E1" w:rsidRPr="00A84BC5" w:rsidRDefault="00FF20E1" w:rsidP="00924ED0">
            <w:pPr>
              <w:jc w:val="center"/>
              <w:rPr>
                <w:rFonts w:cs="Times New Roman"/>
                <w:sz w:val="22"/>
              </w:rPr>
            </w:pPr>
            <w:r w:rsidRPr="00A84BC5">
              <w:rPr>
                <w:rFonts w:cs="Times New Roman"/>
                <w:sz w:val="22"/>
              </w:rPr>
              <w:t> </w:t>
            </w:r>
          </w:p>
        </w:tc>
        <w:tc>
          <w:tcPr>
            <w:tcW w:w="2147" w:type="dxa"/>
            <w:tcBorders>
              <w:top w:val="nil"/>
              <w:left w:val="nil"/>
              <w:bottom w:val="single" w:sz="4" w:space="0" w:color="auto"/>
              <w:right w:val="single" w:sz="4" w:space="0" w:color="auto"/>
            </w:tcBorders>
            <w:vAlign w:val="center"/>
          </w:tcPr>
          <w:p w:rsidR="00FF20E1" w:rsidRPr="00A84BC5" w:rsidRDefault="00FF20E1" w:rsidP="00924ED0">
            <w:pPr>
              <w:jc w:val="center"/>
              <w:rPr>
                <w:rFonts w:cs="Times New Roman"/>
                <w:sz w:val="22"/>
              </w:rPr>
            </w:pPr>
            <w:r w:rsidRPr="00A84BC5">
              <w:rPr>
                <w:rFonts w:cs="Times New Roman"/>
                <w:sz w:val="22"/>
              </w:rPr>
              <w:t> </w:t>
            </w:r>
          </w:p>
        </w:tc>
        <w:tc>
          <w:tcPr>
            <w:tcW w:w="3118" w:type="dxa"/>
            <w:tcBorders>
              <w:top w:val="nil"/>
              <w:left w:val="nil"/>
              <w:bottom w:val="single" w:sz="4" w:space="0" w:color="auto"/>
              <w:right w:val="single" w:sz="4" w:space="0" w:color="auto"/>
            </w:tcBorders>
            <w:vAlign w:val="center"/>
          </w:tcPr>
          <w:p w:rsidR="00FF20E1" w:rsidRPr="00A84BC5" w:rsidRDefault="00FF20E1" w:rsidP="00924ED0">
            <w:pPr>
              <w:jc w:val="center"/>
              <w:rPr>
                <w:rFonts w:cs="Times New Roman"/>
                <w:sz w:val="22"/>
              </w:rPr>
            </w:pPr>
            <w:r w:rsidRPr="00A84BC5">
              <w:rPr>
                <w:rFonts w:cs="Times New Roman"/>
                <w:sz w:val="22"/>
              </w:rPr>
              <w:t> </w:t>
            </w:r>
          </w:p>
        </w:tc>
        <w:tc>
          <w:tcPr>
            <w:tcW w:w="5812" w:type="dxa"/>
            <w:tcBorders>
              <w:top w:val="nil"/>
              <w:left w:val="nil"/>
              <w:bottom w:val="single" w:sz="4" w:space="0" w:color="auto"/>
              <w:right w:val="single" w:sz="4" w:space="0" w:color="auto"/>
            </w:tcBorders>
            <w:vAlign w:val="center"/>
          </w:tcPr>
          <w:p w:rsidR="00FF20E1" w:rsidRPr="00A84BC5" w:rsidRDefault="00FF20E1" w:rsidP="00924ED0">
            <w:pPr>
              <w:jc w:val="center"/>
              <w:rPr>
                <w:rFonts w:cs="Times New Roman"/>
                <w:sz w:val="22"/>
              </w:rPr>
            </w:pPr>
            <w:r w:rsidRPr="00A84BC5">
              <w:rPr>
                <w:rFonts w:cs="Times New Roman"/>
                <w:sz w:val="22"/>
              </w:rPr>
              <w:t> </w:t>
            </w:r>
          </w:p>
        </w:tc>
      </w:tr>
      <w:tr w:rsidR="00FF20E1" w:rsidRPr="00A84BC5" w:rsidTr="00924ED0">
        <w:trPr>
          <w:cantSplit/>
          <w:trHeight w:val="300"/>
        </w:trPr>
        <w:tc>
          <w:tcPr>
            <w:tcW w:w="607" w:type="dxa"/>
            <w:tcBorders>
              <w:top w:val="nil"/>
              <w:left w:val="single" w:sz="4" w:space="0" w:color="auto"/>
              <w:bottom w:val="single" w:sz="4" w:space="0" w:color="auto"/>
              <w:right w:val="single" w:sz="4" w:space="0" w:color="auto"/>
            </w:tcBorders>
            <w:vAlign w:val="center"/>
          </w:tcPr>
          <w:p w:rsidR="00FF20E1" w:rsidRPr="00A84BC5" w:rsidRDefault="00FF20E1" w:rsidP="00924ED0">
            <w:pPr>
              <w:jc w:val="center"/>
              <w:rPr>
                <w:rFonts w:cs="Times New Roman"/>
                <w:b/>
                <w:bCs/>
                <w:sz w:val="22"/>
              </w:rPr>
            </w:pPr>
            <w:r w:rsidRPr="00A84BC5">
              <w:rPr>
                <w:rFonts w:cs="Times New Roman"/>
                <w:b/>
                <w:bCs/>
                <w:sz w:val="22"/>
              </w:rPr>
              <w:t>2</w:t>
            </w:r>
          </w:p>
        </w:tc>
        <w:tc>
          <w:tcPr>
            <w:tcW w:w="1080" w:type="dxa"/>
            <w:tcBorders>
              <w:top w:val="nil"/>
              <w:left w:val="nil"/>
              <w:bottom w:val="single" w:sz="4" w:space="0" w:color="auto"/>
              <w:right w:val="single" w:sz="4" w:space="0" w:color="auto"/>
            </w:tcBorders>
            <w:vAlign w:val="center"/>
          </w:tcPr>
          <w:p w:rsidR="00FF20E1" w:rsidRPr="00A84BC5" w:rsidRDefault="00FF20E1" w:rsidP="00924ED0">
            <w:pPr>
              <w:jc w:val="center"/>
              <w:rPr>
                <w:rFonts w:cs="Times New Roman"/>
                <w:sz w:val="22"/>
              </w:rPr>
            </w:pPr>
            <w:r w:rsidRPr="00A84BC5">
              <w:rPr>
                <w:rFonts w:cs="Times New Roman"/>
                <w:sz w:val="22"/>
              </w:rPr>
              <w:t> </w:t>
            </w:r>
          </w:p>
        </w:tc>
        <w:tc>
          <w:tcPr>
            <w:tcW w:w="1440" w:type="dxa"/>
            <w:tcBorders>
              <w:top w:val="nil"/>
              <w:left w:val="nil"/>
              <w:bottom w:val="single" w:sz="4" w:space="0" w:color="auto"/>
              <w:right w:val="single" w:sz="4" w:space="0" w:color="auto"/>
            </w:tcBorders>
            <w:vAlign w:val="center"/>
          </w:tcPr>
          <w:p w:rsidR="00FF20E1" w:rsidRPr="00A84BC5" w:rsidRDefault="00FF20E1" w:rsidP="00924ED0">
            <w:pPr>
              <w:jc w:val="center"/>
              <w:rPr>
                <w:rFonts w:cs="Times New Roman"/>
                <w:sz w:val="22"/>
              </w:rPr>
            </w:pPr>
            <w:r w:rsidRPr="00A84BC5">
              <w:rPr>
                <w:rFonts w:cs="Times New Roman"/>
                <w:sz w:val="22"/>
              </w:rPr>
              <w:t> </w:t>
            </w:r>
          </w:p>
        </w:tc>
        <w:tc>
          <w:tcPr>
            <w:tcW w:w="2147" w:type="dxa"/>
            <w:tcBorders>
              <w:top w:val="nil"/>
              <w:left w:val="nil"/>
              <w:bottom w:val="single" w:sz="4" w:space="0" w:color="auto"/>
              <w:right w:val="single" w:sz="4" w:space="0" w:color="auto"/>
            </w:tcBorders>
            <w:vAlign w:val="center"/>
          </w:tcPr>
          <w:p w:rsidR="00FF20E1" w:rsidRPr="00A84BC5" w:rsidRDefault="00FF20E1" w:rsidP="00924ED0">
            <w:pPr>
              <w:jc w:val="center"/>
              <w:rPr>
                <w:rFonts w:cs="Times New Roman"/>
                <w:sz w:val="22"/>
              </w:rPr>
            </w:pPr>
            <w:r w:rsidRPr="00A84BC5">
              <w:rPr>
                <w:rFonts w:cs="Times New Roman"/>
                <w:sz w:val="22"/>
              </w:rPr>
              <w:t> </w:t>
            </w:r>
          </w:p>
        </w:tc>
        <w:tc>
          <w:tcPr>
            <w:tcW w:w="3118" w:type="dxa"/>
            <w:tcBorders>
              <w:top w:val="nil"/>
              <w:left w:val="nil"/>
              <w:bottom w:val="single" w:sz="4" w:space="0" w:color="auto"/>
              <w:right w:val="single" w:sz="4" w:space="0" w:color="auto"/>
            </w:tcBorders>
            <w:vAlign w:val="center"/>
          </w:tcPr>
          <w:p w:rsidR="00FF20E1" w:rsidRPr="00A84BC5" w:rsidRDefault="00FF20E1" w:rsidP="00924ED0">
            <w:pPr>
              <w:jc w:val="center"/>
              <w:rPr>
                <w:rFonts w:cs="Times New Roman"/>
                <w:sz w:val="22"/>
              </w:rPr>
            </w:pPr>
            <w:r w:rsidRPr="00A84BC5">
              <w:rPr>
                <w:rFonts w:cs="Times New Roman"/>
                <w:sz w:val="22"/>
              </w:rPr>
              <w:t> </w:t>
            </w:r>
          </w:p>
        </w:tc>
        <w:tc>
          <w:tcPr>
            <w:tcW w:w="5812" w:type="dxa"/>
            <w:tcBorders>
              <w:top w:val="nil"/>
              <w:left w:val="nil"/>
              <w:bottom w:val="single" w:sz="4" w:space="0" w:color="auto"/>
              <w:right w:val="single" w:sz="4" w:space="0" w:color="auto"/>
            </w:tcBorders>
            <w:vAlign w:val="center"/>
          </w:tcPr>
          <w:p w:rsidR="00FF20E1" w:rsidRPr="00A84BC5" w:rsidRDefault="00FF20E1" w:rsidP="00924ED0">
            <w:pPr>
              <w:jc w:val="center"/>
              <w:rPr>
                <w:rFonts w:cs="Times New Roman"/>
                <w:sz w:val="22"/>
              </w:rPr>
            </w:pPr>
            <w:r w:rsidRPr="00A84BC5">
              <w:rPr>
                <w:rFonts w:cs="Times New Roman"/>
                <w:sz w:val="22"/>
              </w:rPr>
              <w:t> </w:t>
            </w:r>
          </w:p>
        </w:tc>
      </w:tr>
      <w:tr w:rsidR="00FF20E1" w:rsidRPr="00A84BC5" w:rsidTr="00924ED0">
        <w:trPr>
          <w:cantSplit/>
          <w:trHeight w:val="300"/>
        </w:trPr>
        <w:tc>
          <w:tcPr>
            <w:tcW w:w="607" w:type="dxa"/>
            <w:tcBorders>
              <w:top w:val="nil"/>
              <w:left w:val="single" w:sz="4" w:space="0" w:color="auto"/>
              <w:bottom w:val="single" w:sz="4" w:space="0" w:color="auto"/>
              <w:right w:val="single" w:sz="4" w:space="0" w:color="auto"/>
            </w:tcBorders>
            <w:vAlign w:val="center"/>
          </w:tcPr>
          <w:p w:rsidR="00FF20E1" w:rsidRPr="00A84BC5" w:rsidRDefault="00FF20E1" w:rsidP="00924ED0">
            <w:pPr>
              <w:jc w:val="center"/>
              <w:rPr>
                <w:rFonts w:cs="Times New Roman"/>
                <w:b/>
                <w:bCs/>
                <w:sz w:val="22"/>
              </w:rPr>
            </w:pPr>
            <w:r w:rsidRPr="00A84BC5">
              <w:rPr>
                <w:rFonts w:cs="Times New Roman"/>
                <w:b/>
                <w:bCs/>
                <w:sz w:val="22"/>
              </w:rPr>
              <w:t>...</w:t>
            </w:r>
          </w:p>
        </w:tc>
        <w:tc>
          <w:tcPr>
            <w:tcW w:w="1080" w:type="dxa"/>
            <w:tcBorders>
              <w:top w:val="nil"/>
              <w:left w:val="nil"/>
              <w:bottom w:val="single" w:sz="4" w:space="0" w:color="auto"/>
              <w:right w:val="single" w:sz="4" w:space="0" w:color="auto"/>
            </w:tcBorders>
            <w:vAlign w:val="center"/>
          </w:tcPr>
          <w:p w:rsidR="00FF20E1" w:rsidRPr="00A84BC5" w:rsidRDefault="00FF20E1" w:rsidP="00924ED0">
            <w:pPr>
              <w:jc w:val="center"/>
              <w:rPr>
                <w:rFonts w:cs="Times New Roman"/>
                <w:sz w:val="22"/>
              </w:rPr>
            </w:pPr>
            <w:r w:rsidRPr="00A84BC5">
              <w:rPr>
                <w:rFonts w:cs="Times New Roman"/>
                <w:sz w:val="22"/>
              </w:rPr>
              <w:t> </w:t>
            </w:r>
          </w:p>
        </w:tc>
        <w:tc>
          <w:tcPr>
            <w:tcW w:w="1440" w:type="dxa"/>
            <w:tcBorders>
              <w:top w:val="nil"/>
              <w:left w:val="nil"/>
              <w:bottom w:val="single" w:sz="4" w:space="0" w:color="auto"/>
              <w:right w:val="single" w:sz="4" w:space="0" w:color="auto"/>
            </w:tcBorders>
            <w:vAlign w:val="center"/>
          </w:tcPr>
          <w:p w:rsidR="00FF20E1" w:rsidRPr="00A84BC5" w:rsidRDefault="00FF20E1" w:rsidP="00924ED0">
            <w:pPr>
              <w:jc w:val="center"/>
              <w:rPr>
                <w:rFonts w:cs="Times New Roman"/>
                <w:sz w:val="22"/>
              </w:rPr>
            </w:pPr>
            <w:r w:rsidRPr="00A84BC5">
              <w:rPr>
                <w:rFonts w:cs="Times New Roman"/>
                <w:sz w:val="22"/>
              </w:rPr>
              <w:t> </w:t>
            </w:r>
          </w:p>
        </w:tc>
        <w:tc>
          <w:tcPr>
            <w:tcW w:w="2147" w:type="dxa"/>
            <w:tcBorders>
              <w:top w:val="nil"/>
              <w:left w:val="nil"/>
              <w:bottom w:val="single" w:sz="4" w:space="0" w:color="auto"/>
              <w:right w:val="single" w:sz="4" w:space="0" w:color="auto"/>
            </w:tcBorders>
            <w:vAlign w:val="center"/>
          </w:tcPr>
          <w:p w:rsidR="00FF20E1" w:rsidRPr="00A84BC5" w:rsidRDefault="00FF20E1" w:rsidP="00924ED0">
            <w:pPr>
              <w:jc w:val="center"/>
              <w:rPr>
                <w:rFonts w:cs="Times New Roman"/>
                <w:sz w:val="22"/>
              </w:rPr>
            </w:pPr>
            <w:r w:rsidRPr="00A84BC5">
              <w:rPr>
                <w:rFonts w:cs="Times New Roman"/>
                <w:sz w:val="22"/>
              </w:rPr>
              <w:t> </w:t>
            </w:r>
          </w:p>
        </w:tc>
        <w:tc>
          <w:tcPr>
            <w:tcW w:w="3118" w:type="dxa"/>
            <w:tcBorders>
              <w:top w:val="nil"/>
              <w:left w:val="nil"/>
              <w:bottom w:val="single" w:sz="4" w:space="0" w:color="auto"/>
              <w:right w:val="single" w:sz="4" w:space="0" w:color="auto"/>
            </w:tcBorders>
            <w:vAlign w:val="center"/>
          </w:tcPr>
          <w:p w:rsidR="00FF20E1" w:rsidRPr="00A84BC5" w:rsidRDefault="00FF20E1" w:rsidP="00924ED0">
            <w:pPr>
              <w:jc w:val="center"/>
              <w:rPr>
                <w:rFonts w:cs="Times New Roman"/>
                <w:sz w:val="22"/>
              </w:rPr>
            </w:pPr>
            <w:r w:rsidRPr="00A84BC5">
              <w:rPr>
                <w:rFonts w:cs="Times New Roman"/>
                <w:sz w:val="22"/>
              </w:rPr>
              <w:t> </w:t>
            </w:r>
          </w:p>
        </w:tc>
        <w:tc>
          <w:tcPr>
            <w:tcW w:w="5812" w:type="dxa"/>
            <w:tcBorders>
              <w:top w:val="nil"/>
              <w:left w:val="nil"/>
              <w:bottom w:val="single" w:sz="4" w:space="0" w:color="auto"/>
              <w:right w:val="single" w:sz="4" w:space="0" w:color="auto"/>
            </w:tcBorders>
            <w:vAlign w:val="center"/>
          </w:tcPr>
          <w:p w:rsidR="00FF20E1" w:rsidRPr="00A84BC5" w:rsidRDefault="00FF20E1" w:rsidP="00924ED0">
            <w:pPr>
              <w:jc w:val="center"/>
              <w:rPr>
                <w:rFonts w:cs="Times New Roman"/>
                <w:sz w:val="22"/>
              </w:rPr>
            </w:pPr>
            <w:r w:rsidRPr="00A84BC5">
              <w:rPr>
                <w:rFonts w:cs="Times New Roman"/>
                <w:sz w:val="22"/>
              </w:rPr>
              <w:t> </w:t>
            </w:r>
          </w:p>
        </w:tc>
      </w:tr>
    </w:tbl>
    <w:p w:rsidR="00FF20E1" w:rsidRPr="00A84BC5" w:rsidRDefault="00FF20E1" w:rsidP="00FF20E1">
      <w:pPr>
        <w:jc w:val="both"/>
        <w:rPr>
          <w:rFonts w:cs="Times New Roman"/>
          <w:sz w:val="22"/>
          <w:vertAlign w:val="superscript"/>
        </w:rPr>
      </w:pPr>
    </w:p>
    <w:p w:rsidR="00FF20E1" w:rsidRPr="00A84BC5" w:rsidRDefault="00FF20E1" w:rsidP="00FF20E1">
      <w:pPr>
        <w:jc w:val="both"/>
        <w:rPr>
          <w:rFonts w:cs="Times New Roman"/>
          <w:sz w:val="22"/>
        </w:rPr>
      </w:pPr>
      <w:r w:rsidRPr="00A84BC5">
        <w:rPr>
          <w:rFonts w:cs="Times New Roman"/>
          <w:sz w:val="22"/>
          <w:vertAlign w:val="superscript"/>
        </w:rPr>
        <w:t>*)</w:t>
      </w:r>
      <w:r w:rsidRPr="00A84BC5">
        <w:rPr>
          <w:rFonts w:cs="Times New Roman"/>
          <w:sz w:val="22"/>
        </w:rPr>
        <w:t xml:space="preserve"> Se </w:t>
      </w:r>
      <w:proofErr w:type="spellStart"/>
      <w:r w:rsidRPr="00A84BC5">
        <w:rPr>
          <w:rFonts w:cs="Times New Roman"/>
          <w:sz w:val="22"/>
        </w:rPr>
        <w:t>precizează</w:t>
      </w:r>
      <w:proofErr w:type="spellEnd"/>
      <w:r w:rsidRPr="00A84BC5">
        <w:rPr>
          <w:rFonts w:cs="Times New Roman"/>
          <w:sz w:val="22"/>
        </w:rPr>
        <w:t xml:space="preserve"> </w:t>
      </w:r>
      <w:proofErr w:type="spellStart"/>
      <w:r w:rsidRPr="00A84BC5">
        <w:rPr>
          <w:rFonts w:cs="Times New Roman"/>
          <w:sz w:val="22"/>
        </w:rPr>
        <w:t>calitatea</w:t>
      </w:r>
      <w:proofErr w:type="spellEnd"/>
      <w:r w:rsidRPr="00A84BC5">
        <w:rPr>
          <w:rFonts w:cs="Times New Roman"/>
          <w:sz w:val="22"/>
        </w:rPr>
        <w:t xml:space="preserve"> </w:t>
      </w:r>
      <w:proofErr w:type="spellStart"/>
      <w:r w:rsidRPr="00A84BC5">
        <w:rPr>
          <w:rFonts w:cs="Times New Roman"/>
          <w:sz w:val="22"/>
        </w:rPr>
        <w:t>în</w:t>
      </w:r>
      <w:proofErr w:type="spellEnd"/>
      <w:r w:rsidRPr="00A84BC5">
        <w:rPr>
          <w:rFonts w:cs="Times New Roman"/>
          <w:sz w:val="22"/>
        </w:rPr>
        <w:t xml:space="preserve"> care a </w:t>
      </w:r>
      <w:proofErr w:type="spellStart"/>
      <w:r w:rsidRPr="00A84BC5">
        <w:rPr>
          <w:rFonts w:cs="Times New Roman"/>
          <w:sz w:val="22"/>
        </w:rPr>
        <w:t>participat</w:t>
      </w:r>
      <w:proofErr w:type="spellEnd"/>
      <w:r w:rsidRPr="00A84BC5">
        <w:rPr>
          <w:rFonts w:cs="Times New Roman"/>
          <w:sz w:val="22"/>
        </w:rPr>
        <w:t xml:space="preserve"> la </w:t>
      </w:r>
      <w:proofErr w:type="spellStart"/>
      <w:r w:rsidRPr="00A84BC5">
        <w:rPr>
          <w:rFonts w:cs="Times New Roman"/>
          <w:sz w:val="22"/>
        </w:rPr>
        <w:t>îndeplinirea</w:t>
      </w:r>
      <w:proofErr w:type="spellEnd"/>
      <w:r w:rsidRPr="00A84BC5">
        <w:rPr>
          <w:rFonts w:cs="Times New Roman"/>
          <w:sz w:val="22"/>
        </w:rPr>
        <w:t xml:space="preserve"> </w:t>
      </w:r>
      <w:proofErr w:type="spellStart"/>
      <w:r w:rsidRPr="00A84BC5">
        <w:rPr>
          <w:rFonts w:cs="Times New Roman"/>
          <w:sz w:val="22"/>
        </w:rPr>
        <w:t>contractului</w:t>
      </w:r>
      <w:proofErr w:type="spellEnd"/>
      <w:r w:rsidRPr="00A84BC5">
        <w:rPr>
          <w:rFonts w:cs="Times New Roman"/>
          <w:sz w:val="22"/>
        </w:rPr>
        <w:t xml:space="preserve">, care </w:t>
      </w:r>
      <w:proofErr w:type="spellStart"/>
      <w:r w:rsidRPr="00A84BC5">
        <w:rPr>
          <w:rFonts w:cs="Times New Roman"/>
          <w:sz w:val="22"/>
        </w:rPr>
        <w:t>poate</w:t>
      </w:r>
      <w:proofErr w:type="spellEnd"/>
      <w:r w:rsidRPr="00A84BC5">
        <w:rPr>
          <w:rFonts w:cs="Times New Roman"/>
          <w:sz w:val="22"/>
        </w:rPr>
        <w:t xml:space="preserve"> fi de: </w:t>
      </w:r>
      <w:proofErr w:type="spellStart"/>
      <w:r w:rsidRPr="00A84BC5">
        <w:rPr>
          <w:rFonts w:cs="Times New Roman"/>
          <w:sz w:val="22"/>
        </w:rPr>
        <w:t>contractant</w:t>
      </w:r>
      <w:proofErr w:type="spellEnd"/>
      <w:r w:rsidRPr="00A84BC5">
        <w:rPr>
          <w:rFonts w:cs="Times New Roman"/>
          <w:sz w:val="22"/>
        </w:rPr>
        <w:t xml:space="preserve"> </w:t>
      </w:r>
      <w:proofErr w:type="spellStart"/>
      <w:r w:rsidRPr="00A84BC5">
        <w:rPr>
          <w:rFonts w:cs="Times New Roman"/>
          <w:sz w:val="22"/>
        </w:rPr>
        <w:t>unic</w:t>
      </w:r>
      <w:proofErr w:type="spellEnd"/>
      <w:r w:rsidRPr="00A84BC5">
        <w:rPr>
          <w:rFonts w:cs="Times New Roman"/>
          <w:sz w:val="22"/>
        </w:rPr>
        <w:t xml:space="preserve"> </w:t>
      </w:r>
      <w:proofErr w:type="spellStart"/>
      <w:r w:rsidRPr="00A84BC5">
        <w:rPr>
          <w:rFonts w:cs="Times New Roman"/>
          <w:sz w:val="22"/>
        </w:rPr>
        <w:t>sau</w:t>
      </w:r>
      <w:proofErr w:type="spellEnd"/>
      <w:r w:rsidRPr="00A84BC5">
        <w:rPr>
          <w:rFonts w:cs="Times New Roman"/>
          <w:sz w:val="22"/>
        </w:rPr>
        <w:t xml:space="preserve"> </w:t>
      </w:r>
      <w:proofErr w:type="spellStart"/>
      <w:r w:rsidRPr="00A84BC5">
        <w:rPr>
          <w:rFonts w:cs="Times New Roman"/>
          <w:sz w:val="22"/>
        </w:rPr>
        <w:t>lider</w:t>
      </w:r>
      <w:proofErr w:type="spellEnd"/>
      <w:r w:rsidRPr="00A84BC5">
        <w:rPr>
          <w:rFonts w:cs="Times New Roman"/>
          <w:sz w:val="22"/>
        </w:rPr>
        <w:t xml:space="preserve"> de </w:t>
      </w:r>
      <w:proofErr w:type="spellStart"/>
      <w:r w:rsidRPr="00A84BC5">
        <w:rPr>
          <w:rFonts w:cs="Times New Roman"/>
          <w:sz w:val="22"/>
        </w:rPr>
        <w:t>asociaţie</w:t>
      </w:r>
      <w:proofErr w:type="spellEnd"/>
      <w:r w:rsidRPr="00A84BC5">
        <w:rPr>
          <w:rFonts w:cs="Times New Roman"/>
          <w:sz w:val="22"/>
        </w:rPr>
        <w:t xml:space="preserve">; </w:t>
      </w:r>
      <w:proofErr w:type="spellStart"/>
      <w:r w:rsidRPr="00A84BC5">
        <w:rPr>
          <w:rFonts w:cs="Times New Roman"/>
          <w:sz w:val="22"/>
        </w:rPr>
        <w:t>contractant</w:t>
      </w:r>
      <w:proofErr w:type="spellEnd"/>
      <w:r w:rsidRPr="00A84BC5">
        <w:rPr>
          <w:rFonts w:cs="Times New Roman"/>
          <w:sz w:val="22"/>
        </w:rPr>
        <w:t xml:space="preserve"> </w:t>
      </w:r>
      <w:proofErr w:type="spellStart"/>
      <w:r w:rsidRPr="00A84BC5">
        <w:rPr>
          <w:rFonts w:cs="Times New Roman"/>
          <w:sz w:val="22"/>
        </w:rPr>
        <w:t>asociat</w:t>
      </w:r>
      <w:proofErr w:type="spellEnd"/>
      <w:r w:rsidRPr="00A84BC5">
        <w:rPr>
          <w:rFonts w:cs="Times New Roman"/>
          <w:sz w:val="22"/>
        </w:rPr>
        <w:t xml:space="preserve">; </w:t>
      </w:r>
      <w:proofErr w:type="spellStart"/>
      <w:r w:rsidRPr="00A84BC5">
        <w:rPr>
          <w:rFonts w:cs="Times New Roman"/>
          <w:sz w:val="22"/>
        </w:rPr>
        <w:t>subcontractant</w:t>
      </w:r>
      <w:proofErr w:type="spellEnd"/>
      <w:r w:rsidRPr="00A84BC5">
        <w:rPr>
          <w:rFonts w:cs="Times New Roman"/>
          <w:sz w:val="22"/>
        </w:rPr>
        <w:t>.</w:t>
      </w:r>
    </w:p>
    <w:p w:rsidR="00FF20E1" w:rsidRPr="00A84BC5" w:rsidRDefault="00FF20E1" w:rsidP="00FF20E1">
      <w:pPr>
        <w:jc w:val="both"/>
        <w:rPr>
          <w:rFonts w:eastAsia="PMingLiU" w:cs="Times New Roman"/>
          <w:sz w:val="22"/>
          <w:lang w:eastAsia="zh-CN"/>
        </w:rPr>
      </w:pPr>
      <w:proofErr w:type="spellStart"/>
      <w:r w:rsidRPr="00A84BC5">
        <w:rPr>
          <w:rFonts w:cs="Times New Roman"/>
          <w:sz w:val="22"/>
          <w:lang w:eastAsia="zh-CN"/>
        </w:rPr>
        <w:t>Semnat</w:t>
      </w:r>
      <w:proofErr w:type="spellEnd"/>
      <w:r w:rsidRPr="00A84BC5">
        <w:rPr>
          <w:rFonts w:cs="Times New Roman"/>
          <w:sz w:val="22"/>
          <w:lang w:eastAsia="zh-CN"/>
        </w:rPr>
        <w:t>: ________________________________________</w:t>
      </w:r>
    </w:p>
    <w:p w:rsidR="00FF20E1" w:rsidRPr="00A84BC5" w:rsidRDefault="00FF20E1" w:rsidP="00FF20E1">
      <w:pPr>
        <w:jc w:val="both"/>
        <w:rPr>
          <w:rFonts w:eastAsia="PMingLiU" w:cs="Times New Roman"/>
          <w:sz w:val="22"/>
          <w:lang w:eastAsia="zh-CN"/>
        </w:rPr>
      </w:pPr>
      <w:proofErr w:type="spellStart"/>
      <w:r w:rsidRPr="00A84BC5">
        <w:rPr>
          <w:rFonts w:cs="Times New Roman"/>
          <w:sz w:val="22"/>
          <w:lang w:eastAsia="zh-CN"/>
        </w:rPr>
        <w:t>Nume</w:t>
      </w:r>
      <w:proofErr w:type="spellEnd"/>
      <w:r w:rsidRPr="00A84BC5">
        <w:rPr>
          <w:rFonts w:cs="Times New Roman"/>
          <w:sz w:val="22"/>
          <w:lang w:eastAsia="zh-CN"/>
        </w:rPr>
        <w:t>: _________________________________________</w:t>
      </w:r>
    </w:p>
    <w:p w:rsidR="00FF20E1" w:rsidRPr="00A84BC5" w:rsidRDefault="00FF20E1" w:rsidP="00FF20E1">
      <w:pPr>
        <w:jc w:val="both"/>
        <w:rPr>
          <w:rFonts w:eastAsia="PMingLiU" w:cs="Times New Roman"/>
          <w:sz w:val="22"/>
          <w:lang w:eastAsia="zh-CN"/>
        </w:rPr>
      </w:pPr>
      <w:proofErr w:type="spellStart"/>
      <w:r w:rsidRPr="00A84BC5">
        <w:rPr>
          <w:rFonts w:cs="Times New Roman"/>
          <w:sz w:val="22"/>
          <w:lang w:eastAsia="zh-CN"/>
        </w:rPr>
        <w:t>Funcţia</w:t>
      </w:r>
      <w:proofErr w:type="spellEnd"/>
      <w:r w:rsidRPr="00A84BC5">
        <w:rPr>
          <w:rFonts w:cs="Times New Roman"/>
          <w:sz w:val="22"/>
          <w:lang w:eastAsia="zh-CN"/>
        </w:rPr>
        <w:t xml:space="preserve"> </w:t>
      </w:r>
      <w:proofErr w:type="spellStart"/>
      <w:r w:rsidRPr="00A84BC5">
        <w:rPr>
          <w:rFonts w:cs="Times New Roman"/>
          <w:sz w:val="22"/>
          <w:lang w:eastAsia="zh-CN"/>
        </w:rPr>
        <w:t>în</w:t>
      </w:r>
      <w:proofErr w:type="spellEnd"/>
      <w:r w:rsidRPr="00A84BC5">
        <w:rPr>
          <w:rFonts w:cs="Times New Roman"/>
          <w:sz w:val="22"/>
          <w:lang w:eastAsia="zh-CN"/>
        </w:rPr>
        <w:t xml:space="preserve"> </w:t>
      </w:r>
      <w:proofErr w:type="spellStart"/>
      <w:r w:rsidRPr="00A84BC5">
        <w:rPr>
          <w:rFonts w:cs="Times New Roman"/>
          <w:sz w:val="22"/>
          <w:lang w:eastAsia="zh-CN"/>
        </w:rPr>
        <w:t>cadrul</w:t>
      </w:r>
      <w:proofErr w:type="spellEnd"/>
      <w:r w:rsidRPr="00A84BC5">
        <w:rPr>
          <w:rFonts w:cs="Times New Roman"/>
          <w:sz w:val="22"/>
          <w:lang w:eastAsia="zh-CN"/>
        </w:rPr>
        <w:t xml:space="preserve"> </w:t>
      </w:r>
      <w:proofErr w:type="spellStart"/>
      <w:r w:rsidRPr="00A84BC5">
        <w:rPr>
          <w:rFonts w:cs="Times New Roman"/>
          <w:sz w:val="22"/>
          <w:lang w:eastAsia="zh-CN"/>
        </w:rPr>
        <w:t>firmei</w:t>
      </w:r>
      <w:proofErr w:type="spellEnd"/>
      <w:r w:rsidRPr="00A84BC5">
        <w:rPr>
          <w:rFonts w:cs="Times New Roman"/>
          <w:sz w:val="22"/>
          <w:lang w:eastAsia="zh-CN"/>
        </w:rPr>
        <w:t>: ___________________________</w:t>
      </w:r>
    </w:p>
    <w:p w:rsidR="00FF20E1" w:rsidRPr="00A84BC5" w:rsidRDefault="00FF20E1" w:rsidP="00FF20E1">
      <w:pPr>
        <w:jc w:val="both"/>
        <w:rPr>
          <w:rFonts w:eastAsia="PMingLiU" w:cs="Times New Roman"/>
          <w:sz w:val="22"/>
          <w:lang w:eastAsia="zh-CN"/>
        </w:rPr>
      </w:pPr>
      <w:proofErr w:type="spellStart"/>
      <w:r w:rsidRPr="00A84BC5">
        <w:rPr>
          <w:rFonts w:cs="Times New Roman"/>
          <w:sz w:val="22"/>
          <w:lang w:eastAsia="zh-CN"/>
        </w:rPr>
        <w:t>Denumirea</w:t>
      </w:r>
      <w:proofErr w:type="spellEnd"/>
      <w:r w:rsidRPr="00A84BC5">
        <w:rPr>
          <w:rFonts w:cs="Times New Roman"/>
          <w:sz w:val="22"/>
          <w:lang w:eastAsia="zh-CN"/>
        </w:rPr>
        <w:t xml:space="preserve"> </w:t>
      </w:r>
      <w:proofErr w:type="spellStart"/>
      <w:r w:rsidRPr="00A84BC5">
        <w:rPr>
          <w:rFonts w:cs="Times New Roman"/>
          <w:sz w:val="22"/>
          <w:lang w:eastAsia="zh-CN"/>
        </w:rPr>
        <w:t>firmei</w:t>
      </w:r>
      <w:proofErr w:type="spellEnd"/>
      <w:r w:rsidRPr="00A84BC5">
        <w:rPr>
          <w:rFonts w:cs="Times New Roman"/>
          <w:sz w:val="22"/>
          <w:lang w:eastAsia="zh-CN"/>
        </w:rPr>
        <w:t>: _______________________________</w:t>
      </w:r>
    </w:p>
    <w:p w:rsidR="004D7ED4" w:rsidRPr="00A84BC5" w:rsidRDefault="004D7ED4" w:rsidP="00FF20E1">
      <w:pPr>
        <w:jc w:val="center"/>
        <w:rPr>
          <w:rFonts w:cs="Times New Roman"/>
          <w:sz w:val="22"/>
          <w:lang w:val="it-IT"/>
        </w:rPr>
        <w:sectPr w:rsidR="004D7ED4" w:rsidRPr="00A84BC5" w:rsidSect="003A0D7A">
          <w:pgSz w:w="15840" w:h="12240" w:orient="landscape"/>
          <w:pgMar w:top="993" w:right="850" w:bottom="1134" w:left="1701" w:header="720" w:footer="720" w:gutter="0"/>
          <w:cols w:space="720"/>
          <w:docGrid w:linePitch="360"/>
        </w:sectPr>
      </w:pPr>
    </w:p>
    <w:p w:rsidR="00FF20E1" w:rsidRPr="00A84BC5" w:rsidRDefault="00FF20E1" w:rsidP="00FF20E1">
      <w:pPr>
        <w:jc w:val="center"/>
        <w:rPr>
          <w:rFonts w:cs="Times New Roman"/>
          <w:sz w:val="22"/>
          <w:lang w:val="it-IT"/>
        </w:rPr>
      </w:pPr>
    </w:p>
    <w:p w:rsidR="003A0D7A" w:rsidRPr="00A84BC5" w:rsidRDefault="003A0D7A" w:rsidP="004D7ED4">
      <w:pPr>
        <w:rPr>
          <w:rFonts w:cs="Times New Roman"/>
          <w:sz w:val="22"/>
          <w:lang w:val="it-IT"/>
        </w:rPr>
      </w:pPr>
    </w:p>
    <w:p w:rsidR="00FF20E1" w:rsidRPr="00A84BC5" w:rsidRDefault="00FF20E1" w:rsidP="00FF20E1">
      <w:pPr>
        <w:jc w:val="right"/>
        <w:rPr>
          <w:rFonts w:cs="Times New Roman"/>
          <w:sz w:val="22"/>
          <w:lang w:val="it-IT"/>
        </w:rPr>
      </w:pPr>
      <w:r w:rsidRPr="00A84BC5">
        <w:rPr>
          <w:rFonts w:cs="Times New Roman"/>
          <w:sz w:val="22"/>
          <w:lang w:val="it-IT"/>
        </w:rPr>
        <w:t xml:space="preserve">Anexa nr. </w:t>
      </w:r>
      <w:r w:rsidR="003A0D7A" w:rsidRPr="00A84BC5">
        <w:rPr>
          <w:rFonts w:cs="Times New Roman"/>
          <w:sz w:val="22"/>
          <w:lang w:val="it-IT"/>
        </w:rPr>
        <w:t>8</w:t>
      </w:r>
    </w:p>
    <w:p w:rsidR="004D7ED4" w:rsidRPr="00A84BC5" w:rsidRDefault="004D7ED4" w:rsidP="00AE720F">
      <w:pPr>
        <w:jc w:val="right"/>
        <w:rPr>
          <w:rFonts w:cs="Times New Roman"/>
          <w:bCs/>
          <w:sz w:val="22"/>
        </w:rPr>
      </w:pPr>
    </w:p>
    <w:p w:rsidR="004D7ED4" w:rsidRPr="00A84BC5" w:rsidRDefault="004D7ED4" w:rsidP="00AE720F">
      <w:pPr>
        <w:jc w:val="right"/>
        <w:rPr>
          <w:rFonts w:cs="Times New Roman"/>
          <w:bCs/>
          <w:sz w:val="22"/>
        </w:rPr>
      </w:pPr>
    </w:p>
    <w:p w:rsidR="00C70DF0" w:rsidRPr="00A84BC5" w:rsidRDefault="00A84BC5">
      <w:pPr>
        <w:jc w:val="right"/>
        <w:rPr>
          <w:rFonts w:cs="Times New Roman"/>
          <w:sz w:val="22"/>
        </w:rPr>
      </w:pPr>
      <w:r w:rsidRPr="00A84BC5">
        <w:rPr>
          <w:rFonts w:cs="Times New Roman"/>
          <w:sz w:val="22"/>
        </w:rPr>
        <w:t>Anexa nr. 1</w:t>
      </w:r>
    </w:p>
    <w:p w:rsidR="00C70DF0" w:rsidRPr="00A84BC5" w:rsidRDefault="00A84BC5">
      <w:pPr>
        <w:jc w:val="right"/>
        <w:rPr>
          <w:rFonts w:cs="Times New Roman"/>
          <w:sz w:val="22"/>
        </w:rPr>
      </w:pPr>
      <w:r w:rsidRPr="00A84BC5">
        <w:rPr>
          <w:rFonts w:cs="Times New Roman"/>
          <w:sz w:val="22"/>
        </w:rPr>
        <w:t xml:space="preserve">la Documentația standard </w:t>
      </w:r>
      <w:proofErr w:type="gramStart"/>
      <w:r w:rsidRPr="00A84BC5">
        <w:rPr>
          <w:rFonts w:cs="Times New Roman"/>
          <w:sz w:val="22"/>
        </w:rPr>
        <w:t>nr._</w:t>
      </w:r>
      <w:proofErr w:type="gramEnd"/>
      <w:r w:rsidRPr="00A84BC5">
        <w:rPr>
          <w:rFonts w:cs="Times New Roman"/>
          <w:sz w:val="22"/>
        </w:rPr>
        <w:t>____</w:t>
      </w:r>
    </w:p>
    <w:p w:rsidR="00C70DF0" w:rsidRPr="00A84BC5" w:rsidRDefault="00A84BC5">
      <w:pPr>
        <w:jc w:val="right"/>
        <w:rPr>
          <w:rFonts w:cs="Times New Roman"/>
          <w:sz w:val="22"/>
        </w:rPr>
      </w:pPr>
      <w:r w:rsidRPr="00A84BC5">
        <w:rPr>
          <w:rFonts w:cs="Times New Roman"/>
          <w:sz w:val="22"/>
        </w:rPr>
        <w:t>din “____” ________ 20___</w:t>
      </w:r>
    </w:p>
    <w:p w:rsidR="00C70DF0" w:rsidRPr="00A84BC5" w:rsidRDefault="00C70DF0">
      <w:pPr>
        <w:rPr>
          <w:rFonts w:cs="Times New Roman"/>
          <w:sz w:val="22"/>
        </w:rPr>
      </w:pPr>
    </w:p>
    <w:p w:rsidR="00C70DF0" w:rsidRPr="00A84BC5" w:rsidRDefault="00A84BC5">
      <w:pPr>
        <w:jc w:val="center"/>
        <w:rPr>
          <w:rFonts w:cs="Times New Roman"/>
          <w:sz w:val="22"/>
        </w:rPr>
      </w:pPr>
      <w:r w:rsidRPr="00A84BC5">
        <w:rPr>
          <w:rFonts w:cs="Times New Roman"/>
          <w:b/>
          <w:sz w:val="22"/>
        </w:rPr>
        <w:t>CAIET DE SARCINI</w:t>
      </w:r>
    </w:p>
    <w:p w:rsidR="00C70DF0" w:rsidRPr="00A84BC5" w:rsidRDefault="00C70DF0">
      <w:pPr>
        <w:rPr>
          <w:rFonts w:cs="Times New Roman"/>
          <w:sz w:val="22"/>
        </w:rPr>
      </w:pPr>
    </w:p>
    <w:p w:rsidR="00C70DF0" w:rsidRPr="00A84BC5" w:rsidRDefault="00A84BC5">
      <w:pPr>
        <w:rPr>
          <w:rFonts w:cs="Times New Roman"/>
          <w:sz w:val="22"/>
        </w:rPr>
      </w:pPr>
      <w:r w:rsidRPr="00A84BC5">
        <w:rPr>
          <w:rFonts w:cs="Times New Roman"/>
          <w:sz w:val="22"/>
        </w:rPr>
        <w:t>Obiectul: Servicii de actualizare și securitate FortiGuard cu suportul producătorului pentru echipamentele de rețea Fortinet</w:t>
      </w:r>
    </w:p>
    <w:p w:rsidR="00C70DF0" w:rsidRPr="00A84BC5" w:rsidRDefault="00A84BC5">
      <w:pPr>
        <w:rPr>
          <w:rFonts w:cs="Times New Roman"/>
          <w:sz w:val="22"/>
        </w:rPr>
      </w:pPr>
      <w:r w:rsidRPr="00A84BC5">
        <w:rPr>
          <w:rFonts w:cs="Times New Roman"/>
          <w:sz w:val="22"/>
        </w:rPr>
        <w:t>Autoritatea contractantă Agenția Națională pentru Sănătate Publică, str. Gheorghe Asachi nr. 67A, mun. Chișinău, MD-2028, Republica Moldova</w:t>
      </w:r>
    </w:p>
    <w:p w:rsidR="00C70DF0" w:rsidRPr="00A84BC5" w:rsidRDefault="00C70DF0">
      <w:pPr>
        <w:jc w:val="both"/>
        <w:rPr>
          <w:rFonts w:cs="Times New Roman"/>
          <w:sz w:val="22"/>
        </w:rPr>
      </w:pPr>
    </w:p>
    <w:p w:rsidR="00C70DF0" w:rsidRPr="00A84BC5" w:rsidRDefault="00A84BC5">
      <w:pPr>
        <w:jc w:val="center"/>
        <w:rPr>
          <w:rFonts w:cs="Times New Roman"/>
          <w:sz w:val="22"/>
        </w:rPr>
      </w:pPr>
      <w:r w:rsidRPr="00A84BC5">
        <w:rPr>
          <w:rFonts w:cs="Times New Roman"/>
          <w:b/>
          <w:sz w:val="22"/>
        </w:rPr>
        <w:t>1. DISPOZIȚII GENERALE</w:t>
      </w:r>
    </w:p>
    <w:p w:rsidR="00C70DF0" w:rsidRPr="00A84BC5" w:rsidRDefault="00A84BC5">
      <w:pPr>
        <w:rPr>
          <w:rFonts w:cs="Times New Roman"/>
          <w:sz w:val="22"/>
        </w:rPr>
      </w:pPr>
      <w:r w:rsidRPr="00A84BC5">
        <w:rPr>
          <w:rFonts w:cs="Times New Roman"/>
          <w:b/>
          <w:sz w:val="22"/>
        </w:rPr>
        <w:t>1.1 Obiectul achiziției</w:t>
      </w:r>
    </w:p>
    <w:p w:rsidR="00C70DF0" w:rsidRPr="00A84BC5" w:rsidRDefault="00A84BC5">
      <w:pPr>
        <w:jc w:val="both"/>
        <w:rPr>
          <w:rFonts w:cs="Times New Roman"/>
          <w:sz w:val="22"/>
        </w:rPr>
      </w:pPr>
      <w:r w:rsidRPr="00A84BC5">
        <w:rPr>
          <w:rFonts w:cs="Times New Roman"/>
          <w:sz w:val="22"/>
        </w:rPr>
        <w:t>Prezentul Caiet de sarcini stabilește cerințele tehnice, funcționale, operaționale și de calitate privind achiziționarea serviciilor de reînnoire a subscripțiilor de securitate FortiGuard și a serviciilor de suport tehnic oficial FortiCare pentru echipamentele de securitate Fortinet aflate în exploatarea Agenției Naționale pentru Sănătate Publică.</w:t>
      </w:r>
    </w:p>
    <w:p w:rsidR="00C70DF0" w:rsidRPr="00A84BC5" w:rsidRDefault="00A84BC5">
      <w:pPr>
        <w:jc w:val="both"/>
        <w:rPr>
          <w:rFonts w:cs="Times New Roman"/>
          <w:sz w:val="22"/>
        </w:rPr>
      </w:pPr>
      <w:r w:rsidRPr="00A84BC5">
        <w:rPr>
          <w:rFonts w:cs="Times New Roman"/>
          <w:sz w:val="22"/>
        </w:rPr>
        <w:t xml:space="preserve">Serviciile urmează a fi prestate pentru o perioadă de 12 luni și au drept scop menținerea funcționării continue </w:t>
      </w:r>
      <w:proofErr w:type="gramStart"/>
      <w:r w:rsidRPr="00A84BC5">
        <w:rPr>
          <w:rFonts w:cs="Times New Roman"/>
          <w:sz w:val="22"/>
        </w:rPr>
        <w:t>a</w:t>
      </w:r>
      <w:proofErr w:type="gramEnd"/>
      <w:r w:rsidRPr="00A84BC5">
        <w:rPr>
          <w:rFonts w:cs="Times New Roman"/>
          <w:sz w:val="22"/>
        </w:rPr>
        <w:t xml:space="preserve"> infrastructurii de securitate cibernetică, asigurarea accesului la actualizările oficiale ale producătorului, reducerea riscurilor generate de vulnerabilitățile informatice și garantarea suportului tehnic oficial pe întreaga perioadă contractuală.</w:t>
      </w:r>
    </w:p>
    <w:p w:rsidR="00C70DF0" w:rsidRPr="00A84BC5" w:rsidRDefault="00A84BC5">
      <w:pPr>
        <w:jc w:val="both"/>
        <w:rPr>
          <w:rFonts w:cs="Times New Roman"/>
          <w:sz w:val="22"/>
        </w:rPr>
      </w:pPr>
      <w:r w:rsidRPr="00A84BC5">
        <w:rPr>
          <w:rFonts w:cs="Times New Roman"/>
          <w:sz w:val="22"/>
        </w:rPr>
        <w:t xml:space="preserve">Achiziția are caracter de continuitate și este necesară pentru evitarea expirării serviciilor de securitate existente, care ar conduce la diminuarea nivelului de protecție </w:t>
      </w:r>
      <w:proofErr w:type="gramStart"/>
      <w:r w:rsidRPr="00A84BC5">
        <w:rPr>
          <w:rFonts w:cs="Times New Roman"/>
          <w:sz w:val="22"/>
        </w:rPr>
        <w:t>a</w:t>
      </w:r>
      <w:proofErr w:type="gramEnd"/>
      <w:r w:rsidRPr="00A84BC5">
        <w:rPr>
          <w:rFonts w:cs="Times New Roman"/>
          <w:sz w:val="22"/>
        </w:rPr>
        <w:t xml:space="preserve"> infrastructurii informatice și la imposibilitatea accesării actualizărilor critice furnizate de producător.</w:t>
      </w:r>
    </w:p>
    <w:p w:rsidR="00C70DF0" w:rsidRPr="00A84BC5" w:rsidRDefault="00A84BC5">
      <w:pPr>
        <w:jc w:val="both"/>
        <w:rPr>
          <w:rFonts w:cs="Times New Roman"/>
          <w:sz w:val="22"/>
        </w:rPr>
      </w:pPr>
      <w:r w:rsidRPr="00A84BC5">
        <w:rPr>
          <w:rFonts w:cs="Times New Roman"/>
          <w:sz w:val="22"/>
        </w:rPr>
        <w:t>Justificare privind compatibilitatea: Cerințele referitoare la FortiGuard/FortiCare/Fortinet sunt determinate de necesitatea reînnoirii subscripțiilor și suportului oficial pentru echipamentele Fortinet existente în infrastructura ANSP. Achiziția nu vizează procurarea unor echipamente noi alternative, ci asigurarea continuității, compatibilității tehnice și accesului la actualizările oficiale ale producătorului pentru echipamentele aflate deja în exploatare.</w:t>
      </w:r>
    </w:p>
    <w:p w:rsidR="00C70DF0" w:rsidRPr="00A84BC5" w:rsidRDefault="00C70DF0">
      <w:pPr>
        <w:jc w:val="both"/>
        <w:rPr>
          <w:rFonts w:cs="Times New Roman"/>
          <w:sz w:val="22"/>
        </w:rPr>
      </w:pPr>
    </w:p>
    <w:p w:rsidR="00C70DF0" w:rsidRPr="00A84BC5" w:rsidRDefault="00A84BC5">
      <w:pPr>
        <w:rPr>
          <w:rFonts w:cs="Times New Roman"/>
          <w:sz w:val="22"/>
        </w:rPr>
      </w:pPr>
      <w:r w:rsidRPr="00A84BC5">
        <w:rPr>
          <w:rFonts w:cs="Times New Roman"/>
          <w:b/>
          <w:sz w:val="22"/>
        </w:rPr>
        <w:t>1.2 Scopul achiziției</w:t>
      </w:r>
    </w:p>
    <w:p w:rsidR="00C70DF0" w:rsidRPr="00A84BC5" w:rsidRDefault="00A84BC5">
      <w:pPr>
        <w:jc w:val="both"/>
        <w:rPr>
          <w:rFonts w:cs="Times New Roman"/>
          <w:sz w:val="22"/>
        </w:rPr>
      </w:pPr>
      <w:r w:rsidRPr="00A84BC5">
        <w:rPr>
          <w:rFonts w:cs="Times New Roman"/>
          <w:sz w:val="22"/>
        </w:rPr>
        <w:t>Prezenta achiziție urmărește:</w:t>
      </w:r>
    </w:p>
    <w:p w:rsidR="00C70DF0" w:rsidRPr="00A84BC5" w:rsidRDefault="00A84BC5">
      <w:pPr>
        <w:ind w:left="340"/>
        <w:jc w:val="both"/>
        <w:rPr>
          <w:rFonts w:cs="Times New Roman"/>
          <w:sz w:val="22"/>
        </w:rPr>
      </w:pPr>
      <w:r w:rsidRPr="00A84BC5">
        <w:rPr>
          <w:rFonts w:cs="Times New Roman"/>
          <w:sz w:val="22"/>
        </w:rPr>
        <w:t>• asigurarea continuității serviciilor de securitate cibernetică furnizate de echipamentele Fortinet;</w:t>
      </w:r>
    </w:p>
    <w:p w:rsidR="00C70DF0" w:rsidRPr="00A84BC5" w:rsidRDefault="00A84BC5">
      <w:pPr>
        <w:ind w:left="340"/>
        <w:jc w:val="both"/>
        <w:rPr>
          <w:rFonts w:cs="Times New Roman"/>
          <w:sz w:val="22"/>
        </w:rPr>
      </w:pPr>
      <w:r w:rsidRPr="00A84BC5">
        <w:rPr>
          <w:rFonts w:cs="Times New Roman"/>
          <w:sz w:val="22"/>
        </w:rPr>
        <w:t>• menținerea accesului permanent la serviciile FortiGuard;</w:t>
      </w:r>
    </w:p>
    <w:p w:rsidR="00C70DF0" w:rsidRPr="00A84BC5" w:rsidRDefault="00A84BC5">
      <w:pPr>
        <w:ind w:left="340"/>
        <w:jc w:val="both"/>
        <w:rPr>
          <w:rFonts w:cs="Times New Roman"/>
          <w:sz w:val="22"/>
        </w:rPr>
      </w:pPr>
      <w:r w:rsidRPr="00A84BC5">
        <w:rPr>
          <w:rFonts w:cs="Times New Roman"/>
          <w:sz w:val="22"/>
        </w:rPr>
        <w:t>• menținerea suportului tehnic oficial FortiCare;</w:t>
      </w:r>
    </w:p>
    <w:p w:rsidR="00C70DF0" w:rsidRPr="00A84BC5" w:rsidRDefault="00A84BC5">
      <w:pPr>
        <w:ind w:left="340"/>
        <w:jc w:val="both"/>
        <w:rPr>
          <w:rFonts w:cs="Times New Roman"/>
          <w:sz w:val="22"/>
        </w:rPr>
      </w:pPr>
      <w:r w:rsidRPr="00A84BC5">
        <w:rPr>
          <w:rFonts w:cs="Times New Roman"/>
          <w:sz w:val="22"/>
        </w:rPr>
        <w:t>• asigurarea accesului la actualizările FortiOS și firmware;</w:t>
      </w:r>
    </w:p>
    <w:p w:rsidR="00C70DF0" w:rsidRPr="00A84BC5" w:rsidRDefault="00A84BC5">
      <w:pPr>
        <w:ind w:left="340"/>
        <w:jc w:val="both"/>
        <w:rPr>
          <w:rFonts w:cs="Times New Roman"/>
          <w:sz w:val="22"/>
        </w:rPr>
      </w:pPr>
      <w:r w:rsidRPr="00A84BC5">
        <w:rPr>
          <w:rFonts w:cs="Times New Roman"/>
          <w:sz w:val="22"/>
        </w:rPr>
        <w:t>• reducerea riscului exploatării vulnerabilităților cunoscute;</w:t>
      </w:r>
    </w:p>
    <w:p w:rsidR="00C70DF0" w:rsidRPr="00A84BC5" w:rsidRDefault="00A84BC5">
      <w:pPr>
        <w:ind w:left="340"/>
        <w:jc w:val="both"/>
        <w:rPr>
          <w:rFonts w:cs="Times New Roman"/>
          <w:sz w:val="22"/>
        </w:rPr>
      </w:pPr>
      <w:r w:rsidRPr="00A84BC5">
        <w:rPr>
          <w:rFonts w:cs="Times New Roman"/>
          <w:sz w:val="22"/>
        </w:rPr>
        <w:t>• protejarea infrastructurii TIC împotriva atacurilor informatice;</w:t>
      </w:r>
    </w:p>
    <w:p w:rsidR="00C70DF0" w:rsidRPr="00A84BC5" w:rsidRDefault="00A84BC5">
      <w:pPr>
        <w:ind w:left="340"/>
        <w:jc w:val="both"/>
        <w:rPr>
          <w:rFonts w:cs="Times New Roman"/>
          <w:sz w:val="22"/>
        </w:rPr>
      </w:pPr>
      <w:r w:rsidRPr="00A84BC5">
        <w:rPr>
          <w:rFonts w:cs="Times New Roman"/>
          <w:sz w:val="22"/>
        </w:rPr>
        <w:t>• respectarea politicilor instituționale privind securitatea informației;</w:t>
      </w:r>
    </w:p>
    <w:p w:rsidR="00C70DF0" w:rsidRPr="00A84BC5" w:rsidRDefault="00A84BC5">
      <w:pPr>
        <w:ind w:left="340"/>
        <w:jc w:val="both"/>
        <w:rPr>
          <w:rFonts w:cs="Times New Roman"/>
          <w:sz w:val="22"/>
        </w:rPr>
      </w:pPr>
      <w:r w:rsidRPr="00A84BC5">
        <w:rPr>
          <w:rFonts w:cs="Times New Roman"/>
          <w:sz w:val="22"/>
        </w:rPr>
        <w:t>• creșterea disponibilității serviciilor informatice;</w:t>
      </w:r>
    </w:p>
    <w:p w:rsidR="00C70DF0" w:rsidRPr="00A84BC5" w:rsidRDefault="00A84BC5">
      <w:pPr>
        <w:ind w:left="340"/>
        <w:jc w:val="both"/>
        <w:rPr>
          <w:rFonts w:cs="Times New Roman"/>
          <w:sz w:val="22"/>
        </w:rPr>
      </w:pPr>
      <w:r w:rsidRPr="00A84BC5">
        <w:rPr>
          <w:rFonts w:cs="Times New Roman"/>
          <w:sz w:val="22"/>
        </w:rPr>
        <w:t>• menținerea continuității operaționale.</w:t>
      </w:r>
    </w:p>
    <w:p w:rsidR="00C70DF0" w:rsidRPr="00A84BC5" w:rsidRDefault="00C70DF0">
      <w:pPr>
        <w:jc w:val="both"/>
        <w:rPr>
          <w:rFonts w:cs="Times New Roman"/>
          <w:sz w:val="22"/>
        </w:rPr>
      </w:pPr>
    </w:p>
    <w:p w:rsidR="00C70DF0" w:rsidRPr="00A84BC5" w:rsidRDefault="00A84BC5">
      <w:pPr>
        <w:rPr>
          <w:rFonts w:cs="Times New Roman"/>
          <w:sz w:val="22"/>
        </w:rPr>
      </w:pPr>
      <w:r w:rsidRPr="00A84BC5">
        <w:rPr>
          <w:rFonts w:cs="Times New Roman"/>
          <w:b/>
          <w:sz w:val="22"/>
        </w:rPr>
        <w:t>1.3 Domeniul de aplicare</w:t>
      </w:r>
    </w:p>
    <w:p w:rsidR="00C70DF0" w:rsidRPr="00A84BC5" w:rsidRDefault="00A84BC5">
      <w:pPr>
        <w:jc w:val="both"/>
        <w:rPr>
          <w:rFonts w:cs="Times New Roman"/>
          <w:sz w:val="22"/>
        </w:rPr>
      </w:pPr>
      <w:r w:rsidRPr="00A84BC5">
        <w:rPr>
          <w:rFonts w:cs="Times New Roman"/>
          <w:sz w:val="22"/>
        </w:rPr>
        <w:t>Serviciile vor acoperi toate echipamentele Fortinet indicate de Beneficiar în Anexa nr.1 la Contract.</w:t>
      </w:r>
    </w:p>
    <w:p w:rsidR="00C70DF0" w:rsidRPr="00A84BC5" w:rsidRDefault="00A84BC5">
      <w:pPr>
        <w:jc w:val="both"/>
        <w:rPr>
          <w:rFonts w:cs="Times New Roman"/>
          <w:sz w:val="22"/>
        </w:rPr>
      </w:pPr>
      <w:r w:rsidRPr="00A84BC5">
        <w:rPr>
          <w:rFonts w:cs="Times New Roman"/>
          <w:sz w:val="22"/>
        </w:rPr>
        <w:t>Lista exactă va conține:</w:t>
      </w:r>
    </w:p>
    <w:p w:rsidR="00C70DF0" w:rsidRPr="00A84BC5" w:rsidRDefault="00A84BC5">
      <w:pPr>
        <w:ind w:left="340"/>
        <w:jc w:val="both"/>
        <w:rPr>
          <w:rFonts w:cs="Times New Roman"/>
          <w:sz w:val="22"/>
        </w:rPr>
      </w:pPr>
      <w:r w:rsidRPr="00A84BC5">
        <w:rPr>
          <w:rFonts w:cs="Times New Roman"/>
          <w:sz w:val="22"/>
        </w:rPr>
        <w:t>• modelul echipamentului;</w:t>
      </w:r>
    </w:p>
    <w:p w:rsidR="00C70DF0" w:rsidRPr="00A84BC5" w:rsidRDefault="00A84BC5">
      <w:pPr>
        <w:ind w:left="340"/>
        <w:jc w:val="both"/>
        <w:rPr>
          <w:rFonts w:cs="Times New Roman"/>
          <w:sz w:val="22"/>
        </w:rPr>
      </w:pPr>
      <w:r w:rsidRPr="00A84BC5">
        <w:rPr>
          <w:rFonts w:cs="Times New Roman"/>
          <w:sz w:val="22"/>
        </w:rPr>
        <w:t>• seria (Serial Number);</w:t>
      </w:r>
    </w:p>
    <w:p w:rsidR="00C70DF0" w:rsidRPr="00A84BC5" w:rsidRDefault="00A84BC5">
      <w:pPr>
        <w:ind w:left="340"/>
        <w:jc w:val="both"/>
        <w:rPr>
          <w:rFonts w:cs="Times New Roman"/>
          <w:sz w:val="22"/>
        </w:rPr>
      </w:pPr>
      <w:r w:rsidRPr="00A84BC5">
        <w:rPr>
          <w:rFonts w:cs="Times New Roman"/>
          <w:sz w:val="22"/>
        </w:rPr>
        <w:t>• tipul subscripției existente;</w:t>
      </w:r>
    </w:p>
    <w:p w:rsidR="00C70DF0" w:rsidRPr="00A84BC5" w:rsidRDefault="00A84BC5">
      <w:pPr>
        <w:ind w:left="340"/>
        <w:jc w:val="both"/>
        <w:rPr>
          <w:rFonts w:cs="Times New Roman"/>
          <w:sz w:val="22"/>
        </w:rPr>
      </w:pPr>
      <w:r w:rsidRPr="00A84BC5">
        <w:rPr>
          <w:rFonts w:cs="Times New Roman"/>
          <w:sz w:val="22"/>
        </w:rPr>
        <w:t>• serviciile solicitate;</w:t>
      </w:r>
    </w:p>
    <w:p w:rsidR="00C70DF0" w:rsidRPr="00A84BC5" w:rsidRDefault="00A84BC5">
      <w:pPr>
        <w:ind w:left="340"/>
        <w:jc w:val="both"/>
        <w:rPr>
          <w:rFonts w:cs="Times New Roman"/>
          <w:sz w:val="22"/>
        </w:rPr>
      </w:pPr>
      <w:r w:rsidRPr="00A84BC5">
        <w:rPr>
          <w:rFonts w:cs="Times New Roman"/>
          <w:sz w:val="22"/>
        </w:rPr>
        <w:lastRenderedPageBreak/>
        <w:t>• perioada de valabilitate.</w:t>
      </w:r>
    </w:p>
    <w:p w:rsidR="00C70DF0" w:rsidRPr="00A84BC5" w:rsidRDefault="00A84BC5">
      <w:pPr>
        <w:jc w:val="both"/>
        <w:rPr>
          <w:rFonts w:cs="Times New Roman"/>
          <w:sz w:val="22"/>
        </w:rPr>
      </w:pPr>
      <w:r w:rsidRPr="00A84BC5">
        <w:rPr>
          <w:rFonts w:cs="Times New Roman"/>
          <w:sz w:val="22"/>
        </w:rPr>
        <w:t xml:space="preserve">Beneficiarul își rezervă dreptul de </w:t>
      </w:r>
      <w:proofErr w:type="gramStart"/>
      <w:r w:rsidRPr="00A84BC5">
        <w:rPr>
          <w:rFonts w:cs="Times New Roman"/>
          <w:sz w:val="22"/>
        </w:rPr>
        <w:t>a</w:t>
      </w:r>
      <w:proofErr w:type="gramEnd"/>
      <w:r w:rsidRPr="00A84BC5">
        <w:rPr>
          <w:rFonts w:cs="Times New Roman"/>
          <w:sz w:val="22"/>
        </w:rPr>
        <w:t xml:space="preserve"> actualiza lista echipamentelor în limita condițiilor contractuale și a politicilor producătorului.</w:t>
      </w:r>
    </w:p>
    <w:p w:rsidR="00C70DF0" w:rsidRPr="00A84BC5" w:rsidRDefault="00C70DF0">
      <w:pPr>
        <w:jc w:val="both"/>
        <w:rPr>
          <w:rFonts w:cs="Times New Roman"/>
          <w:sz w:val="22"/>
        </w:rPr>
      </w:pPr>
    </w:p>
    <w:p w:rsidR="00C70DF0" w:rsidRPr="00A84BC5" w:rsidRDefault="00A84BC5">
      <w:pPr>
        <w:rPr>
          <w:rFonts w:cs="Times New Roman"/>
          <w:sz w:val="22"/>
        </w:rPr>
      </w:pPr>
      <w:r w:rsidRPr="00A84BC5">
        <w:rPr>
          <w:rFonts w:cs="Times New Roman"/>
          <w:b/>
          <w:sz w:val="22"/>
        </w:rPr>
        <w:t>1.4 Rezultatele urmărite</w:t>
      </w:r>
    </w:p>
    <w:p w:rsidR="00C70DF0" w:rsidRPr="00A84BC5" w:rsidRDefault="00A84BC5">
      <w:pPr>
        <w:jc w:val="both"/>
        <w:rPr>
          <w:rFonts w:cs="Times New Roman"/>
          <w:sz w:val="22"/>
        </w:rPr>
      </w:pPr>
      <w:r w:rsidRPr="00A84BC5">
        <w:rPr>
          <w:rFonts w:cs="Times New Roman"/>
          <w:sz w:val="22"/>
        </w:rPr>
        <w:t>La finalizarea contractului Beneficiarul trebuie să beneficieze de:</w:t>
      </w:r>
    </w:p>
    <w:p w:rsidR="00C70DF0" w:rsidRPr="00A84BC5" w:rsidRDefault="00A84BC5">
      <w:pPr>
        <w:ind w:left="340"/>
        <w:jc w:val="both"/>
        <w:rPr>
          <w:rFonts w:cs="Times New Roman"/>
          <w:sz w:val="22"/>
        </w:rPr>
      </w:pPr>
      <w:r w:rsidRPr="00A84BC5">
        <w:rPr>
          <w:rFonts w:cs="Times New Roman"/>
          <w:sz w:val="22"/>
        </w:rPr>
        <w:t>• servicii active pentru toate echipamentele;</w:t>
      </w:r>
    </w:p>
    <w:p w:rsidR="00C70DF0" w:rsidRPr="00A84BC5" w:rsidRDefault="00A84BC5">
      <w:pPr>
        <w:ind w:left="340"/>
        <w:jc w:val="both"/>
        <w:rPr>
          <w:rFonts w:cs="Times New Roman"/>
          <w:sz w:val="22"/>
        </w:rPr>
      </w:pPr>
      <w:r w:rsidRPr="00A84BC5">
        <w:rPr>
          <w:rFonts w:cs="Times New Roman"/>
          <w:sz w:val="22"/>
        </w:rPr>
        <w:t>• suport oficial al producătorului;</w:t>
      </w:r>
    </w:p>
    <w:p w:rsidR="00C70DF0" w:rsidRPr="00A84BC5" w:rsidRDefault="00A84BC5">
      <w:pPr>
        <w:ind w:left="340"/>
        <w:jc w:val="both"/>
        <w:rPr>
          <w:rFonts w:cs="Times New Roman"/>
          <w:sz w:val="22"/>
        </w:rPr>
      </w:pPr>
      <w:r w:rsidRPr="00A84BC5">
        <w:rPr>
          <w:rFonts w:cs="Times New Roman"/>
          <w:sz w:val="22"/>
        </w:rPr>
        <w:t>• acces permanent la portalul Fortinet Support;</w:t>
      </w:r>
    </w:p>
    <w:p w:rsidR="00C70DF0" w:rsidRPr="00A84BC5" w:rsidRDefault="00A84BC5">
      <w:pPr>
        <w:ind w:left="340"/>
        <w:jc w:val="both"/>
        <w:rPr>
          <w:rFonts w:cs="Times New Roman"/>
          <w:sz w:val="22"/>
        </w:rPr>
      </w:pPr>
      <w:r w:rsidRPr="00A84BC5">
        <w:rPr>
          <w:rFonts w:cs="Times New Roman"/>
          <w:sz w:val="22"/>
        </w:rPr>
        <w:t>• actualizări automate FortiGuard;</w:t>
      </w:r>
    </w:p>
    <w:p w:rsidR="00C70DF0" w:rsidRPr="00A84BC5" w:rsidRDefault="00A84BC5">
      <w:pPr>
        <w:ind w:left="340"/>
        <w:jc w:val="both"/>
        <w:rPr>
          <w:rFonts w:cs="Times New Roman"/>
          <w:sz w:val="22"/>
        </w:rPr>
      </w:pPr>
      <w:r w:rsidRPr="00A84BC5">
        <w:rPr>
          <w:rFonts w:cs="Times New Roman"/>
          <w:sz w:val="22"/>
        </w:rPr>
        <w:t>• actualizări FortiOS;</w:t>
      </w:r>
    </w:p>
    <w:p w:rsidR="00C70DF0" w:rsidRPr="00A84BC5" w:rsidRDefault="00A84BC5">
      <w:pPr>
        <w:ind w:left="340"/>
        <w:jc w:val="both"/>
        <w:rPr>
          <w:rFonts w:cs="Times New Roman"/>
          <w:sz w:val="22"/>
        </w:rPr>
      </w:pPr>
      <w:r w:rsidRPr="00A84BC5">
        <w:rPr>
          <w:rFonts w:cs="Times New Roman"/>
          <w:sz w:val="22"/>
        </w:rPr>
        <w:t>• actualizări firmware;</w:t>
      </w:r>
    </w:p>
    <w:p w:rsidR="00C70DF0" w:rsidRPr="00A84BC5" w:rsidRDefault="00A84BC5">
      <w:pPr>
        <w:ind w:left="340"/>
        <w:jc w:val="both"/>
        <w:rPr>
          <w:rFonts w:cs="Times New Roman"/>
          <w:sz w:val="22"/>
        </w:rPr>
      </w:pPr>
      <w:r w:rsidRPr="00A84BC5">
        <w:rPr>
          <w:rFonts w:cs="Times New Roman"/>
          <w:sz w:val="22"/>
        </w:rPr>
        <w:t>• acces la patch-uri critice;</w:t>
      </w:r>
    </w:p>
    <w:p w:rsidR="00C70DF0" w:rsidRPr="00A84BC5" w:rsidRDefault="00A84BC5">
      <w:pPr>
        <w:ind w:left="340"/>
        <w:jc w:val="both"/>
        <w:rPr>
          <w:rFonts w:cs="Times New Roman"/>
          <w:sz w:val="22"/>
        </w:rPr>
      </w:pPr>
      <w:r w:rsidRPr="00A84BC5">
        <w:rPr>
          <w:rFonts w:cs="Times New Roman"/>
          <w:sz w:val="22"/>
        </w:rPr>
        <w:t>• acces la documentația tehnică;</w:t>
      </w:r>
    </w:p>
    <w:p w:rsidR="00C70DF0" w:rsidRPr="00A84BC5" w:rsidRDefault="00A84BC5">
      <w:pPr>
        <w:ind w:left="340"/>
        <w:jc w:val="both"/>
        <w:rPr>
          <w:rFonts w:cs="Times New Roman"/>
          <w:sz w:val="22"/>
        </w:rPr>
      </w:pPr>
      <w:r w:rsidRPr="00A84BC5">
        <w:rPr>
          <w:rFonts w:cs="Times New Roman"/>
          <w:sz w:val="22"/>
        </w:rPr>
        <w:t>• acces la Knowledge Base;</w:t>
      </w:r>
    </w:p>
    <w:p w:rsidR="00C70DF0" w:rsidRPr="00A84BC5" w:rsidRDefault="00A84BC5">
      <w:pPr>
        <w:ind w:left="340"/>
        <w:jc w:val="both"/>
        <w:rPr>
          <w:rFonts w:cs="Times New Roman"/>
          <w:sz w:val="22"/>
        </w:rPr>
      </w:pPr>
      <w:r w:rsidRPr="00A84BC5">
        <w:rPr>
          <w:rFonts w:cs="Times New Roman"/>
          <w:sz w:val="22"/>
        </w:rPr>
        <w:t>• posibilitatea deschiderii tichetelor către producător;</w:t>
      </w:r>
    </w:p>
    <w:p w:rsidR="00C70DF0" w:rsidRPr="00A84BC5" w:rsidRDefault="00A84BC5">
      <w:pPr>
        <w:ind w:left="340"/>
        <w:jc w:val="both"/>
        <w:rPr>
          <w:rFonts w:cs="Times New Roman"/>
          <w:sz w:val="22"/>
        </w:rPr>
      </w:pPr>
      <w:r w:rsidRPr="00A84BC5">
        <w:rPr>
          <w:rFonts w:cs="Times New Roman"/>
          <w:sz w:val="22"/>
        </w:rPr>
        <w:t>• protecție continuă împotriva amenințărilor informatice.</w:t>
      </w:r>
    </w:p>
    <w:p w:rsidR="00C70DF0" w:rsidRPr="00A84BC5" w:rsidRDefault="00C70DF0">
      <w:pPr>
        <w:jc w:val="both"/>
        <w:rPr>
          <w:rFonts w:cs="Times New Roman"/>
          <w:sz w:val="22"/>
        </w:rPr>
      </w:pPr>
    </w:p>
    <w:p w:rsidR="00C70DF0" w:rsidRPr="00A84BC5" w:rsidRDefault="00A84BC5">
      <w:pPr>
        <w:rPr>
          <w:rFonts w:cs="Times New Roman"/>
          <w:sz w:val="22"/>
        </w:rPr>
      </w:pPr>
      <w:r w:rsidRPr="00A84BC5">
        <w:rPr>
          <w:rFonts w:cs="Times New Roman"/>
          <w:b/>
          <w:sz w:val="22"/>
        </w:rPr>
        <w:t>2. CADRUL NORMATIV</w:t>
      </w:r>
    </w:p>
    <w:p w:rsidR="00C70DF0" w:rsidRPr="00A84BC5" w:rsidRDefault="00A84BC5">
      <w:pPr>
        <w:jc w:val="both"/>
        <w:rPr>
          <w:rFonts w:cs="Times New Roman"/>
          <w:sz w:val="22"/>
        </w:rPr>
      </w:pPr>
      <w:r w:rsidRPr="00A84BC5">
        <w:rPr>
          <w:rFonts w:cs="Times New Roman"/>
          <w:sz w:val="22"/>
        </w:rPr>
        <w:t>Prestarea serviciilor se va realiza cu respectarea legislației Republicii Moldova și a standardelor internaționale aplicabile.</w:t>
      </w:r>
    </w:p>
    <w:p w:rsidR="00C70DF0" w:rsidRPr="00A84BC5" w:rsidRDefault="00A84BC5">
      <w:pPr>
        <w:jc w:val="both"/>
        <w:rPr>
          <w:rFonts w:cs="Times New Roman"/>
          <w:sz w:val="22"/>
        </w:rPr>
      </w:pPr>
      <w:r w:rsidRPr="00A84BC5">
        <w:rPr>
          <w:rFonts w:cs="Times New Roman"/>
          <w:sz w:val="22"/>
        </w:rPr>
        <w:t>În special:</w:t>
      </w:r>
    </w:p>
    <w:p w:rsidR="00C70DF0" w:rsidRPr="00A84BC5" w:rsidRDefault="00A84BC5">
      <w:pPr>
        <w:ind w:left="340"/>
        <w:jc w:val="both"/>
        <w:rPr>
          <w:rFonts w:cs="Times New Roman"/>
          <w:sz w:val="22"/>
        </w:rPr>
      </w:pPr>
      <w:r w:rsidRPr="00A84BC5">
        <w:rPr>
          <w:rFonts w:cs="Times New Roman"/>
          <w:sz w:val="22"/>
        </w:rPr>
        <w:t>• Legea nr. 131/2015 privind achizițiile publice;</w:t>
      </w:r>
    </w:p>
    <w:p w:rsidR="00C70DF0" w:rsidRPr="00A84BC5" w:rsidRDefault="00A84BC5">
      <w:pPr>
        <w:ind w:left="340"/>
        <w:jc w:val="both"/>
        <w:rPr>
          <w:rFonts w:cs="Times New Roman"/>
          <w:sz w:val="22"/>
        </w:rPr>
      </w:pPr>
      <w:r w:rsidRPr="00A84BC5">
        <w:rPr>
          <w:rFonts w:cs="Times New Roman"/>
          <w:sz w:val="22"/>
        </w:rPr>
        <w:t>• Legea nr. 124/2022 privind identificarea electronică și serviciile de încredere (după caz);</w:t>
      </w:r>
    </w:p>
    <w:p w:rsidR="00C70DF0" w:rsidRPr="00A84BC5" w:rsidRDefault="00A84BC5">
      <w:pPr>
        <w:ind w:left="340"/>
        <w:jc w:val="both"/>
        <w:rPr>
          <w:rFonts w:cs="Times New Roman"/>
          <w:sz w:val="22"/>
        </w:rPr>
      </w:pPr>
      <w:r w:rsidRPr="00A84BC5">
        <w:rPr>
          <w:rFonts w:cs="Times New Roman"/>
          <w:sz w:val="22"/>
        </w:rPr>
        <w:t>• Legea nr. 20/2009 privind prevenirea și combaterea criminalității informatice (după caz);</w:t>
      </w:r>
    </w:p>
    <w:p w:rsidR="00C70DF0" w:rsidRPr="00A84BC5" w:rsidRDefault="00A84BC5">
      <w:pPr>
        <w:ind w:left="340"/>
        <w:jc w:val="both"/>
        <w:rPr>
          <w:rFonts w:cs="Times New Roman"/>
          <w:sz w:val="22"/>
        </w:rPr>
      </w:pPr>
      <w:r w:rsidRPr="00A84BC5">
        <w:rPr>
          <w:rFonts w:cs="Times New Roman"/>
          <w:sz w:val="22"/>
        </w:rPr>
        <w:t>• Legea privind securitatea cibernetică (în vigoare);</w:t>
      </w:r>
    </w:p>
    <w:p w:rsidR="00C70DF0" w:rsidRPr="00A84BC5" w:rsidRDefault="00A84BC5">
      <w:pPr>
        <w:ind w:left="340"/>
        <w:jc w:val="both"/>
        <w:rPr>
          <w:rFonts w:cs="Times New Roman"/>
          <w:sz w:val="22"/>
        </w:rPr>
      </w:pPr>
      <w:r w:rsidRPr="00A84BC5">
        <w:rPr>
          <w:rFonts w:cs="Times New Roman"/>
          <w:sz w:val="22"/>
        </w:rPr>
        <w:t>• actele normative ale Agenției pentru Guvernare Electronică și STISC, dacă sunt incidente;</w:t>
      </w:r>
    </w:p>
    <w:p w:rsidR="00C70DF0" w:rsidRPr="00A84BC5" w:rsidRDefault="00A84BC5">
      <w:pPr>
        <w:ind w:left="340"/>
        <w:jc w:val="both"/>
        <w:rPr>
          <w:rFonts w:cs="Times New Roman"/>
          <w:sz w:val="22"/>
        </w:rPr>
      </w:pPr>
      <w:r w:rsidRPr="00A84BC5">
        <w:rPr>
          <w:rFonts w:cs="Times New Roman"/>
          <w:sz w:val="22"/>
        </w:rPr>
        <w:t>• recomandările CERT și CSIRT aplicabile;</w:t>
      </w:r>
    </w:p>
    <w:p w:rsidR="00C70DF0" w:rsidRPr="00A84BC5" w:rsidRDefault="00A84BC5">
      <w:pPr>
        <w:ind w:left="340"/>
        <w:jc w:val="both"/>
        <w:rPr>
          <w:rFonts w:cs="Times New Roman"/>
          <w:sz w:val="22"/>
        </w:rPr>
      </w:pPr>
      <w:r w:rsidRPr="00A84BC5">
        <w:rPr>
          <w:rFonts w:cs="Times New Roman"/>
          <w:sz w:val="22"/>
        </w:rPr>
        <w:t>• documentația tehnică oficială Fortinet;</w:t>
      </w:r>
    </w:p>
    <w:p w:rsidR="00C70DF0" w:rsidRPr="00A84BC5" w:rsidRDefault="00A84BC5">
      <w:pPr>
        <w:ind w:left="340"/>
        <w:jc w:val="both"/>
        <w:rPr>
          <w:rFonts w:cs="Times New Roman"/>
          <w:sz w:val="22"/>
        </w:rPr>
      </w:pPr>
      <w:r w:rsidRPr="00A84BC5">
        <w:rPr>
          <w:rFonts w:cs="Times New Roman"/>
          <w:sz w:val="22"/>
        </w:rPr>
        <w:t>• politicile oficiale Fortinet privind licențierea și suportul.</w:t>
      </w:r>
    </w:p>
    <w:p w:rsidR="00C70DF0" w:rsidRPr="00A84BC5" w:rsidRDefault="00A84BC5">
      <w:pPr>
        <w:jc w:val="both"/>
        <w:rPr>
          <w:rFonts w:cs="Times New Roman"/>
          <w:sz w:val="22"/>
        </w:rPr>
      </w:pPr>
      <w:r w:rsidRPr="00A84BC5">
        <w:rPr>
          <w:rFonts w:cs="Times New Roman"/>
          <w:sz w:val="22"/>
        </w:rPr>
        <w:t>Prestatorul este obligat să respecte integral condițiile și politicile de licențiere stabilite de producător.</w:t>
      </w:r>
    </w:p>
    <w:p w:rsidR="00C70DF0" w:rsidRPr="00A84BC5" w:rsidRDefault="00C70DF0">
      <w:pPr>
        <w:jc w:val="both"/>
        <w:rPr>
          <w:rFonts w:cs="Times New Roman"/>
          <w:sz w:val="22"/>
        </w:rPr>
      </w:pPr>
    </w:p>
    <w:p w:rsidR="00C70DF0" w:rsidRPr="00A84BC5" w:rsidRDefault="00A84BC5">
      <w:pPr>
        <w:rPr>
          <w:rFonts w:cs="Times New Roman"/>
          <w:sz w:val="22"/>
        </w:rPr>
      </w:pPr>
      <w:r w:rsidRPr="00A84BC5">
        <w:rPr>
          <w:rFonts w:cs="Times New Roman"/>
          <w:b/>
          <w:sz w:val="22"/>
        </w:rPr>
        <w:t>3. SITUAȚIA EXISTENTĂ</w:t>
      </w:r>
    </w:p>
    <w:p w:rsidR="00C70DF0" w:rsidRPr="00A84BC5" w:rsidRDefault="00A84BC5">
      <w:pPr>
        <w:jc w:val="both"/>
        <w:rPr>
          <w:rFonts w:cs="Times New Roman"/>
          <w:sz w:val="22"/>
        </w:rPr>
      </w:pPr>
      <w:r w:rsidRPr="00A84BC5">
        <w:rPr>
          <w:rFonts w:cs="Times New Roman"/>
          <w:sz w:val="22"/>
        </w:rPr>
        <w:t xml:space="preserve">În prezent infrastructura TIC </w:t>
      </w:r>
      <w:proofErr w:type="gramStart"/>
      <w:r w:rsidRPr="00A84BC5">
        <w:rPr>
          <w:rFonts w:cs="Times New Roman"/>
          <w:sz w:val="22"/>
        </w:rPr>
        <w:t>a</w:t>
      </w:r>
      <w:proofErr w:type="gramEnd"/>
      <w:r w:rsidRPr="00A84BC5">
        <w:rPr>
          <w:rFonts w:cs="Times New Roman"/>
          <w:sz w:val="22"/>
        </w:rPr>
        <w:t xml:space="preserve"> ANSP utilizează echipamente Fortinet pentru:</w:t>
      </w:r>
    </w:p>
    <w:p w:rsidR="00C70DF0" w:rsidRPr="00A84BC5" w:rsidRDefault="00A84BC5">
      <w:pPr>
        <w:ind w:left="340"/>
        <w:jc w:val="both"/>
        <w:rPr>
          <w:rFonts w:cs="Times New Roman"/>
          <w:sz w:val="22"/>
        </w:rPr>
      </w:pPr>
      <w:r w:rsidRPr="00A84BC5">
        <w:rPr>
          <w:rFonts w:cs="Times New Roman"/>
          <w:sz w:val="22"/>
        </w:rPr>
        <w:t>• protecția perimetrală a rețelei;</w:t>
      </w:r>
    </w:p>
    <w:p w:rsidR="00C70DF0" w:rsidRPr="00A84BC5" w:rsidRDefault="00A84BC5">
      <w:pPr>
        <w:ind w:left="340"/>
        <w:jc w:val="both"/>
        <w:rPr>
          <w:rFonts w:cs="Times New Roman"/>
          <w:sz w:val="22"/>
        </w:rPr>
      </w:pPr>
      <w:r w:rsidRPr="00A84BC5">
        <w:rPr>
          <w:rFonts w:cs="Times New Roman"/>
          <w:sz w:val="22"/>
        </w:rPr>
        <w:t>• segmentarea rețelelor;</w:t>
      </w:r>
    </w:p>
    <w:p w:rsidR="00C70DF0" w:rsidRPr="00A84BC5" w:rsidRDefault="00A84BC5">
      <w:pPr>
        <w:ind w:left="340"/>
        <w:jc w:val="both"/>
        <w:rPr>
          <w:rFonts w:cs="Times New Roman"/>
          <w:sz w:val="22"/>
        </w:rPr>
      </w:pPr>
      <w:r w:rsidRPr="00A84BC5">
        <w:rPr>
          <w:rFonts w:cs="Times New Roman"/>
          <w:sz w:val="22"/>
        </w:rPr>
        <w:t>• filtrarea traficului;</w:t>
      </w:r>
    </w:p>
    <w:p w:rsidR="00C70DF0" w:rsidRPr="00A84BC5" w:rsidRDefault="00A84BC5">
      <w:pPr>
        <w:ind w:left="340"/>
        <w:jc w:val="both"/>
        <w:rPr>
          <w:rFonts w:cs="Times New Roman"/>
          <w:sz w:val="22"/>
        </w:rPr>
      </w:pPr>
      <w:r w:rsidRPr="00A84BC5">
        <w:rPr>
          <w:rFonts w:cs="Times New Roman"/>
          <w:sz w:val="22"/>
        </w:rPr>
        <w:t>• VPN;</w:t>
      </w:r>
    </w:p>
    <w:p w:rsidR="00C70DF0" w:rsidRPr="00A84BC5" w:rsidRDefault="00A84BC5">
      <w:pPr>
        <w:ind w:left="340"/>
        <w:jc w:val="both"/>
        <w:rPr>
          <w:rFonts w:cs="Times New Roman"/>
          <w:sz w:val="22"/>
        </w:rPr>
      </w:pPr>
      <w:r w:rsidRPr="00A84BC5">
        <w:rPr>
          <w:rFonts w:cs="Times New Roman"/>
          <w:sz w:val="22"/>
        </w:rPr>
        <w:t>• controlul aplicațiilor;</w:t>
      </w:r>
    </w:p>
    <w:p w:rsidR="00C70DF0" w:rsidRPr="00A84BC5" w:rsidRDefault="00A84BC5">
      <w:pPr>
        <w:ind w:left="340"/>
        <w:jc w:val="both"/>
        <w:rPr>
          <w:rFonts w:cs="Times New Roman"/>
          <w:sz w:val="22"/>
        </w:rPr>
      </w:pPr>
      <w:r w:rsidRPr="00A84BC5">
        <w:rPr>
          <w:rFonts w:cs="Times New Roman"/>
          <w:sz w:val="22"/>
        </w:rPr>
        <w:t>• filtrarea conținutului web;</w:t>
      </w:r>
    </w:p>
    <w:p w:rsidR="00C70DF0" w:rsidRPr="00A84BC5" w:rsidRDefault="00A84BC5">
      <w:pPr>
        <w:ind w:left="340"/>
        <w:jc w:val="both"/>
        <w:rPr>
          <w:rFonts w:cs="Times New Roman"/>
          <w:sz w:val="22"/>
        </w:rPr>
      </w:pPr>
      <w:r w:rsidRPr="00A84BC5">
        <w:rPr>
          <w:rFonts w:cs="Times New Roman"/>
          <w:sz w:val="22"/>
        </w:rPr>
        <w:t>• prevenirea intruziunilor;</w:t>
      </w:r>
    </w:p>
    <w:p w:rsidR="00C70DF0" w:rsidRPr="00A84BC5" w:rsidRDefault="00A84BC5">
      <w:pPr>
        <w:ind w:left="340"/>
        <w:jc w:val="both"/>
        <w:rPr>
          <w:rFonts w:cs="Times New Roman"/>
          <w:sz w:val="22"/>
        </w:rPr>
      </w:pPr>
      <w:r w:rsidRPr="00A84BC5">
        <w:rPr>
          <w:rFonts w:cs="Times New Roman"/>
          <w:sz w:val="22"/>
        </w:rPr>
        <w:t>• protecția împotriva codului malițios;</w:t>
      </w:r>
    </w:p>
    <w:p w:rsidR="00C70DF0" w:rsidRPr="00A84BC5" w:rsidRDefault="00A84BC5">
      <w:pPr>
        <w:ind w:left="340"/>
        <w:jc w:val="both"/>
        <w:rPr>
          <w:rFonts w:cs="Times New Roman"/>
          <w:sz w:val="22"/>
        </w:rPr>
      </w:pPr>
      <w:r w:rsidRPr="00A84BC5">
        <w:rPr>
          <w:rFonts w:cs="Times New Roman"/>
          <w:sz w:val="22"/>
        </w:rPr>
        <w:t>• securizarea comunicațiilor între sedii;</w:t>
      </w:r>
    </w:p>
    <w:p w:rsidR="00C70DF0" w:rsidRPr="00A84BC5" w:rsidRDefault="00A84BC5">
      <w:pPr>
        <w:ind w:left="340"/>
        <w:jc w:val="both"/>
        <w:rPr>
          <w:rFonts w:cs="Times New Roman"/>
          <w:sz w:val="22"/>
        </w:rPr>
      </w:pPr>
      <w:r w:rsidRPr="00A84BC5">
        <w:rPr>
          <w:rFonts w:cs="Times New Roman"/>
          <w:sz w:val="22"/>
        </w:rPr>
        <w:t>• publicarea securizată a serviciilor informatice.</w:t>
      </w:r>
    </w:p>
    <w:p w:rsidR="00C70DF0" w:rsidRPr="00A84BC5" w:rsidRDefault="00A84BC5">
      <w:pPr>
        <w:jc w:val="both"/>
        <w:rPr>
          <w:rFonts w:cs="Times New Roman"/>
          <w:sz w:val="22"/>
        </w:rPr>
      </w:pPr>
      <w:r w:rsidRPr="00A84BC5">
        <w:rPr>
          <w:rFonts w:cs="Times New Roman"/>
          <w:sz w:val="22"/>
        </w:rPr>
        <w:t>Funcționarea acestor echipamente depinde de existența subscripțiilor active FortiGuard și a suportului oficial FortiCare.</w:t>
      </w:r>
    </w:p>
    <w:p w:rsidR="00C70DF0" w:rsidRPr="00A84BC5" w:rsidRDefault="00A84BC5">
      <w:pPr>
        <w:jc w:val="both"/>
        <w:rPr>
          <w:rFonts w:cs="Times New Roman"/>
          <w:sz w:val="22"/>
        </w:rPr>
      </w:pPr>
      <w:r w:rsidRPr="00A84BC5">
        <w:rPr>
          <w:rFonts w:cs="Times New Roman"/>
          <w:sz w:val="22"/>
        </w:rPr>
        <w:t>Expirarea acestora conduce la:</w:t>
      </w:r>
    </w:p>
    <w:p w:rsidR="00C70DF0" w:rsidRPr="00A84BC5" w:rsidRDefault="00A84BC5">
      <w:pPr>
        <w:ind w:left="340"/>
        <w:jc w:val="both"/>
        <w:rPr>
          <w:rFonts w:cs="Times New Roman"/>
          <w:sz w:val="22"/>
        </w:rPr>
      </w:pPr>
      <w:r w:rsidRPr="00A84BC5">
        <w:rPr>
          <w:rFonts w:cs="Times New Roman"/>
          <w:sz w:val="22"/>
        </w:rPr>
        <w:t>• imposibilitatea actualizării bazelor de semnături;</w:t>
      </w:r>
    </w:p>
    <w:p w:rsidR="00C70DF0" w:rsidRPr="00A84BC5" w:rsidRDefault="00A84BC5">
      <w:pPr>
        <w:ind w:left="340"/>
        <w:jc w:val="both"/>
        <w:rPr>
          <w:rFonts w:cs="Times New Roman"/>
          <w:sz w:val="22"/>
        </w:rPr>
      </w:pPr>
      <w:r w:rsidRPr="00A84BC5">
        <w:rPr>
          <w:rFonts w:cs="Times New Roman"/>
          <w:sz w:val="22"/>
        </w:rPr>
        <w:t>• imposibilitatea descărcării versiunilor noi FortiOS;</w:t>
      </w:r>
    </w:p>
    <w:p w:rsidR="00C70DF0" w:rsidRPr="00A84BC5" w:rsidRDefault="00A84BC5">
      <w:pPr>
        <w:ind w:left="340"/>
        <w:jc w:val="both"/>
        <w:rPr>
          <w:rFonts w:cs="Times New Roman"/>
          <w:sz w:val="22"/>
        </w:rPr>
      </w:pPr>
      <w:r w:rsidRPr="00A84BC5">
        <w:rPr>
          <w:rFonts w:cs="Times New Roman"/>
          <w:sz w:val="22"/>
        </w:rPr>
        <w:t>• imposibilitatea instalării patch-urilor de securitate;</w:t>
      </w:r>
    </w:p>
    <w:p w:rsidR="00C70DF0" w:rsidRPr="00A84BC5" w:rsidRDefault="00A84BC5">
      <w:pPr>
        <w:ind w:left="340"/>
        <w:jc w:val="both"/>
        <w:rPr>
          <w:rFonts w:cs="Times New Roman"/>
          <w:sz w:val="22"/>
        </w:rPr>
      </w:pPr>
      <w:r w:rsidRPr="00A84BC5">
        <w:rPr>
          <w:rFonts w:cs="Times New Roman"/>
          <w:sz w:val="22"/>
        </w:rPr>
        <w:t>• imposibilitatea accesării suportului producătorului;</w:t>
      </w:r>
    </w:p>
    <w:p w:rsidR="00C70DF0" w:rsidRPr="00A84BC5" w:rsidRDefault="00A84BC5">
      <w:pPr>
        <w:ind w:left="340"/>
        <w:jc w:val="both"/>
        <w:rPr>
          <w:rFonts w:cs="Times New Roman"/>
          <w:sz w:val="22"/>
        </w:rPr>
      </w:pPr>
      <w:r w:rsidRPr="00A84BC5">
        <w:rPr>
          <w:rFonts w:cs="Times New Roman"/>
          <w:sz w:val="22"/>
        </w:rPr>
        <w:t>• creșterea riscului compromiterii infrastructurii informatice;</w:t>
      </w:r>
    </w:p>
    <w:p w:rsidR="00C70DF0" w:rsidRPr="00A84BC5" w:rsidRDefault="00A84BC5">
      <w:pPr>
        <w:ind w:left="340"/>
        <w:jc w:val="both"/>
        <w:rPr>
          <w:rFonts w:cs="Times New Roman"/>
          <w:sz w:val="22"/>
        </w:rPr>
      </w:pPr>
      <w:r w:rsidRPr="00A84BC5">
        <w:rPr>
          <w:rFonts w:cs="Times New Roman"/>
          <w:sz w:val="22"/>
        </w:rPr>
        <w:lastRenderedPageBreak/>
        <w:t>• reducerea nivelului general de securitate cibernetică.</w:t>
      </w:r>
    </w:p>
    <w:p w:rsidR="00C70DF0" w:rsidRPr="00A84BC5" w:rsidRDefault="00C70DF0">
      <w:pPr>
        <w:jc w:val="both"/>
        <w:rPr>
          <w:rFonts w:cs="Times New Roman"/>
          <w:sz w:val="22"/>
        </w:rPr>
      </w:pPr>
    </w:p>
    <w:p w:rsidR="00C70DF0" w:rsidRPr="00A84BC5" w:rsidRDefault="00A84BC5">
      <w:pPr>
        <w:rPr>
          <w:rFonts w:cs="Times New Roman"/>
          <w:sz w:val="22"/>
        </w:rPr>
      </w:pPr>
      <w:r w:rsidRPr="00A84BC5">
        <w:rPr>
          <w:rFonts w:cs="Times New Roman"/>
          <w:b/>
          <w:sz w:val="22"/>
        </w:rPr>
        <w:t>4. CERINȚE GENERALE</w:t>
      </w:r>
    </w:p>
    <w:p w:rsidR="00C70DF0" w:rsidRPr="00A84BC5" w:rsidRDefault="00A84BC5">
      <w:pPr>
        <w:jc w:val="both"/>
        <w:rPr>
          <w:rFonts w:cs="Times New Roman"/>
          <w:sz w:val="22"/>
        </w:rPr>
      </w:pPr>
      <w:r w:rsidRPr="00A84BC5">
        <w:rPr>
          <w:rFonts w:cs="Times New Roman"/>
          <w:sz w:val="22"/>
        </w:rPr>
        <w:t>Prestatorul va furniza exclusiv servicii originale ale producătorului Fortinet.</w:t>
      </w:r>
    </w:p>
    <w:p w:rsidR="00C70DF0" w:rsidRPr="00A84BC5" w:rsidRDefault="00A84BC5">
      <w:pPr>
        <w:jc w:val="both"/>
        <w:rPr>
          <w:rFonts w:cs="Times New Roman"/>
          <w:sz w:val="22"/>
        </w:rPr>
      </w:pPr>
      <w:r w:rsidRPr="00A84BC5">
        <w:rPr>
          <w:rFonts w:cs="Times New Roman"/>
          <w:sz w:val="22"/>
        </w:rPr>
        <w:t>Nu vor fi acceptate:</w:t>
      </w:r>
    </w:p>
    <w:p w:rsidR="00C70DF0" w:rsidRPr="00A84BC5" w:rsidRDefault="00A84BC5">
      <w:pPr>
        <w:ind w:left="340"/>
        <w:jc w:val="both"/>
        <w:rPr>
          <w:rFonts w:cs="Times New Roman"/>
          <w:sz w:val="22"/>
        </w:rPr>
      </w:pPr>
      <w:r w:rsidRPr="00A84BC5">
        <w:rPr>
          <w:rFonts w:cs="Times New Roman"/>
          <w:sz w:val="22"/>
        </w:rPr>
        <w:t>• licențe reutilizate;</w:t>
      </w:r>
    </w:p>
    <w:p w:rsidR="00C70DF0" w:rsidRPr="00A84BC5" w:rsidRDefault="00A84BC5">
      <w:pPr>
        <w:ind w:left="340"/>
        <w:jc w:val="both"/>
        <w:rPr>
          <w:rFonts w:cs="Times New Roman"/>
          <w:sz w:val="22"/>
        </w:rPr>
      </w:pPr>
      <w:r w:rsidRPr="00A84BC5">
        <w:rPr>
          <w:rFonts w:cs="Times New Roman"/>
          <w:sz w:val="22"/>
        </w:rPr>
        <w:t>• licențe second-hand;</w:t>
      </w:r>
    </w:p>
    <w:p w:rsidR="00C70DF0" w:rsidRPr="00A84BC5" w:rsidRDefault="00A84BC5">
      <w:pPr>
        <w:ind w:left="340"/>
        <w:jc w:val="both"/>
        <w:rPr>
          <w:rFonts w:cs="Times New Roman"/>
          <w:sz w:val="22"/>
        </w:rPr>
      </w:pPr>
      <w:r w:rsidRPr="00A84BC5">
        <w:rPr>
          <w:rFonts w:cs="Times New Roman"/>
          <w:sz w:val="22"/>
        </w:rPr>
        <w:t>• licențe OEM;</w:t>
      </w:r>
    </w:p>
    <w:p w:rsidR="00C70DF0" w:rsidRPr="00A84BC5" w:rsidRDefault="00A84BC5">
      <w:pPr>
        <w:ind w:left="340"/>
        <w:jc w:val="both"/>
        <w:rPr>
          <w:rFonts w:cs="Times New Roman"/>
          <w:sz w:val="22"/>
        </w:rPr>
      </w:pPr>
      <w:r w:rsidRPr="00A84BC5">
        <w:rPr>
          <w:rFonts w:cs="Times New Roman"/>
          <w:sz w:val="22"/>
        </w:rPr>
        <w:t>• licențe transferate fără aprobarea producătorului;</w:t>
      </w:r>
    </w:p>
    <w:p w:rsidR="00C70DF0" w:rsidRPr="00A84BC5" w:rsidRDefault="00A84BC5">
      <w:pPr>
        <w:ind w:left="340"/>
        <w:jc w:val="both"/>
        <w:rPr>
          <w:rFonts w:cs="Times New Roman"/>
          <w:sz w:val="22"/>
        </w:rPr>
      </w:pPr>
      <w:r w:rsidRPr="00A84BC5">
        <w:rPr>
          <w:rFonts w:cs="Times New Roman"/>
          <w:sz w:val="22"/>
        </w:rPr>
        <w:t>• licențe fără suport oficial;</w:t>
      </w:r>
    </w:p>
    <w:p w:rsidR="00C70DF0" w:rsidRPr="00A84BC5" w:rsidRDefault="00A84BC5">
      <w:pPr>
        <w:ind w:left="340"/>
        <w:jc w:val="both"/>
        <w:rPr>
          <w:rFonts w:cs="Times New Roman"/>
          <w:sz w:val="22"/>
        </w:rPr>
      </w:pPr>
      <w:r w:rsidRPr="00A84BC5">
        <w:rPr>
          <w:rFonts w:cs="Times New Roman"/>
          <w:sz w:val="22"/>
        </w:rPr>
        <w:t>• servicii intermediate prin platforme neautorizate.</w:t>
      </w:r>
    </w:p>
    <w:p w:rsidR="00C70DF0" w:rsidRPr="00A84BC5" w:rsidRDefault="00A84BC5">
      <w:pPr>
        <w:jc w:val="both"/>
        <w:rPr>
          <w:rFonts w:cs="Times New Roman"/>
          <w:sz w:val="22"/>
        </w:rPr>
      </w:pPr>
      <w:r w:rsidRPr="00A84BC5">
        <w:rPr>
          <w:rFonts w:cs="Times New Roman"/>
          <w:sz w:val="22"/>
        </w:rPr>
        <w:t>Toate subscripțiile trebuie să fie:</w:t>
      </w:r>
    </w:p>
    <w:p w:rsidR="00C70DF0" w:rsidRPr="00A84BC5" w:rsidRDefault="00A84BC5">
      <w:pPr>
        <w:ind w:left="340"/>
        <w:jc w:val="both"/>
        <w:rPr>
          <w:rFonts w:cs="Times New Roman"/>
          <w:sz w:val="22"/>
        </w:rPr>
      </w:pPr>
      <w:r w:rsidRPr="00A84BC5">
        <w:rPr>
          <w:rFonts w:cs="Times New Roman"/>
          <w:sz w:val="22"/>
        </w:rPr>
        <w:t>• noi;</w:t>
      </w:r>
    </w:p>
    <w:p w:rsidR="00C70DF0" w:rsidRPr="00A84BC5" w:rsidRDefault="00A84BC5">
      <w:pPr>
        <w:ind w:left="340"/>
        <w:jc w:val="both"/>
        <w:rPr>
          <w:rFonts w:cs="Times New Roman"/>
          <w:sz w:val="22"/>
        </w:rPr>
      </w:pPr>
      <w:r w:rsidRPr="00A84BC5">
        <w:rPr>
          <w:rFonts w:cs="Times New Roman"/>
          <w:sz w:val="22"/>
        </w:rPr>
        <w:t>• originale;</w:t>
      </w:r>
    </w:p>
    <w:p w:rsidR="00C70DF0" w:rsidRPr="00A84BC5" w:rsidRDefault="00A84BC5">
      <w:pPr>
        <w:ind w:left="340"/>
        <w:jc w:val="both"/>
        <w:rPr>
          <w:rFonts w:cs="Times New Roman"/>
          <w:sz w:val="22"/>
        </w:rPr>
      </w:pPr>
      <w:r w:rsidRPr="00A84BC5">
        <w:rPr>
          <w:rFonts w:cs="Times New Roman"/>
          <w:sz w:val="22"/>
        </w:rPr>
        <w:t>• activate direct de Fortinet;</w:t>
      </w:r>
    </w:p>
    <w:p w:rsidR="00C70DF0" w:rsidRPr="00A84BC5" w:rsidRDefault="00A84BC5">
      <w:pPr>
        <w:ind w:left="340"/>
        <w:jc w:val="both"/>
        <w:rPr>
          <w:rFonts w:cs="Times New Roman"/>
          <w:sz w:val="22"/>
        </w:rPr>
      </w:pPr>
      <w:r w:rsidRPr="00A84BC5">
        <w:rPr>
          <w:rFonts w:cs="Times New Roman"/>
          <w:sz w:val="22"/>
        </w:rPr>
        <w:t>• asociate contului oficial al ANSP;</w:t>
      </w:r>
    </w:p>
    <w:p w:rsidR="00C70DF0" w:rsidRPr="00A84BC5" w:rsidRDefault="00A84BC5">
      <w:pPr>
        <w:ind w:left="340"/>
        <w:jc w:val="both"/>
        <w:rPr>
          <w:rFonts w:cs="Times New Roman"/>
          <w:sz w:val="22"/>
        </w:rPr>
      </w:pPr>
      <w:r w:rsidRPr="00A84BC5">
        <w:rPr>
          <w:rFonts w:cs="Times New Roman"/>
          <w:sz w:val="22"/>
        </w:rPr>
        <w:t>• fără restricții regionale;</w:t>
      </w:r>
    </w:p>
    <w:p w:rsidR="00C70DF0" w:rsidRPr="00A84BC5" w:rsidRDefault="00A84BC5">
      <w:pPr>
        <w:ind w:left="340"/>
        <w:jc w:val="both"/>
        <w:rPr>
          <w:rFonts w:cs="Times New Roman"/>
          <w:sz w:val="22"/>
        </w:rPr>
      </w:pPr>
      <w:r w:rsidRPr="00A84BC5">
        <w:rPr>
          <w:rFonts w:cs="Times New Roman"/>
          <w:sz w:val="22"/>
        </w:rPr>
        <w:t>• eligibile pentru suportul producătorului.</w:t>
      </w:r>
    </w:p>
    <w:p w:rsidR="00C70DF0" w:rsidRPr="00A84BC5" w:rsidRDefault="00C70DF0">
      <w:pPr>
        <w:jc w:val="both"/>
        <w:rPr>
          <w:rFonts w:cs="Times New Roman"/>
          <w:sz w:val="22"/>
        </w:rPr>
      </w:pPr>
    </w:p>
    <w:p w:rsidR="00C70DF0" w:rsidRPr="00A84BC5" w:rsidRDefault="00A84BC5">
      <w:pPr>
        <w:rPr>
          <w:rFonts w:cs="Times New Roman"/>
          <w:sz w:val="22"/>
        </w:rPr>
      </w:pPr>
      <w:r w:rsidRPr="00A84BC5">
        <w:rPr>
          <w:rFonts w:cs="Times New Roman"/>
          <w:b/>
          <w:sz w:val="22"/>
        </w:rPr>
        <w:t>5. CERINȚE PRIVIND PRESTATORUL</w:t>
      </w:r>
    </w:p>
    <w:p w:rsidR="00C70DF0" w:rsidRPr="00A84BC5" w:rsidRDefault="00A84BC5">
      <w:pPr>
        <w:jc w:val="both"/>
        <w:rPr>
          <w:rFonts w:cs="Times New Roman"/>
          <w:sz w:val="22"/>
        </w:rPr>
      </w:pPr>
      <w:r w:rsidRPr="00A84BC5">
        <w:rPr>
          <w:rFonts w:cs="Times New Roman"/>
          <w:sz w:val="22"/>
        </w:rPr>
        <w:t>Operatorul economic trebuie să demonstreze capacitatea tehnică și profesională necesară pentru executarea contractului.</w:t>
      </w:r>
    </w:p>
    <w:p w:rsidR="00C70DF0" w:rsidRPr="00A84BC5" w:rsidRDefault="00A84BC5">
      <w:pPr>
        <w:jc w:val="both"/>
        <w:rPr>
          <w:rFonts w:cs="Times New Roman"/>
          <w:sz w:val="22"/>
        </w:rPr>
      </w:pPr>
      <w:r w:rsidRPr="00A84BC5">
        <w:rPr>
          <w:rFonts w:cs="Times New Roman"/>
          <w:sz w:val="22"/>
        </w:rPr>
        <w:t>Prestatorul va deține experiență în furnizarea serviciilor Fortinet și va avea posibilitatea de a furniza licențe originale și suport tehnic conform politicilor producătorului.</w:t>
      </w:r>
    </w:p>
    <w:p w:rsidR="00C70DF0" w:rsidRPr="00A84BC5" w:rsidRDefault="00A84BC5">
      <w:pPr>
        <w:jc w:val="both"/>
        <w:rPr>
          <w:rFonts w:cs="Times New Roman"/>
          <w:sz w:val="22"/>
        </w:rPr>
      </w:pPr>
      <w:r w:rsidRPr="00A84BC5">
        <w:rPr>
          <w:rFonts w:cs="Times New Roman"/>
          <w:sz w:val="22"/>
        </w:rPr>
        <w:t>La solicitarea Autorității Contractante, ofertantul va prezenta documente care confirmă dreptul de comercializare a produselor și serviciilor Fortinet, inclusiv statutul de partener autorizat sau relația contractuală cu un distribuitor autorizat.</w:t>
      </w:r>
    </w:p>
    <w:p w:rsidR="00C70DF0" w:rsidRPr="00A84BC5" w:rsidRDefault="00A84BC5">
      <w:pPr>
        <w:jc w:val="both"/>
        <w:rPr>
          <w:rFonts w:cs="Times New Roman"/>
          <w:sz w:val="22"/>
        </w:rPr>
      </w:pPr>
      <w:r w:rsidRPr="00A84BC5">
        <w:rPr>
          <w:rFonts w:cs="Times New Roman"/>
          <w:sz w:val="22"/>
        </w:rPr>
        <w:t>Prestatorul va garanta că toate serviciile furnizate sunt conforme cu documentația oficială Fortinet și că nu există restricții privind utilizarea acestora pe teritoriul Republicii Moldova.</w:t>
      </w:r>
    </w:p>
    <w:p w:rsidR="00C70DF0" w:rsidRPr="00A84BC5" w:rsidRDefault="00C70DF0">
      <w:pPr>
        <w:jc w:val="both"/>
        <w:rPr>
          <w:rFonts w:cs="Times New Roman"/>
          <w:sz w:val="22"/>
        </w:rPr>
      </w:pPr>
    </w:p>
    <w:p w:rsidR="00C70DF0" w:rsidRPr="00A84BC5" w:rsidRDefault="00A84BC5">
      <w:pPr>
        <w:rPr>
          <w:rFonts w:cs="Times New Roman"/>
          <w:sz w:val="22"/>
        </w:rPr>
      </w:pPr>
      <w:r w:rsidRPr="00A84BC5">
        <w:rPr>
          <w:rFonts w:cs="Times New Roman"/>
          <w:b/>
          <w:sz w:val="22"/>
        </w:rPr>
        <w:t>6. CERINȚE TEHNICE PRIVIND SERVICIILE FORTIGUARD</w:t>
      </w:r>
    </w:p>
    <w:p w:rsidR="00C70DF0" w:rsidRPr="00A84BC5" w:rsidRDefault="00A84BC5">
      <w:pPr>
        <w:rPr>
          <w:rFonts w:cs="Times New Roman"/>
          <w:sz w:val="22"/>
        </w:rPr>
      </w:pPr>
      <w:r w:rsidRPr="00A84BC5">
        <w:rPr>
          <w:rFonts w:cs="Times New Roman"/>
          <w:b/>
          <w:sz w:val="22"/>
        </w:rPr>
        <w:t>6.1 Cerințe generale</w:t>
      </w:r>
    </w:p>
    <w:p w:rsidR="00C70DF0" w:rsidRPr="00A84BC5" w:rsidRDefault="00A84BC5">
      <w:pPr>
        <w:jc w:val="both"/>
        <w:rPr>
          <w:rFonts w:cs="Times New Roman"/>
          <w:sz w:val="22"/>
        </w:rPr>
      </w:pPr>
      <w:r w:rsidRPr="00A84BC5">
        <w:rPr>
          <w:rFonts w:cs="Times New Roman"/>
          <w:sz w:val="22"/>
        </w:rPr>
        <w:t>Prestatorul va asigura reînnoirea serviciilor de securitate FortiGuard Security Services pentru toate echipamentele Fortinet incluse în Anexa nr. 1 la prezentul Caiet de sarcini.</w:t>
      </w:r>
    </w:p>
    <w:p w:rsidR="00C70DF0" w:rsidRPr="00A84BC5" w:rsidRDefault="00A84BC5">
      <w:pPr>
        <w:jc w:val="both"/>
        <w:rPr>
          <w:rFonts w:cs="Times New Roman"/>
          <w:sz w:val="22"/>
        </w:rPr>
      </w:pPr>
      <w:r w:rsidRPr="00A84BC5">
        <w:rPr>
          <w:rFonts w:cs="Times New Roman"/>
          <w:sz w:val="22"/>
        </w:rPr>
        <w:t>Serviciile trebuie furnizate exclusiv prin canalele oficiale ale producătorului Fortinet și trebuie să fie licențe originale, noi și eligibile pentru suport tehnic și actualizări pe întreaga perioadă contractuală.</w:t>
      </w:r>
    </w:p>
    <w:p w:rsidR="00C70DF0" w:rsidRPr="00A84BC5" w:rsidRDefault="00A84BC5">
      <w:pPr>
        <w:jc w:val="both"/>
        <w:rPr>
          <w:rFonts w:cs="Times New Roman"/>
          <w:sz w:val="22"/>
        </w:rPr>
      </w:pPr>
      <w:r w:rsidRPr="00A84BC5">
        <w:rPr>
          <w:rFonts w:cs="Times New Roman"/>
          <w:sz w:val="22"/>
        </w:rPr>
        <w:t>Nu se acceptă licențe reutilizate, recondiționate, transferate din alte organizații sau licențe care nu sunt înregistrate în sistemele oficiale Fortinet.</w:t>
      </w:r>
    </w:p>
    <w:p w:rsidR="00C70DF0" w:rsidRPr="00A84BC5" w:rsidRDefault="00A84BC5">
      <w:pPr>
        <w:jc w:val="both"/>
        <w:rPr>
          <w:rFonts w:cs="Times New Roman"/>
          <w:sz w:val="22"/>
        </w:rPr>
      </w:pPr>
      <w:r w:rsidRPr="00A84BC5">
        <w:rPr>
          <w:rFonts w:cs="Times New Roman"/>
          <w:sz w:val="22"/>
        </w:rPr>
        <w:t>Prestatorul garantează că toate subscripțiile activate vor permite accesul integral la serviciile și actualizările incluse în pachetul de licențiere aferent fiecărui echipament.</w:t>
      </w:r>
    </w:p>
    <w:p w:rsidR="00C70DF0" w:rsidRPr="00A84BC5" w:rsidRDefault="00C70DF0">
      <w:pPr>
        <w:jc w:val="both"/>
        <w:rPr>
          <w:rFonts w:cs="Times New Roman"/>
          <w:sz w:val="22"/>
        </w:rPr>
      </w:pPr>
    </w:p>
    <w:p w:rsidR="00C70DF0" w:rsidRPr="00A84BC5" w:rsidRDefault="00A84BC5">
      <w:pPr>
        <w:rPr>
          <w:rFonts w:cs="Times New Roman"/>
          <w:sz w:val="22"/>
        </w:rPr>
      </w:pPr>
      <w:r w:rsidRPr="00A84BC5">
        <w:rPr>
          <w:rFonts w:cs="Times New Roman"/>
          <w:b/>
          <w:sz w:val="22"/>
        </w:rPr>
        <w:t>6.2 Servicii minime obligatorii</w:t>
      </w:r>
    </w:p>
    <w:p w:rsidR="00C70DF0" w:rsidRPr="00A84BC5" w:rsidRDefault="00A84BC5">
      <w:pPr>
        <w:jc w:val="both"/>
        <w:rPr>
          <w:rFonts w:cs="Times New Roman"/>
          <w:sz w:val="22"/>
        </w:rPr>
      </w:pPr>
      <w:r w:rsidRPr="00A84BC5">
        <w:rPr>
          <w:rFonts w:cs="Times New Roman"/>
          <w:sz w:val="22"/>
        </w:rPr>
        <w:t>În funcție de modelul echipamentului și tipul subscripției, serviciile FortiGuard vor include cel puțin:</w:t>
      </w:r>
    </w:p>
    <w:p w:rsidR="00C70DF0" w:rsidRPr="00A84BC5" w:rsidRDefault="00A84BC5">
      <w:pPr>
        <w:rPr>
          <w:rFonts w:cs="Times New Roman"/>
          <w:sz w:val="22"/>
        </w:rPr>
      </w:pPr>
      <w:r w:rsidRPr="00A84BC5">
        <w:rPr>
          <w:rFonts w:cs="Times New Roman"/>
          <w:b/>
          <w:sz w:val="22"/>
        </w:rPr>
        <w:t>a) Intrusion Prevention System (IPS)</w:t>
      </w:r>
    </w:p>
    <w:p w:rsidR="00C70DF0" w:rsidRPr="00A84BC5" w:rsidRDefault="00A84BC5">
      <w:pPr>
        <w:jc w:val="both"/>
        <w:rPr>
          <w:rFonts w:cs="Times New Roman"/>
          <w:sz w:val="22"/>
        </w:rPr>
      </w:pPr>
      <w:r w:rsidRPr="00A84BC5">
        <w:rPr>
          <w:rFonts w:cs="Times New Roman"/>
          <w:sz w:val="22"/>
        </w:rPr>
        <w:t>Serviciul IPS trebuie să permită detectarea și blocarea automată a:</w:t>
      </w:r>
    </w:p>
    <w:p w:rsidR="00C70DF0" w:rsidRPr="00A84BC5" w:rsidRDefault="00A84BC5">
      <w:pPr>
        <w:ind w:left="340"/>
        <w:jc w:val="both"/>
        <w:rPr>
          <w:rFonts w:cs="Times New Roman"/>
          <w:sz w:val="22"/>
        </w:rPr>
      </w:pPr>
      <w:r w:rsidRPr="00A84BC5">
        <w:rPr>
          <w:rFonts w:cs="Times New Roman"/>
          <w:sz w:val="22"/>
        </w:rPr>
        <w:t>• exploatărilor vulnerabilităților;</w:t>
      </w:r>
    </w:p>
    <w:p w:rsidR="00C70DF0" w:rsidRPr="00A84BC5" w:rsidRDefault="00A84BC5">
      <w:pPr>
        <w:ind w:left="340"/>
        <w:jc w:val="both"/>
        <w:rPr>
          <w:rFonts w:cs="Times New Roman"/>
          <w:sz w:val="22"/>
        </w:rPr>
      </w:pPr>
      <w:r w:rsidRPr="00A84BC5">
        <w:rPr>
          <w:rFonts w:cs="Times New Roman"/>
          <w:sz w:val="22"/>
        </w:rPr>
        <w:t>• atacurilor asupra aplicațiilor;</w:t>
      </w:r>
    </w:p>
    <w:p w:rsidR="00C70DF0" w:rsidRPr="00A84BC5" w:rsidRDefault="00A84BC5">
      <w:pPr>
        <w:ind w:left="340"/>
        <w:jc w:val="both"/>
        <w:rPr>
          <w:rFonts w:cs="Times New Roman"/>
          <w:sz w:val="22"/>
        </w:rPr>
      </w:pPr>
      <w:r w:rsidRPr="00A84BC5">
        <w:rPr>
          <w:rFonts w:cs="Times New Roman"/>
          <w:sz w:val="22"/>
        </w:rPr>
        <w:t>• atacurilor asupra sistemelor de operare;</w:t>
      </w:r>
    </w:p>
    <w:p w:rsidR="00C70DF0" w:rsidRPr="00A84BC5" w:rsidRDefault="00A84BC5">
      <w:pPr>
        <w:ind w:left="340"/>
        <w:jc w:val="both"/>
        <w:rPr>
          <w:rFonts w:cs="Times New Roman"/>
          <w:sz w:val="22"/>
        </w:rPr>
      </w:pPr>
      <w:r w:rsidRPr="00A84BC5">
        <w:rPr>
          <w:rFonts w:cs="Times New Roman"/>
          <w:sz w:val="22"/>
        </w:rPr>
        <w:t>• tentativelor de compromitere a serviciilor expuse;</w:t>
      </w:r>
    </w:p>
    <w:p w:rsidR="00C70DF0" w:rsidRPr="00A84BC5" w:rsidRDefault="00A84BC5">
      <w:pPr>
        <w:ind w:left="340"/>
        <w:jc w:val="both"/>
        <w:rPr>
          <w:rFonts w:cs="Times New Roman"/>
          <w:sz w:val="22"/>
        </w:rPr>
      </w:pPr>
      <w:r w:rsidRPr="00A84BC5">
        <w:rPr>
          <w:rFonts w:cs="Times New Roman"/>
          <w:sz w:val="22"/>
        </w:rPr>
        <w:t>• traficului malițios.</w:t>
      </w:r>
    </w:p>
    <w:p w:rsidR="00C70DF0" w:rsidRPr="00A84BC5" w:rsidRDefault="00A84BC5">
      <w:pPr>
        <w:jc w:val="both"/>
        <w:rPr>
          <w:rFonts w:cs="Times New Roman"/>
          <w:sz w:val="22"/>
        </w:rPr>
      </w:pPr>
      <w:r w:rsidRPr="00A84BC5">
        <w:rPr>
          <w:rFonts w:cs="Times New Roman"/>
          <w:sz w:val="22"/>
        </w:rPr>
        <w:t>Actualizarea semnăturilor IPS trebuie realizată automat, imediat după publicarea acestora de către Fortinet.</w:t>
      </w:r>
    </w:p>
    <w:p w:rsidR="00C70DF0" w:rsidRPr="00A84BC5" w:rsidRDefault="00A84BC5">
      <w:pPr>
        <w:rPr>
          <w:rFonts w:cs="Times New Roman"/>
          <w:sz w:val="22"/>
        </w:rPr>
      </w:pPr>
      <w:r w:rsidRPr="00A84BC5">
        <w:rPr>
          <w:rFonts w:cs="Times New Roman"/>
          <w:b/>
          <w:sz w:val="22"/>
        </w:rPr>
        <w:t>b) Antivirus</w:t>
      </w:r>
    </w:p>
    <w:p w:rsidR="00C70DF0" w:rsidRPr="00A84BC5" w:rsidRDefault="00A84BC5">
      <w:pPr>
        <w:jc w:val="both"/>
        <w:rPr>
          <w:rFonts w:cs="Times New Roman"/>
          <w:sz w:val="22"/>
        </w:rPr>
      </w:pPr>
      <w:r w:rsidRPr="00A84BC5">
        <w:rPr>
          <w:rFonts w:cs="Times New Roman"/>
          <w:sz w:val="22"/>
        </w:rPr>
        <w:lastRenderedPageBreak/>
        <w:t>Serviciul Antivirus trebuie să asigure:</w:t>
      </w:r>
    </w:p>
    <w:p w:rsidR="00C70DF0" w:rsidRPr="00A84BC5" w:rsidRDefault="00A84BC5">
      <w:pPr>
        <w:ind w:left="340"/>
        <w:jc w:val="both"/>
        <w:rPr>
          <w:rFonts w:cs="Times New Roman"/>
          <w:sz w:val="22"/>
        </w:rPr>
      </w:pPr>
      <w:r w:rsidRPr="00A84BC5">
        <w:rPr>
          <w:rFonts w:cs="Times New Roman"/>
          <w:sz w:val="22"/>
        </w:rPr>
        <w:t>• detectarea malware;</w:t>
      </w:r>
    </w:p>
    <w:p w:rsidR="00C70DF0" w:rsidRPr="00A84BC5" w:rsidRDefault="00A84BC5">
      <w:pPr>
        <w:ind w:left="340"/>
        <w:jc w:val="both"/>
        <w:rPr>
          <w:rFonts w:cs="Times New Roman"/>
          <w:sz w:val="22"/>
        </w:rPr>
      </w:pPr>
      <w:r w:rsidRPr="00A84BC5">
        <w:rPr>
          <w:rFonts w:cs="Times New Roman"/>
          <w:sz w:val="22"/>
        </w:rPr>
        <w:t>• detectarea ransomware;</w:t>
      </w:r>
    </w:p>
    <w:p w:rsidR="00C70DF0" w:rsidRPr="00A84BC5" w:rsidRDefault="00A84BC5">
      <w:pPr>
        <w:ind w:left="340"/>
        <w:jc w:val="both"/>
        <w:rPr>
          <w:rFonts w:cs="Times New Roman"/>
          <w:sz w:val="22"/>
        </w:rPr>
      </w:pPr>
      <w:r w:rsidRPr="00A84BC5">
        <w:rPr>
          <w:rFonts w:cs="Times New Roman"/>
          <w:sz w:val="22"/>
        </w:rPr>
        <w:t>• detectarea troienilor;</w:t>
      </w:r>
    </w:p>
    <w:p w:rsidR="00C70DF0" w:rsidRPr="00A84BC5" w:rsidRDefault="00A84BC5">
      <w:pPr>
        <w:ind w:left="340"/>
        <w:jc w:val="both"/>
        <w:rPr>
          <w:rFonts w:cs="Times New Roman"/>
          <w:sz w:val="22"/>
        </w:rPr>
      </w:pPr>
      <w:r w:rsidRPr="00A84BC5">
        <w:rPr>
          <w:rFonts w:cs="Times New Roman"/>
          <w:sz w:val="22"/>
        </w:rPr>
        <w:t>• detectarea spyware;</w:t>
      </w:r>
    </w:p>
    <w:p w:rsidR="00C70DF0" w:rsidRPr="00A84BC5" w:rsidRDefault="00A84BC5">
      <w:pPr>
        <w:ind w:left="340"/>
        <w:jc w:val="both"/>
        <w:rPr>
          <w:rFonts w:cs="Times New Roman"/>
          <w:sz w:val="22"/>
        </w:rPr>
      </w:pPr>
      <w:r w:rsidRPr="00A84BC5">
        <w:rPr>
          <w:rFonts w:cs="Times New Roman"/>
          <w:sz w:val="22"/>
        </w:rPr>
        <w:t>• detectarea rootkit;</w:t>
      </w:r>
    </w:p>
    <w:p w:rsidR="00C70DF0" w:rsidRPr="00A84BC5" w:rsidRDefault="00A84BC5">
      <w:pPr>
        <w:ind w:left="340"/>
        <w:jc w:val="both"/>
        <w:rPr>
          <w:rFonts w:cs="Times New Roman"/>
          <w:sz w:val="22"/>
        </w:rPr>
      </w:pPr>
      <w:r w:rsidRPr="00A84BC5">
        <w:rPr>
          <w:rFonts w:cs="Times New Roman"/>
          <w:sz w:val="22"/>
        </w:rPr>
        <w:t>• detectarea viermilor informatici.</w:t>
      </w:r>
    </w:p>
    <w:p w:rsidR="00C70DF0" w:rsidRPr="00A84BC5" w:rsidRDefault="00A84BC5">
      <w:pPr>
        <w:jc w:val="both"/>
        <w:rPr>
          <w:rFonts w:cs="Times New Roman"/>
          <w:sz w:val="22"/>
        </w:rPr>
      </w:pPr>
      <w:r w:rsidRPr="00A84BC5">
        <w:rPr>
          <w:rFonts w:cs="Times New Roman"/>
          <w:sz w:val="22"/>
        </w:rPr>
        <w:t>Actualizările bazelor antivirus trebuie efectuate automat.</w:t>
      </w:r>
    </w:p>
    <w:p w:rsidR="00C70DF0" w:rsidRPr="00A84BC5" w:rsidRDefault="00A84BC5">
      <w:pPr>
        <w:rPr>
          <w:rFonts w:cs="Times New Roman"/>
          <w:sz w:val="22"/>
        </w:rPr>
      </w:pPr>
      <w:r w:rsidRPr="00A84BC5">
        <w:rPr>
          <w:rFonts w:cs="Times New Roman"/>
          <w:b/>
          <w:sz w:val="22"/>
        </w:rPr>
        <w:t>c) Web Filtering</w:t>
      </w:r>
    </w:p>
    <w:p w:rsidR="00C70DF0" w:rsidRPr="00A84BC5" w:rsidRDefault="00A84BC5">
      <w:pPr>
        <w:jc w:val="both"/>
        <w:rPr>
          <w:rFonts w:cs="Times New Roman"/>
          <w:sz w:val="22"/>
        </w:rPr>
      </w:pPr>
      <w:r w:rsidRPr="00A84BC5">
        <w:rPr>
          <w:rFonts w:cs="Times New Roman"/>
          <w:sz w:val="22"/>
        </w:rPr>
        <w:t>Serviciul trebuie să permită:</w:t>
      </w:r>
    </w:p>
    <w:p w:rsidR="00C70DF0" w:rsidRPr="00A84BC5" w:rsidRDefault="00A84BC5">
      <w:pPr>
        <w:ind w:left="340"/>
        <w:jc w:val="both"/>
        <w:rPr>
          <w:rFonts w:cs="Times New Roman"/>
          <w:sz w:val="22"/>
        </w:rPr>
      </w:pPr>
      <w:r w:rsidRPr="00A84BC5">
        <w:rPr>
          <w:rFonts w:cs="Times New Roman"/>
          <w:sz w:val="22"/>
        </w:rPr>
        <w:t>• clasificarea automată a site-urilor web;</w:t>
      </w:r>
    </w:p>
    <w:p w:rsidR="00C70DF0" w:rsidRPr="00A84BC5" w:rsidRDefault="00A84BC5">
      <w:pPr>
        <w:ind w:left="340"/>
        <w:jc w:val="both"/>
        <w:rPr>
          <w:rFonts w:cs="Times New Roman"/>
          <w:sz w:val="22"/>
        </w:rPr>
      </w:pPr>
      <w:r w:rsidRPr="00A84BC5">
        <w:rPr>
          <w:rFonts w:cs="Times New Roman"/>
          <w:sz w:val="22"/>
        </w:rPr>
        <w:t>• blocarea site-urilor malițioase;</w:t>
      </w:r>
    </w:p>
    <w:p w:rsidR="00C70DF0" w:rsidRPr="00A84BC5" w:rsidRDefault="00A84BC5">
      <w:pPr>
        <w:ind w:left="340"/>
        <w:jc w:val="both"/>
        <w:rPr>
          <w:rFonts w:cs="Times New Roman"/>
          <w:sz w:val="22"/>
        </w:rPr>
      </w:pPr>
      <w:r w:rsidRPr="00A84BC5">
        <w:rPr>
          <w:rFonts w:cs="Times New Roman"/>
          <w:sz w:val="22"/>
        </w:rPr>
        <w:t>• blocarea phishing;</w:t>
      </w:r>
    </w:p>
    <w:p w:rsidR="00C70DF0" w:rsidRPr="00A84BC5" w:rsidRDefault="00A84BC5">
      <w:pPr>
        <w:ind w:left="340"/>
        <w:jc w:val="both"/>
        <w:rPr>
          <w:rFonts w:cs="Times New Roman"/>
          <w:sz w:val="22"/>
        </w:rPr>
      </w:pPr>
      <w:r w:rsidRPr="00A84BC5">
        <w:rPr>
          <w:rFonts w:cs="Times New Roman"/>
          <w:sz w:val="22"/>
        </w:rPr>
        <w:t>• blocarea conținutului periculos;</w:t>
      </w:r>
    </w:p>
    <w:p w:rsidR="00C70DF0" w:rsidRPr="00A84BC5" w:rsidRDefault="00A84BC5">
      <w:pPr>
        <w:ind w:left="340"/>
        <w:jc w:val="both"/>
        <w:rPr>
          <w:rFonts w:cs="Times New Roman"/>
          <w:sz w:val="22"/>
        </w:rPr>
      </w:pPr>
      <w:r w:rsidRPr="00A84BC5">
        <w:rPr>
          <w:rFonts w:cs="Times New Roman"/>
          <w:sz w:val="22"/>
        </w:rPr>
        <w:t>• actualizarea permanentă a categoriilor web.</w:t>
      </w:r>
    </w:p>
    <w:p w:rsidR="00C70DF0" w:rsidRPr="00A84BC5" w:rsidRDefault="00A84BC5">
      <w:pPr>
        <w:rPr>
          <w:rFonts w:cs="Times New Roman"/>
          <w:sz w:val="22"/>
        </w:rPr>
      </w:pPr>
      <w:r w:rsidRPr="00A84BC5">
        <w:rPr>
          <w:rFonts w:cs="Times New Roman"/>
          <w:b/>
          <w:sz w:val="22"/>
        </w:rPr>
        <w:t>d) DNS Security</w:t>
      </w:r>
    </w:p>
    <w:p w:rsidR="00C70DF0" w:rsidRPr="00A84BC5" w:rsidRDefault="00A84BC5">
      <w:pPr>
        <w:jc w:val="both"/>
        <w:rPr>
          <w:rFonts w:cs="Times New Roman"/>
          <w:sz w:val="22"/>
        </w:rPr>
      </w:pPr>
      <w:r w:rsidRPr="00A84BC5">
        <w:rPr>
          <w:rFonts w:cs="Times New Roman"/>
          <w:sz w:val="22"/>
        </w:rPr>
        <w:t>Serviciul trebuie să permită:</w:t>
      </w:r>
    </w:p>
    <w:p w:rsidR="00C70DF0" w:rsidRPr="00A84BC5" w:rsidRDefault="00A84BC5">
      <w:pPr>
        <w:ind w:left="340"/>
        <w:jc w:val="both"/>
        <w:rPr>
          <w:rFonts w:cs="Times New Roman"/>
          <w:sz w:val="22"/>
        </w:rPr>
      </w:pPr>
      <w:r w:rsidRPr="00A84BC5">
        <w:rPr>
          <w:rFonts w:cs="Times New Roman"/>
          <w:sz w:val="22"/>
        </w:rPr>
        <w:t>• blocarea domeniilor compromise;</w:t>
      </w:r>
    </w:p>
    <w:p w:rsidR="00C70DF0" w:rsidRPr="00A84BC5" w:rsidRDefault="00A84BC5">
      <w:pPr>
        <w:ind w:left="340"/>
        <w:jc w:val="both"/>
        <w:rPr>
          <w:rFonts w:cs="Times New Roman"/>
          <w:sz w:val="22"/>
        </w:rPr>
      </w:pPr>
      <w:r w:rsidRPr="00A84BC5">
        <w:rPr>
          <w:rFonts w:cs="Times New Roman"/>
          <w:sz w:val="22"/>
        </w:rPr>
        <w:t>• blocarea comunicațiilor către servere Command &amp; Control;</w:t>
      </w:r>
    </w:p>
    <w:p w:rsidR="00C70DF0" w:rsidRPr="00A84BC5" w:rsidRDefault="00A84BC5">
      <w:pPr>
        <w:ind w:left="340"/>
        <w:jc w:val="both"/>
        <w:rPr>
          <w:rFonts w:cs="Times New Roman"/>
          <w:sz w:val="22"/>
        </w:rPr>
      </w:pPr>
      <w:r w:rsidRPr="00A84BC5">
        <w:rPr>
          <w:rFonts w:cs="Times New Roman"/>
          <w:sz w:val="22"/>
        </w:rPr>
        <w:t>• protecția împotriva DNS Tunneling;</w:t>
      </w:r>
    </w:p>
    <w:p w:rsidR="00C70DF0" w:rsidRPr="00A84BC5" w:rsidRDefault="00A84BC5">
      <w:pPr>
        <w:ind w:left="340"/>
        <w:jc w:val="both"/>
        <w:rPr>
          <w:rFonts w:cs="Times New Roman"/>
          <w:sz w:val="22"/>
        </w:rPr>
      </w:pPr>
      <w:r w:rsidRPr="00A84BC5">
        <w:rPr>
          <w:rFonts w:cs="Times New Roman"/>
          <w:sz w:val="22"/>
        </w:rPr>
        <w:t>• protecția împotriva domeniilor nou înregistrate cu risc ridicat.</w:t>
      </w:r>
    </w:p>
    <w:p w:rsidR="00C70DF0" w:rsidRPr="00A84BC5" w:rsidRDefault="00A84BC5">
      <w:pPr>
        <w:rPr>
          <w:rFonts w:cs="Times New Roman"/>
          <w:sz w:val="22"/>
        </w:rPr>
      </w:pPr>
      <w:r w:rsidRPr="00A84BC5">
        <w:rPr>
          <w:rFonts w:cs="Times New Roman"/>
          <w:b/>
          <w:sz w:val="22"/>
        </w:rPr>
        <w:t>e) Application Control</w:t>
      </w:r>
    </w:p>
    <w:p w:rsidR="00C70DF0" w:rsidRPr="00A84BC5" w:rsidRDefault="00A84BC5">
      <w:pPr>
        <w:jc w:val="both"/>
        <w:rPr>
          <w:rFonts w:cs="Times New Roman"/>
          <w:sz w:val="22"/>
        </w:rPr>
      </w:pPr>
      <w:r w:rsidRPr="00A84BC5">
        <w:rPr>
          <w:rFonts w:cs="Times New Roman"/>
          <w:sz w:val="22"/>
        </w:rPr>
        <w:t>Serviciul trebuie să permită identificarea și controlul aplicațiilor indiferent de porturile utilizate.</w:t>
      </w:r>
    </w:p>
    <w:p w:rsidR="00C70DF0" w:rsidRPr="00A84BC5" w:rsidRDefault="00A84BC5">
      <w:pPr>
        <w:jc w:val="both"/>
        <w:rPr>
          <w:rFonts w:cs="Times New Roman"/>
          <w:sz w:val="22"/>
        </w:rPr>
      </w:pPr>
      <w:r w:rsidRPr="00A84BC5">
        <w:rPr>
          <w:rFonts w:cs="Times New Roman"/>
          <w:sz w:val="22"/>
        </w:rPr>
        <w:t>Trebuie să existe posibilitatea:</w:t>
      </w:r>
    </w:p>
    <w:p w:rsidR="00C70DF0" w:rsidRPr="00A84BC5" w:rsidRDefault="00A84BC5">
      <w:pPr>
        <w:ind w:left="340"/>
        <w:jc w:val="both"/>
        <w:rPr>
          <w:rFonts w:cs="Times New Roman"/>
          <w:sz w:val="22"/>
        </w:rPr>
      </w:pPr>
      <w:r w:rsidRPr="00A84BC5">
        <w:rPr>
          <w:rFonts w:cs="Times New Roman"/>
          <w:sz w:val="22"/>
        </w:rPr>
        <w:t>• blocării aplicațiilor neautorizate;</w:t>
      </w:r>
    </w:p>
    <w:p w:rsidR="00C70DF0" w:rsidRPr="00A84BC5" w:rsidRDefault="00A84BC5">
      <w:pPr>
        <w:ind w:left="340"/>
        <w:jc w:val="both"/>
        <w:rPr>
          <w:rFonts w:cs="Times New Roman"/>
          <w:sz w:val="22"/>
        </w:rPr>
      </w:pPr>
      <w:r w:rsidRPr="00A84BC5">
        <w:rPr>
          <w:rFonts w:cs="Times New Roman"/>
          <w:sz w:val="22"/>
        </w:rPr>
        <w:t>• monitorizării aplicațiilor;</w:t>
      </w:r>
    </w:p>
    <w:p w:rsidR="00C70DF0" w:rsidRPr="00A84BC5" w:rsidRDefault="00A84BC5">
      <w:pPr>
        <w:ind w:left="340"/>
        <w:jc w:val="both"/>
        <w:rPr>
          <w:rFonts w:cs="Times New Roman"/>
          <w:sz w:val="22"/>
        </w:rPr>
      </w:pPr>
      <w:r w:rsidRPr="00A84BC5">
        <w:rPr>
          <w:rFonts w:cs="Times New Roman"/>
          <w:sz w:val="22"/>
        </w:rPr>
        <w:t>• limitării aplicațiilor;</w:t>
      </w:r>
    </w:p>
    <w:p w:rsidR="00C70DF0" w:rsidRPr="00A84BC5" w:rsidRDefault="00A84BC5">
      <w:pPr>
        <w:ind w:left="340"/>
        <w:jc w:val="both"/>
        <w:rPr>
          <w:rFonts w:cs="Times New Roman"/>
          <w:sz w:val="22"/>
        </w:rPr>
      </w:pPr>
      <w:r w:rsidRPr="00A84BC5">
        <w:rPr>
          <w:rFonts w:cs="Times New Roman"/>
          <w:sz w:val="22"/>
        </w:rPr>
        <w:t>• clasificării automate.</w:t>
      </w:r>
    </w:p>
    <w:p w:rsidR="00C70DF0" w:rsidRPr="00A84BC5" w:rsidRDefault="00A84BC5">
      <w:pPr>
        <w:rPr>
          <w:rFonts w:cs="Times New Roman"/>
          <w:sz w:val="22"/>
        </w:rPr>
      </w:pPr>
      <w:r w:rsidRPr="00A84BC5">
        <w:rPr>
          <w:rFonts w:cs="Times New Roman"/>
          <w:b/>
          <w:sz w:val="22"/>
        </w:rPr>
        <w:t>f) IP Reputation</w:t>
      </w:r>
    </w:p>
    <w:p w:rsidR="00C70DF0" w:rsidRPr="00A84BC5" w:rsidRDefault="00A84BC5">
      <w:pPr>
        <w:jc w:val="both"/>
        <w:rPr>
          <w:rFonts w:cs="Times New Roman"/>
          <w:sz w:val="22"/>
        </w:rPr>
      </w:pPr>
      <w:r w:rsidRPr="00A84BC5">
        <w:rPr>
          <w:rFonts w:cs="Times New Roman"/>
          <w:sz w:val="22"/>
        </w:rPr>
        <w:t>Serviciul trebuie să permită blocarea adreselor IP identificate ca:</w:t>
      </w:r>
    </w:p>
    <w:p w:rsidR="00C70DF0" w:rsidRPr="00A84BC5" w:rsidRDefault="00A84BC5">
      <w:pPr>
        <w:ind w:left="340"/>
        <w:jc w:val="both"/>
        <w:rPr>
          <w:rFonts w:cs="Times New Roman"/>
          <w:sz w:val="22"/>
        </w:rPr>
      </w:pPr>
      <w:r w:rsidRPr="00A84BC5">
        <w:rPr>
          <w:rFonts w:cs="Times New Roman"/>
          <w:sz w:val="22"/>
        </w:rPr>
        <w:t>• Botnet;</w:t>
      </w:r>
    </w:p>
    <w:p w:rsidR="00C70DF0" w:rsidRPr="00A84BC5" w:rsidRDefault="00A84BC5">
      <w:pPr>
        <w:ind w:left="340"/>
        <w:jc w:val="both"/>
        <w:rPr>
          <w:rFonts w:cs="Times New Roman"/>
          <w:sz w:val="22"/>
        </w:rPr>
      </w:pPr>
      <w:r w:rsidRPr="00A84BC5">
        <w:rPr>
          <w:rFonts w:cs="Times New Roman"/>
          <w:sz w:val="22"/>
        </w:rPr>
        <w:t>• Spam;</w:t>
      </w:r>
    </w:p>
    <w:p w:rsidR="00C70DF0" w:rsidRPr="00A84BC5" w:rsidRDefault="00A84BC5">
      <w:pPr>
        <w:ind w:left="340"/>
        <w:jc w:val="both"/>
        <w:rPr>
          <w:rFonts w:cs="Times New Roman"/>
          <w:sz w:val="22"/>
        </w:rPr>
      </w:pPr>
      <w:r w:rsidRPr="00A84BC5">
        <w:rPr>
          <w:rFonts w:cs="Times New Roman"/>
          <w:sz w:val="22"/>
        </w:rPr>
        <w:t>• Malware;</w:t>
      </w:r>
    </w:p>
    <w:p w:rsidR="00C70DF0" w:rsidRPr="00A84BC5" w:rsidRDefault="00A84BC5">
      <w:pPr>
        <w:ind w:left="340"/>
        <w:jc w:val="both"/>
        <w:rPr>
          <w:rFonts w:cs="Times New Roman"/>
          <w:sz w:val="22"/>
        </w:rPr>
      </w:pPr>
      <w:r w:rsidRPr="00A84BC5">
        <w:rPr>
          <w:rFonts w:cs="Times New Roman"/>
          <w:sz w:val="22"/>
        </w:rPr>
        <w:t>• Scanner;</w:t>
      </w:r>
    </w:p>
    <w:p w:rsidR="00C70DF0" w:rsidRPr="00A84BC5" w:rsidRDefault="00A84BC5">
      <w:pPr>
        <w:ind w:left="340"/>
        <w:jc w:val="both"/>
        <w:rPr>
          <w:rFonts w:cs="Times New Roman"/>
          <w:sz w:val="22"/>
        </w:rPr>
      </w:pPr>
      <w:r w:rsidRPr="00A84BC5">
        <w:rPr>
          <w:rFonts w:cs="Times New Roman"/>
          <w:sz w:val="22"/>
        </w:rPr>
        <w:t>• Proxy anonim;</w:t>
      </w:r>
    </w:p>
    <w:p w:rsidR="00C70DF0" w:rsidRPr="00A84BC5" w:rsidRDefault="00A84BC5">
      <w:pPr>
        <w:ind w:left="340"/>
        <w:jc w:val="both"/>
        <w:rPr>
          <w:rFonts w:cs="Times New Roman"/>
          <w:sz w:val="22"/>
        </w:rPr>
      </w:pPr>
      <w:r w:rsidRPr="00A84BC5">
        <w:rPr>
          <w:rFonts w:cs="Times New Roman"/>
          <w:sz w:val="22"/>
        </w:rPr>
        <w:t>• Command &amp; Control.</w:t>
      </w:r>
    </w:p>
    <w:p w:rsidR="00C70DF0" w:rsidRPr="00A84BC5" w:rsidRDefault="00A84BC5">
      <w:pPr>
        <w:rPr>
          <w:rFonts w:cs="Times New Roman"/>
          <w:sz w:val="22"/>
        </w:rPr>
      </w:pPr>
      <w:r w:rsidRPr="00A84BC5">
        <w:rPr>
          <w:rFonts w:cs="Times New Roman"/>
          <w:b/>
          <w:sz w:val="22"/>
        </w:rPr>
        <w:t>g) Botnet Protection</w:t>
      </w:r>
    </w:p>
    <w:p w:rsidR="00C70DF0" w:rsidRPr="00A84BC5" w:rsidRDefault="00A84BC5">
      <w:pPr>
        <w:jc w:val="both"/>
        <w:rPr>
          <w:rFonts w:cs="Times New Roman"/>
          <w:sz w:val="22"/>
        </w:rPr>
      </w:pPr>
      <w:r w:rsidRPr="00A84BC5">
        <w:rPr>
          <w:rFonts w:cs="Times New Roman"/>
          <w:sz w:val="22"/>
        </w:rPr>
        <w:t>Trebuie să permită detectarea și blocarea comunicațiilor către infrastructuri Botnet.</w:t>
      </w:r>
    </w:p>
    <w:p w:rsidR="00C70DF0" w:rsidRPr="00A84BC5" w:rsidRDefault="00A84BC5">
      <w:pPr>
        <w:rPr>
          <w:rFonts w:cs="Times New Roman"/>
          <w:sz w:val="22"/>
        </w:rPr>
      </w:pPr>
      <w:r w:rsidRPr="00A84BC5">
        <w:rPr>
          <w:rFonts w:cs="Times New Roman"/>
          <w:b/>
          <w:sz w:val="22"/>
        </w:rPr>
        <w:t>h) Outbreak Protection</w:t>
      </w:r>
    </w:p>
    <w:p w:rsidR="00C70DF0" w:rsidRPr="00A84BC5" w:rsidRDefault="00A84BC5">
      <w:pPr>
        <w:jc w:val="both"/>
        <w:rPr>
          <w:rFonts w:cs="Times New Roman"/>
          <w:sz w:val="22"/>
        </w:rPr>
      </w:pPr>
      <w:r w:rsidRPr="00A84BC5">
        <w:rPr>
          <w:rFonts w:cs="Times New Roman"/>
          <w:sz w:val="22"/>
        </w:rPr>
        <w:t>Trebuie să permită protecția împotriva amenințărilor nou apărute înainte de actualizarea completă a semnăturilor.</w:t>
      </w:r>
    </w:p>
    <w:p w:rsidR="00C70DF0" w:rsidRPr="00A84BC5" w:rsidRDefault="00A84BC5">
      <w:pPr>
        <w:rPr>
          <w:rFonts w:cs="Times New Roman"/>
          <w:sz w:val="22"/>
        </w:rPr>
      </w:pPr>
      <w:r w:rsidRPr="00A84BC5">
        <w:rPr>
          <w:rFonts w:cs="Times New Roman"/>
          <w:b/>
          <w:sz w:val="22"/>
        </w:rPr>
        <w:t>i) Vulnerability Protection</w:t>
      </w:r>
    </w:p>
    <w:p w:rsidR="00C70DF0" w:rsidRPr="00A84BC5" w:rsidRDefault="00A84BC5">
      <w:pPr>
        <w:jc w:val="both"/>
        <w:rPr>
          <w:rFonts w:cs="Times New Roman"/>
          <w:sz w:val="22"/>
        </w:rPr>
      </w:pPr>
      <w:r w:rsidRPr="00A84BC5">
        <w:rPr>
          <w:rFonts w:cs="Times New Roman"/>
          <w:sz w:val="22"/>
        </w:rPr>
        <w:t>Actualizarea permanentă a bazelor de date privind vulnerabilitățile cunoscute (CVE).</w:t>
      </w:r>
    </w:p>
    <w:p w:rsidR="00C70DF0" w:rsidRPr="00A84BC5" w:rsidRDefault="00A84BC5">
      <w:pPr>
        <w:rPr>
          <w:rFonts w:cs="Times New Roman"/>
          <w:sz w:val="22"/>
        </w:rPr>
      </w:pPr>
      <w:r w:rsidRPr="00A84BC5">
        <w:rPr>
          <w:rFonts w:cs="Times New Roman"/>
          <w:b/>
          <w:sz w:val="22"/>
        </w:rPr>
        <w:t>j) FortiSandbox Cloud (dacă este licențiat)</w:t>
      </w:r>
    </w:p>
    <w:p w:rsidR="00C70DF0" w:rsidRPr="00A84BC5" w:rsidRDefault="00A84BC5">
      <w:pPr>
        <w:jc w:val="both"/>
        <w:rPr>
          <w:rFonts w:cs="Times New Roman"/>
          <w:sz w:val="22"/>
        </w:rPr>
      </w:pPr>
      <w:r w:rsidRPr="00A84BC5">
        <w:rPr>
          <w:rFonts w:cs="Times New Roman"/>
          <w:sz w:val="22"/>
        </w:rPr>
        <w:t>Trebuie să permită analiza comportamentală a fișierelor suspecte în mediul cloud al producătorului.</w:t>
      </w:r>
    </w:p>
    <w:p w:rsidR="00C70DF0" w:rsidRPr="00A84BC5" w:rsidRDefault="00A84BC5">
      <w:pPr>
        <w:rPr>
          <w:rFonts w:cs="Times New Roman"/>
          <w:sz w:val="22"/>
        </w:rPr>
      </w:pPr>
      <w:r w:rsidRPr="00A84BC5">
        <w:rPr>
          <w:rFonts w:cs="Times New Roman"/>
          <w:b/>
          <w:sz w:val="22"/>
        </w:rPr>
        <w:t>k) Security Rating</w:t>
      </w:r>
    </w:p>
    <w:p w:rsidR="00C70DF0" w:rsidRPr="00A84BC5" w:rsidRDefault="00A84BC5">
      <w:pPr>
        <w:jc w:val="both"/>
        <w:rPr>
          <w:rFonts w:cs="Times New Roman"/>
          <w:sz w:val="22"/>
        </w:rPr>
      </w:pPr>
      <w:r w:rsidRPr="00A84BC5">
        <w:rPr>
          <w:rFonts w:cs="Times New Roman"/>
          <w:sz w:val="22"/>
        </w:rPr>
        <w:t>Trebuie să permită evaluarea configurației echipamentelor și identificarea neconformităților privind bunele practici de securitate.</w:t>
      </w:r>
    </w:p>
    <w:p w:rsidR="00C70DF0" w:rsidRPr="00A84BC5" w:rsidRDefault="00C70DF0">
      <w:pPr>
        <w:jc w:val="both"/>
        <w:rPr>
          <w:rFonts w:cs="Times New Roman"/>
          <w:sz w:val="22"/>
        </w:rPr>
      </w:pPr>
    </w:p>
    <w:p w:rsidR="00C70DF0" w:rsidRPr="00A84BC5" w:rsidRDefault="00A84BC5">
      <w:pPr>
        <w:rPr>
          <w:rFonts w:cs="Times New Roman"/>
          <w:sz w:val="22"/>
        </w:rPr>
      </w:pPr>
      <w:r w:rsidRPr="00A84BC5">
        <w:rPr>
          <w:rFonts w:cs="Times New Roman"/>
          <w:b/>
          <w:sz w:val="22"/>
        </w:rPr>
        <w:t>6.3 Actualizări FortiGuard</w:t>
      </w:r>
    </w:p>
    <w:p w:rsidR="00C70DF0" w:rsidRPr="00A84BC5" w:rsidRDefault="00A84BC5">
      <w:pPr>
        <w:jc w:val="both"/>
        <w:rPr>
          <w:rFonts w:cs="Times New Roman"/>
          <w:sz w:val="22"/>
        </w:rPr>
      </w:pPr>
      <w:r w:rsidRPr="00A84BC5">
        <w:rPr>
          <w:rFonts w:cs="Times New Roman"/>
          <w:sz w:val="22"/>
        </w:rPr>
        <w:t>Prestatorul va asigura acces permanent la:</w:t>
      </w:r>
    </w:p>
    <w:p w:rsidR="00C70DF0" w:rsidRPr="00A84BC5" w:rsidRDefault="00A84BC5">
      <w:pPr>
        <w:ind w:left="340"/>
        <w:jc w:val="both"/>
        <w:rPr>
          <w:rFonts w:cs="Times New Roman"/>
          <w:sz w:val="22"/>
        </w:rPr>
      </w:pPr>
      <w:r w:rsidRPr="00A84BC5">
        <w:rPr>
          <w:rFonts w:cs="Times New Roman"/>
          <w:sz w:val="22"/>
        </w:rPr>
        <w:t>• Antivirus Definitions;</w:t>
      </w:r>
    </w:p>
    <w:p w:rsidR="00C70DF0" w:rsidRPr="00A84BC5" w:rsidRDefault="00A84BC5">
      <w:pPr>
        <w:ind w:left="340"/>
        <w:jc w:val="both"/>
        <w:rPr>
          <w:rFonts w:cs="Times New Roman"/>
          <w:sz w:val="22"/>
        </w:rPr>
      </w:pPr>
      <w:r w:rsidRPr="00A84BC5">
        <w:rPr>
          <w:rFonts w:cs="Times New Roman"/>
          <w:sz w:val="22"/>
        </w:rPr>
        <w:t>• IPS Signatures;</w:t>
      </w:r>
    </w:p>
    <w:p w:rsidR="00C70DF0" w:rsidRPr="00A84BC5" w:rsidRDefault="00A84BC5">
      <w:pPr>
        <w:ind w:left="340"/>
        <w:jc w:val="both"/>
        <w:rPr>
          <w:rFonts w:cs="Times New Roman"/>
          <w:sz w:val="22"/>
        </w:rPr>
      </w:pPr>
      <w:r w:rsidRPr="00A84BC5">
        <w:rPr>
          <w:rFonts w:cs="Times New Roman"/>
          <w:sz w:val="22"/>
        </w:rPr>
        <w:lastRenderedPageBreak/>
        <w:t>• Web Filter Database;</w:t>
      </w:r>
    </w:p>
    <w:p w:rsidR="00C70DF0" w:rsidRPr="00A84BC5" w:rsidRDefault="00A84BC5">
      <w:pPr>
        <w:ind w:left="340"/>
        <w:jc w:val="both"/>
        <w:rPr>
          <w:rFonts w:cs="Times New Roman"/>
          <w:sz w:val="22"/>
        </w:rPr>
      </w:pPr>
      <w:r w:rsidRPr="00A84BC5">
        <w:rPr>
          <w:rFonts w:cs="Times New Roman"/>
          <w:sz w:val="22"/>
        </w:rPr>
        <w:t>• DNS Database;</w:t>
      </w:r>
    </w:p>
    <w:p w:rsidR="00C70DF0" w:rsidRPr="00A84BC5" w:rsidRDefault="00A84BC5">
      <w:pPr>
        <w:ind w:left="340"/>
        <w:jc w:val="both"/>
        <w:rPr>
          <w:rFonts w:cs="Times New Roman"/>
          <w:sz w:val="22"/>
        </w:rPr>
      </w:pPr>
      <w:r w:rsidRPr="00A84BC5">
        <w:rPr>
          <w:rFonts w:cs="Times New Roman"/>
          <w:sz w:val="22"/>
        </w:rPr>
        <w:t>• Application Signatures;</w:t>
      </w:r>
    </w:p>
    <w:p w:rsidR="00C70DF0" w:rsidRPr="00A84BC5" w:rsidRDefault="00A84BC5">
      <w:pPr>
        <w:ind w:left="340"/>
        <w:jc w:val="both"/>
        <w:rPr>
          <w:rFonts w:cs="Times New Roman"/>
          <w:sz w:val="22"/>
        </w:rPr>
      </w:pPr>
      <w:r w:rsidRPr="00A84BC5">
        <w:rPr>
          <w:rFonts w:cs="Times New Roman"/>
          <w:sz w:val="22"/>
        </w:rPr>
        <w:t>• Industrial Signatures;</w:t>
      </w:r>
    </w:p>
    <w:p w:rsidR="00C70DF0" w:rsidRPr="00A84BC5" w:rsidRDefault="00A84BC5">
      <w:pPr>
        <w:ind w:left="340"/>
        <w:jc w:val="both"/>
        <w:rPr>
          <w:rFonts w:cs="Times New Roman"/>
          <w:sz w:val="22"/>
        </w:rPr>
      </w:pPr>
      <w:r w:rsidRPr="00A84BC5">
        <w:rPr>
          <w:rFonts w:cs="Times New Roman"/>
          <w:sz w:val="22"/>
        </w:rPr>
        <w:t>• IoT Database;</w:t>
      </w:r>
    </w:p>
    <w:p w:rsidR="00C70DF0" w:rsidRPr="00A84BC5" w:rsidRDefault="00A84BC5">
      <w:pPr>
        <w:ind w:left="340"/>
        <w:jc w:val="both"/>
        <w:rPr>
          <w:rFonts w:cs="Times New Roman"/>
          <w:sz w:val="22"/>
        </w:rPr>
      </w:pPr>
      <w:r w:rsidRPr="00A84BC5">
        <w:rPr>
          <w:rFonts w:cs="Times New Roman"/>
          <w:sz w:val="22"/>
        </w:rPr>
        <w:t>• Vulnerability Database;</w:t>
      </w:r>
    </w:p>
    <w:p w:rsidR="00C70DF0" w:rsidRPr="00A84BC5" w:rsidRDefault="00A84BC5">
      <w:pPr>
        <w:ind w:left="340"/>
        <w:jc w:val="both"/>
        <w:rPr>
          <w:rFonts w:cs="Times New Roman"/>
          <w:sz w:val="22"/>
        </w:rPr>
      </w:pPr>
      <w:r w:rsidRPr="00A84BC5">
        <w:rPr>
          <w:rFonts w:cs="Times New Roman"/>
          <w:sz w:val="22"/>
        </w:rPr>
        <w:t>• Security Advisories;</w:t>
      </w:r>
    </w:p>
    <w:p w:rsidR="00C70DF0" w:rsidRPr="00A84BC5" w:rsidRDefault="00A84BC5">
      <w:pPr>
        <w:ind w:left="340"/>
        <w:jc w:val="both"/>
        <w:rPr>
          <w:rFonts w:cs="Times New Roman"/>
          <w:sz w:val="22"/>
        </w:rPr>
      </w:pPr>
      <w:r w:rsidRPr="00A84BC5">
        <w:rPr>
          <w:rFonts w:cs="Times New Roman"/>
          <w:sz w:val="22"/>
        </w:rPr>
        <w:t>• Threat Intelligence;</w:t>
      </w:r>
    </w:p>
    <w:p w:rsidR="00C70DF0" w:rsidRPr="00A84BC5" w:rsidRDefault="00A84BC5">
      <w:pPr>
        <w:ind w:left="340"/>
        <w:jc w:val="both"/>
        <w:rPr>
          <w:rFonts w:cs="Times New Roman"/>
          <w:sz w:val="22"/>
        </w:rPr>
      </w:pPr>
      <w:r w:rsidRPr="00A84BC5">
        <w:rPr>
          <w:rFonts w:cs="Times New Roman"/>
          <w:sz w:val="22"/>
        </w:rPr>
        <w:t>• FortiGuard Global Threat Network.</w:t>
      </w:r>
    </w:p>
    <w:p w:rsidR="00C70DF0" w:rsidRPr="00A84BC5" w:rsidRDefault="00A84BC5">
      <w:pPr>
        <w:jc w:val="both"/>
        <w:rPr>
          <w:rFonts w:cs="Times New Roman"/>
          <w:sz w:val="22"/>
        </w:rPr>
      </w:pPr>
      <w:r w:rsidRPr="00A84BC5">
        <w:rPr>
          <w:rFonts w:cs="Times New Roman"/>
          <w:sz w:val="22"/>
        </w:rPr>
        <w:t>Actualizările trebuie să fie disponibile imediat după publicarea lor de către producător.</w:t>
      </w:r>
    </w:p>
    <w:p w:rsidR="00C70DF0" w:rsidRPr="00A84BC5" w:rsidRDefault="00C70DF0">
      <w:pPr>
        <w:jc w:val="both"/>
        <w:rPr>
          <w:rFonts w:cs="Times New Roman"/>
          <w:sz w:val="22"/>
        </w:rPr>
      </w:pPr>
    </w:p>
    <w:p w:rsidR="00C70DF0" w:rsidRPr="00A84BC5" w:rsidRDefault="00A84BC5">
      <w:pPr>
        <w:rPr>
          <w:rFonts w:cs="Times New Roman"/>
          <w:sz w:val="22"/>
        </w:rPr>
      </w:pPr>
      <w:r w:rsidRPr="00A84BC5">
        <w:rPr>
          <w:rFonts w:cs="Times New Roman"/>
          <w:b/>
          <w:sz w:val="22"/>
        </w:rPr>
        <w:t>7. CERINȚE PRIVIND SERVICIILE FORTICARE</w:t>
      </w:r>
    </w:p>
    <w:p w:rsidR="00C70DF0" w:rsidRPr="00A84BC5" w:rsidRDefault="00A84BC5">
      <w:pPr>
        <w:rPr>
          <w:rFonts w:cs="Times New Roman"/>
          <w:sz w:val="22"/>
        </w:rPr>
      </w:pPr>
      <w:r w:rsidRPr="00A84BC5">
        <w:rPr>
          <w:rFonts w:cs="Times New Roman"/>
          <w:b/>
          <w:sz w:val="22"/>
        </w:rPr>
        <w:t>7.1 Cerințe generale</w:t>
      </w:r>
    </w:p>
    <w:p w:rsidR="00C70DF0" w:rsidRPr="00A84BC5" w:rsidRDefault="00A84BC5">
      <w:pPr>
        <w:jc w:val="both"/>
        <w:rPr>
          <w:rFonts w:cs="Times New Roman"/>
          <w:sz w:val="22"/>
        </w:rPr>
      </w:pPr>
      <w:r w:rsidRPr="00A84BC5">
        <w:rPr>
          <w:rFonts w:cs="Times New Roman"/>
          <w:sz w:val="22"/>
        </w:rPr>
        <w:t>Prestatorul va asigura reînnoirea serviciilor FortiCare pentru toate echipamentele incluse în contract.</w:t>
      </w:r>
    </w:p>
    <w:p w:rsidR="00C70DF0" w:rsidRPr="00A84BC5" w:rsidRDefault="00A84BC5">
      <w:pPr>
        <w:jc w:val="both"/>
        <w:rPr>
          <w:rFonts w:cs="Times New Roman"/>
          <w:sz w:val="22"/>
        </w:rPr>
      </w:pPr>
      <w:r w:rsidRPr="00A84BC5">
        <w:rPr>
          <w:rFonts w:cs="Times New Roman"/>
          <w:sz w:val="22"/>
        </w:rPr>
        <w:t>Serviciile trebuie activate pe întreaga perioadă contractuală și trebuie să permită ANSP accesul la toate funcționalitățile oferite de producător pentru nivelul de suport licențiat.</w:t>
      </w:r>
    </w:p>
    <w:p w:rsidR="00C70DF0" w:rsidRPr="00A84BC5" w:rsidRDefault="00A84BC5">
      <w:pPr>
        <w:rPr>
          <w:rFonts w:cs="Times New Roman"/>
          <w:sz w:val="22"/>
        </w:rPr>
      </w:pPr>
      <w:r w:rsidRPr="00A84BC5">
        <w:rPr>
          <w:rFonts w:cs="Times New Roman"/>
          <w:b/>
          <w:sz w:val="22"/>
        </w:rPr>
        <w:t>7.2 Suport tehnic</w:t>
      </w:r>
    </w:p>
    <w:p w:rsidR="00C70DF0" w:rsidRPr="00A84BC5" w:rsidRDefault="00A84BC5">
      <w:pPr>
        <w:jc w:val="both"/>
        <w:rPr>
          <w:rFonts w:cs="Times New Roman"/>
          <w:sz w:val="22"/>
        </w:rPr>
      </w:pPr>
      <w:r w:rsidRPr="00A84BC5">
        <w:rPr>
          <w:rFonts w:cs="Times New Roman"/>
          <w:sz w:val="22"/>
        </w:rPr>
        <w:t>Serviciile FortiCare trebuie să includă cel puțin:</w:t>
      </w:r>
    </w:p>
    <w:p w:rsidR="00C70DF0" w:rsidRPr="00A84BC5" w:rsidRDefault="00A84BC5">
      <w:pPr>
        <w:ind w:left="340"/>
        <w:jc w:val="both"/>
        <w:rPr>
          <w:rFonts w:cs="Times New Roman"/>
          <w:sz w:val="22"/>
        </w:rPr>
      </w:pPr>
      <w:r w:rsidRPr="00A84BC5">
        <w:rPr>
          <w:rFonts w:cs="Times New Roman"/>
          <w:sz w:val="22"/>
        </w:rPr>
        <w:t>• acces la portalul oficial Fortinet Support;</w:t>
      </w:r>
    </w:p>
    <w:p w:rsidR="00C70DF0" w:rsidRPr="00A84BC5" w:rsidRDefault="00A84BC5">
      <w:pPr>
        <w:ind w:left="340"/>
        <w:jc w:val="both"/>
        <w:rPr>
          <w:rFonts w:cs="Times New Roman"/>
          <w:sz w:val="22"/>
        </w:rPr>
      </w:pPr>
      <w:r w:rsidRPr="00A84BC5">
        <w:rPr>
          <w:rFonts w:cs="Times New Roman"/>
          <w:sz w:val="22"/>
        </w:rPr>
        <w:t>• deschiderea tichetelor tehnice;</w:t>
      </w:r>
    </w:p>
    <w:p w:rsidR="00C70DF0" w:rsidRPr="00A84BC5" w:rsidRDefault="00A84BC5">
      <w:pPr>
        <w:ind w:left="340"/>
        <w:jc w:val="both"/>
        <w:rPr>
          <w:rFonts w:cs="Times New Roman"/>
          <w:sz w:val="22"/>
        </w:rPr>
      </w:pPr>
      <w:r w:rsidRPr="00A84BC5">
        <w:rPr>
          <w:rFonts w:cs="Times New Roman"/>
          <w:sz w:val="22"/>
        </w:rPr>
        <w:t>• urmărirea tichetelor;</w:t>
      </w:r>
    </w:p>
    <w:p w:rsidR="00C70DF0" w:rsidRPr="00A84BC5" w:rsidRDefault="00A84BC5">
      <w:pPr>
        <w:ind w:left="340"/>
        <w:jc w:val="both"/>
        <w:rPr>
          <w:rFonts w:cs="Times New Roman"/>
          <w:sz w:val="22"/>
        </w:rPr>
      </w:pPr>
      <w:r w:rsidRPr="00A84BC5">
        <w:rPr>
          <w:rFonts w:cs="Times New Roman"/>
          <w:sz w:val="22"/>
        </w:rPr>
        <w:t>• acces la documentația oficială;</w:t>
      </w:r>
    </w:p>
    <w:p w:rsidR="00C70DF0" w:rsidRPr="00A84BC5" w:rsidRDefault="00A84BC5">
      <w:pPr>
        <w:ind w:left="340"/>
        <w:jc w:val="both"/>
        <w:rPr>
          <w:rFonts w:cs="Times New Roman"/>
          <w:sz w:val="22"/>
        </w:rPr>
      </w:pPr>
      <w:r w:rsidRPr="00A84BC5">
        <w:rPr>
          <w:rFonts w:cs="Times New Roman"/>
          <w:sz w:val="22"/>
        </w:rPr>
        <w:t>• acces la Knowledge Base;</w:t>
      </w:r>
    </w:p>
    <w:p w:rsidR="00C70DF0" w:rsidRPr="00A84BC5" w:rsidRDefault="00A84BC5">
      <w:pPr>
        <w:ind w:left="340"/>
        <w:jc w:val="both"/>
        <w:rPr>
          <w:rFonts w:cs="Times New Roman"/>
          <w:sz w:val="22"/>
        </w:rPr>
      </w:pPr>
      <w:r w:rsidRPr="00A84BC5">
        <w:rPr>
          <w:rFonts w:cs="Times New Roman"/>
          <w:sz w:val="22"/>
        </w:rPr>
        <w:t>• acces la Security Advisories;</w:t>
      </w:r>
    </w:p>
    <w:p w:rsidR="00C70DF0" w:rsidRPr="00A84BC5" w:rsidRDefault="00A84BC5">
      <w:pPr>
        <w:ind w:left="340"/>
        <w:jc w:val="both"/>
        <w:rPr>
          <w:rFonts w:cs="Times New Roman"/>
          <w:sz w:val="22"/>
        </w:rPr>
      </w:pPr>
      <w:r w:rsidRPr="00A84BC5">
        <w:rPr>
          <w:rFonts w:cs="Times New Roman"/>
          <w:sz w:val="22"/>
        </w:rPr>
        <w:t>• acces la Best Practices;</w:t>
      </w:r>
    </w:p>
    <w:p w:rsidR="00C70DF0" w:rsidRPr="00A84BC5" w:rsidRDefault="00A84BC5">
      <w:pPr>
        <w:ind w:left="340"/>
        <w:jc w:val="both"/>
        <w:rPr>
          <w:rFonts w:cs="Times New Roman"/>
          <w:sz w:val="22"/>
        </w:rPr>
      </w:pPr>
      <w:r w:rsidRPr="00A84BC5">
        <w:rPr>
          <w:rFonts w:cs="Times New Roman"/>
          <w:sz w:val="22"/>
        </w:rPr>
        <w:t>• acces la Release Notes;</w:t>
      </w:r>
    </w:p>
    <w:p w:rsidR="00C70DF0" w:rsidRPr="00A84BC5" w:rsidRDefault="00A84BC5">
      <w:pPr>
        <w:ind w:left="340"/>
        <w:jc w:val="both"/>
        <w:rPr>
          <w:rFonts w:cs="Times New Roman"/>
          <w:sz w:val="22"/>
        </w:rPr>
      </w:pPr>
      <w:r w:rsidRPr="00A84BC5">
        <w:rPr>
          <w:rFonts w:cs="Times New Roman"/>
          <w:sz w:val="22"/>
        </w:rPr>
        <w:t>• acces la Technical Documentation;</w:t>
      </w:r>
    </w:p>
    <w:p w:rsidR="00C70DF0" w:rsidRPr="00A84BC5" w:rsidRDefault="00A84BC5">
      <w:pPr>
        <w:ind w:left="340"/>
        <w:jc w:val="both"/>
        <w:rPr>
          <w:rFonts w:cs="Times New Roman"/>
          <w:sz w:val="22"/>
        </w:rPr>
      </w:pPr>
      <w:r w:rsidRPr="00A84BC5">
        <w:rPr>
          <w:rFonts w:cs="Times New Roman"/>
          <w:sz w:val="22"/>
        </w:rPr>
        <w:t>• acces la Download Center.</w:t>
      </w:r>
    </w:p>
    <w:p w:rsidR="00C70DF0" w:rsidRPr="00A84BC5" w:rsidRDefault="00A84BC5">
      <w:pPr>
        <w:rPr>
          <w:rFonts w:cs="Times New Roman"/>
          <w:sz w:val="22"/>
        </w:rPr>
      </w:pPr>
      <w:r w:rsidRPr="00A84BC5">
        <w:rPr>
          <w:rFonts w:cs="Times New Roman"/>
          <w:b/>
          <w:sz w:val="22"/>
        </w:rPr>
        <w:t>7.3 Firmware și software</w:t>
      </w:r>
    </w:p>
    <w:p w:rsidR="00C70DF0" w:rsidRPr="00A84BC5" w:rsidRDefault="00A84BC5">
      <w:pPr>
        <w:jc w:val="both"/>
        <w:rPr>
          <w:rFonts w:cs="Times New Roman"/>
          <w:sz w:val="22"/>
        </w:rPr>
      </w:pPr>
      <w:r w:rsidRPr="00A84BC5">
        <w:rPr>
          <w:rFonts w:cs="Times New Roman"/>
          <w:sz w:val="22"/>
        </w:rPr>
        <w:t>Beneficiarul trebuie să poată descărca pe toată perioada contractuală:</w:t>
      </w:r>
    </w:p>
    <w:p w:rsidR="00C70DF0" w:rsidRPr="00A84BC5" w:rsidRDefault="00A84BC5">
      <w:pPr>
        <w:ind w:left="340"/>
        <w:jc w:val="both"/>
        <w:rPr>
          <w:rFonts w:cs="Times New Roman"/>
          <w:sz w:val="22"/>
        </w:rPr>
      </w:pPr>
      <w:r w:rsidRPr="00A84BC5">
        <w:rPr>
          <w:rFonts w:cs="Times New Roman"/>
          <w:sz w:val="22"/>
        </w:rPr>
        <w:t>• FortiOS;</w:t>
      </w:r>
    </w:p>
    <w:p w:rsidR="00C70DF0" w:rsidRPr="00A84BC5" w:rsidRDefault="00A84BC5">
      <w:pPr>
        <w:ind w:left="340"/>
        <w:jc w:val="both"/>
        <w:rPr>
          <w:rFonts w:cs="Times New Roman"/>
          <w:sz w:val="22"/>
        </w:rPr>
      </w:pPr>
      <w:r w:rsidRPr="00A84BC5">
        <w:rPr>
          <w:rFonts w:cs="Times New Roman"/>
          <w:sz w:val="22"/>
        </w:rPr>
        <w:t>• firmware;</w:t>
      </w:r>
    </w:p>
    <w:p w:rsidR="00C70DF0" w:rsidRPr="00A84BC5" w:rsidRDefault="00A84BC5">
      <w:pPr>
        <w:ind w:left="340"/>
        <w:jc w:val="both"/>
        <w:rPr>
          <w:rFonts w:cs="Times New Roman"/>
          <w:sz w:val="22"/>
        </w:rPr>
      </w:pPr>
      <w:r w:rsidRPr="00A84BC5">
        <w:rPr>
          <w:rFonts w:cs="Times New Roman"/>
          <w:sz w:val="22"/>
        </w:rPr>
        <w:t>• patch-uri;</w:t>
      </w:r>
    </w:p>
    <w:p w:rsidR="00C70DF0" w:rsidRPr="00A84BC5" w:rsidRDefault="00A84BC5">
      <w:pPr>
        <w:ind w:left="340"/>
        <w:jc w:val="both"/>
        <w:rPr>
          <w:rFonts w:cs="Times New Roman"/>
          <w:sz w:val="22"/>
        </w:rPr>
      </w:pPr>
      <w:r w:rsidRPr="00A84BC5">
        <w:rPr>
          <w:rFonts w:cs="Times New Roman"/>
          <w:sz w:val="22"/>
        </w:rPr>
        <w:t>• hotfix-uri;</w:t>
      </w:r>
    </w:p>
    <w:p w:rsidR="00C70DF0" w:rsidRPr="00A84BC5" w:rsidRDefault="00A84BC5">
      <w:pPr>
        <w:ind w:left="340"/>
        <w:jc w:val="both"/>
        <w:rPr>
          <w:rFonts w:cs="Times New Roman"/>
          <w:sz w:val="22"/>
        </w:rPr>
      </w:pPr>
      <w:r w:rsidRPr="00A84BC5">
        <w:rPr>
          <w:rFonts w:cs="Times New Roman"/>
          <w:sz w:val="22"/>
        </w:rPr>
        <w:t>• versiuni LTS;</w:t>
      </w:r>
    </w:p>
    <w:p w:rsidR="00C70DF0" w:rsidRPr="00A84BC5" w:rsidRDefault="00A84BC5">
      <w:pPr>
        <w:ind w:left="340"/>
        <w:jc w:val="both"/>
        <w:rPr>
          <w:rFonts w:cs="Times New Roman"/>
          <w:sz w:val="22"/>
        </w:rPr>
      </w:pPr>
      <w:r w:rsidRPr="00A84BC5">
        <w:rPr>
          <w:rFonts w:cs="Times New Roman"/>
          <w:sz w:val="22"/>
        </w:rPr>
        <w:t>• versiuni recomandate de producător.</w:t>
      </w:r>
    </w:p>
    <w:p w:rsidR="00C70DF0" w:rsidRPr="00A84BC5" w:rsidRDefault="00A84BC5">
      <w:pPr>
        <w:rPr>
          <w:rFonts w:cs="Times New Roman"/>
          <w:sz w:val="22"/>
        </w:rPr>
      </w:pPr>
      <w:r w:rsidRPr="00A84BC5">
        <w:rPr>
          <w:rFonts w:cs="Times New Roman"/>
          <w:b/>
          <w:sz w:val="22"/>
        </w:rPr>
        <w:t>7.4 Vulnerabilități</w:t>
      </w:r>
    </w:p>
    <w:p w:rsidR="00C70DF0" w:rsidRPr="00A84BC5" w:rsidRDefault="00A84BC5">
      <w:pPr>
        <w:jc w:val="both"/>
        <w:rPr>
          <w:rFonts w:cs="Times New Roman"/>
          <w:sz w:val="22"/>
        </w:rPr>
      </w:pPr>
      <w:r w:rsidRPr="00A84BC5">
        <w:rPr>
          <w:rFonts w:cs="Times New Roman"/>
          <w:sz w:val="22"/>
        </w:rPr>
        <w:t>Prestatorul va asigura accesul la:</w:t>
      </w:r>
    </w:p>
    <w:p w:rsidR="00C70DF0" w:rsidRPr="00A84BC5" w:rsidRDefault="00A84BC5">
      <w:pPr>
        <w:ind w:left="340"/>
        <w:jc w:val="both"/>
        <w:rPr>
          <w:rFonts w:cs="Times New Roman"/>
          <w:sz w:val="22"/>
        </w:rPr>
      </w:pPr>
      <w:r w:rsidRPr="00A84BC5">
        <w:rPr>
          <w:rFonts w:cs="Times New Roman"/>
          <w:sz w:val="22"/>
        </w:rPr>
        <w:t>• notificările privind vulnerabilitățile critice;</w:t>
      </w:r>
    </w:p>
    <w:p w:rsidR="00C70DF0" w:rsidRPr="00A84BC5" w:rsidRDefault="00A84BC5">
      <w:pPr>
        <w:ind w:left="340"/>
        <w:jc w:val="both"/>
        <w:rPr>
          <w:rFonts w:cs="Times New Roman"/>
          <w:sz w:val="22"/>
        </w:rPr>
      </w:pPr>
      <w:r w:rsidRPr="00A84BC5">
        <w:rPr>
          <w:rFonts w:cs="Times New Roman"/>
          <w:sz w:val="22"/>
        </w:rPr>
        <w:t>• recomandările producătorului;</w:t>
      </w:r>
    </w:p>
    <w:p w:rsidR="00C70DF0" w:rsidRPr="00A84BC5" w:rsidRDefault="00A84BC5">
      <w:pPr>
        <w:ind w:left="340"/>
        <w:jc w:val="both"/>
        <w:rPr>
          <w:rFonts w:cs="Times New Roman"/>
          <w:sz w:val="22"/>
        </w:rPr>
      </w:pPr>
      <w:r w:rsidRPr="00A84BC5">
        <w:rPr>
          <w:rFonts w:cs="Times New Roman"/>
          <w:sz w:val="22"/>
        </w:rPr>
        <w:t>• patch-uri de securitate;</w:t>
      </w:r>
    </w:p>
    <w:p w:rsidR="00C70DF0" w:rsidRPr="00A84BC5" w:rsidRDefault="00A84BC5">
      <w:pPr>
        <w:ind w:left="340"/>
        <w:jc w:val="both"/>
        <w:rPr>
          <w:rFonts w:cs="Times New Roman"/>
          <w:sz w:val="22"/>
        </w:rPr>
      </w:pPr>
      <w:r w:rsidRPr="00A84BC5">
        <w:rPr>
          <w:rFonts w:cs="Times New Roman"/>
          <w:sz w:val="22"/>
        </w:rPr>
        <w:t>• remedieri urgente;</w:t>
      </w:r>
    </w:p>
    <w:p w:rsidR="00C70DF0" w:rsidRPr="00A84BC5" w:rsidRDefault="00A84BC5">
      <w:pPr>
        <w:ind w:left="340"/>
        <w:jc w:val="both"/>
        <w:rPr>
          <w:rFonts w:cs="Times New Roman"/>
          <w:sz w:val="22"/>
        </w:rPr>
      </w:pPr>
      <w:r w:rsidRPr="00A84BC5">
        <w:rPr>
          <w:rFonts w:cs="Times New Roman"/>
          <w:sz w:val="22"/>
        </w:rPr>
        <w:t>• Security Advisories.</w:t>
      </w:r>
    </w:p>
    <w:p w:rsidR="00C70DF0" w:rsidRPr="00A84BC5" w:rsidRDefault="00A84BC5">
      <w:pPr>
        <w:rPr>
          <w:rFonts w:cs="Times New Roman"/>
          <w:sz w:val="22"/>
        </w:rPr>
      </w:pPr>
      <w:r w:rsidRPr="00A84BC5">
        <w:rPr>
          <w:rFonts w:cs="Times New Roman"/>
          <w:b/>
          <w:sz w:val="22"/>
        </w:rPr>
        <w:t>7.5 RMA</w:t>
      </w:r>
    </w:p>
    <w:p w:rsidR="00C70DF0" w:rsidRPr="00A84BC5" w:rsidRDefault="00A84BC5">
      <w:pPr>
        <w:jc w:val="both"/>
        <w:rPr>
          <w:rFonts w:cs="Times New Roman"/>
          <w:sz w:val="22"/>
        </w:rPr>
      </w:pPr>
      <w:r w:rsidRPr="00A84BC5">
        <w:rPr>
          <w:rFonts w:cs="Times New Roman"/>
          <w:sz w:val="22"/>
        </w:rPr>
        <w:t>Include serviciul RMA, Beneficiarul trebuie să beneficieze de acesta conform politicilor oficiale Fortinet.</w:t>
      </w:r>
    </w:p>
    <w:p w:rsidR="00C70DF0" w:rsidRPr="00A84BC5" w:rsidRDefault="00C70DF0">
      <w:pPr>
        <w:jc w:val="both"/>
        <w:rPr>
          <w:rFonts w:cs="Times New Roman"/>
          <w:sz w:val="22"/>
        </w:rPr>
      </w:pPr>
    </w:p>
    <w:p w:rsidR="00C70DF0" w:rsidRPr="00A84BC5" w:rsidRDefault="00A84BC5">
      <w:pPr>
        <w:rPr>
          <w:rFonts w:cs="Times New Roman"/>
          <w:sz w:val="22"/>
        </w:rPr>
      </w:pPr>
      <w:r w:rsidRPr="00A84BC5">
        <w:rPr>
          <w:rFonts w:cs="Times New Roman"/>
          <w:b/>
          <w:sz w:val="22"/>
        </w:rPr>
        <w:t>8. CERINȚE PRIVIND ACTUALIZĂRILE</w:t>
      </w:r>
    </w:p>
    <w:p w:rsidR="00C70DF0" w:rsidRPr="00A84BC5" w:rsidRDefault="00A84BC5">
      <w:pPr>
        <w:jc w:val="both"/>
        <w:rPr>
          <w:rFonts w:cs="Times New Roman"/>
          <w:sz w:val="22"/>
        </w:rPr>
      </w:pPr>
      <w:r w:rsidRPr="00A84BC5">
        <w:rPr>
          <w:rFonts w:cs="Times New Roman"/>
          <w:sz w:val="22"/>
        </w:rPr>
        <w:t>Pe întreaga perioadă contractuală Beneficiarul trebuie să beneficieze fără costuri suplimentare de:</w:t>
      </w:r>
    </w:p>
    <w:p w:rsidR="00C70DF0" w:rsidRPr="00A84BC5" w:rsidRDefault="00A84BC5">
      <w:pPr>
        <w:ind w:left="340"/>
        <w:jc w:val="both"/>
        <w:rPr>
          <w:rFonts w:cs="Times New Roman"/>
          <w:sz w:val="22"/>
        </w:rPr>
      </w:pPr>
      <w:r w:rsidRPr="00A84BC5">
        <w:rPr>
          <w:rFonts w:cs="Times New Roman"/>
          <w:sz w:val="22"/>
        </w:rPr>
        <w:t>• actualizări FortiOS;</w:t>
      </w:r>
    </w:p>
    <w:p w:rsidR="00C70DF0" w:rsidRPr="00A84BC5" w:rsidRDefault="00A84BC5">
      <w:pPr>
        <w:ind w:left="340"/>
        <w:jc w:val="both"/>
        <w:rPr>
          <w:rFonts w:cs="Times New Roman"/>
          <w:sz w:val="22"/>
        </w:rPr>
      </w:pPr>
      <w:r w:rsidRPr="00A84BC5">
        <w:rPr>
          <w:rFonts w:cs="Times New Roman"/>
          <w:sz w:val="22"/>
        </w:rPr>
        <w:t>• actualizări firmware;</w:t>
      </w:r>
    </w:p>
    <w:p w:rsidR="00C70DF0" w:rsidRPr="00A84BC5" w:rsidRDefault="00A84BC5">
      <w:pPr>
        <w:ind w:left="340"/>
        <w:jc w:val="both"/>
        <w:rPr>
          <w:rFonts w:cs="Times New Roman"/>
          <w:sz w:val="22"/>
        </w:rPr>
      </w:pPr>
      <w:r w:rsidRPr="00A84BC5">
        <w:rPr>
          <w:rFonts w:cs="Times New Roman"/>
          <w:sz w:val="22"/>
        </w:rPr>
        <w:t>• actualizări FortiAnalyzer Compatibility;</w:t>
      </w:r>
    </w:p>
    <w:p w:rsidR="00C70DF0" w:rsidRPr="00A84BC5" w:rsidRDefault="00A84BC5">
      <w:pPr>
        <w:ind w:left="340"/>
        <w:jc w:val="both"/>
        <w:rPr>
          <w:rFonts w:cs="Times New Roman"/>
          <w:sz w:val="22"/>
        </w:rPr>
      </w:pPr>
      <w:r w:rsidRPr="00A84BC5">
        <w:rPr>
          <w:rFonts w:cs="Times New Roman"/>
          <w:sz w:val="22"/>
        </w:rPr>
        <w:t>• actualizări FortiManager Compatibility;</w:t>
      </w:r>
    </w:p>
    <w:p w:rsidR="00C70DF0" w:rsidRPr="00A84BC5" w:rsidRDefault="00A84BC5">
      <w:pPr>
        <w:ind w:left="340"/>
        <w:jc w:val="both"/>
        <w:rPr>
          <w:rFonts w:cs="Times New Roman"/>
          <w:sz w:val="22"/>
        </w:rPr>
      </w:pPr>
      <w:r w:rsidRPr="00A84BC5">
        <w:rPr>
          <w:rFonts w:cs="Times New Roman"/>
          <w:sz w:val="22"/>
        </w:rPr>
        <w:lastRenderedPageBreak/>
        <w:t>• actualizări Security Fabric;</w:t>
      </w:r>
    </w:p>
    <w:p w:rsidR="00C70DF0" w:rsidRPr="00A84BC5" w:rsidRDefault="00A84BC5">
      <w:pPr>
        <w:ind w:left="340"/>
        <w:jc w:val="both"/>
        <w:rPr>
          <w:rFonts w:cs="Times New Roman"/>
          <w:sz w:val="22"/>
        </w:rPr>
      </w:pPr>
      <w:r w:rsidRPr="00A84BC5">
        <w:rPr>
          <w:rFonts w:cs="Times New Roman"/>
          <w:sz w:val="22"/>
        </w:rPr>
        <w:t>• actualizări API;</w:t>
      </w:r>
    </w:p>
    <w:p w:rsidR="00C70DF0" w:rsidRPr="00A84BC5" w:rsidRDefault="00A84BC5">
      <w:pPr>
        <w:ind w:left="340"/>
        <w:jc w:val="both"/>
        <w:rPr>
          <w:rFonts w:cs="Times New Roman"/>
          <w:sz w:val="22"/>
        </w:rPr>
      </w:pPr>
      <w:r w:rsidRPr="00A84BC5">
        <w:rPr>
          <w:rFonts w:cs="Times New Roman"/>
          <w:sz w:val="22"/>
        </w:rPr>
        <w:t>• actualizări SSL Inspection;</w:t>
      </w:r>
    </w:p>
    <w:p w:rsidR="00C70DF0" w:rsidRPr="00A84BC5" w:rsidRDefault="00A84BC5">
      <w:pPr>
        <w:ind w:left="340"/>
        <w:jc w:val="both"/>
        <w:rPr>
          <w:rFonts w:cs="Times New Roman"/>
          <w:sz w:val="22"/>
        </w:rPr>
      </w:pPr>
      <w:r w:rsidRPr="00A84BC5">
        <w:rPr>
          <w:rFonts w:cs="Times New Roman"/>
          <w:sz w:val="22"/>
        </w:rPr>
        <w:t>• actualizări VPN;</w:t>
      </w:r>
    </w:p>
    <w:p w:rsidR="00C70DF0" w:rsidRPr="00A84BC5" w:rsidRDefault="00A84BC5">
      <w:pPr>
        <w:ind w:left="340"/>
        <w:jc w:val="both"/>
        <w:rPr>
          <w:rFonts w:cs="Times New Roman"/>
          <w:sz w:val="22"/>
        </w:rPr>
      </w:pPr>
      <w:r w:rsidRPr="00A84BC5">
        <w:rPr>
          <w:rFonts w:cs="Times New Roman"/>
          <w:sz w:val="22"/>
        </w:rPr>
        <w:t>• actualizări Certificate Store;</w:t>
      </w:r>
    </w:p>
    <w:p w:rsidR="00C70DF0" w:rsidRPr="00A84BC5" w:rsidRDefault="00A84BC5">
      <w:pPr>
        <w:ind w:left="340"/>
        <w:jc w:val="both"/>
        <w:rPr>
          <w:rFonts w:cs="Times New Roman"/>
          <w:sz w:val="22"/>
        </w:rPr>
      </w:pPr>
      <w:r w:rsidRPr="00A84BC5">
        <w:rPr>
          <w:rFonts w:cs="Times New Roman"/>
          <w:sz w:val="22"/>
        </w:rPr>
        <w:t>• actualizări Security Profiles.</w:t>
      </w:r>
    </w:p>
    <w:p w:rsidR="00C70DF0" w:rsidRPr="00A84BC5" w:rsidRDefault="00A84BC5">
      <w:pPr>
        <w:jc w:val="both"/>
        <w:rPr>
          <w:rFonts w:cs="Times New Roman"/>
          <w:sz w:val="22"/>
        </w:rPr>
      </w:pPr>
      <w:r w:rsidRPr="00A84BC5">
        <w:rPr>
          <w:rFonts w:cs="Times New Roman"/>
          <w:sz w:val="22"/>
        </w:rPr>
        <w:t>Toate actualizările trebuie să fie originale și distribuite prin infrastructura oficială Fortinet.</w:t>
      </w:r>
    </w:p>
    <w:p w:rsidR="00C70DF0" w:rsidRPr="00A84BC5" w:rsidRDefault="00C70DF0">
      <w:pPr>
        <w:jc w:val="both"/>
        <w:rPr>
          <w:rFonts w:cs="Times New Roman"/>
          <w:sz w:val="22"/>
        </w:rPr>
      </w:pPr>
    </w:p>
    <w:p w:rsidR="00C70DF0" w:rsidRPr="00A84BC5" w:rsidRDefault="00A84BC5">
      <w:pPr>
        <w:rPr>
          <w:rFonts w:cs="Times New Roman"/>
          <w:sz w:val="22"/>
        </w:rPr>
      </w:pPr>
      <w:r w:rsidRPr="00A84BC5">
        <w:rPr>
          <w:rFonts w:cs="Times New Roman"/>
          <w:b/>
          <w:sz w:val="22"/>
        </w:rPr>
        <w:t>9. ACTIVAREA LICENȚELOR</w:t>
      </w:r>
    </w:p>
    <w:p w:rsidR="00C70DF0" w:rsidRPr="00A84BC5" w:rsidRDefault="00A84BC5">
      <w:pPr>
        <w:jc w:val="both"/>
        <w:rPr>
          <w:rFonts w:cs="Times New Roman"/>
          <w:sz w:val="22"/>
        </w:rPr>
      </w:pPr>
      <w:r w:rsidRPr="00A84BC5">
        <w:rPr>
          <w:rFonts w:cs="Times New Roman"/>
          <w:sz w:val="22"/>
        </w:rPr>
        <w:t>Prestatorul va efectua toate operațiunile necesare activării serviciilor.</w:t>
      </w:r>
    </w:p>
    <w:p w:rsidR="00C70DF0" w:rsidRPr="00A84BC5" w:rsidRDefault="00A84BC5">
      <w:pPr>
        <w:jc w:val="both"/>
        <w:rPr>
          <w:rFonts w:cs="Times New Roman"/>
          <w:sz w:val="22"/>
        </w:rPr>
      </w:pPr>
      <w:r w:rsidRPr="00A84BC5">
        <w:rPr>
          <w:rFonts w:cs="Times New Roman"/>
          <w:sz w:val="22"/>
        </w:rPr>
        <w:t>Activarea va include:</w:t>
      </w:r>
    </w:p>
    <w:p w:rsidR="00C70DF0" w:rsidRPr="00A84BC5" w:rsidRDefault="00A84BC5">
      <w:pPr>
        <w:ind w:left="340"/>
        <w:jc w:val="both"/>
        <w:rPr>
          <w:rFonts w:cs="Times New Roman"/>
          <w:sz w:val="22"/>
        </w:rPr>
      </w:pPr>
      <w:r w:rsidRPr="00A84BC5">
        <w:rPr>
          <w:rFonts w:cs="Times New Roman"/>
          <w:sz w:val="22"/>
        </w:rPr>
        <w:t>• verificarea eligibilității echipamentelor;</w:t>
      </w:r>
    </w:p>
    <w:p w:rsidR="00C70DF0" w:rsidRPr="00A84BC5" w:rsidRDefault="00A84BC5">
      <w:pPr>
        <w:ind w:left="340"/>
        <w:jc w:val="both"/>
        <w:rPr>
          <w:rFonts w:cs="Times New Roman"/>
          <w:sz w:val="22"/>
        </w:rPr>
      </w:pPr>
      <w:r w:rsidRPr="00A84BC5">
        <w:rPr>
          <w:rFonts w:cs="Times New Roman"/>
          <w:sz w:val="22"/>
        </w:rPr>
        <w:t>• verificarea seriilor;</w:t>
      </w:r>
    </w:p>
    <w:p w:rsidR="00C70DF0" w:rsidRPr="00A84BC5" w:rsidRDefault="00A84BC5">
      <w:pPr>
        <w:ind w:left="340"/>
        <w:jc w:val="both"/>
        <w:rPr>
          <w:rFonts w:cs="Times New Roman"/>
          <w:sz w:val="22"/>
        </w:rPr>
      </w:pPr>
      <w:r w:rsidRPr="00A84BC5">
        <w:rPr>
          <w:rFonts w:cs="Times New Roman"/>
          <w:sz w:val="22"/>
        </w:rPr>
        <w:t>• verificarea subscripțiilor existente;</w:t>
      </w:r>
    </w:p>
    <w:p w:rsidR="00C70DF0" w:rsidRPr="00A84BC5" w:rsidRDefault="00A84BC5">
      <w:pPr>
        <w:ind w:left="340"/>
        <w:jc w:val="both"/>
        <w:rPr>
          <w:rFonts w:cs="Times New Roman"/>
          <w:sz w:val="22"/>
        </w:rPr>
      </w:pPr>
      <w:r w:rsidRPr="00A84BC5">
        <w:rPr>
          <w:rFonts w:cs="Times New Roman"/>
          <w:sz w:val="22"/>
        </w:rPr>
        <w:t>• activarea noilor subscripții;</w:t>
      </w:r>
    </w:p>
    <w:p w:rsidR="00C70DF0" w:rsidRPr="00A84BC5" w:rsidRDefault="00A84BC5">
      <w:pPr>
        <w:ind w:left="340"/>
        <w:jc w:val="both"/>
        <w:rPr>
          <w:rFonts w:cs="Times New Roman"/>
          <w:sz w:val="22"/>
        </w:rPr>
      </w:pPr>
      <w:r w:rsidRPr="00A84BC5">
        <w:rPr>
          <w:rFonts w:cs="Times New Roman"/>
          <w:sz w:val="22"/>
        </w:rPr>
        <w:t>• asocierea cu contul oficial al ANSP;</w:t>
      </w:r>
    </w:p>
    <w:p w:rsidR="00C70DF0" w:rsidRPr="00A84BC5" w:rsidRDefault="00A84BC5">
      <w:pPr>
        <w:ind w:left="340"/>
        <w:jc w:val="both"/>
        <w:rPr>
          <w:rFonts w:cs="Times New Roman"/>
          <w:sz w:val="22"/>
        </w:rPr>
      </w:pPr>
      <w:r w:rsidRPr="00A84BC5">
        <w:rPr>
          <w:rFonts w:cs="Times New Roman"/>
          <w:sz w:val="22"/>
        </w:rPr>
        <w:t>• verificarea funcționalității serviciilor;</w:t>
      </w:r>
    </w:p>
    <w:p w:rsidR="00C70DF0" w:rsidRPr="00A84BC5" w:rsidRDefault="00A84BC5">
      <w:pPr>
        <w:ind w:left="340"/>
        <w:jc w:val="both"/>
        <w:rPr>
          <w:rFonts w:cs="Times New Roman"/>
          <w:sz w:val="22"/>
        </w:rPr>
      </w:pPr>
      <w:r w:rsidRPr="00A84BC5">
        <w:rPr>
          <w:rFonts w:cs="Times New Roman"/>
          <w:sz w:val="22"/>
        </w:rPr>
        <w:t>• confirmarea activării.</w:t>
      </w:r>
    </w:p>
    <w:p w:rsidR="00C70DF0" w:rsidRPr="00A84BC5" w:rsidRDefault="00A84BC5">
      <w:pPr>
        <w:jc w:val="both"/>
        <w:rPr>
          <w:rFonts w:cs="Times New Roman"/>
          <w:sz w:val="22"/>
        </w:rPr>
      </w:pPr>
      <w:r w:rsidRPr="00A84BC5">
        <w:rPr>
          <w:rFonts w:cs="Times New Roman"/>
          <w:sz w:val="22"/>
        </w:rPr>
        <w:t>Nu vor fi acceptate activări parțiale.</w:t>
      </w:r>
    </w:p>
    <w:p w:rsidR="00C70DF0" w:rsidRPr="00A84BC5" w:rsidRDefault="00C70DF0">
      <w:pPr>
        <w:jc w:val="both"/>
        <w:rPr>
          <w:rFonts w:cs="Times New Roman"/>
          <w:sz w:val="22"/>
        </w:rPr>
      </w:pPr>
    </w:p>
    <w:p w:rsidR="00C70DF0" w:rsidRPr="00A84BC5" w:rsidRDefault="00A84BC5">
      <w:pPr>
        <w:rPr>
          <w:rFonts w:cs="Times New Roman"/>
          <w:sz w:val="22"/>
        </w:rPr>
      </w:pPr>
      <w:r w:rsidRPr="00A84BC5">
        <w:rPr>
          <w:rFonts w:cs="Times New Roman"/>
          <w:b/>
          <w:sz w:val="22"/>
        </w:rPr>
        <w:t>10. CERINȚE PRIVIND LIVRAREA</w:t>
      </w:r>
    </w:p>
    <w:p w:rsidR="00C70DF0" w:rsidRPr="00A84BC5" w:rsidRDefault="00A84BC5">
      <w:pPr>
        <w:jc w:val="both"/>
        <w:rPr>
          <w:rFonts w:cs="Times New Roman"/>
          <w:sz w:val="22"/>
        </w:rPr>
      </w:pPr>
      <w:r w:rsidRPr="00A84BC5">
        <w:rPr>
          <w:rFonts w:cs="Times New Roman"/>
          <w:sz w:val="22"/>
        </w:rPr>
        <w:t>Prestatorul va transmite ANSP:</w:t>
      </w:r>
    </w:p>
    <w:p w:rsidR="00C70DF0" w:rsidRPr="00A84BC5" w:rsidRDefault="00A84BC5">
      <w:pPr>
        <w:ind w:left="340"/>
        <w:jc w:val="both"/>
        <w:rPr>
          <w:rFonts w:cs="Times New Roman"/>
          <w:sz w:val="22"/>
        </w:rPr>
      </w:pPr>
      <w:r w:rsidRPr="00A84BC5">
        <w:rPr>
          <w:rFonts w:cs="Times New Roman"/>
          <w:sz w:val="22"/>
        </w:rPr>
        <w:t>• certificatele de licențiere;</w:t>
      </w:r>
    </w:p>
    <w:p w:rsidR="00C70DF0" w:rsidRPr="00A84BC5" w:rsidRDefault="00A84BC5">
      <w:pPr>
        <w:ind w:left="340"/>
        <w:jc w:val="both"/>
        <w:rPr>
          <w:rFonts w:cs="Times New Roman"/>
          <w:sz w:val="22"/>
        </w:rPr>
      </w:pPr>
      <w:r w:rsidRPr="00A84BC5">
        <w:rPr>
          <w:rFonts w:cs="Times New Roman"/>
          <w:sz w:val="22"/>
        </w:rPr>
        <w:t>• codurile de activare;</w:t>
      </w:r>
    </w:p>
    <w:p w:rsidR="00C70DF0" w:rsidRPr="00A84BC5" w:rsidRDefault="00A84BC5">
      <w:pPr>
        <w:ind w:left="340"/>
        <w:jc w:val="both"/>
        <w:rPr>
          <w:rFonts w:cs="Times New Roman"/>
          <w:sz w:val="22"/>
        </w:rPr>
      </w:pPr>
      <w:r w:rsidRPr="00A84BC5">
        <w:rPr>
          <w:rFonts w:cs="Times New Roman"/>
          <w:sz w:val="22"/>
        </w:rPr>
        <w:t>• confirmarea activării;</w:t>
      </w:r>
    </w:p>
    <w:p w:rsidR="00C70DF0" w:rsidRPr="00A84BC5" w:rsidRDefault="00A84BC5">
      <w:pPr>
        <w:ind w:left="340"/>
        <w:jc w:val="both"/>
        <w:rPr>
          <w:rFonts w:cs="Times New Roman"/>
          <w:sz w:val="22"/>
        </w:rPr>
      </w:pPr>
      <w:r w:rsidRPr="00A84BC5">
        <w:rPr>
          <w:rFonts w:cs="Times New Roman"/>
          <w:sz w:val="22"/>
        </w:rPr>
        <w:t>• perioada de valabilitate;</w:t>
      </w:r>
    </w:p>
    <w:p w:rsidR="00C70DF0" w:rsidRPr="00A84BC5" w:rsidRDefault="00A84BC5">
      <w:pPr>
        <w:ind w:left="340"/>
        <w:jc w:val="both"/>
        <w:rPr>
          <w:rFonts w:cs="Times New Roman"/>
          <w:sz w:val="22"/>
        </w:rPr>
      </w:pPr>
      <w:r w:rsidRPr="00A84BC5">
        <w:rPr>
          <w:rFonts w:cs="Times New Roman"/>
          <w:sz w:val="22"/>
        </w:rPr>
        <w:t>• lista echipamentelor;</w:t>
      </w:r>
    </w:p>
    <w:p w:rsidR="00C70DF0" w:rsidRPr="00A84BC5" w:rsidRDefault="00A84BC5">
      <w:pPr>
        <w:ind w:left="340"/>
        <w:jc w:val="both"/>
        <w:rPr>
          <w:rFonts w:cs="Times New Roman"/>
          <w:sz w:val="22"/>
        </w:rPr>
      </w:pPr>
      <w:r w:rsidRPr="00A84BC5">
        <w:rPr>
          <w:rFonts w:cs="Times New Roman"/>
          <w:sz w:val="22"/>
        </w:rPr>
        <w:t>• documentele emise de Fortinet;</w:t>
      </w:r>
    </w:p>
    <w:p w:rsidR="00C70DF0" w:rsidRPr="00A84BC5" w:rsidRDefault="00A84BC5">
      <w:pPr>
        <w:ind w:left="340"/>
        <w:jc w:val="both"/>
        <w:rPr>
          <w:rFonts w:cs="Times New Roman"/>
          <w:sz w:val="22"/>
        </w:rPr>
      </w:pPr>
      <w:r w:rsidRPr="00A84BC5">
        <w:rPr>
          <w:rFonts w:cs="Times New Roman"/>
          <w:sz w:val="22"/>
        </w:rPr>
        <w:t>• documentele fiscale;</w:t>
      </w:r>
    </w:p>
    <w:p w:rsidR="00C70DF0" w:rsidRPr="00A84BC5" w:rsidRDefault="00A84BC5">
      <w:pPr>
        <w:ind w:left="340"/>
        <w:jc w:val="both"/>
        <w:rPr>
          <w:rFonts w:cs="Times New Roman"/>
          <w:sz w:val="22"/>
        </w:rPr>
      </w:pPr>
      <w:r w:rsidRPr="00A84BC5">
        <w:rPr>
          <w:rFonts w:cs="Times New Roman"/>
          <w:sz w:val="22"/>
        </w:rPr>
        <w:t>• instrucțiuni privind verificarea activării.</w:t>
      </w:r>
    </w:p>
    <w:p w:rsidR="00C70DF0" w:rsidRPr="00A84BC5" w:rsidRDefault="00C70DF0">
      <w:pPr>
        <w:jc w:val="both"/>
        <w:rPr>
          <w:rFonts w:cs="Times New Roman"/>
          <w:sz w:val="22"/>
        </w:rPr>
      </w:pPr>
    </w:p>
    <w:p w:rsidR="00C70DF0" w:rsidRPr="00A84BC5" w:rsidRDefault="00A84BC5">
      <w:pPr>
        <w:rPr>
          <w:rFonts w:cs="Times New Roman"/>
          <w:sz w:val="22"/>
        </w:rPr>
      </w:pPr>
      <w:r w:rsidRPr="00A84BC5">
        <w:rPr>
          <w:rFonts w:cs="Times New Roman"/>
          <w:b/>
          <w:sz w:val="22"/>
        </w:rPr>
        <w:t>11. CERINȚE PRIVIND NIVELUL SERVICIILOR (SERVICE LEVEL AGREEMENT – SLA)</w:t>
      </w:r>
    </w:p>
    <w:p w:rsidR="00C70DF0" w:rsidRPr="00A84BC5" w:rsidRDefault="00A84BC5">
      <w:pPr>
        <w:rPr>
          <w:rFonts w:cs="Times New Roman"/>
          <w:sz w:val="22"/>
        </w:rPr>
      </w:pPr>
      <w:r w:rsidRPr="00A84BC5">
        <w:rPr>
          <w:rFonts w:cs="Times New Roman"/>
          <w:b/>
          <w:sz w:val="22"/>
        </w:rPr>
        <w:t>11.1 Cerințe generale</w:t>
      </w:r>
    </w:p>
    <w:p w:rsidR="00C70DF0" w:rsidRPr="00A84BC5" w:rsidRDefault="00A84BC5">
      <w:pPr>
        <w:jc w:val="both"/>
        <w:rPr>
          <w:rFonts w:cs="Times New Roman"/>
          <w:sz w:val="22"/>
        </w:rPr>
      </w:pPr>
      <w:r w:rsidRPr="00A84BC5">
        <w:rPr>
          <w:rFonts w:cs="Times New Roman"/>
          <w:sz w:val="22"/>
        </w:rPr>
        <w:t>Prestatorul va asigura continuitatea serviciilor pe întreaga perioadă contractuală și va acorda asistență ANSP în toate activitățile aferente activării, administrării și menținerii subscripțiilor FortiGuard și FortiCare.</w:t>
      </w:r>
    </w:p>
    <w:p w:rsidR="00C70DF0" w:rsidRPr="00A84BC5" w:rsidRDefault="00A84BC5">
      <w:pPr>
        <w:jc w:val="both"/>
        <w:rPr>
          <w:rFonts w:cs="Times New Roman"/>
          <w:sz w:val="22"/>
        </w:rPr>
      </w:pPr>
      <w:r w:rsidRPr="00A84BC5">
        <w:rPr>
          <w:rFonts w:cs="Times New Roman"/>
          <w:sz w:val="22"/>
        </w:rPr>
        <w:t>Prestatorul va desemna cel puțin o persoană responsabilă pentru relația cu Beneficiarul, care va coordona toate activitățile legate de executarea contractului.</w:t>
      </w:r>
    </w:p>
    <w:p w:rsidR="00C70DF0" w:rsidRPr="00A84BC5" w:rsidRDefault="00A84BC5">
      <w:pPr>
        <w:jc w:val="both"/>
        <w:rPr>
          <w:rFonts w:cs="Times New Roman"/>
          <w:sz w:val="22"/>
        </w:rPr>
      </w:pPr>
      <w:r w:rsidRPr="00A84BC5">
        <w:rPr>
          <w:rFonts w:cs="Times New Roman"/>
          <w:sz w:val="22"/>
        </w:rPr>
        <w:t>Solicitările ANSP vor putea fi transmise prin e-mail, sistem de ticketing sau telefon.</w:t>
      </w:r>
    </w:p>
    <w:p w:rsidR="00C70DF0" w:rsidRPr="00A84BC5" w:rsidRDefault="00C70DF0">
      <w:pPr>
        <w:jc w:val="both"/>
        <w:rPr>
          <w:rFonts w:cs="Times New Roman"/>
          <w:sz w:val="22"/>
        </w:rPr>
      </w:pPr>
    </w:p>
    <w:p w:rsidR="00C70DF0" w:rsidRPr="00A84BC5" w:rsidRDefault="00A84BC5">
      <w:pPr>
        <w:rPr>
          <w:rFonts w:cs="Times New Roman"/>
          <w:sz w:val="22"/>
        </w:rPr>
      </w:pPr>
      <w:r w:rsidRPr="00A84BC5">
        <w:rPr>
          <w:rFonts w:cs="Times New Roman"/>
          <w:b/>
          <w:sz w:val="22"/>
        </w:rPr>
        <w:t>11.2 Clasificarea solicitărilor</w:t>
      </w:r>
    </w:p>
    <w:p w:rsidR="00C70DF0" w:rsidRPr="00A84BC5" w:rsidRDefault="00A84BC5">
      <w:pPr>
        <w:rPr>
          <w:rFonts w:cs="Times New Roman"/>
          <w:sz w:val="22"/>
        </w:rPr>
      </w:pPr>
      <w:r w:rsidRPr="00A84BC5">
        <w:rPr>
          <w:rFonts w:cs="Times New Roman"/>
          <w:b/>
          <w:sz w:val="22"/>
        </w:rPr>
        <w:t>Prioritatea 1 – Critică</w:t>
      </w:r>
    </w:p>
    <w:p w:rsidR="00C70DF0" w:rsidRPr="00A84BC5" w:rsidRDefault="00A84BC5">
      <w:pPr>
        <w:jc w:val="both"/>
        <w:rPr>
          <w:rFonts w:cs="Times New Roman"/>
          <w:sz w:val="22"/>
        </w:rPr>
      </w:pPr>
      <w:r w:rsidRPr="00A84BC5">
        <w:rPr>
          <w:rFonts w:cs="Times New Roman"/>
          <w:sz w:val="22"/>
        </w:rPr>
        <w:t>Se încadrează:</w:t>
      </w:r>
    </w:p>
    <w:p w:rsidR="00C70DF0" w:rsidRPr="00A84BC5" w:rsidRDefault="00A84BC5">
      <w:pPr>
        <w:ind w:left="340"/>
        <w:jc w:val="both"/>
        <w:rPr>
          <w:rFonts w:cs="Times New Roman"/>
          <w:sz w:val="22"/>
        </w:rPr>
      </w:pPr>
      <w:r w:rsidRPr="00A84BC5">
        <w:rPr>
          <w:rFonts w:cs="Times New Roman"/>
          <w:sz w:val="22"/>
        </w:rPr>
        <w:t>• imposibilitatea activării licențelor;</w:t>
      </w:r>
    </w:p>
    <w:p w:rsidR="00C70DF0" w:rsidRPr="00A84BC5" w:rsidRDefault="00A84BC5">
      <w:pPr>
        <w:ind w:left="340"/>
        <w:jc w:val="both"/>
        <w:rPr>
          <w:rFonts w:cs="Times New Roman"/>
          <w:sz w:val="22"/>
        </w:rPr>
      </w:pPr>
      <w:r w:rsidRPr="00A84BC5">
        <w:rPr>
          <w:rFonts w:cs="Times New Roman"/>
          <w:sz w:val="22"/>
        </w:rPr>
        <w:t>• imposibilitatea accesării serviciilor FortiGuard;</w:t>
      </w:r>
    </w:p>
    <w:p w:rsidR="00C70DF0" w:rsidRPr="00A84BC5" w:rsidRDefault="00A84BC5">
      <w:pPr>
        <w:ind w:left="340"/>
        <w:jc w:val="both"/>
        <w:rPr>
          <w:rFonts w:cs="Times New Roman"/>
          <w:sz w:val="22"/>
        </w:rPr>
      </w:pPr>
      <w:r w:rsidRPr="00A84BC5">
        <w:rPr>
          <w:rFonts w:cs="Times New Roman"/>
          <w:sz w:val="22"/>
        </w:rPr>
        <w:t>• imposibilitatea accesului la portalul Fortinet din cauza licențelor;</w:t>
      </w:r>
    </w:p>
    <w:p w:rsidR="00C70DF0" w:rsidRPr="00A84BC5" w:rsidRDefault="00A84BC5">
      <w:pPr>
        <w:ind w:left="340"/>
        <w:jc w:val="both"/>
        <w:rPr>
          <w:rFonts w:cs="Times New Roman"/>
          <w:sz w:val="22"/>
        </w:rPr>
      </w:pPr>
      <w:r w:rsidRPr="00A84BC5">
        <w:rPr>
          <w:rFonts w:cs="Times New Roman"/>
          <w:sz w:val="22"/>
        </w:rPr>
        <w:t>• licențe activate incorect;</w:t>
      </w:r>
    </w:p>
    <w:p w:rsidR="00C70DF0" w:rsidRPr="00A84BC5" w:rsidRDefault="00A84BC5">
      <w:pPr>
        <w:ind w:left="340"/>
        <w:jc w:val="both"/>
        <w:rPr>
          <w:rFonts w:cs="Times New Roman"/>
          <w:sz w:val="22"/>
        </w:rPr>
      </w:pPr>
      <w:r w:rsidRPr="00A84BC5">
        <w:rPr>
          <w:rFonts w:cs="Times New Roman"/>
          <w:sz w:val="22"/>
        </w:rPr>
        <w:t>• expirarea accidentală a subscripțiilor;</w:t>
      </w:r>
    </w:p>
    <w:p w:rsidR="00C70DF0" w:rsidRPr="00A84BC5" w:rsidRDefault="00A84BC5">
      <w:pPr>
        <w:ind w:left="340"/>
        <w:jc w:val="both"/>
        <w:rPr>
          <w:rFonts w:cs="Times New Roman"/>
          <w:sz w:val="22"/>
        </w:rPr>
      </w:pPr>
      <w:r w:rsidRPr="00A84BC5">
        <w:rPr>
          <w:rFonts w:cs="Times New Roman"/>
          <w:sz w:val="22"/>
        </w:rPr>
        <w:t>• imposibilitatea descărcării patch-urilor critice.</w:t>
      </w:r>
    </w:p>
    <w:p w:rsidR="00C70DF0" w:rsidRPr="00A84BC5" w:rsidRDefault="00A84BC5">
      <w:pPr>
        <w:rPr>
          <w:rFonts w:cs="Times New Roman"/>
          <w:sz w:val="22"/>
        </w:rPr>
      </w:pPr>
      <w:r w:rsidRPr="00A84BC5">
        <w:rPr>
          <w:rFonts w:cs="Times New Roman"/>
          <w:b/>
          <w:sz w:val="22"/>
        </w:rPr>
        <w:t>Prioritatea 2 – Înaltă</w:t>
      </w:r>
    </w:p>
    <w:p w:rsidR="00C70DF0" w:rsidRPr="00A84BC5" w:rsidRDefault="00A84BC5">
      <w:pPr>
        <w:ind w:left="340"/>
        <w:jc w:val="both"/>
        <w:rPr>
          <w:rFonts w:cs="Times New Roman"/>
          <w:sz w:val="22"/>
        </w:rPr>
      </w:pPr>
      <w:r w:rsidRPr="00A84BC5">
        <w:rPr>
          <w:rFonts w:cs="Times New Roman"/>
          <w:sz w:val="22"/>
        </w:rPr>
        <w:t>• probleme privind înregistrarea licențelor;</w:t>
      </w:r>
    </w:p>
    <w:p w:rsidR="00C70DF0" w:rsidRPr="00A84BC5" w:rsidRDefault="00A84BC5">
      <w:pPr>
        <w:ind w:left="340"/>
        <w:jc w:val="both"/>
        <w:rPr>
          <w:rFonts w:cs="Times New Roman"/>
          <w:sz w:val="22"/>
        </w:rPr>
      </w:pPr>
      <w:r w:rsidRPr="00A84BC5">
        <w:rPr>
          <w:rFonts w:cs="Times New Roman"/>
          <w:sz w:val="22"/>
        </w:rPr>
        <w:t>• actualizarea firmware;</w:t>
      </w:r>
    </w:p>
    <w:p w:rsidR="00C70DF0" w:rsidRPr="00A84BC5" w:rsidRDefault="00A84BC5">
      <w:pPr>
        <w:ind w:left="340"/>
        <w:jc w:val="both"/>
        <w:rPr>
          <w:rFonts w:cs="Times New Roman"/>
          <w:sz w:val="22"/>
        </w:rPr>
      </w:pPr>
      <w:r w:rsidRPr="00A84BC5">
        <w:rPr>
          <w:rFonts w:cs="Times New Roman"/>
          <w:sz w:val="22"/>
        </w:rPr>
        <w:t>• verificarea compatibilității;</w:t>
      </w:r>
    </w:p>
    <w:p w:rsidR="00C70DF0" w:rsidRPr="00A84BC5" w:rsidRDefault="00A84BC5">
      <w:pPr>
        <w:ind w:left="340"/>
        <w:jc w:val="both"/>
        <w:rPr>
          <w:rFonts w:cs="Times New Roman"/>
          <w:sz w:val="22"/>
        </w:rPr>
      </w:pPr>
      <w:r w:rsidRPr="00A84BC5">
        <w:rPr>
          <w:rFonts w:cs="Times New Roman"/>
          <w:sz w:val="22"/>
        </w:rPr>
        <w:lastRenderedPageBreak/>
        <w:t>• modificări privind contul Fortinet;</w:t>
      </w:r>
    </w:p>
    <w:p w:rsidR="00C70DF0" w:rsidRPr="00A84BC5" w:rsidRDefault="00A84BC5">
      <w:pPr>
        <w:ind w:left="340"/>
        <w:jc w:val="both"/>
        <w:rPr>
          <w:rFonts w:cs="Times New Roman"/>
          <w:sz w:val="22"/>
        </w:rPr>
      </w:pPr>
      <w:r w:rsidRPr="00A84BC5">
        <w:rPr>
          <w:rFonts w:cs="Times New Roman"/>
          <w:sz w:val="22"/>
        </w:rPr>
        <w:t>• actualizarea seriilor.</w:t>
      </w:r>
    </w:p>
    <w:p w:rsidR="00C70DF0" w:rsidRPr="00A84BC5" w:rsidRDefault="00A84BC5">
      <w:pPr>
        <w:rPr>
          <w:rFonts w:cs="Times New Roman"/>
          <w:sz w:val="22"/>
        </w:rPr>
      </w:pPr>
      <w:r w:rsidRPr="00A84BC5">
        <w:rPr>
          <w:rFonts w:cs="Times New Roman"/>
          <w:b/>
          <w:sz w:val="22"/>
        </w:rPr>
        <w:t>Prioritatea 3 – Medie</w:t>
      </w:r>
    </w:p>
    <w:p w:rsidR="00C70DF0" w:rsidRPr="00A84BC5" w:rsidRDefault="00A84BC5">
      <w:pPr>
        <w:ind w:left="340"/>
        <w:jc w:val="both"/>
        <w:rPr>
          <w:rFonts w:cs="Times New Roman"/>
          <w:sz w:val="22"/>
        </w:rPr>
      </w:pPr>
      <w:r w:rsidRPr="00A84BC5">
        <w:rPr>
          <w:rFonts w:cs="Times New Roman"/>
          <w:sz w:val="22"/>
        </w:rPr>
        <w:t>• solicitări de informații;</w:t>
      </w:r>
    </w:p>
    <w:p w:rsidR="00C70DF0" w:rsidRPr="00A84BC5" w:rsidRDefault="00A84BC5">
      <w:pPr>
        <w:ind w:left="340"/>
        <w:jc w:val="both"/>
        <w:rPr>
          <w:rFonts w:cs="Times New Roman"/>
          <w:sz w:val="22"/>
        </w:rPr>
      </w:pPr>
      <w:r w:rsidRPr="00A84BC5">
        <w:rPr>
          <w:rFonts w:cs="Times New Roman"/>
          <w:sz w:val="22"/>
        </w:rPr>
        <w:t>• verificări administrative;</w:t>
      </w:r>
    </w:p>
    <w:p w:rsidR="00C70DF0" w:rsidRPr="00A84BC5" w:rsidRDefault="00A84BC5">
      <w:pPr>
        <w:ind w:left="340"/>
        <w:jc w:val="both"/>
        <w:rPr>
          <w:rFonts w:cs="Times New Roman"/>
          <w:sz w:val="22"/>
        </w:rPr>
      </w:pPr>
      <w:r w:rsidRPr="00A84BC5">
        <w:rPr>
          <w:rFonts w:cs="Times New Roman"/>
          <w:sz w:val="22"/>
        </w:rPr>
        <w:t>• clarificări tehnice;</w:t>
      </w:r>
    </w:p>
    <w:p w:rsidR="00C70DF0" w:rsidRPr="00A84BC5" w:rsidRDefault="00A84BC5">
      <w:pPr>
        <w:ind w:left="340"/>
        <w:jc w:val="both"/>
        <w:rPr>
          <w:rFonts w:cs="Times New Roman"/>
          <w:sz w:val="22"/>
        </w:rPr>
      </w:pPr>
      <w:r w:rsidRPr="00A84BC5">
        <w:rPr>
          <w:rFonts w:cs="Times New Roman"/>
          <w:sz w:val="22"/>
        </w:rPr>
        <w:t>• confirmări privind licențele.</w:t>
      </w:r>
    </w:p>
    <w:p w:rsidR="00C70DF0" w:rsidRPr="00A84BC5" w:rsidRDefault="00A84BC5">
      <w:pPr>
        <w:rPr>
          <w:rFonts w:cs="Times New Roman"/>
          <w:sz w:val="22"/>
        </w:rPr>
      </w:pPr>
      <w:r w:rsidRPr="00A84BC5">
        <w:rPr>
          <w:rFonts w:cs="Times New Roman"/>
          <w:b/>
          <w:sz w:val="22"/>
        </w:rPr>
        <w:t>Prioritatea 4 – Redusă</w:t>
      </w:r>
    </w:p>
    <w:p w:rsidR="00C70DF0" w:rsidRPr="00A84BC5" w:rsidRDefault="00A84BC5">
      <w:pPr>
        <w:ind w:left="340"/>
        <w:jc w:val="both"/>
        <w:rPr>
          <w:rFonts w:cs="Times New Roman"/>
          <w:sz w:val="22"/>
        </w:rPr>
      </w:pPr>
      <w:r w:rsidRPr="00A84BC5">
        <w:rPr>
          <w:rFonts w:cs="Times New Roman"/>
          <w:sz w:val="22"/>
        </w:rPr>
        <w:t>• solicitări de consultanță;</w:t>
      </w:r>
    </w:p>
    <w:p w:rsidR="00C70DF0" w:rsidRPr="00A84BC5" w:rsidRDefault="00A84BC5">
      <w:pPr>
        <w:ind w:left="340"/>
        <w:jc w:val="both"/>
        <w:rPr>
          <w:rFonts w:cs="Times New Roman"/>
          <w:sz w:val="22"/>
        </w:rPr>
      </w:pPr>
      <w:r w:rsidRPr="00A84BC5">
        <w:rPr>
          <w:rFonts w:cs="Times New Roman"/>
          <w:sz w:val="22"/>
        </w:rPr>
        <w:t>• recomandări tehnice;</w:t>
      </w:r>
    </w:p>
    <w:p w:rsidR="00C70DF0" w:rsidRPr="00A84BC5" w:rsidRDefault="00A84BC5">
      <w:pPr>
        <w:ind w:left="340"/>
        <w:jc w:val="both"/>
        <w:rPr>
          <w:rFonts w:cs="Times New Roman"/>
          <w:sz w:val="22"/>
        </w:rPr>
      </w:pPr>
      <w:r w:rsidRPr="00A84BC5">
        <w:rPr>
          <w:rFonts w:cs="Times New Roman"/>
          <w:sz w:val="22"/>
        </w:rPr>
        <w:t>• întrebări privind documentația.</w:t>
      </w:r>
    </w:p>
    <w:p w:rsidR="00C70DF0" w:rsidRPr="00A84BC5" w:rsidRDefault="00C70DF0">
      <w:pPr>
        <w:jc w:val="both"/>
        <w:rPr>
          <w:rFonts w:cs="Times New Roman"/>
          <w:sz w:val="22"/>
        </w:rPr>
      </w:pPr>
    </w:p>
    <w:p w:rsidR="00C70DF0" w:rsidRPr="00A84BC5" w:rsidRDefault="00A84BC5">
      <w:pPr>
        <w:rPr>
          <w:rFonts w:cs="Times New Roman"/>
          <w:sz w:val="22"/>
        </w:rPr>
      </w:pPr>
      <w:r w:rsidRPr="00A84BC5">
        <w:rPr>
          <w:rFonts w:cs="Times New Roman"/>
          <w:b/>
          <w:sz w:val="22"/>
        </w:rPr>
        <w:t>11.3 Timpi de răspuns</w:t>
      </w:r>
    </w:p>
    <w:tbl>
      <w:tblPr>
        <w:tblStyle w:val="Tabelgril"/>
        <w:tblW w:w="0" w:type="auto"/>
        <w:jc w:val="center"/>
        <w:tblLook w:val="04A0" w:firstRow="1" w:lastRow="0" w:firstColumn="1" w:lastColumn="0" w:noHBand="0" w:noVBand="1"/>
      </w:tblPr>
      <w:tblGrid>
        <w:gridCol w:w="3367"/>
        <w:gridCol w:w="3368"/>
        <w:gridCol w:w="3368"/>
      </w:tblGrid>
      <w:tr w:rsidR="00C70DF0" w:rsidRPr="00A84BC5">
        <w:trPr>
          <w:jc w:val="center"/>
        </w:trPr>
        <w:tc>
          <w:tcPr>
            <w:tcW w:w="3371" w:type="dxa"/>
            <w:vAlign w:val="center"/>
          </w:tcPr>
          <w:p w:rsidR="00C70DF0" w:rsidRPr="00A84BC5" w:rsidRDefault="00A84BC5">
            <w:pPr>
              <w:rPr>
                <w:rFonts w:cs="Times New Roman"/>
                <w:sz w:val="22"/>
              </w:rPr>
            </w:pPr>
            <w:r w:rsidRPr="00A84BC5">
              <w:rPr>
                <w:rFonts w:cs="Times New Roman"/>
                <w:sz w:val="22"/>
              </w:rPr>
              <w:t>Prioritate</w:t>
            </w:r>
          </w:p>
        </w:tc>
        <w:tc>
          <w:tcPr>
            <w:tcW w:w="3371" w:type="dxa"/>
            <w:vAlign w:val="center"/>
          </w:tcPr>
          <w:p w:rsidR="00C70DF0" w:rsidRPr="00A84BC5" w:rsidRDefault="00A84BC5">
            <w:pPr>
              <w:rPr>
                <w:rFonts w:cs="Times New Roman"/>
                <w:sz w:val="22"/>
              </w:rPr>
            </w:pPr>
            <w:r w:rsidRPr="00A84BC5">
              <w:rPr>
                <w:rFonts w:cs="Times New Roman"/>
                <w:sz w:val="22"/>
              </w:rPr>
              <w:t>Timp maxim de răspuns</w:t>
            </w:r>
          </w:p>
        </w:tc>
        <w:tc>
          <w:tcPr>
            <w:tcW w:w="3371" w:type="dxa"/>
            <w:vAlign w:val="center"/>
          </w:tcPr>
          <w:p w:rsidR="00C70DF0" w:rsidRPr="00A84BC5" w:rsidRDefault="00A84BC5">
            <w:pPr>
              <w:rPr>
                <w:rFonts w:cs="Times New Roman"/>
                <w:sz w:val="22"/>
              </w:rPr>
            </w:pPr>
            <w:r w:rsidRPr="00A84BC5">
              <w:rPr>
                <w:rFonts w:cs="Times New Roman"/>
                <w:sz w:val="22"/>
              </w:rPr>
              <w:t>Timp maxim de soluționare</w:t>
            </w:r>
          </w:p>
        </w:tc>
      </w:tr>
      <w:tr w:rsidR="00C70DF0" w:rsidRPr="00A84BC5">
        <w:trPr>
          <w:jc w:val="center"/>
        </w:trPr>
        <w:tc>
          <w:tcPr>
            <w:tcW w:w="3371" w:type="dxa"/>
            <w:vAlign w:val="center"/>
          </w:tcPr>
          <w:p w:rsidR="00C70DF0" w:rsidRPr="00A84BC5" w:rsidRDefault="00A84BC5">
            <w:pPr>
              <w:rPr>
                <w:rFonts w:cs="Times New Roman"/>
                <w:sz w:val="22"/>
              </w:rPr>
            </w:pPr>
            <w:r w:rsidRPr="00A84BC5">
              <w:rPr>
                <w:rFonts w:cs="Times New Roman"/>
                <w:sz w:val="22"/>
              </w:rPr>
              <w:t>Critică</w:t>
            </w:r>
          </w:p>
        </w:tc>
        <w:tc>
          <w:tcPr>
            <w:tcW w:w="3371" w:type="dxa"/>
            <w:vAlign w:val="center"/>
          </w:tcPr>
          <w:p w:rsidR="00C70DF0" w:rsidRPr="00A84BC5" w:rsidRDefault="00A84BC5">
            <w:pPr>
              <w:rPr>
                <w:rFonts w:cs="Times New Roman"/>
                <w:sz w:val="22"/>
              </w:rPr>
            </w:pPr>
            <w:r w:rsidRPr="00A84BC5">
              <w:rPr>
                <w:rFonts w:cs="Times New Roman"/>
                <w:sz w:val="22"/>
              </w:rPr>
              <w:t>2 ore lucrătoare</w:t>
            </w:r>
          </w:p>
        </w:tc>
        <w:tc>
          <w:tcPr>
            <w:tcW w:w="3371" w:type="dxa"/>
            <w:vAlign w:val="center"/>
          </w:tcPr>
          <w:p w:rsidR="00C70DF0" w:rsidRPr="00A84BC5" w:rsidRDefault="00A84BC5">
            <w:pPr>
              <w:rPr>
                <w:rFonts w:cs="Times New Roman"/>
                <w:sz w:val="22"/>
              </w:rPr>
            </w:pPr>
            <w:r w:rsidRPr="00A84BC5">
              <w:rPr>
                <w:rFonts w:cs="Times New Roman"/>
                <w:sz w:val="22"/>
              </w:rPr>
              <w:t>1 zi lucrătoare</w:t>
            </w:r>
          </w:p>
        </w:tc>
      </w:tr>
      <w:tr w:rsidR="00C70DF0" w:rsidRPr="00A84BC5">
        <w:trPr>
          <w:jc w:val="center"/>
        </w:trPr>
        <w:tc>
          <w:tcPr>
            <w:tcW w:w="3371" w:type="dxa"/>
            <w:vAlign w:val="center"/>
          </w:tcPr>
          <w:p w:rsidR="00C70DF0" w:rsidRPr="00A84BC5" w:rsidRDefault="00A84BC5">
            <w:pPr>
              <w:rPr>
                <w:rFonts w:cs="Times New Roman"/>
                <w:sz w:val="22"/>
              </w:rPr>
            </w:pPr>
            <w:r w:rsidRPr="00A84BC5">
              <w:rPr>
                <w:rFonts w:cs="Times New Roman"/>
                <w:sz w:val="22"/>
              </w:rPr>
              <w:t>Înaltă</w:t>
            </w:r>
          </w:p>
        </w:tc>
        <w:tc>
          <w:tcPr>
            <w:tcW w:w="3371" w:type="dxa"/>
            <w:vAlign w:val="center"/>
          </w:tcPr>
          <w:p w:rsidR="00C70DF0" w:rsidRPr="00A84BC5" w:rsidRDefault="00A84BC5">
            <w:pPr>
              <w:rPr>
                <w:rFonts w:cs="Times New Roman"/>
                <w:sz w:val="22"/>
              </w:rPr>
            </w:pPr>
            <w:r w:rsidRPr="00A84BC5">
              <w:rPr>
                <w:rFonts w:cs="Times New Roman"/>
                <w:sz w:val="22"/>
              </w:rPr>
              <w:t>4 ore lucrătoare</w:t>
            </w:r>
          </w:p>
        </w:tc>
        <w:tc>
          <w:tcPr>
            <w:tcW w:w="3371" w:type="dxa"/>
            <w:vAlign w:val="center"/>
          </w:tcPr>
          <w:p w:rsidR="00C70DF0" w:rsidRPr="00A84BC5" w:rsidRDefault="00A84BC5">
            <w:pPr>
              <w:rPr>
                <w:rFonts w:cs="Times New Roman"/>
                <w:sz w:val="22"/>
              </w:rPr>
            </w:pPr>
            <w:r w:rsidRPr="00A84BC5">
              <w:rPr>
                <w:rFonts w:cs="Times New Roman"/>
                <w:sz w:val="22"/>
              </w:rPr>
              <w:t>2 zile lucrătoare</w:t>
            </w:r>
          </w:p>
        </w:tc>
      </w:tr>
      <w:tr w:rsidR="00C70DF0" w:rsidRPr="00A84BC5">
        <w:trPr>
          <w:jc w:val="center"/>
        </w:trPr>
        <w:tc>
          <w:tcPr>
            <w:tcW w:w="3371" w:type="dxa"/>
            <w:vAlign w:val="center"/>
          </w:tcPr>
          <w:p w:rsidR="00C70DF0" w:rsidRPr="00A84BC5" w:rsidRDefault="00A84BC5">
            <w:pPr>
              <w:rPr>
                <w:rFonts w:cs="Times New Roman"/>
                <w:sz w:val="22"/>
              </w:rPr>
            </w:pPr>
            <w:r w:rsidRPr="00A84BC5">
              <w:rPr>
                <w:rFonts w:cs="Times New Roman"/>
                <w:sz w:val="22"/>
              </w:rPr>
              <w:t>Medie</w:t>
            </w:r>
          </w:p>
        </w:tc>
        <w:tc>
          <w:tcPr>
            <w:tcW w:w="3371" w:type="dxa"/>
            <w:vAlign w:val="center"/>
          </w:tcPr>
          <w:p w:rsidR="00C70DF0" w:rsidRPr="00A84BC5" w:rsidRDefault="00A84BC5">
            <w:pPr>
              <w:rPr>
                <w:rFonts w:cs="Times New Roman"/>
                <w:sz w:val="22"/>
              </w:rPr>
            </w:pPr>
            <w:r w:rsidRPr="00A84BC5">
              <w:rPr>
                <w:rFonts w:cs="Times New Roman"/>
                <w:sz w:val="22"/>
              </w:rPr>
              <w:t>1 zi lucrătoare</w:t>
            </w:r>
          </w:p>
        </w:tc>
        <w:tc>
          <w:tcPr>
            <w:tcW w:w="3371" w:type="dxa"/>
            <w:vAlign w:val="center"/>
          </w:tcPr>
          <w:p w:rsidR="00C70DF0" w:rsidRPr="00A84BC5" w:rsidRDefault="00A84BC5">
            <w:pPr>
              <w:rPr>
                <w:rFonts w:cs="Times New Roman"/>
                <w:sz w:val="22"/>
              </w:rPr>
            </w:pPr>
            <w:r w:rsidRPr="00A84BC5">
              <w:rPr>
                <w:rFonts w:cs="Times New Roman"/>
                <w:sz w:val="22"/>
              </w:rPr>
              <w:t>5 zile lucrătoare</w:t>
            </w:r>
          </w:p>
        </w:tc>
      </w:tr>
      <w:tr w:rsidR="00C70DF0" w:rsidRPr="00A84BC5">
        <w:trPr>
          <w:jc w:val="center"/>
        </w:trPr>
        <w:tc>
          <w:tcPr>
            <w:tcW w:w="3371" w:type="dxa"/>
            <w:vAlign w:val="center"/>
          </w:tcPr>
          <w:p w:rsidR="00C70DF0" w:rsidRPr="00A84BC5" w:rsidRDefault="00A84BC5">
            <w:pPr>
              <w:rPr>
                <w:rFonts w:cs="Times New Roman"/>
                <w:sz w:val="22"/>
              </w:rPr>
            </w:pPr>
            <w:r w:rsidRPr="00A84BC5">
              <w:rPr>
                <w:rFonts w:cs="Times New Roman"/>
                <w:sz w:val="22"/>
              </w:rPr>
              <w:t>Redusă</w:t>
            </w:r>
          </w:p>
        </w:tc>
        <w:tc>
          <w:tcPr>
            <w:tcW w:w="3371" w:type="dxa"/>
            <w:vAlign w:val="center"/>
          </w:tcPr>
          <w:p w:rsidR="00C70DF0" w:rsidRPr="00A84BC5" w:rsidRDefault="00A84BC5">
            <w:pPr>
              <w:rPr>
                <w:rFonts w:cs="Times New Roman"/>
                <w:sz w:val="22"/>
              </w:rPr>
            </w:pPr>
            <w:r w:rsidRPr="00A84BC5">
              <w:rPr>
                <w:rFonts w:cs="Times New Roman"/>
                <w:sz w:val="22"/>
              </w:rPr>
              <w:t>2 zile lucrătoare</w:t>
            </w:r>
          </w:p>
        </w:tc>
        <w:tc>
          <w:tcPr>
            <w:tcW w:w="3371" w:type="dxa"/>
            <w:vAlign w:val="center"/>
          </w:tcPr>
          <w:p w:rsidR="00C70DF0" w:rsidRPr="00A84BC5" w:rsidRDefault="00A84BC5">
            <w:pPr>
              <w:rPr>
                <w:rFonts w:cs="Times New Roman"/>
                <w:sz w:val="22"/>
              </w:rPr>
            </w:pPr>
            <w:r w:rsidRPr="00A84BC5">
              <w:rPr>
                <w:rFonts w:cs="Times New Roman"/>
                <w:sz w:val="22"/>
              </w:rPr>
              <w:t>conform acordului părților</w:t>
            </w:r>
          </w:p>
        </w:tc>
      </w:tr>
    </w:tbl>
    <w:p w:rsidR="00C70DF0" w:rsidRPr="00A84BC5" w:rsidRDefault="00A84BC5">
      <w:pPr>
        <w:jc w:val="both"/>
        <w:rPr>
          <w:rFonts w:cs="Times New Roman"/>
          <w:sz w:val="22"/>
        </w:rPr>
      </w:pPr>
      <w:r w:rsidRPr="00A84BC5">
        <w:rPr>
          <w:rFonts w:cs="Times New Roman"/>
          <w:sz w:val="22"/>
        </w:rPr>
        <w:t>În situațiile în care soluționarea depinde exclusiv de producătorul Fortinet, Prestatorul va demonstra că solicitarea a fost escaladată în termenul prevăzut și va informa periodic Beneficiarul despre stadiul acesteia.</w:t>
      </w:r>
    </w:p>
    <w:p w:rsidR="00C70DF0" w:rsidRPr="00A84BC5" w:rsidRDefault="00C70DF0">
      <w:pPr>
        <w:jc w:val="both"/>
        <w:rPr>
          <w:rFonts w:cs="Times New Roman"/>
          <w:sz w:val="22"/>
        </w:rPr>
      </w:pPr>
    </w:p>
    <w:p w:rsidR="00C70DF0" w:rsidRPr="00A84BC5" w:rsidRDefault="00A84BC5">
      <w:pPr>
        <w:rPr>
          <w:rFonts w:cs="Times New Roman"/>
          <w:sz w:val="22"/>
        </w:rPr>
      </w:pPr>
      <w:r w:rsidRPr="00A84BC5">
        <w:rPr>
          <w:rFonts w:cs="Times New Roman"/>
          <w:b/>
          <w:sz w:val="22"/>
        </w:rPr>
        <w:t>12. CERINȚE PRIVIND SECURITATEA INFORMAȚIONALĂ</w:t>
      </w:r>
    </w:p>
    <w:p w:rsidR="00C70DF0" w:rsidRPr="00A84BC5" w:rsidRDefault="00A84BC5">
      <w:pPr>
        <w:jc w:val="both"/>
        <w:rPr>
          <w:rFonts w:cs="Times New Roman"/>
          <w:sz w:val="22"/>
        </w:rPr>
      </w:pPr>
      <w:r w:rsidRPr="00A84BC5">
        <w:rPr>
          <w:rFonts w:cs="Times New Roman"/>
          <w:sz w:val="22"/>
        </w:rPr>
        <w:t xml:space="preserve">Prestatorul este obligat să respecte principiile de securitate </w:t>
      </w:r>
      <w:proofErr w:type="gramStart"/>
      <w:r w:rsidRPr="00A84BC5">
        <w:rPr>
          <w:rFonts w:cs="Times New Roman"/>
          <w:sz w:val="22"/>
        </w:rPr>
        <w:t>a</w:t>
      </w:r>
      <w:proofErr w:type="gramEnd"/>
      <w:r w:rsidRPr="00A84BC5">
        <w:rPr>
          <w:rFonts w:cs="Times New Roman"/>
          <w:sz w:val="22"/>
        </w:rPr>
        <w:t xml:space="preserve"> informațiilor pe întreaga durată a contractului.</w:t>
      </w:r>
    </w:p>
    <w:p w:rsidR="00C70DF0" w:rsidRPr="00A84BC5" w:rsidRDefault="00A84BC5">
      <w:pPr>
        <w:jc w:val="both"/>
        <w:rPr>
          <w:rFonts w:cs="Times New Roman"/>
          <w:sz w:val="22"/>
        </w:rPr>
      </w:pPr>
      <w:r w:rsidRPr="00A84BC5">
        <w:rPr>
          <w:rFonts w:cs="Times New Roman"/>
          <w:sz w:val="22"/>
        </w:rPr>
        <w:t>În cadrul executării contractului, Prestatorul:</w:t>
      </w:r>
    </w:p>
    <w:p w:rsidR="00C70DF0" w:rsidRPr="00A84BC5" w:rsidRDefault="00A84BC5">
      <w:pPr>
        <w:ind w:left="340"/>
        <w:jc w:val="both"/>
        <w:rPr>
          <w:rFonts w:cs="Times New Roman"/>
          <w:sz w:val="22"/>
        </w:rPr>
      </w:pPr>
      <w:r w:rsidRPr="00A84BC5">
        <w:rPr>
          <w:rFonts w:cs="Times New Roman"/>
          <w:sz w:val="22"/>
        </w:rPr>
        <w:t xml:space="preserve">• nu va divulga informații privind infrastructura IT </w:t>
      </w:r>
      <w:proofErr w:type="gramStart"/>
      <w:r w:rsidRPr="00A84BC5">
        <w:rPr>
          <w:rFonts w:cs="Times New Roman"/>
          <w:sz w:val="22"/>
        </w:rPr>
        <w:t>a</w:t>
      </w:r>
      <w:proofErr w:type="gramEnd"/>
      <w:r w:rsidRPr="00A84BC5">
        <w:rPr>
          <w:rFonts w:cs="Times New Roman"/>
          <w:sz w:val="22"/>
        </w:rPr>
        <w:t xml:space="preserve"> ANSP;</w:t>
      </w:r>
    </w:p>
    <w:p w:rsidR="00C70DF0" w:rsidRPr="00A84BC5" w:rsidRDefault="00A84BC5">
      <w:pPr>
        <w:ind w:left="340"/>
        <w:jc w:val="both"/>
        <w:rPr>
          <w:rFonts w:cs="Times New Roman"/>
          <w:sz w:val="22"/>
        </w:rPr>
      </w:pPr>
      <w:r w:rsidRPr="00A84BC5">
        <w:rPr>
          <w:rFonts w:cs="Times New Roman"/>
          <w:sz w:val="22"/>
        </w:rPr>
        <w:t>• nu va transmite informații către terți fără acordul scris al ANSP;</w:t>
      </w:r>
    </w:p>
    <w:p w:rsidR="00C70DF0" w:rsidRPr="00A84BC5" w:rsidRDefault="00A84BC5">
      <w:pPr>
        <w:ind w:left="340"/>
        <w:jc w:val="both"/>
        <w:rPr>
          <w:rFonts w:cs="Times New Roman"/>
          <w:sz w:val="22"/>
        </w:rPr>
      </w:pPr>
      <w:r w:rsidRPr="00A84BC5">
        <w:rPr>
          <w:rFonts w:cs="Times New Roman"/>
          <w:sz w:val="22"/>
        </w:rPr>
        <w:t>• va utiliza exclusiv canalele oficiale Fortinet pentru activarea licențelor;</w:t>
      </w:r>
    </w:p>
    <w:p w:rsidR="00C70DF0" w:rsidRPr="00A84BC5" w:rsidRDefault="00A84BC5">
      <w:pPr>
        <w:ind w:left="340"/>
        <w:jc w:val="both"/>
        <w:rPr>
          <w:rFonts w:cs="Times New Roman"/>
          <w:sz w:val="22"/>
        </w:rPr>
      </w:pPr>
      <w:r w:rsidRPr="00A84BC5">
        <w:rPr>
          <w:rFonts w:cs="Times New Roman"/>
          <w:sz w:val="22"/>
        </w:rPr>
        <w:t>• va proteja datele și informațiile la care are acces în timpul executării contractului;</w:t>
      </w:r>
    </w:p>
    <w:p w:rsidR="00C70DF0" w:rsidRPr="00A84BC5" w:rsidRDefault="00A84BC5">
      <w:pPr>
        <w:ind w:left="340"/>
        <w:jc w:val="both"/>
        <w:rPr>
          <w:rFonts w:cs="Times New Roman"/>
          <w:sz w:val="22"/>
        </w:rPr>
      </w:pPr>
      <w:r w:rsidRPr="00A84BC5">
        <w:rPr>
          <w:rFonts w:cs="Times New Roman"/>
          <w:sz w:val="22"/>
        </w:rPr>
        <w:t>• va respecta cerințele privind confidențialitatea și securitatea informațiilor stabilite de legislația națională.</w:t>
      </w:r>
    </w:p>
    <w:p w:rsidR="00C70DF0" w:rsidRPr="00A84BC5" w:rsidRDefault="00A84BC5">
      <w:pPr>
        <w:jc w:val="both"/>
        <w:rPr>
          <w:rFonts w:cs="Times New Roman"/>
          <w:sz w:val="22"/>
        </w:rPr>
      </w:pPr>
      <w:r w:rsidRPr="00A84BC5">
        <w:rPr>
          <w:rFonts w:cs="Times New Roman"/>
          <w:sz w:val="22"/>
        </w:rPr>
        <w:t>În cazul în care, pentru activarea licențelor, este necesar accesul la informații privind echipamentele (model, serie, cont Fortinet etc.), aceste informații vor fi utilizate exclusiv în scopul executării contractului.</w:t>
      </w:r>
    </w:p>
    <w:p w:rsidR="00C70DF0" w:rsidRPr="00A84BC5" w:rsidRDefault="00C70DF0">
      <w:pPr>
        <w:jc w:val="both"/>
        <w:rPr>
          <w:rFonts w:cs="Times New Roman"/>
          <w:sz w:val="22"/>
        </w:rPr>
      </w:pPr>
    </w:p>
    <w:p w:rsidR="00C70DF0" w:rsidRPr="00A84BC5" w:rsidRDefault="00A84BC5">
      <w:pPr>
        <w:rPr>
          <w:rFonts w:cs="Times New Roman"/>
          <w:sz w:val="22"/>
        </w:rPr>
      </w:pPr>
      <w:r w:rsidRPr="00A84BC5">
        <w:rPr>
          <w:rFonts w:cs="Times New Roman"/>
          <w:b/>
          <w:sz w:val="22"/>
        </w:rPr>
        <w:t>13. OBLIGAȚIILE PRESTATORULUI</w:t>
      </w:r>
    </w:p>
    <w:p w:rsidR="00C70DF0" w:rsidRPr="00A84BC5" w:rsidRDefault="00A84BC5">
      <w:pPr>
        <w:jc w:val="both"/>
        <w:rPr>
          <w:rFonts w:cs="Times New Roman"/>
          <w:sz w:val="22"/>
        </w:rPr>
      </w:pPr>
      <w:r w:rsidRPr="00A84BC5">
        <w:rPr>
          <w:rFonts w:cs="Times New Roman"/>
          <w:sz w:val="22"/>
        </w:rPr>
        <w:t>Prestatorul va avea următoarele obligații principale:</w:t>
      </w:r>
    </w:p>
    <w:p w:rsidR="00C70DF0" w:rsidRPr="00A84BC5" w:rsidRDefault="00A84BC5">
      <w:pPr>
        <w:ind w:left="340"/>
        <w:jc w:val="both"/>
        <w:rPr>
          <w:rFonts w:cs="Times New Roman"/>
          <w:sz w:val="22"/>
        </w:rPr>
      </w:pPr>
      <w:r w:rsidRPr="00A84BC5">
        <w:rPr>
          <w:rFonts w:cs="Times New Roman"/>
          <w:sz w:val="22"/>
        </w:rPr>
        <w:t>1. să furnizeze exclusiv licențe originale Fortinet;</w:t>
      </w:r>
    </w:p>
    <w:p w:rsidR="00C70DF0" w:rsidRPr="00A84BC5" w:rsidRDefault="00A84BC5">
      <w:pPr>
        <w:ind w:left="340"/>
        <w:jc w:val="both"/>
        <w:rPr>
          <w:rFonts w:cs="Times New Roman"/>
          <w:sz w:val="22"/>
        </w:rPr>
      </w:pPr>
      <w:r w:rsidRPr="00A84BC5">
        <w:rPr>
          <w:rFonts w:cs="Times New Roman"/>
          <w:sz w:val="22"/>
        </w:rPr>
        <w:t>2. să activeze subscripțiile în termenul contractual;</w:t>
      </w:r>
    </w:p>
    <w:p w:rsidR="00C70DF0" w:rsidRPr="00A84BC5" w:rsidRDefault="00A84BC5">
      <w:pPr>
        <w:ind w:left="340"/>
        <w:jc w:val="both"/>
        <w:rPr>
          <w:rFonts w:cs="Times New Roman"/>
          <w:sz w:val="22"/>
        </w:rPr>
      </w:pPr>
      <w:r w:rsidRPr="00A84BC5">
        <w:rPr>
          <w:rFonts w:cs="Times New Roman"/>
          <w:sz w:val="22"/>
        </w:rPr>
        <w:t>3. să verifice eligibilitatea echipamentelor înainte de activare;</w:t>
      </w:r>
    </w:p>
    <w:p w:rsidR="00C70DF0" w:rsidRPr="00A84BC5" w:rsidRDefault="00A84BC5">
      <w:pPr>
        <w:ind w:left="340"/>
        <w:jc w:val="both"/>
        <w:rPr>
          <w:rFonts w:cs="Times New Roman"/>
          <w:sz w:val="22"/>
        </w:rPr>
      </w:pPr>
      <w:r w:rsidRPr="00A84BC5">
        <w:rPr>
          <w:rFonts w:cs="Times New Roman"/>
          <w:sz w:val="22"/>
        </w:rPr>
        <w:t>4. să asigure asocierea licențelor cu contul oficial al ANSP;</w:t>
      </w:r>
    </w:p>
    <w:p w:rsidR="00C70DF0" w:rsidRPr="00A84BC5" w:rsidRDefault="00A84BC5">
      <w:pPr>
        <w:ind w:left="340"/>
        <w:jc w:val="both"/>
        <w:rPr>
          <w:rFonts w:cs="Times New Roman"/>
          <w:sz w:val="22"/>
        </w:rPr>
      </w:pPr>
      <w:r w:rsidRPr="00A84BC5">
        <w:rPr>
          <w:rFonts w:cs="Times New Roman"/>
          <w:sz w:val="22"/>
        </w:rPr>
        <w:t>5. să remedieze fără costuri suplimentare eventualele erori de activare;</w:t>
      </w:r>
    </w:p>
    <w:p w:rsidR="00C70DF0" w:rsidRPr="00A84BC5" w:rsidRDefault="00A84BC5">
      <w:pPr>
        <w:ind w:left="340"/>
        <w:jc w:val="both"/>
        <w:rPr>
          <w:rFonts w:cs="Times New Roman"/>
          <w:sz w:val="22"/>
        </w:rPr>
      </w:pPr>
      <w:r w:rsidRPr="00A84BC5">
        <w:rPr>
          <w:rFonts w:cs="Times New Roman"/>
          <w:sz w:val="22"/>
        </w:rPr>
        <w:t>6. să acorde suport tehnic pe perioada implementării;</w:t>
      </w:r>
    </w:p>
    <w:p w:rsidR="00C70DF0" w:rsidRPr="00A84BC5" w:rsidRDefault="00A84BC5">
      <w:pPr>
        <w:ind w:left="340"/>
        <w:jc w:val="both"/>
        <w:rPr>
          <w:rFonts w:cs="Times New Roman"/>
          <w:sz w:val="22"/>
        </w:rPr>
      </w:pPr>
      <w:r w:rsidRPr="00A84BC5">
        <w:rPr>
          <w:rFonts w:cs="Times New Roman"/>
          <w:sz w:val="22"/>
        </w:rPr>
        <w:t>7. să informeze Beneficiarul privind eventualele incompatibilități identificate;</w:t>
      </w:r>
    </w:p>
    <w:p w:rsidR="00C70DF0" w:rsidRPr="00A84BC5" w:rsidRDefault="00A84BC5">
      <w:pPr>
        <w:ind w:left="340"/>
        <w:jc w:val="both"/>
        <w:rPr>
          <w:rFonts w:cs="Times New Roman"/>
          <w:sz w:val="22"/>
        </w:rPr>
      </w:pPr>
      <w:r w:rsidRPr="00A84BC5">
        <w:rPr>
          <w:rFonts w:cs="Times New Roman"/>
          <w:sz w:val="22"/>
        </w:rPr>
        <w:t>8. să furnizeze documentele justificative privind activarea și valabilitatea licențelor;</w:t>
      </w:r>
    </w:p>
    <w:p w:rsidR="00C70DF0" w:rsidRPr="00A84BC5" w:rsidRDefault="00A84BC5">
      <w:pPr>
        <w:ind w:left="340"/>
        <w:jc w:val="both"/>
        <w:rPr>
          <w:rFonts w:cs="Times New Roman"/>
          <w:sz w:val="22"/>
        </w:rPr>
      </w:pPr>
      <w:r w:rsidRPr="00A84BC5">
        <w:rPr>
          <w:rFonts w:cs="Times New Roman"/>
          <w:sz w:val="22"/>
        </w:rPr>
        <w:t>9. să respecte politicile oficiale Fortinet;</w:t>
      </w:r>
    </w:p>
    <w:p w:rsidR="00C70DF0" w:rsidRPr="00A84BC5" w:rsidRDefault="00A84BC5">
      <w:pPr>
        <w:ind w:left="340"/>
        <w:jc w:val="both"/>
        <w:rPr>
          <w:rFonts w:cs="Times New Roman"/>
          <w:sz w:val="22"/>
        </w:rPr>
      </w:pPr>
      <w:r w:rsidRPr="00A84BC5">
        <w:rPr>
          <w:rFonts w:cs="Times New Roman"/>
          <w:sz w:val="22"/>
        </w:rPr>
        <w:t>10. să nu întrerupă continuitatea serviciilor prin întârzieri imputabile.</w:t>
      </w:r>
    </w:p>
    <w:p w:rsidR="00C70DF0" w:rsidRPr="00A84BC5" w:rsidRDefault="00C70DF0">
      <w:pPr>
        <w:jc w:val="both"/>
        <w:rPr>
          <w:rFonts w:cs="Times New Roman"/>
          <w:sz w:val="22"/>
        </w:rPr>
      </w:pPr>
    </w:p>
    <w:p w:rsidR="00C70DF0" w:rsidRPr="00A84BC5" w:rsidRDefault="00A84BC5">
      <w:pPr>
        <w:rPr>
          <w:rFonts w:cs="Times New Roman"/>
          <w:sz w:val="22"/>
        </w:rPr>
      </w:pPr>
      <w:r w:rsidRPr="00A84BC5">
        <w:rPr>
          <w:rFonts w:cs="Times New Roman"/>
          <w:b/>
          <w:sz w:val="22"/>
        </w:rPr>
        <w:t>14. OBLIGAȚIILE ANSP</w:t>
      </w:r>
    </w:p>
    <w:p w:rsidR="00C70DF0" w:rsidRPr="00A84BC5" w:rsidRDefault="00A84BC5">
      <w:pPr>
        <w:jc w:val="both"/>
        <w:rPr>
          <w:rFonts w:cs="Times New Roman"/>
          <w:sz w:val="22"/>
        </w:rPr>
      </w:pPr>
      <w:r w:rsidRPr="00A84BC5">
        <w:rPr>
          <w:rFonts w:cs="Times New Roman"/>
          <w:sz w:val="22"/>
        </w:rPr>
        <w:t>Beneficiarul va:</w:t>
      </w:r>
    </w:p>
    <w:p w:rsidR="00C70DF0" w:rsidRPr="00A84BC5" w:rsidRDefault="00A84BC5">
      <w:pPr>
        <w:ind w:left="340"/>
        <w:jc w:val="both"/>
        <w:rPr>
          <w:rFonts w:cs="Times New Roman"/>
          <w:sz w:val="22"/>
        </w:rPr>
      </w:pPr>
      <w:r w:rsidRPr="00A84BC5">
        <w:rPr>
          <w:rFonts w:cs="Times New Roman"/>
          <w:sz w:val="22"/>
        </w:rPr>
        <w:t>• furniza informațiile necesare privind echipamentele și seriile acestora;</w:t>
      </w:r>
    </w:p>
    <w:p w:rsidR="00C70DF0" w:rsidRPr="00A84BC5" w:rsidRDefault="00A84BC5">
      <w:pPr>
        <w:ind w:left="340"/>
        <w:jc w:val="both"/>
        <w:rPr>
          <w:rFonts w:cs="Times New Roman"/>
          <w:sz w:val="22"/>
        </w:rPr>
      </w:pPr>
      <w:r w:rsidRPr="00A84BC5">
        <w:rPr>
          <w:rFonts w:cs="Times New Roman"/>
          <w:sz w:val="22"/>
        </w:rPr>
        <w:t>• asigura accesul la contul Fortinet, atunci când este necesar pentru activarea licențelor;</w:t>
      </w:r>
    </w:p>
    <w:p w:rsidR="00C70DF0" w:rsidRPr="00A84BC5" w:rsidRDefault="00A84BC5">
      <w:pPr>
        <w:ind w:left="340"/>
        <w:jc w:val="both"/>
        <w:rPr>
          <w:rFonts w:cs="Times New Roman"/>
          <w:sz w:val="22"/>
        </w:rPr>
      </w:pPr>
      <w:r w:rsidRPr="00A84BC5">
        <w:rPr>
          <w:rFonts w:cs="Times New Roman"/>
          <w:sz w:val="22"/>
        </w:rPr>
        <w:t>• verifica activarea și funcționalitatea serviciilor;</w:t>
      </w:r>
    </w:p>
    <w:p w:rsidR="00C70DF0" w:rsidRPr="00A84BC5" w:rsidRDefault="00A84BC5">
      <w:pPr>
        <w:ind w:left="340"/>
        <w:jc w:val="both"/>
        <w:rPr>
          <w:rFonts w:cs="Times New Roman"/>
          <w:sz w:val="22"/>
        </w:rPr>
      </w:pPr>
      <w:r w:rsidRPr="00A84BC5">
        <w:rPr>
          <w:rFonts w:cs="Times New Roman"/>
          <w:sz w:val="22"/>
        </w:rPr>
        <w:t>• desemna o persoană responsabilă pentru relația cu Prestatorul;</w:t>
      </w:r>
    </w:p>
    <w:p w:rsidR="00C70DF0" w:rsidRPr="00A84BC5" w:rsidRDefault="00A84BC5">
      <w:pPr>
        <w:ind w:left="340"/>
        <w:jc w:val="both"/>
        <w:rPr>
          <w:rFonts w:cs="Times New Roman"/>
          <w:sz w:val="22"/>
        </w:rPr>
      </w:pPr>
      <w:r w:rsidRPr="00A84BC5">
        <w:rPr>
          <w:rFonts w:cs="Times New Roman"/>
          <w:sz w:val="22"/>
        </w:rPr>
        <w:t>• semnala în timp util eventualele neconformități constatate.</w:t>
      </w:r>
    </w:p>
    <w:p w:rsidR="00C70DF0" w:rsidRPr="00A84BC5" w:rsidRDefault="00C70DF0">
      <w:pPr>
        <w:jc w:val="both"/>
        <w:rPr>
          <w:rFonts w:cs="Times New Roman"/>
          <w:sz w:val="22"/>
        </w:rPr>
      </w:pPr>
    </w:p>
    <w:p w:rsidR="00C70DF0" w:rsidRPr="00A84BC5" w:rsidRDefault="00A84BC5">
      <w:pPr>
        <w:rPr>
          <w:rFonts w:cs="Times New Roman"/>
          <w:sz w:val="22"/>
        </w:rPr>
      </w:pPr>
      <w:r w:rsidRPr="00A84BC5">
        <w:rPr>
          <w:rFonts w:cs="Times New Roman"/>
          <w:b/>
          <w:sz w:val="22"/>
        </w:rPr>
        <w:t>15. CERINȚE PRIVIND RECEPȚIA SERVICIILOR</w:t>
      </w:r>
    </w:p>
    <w:p w:rsidR="00C70DF0" w:rsidRPr="00A84BC5" w:rsidRDefault="00A84BC5">
      <w:pPr>
        <w:jc w:val="both"/>
        <w:rPr>
          <w:rFonts w:cs="Times New Roman"/>
          <w:sz w:val="22"/>
        </w:rPr>
      </w:pPr>
      <w:r w:rsidRPr="00A84BC5">
        <w:rPr>
          <w:rFonts w:cs="Times New Roman"/>
          <w:sz w:val="22"/>
        </w:rPr>
        <w:t>Recepția serviciilor va fi efectuată numai după îndeplinirea cumulativă a următoarelor condiții:</w:t>
      </w:r>
    </w:p>
    <w:p w:rsidR="00C70DF0" w:rsidRPr="00A84BC5" w:rsidRDefault="00A84BC5">
      <w:pPr>
        <w:ind w:left="340"/>
        <w:jc w:val="both"/>
        <w:rPr>
          <w:rFonts w:cs="Times New Roman"/>
          <w:sz w:val="22"/>
        </w:rPr>
      </w:pPr>
      <w:r w:rsidRPr="00A84BC5">
        <w:rPr>
          <w:rFonts w:cs="Times New Roman"/>
          <w:sz w:val="22"/>
        </w:rPr>
        <w:t>• toate licențele au fost activate;</w:t>
      </w:r>
    </w:p>
    <w:p w:rsidR="00C70DF0" w:rsidRPr="00A84BC5" w:rsidRDefault="00A84BC5">
      <w:pPr>
        <w:ind w:left="340"/>
        <w:jc w:val="both"/>
        <w:rPr>
          <w:rFonts w:cs="Times New Roman"/>
          <w:sz w:val="22"/>
        </w:rPr>
      </w:pPr>
      <w:r w:rsidRPr="00A84BC5">
        <w:rPr>
          <w:rFonts w:cs="Times New Roman"/>
          <w:sz w:val="22"/>
        </w:rPr>
        <w:t>• perioada de valabilitate este de 12 luni;</w:t>
      </w:r>
    </w:p>
    <w:p w:rsidR="00C70DF0" w:rsidRPr="00A84BC5" w:rsidRDefault="00A84BC5">
      <w:pPr>
        <w:ind w:left="340"/>
        <w:jc w:val="both"/>
        <w:rPr>
          <w:rFonts w:cs="Times New Roman"/>
          <w:sz w:val="22"/>
        </w:rPr>
      </w:pPr>
      <w:r w:rsidRPr="00A84BC5">
        <w:rPr>
          <w:rFonts w:cs="Times New Roman"/>
          <w:sz w:val="22"/>
        </w:rPr>
        <w:t>• licențele sunt vizibile în portalul oficial Fortinet;</w:t>
      </w:r>
    </w:p>
    <w:p w:rsidR="00C70DF0" w:rsidRPr="00A84BC5" w:rsidRDefault="00A84BC5">
      <w:pPr>
        <w:ind w:left="340"/>
        <w:jc w:val="both"/>
        <w:rPr>
          <w:rFonts w:cs="Times New Roman"/>
          <w:sz w:val="22"/>
        </w:rPr>
      </w:pPr>
      <w:r w:rsidRPr="00A84BC5">
        <w:rPr>
          <w:rFonts w:cs="Times New Roman"/>
          <w:sz w:val="22"/>
        </w:rPr>
        <w:t>• serviciile FortiGuard sunt active;</w:t>
      </w:r>
    </w:p>
    <w:p w:rsidR="00C70DF0" w:rsidRPr="00A84BC5" w:rsidRDefault="00A84BC5">
      <w:pPr>
        <w:ind w:left="340"/>
        <w:jc w:val="both"/>
        <w:rPr>
          <w:rFonts w:cs="Times New Roman"/>
          <w:sz w:val="22"/>
        </w:rPr>
      </w:pPr>
      <w:r w:rsidRPr="00A84BC5">
        <w:rPr>
          <w:rFonts w:cs="Times New Roman"/>
          <w:sz w:val="22"/>
        </w:rPr>
        <w:t>• serviciile FortiCare sunt active;</w:t>
      </w:r>
    </w:p>
    <w:p w:rsidR="00C70DF0" w:rsidRPr="00A84BC5" w:rsidRDefault="00A84BC5">
      <w:pPr>
        <w:ind w:left="340"/>
        <w:jc w:val="both"/>
        <w:rPr>
          <w:rFonts w:cs="Times New Roman"/>
          <w:sz w:val="22"/>
        </w:rPr>
      </w:pPr>
      <w:r w:rsidRPr="00A84BC5">
        <w:rPr>
          <w:rFonts w:cs="Times New Roman"/>
          <w:sz w:val="22"/>
        </w:rPr>
        <w:t>• accesul la firmware și actualizări este funcțional;</w:t>
      </w:r>
    </w:p>
    <w:p w:rsidR="00C70DF0" w:rsidRPr="00A84BC5" w:rsidRDefault="00A84BC5">
      <w:pPr>
        <w:ind w:left="340"/>
        <w:jc w:val="both"/>
        <w:rPr>
          <w:rFonts w:cs="Times New Roman"/>
          <w:sz w:val="22"/>
        </w:rPr>
      </w:pPr>
      <w:r w:rsidRPr="00A84BC5">
        <w:rPr>
          <w:rFonts w:cs="Times New Roman"/>
          <w:sz w:val="22"/>
        </w:rPr>
        <w:t>• accesul la suportul tehnic al producătorului este confirmat;</w:t>
      </w:r>
    </w:p>
    <w:p w:rsidR="00C70DF0" w:rsidRPr="00A84BC5" w:rsidRDefault="00A84BC5">
      <w:pPr>
        <w:ind w:left="340"/>
        <w:jc w:val="both"/>
        <w:rPr>
          <w:rFonts w:cs="Times New Roman"/>
          <w:sz w:val="22"/>
        </w:rPr>
      </w:pPr>
      <w:r w:rsidRPr="00A84BC5">
        <w:rPr>
          <w:rFonts w:cs="Times New Roman"/>
          <w:sz w:val="22"/>
        </w:rPr>
        <w:t>• documentele justificative au fost transmise ANSP.</w:t>
      </w:r>
    </w:p>
    <w:p w:rsidR="00C70DF0" w:rsidRPr="00A84BC5" w:rsidRDefault="00A84BC5">
      <w:pPr>
        <w:jc w:val="both"/>
        <w:rPr>
          <w:rFonts w:cs="Times New Roman"/>
          <w:sz w:val="22"/>
        </w:rPr>
      </w:pPr>
      <w:r w:rsidRPr="00A84BC5">
        <w:rPr>
          <w:rFonts w:cs="Times New Roman"/>
          <w:sz w:val="22"/>
        </w:rPr>
        <w:t>Recepția se finalizează prin semnarea Actului de recepție a serviciilor.</w:t>
      </w:r>
    </w:p>
    <w:p w:rsidR="00C70DF0" w:rsidRPr="00A84BC5" w:rsidRDefault="00C70DF0">
      <w:pPr>
        <w:jc w:val="both"/>
        <w:rPr>
          <w:rFonts w:cs="Times New Roman"/>
          <w:sz w:val="22"/>
        </w:rPr>
      </w:pPr>
    </w:p>
    <w:p w:rsidR="00C70DF0" w:rsidRPr="00A84BC5" w:rsidRDefault="00A84BC5">
      <w:pPr>
        <w:rPr>
          <w:rFonts w:cs="Times New Roman"/>
          <w:sz w:val="22"/>
        </w:rPr>
      </w:pPr>
      <w:r w:rsidRPr="00A84BC5">
        <w:rPr>
          <w:rFonts w:cs="Times New Roman"/>
          <w:b/>
          <w:sz w:val="22"/>
        </w:rPr>
        <w:t>16. CRITERII DE ACCEPTANȚĂ</w:t>
      </w:r>
    </w:p>
    <w:p w:rsidR="00C70DF0" w:rsidRPr="00A84BC5" w:rsidRDefault="00A84BC5">
      <w:pPr>
        <w:jc w:val="both"/>
        <w:rPr>
          <w:rFonts w:cs="Times New Roman"/>
          <w:sz w:val="22"/>
        </w:rPr>
      </w:pPr>
      <w:r w:rsidRPr="00A84BC5">
        <w:rPr>
          <w:rFonts w:cs="Times New Roman"/>
          <w:sz w:val="22"/>
        </w:rPr>
        <w:t>Serviciile vor fi considerate acceptate dacă sunt îndeplinite simultan următoarele condiții:</w:t>
      </w:r>
    </w:p>
    <w:p w:rsidR="00C70DF0" w:rsidRPr="00A84BC5" w:rsidRDefault="00A84BC5">
      <w:pPr>
        <w:ind w:left="340"/>
        <w:jc w:val="both"/>
        <w:rPr>
          <w:rFonts w:cs="Times New Roman"/>
          <w:sz w:val="22"/>
        </w:rPr>
      </w:pPr>
      <w:r w:rsidRPr="00A84BC5">
        <w:rPr>
          <w:rFonts w:cs="Times New Roman"/>
          <w:sz w:val="22"/>
        </w:rPr>
        <w:t>• toate subscripțiile sunt active;</w:t>
      </w:r>
    </w:p>
    <w:p w:rsidR="00C70DF0" w:rsidRPr="00A84BC5" w:rsidRDefault="00A84BC5">
      <w:pPr>
        <w:ind w:left="340"/>
        <w:jc w:val="both"/>
        <w:rPr>
          <w:rFonts w:cs="Times New Roman"/>
          <w:sz w:val="22"/>
        </w:rPr>
      </w:pPr>
      <w:r w:rsidRPr="00A84BC5">
        <w:rPr>
          <w:rFonts w:cs="Times New Roman"/>
          <w:sz w:val="22"/>
        </w:rPr>
        <w:t>• toate echipamentele prevăzute în contract beneficiază de serviciile licențiate;</w:t>
      </w:r>
    </w:p>
    <w:p w:rsidR="00C70DF0" w:rsidRPr="00A84BC5" w:rsidRDefault="00A84BC5">
      <w:pPr>
        <w:ind w:left="340"/>
        <w:jc w:val="both"/>
        <w:rPr>
          <w:rFonts w:cs="Times New Roman"/>
          <w:sz w:val="22"/>
        </w:rPr>
      </w:pPr>
      <w:r w:rsidRPr="00A84BC5">
        <w:rPr>
          <w:rFonts w:cs="Times New Roman"/>
          <w:sz w:val="22"/>
        </w:rPr>
        <w:t>• nu există erori privind asocierea licențelor;</w:t>
      </w:r>
    </w:p>
    <w:p w:rsidR="00C70DF0" w:rsidRPr="00A84BC5" w:rsidRDefault="00A84BC5">
      <w:pPr>
        <w:ind w:left="340"/>
        <w:jc w:val="both"/>
        <w:rPr>
          <w:rFonts w:cs="Times New Roman"/>
          <w:sz w:val="22"/>
        </w:rPr>
      </w:pPr>
      <w:r w:rsidRPr="00A84BC5">
        <w:rPr>
          <w:rFonts w:cs="Times New Roman"/>
          <w:sz w:val="22"/>
        </w:rPr>
        <w:t>• Beneficiarul poate verifica valabilitatea acestora în portalul oficial Fortinet;</w:t>
      </w:r>
    </w:p>
    <w:p w:rsidR="00C70DF0" w:rsidRPr="00A84BC5" w:rsidRDefault="00A84BC5">
      <w:pPr>
        <w:ind w:left="340"/>
        <w:jc w:val="both"/>
        <w:rPr>
          <w:rFonts w:cs="Times New Roman"/>
          <w:sz w:val="22"/>
        </w:rPr>
      </w:pPr>
      <w:r w:rsidRPr="00A84BC5">
        <w:rPr>
          <w:rFonts w:cs="Times New Roman"/>
          <w:sz w:val="22"/>
        </w:rPr>
        <w:t>• toate serviciile contractate sunt disponibile și funcționale.</w:t>
      </w:r>
    </w:p>
    <w:p w:rsidR="00C70DF0" w:rsidRPr="00A84BC5" w:rsidRDefault="00A84BC5">
      <w:pPr>
        <w:jc w:val="both"/>
        <w:rPr>
          <w:rFonts w:cs="Times New Roman"/>
          <w:sz w:val="22"/>
        </w:rPr>
      </w:pPr>
      <w:r w:rsidRPr="00A84BC5">
        <w:rPr>
          <w:rFonts w:cs="Times New Roman"/>
          <w:sz w:val="22"/>
        </w:rPr>
        <w:t>În cazul constatării unor neconformități, Prestatorul este obligat să le remedieze fără costuri suplimentare într-un termen de maximum 5 zile lucrătoare.</w:t>
      </w:r>
    </w:p>
    <w:p w:rsidR="00C70DF0" w:rsidRPr="00A84BC5" w:rsidRDefault="00C70DF0">
      <w:pPr>
        <w:jc w:val="both"/>
        <w:rPr>
          <w:rFonts w:cs="Times New Roman"/>
          <w:sz w:val="22"/>
        </w:rPr>
      </w:pPr>
    </w:p>
    <w:p w:rsidR="00C70DF0" w:rsidRPr="00A84BC5" w:rsidRDefault="00A84BC5">
      <w:pPr>
        <w:rPr>
          <w:rFonts w:cs="Times New Roman"/>
          <w:sz w:val="22"/>
        </w:rPr>
      </w:pPr>
      <w:r w:rsidRPr="00A84BC5">
        <w:rPr>
          <w:rFonts w:cs="Times New Roman"/>
          <w:b/>
          <w:sz w:val="22"/>
        </w:rPr>
        <w:t>17. GARANȚII</w:t>
      </w:r>
    </w:p>
    <w:p w:rsidR="00C70DF0" w:rsidRPr="00A84BC5" w:rsidRDefault="00A84BC5">
      <w:pPr>
        <w:jc w:val="both"/>
        <w:rPr>
          <w:rFonts w:cs="Times New Roman"/>
          <w:sz w:val="22"/>
        </w:rPr>
      </w:pPr>
      <w:r w:rsidRPr="00A84BC5">
        <w:rPr>
          <w:rFonts w:cs="Times New Roman"/>
          <w:sz w:val="22"/>
        </w:rPr>
        <w:t>Prestatorul garantează că:</w:t>
      </w:r>
    </w:p>
    <w:p w:rsidR="00C70DF0" w:rsidRPr="00A84BC5" w:rsidRDefault="00A84BC5">
      <w:pPr>
        <w:ind w:left="340"/>
        <w:jc w:val="both"/>
        <w:rPr>
          <w:rFonts w:cs="Times New Roman"/>
          <w:sz w:val="22"/>
        </w:rPr>
      </w:pPr>
      <w:r w:rsidRPr="00A84BC5">
        <w:rPr>
          <w:rFonts w:cs="Times New Roman"/>
          <w:sz w:val="22"/>
        </w:rPr>
        <w:t>• licențele furnizate sunt originale și provin din canalul oficial Fortinet;</w:t>
      </w:r>
    </w:p>
    <w:p w:rsidR="00C70DF0" w:rsidRPr="00A84BC5" w:rsidRDefault="00A84BC5">
      <w:pPr>
        <w:ind w:left="340"/>
        <w:jc w:val="both"/>
        <w:rPr>
          <w:rFonts w:cs="Times New Roman"/>
          <w:sz w:val="22"/>
        </w:rPr>
      </w:pPr>
      <w:r w:rsidRPr="00A84BC5">
        <w:rPr>
          <w:rFonts w:cs="Times New Roman"/>
          <w:sz w:val="22"/>
        </w:rPr>
        <w:t>• licențele sunt eligibile pentru suportul oficial al producătorului;</w:t>
      </w:r>
    </w:p>
    <w:p w:rsidR="00C70DF0" w:rsidRPr="00A84BC5" w:rsidRDefault="00A84BC5">
      <w:pPr>
        <w:ind w:left="340"/>
        <w:jc w:val="both"/>
        <w:rPr>
          <w:rFonts w:cs="Times New Roman"/>
          <w:sz w:val="22"/>
        </w:rPr>
      </w:pPr>
      <w:r w:rsidRPr="00A84BC5">
        <w:rPr>
          <w:rFonts w:cs="Times New Roman"/>
          <w:sz w:val="22"/>
        </w:rPr>
        <w:t>• serviciile vor fi active pe întreaga perioadă contractuală;</w:t>
      </w:r>
    </w:p>
    <w:p w:rsidR="00C70DF0" w:rsidRPr="00A84BC5" w:rsidRDefault="00A84BC5">
      <w:pPr>
        <w:ind w:left="340"/>
        <w:jc w:val="both"/>
        <w:rPr>
          <w:rFonts w:cs="Times New Roman"/>
          <w:sz w:val="22"/>
        </w:rPr>
      </w:pPr>
      <w:r w:rsidRPr="00A84BC5">
        <w:rPr>
          <w:rFonts w:cs="Times New Roman"/>
          <w:sz w:val="22"/>
        </w:rPr>
        <w:t>• nu există restricții privind utilizarea acestora pe teritoriul Republicii Moldova;</w:t>
      </w:r>
    </w:p>
    <w:p w:rsidR="00C70DF0" w:rsidRPr="00A84BC5" w:rsidRDefault="00A84BC5">
      <w:pPr>
        <w:ind w:left="340"/>
        <w:jc w:val="both"/>
        <w:rPr>
          <w:rFonts w:cs="Times New Roman"/>
          <w:sz w:val="22"/>
        </w:rPr>
      </w:pPr>
      <w:r w:rsidRPr="00A84BC5">
        <w:rPr>
          <w:rFonts w:cs="Times New Roman"/>
          <w:sz w:val="22"/>
        </w:rPr>
        <w:t>• toate drepturile de utilizare sunt acordate în conformitate cu politicile producătorului.</w:t>
      </w:r>
    </w:p>
    <w:p w:rsidR="00C70DF0" w:rsidRPr="00A84BC5" w:rsidRDefault="00C70DF0">
      <w:pPr>
        <w:jc w:val="both"/>
        <w:rPr>
          <w:rFonts w:cs="Times New Roman"/>
          <w:sz w:val="22"/>
        </w:rPr>
      </w:pPr>
    </w:p>
    <w:p w:rsidR="00C70DF0" w:rsidRPr="00A84BC5" w:rsidRDefault="00A84BC5">
      <w:pPr>
        <w:rPr>
          <w:rFonts w:cs="Times New Roman"/>
          <w:sz w:val="22"/>
        </w:rPr>
      </w:pPr>
      <w:r w:rsidRPr="00A84BC5">
        <w:rPr>
          <w:rFonts w:cs="Times New Roman"/>
          <w:b/>
          <w:sz w:val="22"/>
        </w:rPr>
        <w:t>18. PENALITĂȚI</w:t>
      </w:r>
    </w:p>
    <w:p w:rsidR="00C70DF0" w:rsidRPr="00A84BC5" w:rsidRDefault="00A84BC5">
      <w:pPr>
        <w:jc w:val="both"/>
        <w:rPr>
          <w:rFonts w:cs="Times New Roman"/>
          <w:sz w:val="22"/>
        </w:rPr>
      </w:pPr>
      <w:r w:rsidRPr="00A84BC5">
        <w:rPr>
          <w:rFonts w:cs="Times New Roman"/>
          <w:sz w:val="22"/>
        </w:rPr>
        <w:t>În cazul întârzierii activării licențelor din culpa Prestatorului, Autoritatea Contractantă poate aplica penalități conform condițiilor contractuale și legislației privind achizițiile publice.</w:t>
      </w:r>
    </w:p>
    <w:p w:rsidR="00C70DF0" w:rsidRPr="00A84BC5" w:rsidRDefault="00A84BC5">
      <w:pPr>
        <w:jc w:val="both"/>
        <w:rPr>
          <w:rFonts w:cs="Times New Roman"/>
          <w:sz w:val="22"/>
        </w:rPr>
      </w:pPr>
      <w:r w:rsidRPr="00A84BC5">
        <w:rPr>
          <w:rFonts w:cs="Times New Roman"/>
          <w:sz w:val="22"/>
        </w:rPr>
        <w:t>În cazul furnizării unor licențe neconforme, Prestatorul va înlocui, pe propria cheltuială, licențele respective cu licențe conforme și va suporta toate costurile aferente remedierii situației.</w:t>
      </w:r>
    </w:p>
    <w:p w:rsidR="00C70DF0" w:rsidRPr="00A84BC5" w:rsidRDefault="00A84BC5">
      <w:pPr>
        <w:jc w:val="both"/>
        <w:rPr>
          <w:rFonts w:cs="Times New Roman"/>
          <w:sz w:val="22"/>
        </w:rPr>
      </w:pPr>
      <w:r w:rsidRPr="00A84BC5">
        <w:rPr>
          <w:rFonts w:cs="Times New Roman"/>
          <w:sz w:val="22"/>
        </w:rPr>
        <w:t xml:space="preserve">În cazul în care neconformitățile nu sunt remediate în termenul stabilit, Beneficiarul își rezervă dreptul de </w:t>
      </w:r>
      <w:proofErr w:type="gramStart"/>
      <w:r w:rsidRPr="00A84BC5">
        <w:rPr>
          <w:rFonts w:cs="Times New Roman"/>
          <w:sz w:val="22"/>
        </w:rPr>
        <w:t>a</w:t>
      </w:r>
      <w:proofErr w:type="gramEnd"/>
      <w:r w:rsidRPr="00A84BC5">
        <w:rPr>
          <w:rFonts w:cs="Times New Roman"/>
          <w:sz w:val="22"/>
        </w:rPr>
        <w:t xml:space="preserve"> aplica măsurile prevăzute în contract, inclusiv rezilierea acestuia și solicitarea de despăgubiri, în condițiile legii.</w:t>
      </w:r>
    </w:p>
    <w:p w:rsidR="00C70DF0" w:rsidRPr="00A84BC5" w:rsidRDefault="00C70DF0">
      <w:pPr>
        <w:jc w:val="both"/>
        <w:rPr>
          <w:rFonts w:cs="Times New Roman"/>
          <w:sz w:val="22"/>
        </w:rPr>
      </w:pPr>
    </w:p>
    <w:p w:rsidR="00C70DF0" w:rsidRPr="00A84BC5" w:rsidRDefault="00A84BC5">
      <w:pPr>
        <w:rPr>
          <w:rFonts w:cs="Times New Roman"/>
          <w:sz w:val="22"/>
        </w:rPr>
      </w:pPr>
      <w:r w:rsidRPr="00A84BC5">
        <w:rPr>
          <w:rFonts w:cs="Times New Roman"/>
          <w:b/>
          <w:sz w:val="22"/>
        </w:rPr>
        <w:t>19. DOCUMENTE OBLIGATORII LA DEPUNEREA OFERTEI</w:t>
      </w:r>
    </w:p>
    <w:p w:rsidR="00C70DF0" w:rsidRPr="00A84BC5" w:rsidRDefault="00A84BC5">
      <w:pPr>
        <w:jc w:val="both"/>
        <w:rPr>
          <w:rFonts w:cs="Times New Roman"/>
          <w:sz w:val="22"/>
        </w:rPr>
      </w:pPr>
      <w:r w:rsidRPr="00A84BC5">
        <w:rPr>
          <w:rFonts w:cs="Times New Roman"/>
          <w:sz w:val="22"/>
        </w:rPr>
        <w:t>În conformitate cu Legea nr. 131/2015 privind achizițiile publice și documentația standard aprobată de Agenția Achiziții Publice, ofertantul va prezenta, prin intermediul SIA RSAP (MTender), următoarele documente:</w:t>
      </w:r>
    </w:p>
    <w:tbl>
      <w:tblPr>
        <w:tblStyle w:val="Tabelgril"/>
        <w:tblW w:w="0" w:type="auto"/>
        <w:jc w:val="center"/>
        <w:tblLook w:val="04A0" w:firstRow="1" w:lastRow="0" w:firstColumn="1" w:lastColumn="0" w:noHBand="0" w:noVBand="1"/>
      </w:tblPr>
      <w:tblGrid>
        <w:gridCol w:w="3367"/>
        <w:gridCol w:w="3368"/>
        <w:gridCol w:w="3368"/>
      </w:tblGrid>
      <w:tr w:rsidR="00C70DF0" w:rsidRPr="00A84BC5">
        <w:trPr>
          <w:jc w:val="center"/>
        </w:trPr>
        <w:tc>
          <w:tcPr>
            <w:tcW w:w="3371" w:type="dxa"/>
            <w:vAlign w:val="center"/>
          </w:tcPr>
          <w:p w:rsidR="00C70DF0" w:rsidRPr="00A84BC5" w:rsidRDefault="00A84BC5">
            <w:pPr>
              <w:rPr>
                <w:rFonts w:cs="Times New Roman"/>
                <w:sz w:val="22"/>
              </w:rPr>
            </w:pPr>
            <w:r w:rsidRPr="00A84BC5">
              <w:rPr>
                <w:rFonts w:cs="Times New Roman"/>
                <w:sz w:val="22"/>
              </w:rPr>
              <w:t>Nr.</w:t>
            </w:r>
          </w:p>
        </w:tc>
        <w:tc>
          <w:tcPr>
            <w:tcW w:w="3371" w:type="dxa"/>
            <w:vAlign w:val="center"/>
          </w:tcPr>
          <w:p w:rsidR="00C70DF0" w:rsidRPr="00A84BC5" w:rsidRDefault="00A84BC5">
            <w:pPr>
              <w:rPr>
                <w:rFonts w:cs="Times New Roman"/>
                <w:sz w:val="22"/>
              </w:rPr>
            </w:pPr>
            <w:r w:rsidRPr="00A84BC5">
              <w:rPr>
                <w:rFonts w:cs="Times New Roman"/>
                <w:sz w:val="22"/>
              </w:rPr>
              <w:t>Document</w:t>
            </w:r>
          </w:p>
        </w:tc>
        <w:tc>
          <w:tcPr>
            <w:tcW w:w="3371" w:type="dxa"/>
            <w:vAlign w:val="center"/>
          </w:tcPr>
          <w:p w:rsidR="00C70DF0" w:rsidRPr="00A84BC5" w:rsidRDefault="00A84BC5">
            <w:pPr>
              <w:rPr>
                <w:rFonts w:cs="Times New Roman"/>
                <w:sz w:val="22"/>
              </w:rPr>
            </w:pPr>
            <w:r w:rsidRPr="00A84BC5">
              <w:rPr>
                <w:rFonts w:cs="Times New Roman"/>
                <w:sz w:val="22"/>
              </w:rPr>
              <w:t>Obligatoriu</w:t>
            </w:r>
          </w:p>
        </w:tc>
      </w:tr>
      <w:tr w:rsidR="00C70DF0" w:rsidRPr="00A84BC5">
        <w:trPr>
          <w:jc w:val="center"/>
        </w:trPr>
        <w:tc>
          <w:tcPr>
            <w:tcW w:w="3371" w:type="dxa"/>
            <w:vAlign w:val="center"/>
          </w:tcPr>
          <w:p w:rsidR="00C70DF0" w:rsidRPr="00A84BC5" w:rsidRDefault="00A84BC5">
            <w:pPr>
              <w:rPr>
                <w:rFonts w:cs="Times New Roman"/>
                <w:sz w:val="22"/>
              </w:rPr>
            </w:pPr>
            <w:r w:rsidRPr="00A84BC5">
              <w:rPr>
                <w:rFonts w:cs="Times New Roman"/>
                <w:sz w:val="22"/>
              </w:rPr>
              <w:t>1</w:t>
            </w:r>
          </w:p>
        </w:tc>
        <w:tc>
          <w:tcPr>
            <w:tcW w:w="3371" w:type="dxa"/>
            <w:vAlign w:val="center"/>
          </w:tcPr>
          <w:p w:rsidR="00C70DF0" w:rsidRPr="00A84BC5" w:rsidRDefault="00A84BC5">
            <w:pPr>
              <w:rPr>
                <w:rFonts w:cs="Times New Roman"/>
                <w:sz w:val="22"/>
              </w:rPr>
            </w:pPr>
            <w:r w:rsidRPr="00A84BC5">
              <w:rPr>
                <w:rFonts w:cs="Times New Roman"/>
                <w:sz w:val="22"/>
              </w:rPr>
              <w:t>Formularul ofertei</w:t>
            </w:r>
          </w:p>
        </w:tc>
        <w:tc>
          <w:tcPr>
            <w:tcW w:w="3371" w:type="dxa"/>
            <w:vAlign w:val="center"/>
          </w:tcPr>
          <w:p w:rsidR="00C70DF0" w:rsidRPr="00A84BC5" w:rsidRDefault="00A84BC5">
            <w:pPr>
              <w:rPr>
                <w:rFonts w:cs="Times New Roman"/>
                <w:sz w:val="22"/>
              </w:rPr>
            </w:pPr>
            <w:r w:rsidRPr="00A84BC5">
              <w:rPr>
                <w:rFonts w:cs="Times New Roman"/>
                <w:sz w:val="22"/>
              </w:rPr>
              <w:t>Da</w:t>
            </w:r>
          </w:p>
        </w:tc>
      </w:tr>
      <w:tr w:rsidR="00C70DF0" w:rsidRPr="00A84BC5">
        <w:trPr>
          <w:jc w:val="center"/>
        </w:trPr>
        <w:tc>
          <w:tcPr>
            <w:tcW w:w="3371" w:type="dxa"/>
            <w:vAlign w:val="center"/>
          </w:tcPr>
          <w:p w:rsidR="00C70DF0" w:rsidRPr="00A84BC5" w:rsidRDefault="00A84BC5">
            <w:pPr>
              <w:rPr>
                <w:rFonts w:cs="Times New Roman"/>
                <w:sz w:val="22"/>
              </w:rPr>
            </w:pPr>
            <w:r w:rsidRPr="00A84BC5">
              <w:rPr>
                <w:rFonts w:cs="Times New Roman"/>
                <w:sz w:val="22"/>
              </w:rPr>
              <w:t>2</w:t>
            </w:r>
          </w:p>
        </w:tc>
        <w:tc>
          <w:tcPr>
            <w:tcW w:w="3371" w:type="dxa"/>
            <w:vAlign w:val="center"/>
          </w:tcPr>
          <w:p w:rsidR="00C70DF0" w:rsidRPr="00A84BC5" w:rsidRDefault="00A84BC5">
            <w:pPr>
              <w:rPr>
                <w:rFonts w:cs="Times New Roman"/>
                <w:sz w:val="22"/>
              </w:rPr>
            </w:pPr>
            <w:r w:rsidRPr="00A84BC5">
              <w:rPr>
                <w:rFonts w:cs="Times New Roman"/>
                <w:sz w:val="22"/>
              </w:rPr>
              <w:t>Specificația tehnică completată</w:t>
            </w:r>
          </w:p>
        </w:tc>
        <w:tc>
          <w:tcPr>
            <w:tcW w:w="3371" w:type="dxa"/>
            <w:vAlign w:val="center"/>
          </w:tcPr>
          <w:p w:rsidR="00C70DF0" w:rsidRPr="00A84BC5" w:rsidRDefault="00A84BC5">
            <w:pPr>
              <w:rPr>
                <w:rFonts w:cs="Times New Roman"/>
                <w:sz w:val="22"/>
              </w:rPr>
            </w:pPr>
            <w:r w:rsidRPr="00A84BC5">
              <w:rPr>
                <w:rFonts w:cs="Times New Roman"/>
                <w:sz w:val="22"/>
              </w:rPr>
              <w:t>Da</w:t>
            </w:r>
          </w:p>
        </w:tc>
      </w:tr>
      <w:tr w:rsidR="00C70DF0" w:rsidRPr="00A84BC5">
        <w:trPr>
          <w:jc w:val="center"/>
        </w:trPr>
        <w:tc>
          <w:tcPr>
            <w:tcW w:w="3371" w:type="dxa"/>
            <w:vAlign w:val="center"/>
          </w:tcPr>
          <w:p w:rsidR="00C70DF0" w:rsidRPr="00A84BC5" w:rsidRDefault="00A84BC5">
            <w:pPr>
              <w:rPr>
                <w:rFonts w:cs="Times New Roman"/>
                <w:sz w:val="22"/>
              </w:rPr>
            </w:pPr>
            <w:r w:rsidRPr="00A84BC5">
              <w:rPr>
                <w:rFonts w:cs="Times New Roman"/>
                <w:sz w:val="22"/>
              </w:rPr>
              <w:t>3</w:t>
            </w:r>
          </w:p>
        </w:tc>
        <w:tc>
          <w:tcPr>
            <w:tcW w:w="3371" w:type="dxa"/>
            <w:vAlign w:val="center"/>
          </w:tcPr>
          <w:p w:rsidR="00C70DF0" w:rsidRPr="00A84BC5" w:rsidRDefault="00A84BC5">
            <w:pPr>
              <w:rPr>
                <w:rFonts w:cs="Times New Roman"/>
                <w:sz w:val="22"/>
              </w:rPr>
            </w:pPr>
            <w:r w:rsidRPr="00A84BC5">
              <w:rPr>
                <w:rFonts w:cs="Times New Roman"/>
                <w:sz w:val="22"/>
              </w:rPr>
              <w:t>Specificația de preț</w:t>
            </w:r>
          </w:p>
        </w:tc>
        <w:tc>
          <w:tcPr>
            <w:tcW w:w="3371" w:type="dxa"/>
            <w:vAlign w:val="center"/>
          </w:tcPr>
          <w:p w:rsidR="00C70DF0" w:rsidRPr="00A84BC5" w:rsidRDefault="00A84BC5">
            <w:pPr>
              <w:rPr>
                <w:rFonts w:cs="Times New Roman"/>
                <w:sz w:val="22"/>
              </w:rPr>
            </w:pPr>
            <w:r w:rsidRPr="00A84BC5">
              <w:rPr>
                <w:rFonts w:cs="Times New Roman"/>
                <w:sz w:val="22"/>
              </w:rPr>
              <w:t>Da</w:t>
            </w:r>
          </w:p>
        </w:tc>
      </w:tr>
      <w:tr w:rsidR="00C70DF0" w:rsidRPr="00A84BC5">
        <w:trPr>
          <w:jc w:val="center"/>
        </w:trPr>
        <w:tc>
          <w:tcPr>
            <w:tcW w:w="3371" w:type="dxa"/>
            <w:vAlign w:val="center"/>
          </w:tcPr>
          <w:p w:rsidR="00C70DF0" w:rsidRPr="00A84BC5" w:rsidRDefault="00A84BC5">
            <w:pPr>
              <w:rPr>
                <w:rFonts w:cs="Times New Roman"/>
                <w:sz w:val="22"/>
              </w:rPr>
            </w:pPr>
            <w:r w:rsidRPr="00A84BC5">
              <w:rPr>
                <w:rFonts w:cs="Times New Roman"/>
                <w:sz w:val="22"/>
              </w:rPr>
              <w:t>4</w:t>
            </w:r>
          </w:p>
        </w:tc>
        <w:tc>
          <w:tcPr>
            <w:tcW w:w="3371" w:type="dxa"/>
            <w:vAlign w:val="center"/>
          </w:tcPr>
          <w:p w:rsidR="00C70DF0" w:rsidRPr="00A84BC5" w:rsidRDefault="00A84BC5">
            <w:pPr>
              <w:rPr>
                <w:rFonts w:cs="Times New Roman"/>
                <w:sz w:val="22"/>
              </w:rPr>
            </w:pPr>
            <w:r w:rsidRPr="00A84BC5">
              <w:rPr>
                <w:rFonts w:cs="Times New Roman"/>
                <w:sz w:val="22"/>
              </w:rPr>
              <w:t>Declarația privind valabilitatea ofertei</w:t>
            </w:r>
          </w:p>
        </w:tc>
        <w:tc>
          <w:tcPr>
            <w:tcW w:w="3371" w:type="dxa"/>
            <w:vAlign w:val="center"/>
          </w:tcPr>
          <w:p w:rsidR="00C70DF0" w:rsidRPr="00A84BC5" w:rsidRDefault="00A84BC5">
            <w:pPr>
              <w:rPr>
                <w:rFonts w:cs="Times New Roman"/>
                <w:sz w:val="22"/>
              </w:rPr>
            </w:pPr>
            <w:r w:rsidRPr="00A84BC5">
              <w:rPr>
                <w:rFonts w:cs="Times New Roman"/>
                <w:sz w:val="22"/>
              </w:rPr>
              <w:t>Da</w:t>
            </w:r>
          </w:p>
        </w:tc>
      </w:tr>
      <w:tr w:rsidR="00C70DF0" w:rsidRPr="00A84BC5">
        <w:trPr>
          <w:jc w:val="center"/>
        </w:trPr>
        <w:tc>
          <w:tcPr>
            <w:tcW w:w="3371" w:type="dxa"/>
            <w:vAlign w:val="center"/>
          </w:tcPr>
          <w:p w:rsidR="00C70DF0" w:rsidRPr="00A84BC5" w:rsidRDefault="00A84BC5">
            <w:pPr>
              <w:rPr>
                <w:rFonts w:cs="Times New Roman"/>
                <w:sz w:val="22"/>
              </w:rPr>
            </w:pPr>
            <w:r w:rsidRPr="00A84BC5">
              <w:rPr>
                <w:rFonts w:cs="Times New Roman"/>
                <w:sz w:val="22"/>
              </w:rPr>
              <w:t>5</w:t>
            </w:r>
          </w:p>
        </w:tc>
        <w:tc>
          <w:tcPr>
            <w:tcW w:w="3371" w:type="dxa"/>
            <w:vAlign w:val="center"/>
          </w:tcPr>
          <w:p w:rsidR="00C70DF0" w:rsidRPr="00A84BC5" w:rsidRDefault="00A84BC5">
            <w:pPr>
              <w:rPr>
                <w:rFonts w:cs="Times New Roman"/>
                <w:sz w:val="22"/>
              </w:rPr>
            </w:pPr>
            <w:r w:rsidRPr="00A84BC5">
              <w:rPr>
                <w:rFonts w:cs="Times New Roman"/>
                <w:sz w:val="22"/>
              </w:rPr>
              <w:t>DUAE, după caz</w:t>
            </w:r>
          </w:p>
        </w:tc>
        <w:tc>
          <w:tcPr>
            <w:tcW w:w="3371" w:type="dxa"/>
            <w:vAlign w:val="center"/>
          </w:tcPr>
          <w:p w:rsidR="00C70DF0" w:rsidRPr="00A84BC5" w:rsidRDefault="00A84BC5">
            <w:pPr>
              <w:rPr>
                <w:rFonts w:cs="Times New Roman"/>
                <w:sz w:val="22"/>
              </w:rPr>
            </w:pPr>
            <w:r w:rsidRPr="00A84BC5">
              <w:rPr>
                <w:rFonts w:cs="Times New Roman"/>
                <w:sz w:val="22"/>
              </w:rPr>
              <w:t>Da</w:t>
            </w:r>
          </w:p>
        </w:tc>
      </w:tr>
      <w:tr w:rsidR="00C70DF0" w:rsidRPr="00A84BC5">
        <w:trPr>
          <w:jc w:val="center"/>
        </w:trPr>
        <w:tc>
          <w:tcPr>
            <w:tcW w:w="3371" w:type="dxa"/>
            <w:vAlign w:val="center"/>
          </w:tcPr>
          <w:p w:rsidR="00C70DF0" w:rsidRPr="00A84BC5" w:rsidRDefault="00A84BC5">
            <w:pPr>
              <w:rPr>
                <w:rFonts w:cs="Times New Roman"/>
                <w:sz w:val="22"/>
              </w:rPr>
            </w:pPr>
            <w:r w:rsidRPr="00A84BC5">
              <w:rPr>
                <w:rFonts w:cs="Times New Roman"/>
                <w:sz w:val="22"/>
              </w:rPr>
              <w:t>6</w:t>
            </w:r>
          </w:p>
        </w:tc>
        <w:tc>
          <w:tcPr>
            <w:tcW w:w="3371" w:type="dxa"/>
            <w:vAlign w:val="center"/>
          </w:tcPr>
          <w:p w:rsidR="00C70DF0" w:rsidRPr="00A84BC5" w:rsidRDefault="00A84BC5">
            <w:pPr>
              <w:rPr>
                <w:rFonts w:cs="Times New Roman"/>
                <w:sz w:val="22"/>
              </w:rPr>
            </w:pPr>
            <w:r w:rsidRPr="00A84BC5">
              <w:rPr>
                <w:rFonts w:cs="Times New Roman"/>
                <w:sz w:val="22"/>
              </w:rPr>
              <w:t>Declarația privind eligibilitatea</w:t>
            </w:r>
          </w:p>
        </w:tc>
        <w:tc>
          <w:tcPr>
            <w:tcW w:w="3371" w:type="dxa"/>
            <w:vAlign w:val="center"/>
          </w:tcPr>
          <w:p w:rsidR="00C70DF0" w:rsidRPr="00A84BC5" w:rsidRDefault="00A84BC5">
            <w:pPr>
              <w:rPr>
                <w:rFonts w:cs="Times New Roman"/>
                <w:sz w:val="22"/>
              </w:rPr>
            </w:pPr>
            <w:r w:rsidRPr="00A84BC5">
              <w:rPr>
                <w:rFonts w:cs="Times New Roman"/>
                <w:sz w:val="22"/>
              </w:rPr>
              <w:t>Conform documentației</w:t>
            </w:r>
          </w:p>
        </w:tc>
      </w:tr>
      <w:tr w:rsidR="00C70DF0" w:rsidRPr="00A84BC5">
        <w:trPr>
          <w:jc w:val="center"/>
        </w:trPr>
        <w:tc>
          <w:tcPr>
            <w:tcW w:w="3371" w:type="dxa"/>
            <w:vAlign w:val="center"/>
          </w:tcPr>
          <w:p w:rsidR="00C70DF0" w:rsidRPr="00A84BC5" w:rsidRDefault="00A84BC5">
            <w:pPr>
              <w:rPr>
                <w:rFonts w:cs="Times New Roman"/>
                <w:sz w:val="22"/>
              </w:rPr>
            </w:pPr>
            <w:r w:rsidRPr="00A84BC5">
              <w:rPr>
                <w:rFonts w:cs="Times New Roman"/>
                <w:sz w:val="22"/>
              </w:rPr>
              <w:t>7</w:t>
            </w:r>
          </w:p>
        </w:tc>
        <w:tc>
          <w:tcPr>
            <w:tcW w:w="3371" w:type="dxa"/>
            <w:vAlign w:val="center"/>
          </w:tcPr>
          <w:p w:rsidR="00C70DF0" w:rsidRPr="00A84BC5" w:rsidRDefault="00A84BC5">
            <w:pPr>
              <w:rPr>
                <w:rFonts w:cs="Times New Roman"/>
                <w:sz w:val="22"/>
              </w:rPr>
            </w:pPr>
            <w:r w:rsidRPr="00A84BC5">
              <w:rPr>
                <w:rFonts w:cs="Times New Roman"/>
                <w:sz w:val="22"/>
              </w:rPr>
              <w:t>Documentele privind reprezentarea legală</w:t>
            </w:r>
          </w:p>
        </w:tc>
        <w:tc>
          <w:tcPr>
            <w:tcW w:w="3371" w:type="dxa"/>
            <w:vAlign w:val="center"/>
          </w:tcPr>
          <w:p w:rsidR="00C70DF0" w:rsidRPr="00A84BC5" w:rsidRDefault="00A84BC5">
            <w:pPr>
              <w:rPr>
                <w:rFonts w:cs="Times New Roman"/>
                <w:sz w:val="22"/>
              </w:rPr>
            </w:pPr>
            <w:r w:rsidRPr="00A84BC5">
              <w:rPr>
                <w:rFonts w:cs="Times New Roman"/>
                <w:sz w:val="22"/>
              </w:rPr>
              <w:t>Da</w:t>
            </w:r>
          </w:p>
        </w:tc>
      </w:tr>
    </w:tbl>
    <w:p w:rsidR="00C70DF0" w:rsidRPr="00A84BC5" w:rsidRDefault="00A84BC5">
      <w:pPr>
        <w:jc w:val="both"/>
        <w:rPr>
          <w:rFonts w:cs="Times New Roman"/>
          <w:sz w:val="22"/>
        </w:rPr>
      </w:pPr>
      <w:r w:rsidRPr="00A84BC5">
        <w:rPr>
          <w:rFonts w:cs="Times New Roman"/>
          <w:sz w:val="22"/>
        </w:rPr>
        <w:lastRenderedPageBreak/>
        <w:t>Toate documentele vor fi semnate electronic de persoana autorizată.</w:t>
      </w:r>
    </w:p>
    <w:p w:rsidR="00C70DF0" w:rsidRPr="00A84BC5" w:rsidRDefault="00C70DF0">
      <w:pPr>
        <w:jc w:val="both"/>
        <w:rPr>
          <w:rFonts w:cs="Times New Roman"/>
          <w:sz w:val="22"/>
        </w:rPr>
      </w:pPr>
    </w:p>
    <w:p w:rsidR="00C70DF0" w:rsidRPr="00A84BC5" w:rsidRDefault="00A84BC5">
      <w:pPr>
        <w:rPr>
          <w:rFonts w:cs="Times New Roman"/>
          <w:sz w:val="22"/>
        </w:rPr>
      </w:pPr>
      <w:r w:rsidRPr="00A84BC5">
        <w:rPr>
          <w:rFonts w:cs="Times New Roman"/>
          <w:b/>
          <w:sz w:val="22"/>
        </w:rPr>
        <w:t>20. DOCUMENTE OBLIGATORII LA ETAPA EVALUĂRII</w:t>
      </w:r>
    </w:p>
    <w:p w:rsidR="00C70DF0" w:rsidRPr="00A84BC5" w:rsidRDefault="00A84BC5">
      <w:pPr>
        <w:jc w:val="both"/>
        <w:rPr>
          <w:rFonts w:cs="Times New Roman"/>
          <w:sz w:val="22"/>
        </w:rPr>
      </w:pPr>
      <w:r w:rsidRPr="00A84BC5">
        <w:rPr>
          <w:rFonts w:cs="Times New Roman"/>
          <w:sz w:val="22"/>
        </w:rPr>
        <w:t>Autoritatea Contractantă poate solicita prezentarea următoarelor documente justificative:</w:t>
      </w:r>
    </w:p>
    <w:p w:rsidR="00C70DF0" w:rsidRPr="00A84BC5" w:rsidRDefault="00A84BC5">
      <w:pPr>
        <w:rPr>
          <w:rFonts w:cs="Times New Roman"/>
          <w:sz w:val="22"/>
        </w:rPr>
      </w:pPr>
      <w:r w:rsidRPr="00A84BC5">
        <w:rPr>
          <w:rFonts w:cs="Times New Roman"/>
          <w:b/>
          <w:sz w:val="22"/>
        </w:rPr>
        <w:t>Documente privind operatorul economic</w:t>
      </w:r>
    </w:p>
    <w:p w:rsidR="00C70DF0" w:rsidRPr="00A84BC5" w:rsidRDefault="00A84BC5">
      <w:pPr>
        <w:ind w:left="340"/>
        <w:jc w:val="both"/>
        <w:rPr>
          <w:rFonts w:cs="Times New Roman"/>
          <w:sz w:val="22"/>
        </w:rPr>
      </w:pPr>
      <w:r w:rsidRPr="00A84BC5">
        <w:rPr>
          <w:rFonts w:cs="Times New Roman"/>
          <w:sz w:val="22"/>
        </w:rPr>
        <w:t>• extras din Registrul de Stat al persoanelor juridice;</w:t>
      </w:r>
    </w:p>
    <w:p w:rsidR="00C70DF0" w:rsidRPr="00A84BC5" w:rsidRDefault="00A84BC5">
      <w:pPr>
        <w:ind w:left="340"/>
        <w:jc w:val="both"/>
        <w:rPr>
          <w:rFonts w:cs="Times New Roman"/>
          <w:sz w:val="22"/>
        </w:rPr>
      </w:pPr>
      <w:r w:rsidRPr="00A84BC5">
        <w:rPr>
          <w:rFonts w:cs="Times New Roman"/>
          <w:sz w:val="22"/>
        </w:rPr>
        <w:t>• certificat privind lipsa datoriilor față de bugetul public;</w:t>
      </w:r>
    </w:p>
    <w:p w:rsidR="00C70DF0" w:rsidRPr="00A84BC5" w:rsidRDefault="00A84BC5">
      <w:pPr>
        <w:ind w:left="340"/>
        <w:jc w:val="both"/>
        <w:rPr>
          <w:rFonts w:cs="Times New Roman"/>
          <w:sz w:val="22"/>
        </w:rPr>
      </w:pPr>
      <w:r w:rsidRPr="00A84BC5">
        <w:rPr>
          <w:rFonts w:cs="Times New Roman"/>
          <w:sz w:val="22"/>
        </w:rPr>
        <w:t>• documente privind dreptul de reprezentare;</w:t>
      </w:r>
    </w:p>
    <w:p w:rsidR="00C70DF0" w:rsidRPr="00A84BC5" w:rsidRDefault="00A84BC5">
      <w:pPr>
        <w:ind w:left="340"/>
        <w:jc w:val="both"/>
        <w:rPr>
          <w:rFonts w:cs="Times New Roman"/>
          <w:sz w:val="22"/>
        </w:rPr>
      </w:pPr>
      <w:r w:rsidRPr="00A84BC5">
        <w:rPr>
          <w:rFonts w:cs="Times New Roman"/>
          <w:sz w:val="22"/>
        </w:rPr>
        <w:t>• informații privind experiența similară (dacă se solicită prin fișa de date).</w:t>
      </w:r>
    </w:p>
    <w:p w:rsidR="00C70DF0" w:rsidRPr="00A84BC5" w:rsidRDefault="00A84BC5">
      <w:pPr>
        <w:rPr>
          <w:rFonts w:cs="Times New Roman"/>
          <w:sz w:val="22"/>
        </w:rPr>
      </w:pPr>
      <w:r w:rsidRPr="00A84BC5">
        <w:rPr>
          <w:rFonts w:cs="Times New Roman"/>
          <w:b/>
          <w:sz w:val="22"/>
        </w:rPr>
        <w:t>Documente tehnice</w:t>
      </w:r>
    </w:p>
    <w:p w:rsidR="00C70DF0" w:rsidRPr="00A84BC5" w:rsidRDefault="00A84BC5">
      <w:pPr>
        <w:jc w:val="both"/>
        <w:rPr>
          <w:rFonts w:cs="Times New Roman"/>
          <w:sz w:val="22"/>
        </w:rPr>
      </w:pPr>
      <w:r w:rsidRPr="00A84BC5">
        <w:rPr>
          <w:rFonts w:cs="Times New Roman"/>
          <w:sz w:val="22"/>
        </w:rPr>
        <w:t>Prestatorul va prezenta:</w:t>
      </w:r>
    </w:p>
    <w:p w:rsidR="00C70DF0" w:rsidRPr="00A84BC5" w:rsidRDefault="00A84BC5">
      <w:pPr>
        <w:ind w:left="340"/>
        <w:jc w:val="both"/>
        <w:rPr>
          <w:rFonts w:cs="Times New Roman"/>
          <w:sz w:val="22"/>
        </w:rPr>
      </w:pPr>
      <w:r w:rsidRPr="00A84BC5">
        <w:rPr>
          <w:rFonts w:cs="Times New Roman"/>
          <w:sz w:val="22"/>
        </w:rPr>
        <w:t>• fișele tehnice oficiale Fortinet;</w:t>
      </w:r>
    </w:p>
    <w:p w:rsidR="00C70DF0" w:rsidRPr="00A84BC5" w:rsidRDefault="00A84BC5">
      <w:pPr>
        <w:ind w:left="340"/>
        <w:jc w:val="both"/>
        <w:rPr>
          <w:rFonts w:cs="Times New Roman"/>
          <w:sz w:val="22"/>
        </w:rPr>
      </w:pPr>
      <w:r w:rsidRPr="00A84BC5">
        <w:rPr>
          <w:rFonts w:cs="Times New Roman"/>
          <w:sz w:val="22"/>
        </w:rPr>
        <w:t>• descrierea serviciilor ofertate;</w:t>
      </w:r>
    </w:p>
    <w:p w:rsidR="00C70DF0" w:rsidRPr="00A84BC5" w:rsidRDefault="00A84BC5">
      <w:pPr>
        <w:ind w:left="340"/>
        <w:jc w:val="both"/>
        <w:rPr>
          <w:rFonts w:cs="Times New Roman"/>
          <w:sz w:val="22"/>
        </w:rPr>
      </w:pPr>
      <w:r w:rsidRPr="00A84BC5">
        <w:rPr>
          <w:rFonts w:cs="Times New Roman"/>
          <w:sz w:val="22"/>
        </w:rPr>
        <w:t>• codurile comerciale (SKU) ale subscripțiilor ofertate;</w:t>
      </w:r>
    </w:p>
    <w:p w:rsidR="00C70DF0" w:rsidRPr="00A84BC5" w:rsidRDefault="00A84BC5">
      <w:pPr>
        <w:ind w:left="340"/>
        <w:jc w:val="both"/>
        <w:rPr>
          <w:rFonts w:cs="Times New Roman"/>
          <w:sz w:val="22"/>
        </w:rPr>
      </w:pPr>
      <w:r w:rsidRPr="00A84BC5">
        <w:rPr>
          <w:rFonts w:cs="Times New Roman"/>
          <w:sz w:val="22"/>
        </w:rPr>
        <w:t>• confirmarea că serviciile sunt originale;</w:t>
      </w:r>
    </w:p>
    <w:p w:rsidR="00C70DF0" w:rsidRPr="00A84BC5" w:rsidRDefault="00A84BC5">
      <w:pPr>
        <w:ind w:left="340"/>
        <w:jc w:val="both"/>
        <w:rPr>
          <w:rFonts w:cs="Times New Roman"/>
          <w:sz w:val="22"/>
        </w:rPr>
      </w:pPr>
      <w:r w:rsidRPr="00A84BC5">
        <w:rPr>
          <w:rFonts w:cs="Times New Roman"/>
          <w:sz w:val="22"/>
        </w:rPr>
        <w:t>• confirmarea perioadei de valabilitate de 12 luni;</w:t>
      </w:r>
    </w:p>
    <w:p w:rsidR="00C70DF0" w:rsidRPr="00A84BC5" w:rsidRDefault="00A84BC5">
      <w:pPr>
        <w:ind w:left="340"/>
        <w:jc w:val="both"/>
        <w:rPr>
          <w:rFonts w:cs="Times New Roman"/>
          <w:sz w:val="22"/>
        </w:rPr>
      </w:pPr>
      <w:r w:rsidRPr="00A84BC5">
        <w:rPr>
          <w:rFonts w:cs="Times New Roman"/>
          <w:sz w:val="22"/>
        </w:rPr>
        <w:t>• documente care demonstrează compatibilitatea cu echipamentele existente.</w:t>
      </w:r>
    </w:p>
    <w:p w:rsidR="00C70DF0" w:rsidRPr="00A84BC5" w:rsidRDefault="00A84BC5">
      <w:pPr>
        <w:jc w:val="both"/>
        <w:rPr>
          <w:rFonts w:cs="Times New Roman"/>
          <w:sz w:val="22"/>
        </w:rPr>
      </w:pPr>
      <w:r w:rsidRPr="00A84BC5">
        <w:rPr>
          <w:rFonts w:cs="Times New Roman"/>
          <w:sz w:val="22"/>
        </w:rPr>
        <w:t>Autoritatea Contractantă își rezervă dreptul de a verifica informațiile direct în documentația publică a producătorului.</w:t>
      </w:r>
    </w:p>
    <w:p w:rsidR="00C70DF0" w:rsidRPr="00A84BC5" w:rsidRDefault="00C70DF0">
      <w:pPr>
        <w:jc w:val="both"/>
        <w:rPr>
          <w:rFonts w:cs="Times New Roman"/>
          <w:sz w:val="22"/>
        </w:rPr>
      </w:pPr>
    </w:p>
    <w:p w:rsidR="00C70DF0" w:rsidRPr="00A84BC5" w:rsidRDefault="00A84BC5">
      <w:pPr>
        <w:rPr>
          <w:rFonts w:cs="Times New Roman"/>
          <w:sz w:val="22"/>
        </w:rPr>
      </w:pPr>
      <w:r w:rsidRPr="00A84BC5">
        <w:rPr>
          <w:rFonts w:cs="Times New Roman"/>
          <w:b/>
          <w:sz w:val="22"/>
        </w:rPr>
        <w:t>21. CERINȚE PRIVIND OFERTA TEHNICĂ</w:t>
      </w:r>
    </w:p>
    <w:p w:rsidR="00C70DF0" w:rsidRPr="00A84BC5" w:rsidRDefault="00A84BC5">
      <w:pPr>
        <w:jc w:val="both"/>
        <w:rPr>
          <w:rFonts w:cs="Times New Roman"/>
          <w:sz w:val="22"/>
        </w:rPr>
      </w:pPr>
      <w:r w:rsidRPr="00A84BC5">
        <w:rPr>
          <w:rFonts w:cs="Times New Roman"/>
          <w:sz w:val="22"/>
        </w:rPr>
        <w:t>Oferta tehnică va conține, cel puțin:</w:t>
      </w:r>
    </w:p>
    <w:p w:rsidR="00C70DF0" w:rsidRPr="00A84BC5" w:rsidRDefault="00A84BC5">
      <w:pPr>
        <w:ind w:left="340"/>
        <w:jc w:val="both"/>
        <w:rPr>
          <w:rFonts w:cs="Times New Roman"/>
          <w:sz w:val="22"/>
        </w:rPr>
      </w:pPr>
      <w:r w:rsidRPr="00A84BC5">
        <w:rPr>
          <w:rFonts w:cs="Times New Roman"/>
          <w:sz w:val="22"/>
        </w:rPr>
        <w:t>• descrierea serviciilor ofertate;</w:t>
      </w:r>
    </w:p>
    <w:p w:rsidR="00C70DF0" w:rsidRPr="00A84BC5" w:rsidRDefault="00A84BC5">
      <w:pPr>
        <w:ind w:left="340"/>
        <w:jc w:val="both"/>
        <w:rPr>
          <w:rFonts w:cs="Times New Roman"/>
          <w:sz w:val="22"/>
        </w:rPr>
      </w:pPr>
      <w:r w:rsidRPr="00A84BC5">
        <w:rPr>
          <w:rFonts w:cs="Times New Roman"/>
          <w:sz w:val="22"/>
        </w:rPr>
        <w:t>• tipul exact al subscripțiilor;</w:t>
      </w:r>
    </w:p>
    <w:p w:rsidR="00C70DF0" w:rsidRPr="00A84BC5" w:rsidRDefault="00A84BC5">
      <w:pPr>
        <w:ind w:left="340"/>
        <w:jc w:val="both"/>
        <w:rPr>
          <w:rFonts w:cs="Times New Roman"/>
          <w:sz w:val="22"/>
        </w:rPr>
      </w:pPr>
      <w:r w:rsidRPr="00A84BC5">
        <w:rPr>
          <w:rFonts w:cs="Times New Roman"/>
          <w:sz w:val="22"/>
        </w:rPr>
        <w:t>• perioada de valabilitate;</w:t>
      </w:r>
    </w:p>
    <w:p w:rsidR="00C70DF0" w:rsidRPr="00A84BC5" w:rsidRDefault="00A84BC5">
      <w:pPr>
        <w:ind w:left="340"/>
        <w:jc w:val="both"/>
        <w:rPr>
          <w:rFonts w:cs="Times New Roman"/>
          <w:sz w:val="22"/>
        </w:rPr>
      </w:pPr>
      <w:r w:rsidRPr="00A84BC5">
        <w:rPr>
          <w:rFonts w:cs="Times New Roman"/>
          <w:sz w:val="22"/>
        </w:rPr>
        <w:t>• serviciile FortiGuard incluse;</w:t>
      </w:r>
    </w:p>
    <w:p w:rsidR="00C70DF0" w:rsidRPr="00A84BC5" w:rsidRDefault="00A84BC5">
      <w:pPr>
        <w:ind w:left="340"/>
        <w:jc w:val="both"/>
        <w:rPr>
          <w:rFonts w:cs="Times New Roman"/>
          <w:sz w:val="22"/>
        </w:rPr>
      </w:pPr>
      <w:r w:rsidRPr="00A84BC5">
        <w:rPr>
          <w:rFonts w:cs="Times New Roman"/>
          <w:sz w:val="22"/>
        </w:rPr>
        <w:t>• serviciile FortiCare incluse;</w:t>
      </w:r>
    </w:p>
    <w:p w:rsidR="00C70DF0" w:rsidRPr="00A84BC5" w:rsidRDefault="00A84BC5">
      <w:pPr>
        <w:ind w:left="340"/>
        <w:jc w:val="both"/>
        <w:rPr>
          <w:rFonts w:cs="Times New Roman"/>
          <w:sz w:val="22"/>
        </w:rPr>
      </w:pPr>
      <w:r w:rsidRPr="00A84BC5">
        <w:rPr>
          <w:rFonts w:cs="Times New Roman"/>
          <w:sz w:val="22"/>
        </w:rPr>
        <w:t>• tipul suportului producătorului;</w:t>
      </w:r>
    </w:p>
    <w:p w:rsidR="00C70DF0" w:rsidRPr="00A84BC5" w:rsidRDefault="00A84BC5">
      <w:pPr>
        <w:ind w:left="340"/>
        <w:jc w:val="both"/>
        <w:rPr>
          <w:rFonts w:cs="Times New Roman"/>
          <w:sz w:val="22"/>
        </w:rPr>
      </w:pPr>
      <w:r w:rsidRPr="00A84BC5">
        <w:rPr>
          <w:rFonts w:cs="Times New Roman"/>
          <w:sz w:val="22"/>
        </w:rPr>
        <w:t>• nivelul de suport (24x7, 8x5 etc., după caz);</w:t>
      </w:r>
    </w:p>
    <w:p w:rsidR="00C70DF0" w:rsidRPr="00A84BC5" w:rsidRDefault="00A84BC5">
      <w:pPr>
        <w:ind w:left="340"/>
        <w:jc w:val="both"/>
        <w:rPr>
          <w:rFonts w:cs="Times New Roman"/>
          <w:sz w:val="22"/>
        </w:rPr>
      </w:pPr>
      <w:r w:rsidRPr="00A84BC5">
        <w:rPr>
          <w:rFonts w:cs="Times New Roman"/>
          <w:sz w:val="22"/>
        </w:rPr>
        <w:t>• confirmarea accesului la firmware;</w:t>
      </w:r>
    </w:p>
    <w:p w:rsidR="00C70DF0" w:rsidRPr="00A84BC5" w:rsidRDefault="00A84BC5">
      <w:pPr>
        <w:ind w:left="340"/>
        <w:jc w:val="both"/>
        <w:rPr>
          <w:rFonts w:cs="Times New Roman"/>
          <w:sz w:val="22"/>
        </w:rPr>
      </w:pPr>
      <w:r w:rsidRPr="00A84BC5">
        <w:rPr>
          <w:rFonts w:cs="Times New Roman"/>
          <w:sz w:val="22"/>
        </w:rPr>
        <w:t>• confirmarea accesului la Security Advisories;</w:t>
      </w:r>
    </w:p>
    <w:p w:rsidR="00C70DF0" w:rsidRPr="00A84BC5" w:rsidRDefault="00A84BC5">
      <w:pPr>
        <w:ind w:left="340"/>
        <w:jc w:val="both"/>
        <w:rPr>
          <w:rFonts w:cs="Times New Roman"/>
          <w:sz w:val="22"/>
        </w:rPr>
      </w:pPr>
      <w:r w:rsidRPr="00A84BC5">
        <w:rPr>
          <w:rFonts w:cs="Times New Roman"/>
          <w:sz w:val="22"/>
        </w:rPr>
        <w:t>• confirmarea accesului la actualizări.</w:t>
      </w:r>
    </w:p>
    <w:p w:rsidR="00C70DF0" w:rsidRPr="00A84BC5" w:rsidRDefault="00A84BC5">
      <w:pPr>
        <w:jc w:val="both"/>
        <w:rPr>
          <w:rFonts w:cs="Times New Roman"/>
          <w:sz w:val="22"/>
        </w:rPr>
      </w:pPr>
      <w:r w:rsidRPr="00A84BC5">
        <w:rPr>
          <w:rFonts w:cs="Times New Roman"/>
          <w:sz w:val="22"/>
        </w:rPr>
        <w:t>Vor fi acceptate doar servicii/licențe compatibile integral cu echipamentele Fortinet existente ale ANSP, confirmate prin documente oficiale ale producătorului, distribuitorului autorizat sau prin documentația tehnică oficială aplicabilă.</w:t>
      </w:r>
    </w:p>
    <w:p w:rsidR="00C70DF0" w:rsidRPr="00A84BC5" w:rsidRDefault="00C70DF0">
      <w:pPr>
        <w:jc w:val="both"/>
        <w:rPr>
          <w:rFonts w:cs="Times New Roman"/>
          <w:sz w:val="22"/>
        </w:rPr>
      </w:pPr>
    </w:p>
    <w:p w:rsidR="00C70DF0" w:rsidRPr="00A84BC5" w:rsidRDefault="00A84BC5">
      <w:pPr>
        <w:rPr>
          <w:rFonts w:cs="Times New Roman"/>
          <w:sz w:val="22"/>
        </w:rPr>
      </w:pPr>
      <w:r w:rsidRPr="00A84BC5">
        <w:rPr>
          <w:rFonts w:cs="Times New Roman"/>
          <w:b/>
          <w:sz w:val="22"/>
        </w:rPr>
        <w:t>22. CERINȚE PRIVIND OFERTA FINANCIARĂ</w:t>
      </w:r>
    </w:p>
    <w:p w:rsidR="00C70DF0" w:rsidRPr="00A84BC5" w:rsidRDefault="00A84BC5">
      <w:pPr>
        <w:jc w:val="both"/>
        <w:rPr>
          <w:rFonts w:cs="Times New Roman"/>
          <w:sz w:val="22"/>
        </w:rPr>
      </w:pPr>
      <w:r w:rsidRPr="00A84BC5">
        <w:rPr>
          <w:rFonts w:cs="Times New Roman"/>
          <w:sz w:val="22"/>
        </w:rPr>
        <w:t>Prețul ofertat va include toate costurile necesare executării contractului, inclusiv:</w:t>
      </w:r>
    </w:p>
    <w:p w:rsidR="00C70DF0" w:rsidRPr="00A84BC5" w:rsidRDefault="00A84BC5">
      <w:pPr>
        <w:ind w:left="340"/>
        <w:jc w:val="both"/>
        <w:rPr>
          <w:rFonts w:cs="Times New Roman"/>
          <w:sz w:val="22"/>
        </w:rPr>
      </w:pPr>
      <w:r w:rsidRPr="00A84BC5">
        <w:rPr>
          <w:rFonts w:cs="Times New Roman"/>
          <w:sz w:val="22"/>
        </w:rPr>
        <w:t>• costul subscripțiilor FortiGuard;</w:t>
      </w:r>
    </w:p>
    <w:p w:rsidR="00C70DF0" w:rsidRPr="00A84BC5" w:rsidRDefault="00A84BC5">
      <w:pPr>
        <w:ind w:left="340"/>
        <w:jc w:val="both"/>
        <w:rPr>
          <w:rFonts w:cs="Times New Roman"/>
          <w:sz w:val="22"/>
        </w:rPr>
      </w:pPr>
      <w:r w:rsidRPr="00A84BC5">
        <w:rPr>
          <w:rFonts w:cs="Times New Roman"/>
          <w:sz w:val="22"/>
        </w:rPr>
        <w:t>• costul serviciilor FortiCare;</w:t>
      </w:r>
    </w:p>
    <w:p w:rsidR="00C70DF0" w:rsidRPr="00A84BC5" w:rsidRDefault="00A84BC5">
      <w:pPr>
        <w:ind w:left="340"/>
        <w:jc w:val="both"/>
        <w:rPr>
          <w:rFonts w:cs="Times New Roman"/>
          <w:sz w:val="22"/>
        </w:rPr>
      </w:pPr>
      <w:r w:rsidRPr="00A84BC5">
        <w:rPr>
          <w:rFonts w:cs="Times New Roman"/>
          <w:sz w:val="22"/>
        </w:rPr>
        <w:t>• costul activării;</w:t>
      </w:r>
    </w:p>
    <w:p w:rsidR="00C70DF0" w:rsidRPr="00A84BC5" w:rsidRDefault="00A84BC5">
      <w:pPr>
        <w:ind w:left="340"/>
        <w:jc w:val="both"/>
        <w:rPr>
          <w:rFonts w:cs="Times New Roman"/>
          <w:sz w:val="22"/>
        </w:rPr>
      </w:pPr>
      <w:r w:rsidRPr="00A84BC5">
        <w:rPr>
          <w:rFonts w:cs="Times New Roman"/>
          <w:sz w:val="22"/>
        </w:rPr>
        <w:t>• costurile administrative;</w:t>
      </w:r>
    </w:p>
    <w:p w:rsidR="00C70DF0" w:rsidRPr="00A84BC5" w:rsidRDefault="00A84BC5">
      <w:pPr>
        <w:ind w:left="340"/>
        <w:jc w:val="both"/>
        <w:rPr>
          <w:rFonts w:cs="Times New Roman"/>
          <w:sz w:val="22"/>
        </w:rPr>
      </w:pPr>
      <w:r w:rsidRPr="00A84BC5">
        <w:rPr>
          <w:rFonts w:cs="Times New Roman"/>
          <w:sz w:val="22"/>
        </w:rPr>
        <w:t>• costurile de livrare electronică;</w:t>
      </w:r>
    </w:p>
    <w:p w:rsidR="00C70DF0" w:rsidRPr="00A84BC5" w:rsidRDefault="00A84BC5">
      <w:pPr>
        <w:ind w:left="340"/>
        <w:jc w:val="both"/>
        <w:rPr>
          <w:rFonts w:cs="Times New Roman"/>
          <w:sz w:val="22"/>
        </w:rPr>
      </w:pPr>
      <w:r w:rsidRPr="00A84BC5">
        <w:rPr>
          <w:rFonts w:cs="Times New Roman"/>
          <w:sz w:val="22"/>
        </w:rPr>
        <w:t>• costurile de suport acordat în procesul de activare;</w:t>
      </w:r>
    </w:p>
    <w:p w:rsidR="00C70DF0" w:rsidRPr="00A84BC5" w:rsidRDefault="00A84BC5">
      <w:pPr>
        <w:ind w:left="340"/>
        <w:jc w:val="both"/>
        <w:rPr>
          <w:rFonts w:cs="Times New Roman"/>
          <w:sz w:val="22"/>
        </w:rPr>
      </w:pPr>
      <w:r w:rsidRPr="00A84BC5">
        <w:rPr>
          <w:rFonts w:cs="Times New Roman"/>
          <w:sz w:val="22"/>
        </w:rPr>
        <w:t>• toate taxele și impozitele aplicabile.</w:t>
      </w:r>
    </w:p>
    <w:p w:rsidR="00C70DF0" w:rsidRPr="00A84BC5" w:rsidRDefault="00A84BC5">
      <w:pPr>
        <w:jc w:val="both"/>
        <w:rPr>
          <w:rFonts w:cs="Times New Roman"/>
          <w:sz w:val="22"/>
        </w:rPr>
      </w:pPr>
      <w:r w:rsidRPr="00A84BC5">
        <w:rPr>
          <w:rFonts w:cs="Times New Roman"/>
          <w:sz w:val="22"/>
        </w:rPr>
        <w:t>Nu se admit costuri suplimentare pe parcursul executării contractului, cu excepția cazurilor prevăzute expres de legislația în vigoare.</w:t>
      </w:r>
    </w:p>
    <w:p w:rsidR="00C70DF0" w:rsidRPr="00A84BC5" w:rsidRDefault="00C70DF0">
      <w:pPr>
        <w:jc w:val="both"/>
        <w:rPr>
          <w:rFonts w:cs="Times New Roman"/>
          <w:sz w:val="22"/>
        </w:rPr>
      </w:pPr>
    </w:p>
    <w:p w:rsidR="00C70DF0" w:rsidRPr="00A84BC5" w:rsidRDefault="00A84BC5">
      <w:pPr>
        <w:rPr>
          <w:rFonts w:cs="Times New Roman"/>
          <w:sz w:val="22"/>
        </w:rPr>
      </w:pPr>
      <w:r w:rsidRPr="00A84BC5">
        <w:rPr>
          <w:rFonts w:cs="Times New Roman"/>
          <w:b/>
          <w:sz w:val="22"/>
        </w:rPr>
        <w:t>23. CERINȚE DE COMPATIBILITATE</w:t>
      </w:r>
    </w:p>
    <w:p w:rsidR="00C70DF0" w:rsidRPr="00A84BC5" w:rsidRDefault="00A84BC5">
      <w:pPr>
        <w:jc w:val="both"/>
        <w:rPr>
          <w:rFonts w:cs="Times New Roman"/>
          <w:sz w:val="22"/>
        </w:rPr>
      </w:pPr>
      <w:r w:rsidRPr="00A84BC5">
        <w:rPr>
          <w:rFonts w:cs="Times New Roman"/>
          <w:sz w:val="22"/>
        </w:rPr>
        <w:t>Serviciile ofertate trebuie să fie compatibile integral cu echipamentele existente ale ANSP.</w:t>
      </w:r>
    </w:p>
    <w:p w:rsidR="00C70DF0" w:rsidRPr="00A84BC5" w:rsidRDefault="00A84BC5">
      <w:pPr>
        <w:jc w:val="both"/>
        <w:rPr>
          <w:rFonts w:cs="Times New Roman"/>
          <w:sz w:val="22"/>
        </w:rPr>
      </w:pPr>
      <w:r w:rsidRPr="00A84BC5">
        <w:rPr>
          <w:rFonts w:cs="Times New Roman"/>
          <w:sz w:val="22"/>
        </w:rPr>
        <w:t>Operatorul economic este responsabil pentru verificarea compatibilității înainte de depunerea ofertei.</w:t>
      </w:r>
    </w:p>
    <w:p w:rsidR="00C70DF0" w:rsidRPr="00A84BC5" w:rsidRDefault="00A84BC5">
      <w:pPr>
        <w:jc w:val="both"/>
        <w:rPr>
          <w:rFonts w:cs="Times New Roman"/>
          <w:sz w:val="22"/>
        </w:rPr>
      </w:pPr>
      <w:r w:rsidRPr="00A84BC5">
        <w:rPr>
          <w:rFonts w:cs="Times New Roman"/>
          <w:sz w:val="22"/>
        </w:rPr>
        <w:t>În cazul ofertării unor subscripții incompatibile, oferta poate fi respinsă ca neconformă.</w:t>
      </w:r>
    </w:p>
    <w:p w:rsidR="00C70DF0" w:rsidRPr="00A84BC5" w:rsidRDefault="00C70DF0">
      <w:pPr>
        <w:jc w:val="both"/>
        <w:rPr>
          <w:rFonts w:cs="Times New Roman"/>
          <w:sz w:val="22"/>
        </w:rPr>
      </w:pPr>
    </w:p>
    <w:p w:rsidR="00C70DF0" w:rsidRPr="00A84BC5" w:rsidRDefault="00A84BC5">
      <w:pPr>
        <w:rPr>
          <w:rFonts w:cs="Times New Roman"/>
          <w:sz w:val="22"/>
        </w:rPr>
      </w:pPr>
      <w:r w:rsidRPr="00A84BC5">
        <w:rPr>
          <w:rFonts w:cs="Times New Roman"/>
          <w:b/>
          <w:sz w:val="22"/>
        </w:rPr>
        <w:t>24. CERINȚE PRIVIND CALITATEA</w:t>
      </w:r>
    </w:p>
    <w:p w:rsidR="00C70DF0" w:rsidRPr="00A84BC5" w:rsidRDefault="00A84BC5">
      <w:pPr>
        <w:jc w:val="both"/>
        <w:rPr>
          <w:rFonts w:cs="Times New Roman"/>
          <w:sz w:val="22"/>
        </w:rPr>
      </w:pPr>
      <w:r w:rsidRPr="00A84BC5">
        <w:rPr>
          <w:rFonts w:cs="Times New Roman"/>
          <w:sz w:val="22"/>
        </w:rPr>
        <w:t>Prestatorul garantează că:</w:t>
      </w:r>
    </w:p>
    <w:p w:rsidR="00C70DF0" w:rsidRPr="00A84BC5" w:rsidRDefault="00A84BC5">
      <w:pPr>
        <w:ind w:left="340"/>
        <w:jc w:val="both"/>
        <w:rPr>
          <w:rFonts w:cs="Times New Roman"/>
          <w:sz w:val="22"/>
        </w:rPr>
      </w:pPr>
      <w:r w:rsidRPr="00A84BC5">
        <w:rPr>
          <w:rFonts w:cs="Times New Roman"/>
          <w:sz w:val="22"/>
        </w:rPr>
        <w:t>• serviciile sunt furnizate prin canalul oficial Fortinet;</w:t>
      </w:r>
    </w:p>
    <w:p w:rsidR="00C70DF0" w:rsidRPr="00A84BC5" w:rsidRDefault="00A84BC5">
      <w:pPr>
        <w:ind w:left="340"/>
        <w:jc w:val="both"/>
        <w:rPr>
          <w:rFonts w:cs="Times New Roman"/>
          <w:sz w:val="22"/>
        </w:rPr>
      </w:pPr>
      <w:r w:rsidRPr="00A84BC5">
        <w:rPr>
          <w:rFonts w:cs="Times New Roman"/>
          <w:sz w:val="22"/>
        </w:rPr>
        <w:t>• licențele sunt autentice;</w:t>
      </w:r>
    </w:p>
    <w:p w:rsidR="00C70DF0" w:rsidRPr="00A84BC5" w:rsidRDefault="00A84BC5">
      <w:pPr>
        <w:ind w:left="340"/>
        <w:jc w:val="both"/>
        <w:rPr>
          <w:rFonts w:cs="Times New Roman"/>
          <w:sz w:val="22"/>
        </w:rPr>
      </w:pPr>
      <w:r w:rsidRPr="00A84BC5">
        <w:rPr>
          <w:rFonts w:cs="Times New Roman"/>
          <w:sz w:val="22"/>
        </w:rPr>
        <w:t>• licențele sunt eligibile pentru suportul producătorului;</w:t>
      </w:r>
    </w:p>
    <w:p w:rsidR="00C70DF0" w:rsidRPr="00A84BC5" w:rsidRDefault="00A84BC5">
      <w:pPr>
        <w:ind w:left="340"/>
        <w:jc w:val="both"/>
        <w:rPr>
          <w:rFonts w:cs="Times New Roman"/>
          <w:sz w:val="22"/>
        </w:rPr>
      </w:pPr>
      <w:r w:rsidRPr="00A84BC5">
        <w:rPr>
          <w:rFonts w:cs="Times New Roman"/>
          <w:sz w:val="22"/>
        </w:rPr>
        <w:t>• nu există limitări geografice privind utilizarea acestora;</w:t>
      </w:r>
    </w:p>
    <w:p w:rsidR="00C70DF0" w:rsidRPr="00A84BC5" w:rsidRDefault="00A84BC5">
      <w:pPr>
        <w:ind w:left="340"/>
        <w:jc w:val="both"/>
        <w:rPr>
          <w:rFonts w:cs="Times New Roman"/>
          <w:sz w:val="22"/>
        </w:rPr>
      </w:pPr>
      <w:r w:rsidRPr="00A84BC5">
        <w:rPr>
          <w:rFonts w:cs="Times New Roman"/>
          <w:sz w:val="22"/>
        </w:rPr>
        <w:t>• toate serviciile pot fi validate în portalul oficial Fortinet.</w:t>
      </w:r>
    </w:p>
    <w:p w:rsidR="00C70DF0" w:rsidRPr="00A84BC5" w:rsidRDefault="00A84BC5">
      <w:pPr>
        <w:jc w:val="both"/>
        <w:rPr>
          <w:rFonts w:cs="Times New Roman"/>
          <w:sz w:val="22"/>
        </w:rPr>
      </w:pPr>
      <w:r w:rsidRPr="00A84BC5">
        <w:rPr>
          <w:rFonts w:cs="Times New Roman"/>
          <w:sz w:val="22"/>
        </w:rPr>
        <w:t>Autoritatea Contractantă poate verifica autenticitatea licențelor direct în portalul producătorului.</w:t>
      </w:r>
    </w:p>
    <w:p w:rsidR="00C70DF0" w:rsidRPr="00A84BC5" w:rsidRDefault="00C70DF0">
      <w:pPr>
        <w:jc w:val="both"/>
        <w:rPr>
          <w:rFonts w:cs="Times New Roman"/>
          <w:sz w:val="22"/>
        </w:rPr>
      </w:pPr>
    </w:p>
    <w:p w:rsidR="00C70DF0" w:rsidRPr="00A84BC5" w:rsidRDefault="00A84BC5">
      <w:pPr>
        <w:rPr>
          <w:rFonts w:cs="Times New Roman"/>
          <w:sz w:val="22"/>
        </w:rPr>
      </w:pPr>
      <w:r w:rsidRPr="00A84BC5">
        <w:rPr>
          <w:rFonts w:cs="Times New Roman"/>
          <w:b/>
          <w:sz w:val="22"/>
        </w:rPr>
        <w:t>25. MODALITATEA DE LIVRARE</w:t>
      </w:r>
    </w:p>
    <w:p w:rsidR="00C70DF0" w:rsidRPr="00A84BC5" w:rsidRDefault="00A84BC5">
      <w:pPr>
        <w:jc w:val="both"/>
        <w:rPr>
          <w:rFonts w:cs="Times New Roman"/>
          <w:sz w:val="22"/>
        </w:rPr>
      </w:pPr>
      <w:r w:rsidRPr="00A84BC5">
        <w:rPr>
          <w:rFonts w:cs="Times New Roman"/>
          <w:sz w:val="22"/>
        </w:rPr>
        <w:t>Livrarea se consideră realizată după transmiterea către Beneficiar a:</w:t>
      </w:r>
    </w:p>
    <w:p w:rsidR="00C70DF0" w:rsidRPr="00A84BC5" w:rsidRDefault="00A84BC5">
      <w:pPr>
        <w:ind w:left="340"/>
        <w:jc w:val="both"/>
        <w:rPr>
          <w:rFonts w:cs="Times New Roman"/>
          <w:sz w:val="22"/>
        </w:rPr>
      </w:pPr>
      <w:r w:rsidRPr="00A84BC5">
        <w:rPr>
          <w:rFonts w:cs="Times New Roman"/>
          <w:sz w:val="22"/>
        </w:rPr>
        <w:t>• certificatului de licențiere;</w:t>
      </w:r>
    </w:p>
    <w:p w:rsidR="00C70DF0" w:rsidRPr="00A84BC5" w:rsidRDefault="00A84BC5">
      <w:pPr>
        <w:ind w:left="340"/>
        <w:jc w:val="both"/>
        <w:rPr>
          <w:rFonts w:cs="Times New Roman"/>
          <w:sz w:val="22"/>
        </w:rPr>
      </w:pPr>
      <w:r w:rsidRPr="00A84BC5">
        <w:rPr>
          <w:rFonts w:cs="Times New Roman"/>
          <w:sz w:val="22"/>
        </w:rPr>
        <w:t>• codurilor de activare;</w:t>
      </w:r>
    </w:p>
    <w:p w:rsidR="00C70DF0" w:rsidRPr="00A84BC5" w:rsidRDefault="00A84BC5">
      <w:pPr>
        <w:ind w:left="340"/>
        <w:jc w:val="both"/>
        <w:rPr>
          <w:rFonts w:cs="Times New Roman"/>
          <w:sz w:val="22"/>
        </w:rPr>
      </w:pPr>
      <w:r w:rsidRPr="00A84BC5">
        <w:rPr>
          <w:rFonts w:cs="Times New Roman"/>
          <w:sz w:val="22"/>
        </w:rPr>
        <w:t xml:space="preserve">• documentului de confirmare </w:t>
      </w:r>
      <w:proofErr w:type="gramStart"/>
      <w:r w:rsidRPr="00A84BC5">
        <w:rPr>
          <w:rFonts w:cs="Times New Roman"/>
          <w:sz w:val="22"/>
        </w:rPr>
        <w:t>a</w:t>
      </w:r>
      <w:proofErr w:type="gramEnd"/>
      <w:r w:rsidRPr="00A84BC5">
        <w:rPr>
          <w:rFonts w:cs="Times New Roman"/>
          <w:sz w:val="22"/>
        </w:rPr>
        <w:t xml:space="preserve"> activării;</w:t>
      </w:r>
    </w:p>
    <w:p w:rsidR="00C70DF0" w:rsidRPr="00A84BC5" w:rsidRDefault="00A84BC5">
      <w:pPr>
        <w:ind w:left="340"/>
        <w:jc w:val="both"/>
        <w:rPr>
          <w:rFonts w:cs="Times New Roman"/>
          <w:sz w:val="22"/>
        </w:rPr>
      </w:pPr>
      <w:r w:rsidRPr="00A84BC5">
        <w:rPr>
          <w:rFonts w:cs="Times New Roman"/>
          <w:sz w:val="22"/>
        </w:rPr>
        <w:t>• listei echipamentelor acoperite;</w:t>
      </w:r>
    </w:p>
    <w:p w:rsidR="00C70DF0" w:rsidRPr="00A84BC5" w:rsidRDefault="00A84BC5">
      <w:pPr>
        <w:ind w:left="340"/>
        <w:jc w:val="both"/>
        <w:rPr>
          <w:rFonts w:cs="Times New Roman"/>
          <w:sz w:val="22"/>
        </w:rPr>
      </w:pPr>
      <w:r w:rsidRPr="00A84BC5">
        <w:rPr>
          <w:rFonts w:cs="Times New Roman"/>
          <w:sz w:val="22"/>
        </w:rPr>
        <w:t>• perioadei de valabilitate;</w:t>
      </w:r>
    </w:p>
    <w:p w:rsidR="00C70DF0" w:rsidRPr="00A84BC5" w:rsidRDefault="00A84BC5">
      <w:pPr>
        <w:ind w:left="340"/>
        <w:jc w:val="both"/>
        <w:rPr>
          <w:rFonts w:cs="Times New Roman"/>
          <w:sz w:val="22"/>
        </w:rPr>
      </w:pPr>
      <w:r w:rsidRPr="00A84BC5">
        <w:rPr>
          <w:rFonts w:cs="Times New Roman"/>
          <w:sz w:val="22"/>
        </w:rPr>
        <w:t>• documentelor fiscale.</w:t>
      </w:r>
    </w:p>
    <w:p w:rsidR="00C70DF0" w:rsidRPr="00A84BC5" w:rsidRDefault="00A84BC5">
      <w:pPr>
        <w:jc w:val="both"/>
        <w:rPr>
          <w:rFonts w:cs="Times New Roman"/>
          <w:sz w:val="22"/>
        </w:rPr>
      </w:pPr>
      <w:r w:rsidRPr="00A84BC5">
        <w:rPr>
          <w:rFonts w:cs="Times New Roman"/>
          <w:sz w:val="22"/>
        </w:rPr>
        <w:t>Prestatorul va transmite toate documentele în format electronic și, la solicitare, pe suport hârtie.</w:t>
      </w:r>
    </w:p>
    <w:p w:rsidR="00C70DF0" w:rsidRPr="00A84BC5" w:rsidRDefault="00C70DF0">
      <w:pPr>
        <w:jc w:val="both"/>
        <w:rPr>
          <w:rFonts w:cs="Times New Roman"/>
          <w:sz w:val="22"/>
        </w:rPr>
      </w:pPr>
    </w:p>
    <w:p w:rsidR="00C70DF0" w:rsidRPr="00A84BC5" w:rsidRDefault="00A84BC5">
      <w:pPr>
        <w:rPr>
          <w:rFonts w:cs="Times New Roman"/>
          <w:sz w:val="22"/>
        </w:rPr>
      </w:pPr>
      <w:r w:rsidRPr="00A84BC5">
        <w:rPr>
          <w:rFonts w:cs="Times New Roman"/>
          <w:b/>
          <w:sz w:val="22"/>
        </w:rPr>
        <w:t>26. CONDIȚII DE RECEPȚIE</w:t>
      </w:r>
    </w:p>
    <w:p w:rsidR="00C70DF0" w:rsidRPr="00A84BC5" w:rsidRDefault="00A84BC5">
      <w:pPr>
        <w:jc w:val="both"/>
        <w:rPr>
          <w:rFonts w:cs="Times New Roman"/>
          <w:sz w:val="22"/>
        </w:rPr>
      </w:pPr>
      <w:r w:rsidRPr="00A84BC5">
        <w:rPr>
          <w:rFonts w:cs="Times New Roman"/>
          <w:sz w:val="22"/>
        </w:rPr>
        <w:t>Serviciile vor fi recepționate numai după verificarea următoarelor elemente:</w:t>
      </w:r>
    </w:p>
    <w:p w:rsidR="00C70DF0" w:rsidRPr="00A84BC5" w:rsidRDefault="00A84BC5">
      <w:pPr>
        <w:ind w:left="340"/>
        <w:rPr>
          <w:rFonts w:cs="Times New Roman"/>
          <w:sz w:val="22"/>
        </w:rPr>
      </w:pPr>
      <w:r w:rsidRPr="00A84BC5">
        <w:rPr>
          <w:rFonts w:ascii="Segoe UI Symbol" w:hAnsi="Segoe UI Symbol" w:cs="Segoe UI Symbol"/>
          <w:sz w:val="22"/>
        </w:rPr>
        <w:t>☐</w:t>
      </w:r>
      <w:r w:rsidRPr="00A84BC5">
        <w:rPr>
          <w:rFonts w:cs="Times New Roman"/>
          <w:sz w:val="22"/>
        </w:rPr>
        <w:t xml:space="preserve"> toate licențele sunt activate;</w:t>
      </w:r>
    </w:p>
    <w:p w:rsidR="00C70DF0" w:rsidRPr="00A84BC5" w:rsidRDefault="00A84BC5">
      <w:pPr>
        <w:ind w:left="340"/>
        <w:rPr>
          <w:rFonts w:cs="Times New Roman"/>
          <w:sz w:val="22"/>
        </w:rPr>
      </w:pPr>
      <w:r w:rsidRPr="00A84BC5">
        <w:rPr>
          <w:rFonts w:ascii="Segoe UI Symbol" w:hAnsi="Segoe UI Symbol" w:cs="Segoe UI Symbol"/>
          <w:sz w:val="22"/>
        </w:rPr>
        <w:t>☐</w:t>
      </w:r>
      <w:r w:rsidRPr="00A84BC5">
        <w:rPr>
          <w:rFonts w:cs="Times New Roman"/>
          <w:sz w:val="22"/>
        </w:rPr>
        <w:t xml:space="preserve"> perioada de valabilitate este de minimum 12 luni;</w:t>
      </w:r>
    </w:p>
    <w:p w:rsidR="00C70DF0" w:rsidRPr="00A84BC5" w:rsidRDefault="00A84BC5">
      <w:pPr>
        <w:ind w:left="340"/>
        <w:rPr>
          <w:rFonts w:cs="Times New Roman"/>
          <w:sz w:val="22"/>
        </w:rPr>
      </w:pPr>
      <w:r w:rsidRPr="00A84BC5">
        <w:rPr>
          <w:rFonts w:ascii="Segoe UI Symbol" w:hAnsi="Segoe UI Symbol" w:cs="Segoe UI Symbol"/>
          <w:sz w:val="22"/>
        </w:rPr>
        <w:t>☐</w:t>
      </w:r>
      <w:r w:rsidRPr="00A84BC5">
        <w:rPr>
          <w:rFonts w:cs="Times New Roman"/>
          <w:sz w:val="22"/>
        </w:rPr>
        <w:t xml:space="preserve"> serviciile FortiGuard sunt active;</w:t>
      </w:r>
    </w:p>
    <w:p w:rsidR="00C70DF0" w:rsidRPr="00A84BC5" w:rsidRDefault="00A84BC5">
      <w:pPr>
        <w:ind w:left="340"/>
        <w:rPr>
          <w:rFonts w:cs="Times New Roman"/>
          <w:sz w:val="22"/>
        </w:rPr>
      </w:pPr>
      <w:r w:rsidRPr="00A84BC5">
        <w:rPr>
          <w:rFonts w:ascii="Segoe UI Symbol" w:hAnsi="Segoe UI Symbol" w:cs="Segoe UI Symbol"/>
          <w:sz w:val="22"/>
        </w:rPr>
        <w:t>☐</w:t>
      </w:r>
      <w:r w:rsidRPr="00A84BC5">
        <w:rPr>
          <w:rFonts w:cs="Times New Roman"/>
          <w:sz w:val="22"/>
        </w:rPr>
        <w:t xml:space="preserve"> serviciile FortiCare sunt active;</w:t>
      </w:r>
    </w:p>
    <w:p w:rsidR="00C70DF0" w:rsidRPr="00A84BC5" w:rsidRDefault="00A84BC5">
      <w:pPr>
        <w:ind w:left="340"/>
        <w:rPr>
          <w:rFonts w:cs="Times New Roman"/>
          <w:sz w:val="22"/>
        </w:rPr>
      </w:pPr>
      <w:r w:rsidRPr="00A84BC5">
        <w:rPr>
          <w:rFonts w:ascii="Segoe UI Symbol" w:hAnsi="Segoe UI Symbol" w:cs="Segoe UI Symbol"/>
          <w:sz w:val="22"/>
        </w:rPr>
        <w:t>☐</w:t>
      </w:r>
      <w:r w:rsidRPr="00A84BC5">
        <w:rPr>
          <w:rFonts w:cs="Times New Roman"/>
          <w:sz w:val="22"/>
        </w:rPr>
        <w:t xml:space="preserve"> firmware-ul poate fi descărcat;</w:t>
      </w:r>
    </w:p>
    <w:p w:rsidR="00C70DF0" w:rsidRPr="00A84BC5" w:rsidRDefault="00A84BC5">
      <w:pPr>
        <w:ind w:left="340"/>
        <w:rPr>
          <w:rFonts w:cs="Times New Roman"/>
          <w:sz w:val="22"/>
        </w:rPr>
      </w:pPr>
      <w:r w:rsidRPr="00A84BC5">
        <w:rPr>
          <w:rFonts w:ascii="Segoe UI Symbol" w:hAnsi="Segoe UI Symbol" w:cs="Segoe UI Symbol"/>
          <w:sz w:val="22"/>
        </w:rPr>
        <w:t>☐</w:t>
      </w:r>
      <w:r w:rsidRPr="00A84BC5">
        <w:rPr>
          <w:rFonts w:cs="Times New Roman"/>
          <w:sz w:val="22"/>
        </w:rPr>
        <w:t xml:space="preserve"> portalul Fortinet afișează serviciile active;</w:t>
      </w:r>
    </w:p>
    <w:p w:rsidR="00C70DF0" w:rsidRPr="00A84BC5" w:rsidRDefault="00A84BC5">
      <w:pPr>
        <w:ind w:left="340"/>
        <w:rPr>
          <w:rFonts w:cs="Times New Roman"/>
          <w:sz w:val="22"/>
        </w:rPr>
      </w:pPr>
      <w:r w:rsidRPr="00A84BC5">
        <w:rPr>
          <w:rFonts w:ascii="Segoe UI Symbol" w:hAnsi="Segoe UI Symbol" w:cs="Segoe UI Symbol"/>
          <w:sz w:val="22"/>
        </w:rPr>
        <w:t>☐</w:t>
      </w:r>
      <w:r w:rsidRPr="00A84BC5">
        <w:rPr>
          <w:rFonts w:cs="Times New Roman"/>
          <w:sz w:val="22"/>
        </w:rPr>
        <w:t xml:space="preserve"> documentele justificative au fost recepționate;</w:t>
      </w:r>
    </w:p>
    <w:p w:rsidR="00C70DF0" w:rsidRPr="00A84BC5" w:rsidRDefault="00A84BC5">
      <w:pPr>
        <w:ind w:left="340"/>
        <w:rPr>
          <w:rFonts w:cs="Times New Roman"/>
          <w:sz w:val="22"/>
        </w:rPr>
      </w:pPr>
      <w:r w:rsidRPr="00A84BC5">
        <w:rPr>
          <w:rFonts w:ascii="Segoe UI Symbol" w:hAnsi="Segoe UI Symbol" w:cs="Segoe UI Symbol"/>
          <w:sz w:val="22"/>
        </w:rPr>
        <w:t>☐</w:t>
      </w:r>
      <w:r w:rsidRPr="00A84BC5">
        <w:rPr>
          <w:rFonts w:cs="Times New Roman"/>
          <w:sz w:val="22"/>
        </w:rPr>
        <w:t xml:space="preserve"> nu există erori privind asocierea licențelor.</w:t>
      </w:r>
    </w:p>
    <w:p w:rsidR="00C70DF0" w:rsidRPr="00A84BC5" w:rsidRDefault="00C70DF0">
      <w:pPr>
        <w:jc w:val="both"/>
        <w:rPr>
          <w:rFonts w:cs="Times New Roman"/>
          <w:sz w:val="22"/>
        </w:rPr>
      </w:pPr>
    </w:p>
    <w:p w:rsidR="00C70DF0" w:rsidRPr="00A84BC5" w:rsidRDefault="00A84BC5">
      <w:pPr>
        <w:rPr>
          <w:rFonts w:cs="Times New Roman"/>
          <w:sz w:val="22"/>
        </w:rPr>
      </w:pPr>
      <w:r w:rsidRPr="00A84BC5">
        <w:rPr>
          <w:rFonts w:cs="Times New Roman"/>
          <w:b/>
          <w:sz w:val="22"/>
        </w:rPr>
        <w:t>27. CERINȚE MINIME DE CALIFICARE</w:t>
      </w:r>
    </w:p>
    <w:p w:rsidR="00C70DF0" w:rsidRPr="00A84BC5" w:rsidRDefault="00A84BC5">
      <w:pPr>
        <w:jc w:val="both"/>
        <w:rPr>
          <w:rFonts w:cs="Times New Roman"/>
          <w:sz w:val="22"/>
        </w:rPr>
      </w:pPr>
      <w:r w:rsidRPr="00A84BC5">
        <w:rPr>
          <w:rFonts w:cs="Times New Roman"/>
          <w:sz w:val="22"/>
        </w:rPr>
        <w:t>Operatorul economic va demonstra că:</w:t>
      </w:r>
    </w:p>
    <w:p w:rsidR="00C70DF0" w:rsidRPr="00A84BC5" w:rsidRDefault="00A84BC5">
      <w:pPr>
        <w:ind w:left="340"/>
        <w:jc w:val="both"/>
        <w:rPr>
          <w:rFonts w:cs="Times New Roman"/>
          <w:sz w:val="22"/>
        </w:rPr>
      </w:pPr>
      <w:r w:rsidRPr="00A84BC5">
        <w:rPr>
          <w:rFonts w:cs="Times New Roman"/>
          <w:sz w:val="22"/>
        </w:rPr>
        <w:t>• desfășoară activități în domeniul tehnologiei informației;</w:t>
      </w:r>
    </w:p>
    <w:p w:rsidR="00C70DF0" w:rsidRPr="00A84BC5" w:rsidRDefault="00A84BC5">
      <w:pPr>
        <w:ind w:left="340"/>
        <w:jc w:val="both"/>
        <w:rPr>
          <w:rFonts w:cs="Times New Roman"/>
          <w:sz w:val="22"/>
        </w:rPr>
      </w:pPr>
      <w:r w:rsidRPr="00A84BC5">
        <w:rPr>
          <w:rFonts w:cs="Times New Roman"/>
          <w:sz w:val="22"/>
        </w:rPr>
        <w:t>• poate furniza servicii și produse Fortinet;</w:t>
      </w:r>
    </w:p>
    <w:p w:rsidR="00C70DF0" w:rsidRPr="00A84BC5" w:rsidRDefault="00A84BC5">
      <w:pPr>
        <w:ind w:left="340"/>
        <w:jc w:val="both"/>
        <w:rPr>
          <w:rFonts w:cs="Times New Roman"/>
          <w:sz w:val="22"/>
        </w:rPr>
      </w:pPr>
      <w:r w:rsidRPr="00A84BC5">
        <w:rPr>
          <w:rFonts w:cs="Times New Roman"/>
          <w:sz w:val="22"/>
        </w:rPr>
        <w:t>• dispune de personal calificat pentru activarea și gestionarea subscripțiilor;</w:t>
      </w:r>
    </w:p>
    <w:p w:rsidR="00C70DF0" w:rsidRPr="00A84BC5" w:rsidRDefault="00A84BC5">
      <w:pPr>
        <w:ind w:left="340"/>
        <w:jc w:val="both"/>
        <w:rPr>
          <w:rFonts w:cs="Times New Roman"/>
          <w:sz w:val="22"/>
        </w:rPr>
      </w:pPr>
      <w:r w:rsidRPr="00A84BC5">
        <w:rPr>
          <w:rFonts w:cs="Times New Roman"/>
          <w:sz w:val="22"/>
        </w:rPr>
        <w:t>• poate asigura suport în limba română sau engleză;</w:t>
      </w:r>
    </w:p>
    <w:p w:rsidR="00C70DF0" w:rsidRPr="00A84BC5" w:rsidRDefault="00A84BC5">
      <w:pPr>
        <w:ind w:left="340"/>
        <w:jc w:val="both"/>
        <w:rPr>
          <w:rFonts w:cs="Times New Roman"/>
          <w:sz w:val="22"/>
        </w:rPr>
      </w:pPr>
      <w:r w:rsidRPr="00A84BC5">
        <w:rPr>
          <w:rFonts w:cs="Times New Roman"/>
          <w:sz w:val="22"/>
        </w:rPr>
        <w:t>• poate comunica cu producătorul în cazul incidentelor de licențiere.</w:t>
      </w:r>
    </w:p>
    <w:p w:rsidR="00C70DF0" w:rsidRPr="00A84BC5" w:rsidRDefault="00C70DF0">
      <w:pPr>
        <w:jc w:val="both"/>
        <w:rPr>
          <w:rFonts w:cs="Times New Roman"/>
          <w:sz w:val="22"/>
        </w:rPr>
      </w:pPr>
    </w:p>
    <w:p w:rsidR="00C70DF0" w:rsidRPr="00A84BC5" w:rsidRDefault="00A84BC5">
      <w:pPr>
        <w:rPr>
          <w:rFonts w:cs="Times New Roman"/>
          <w:sz w:val="22"/>
        </w:rPr>
      </w:pPr>
      <w:r w:rsidRPr="00A84BC5">
        <w:rPr>
          <w:rFonts w:cs="Times New Roman"/>
          <w:b/>
          <w:sz w:val="22"/>
        </w:rPr>
        <w:t>28. ANEXA NR. 1 – SPECIFICAȚIA TEHNICĂ</w:t>
      </w:r>
    </w:p>
    <w:tbl>
      <w:tblPr>
        <w:tblStyle w:val="Tabelgril"/>
        <w:tblW w:w="0" w:type="auto"/>
        <w:jc w:val="center"/>
        <w:tblLook w:val="04A0" w:firstRow="1" w:lastRow="0" w:firstColumn="1" w:lastColumn="0" w:noHBand="0" w:noVBand="1"/>
      </w:tblPr>
      <w:tblGrid>
        <w:gridCol w:w="1983"/>
        <w:gridCol w:w="2003"/>
        <w:gridCol w:w="2123"/>
        <w:gridCol w:w="2002"/>
        <w:gridCol w:w="1992"/>
      </w:tblGrid>
      <w:tr w:rsidR="00C70DF0" w:rsidRPr="00A84BC5">
        <w:trPr>
          <w:jc w:val="center"/>
        </w:trPr>
        <w:tc>
          <w:tcPr>
            <w:tcW w:w="2023" w:type="dxa"/>
            <w:vAlign w:val="center"/>
          </w:tcPr>
          <w:p w:rsidR="00C70DF0" w:rsidRPr="00A84BC5" w:rsidRDefault="00A84BC5">
            <w:pPr>
              <w:rPr>
                <w:rFonts w:cs="Times New Roman"/>
                <w:sz w:val="22"/>
              </w:rPr>
            </w:pPr>
            <w:r w:rsidRPr="00A84BC5">
              <w:rPr>
                <w:rFonts w:cs="Times New Roman"/>
                <w:sz w:val="22"/>
              </w:rPr>
              <w:t>Nr.</w:t>
            </w:r>
          </w:p>
        </w:tc>
        <w:tc>
          <w:tcPr>
            <w:tcW w:w="2023" w:type="dxa"/>
            <w:vAlign w:val="center"/>
          </w:tcPr>
          <w:p w:rsidR="00C70DF0" w:rsidRPr="00A84BC5" w:rsidRDefault="00A84BC5">
            <w:pPr>
              <w:rPr>
                <w:rFonts w:cs="Times New Roman"/>
                <w:sz w:val="22"/>
              </w:rPr>
            </w:pPr>
            <w:r w:rsidRPr="00A84BC5">
              <w:rPr>
                <w:rFonts w:cs="Times New Roman"/>
                <w:sz w:val="22"/>
              </w:rPr>
              <w:t>Model echipament</w:t>
            </w:r>
          </w:p>
        </w:tc>
        <w:tc>
          <w:tcPr>
            <w:tcW w:w="2023" w:type="dxa"/>
            <w:vAlign w:val="center"/>
          </w:tcPr>
          <w:p w:rsidR="00C70DF0" w:rsidRPr="00A84BC5" w:rsidRDefault="00A84BC5">
            <w:pPr>
              <w:rPr>
                <w:rFonts w:cs="Times New Roman"/>
                <w:sz w:val="22"/>
              </w:rPr>
            </w:pPr>
            <w:r w:rsidRPr="00A84BC5">
              <w:rPr>
                <w:rFonts w:cs="Times New Roman"/>
                <w:sz w:val="22"/>
              </w:rPr>
              <w:t>Număr serial</w:t>
            </w:r>
          </w:p>
        </w:tc>
        <w:tc>
          <w:tcPr>
            <w:tcW w:w="2023" w:type="dxa"/>
            <w:vAlign w:val="center"/>
          </w:tcPr>
          <w:p w:rsidR="00C70DF0" w:rsidRPr="00A84BC5" w:rsidRDefault="00A84BC5">
            <w:pPr>
              <w:rPr>
                <w:rFonts w:cs="Times New Roman"/>
                <w:sz w:val="22"/>
              </w:rPr>
            </w:pPr>
            <w:r w:rsidRPr="00A84BC5">
              <w:rPr>
                <w:rFonts w:cs="Times New Roman"/>
                <w:sz w:val="22"/>
              </w:rPr>
              <w:t>Serviciu solicitat</w:t>
            </w:r>
          </w:p>
        </w:tc>
        <w:tc>
          <w:tcPr>
            <w:tcW w:w="2023" w:type="dxa"/>
            <w:vAlign w:val="center"/>
          </w:tcPr>
          <w:p w:rsidR="00C70DF0" w:rsidRPr="00A84BC5" w:rsidRDefault="00A84BC5">
            <w:pPr>
              <w:rPr>
                <w:rFonts w:cs="Times New Roman"/>
                <w:sz w:val="22"/>
              </w:rPr>
            </w:pPr>
            <w:r w:rsidRPr="00A84BC5">
              <w:rPr>
                <w:rFonts w:cs="Times New Roman"/>
                <w:sz w:val="22"/>
              </w:rPr>
              <w:t>Durata</w:t>
            </w:r>
          </w:p>
        </w:tc>
      </w:tr>
      <w:tr w:rsidR="00C70DF0" w:rsidRPr="00A84BC5">
        <w:trPr>
          <w:jc w:val="center"/>
        </w:trPr>
        <w:tc>
          <w:tcPr>
            <w:tcW w:w="2023" w:type="dxa"/>
            <w:vAlign w:val="center"/>
          </w:tcPr>
          <w:p w:rsidR="00C70DF0" w:rsidRPr="00A84BC5" w:rsidRDefault="00A84BC5">
            <w:pPr>
              <w:rPr>
                <w:rFonts w:cs="Times New Roman"/>
                <w:sz w:val="22"/>
              </w:rPr>
            </w:pPr>
            <w:r w:rsidRPr="00A84BC5">
              <w:rPr>
                <w:rFonts w:cs="Times New Roman"/>
                <w:sz w:val="22"/>
              </w:rPr>
              <w:t>1</w:t>
            </w:r>
          </w:p>
        </w:tc>
        <w:tc>
          <w:tcPr>
            <w:tcW w:w="2023" w:type="dxa"/>
            <w:vAlign w:val="center"/>
          </w:tcPr>
          <w:p w:rsidR="00C70DF0" w:rsidRPr="00A84BC5" w:rsidRDefault="00A84BC5">
            <w:pPr>
              <w:rPr>
                <w:rFonts w:cs="Times New Roman"/>
                <w:sz w:val="22"/>
              </w:rPr>
            </w:pPr>
            <w:r w:rsidRPr="00A84BC5">
              <w:rPr>
                <w:rFonts w:cs="Times New Roman"/>
                <w:sz w:val="22"/>
              </w:rPr>
              <w:t>FortiGate 100F</w:t>
            </w:r>
          </w:p>
        </w:tc>
        <w:tc>
          <w:tcPr>
            <w:tcW w:w="2023" w:type="dxa"/>
            <w:vAlign w:val="center"/>
          </w:tcPr>
          <w:p w:rsidR="00C70DF0" w:rsidRPr="00A84BC5" w:rsidRDefault="00A84BC5">
            <w:pPr>
              <w:rPr>
                <w:rFonts w:cs="Times New Roman"/>
                <w:sz w:val="22"/>
              </w:rPr>
            </w:pPr>
            <w:r w:rsidRPr="00A84BC5">
              <w:rPr>
                <w:rFonts w:cs="Times New Roman"/>
                <w:sz w:val="22"/>
              </w:rPr>
              <w:t>FG100FTK23080337</w:t>
            </w:r>
          </w:p>
        </w:tc>
        <w:tc>
          <w:tcPr>
            <w:tcW w:w="2023" w:type="dxa"/>
            <w:vAlign w:val="center"/>
          </w:tcPr>
          <w:p w:rsidR="00C70DF0" w:rsidRPr="00A84BC5" w:rsidRDefault="00A84BC5">
            <w:pPr>
              <w:rPr>
                <w:rFonts w:cs="Times New Roman"/>
                <w:sz w:val="22"/>
              </w:rPr>
            </w:pPr>
            <w:r w:rsidRPr="00A84BC5">
              <w:rPr>
                <w:rFonts w:cs="Times New Roman"/>
                <w:sz w:val="22"/>
              </w:rPr>
              <w:t>FortiGuard + FortiCare</w:t>
            </w:r>
          </w:p>
        </w:tc>
        <w:tc>
          <w:tcPr>
            <w:tcW w:w="2023" w:type="dxa"/>
            <w:vAlign w:val="center"/>
          </w:tcPr>
          <w:p w:rsidR="00C70DF0" w:rsidRPr="00A84BC5" w:rsidRDefault="00A84BC5">
            <w:pPr>
              <w:rPr>
                <w:rFonts w:cs="Times New Roman"/>
                <w:sz w:val="22"/>
              </w:rPr>
            </w:pPr>
            <w:r w:rsidRPr="00A84BC5">
              <w:rPr>
                <w:rFonts w:cs="Times New Roman"/>
                <w:sz w:val="22"/>
              </w:rPr>
              <w:t>12 luni</w:t>
            </w:r>
          </w:p>
        </w:tc>
      </w:tr>
      <w:tr w:rsidR="00C70DF0" w:rsidRPr="00A84BC5">
        <w:trPr>
          <w:jc w:val="center"/>
        </w:trPr>
        <w:tc>
          <w:tcPr>
            <w:tcW w:w="2023" w:type="dxa"/>
            <w:vAlign w:val="center"/>
          </w:tcPr>
          <w:p w:rsidR="00C70DF0" w:rsidRPr="00A84BC5" w:rsidRDefault="00A84BC5">
            <w:pPr>
              <w:rPr>
                <w:rFonts w:cs="Times New Roman"/>
                <w:sz w:val="22"/>
              </w:rPr>
            </w:pPr>
            <w:r w:rsidRPr="00A84BC5">
              <w:rPr>
                <w:rFonts w:cs="Times New Roman"/>
                <w:sz w:val="22"/>
              </w:rPr>
              <w:t>2</w:t>
            </w:r>
          </w:p>
        </w:tc>
        <w:tc>
          <w:tcPr>
            <w:tcW w:w="2023" w:type="dxa"/>
            <w:vAlign w:val="center"/>
          </w:tcPr>
          <w:p w:rsidR="00C70DF0" w:rsidRPr="00A84BC5" w:rsidRDefault="00A84BC5">
            <w:pPr>
              <w:rPr>
                <w:rFonts w:cs="Times New Roman"/>
                <w:sz w:val="22"/>
              </w:rPr>
            </w:pPr>
            <w:r w:rsidRPr="00A84BC5">
              <w:rPr>
                <w:rFonts w:cs="Times New Roman"/>
                <w:sz w:val="22"/>
              </w:rPr>
              <w:t>FortiGate 100F</w:t>
            </w:r>
          </w:p>
        </w:tc>
        <w:tc>
          <w:tcPr>
            <w:tcW w:w="2023" w:type="dxa"/>
            <w:vAlign w:val="center"/>
          </w:tcPr>
          <w:p w:rsidR="00C70DF0" w:rsidRPr="00A84BC5" w:rsidRDefault="00A84BC5">
            <w:pPr>
              <w:rPr>
                <w:rFonts w:cs="Times New Roman"/>
                <w:sz w:val="22"/>
              </w:rPr>
            </w:pPr>
            <w:r w:rsidRPr="00A84BC5">
              <w:rPr>
                <w:rFonts w:cs="Times New Roman"/>
                <w:sz w:val="22"/>
              </w:rPr>
              <w:t>FG100FTK23081059</w:t>
            </w:r>
          </w:p>
        </w:tc>
        <w:tc>
          <w:tcPr>
            <w:tcW w:w="2023" w:type="dxa"/>
            <w:vAlign w:val="center"/>
          </w:tcPr>
          <w:p w:rsidR="00C70DF0" w:rsidRPr="00A84BC5" w:rsidRDefault="00A84BC5">
            <w:pPr>
              <w:rPr>
                <w:rFonts w:cs="Times New Roman"/>
                <w:sz w:val="22"/>
              </w:rPr>
            </w:pPr>
            <w:r w:rsidRPr="00A84BC5">
              <w:rPr>
                <w:rFonts w:cs="Times New Roman"/>
                <w:sz w:val="22"/>
              </w:rPr>
              <w:t>FortiGuard + FortiCare</w:t>
            </w:r>
          </w:p>
        </w:tc>
        <w:tc>
          <w:tcPr>
            <w:tcW w:w="2023" w:type="dxa"/>
            <w:vAlign w:val="center"/>
          </w:tcPr>
          <w:p w:rsidR="00C70DF0" w:rsidRPr="00A84BC5" w:rsidRDefault="00A84BC5">
            <w:pPr>
              <w:rPr>
                <w:rFonts w:cs="Times New Roman"/>
                <w:sz w:val="22"/>
              </w:rPr>
            </w:pPr>
            <w:r w:rsidRPr="00A84BC5">
              <w:rPr>
                <w:rFonts w:cs="Times New Roman"/>
                <w:sz w:val="22"/>
              </w:rPr>
              <w:t>12 luni</w:t>
            </w:r>
          </w:p>
        </w:tc>
      </w:tr>
    </w:tbl>
    <w:p w:rsidR="00C70DF0" w:rsidRPr="00A84BC5" w:rsidRDefault="00C70DF0">
      <w:pPr>
        <w:jc w:val="both"/>
        <w:rPr>
          <w:rFonts w:cs="Times New Roman"/>
          <w:sz w:val="22"/>
        </w:rPr>
      </w:pPr>
    </w:p>
    <w:p w:rsidR="00C70DF0" w:rsidRPr="00A84BC5" w:rsidRDefault="00A84BC5">
      <w:pPr>
        <w:rPr>
          <w:rFonts w:cs="Times New Roman"/>
          <w:sz w:val="22"/>
        </w:rPr>
      </w:pPr>
      <w:r w:rsidRPr="00A84BC5">
        <w:rPr>
          <w:rFonts w:cs="Times New Roman"/>
          <w:b/>
          <w:sz w:val="22"/>
        </w:rPr>
        <w:t>29. ANEXA NR. 2 – SERVICII MINIME INCLUSE</w:t>
      </w:r>
    </w:p>
    <w:p w:rsidR="00C70DF0" w:rsidRPr="00A84BC5" w:rsidRDefault="00A84BC5">
      <w:pPr>
        <w:jc w:val="both"/>
        <w:rPr>
          <w:rFonts w:cs="Times New Roman"/>
          <w:sz w:val="22"/>
        </w:rPr>
      </w:pPr>
      <w:r w:rsidRPr="00A84BC5">
        <w:rPr>
          <w:rFonts w:cs="Times New Roman"/>
          <w:sz w:val="22"/>
        </w:rPr>
        <w:t>Pentru fiecare echipament, subscripțiile ofertate vor include funcționalitățile corespunzătoare licenței existente, după caz:</w:t>
      </w:r>
    </w:p>
    <w:p w:rsidR="00C70DF0" w:rsidRPr="00A84BC5" w:rsidRDefault="00A84BC5">
      <w:pPr>
        <w:ind w:left="340"/>
        <w:jc w:val="both"/>
        <w:rPr>
          <w:rFonts w:cs="Times New Roman"/>
          <w:sz w:val="22"/>
        </w:rPr>
      </w:pPr>
      <w:r w:rsidRPr="00A84BC5">
        <w:rPr>
          <w:rFonts w:cs="Times New Roman"/>
          <w:sz w:val="22"/>
        </w:rPr>
        <w:t>• FortiGuard IPS;</w:t>
      </w:r>
    </w:p>
    <w:p w:rsidR="00C70DF0" w:rsidRPr="00A84BC5" w:rsidRDefault="00A84BC5">
      <w:pPr>
        <w:ind w:left="340"/>
        <w:jc w:val="both"/>
        <w:rPr>
          <w:rFonts w:cs="Times New Roman"/>
          <w:sz w:val="22"/>
        </w:rPr>
      </w:pPr>
      <w:r w:rsidRPr="00A84BC5">
        <w:rPr>
          <w:rFonts w:cs="Times New Roman"/>
          <w:sz w:val="22"/>
        </w:rPr>
        <w:t>• FortiGuard Antivirus;</w:t>
      </w:r>
    </w:p>
    <w:p w:rsidR="00C70DF0" w:rsidRPr="00A84BC5" w:rsidRDefault="00A84BC5">
      <w:pPr>
        <w:ind w:left="340"/>
        <w:jc w:val="both"/>
        <w:rPr>
          <w:rFonts w:cs="Times New Roman"/>
          <w:sz w:val="22"/>
        </w:rPr>
      </w:pPr>
      <w:r w:rsidRPr="00A84BC5">
        <w:rPr>
          <w:rFonts w:cs="Times New Roman"/>
          <w:sz w:val="22"/>
        </w:rPr>
        <w:lastRenderedPageBreak/>
        <w:t>• FortiGuard Web Filtering;</w:t>
      </w:r>
    </w:p>
    <w:p w:rsidR="00C70DF0" w:rsidRPr="00A84BC5" w:rsidRDefault="00A84BC5">
      <w:pPr>
        <w:ind w:left="340"/>
        <w:jc w:val="both"/>
        <w:rPr>
          <w:rFonts w:cs="Times New Roman"/>
          <w:sz w:val="22"/>
        </w:rPr>
      </w:pPr>
      <w:r w:rsidRPr="00A84BC5">
        <w:rPr>
          <w:rFonts w:cs="Times New Roman"/>
          <w:sz w:val="22"/>
        </w:rPr>
        <w:t>• FortiGuard DNS Security;</w:t>
      </w:r>
    </w:p>
    <w:p w:rsidR="00C70DF0" w:rsidRPr="00A84BC5" w:rsidRDefault="00A84BC5">
      <w:pPr>
        <w:ind w:left="340"/>
        <w:jc w:val="both"/>
        <w:rPr>
          <w:rFonts w:cs="Times New Roman"/>
          <w:sz w:val="22"/>
        </w:rPr>
      </w:pPr>
      <w:r w:rsidRPr="00A84BC5">
        <w:rPr>
          <w:rFonts w:cs="Times New Roman"/>
          <w:sz w:val="22"/>
        </w:rPr>
        <w:t>• FortiGuard Application Control;</w:t>
      </w:r>
    </w:p>
    <w:p w:rsidR="00C70DF0" w:rsidRPr="00A84BC5" w:rsidRDefault="00A84BC5">
      <w:pPr>
        <w:ind w:left="340"/>
        <w:jc w:val="both"/>
        <w:rPr>
          <w:rFonts w:cs="Times New Roman"/>
          <w:sz w:val="22"/>
        </w:rPr>
      </w:pPr>
      <w:r w:rsidRPr="00A84BC5">
        <w:rPr>
          <w:rFonts w:cs="Times New Roman"/>
          <w:sz w:val="22"/>
        </w:rPr>
        <w:t>• FortiGuard AntiBot;</w:t>
      </w:r>
    </w:p>
    <w:p w:rsidR="00C70DF0" w:rsidRPr="00A84BC5" w:rsidRDefault="00A84BC5">
      <w:pPr>
        <w:ind w:left="340"/>
        <w:jc w:val="both"/>
        <w:rPr>
          <w:rFonts w:cs="Times New Roman"/>
          <w:sz w:val="22"/>
        </w:rPr>
      </w:pPr>
      <w:r w:rsidRPr="00A84BC5">
        <w:rPr>
          <w:rFonts w:cs="Times New Roman"/>
          <w:sz w:val="22"/>
        </w:rPr>
        <w:t>• FortiGuard IP Reputation;</w:t>
      </w:r>
    </w:p>
    <w:p w:rsidR="00C70DF0" w:rsidRPr="00A84BC5" w:rsidRDefault="00A84BC5">
      <w:pPr>
        <w:ind w:left="340"/>
        <w:jc w:val="both"/>
        <w:rPr>
          <w:rFonts w:cs="Times New Roman"/>
          <w:sz w:val="22"/>
        </w:rPr>
      </w:pPr>
      <w:r w:rsidRPr="00A84BC5">
        <w:rPr>
          <w:rFonts w:cs="Times New Roman"/>
          <w:sz w:val="22"/>
        </w:rPr>
        <w:t>• FortiGuard Outbreak Protection;</w:t>
      </w:r>
    </w:p>
    <w:p w:rsidR="00C70DF0" w:rsidRPr="00A84BC5" w:rsidRDefault="00A84BC5">
      <w:pPr>
        <w:ind w:left="340"/>
        <w:jc w:val="both"/>
        <w:rPr>
          <w:rFonts w:cs="Times New Roman"/>
          <w:sz w:val="22"/>
        </w:rPr>
      </w:pPr>
      <w:r w:rsidRPr="00A84BC5">
        <w:rPr>
          <w:rFonts w:cs="Times New Roman"/>
          <w:sz w:val="22"/>
        </w:rPr>
        <w:t>• FortiGuard Vulnerability Protection;</w:t>
      </w:r>
    </w:p>
    <w:p w:rsidR="00C70DF0" w:rsidRPr="00A84BC5" w:rsidRDefault="00A84BC5">
      <w:pPr>
        <w:ind w:left="340"/>
        <w:jc w:val="both"/>
        <w:rPr>
          <w:rFonts w:cs="Times New Roman"/>
          <w:sz w:val="22"/>
        </w:rPr>
      </w:pPr>
      <w:r w:rsidRPr="00A84BC5">
        <w:rPr>
          <w:rFonts w:cs="Times New Roman"/>
          <w:sz w:val="22"/>
        </w:rPr>
        <w:t>• FortiSandbox Cloud (dacă este inclus în licența existentă);</w:t>
      </w:r>
    </w:p>
    <w:p w:rsidR="00C70DF0" w:rsidRPr="00A84BC5" w:rsidRDefault="00A84BC5">
      <w:pPr>
        <w:ind w:left="340"/>
        <w:jc w:val="both"/>
        <w:rPr>
          <w:rFonts w:cs="Times New Roman"/>
          <w:sz w:val="22"/>
        </w:rPr>
      </w:pPr>
      <w:r w:rsidRPr="00A84BC5">
        <w:rPr>
          <w:rFonts w:cs="Times New Roman"/>
          <w:sz w:val="22"/>
        </w:rPr>
        <w:t>• Security Rating;</w:t>
      </w:r>
    </w:p>
    <w:p w:rsidR="00C70DF0" w:rsidRPr="00A84BC5" w:rsidRDefault="00A84BC5">
      <w:pPr>
        <w:ind w:left="340"/>
        <w:jc w:val="both"/>
        <w:rPr>
          <w:rFonts w:cs="Times New Roman"/>
          <w:sz w:val="22"/>
        </w:rPr>
      </w:pPr>
      <w:r w:rsidRPr="00A84BC5">
        <w:rPr>
          <w:rFonts w:cs="Times New Roman"/>
          <w:sz w:val="22"/>
        </w:rPr>
        <w:t>• actualizări FortiOS;</w:t>
      </w:r>
    </w:p>
    <w:p w:rsidR="00C70DF0" w:rsidRPr="00A84BC5" w:rsidRDefault="00A84BC5">
      <w:pPr>
        <w:ind w:left="340"/>
        <w:jc w:val="both"/>
        <w:rPr>
          <w:rFonts w:cs="Times New Roman"/>
          <w:sz w:val="22"/>
        </w:rPr>
      </w:pPr>
      <w:r w:rsidRPr="00A84BC5">
        <w:rPr>
          <w:rFonts w:cs="Times New Roman"/>
          <w:sz w:val="22"/>
        </w:rPr>
        <w:t>• actualizări firmware;</w:t>
      </w:r>
    </w:p>
    <w:p w:rsidR="00C70DF0" w:rsidRPr="00A84BC5" w:rsidRDefault="00A84BC5">
      <w:pPr>
        <w:ind w:left="340"/>
        <w:jc w:val="both"/>
        <w:rPr>
          <w:rFonts w:cs="Times New Roman"/>
          <w:sz w:val="22"/>
        </w:rPr>
      </w:pPr>
      <w:r w:rsidRPr="00A84BC5">
        <w:rPr>
          <w:rFonts w:cs="Times New Roman"/>
          <w:sz w:val="22"/>
        </w:rPr>
        <w:t>• acces la Security Advisories;</w:t>
      </w:r>
    </w:p>
    <w:p w:rsidR="00C70DF0" w:rsidRPr="00A84BC5" w:rsidRDefault="00A84BC5">
      <w:pPr>
        <w:ind w:left="340"/>
        <w:jc w:val="both"/>
        <w:rPr>
          <w:rFonts w:cs="Times New Roman"/>
          <w:sz w:val="22"/>
        </w:rPr>
      </w:pPr>
      <w:r w:rsidRPr="00A84BC5">
        <w:rPr>
          <w:rFonts w:cs="Times New Roman"/>
          <w:sz w:val="22"/>
        </w:rPr>
        <w:t>• acces la Knowledge Base;</w:t>
      </w:r>
    </w:p>
    <w:p w:rsidR="00C70DF0" w:rsidRPr="00A84BC5" w:rsidRDefault="00A84BC5">
      <w:pPr>
        <w:ind w:left="340"/>
        <w:jc w:val="both"/>
        <w:rPr>
          <w:rFonts w:cs="Times New Roman"/>
          <w:sz w:val="22"/>
        </w:rPr>
      </w:pPr>
      <w:r w:rsidRPr="00A84BC5">
        <w:rPr>
          <w:rFonts w:cs="Times New Roman"/>
          <w:sz w:val="22"/>
        </w:rPr>
        <w:t>• suport FortiCare;</w:t>
      </w:r>
    </w:p>
    <w:p w:rsidR="00C70DF0" w:rsidRPr="00A84BC5" w:rsidRDefault="00A84BC5">
      <w:pPr>
        <w:ind w:left="340"/>
        <w:jc w:val="both"/>
        <w:rPr>
          <w:rFonts w:cs="Times New Roman"/>
          <w:sz w:val="22"/>
        </w:rPr>
      </w:pPr>
      <w:r w:rsidRPr="00A84BC5">
        <w:rPr>
          <w:rFonts w:cs="Times New Roman"/>
          <w:sz w:val="22"/>
        </w:rPr>
        <w:t>• suport pentru activarea licențelor.</w:t>
      </w:r>
    </w:p>
    <w:p w:rsidR="00C70DF0" w:rsidRPr="00A84BC5" w:rsidRDefault="00C70DF0">
      <w:pPr>
        <w:jc w:val="both"/>
        <w:rPr>
          <w:rFonts w:cs="Times New Roman"/>
          <w:sz w:val="22"/>
        </w:rPr>
      </w:pPr>
    </w:p>
    <w:p w:rsidR="00C70DF0" w:rsidRPr="00A84BC5" w:rsidRDefault="00A84BC5">
      <w:pPr>
        <w:rPr>
          <w:rFonts w:cs="Times New Roman"/>
          <w:sz w:val="22"/>
        </w:rPr>
      </w:pPr>
      <w:r w:rsidRPr="00A84BC5">
        <w:rPr>
          <w:rFonts w:cs="Times New Roman"/>
          <w:b/>
          <w:sz w:val="22"/>
        </w:rPr>
        <w:t>30. DISPOZIȚII FINALE</w:t>
      </w:r>
    </w:p>
    <w:p w:rsidR="00C70DF0" w:rsidRPr="00A84BC5" w:rsidRDefault="00A84BC5">
      <w:pPr>
        <w:jc w:val="both"/>
        <w:rPr>
          <w:rFonts w:cs="Times New Roman"/>
          <w:sz w:val="22"/>
        </w:rPr>
      </w:pPr>
      <w:r w:rsidRPr="00A84BC5">
        <w:rPr>
          <w:rFonts w:cs="Times New Roman"/>
          <w:sz w:val="22"/>
        </w:rPr>
        <w:t>Prestatorul va respecta toate condițiile prezentului Caiet de sarcini și va furniza serviciile în conformitate cu documentația oficială a producătorului Fortinet și cu legislația aplicabilă în domeniul achizițiilor publice.</w:t>
      </w:r>
    </w:p>
    <w:p w:rsidR="00C70DF0" w:rsidRPr="00A84BC5" w:rsidRDefault="00A84BC5">
      <w:pPr>
        <w:jc w:val="both"/>
        <w:rPr>
          <w:rFonts w:cs="Times New Roman"/>
          <w:sz w:val="22"/>
        </w:rPr>
      </w:pPr>
      <w:r w:rsidRPr="00A84BC5">
        <w:rPr>
          <w:rFonts w:cs="Times New Roman"/>
          <w:sz w:val="22"/>
        </w:rPr>
        <w:t>Orice cerință tehnică sau funcțională care nu este descrisă explicit în prezentul Caiet de sarcini, dar care este necesară pentru furnizarea completă și funcțională a serviciilor ofertate conform specificațiilor producătorului, se consideră inclusă în obiectul contractului și va fi asigurată de Prestator fără costuri suplimentare pentru Autoritatea Contractantă.</w:t>
      </w:r>
    </w:p>
    <w:p w:rsidR="00C70DF0" w:rsidRPr="00A84BC5" w:rsidRDefault="00C70DF0">
      <w:pPr>
        <w:jc w:val="both"/>
        <w:rPr>
          <w:rFonts w:cs="Times New Roman"/>
          <w:sz w:val="22"/>
        </w:rPr>
      </w:pPr>
    </w:p>
    <w:p w:rsidR="00C70DF0" w:rsidRPr="00A84BC5" w:rsidRDefault="00A84BC5">
      <w:pPr>
        <w:rPr>
          <w:rFonts w:cs="Times New Roman"/>
          <w:sz w:val="22"/>
        </w:rPr>
      </w:pPr>
      <w:r w:rsidRPr="00A84BC5">
        <w:rPr>
          <w:rFonts w:cs="Times New Roman"/>
          <w:sz w:val="22"/>
        </w:rPr>
        <w:t>Autoritatea contractantă ___________        Data „___</w:t>
      </w:r>
      <w:proofErr w:type="gramStart"/>
      <w:r w:rsidRPr="00A84BC5">
        <w:rPr>
          <w:rFonts w:cs="Times New Roman"/>
          <w:sz w:val="22"/>
        </w:rPr>
        <w:t>_”_</w:t>
      </w:r>
      <w:proofErr w:type="gramEnd"/>
      <w:r w:rsidRPr="00A84BC5">
        <w:rPr>
          <w:rFonts w:cs="Times New Roman"/>
          <w:sz w:val="22"/>
        </w:rPr>
        <w:t>________________</w:t>
      </w:r>
    </w:p>
    <w:p w:rsidR="00C70DF0" w:rsidRPr="00A84BC5" w:rsidRDefault="00A84BC5">
      <w:pPr>
        <w:jc w:val="both"/>
        <w:rPr>
          <w:rFonts w:cs="Times New Roman"/>
          <w:sz w:val="22"/>
        </w:rPr>
      </w:pPr>
      <w:r w:rsidRPr="00A84BC5">
        <w:rPr>
          <w:rFonts w:cs="Times New Roman"/>
          <w:sz w:val="22"/>
        </w:rPr>
        <w:t>Notă: Prezentul model al caietului de sarcini este orientativ şi poate fi completat, modificat, precizat de către autoritatea contractantă, în funcţie de tipul şi specificul bunurilor/serviciilor. Autoritatea contractantă este obligată să respecte legislația.</w:t>
      </w:r>
    </w:p>
    <w:p w:rsidR="003D0A01" w:rsidRDefault="003D0A01" w:rsidP="00AE720F">
      <w:pPr>
        <w:jc w:val="right"/>
        <w:rPr>
          <w:rFonts w:cs="Times New Roman"/>
          <w:bCs/>
          <w:sz w:val="22"/>
        </w:rPr>
      </w:pPr>
    </w:p>
    <w:p w:rsidR="003D0A01" w:rsidRDefault="003D0A01" w:rsidP="00AE720F">
      <w:pPr>
        <w:jc w:val="right"/>
        <w:rPr>
          <w:rFonts w:cs="Times New Roman"/>
          <w:bCs/>
          <w:sz w:val="22"/>
        </w:rPr>
      </w:pPr>
    </w:p>
    <w:p w:rsidR="003D0A01" w:rsidRDefault="003D0A01" w:rsidP="00AE720F">
      <w:pPr>
        <w:jc w:val="right"/>
        <w:rPr>
          <w:rFonts w:cs="Times New Roman"/>
          <w:bCs/>
          <w:sz w:val="22"/>
        </w:rPr>
      </w:pPr>
    </w:p>
    <w:p w:rsidR="003D0A01" w:rsidRDefault="003D0A01" w:rsidP="00AE720F">
      <w:pPr>
        <w:jc w:val="right"/>
        <w:rPr>
          <w:rFonts w:cs="Times New Roman"/>
          <w:bCs/>
          <w:sz w:val="22"/>
        </w:rPr>
      </w:pPr>
    </w:p>
    <w:p w:rsidR="003D0A01" w:rsidRDefault="003D0A01" w:rsidP="00AE720F">
      <w:pPr>
        <w:jc w:val="right"/>
        <w:rPr>
          <w:rFonts w:cs="Times New Roman"/>
          <w:bCs/>
          <w:sz w:val="22"/>
        </w:rPr>
      </w:pPr>
    </w:p>
    <w:p w:rsidR="003D0A01" w:rsidRDefault="003D0A01" w:rsidP="00AE720F">
      <w:pPr>
        <w:jc w:val="right"/>
        <w:rPr>
          <w:rFonts w:cs="Times New Roman"/>
          <w:bCs/>
          <w:sz w:val="22"/>
        </w:rPr>
      </w:pPr>
    </w:p>
    <w:p w:rsidR="003D0A01" w:rsidRDefault="003D0A01" w:rsidP="00AE720F">
      <w:pPr>
        <w:jc w:val="right"/>
        <w:rPr>
          <w:rFonts w:cs="Times New Roman"/>
          <w:bCs/>
          <w:sz w:val="22"/>
        </w:rPr>
      </w:pPr>
    </w:p>
    <w:p w:rsidR="003D0A01" w:rsidRDefault="003D0A01" w:rsidP="00AE720F">
      <w:pPr>
        <w:jc w:val="right"/>
        <w:rPr>
          <w:rFonts w:cs="Times New Roman"/>
          <w:bCs/>
          <w:sz w:val="22"/>
        </w:rPr>
      </w:pPr>
    </w:p>
    <w:p w:rsidR="003D0A01" w:rsidRDefault="003D0A01" w:rsidP="00AE720F">
      <w:pPr>
        <w:jc w:val="right"/>
        <w:rPr>
          <w:rFonts w:cs="Times New Roman"/>
          <w:bCs/>
          <w:sz w:val="22"/>
        </w:rPr>
      </w:pPr>
    </w:p>
    <w:p w:rsidR="003D0A01" w:rsidRDefault="003D0A01" w:rsidP="00AE720F">
      <w:pPr>
        <w:jc w:val="right"/>
        <w:rPr>
          <w:rFonts w:cs="Times New Roman"/>
          <w:bCs/>
          <w:sz w:val="22"/>
        </w:rPr>
      </w:pPr>
    </w:p>
    <w:p w:rsidR="003D0A01" w:rsidRDefault="003D0A01" w:rsidP="00AE720F">
      <w:pPr>
        <w:jc w:val="right"/>
        <w:rPr>
          <w:rFonts w:cs="Times New Roman"/>
          <w:bCs/>
          <w:sz w:val="22"/>
        </w:rPr>
      </w:pPr>
    </w:p>
    <w:p w:rsidR="003D0A01" w:rsidRDefault="003D0A01" w:rsidP="00AE720F">
      <w:pPr>
        <w:jc w:val="right"/>
        <w:rPr>
          <w:rFonts w:cs="Times New Roman"/>
          <w:bCs/>
          <w:sz w:val="22"/>
        </w:rPr>
      </w:pPr>
    </w:p>
    <w:p w:rsidR="003D0A01" w:rsidRDefault="003D0A01" w:rsidP="00AE720F">
      <w:pPr>
        <w:jc w:val="right"/>
        <w:rPr>
          <w:rFonts w:cs="Times New Roman"/>
          <w:bCs/>
          <w:sz w:val="22"/>
        </w:rPr>
      </w:pPr>
    </w:p>
    <w:p w:rsidR="003D0A01" w:rsidRDefault="003D0A01" w:rsidP="00AE720F">
      <w:pPr>
        <w:jc w:val="right"/>
        <w:rPr>
          <w:rFonts w:cs="Times New Roman"/>
          <w:bCs/>
          <w:sz w:val="22"/>
        </w:rPr>
      </w:pPr>
    </w:p>
    <w:p w:rsidR="003D0A01" w:rsidRDefault="003D0A01" w:rsidP="00AE720F">
      <w:pPr>
        <w:jc w:val="right"/>
        <w:rPr>
          <w:rFonts w:cs="Times New Roman"/>
          <w:bCs/>
          <w:sz w:val="22"/>
        </w:rPr>
      </w:pPr>
    </w:p>
    <w:p w:rsidR="003D0A01" w:rsidRDefault="003D0A01" w:rsidP="00AE720F">
      <w:pPr>
        <w:jc w:val="right"/>
        <w:rPr>
          <w:rFonts w:cs="Times New Roman"/>
          <w:bCs/>
          <w:sz w:val="22"/>
        </w:rPr>
      </w:pPr>
    </w:p>
    <w:p w:rsidR="003D0A01" w:rsidRDefault="003D0A01" w:rsidP="00AE720F">
      <w:pPr>
        <w:jc w:val="right"/>
        <w:rPr>
          <w:rFonts w:cs="Times New Roman"/>
          <w:bCs/>
          <w:sz w:val="22"/>
        </w:rPr>
      </w:pPr>
    </w:p>
    <w:p w:rsidR="003D0A01" w:rsidRDefault="003D0A01" w:rsidP="00AE720F">
      <w:pPr>
        <w:jc w:val="right"/>
        <w:rPr>
          <w:rFonts w:cs="Times New Roman"/>
          <w:bCs/>
          <w:sz w:val="22"/>
        </w:rPr>
      </w:pPr>
    </w:p>
    <w:p w:rsidR="003D0A01" w:rsidRDefault="003D0A01" w:rsidP="00AE720F">
      <w:pPr>
        <w:jc w:val="right"/>
        <w:rPr>
          <w:rFonts w:cs="Times New Roman"/>
          <w:bCs/>
          <w:sz w:val="22"/>
        </w:rPr>
      </w:pPr>
    </w:p>
    <w:p w:rsidR="003D0A01" w:rsidRDefault="003D0A01" w:rsidP="00AE720F">
      <w:pPr>
        <w:jc w:val="right"/>
        <w:rPr>
          <w:rFonts w:cs="Times New Roman"/>
          <w:bCs/>
          <w:sz w:val="22"/>
        </w:rPr>
      </w:pPr>
    </w:p>
    <w:p w:rsidR="003D0A01" w:rsidRDefault="003D0A01" w:rsidP="00AE720F">
      <w:pPr>
        <w:jc w:val="right"/>
        <w:rPr>
          <w:rFonts w:cs="Times New Roman"/>
          <w:bCs/>
          <w:sz w:val="22"/>
        </w:rPr>
      </w:pPr>
    </w:p>
    <w:p w:rsidR="003D0A01" w:rsidRDefault="003D0A01" w:rsidP="00AE720F">
      <w:pPr>
        <w:jc w:val="right"/>
        <w:rPr>
          <w:rFonts w:cs="Times New Roman"/>
          <w:bCs/>
          <w:sz w:val="22"/>
        </w:rPr>
      </w:pPr>
    </w:p>
    <w:p w:rsidR="003D0A01" w:rsidRDefault="003D0A01" w:rsidP="00AE720F">
      <w:pPr>
        <w:jc w:val="right"/>
        <w:rPr>
          <w:rFonts w:cs="Times New Roman"/>
          <w:bCs/>
          <w:sz w:val="22"/>
        </w:rPr>
      </w:pPr>
    </w:p>
    <w:p w:rsidR="003D0A01" w:rsidRDefault="003D0A01" w:rsidP="00AE720F">
      <w:pPr>
        <w:jc w:val="right"/>
        <w:rPr>
          <w:rFonts w:cs="Times New Roman"/>
          <w:bCs/>
          <w:sz w:val="22"/>
        </w:rPr>
      </w:pPr>
    </w:p>
    <w:p w:rsidR="00FF20E1" w:rsidRPr="00A84BC5" w:rsidRDefault="0021318A" w:rsidP="00AE720F">
      <w:pPr>
        <w:jc w:val="right"/>
        <w:rPr>
          <w:rFonts w:cs="Times New Roman"/>
          <w:bCs/>
          <w:sz w:val="22"/>
        </w:rPr>
      </w:pPr>
      <w:bookmarkStart w:id="2" w:name="_GoBack"/>
      <w:bookmarkEnd w:id="2"/>
      <w:proofErr w:type="spellStart"/>
      <w:r w:rsidRPr="00A84BC5">
        <w:rPr>
          <w:rFonts w:cs="Times New Roman"/>
          <w:bCs/>
          <w:sz w:val="22"/>
        </w:rPr>
        <w:lastRenderedPageBreak/>
        <w:t>Anexa</w:t>
      </w:r>
      <w:proofErr w:type="spellEnd"/>
      <w:r w:rsidRPr="00A84BC5">
        <w:rPr>
          <w:rFonts w:cs="Times New Roman"/>
          <w:bCs/>
          <w:sz w:val="22"/>
        </w:rPr>
        <w:t xml:space="preserve"> nr</w:t>
      </w:r>
      <w:r w:rsidR="00924ED0" w:rsidRPr="00A84BC5">
        <w:rPr>
          <w:rFonts w:cs="Times New Roman"/>
          <w:bCs/>
          <w:sz w:val="22"/>
        </w:rPr>
        <w:t>.</w:t>
      </w:r>
      <w:r w:rsidR="003A0D7A" w:rsidRPr="00A84BC5">
        <w:rPr>
          <w:rFonts w:cs="Times New Roman"/>
          <w:bCs/>
          <w:sz w:val="22"/>
        </w:rPr>
        <w:t>9</w:t>
      </w:r>
    </w:p>
    <w:p w:rsidR="0021318A" w:rsidRPr="00A84BC5" w:rsidRDefault="0021318A" w:rsidP="0021318A">
      <w:pPr>
        <w:jc w:val="center"/>
        <w:rPr>
          <w:rFonts w:cs="Times New Roman"/>
          <w:sz w:val="22"/>
        </w:rPr>
      </w:pPr>
      <w:r w:rsidRPr="00A84BC5">
        <w:rPr>
          <w:rFonts w:cs="Times New Roman"/>
          <w:b/>
          <w:sz w:val="22"/>
        </w:rPr>
        <w:t>DECLARAȚIE PRIVIND DATELE DE IDENTIFICARE ALE OPERATORULUI ECONOMIC</w:t>
      </w:r>
    </w:p>
    <w:p w:rsidR="0021318A" w:rsidRPr="00A84BC5" w:rsidRDefault="0021318A" w:rsidP="0021318A">
      <w:pPr>
        <w:rPr>
          <w:rFonts w:cs="Times New Roman"/>
          <w:sz w:val="22"/>
        </w:rPr>
      </w:pPr>
      <w:proofErr w:type="spellStart"/>
      <w:r w:rsidRPr="00A84BC5">
        <w:rPr>
          <w:rFonts w:cs="Times New Roman"/>
          <w:sz w:val="22"/>
        </w:rPr>
        <w:t>Subsemnatul</w:t>
      </w:r>
      <w:proofErr w:type="spellEnd"/>
      <w:r w:rsidRPr="00A84BC5">
        <w:rPr>
          <w:rFonts w:cs="Times New Roman"/>
          <w:sz w:val="22"/>
        </w:rPr>
        <w:t xml:space="preserve">(a) ____________________________________, </w:t>
      </w:r>
      <w:proofErr w:type="spellStart"/>
      <w:r w:rsidRPr="00A84BC5">
        <w:rPr>
          <w:rFonts w:cs="Times New Roman"/>
          <w:sz w:val="22"/>
        </w:rPr>
        <w:t>în</w:t>
      </w:r>
      <w:proofErr w:type="spellEnd"/>
      <w:r w:rsidRPr="00A84BC5">
        <w:rPr>
          <w:rFonts w:cs="Times New Roman"/>
          <w:sz w:val="22"/>
        </w:rPr>
        <w:t xml:space="preserve"> </w:t>
      </w:r>
      <w:proofErr w:type="spellStart"/>
      <w:r w:rsidRPr="00A84BC5">
        <w:rPr>
          <w:rFonts w:cs="Times New Roman"/>
          <w:sz w:val="22"/>
        </w:rPr>
        <w:t>calitate</w:t>
      </w:r>
      <w:proofErr w:type="spellEnd"/>
      <w:r w:rsidRPr="00A84BC5">
        <w:rPr>
          <w:rFonts w:cs="Times New Roman"/>
          <w:sz w:val="22"/>
        </w:rPr>
        <w:t xml:space="preserve"> de </w:t>
      </w:r>
      <w:proofErr w:type="spellStart"/>
      <w:r w:rsidRPr="00A84BC5">
        <w:rPr>
          <w:rFonts w:cs="Times New Roman"/>
          <w:sz w:val="22"/>
        </w:rPr>
        <w:t>reprezentant</w:t>
      </w:r>
      <w:proofErr w:type="spellEnd"/>
      <w:r w:rsidRPr="00A84BC5">
        <w:rPr>
          <w:rFonts w:cs="Times New Roman"/>
          <w:sz w:val="22"/>
        </w:rPr>
        <w:t xml:space="preserve"> legal / </w:t>
      </w:r>
      <w:proofErr w:type="spellStart"/>
      <w:r w:rsidRPr="00A84BC5">
        <w:rPr>
          <w:rFonts w:cs="Times New Roman"/>
          <w:sz w:val="22"/>
        </w:rPr>
        <w:t>persoană</w:t>
      </w:r>
      <w:proofErr w:type="spellEnd"/>
      <w:r w:rsidRPr="00A84BC5">
        <w:rPr>
          <w:rFonts w:cs="Times New Roman"/>
          <w:sz w:val="22"/>
        </w:rPr>
        <w:t xml:space="preserve"> </w:t>
      </w:r>
      <w:proofErr w:type="spellStart"/>
      <w:r w:rsidRPr="00A84BC5">
        <w:rPr>
          <w:rFonts w:cs="Times New Roman"/>
          <w:sz w:val="22"/>
        </w:rPr>
        <w:t>împuternicită</w:t>
      </w:r>
      <w:proofErr w:type="spellEnd"/>
      <w:r w:rsidRPr="00A84BC5">
        <w:rPr>
          <w:rFonts w:cs="Times New Roman"/>
          <w:sz w:val="22"/>
        </w:rPr>
        <w:t xml:space="preserve"> a </w:t>
      </w:r>
      <w:proofErr w:type="spellStart"/>
      <w:r w:rsidRPr="00A84BC5">
        <w:rPr>
          <w:rFonts w:cs="Times New Roman"/>
          <w:sz w:val="22"/>
        </w:rPr>
        <w:t>operatorului</w:t>
      </w:r>
      <w:proofErr w:type="spellEnd"/>
      <w:r w:rsidRPr="00A84BC5">
        <w:rPr>
          <w:rFonts w:cs="Times New Roman"/>
          <w:sz w:val="22"/>
        </w:rPr>
        <w:t xml:space="preserve"> economic ____________________________________, </w:t>
      </w:r>
      <w:proofErr w:type="spellStart"/>
      <w:r w:rsidRPr="00A84BC5">
        <w:rPr>
          <w:rFonts w:cs="Times New Roman"/>
          <w:sz w:val="22"/>
        </w:rPr>
        <w:t>declar</w:t>
      </w:r>
      <w:proofErr w:type="spellEnd"/>
      <w:r w:rsidRPr="00A84BC5">
        <w:rPr>
          <w:rFonts w:cs="Times New Roman"/>
          <w:sz w:val="22"/>
        </w:rPr>
        <w:t xml:space="preserve"> pe propria </w:t>
      </w:r>
      <w:proofErr w:type="spellStart"/>
      <w:r w:rsidRPr="00A84BC5">
        <w:rPr>
          <w:rFonts w:cs="Times New Roman"/>
          <w:sz w:val="22"/>
        </w:rPr>
        <w:t>răspundere</w:t>
      </w:r>
      <w:proofErr w:type="spellEnd"/>
      <w:r w:rsidRPr="00A84BC5">
        <w:rPr>
          <w:rFonts w:cs="Times New Roman"/>
          <w:sz w:val="22"/>
        </w:rPr>
        <w:t xml:space="preserve"> </w:t>
      </w:r>
      <w:proofErr w:type="spellStart"/>
      <w:r w:rsidRPr="00A84BC5">
        <w:rPr>
          <w:rFonts w:cs="Times New Roman"/>
          <w:sz w:val="22"/>
        </w:rPr>
        <w:t>că</w:t>
      </w:r>
      <w:proofErr w:type="spellEnd"/>
      <w:r w:rsidRPr="00A84BC5">
        <w:rPr>
          <w:rFonts w:cs="Times New Roman"/>
          <w:sz w:val="22"/>
        </w:rPr>
        <w:t xml:space="preserve"> </w:t>
      </w:r>
      <w:proofErr w:type="spellStart"/>
      <w:r w:rsidRPr="00A84BC5">
        <w:rPr>
          <w:rFonts w:cs="Times New Roman"/>
          <w:sz w:val="22"/>
        </w:rPr>
        <w:t>informațiile</w:t>
      </w:r>
      <w:proofErr w:type="spellEnd"/>
      <w:r w:rsidRPr="00A84BC5">
        <w:rPr>
          <w:rFonts w:cs="Times New Roman"/>
          <w:sz w:val="22"/>
        </w:rPr>
        <w:t xml:space="preserve"> </w:t>
      </w:r>
      <w:proofErr w:type="spellStart"/>
      <w:r w:rsidRPr="00A84BC5">
        <w:rPr>
          <w:rFonts w:cs="Times New Roman"/>
          <w:sz w:val="22"/>
        </w:rPr>
        <w:t>prezentate</w:t>
      </w:r>
      <w:proofErr w:type="spellEnd"/>
      <w:r w:rsidRPr="00A84BC5">
        <w:rPr>
          <w:rFonts w:cs="Times New Roman"/>
          <w:sz w:val="22"/>
        </w:rPr>
        <w:t xml:space="preserve"> </w:t>
      </w:r>
      <w:proofErr w:type="spellStart"/>
      <w:r w:rsidRPr="00A84BC5">
        <w:rPr>
          <w:rFonts w:cs="Times New Roman"/>
          <w:sz w:val="22"/>
        </w:rPr>
        <w:t>mai</w:t>
      </w:r>
      <w:proofErr w:type="spellEnd"/>
      <w:r w:rsidRPr="00A84BC5">
        <w:rPr>
          <w:rFonts w:cs="Times New Roman"/>
          <w:sz w:val="22"/>
        </w:rPr>
        <w:t xml:space="preserve"> </w:t>
      </w:r>
      <w:proofErr w:type="spellStart"/>
      <w:r w:rsidRPr="00A84BC5">
        <w:rPr>
          <w:rFonts w:cs="Times New Roman"/>
          <w:sz w:val="22"/>
        </w:rPr>
        <w:t>jos</w:t>
      </w:r>
      <w:proofErr w:type="spellEnd"/>
      <w:r w:rsidRPr="00A84BC5">
        <w:rPr>
          <w:rFonts w:cs="Times New Roman"/>
          <w:sz w:val="22"/>
        </w:rPr>
        <w:t xml:space="preserve"> sunt complete, </w:t>
      </w:r>
      <w:proofErr w:type="spellStart"/>
      <w:r w:rsidRPr="00A84BC5">
        <w:rPr>
          <w:rFonts w:cs="Times New Roman"/>
          <w:sz w:val="22"/>
        </w:rPr>
        <w:t>corecte</w:t>
      </w:r>
      <w:proofErr w:type="spellEnd"/>
      <w:r w:rsidRPr="00A84BC5">
        <w:rPr>
          <w:rFonts w:cs="Times New Roman"/>
          <w:sz w:val="22"/>
        </w:rPr>
        <w:t xml:space="preserve"> </w:t>
      </w:r>
      <w:proofErr w:type="spellStart"/>
      <w:r w:rsidRPr="00A84BC5">
        <w:rPr>
          <w:rFonts w:cs="Times New Roman"/>
          <w:sz w:val="22"/>
        </w:rPr>
        <w:t>și</w:t>
      </w:r>
      <w:proofErr w:type="spellEnd"/>
      <w:r w:rsidRPr="00A84BC5">
        <w:rPr>
          <w:rFonts w:cs="Times New Roman"/>
          <w:sz w:val="22"/>
        </w:rPr>
        <w:t xml:space="preserve"> </w:t>
      </w:r>
      <w:proofErr w:type="spellStart"/>
      <w:r w:rsidRPr="00A84BC5">
        <w:rPr>
          <w:rFonts w:cs="Times New Roman"/>
          <w:sz w:val="22"/>
        </w:rPr>
        <w:t>actuale</w:t>
      </w:r>
      <w:proofErr w:type="spellEnd"/>
      <w:r w:rsidRPr="00A84BC5">
        <w:rPr>
          <w:rFonts w:cs="Times New Roman"/>
          <w:sz w:val="22"/>
        </w:rPr>
        <w:t>:</w:t>
      </w:r>
    </w:p>
    <w:tbl>
      <w:tblPr>
        <w:tblStyle w:val="Tabelgril1"/>
        <w:tblW w:w="0" w:type="auto"/>
        <w:jc w:val="center"/>
        <w:tblInd w:w="0" w:type="dxa"/>
        <w:tblLook w:val="04A0" w:firstRow="1" w:lastRow="0" w:firstColumn="1" w:lastColumn="0" w:noHBand="0" w:noVBand="1"/>
      </w:tblPr>
      <w:tblGrid>
        <w:gridCol w:w="5047"/>
        <w:gridCol w:w="5056"/>
      </w:tblGrid>
      <w:tr w:rsidR="0021318A" w:rsidRPr="00A84BC5" w:rsidTr="00924ED0">
        <w:trPr>
          <w:cantSplit/>
          <w:tblHeade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A84BC5" w:rsidRDefault="0021318A" w:rsidP="00924ED0">
            <w:pPr>
              <w:rPr>
                <w:sz w:val="22"/>
              </w:rPr>
            </w:pPr>
            <w:proofErr w:type="spellStart"/>
            <w:r w:rsidRPr="00A84BC5">
              <w:rPr>
                <w:sz w:val="22"/>
              </w:rPr>
              <w:t>Informația</w:t>
            </w:r>
            <w:proofErr w:type="spellEnd"/>
            <w:r w:rsidRPr="00A84BC5">
              <w:rPr>
                <w:sz w:val="22"/>
              </w:rPr>
              <w:t xml:space="preserve"> </w:t>
            </w:r>
            <w:proofErr w:type="spellStart"/>
            <w:r w:rsidRPr="00A84BC5">
              <w:rPr>
                <w:sz w:val="22"/>
              </w:rPr>
              <w:t>solicitată</w:t>
            </w:r>
            <w:proofErr w:type="spellEnd"/>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A84BC5" w:rsidRDefault="0021318A" w:rsidP="00924ED0">
            <w:pPr>
              <w:rPr>
                <w:sz w:val="22"/>
              </w:rPr>
            </w:pPr>
            <w:proofErr w:type="spellStart"/>
            <w:r w:rsidRPr="00A84BC5">
              <w:rPr>
                <w:sz w:val="22"/>
              </w:rPr>
              <w:t>Datele</w:t>
            </w:r>
            <w:proofErr w:type="spellEnd"/>
            <w:r w:rsidRPr="00A84BC5">
              <w:rPr>
                <w:sz w:val="22"/>
              </w:rPr>
              <w:t xml:space="preserve"> </w:t>
            </w:r>
            <w:proofErr w:type="spellStart"/>
            <w:r w:rsidRPr="00A84BC5">
              <w:rPr>
                <w:sz w:val="22"/>
              </w:rPr>
              <w:t>operatorului</w:t>
            </w:r>
            <w:proofErr w:type="spellEnd"/>
            <w:r w:rsidRPr="00A84BC5">
              <w:rPr>
                <w:sz w:val="22"/>
              </w:rPr>
              <w:t xml:space="preserve"> economic</w:t>
            </w:r>
          </w:p>
        </w:tc>
      </w:tr>
      <w:tr w:rsidR="0021318A" w:rsidRPr="00A84BC5"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A84BC5" w:rsidRDefault="0021318A" w:rsidP="00924ED0">
            <w:pPr>
              <w:rPr>
                <w:sz w:val="22"/>
              </w:rPr>
            </w:pPr>
            <w:r w:rsidRPr="00A84BC5">
              <w:rPr>
                <w:sz w:val="22"/>
              </w:rPr>
              <w:t xml:space="preserve">1. </w:t>
            </w:r>
            <w:proofErr w:type="spellStart"/>
            <w:r w:rsidRPr="00A84BC5">
              <w:rPr>
                <w:sz w:val="22"/>
              </w:rPr>
              <w:t>Denumirea</w:t>
            </w:r>
            <w:proofErr w:type="spellEnd"/>
            <w:r w:rsidRPr="00A84BC5">
              <w:rPr>
                <w:sz w:val="22"/>
              </w:rPr>
              <w:t xml:space="preserve"> </w:t>
            </w:r>
            <w:proofErr w:type="spellStart"/>
            <w:r w:rsidRPr="00A84BC5">
              <w:rPr>
                <w:sz w:val="22"/>
              </w:rPr>
              <w:t>completă</w:t>
            </w:r>
            <w:proofErr w:type="spellEnd"/>
            <w:r w:rsidRPr="00A84BC5">
              <w:rPr>
                <w:sz w:val="22"/>
              </w:rPr>
              <w:t xml:space="preserve"> </w:t>
            </w:r>
            <w:proofErr w:type="gramStart"/>
            <w:r w:rsidRPr="00A84BC5">
              <w:rPr>
                <w:sz w:val="22"/>
              </w:rPr>
              <w:t>a</w:t>
            </w:r>
            <w:proofErr w:type="gramEnd"/>
            <w:r w:rsidRPr="00A84BC5">
              <w:rPr>
                <w:sz w:val="22"/>
              </w:rPr>
              <w:t xml:space="preserve"> </w:t>
            </w:r>
            <w:proofErr w:type="spellStart"/>
            <w:r w:rsidRPr="00A84BC5">
              <w:rPr>
                <w:sz w:val="22"/>
              </w:rPr>
              <w:t>operatorului</w:t>
            </w:r>
            <w:proofErr w:type="spellEnd"/>
            <w:r w:rsidRPr="00A84BC5">
              <w:rPr>
                <w:sz w:val="22"/>
              </w:rPr>
              <w:t xml:space="preserve"> economic</w:t>
            </w:r>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A84BC5" w:rsidRDefault="0021318A" w:rsidP="00924ED0">
            <w:pPr>
              <w:rPr>
                <w:sz w:val="22"/>
              </w:rPr>
            </w:pPr>
            <w:r w:rsidRPr="00A84BC5">
              <w:rPr>
                <w:sz w:val="22"/>
              </w:rPr>
              <w:t>____________________________________________</w:t>
            </w:r>
          </w:p>
        </w:tc>
      </w:tr>
      <w:tr w:rsidR="0021318A" w:rsidRPr="00A84BC5"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A84BC5" w:rsidRDefault="0021318A" w:rsidP="00924ED0">
            <w:pPr>
              <w:rPr>
                <w:sz w:val="22"/>
              </w:rPr>
            </w:pPr>
            <w:r w:rsidRPr="00A84BC5">
              <w:rPr>
                <w:sz w:val="22"/>
              </w:rPr>
              <w:t xml:space="preserve">2. Forma </w:t>
            </w:r>
            <w:proofErr w:type="spellStart"/>
            <w:r w:rsidRPr="00A84BC5">
              <w:rPr>
                <w:sz w:val="22"/>
              </w:rPr>
              <w:t>juridică</w:t>
            </w:r>
            <w:proofErr w:type="spellEnd"/>
            <w:r w:rsidRPr="00A84BC5">
              <w:rPr>
                <w:sz w:val="22"/>
              </w:rPr>
              <w:t xml:space="preserve"> de </w:t>
            </w:r>
            <w:proofErr w:type="spellStart"/>
            <w:r w:rsidRPr="00A84BC5">
              <w:rPr>
                <w:sz w:val="22"/>
              </w:rPr>
              <w:t>organizare</w:t>
            </w:r>
            <w:proofErr w:type="spellEnd"/>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A84BC5" w:rsidRDefault="0021318A" w:rsidP="00924ED0">
            <w:pPr>
              <w:rPr>
                <w:sz w:val="22"/>
              </w:rPr>
            </w:pPr>
            <w:r w:rsidRPr="00A84BC5">
              <w:rPr>
                <w:sz w:val="22"/>
              </w:rPr>
              <w:t>____________________________________________</w:t>
            </w:r>
          </w:p>
        </w:tc>
      </w:tr>
      <w:tr w:rsidR="0021318A" w:rsidRPr="00A84BC5"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A84BC5" w:rsidRDefault="0021318A" w:rsidP="00924ED0">
            <w:pPr>
              <w:rPr>
                <w:sz w:val="22"/>
              </w:rPr>
            </w:pPr>
            <w:r w:rsidRPr="00A84BC5">
              <w:rPr>
                <w:sz w:val="22"/>
              </w:rPr>
              <w:t>3. IDNO</w:t>
            </w:r>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A84BC5" w:rsidRDefault="0021318A" w:rsidP="00924ED0">
            <w:pPr>
              <w:rPr>
                <w:sz w:val="22"/>
              </w:rPr>
            </w:pPr>
            <w:r w:rsidRPr="00A84BC5">
              <w:rPr>
                <w:sz w:val="22"/>
              </w:rPr>
              <w:t>____________________________________________</w:t>
            </w:r>
          </w:p>
        </w:tc>
      </w:tr>
      <w:tr w:rsidR="0021318A" w:rsidRPr="00A84BC5"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A84BC5" w:rsidRDefault="0021318A" w:rsidP="00924ED0">
            <w:pPr>
              <w:rPr>
                <w:sz w:val="22"/>
              </w:rPr>
            </w:pPr>
            <w:r w:rsidRPr="00A84BC5">
              <w:rPr>
                <w:sz w:val="22"/>
              </w:rPr>
              <w:t xml:space="preserve">4. </w:t>
            </w:r>
            <w:proofErr w:type="spellStart"/>
            <w:r w:rsidRPr="00A84BC5">
              <w:rPr>
                <w:sz w:val="22"/>
              </w:rPr>
              <w:t>Adresa</w:t>
            </w:r>
            <w:proofErr w:type="spellEnd"/>
            <w:r w:rsidRPr="00A84BC5">
              <w:rPr>
                <w:sz w:val="22"/>
              </w:rPr>
              <w:t xml:space="preserve"> </w:t>
            </w:r>
            <w:proofErr w:type="spellStart"/>
            <w:r w:rsidRPr="00A84BC5">
              <w:rPr>
                <w:sz w:val="22"/>
              </w:rPr>
              <w:t>juridică</w:t>
            </w:r>
            <w:proofErr w:type="spellEnd"/>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A84BC5" w:rsidRDefault="0021318A" w:rsidP="00924ED0">
            <w:pPr>
              <w:rPr>
                <w:sz w:val="22"/>
              </w:rPr>
            </w:pPr>
            <w:r w:rsidRPr="00A84BC5">
              <w:rPr>
                <w:sz w:val="22"/>
              </w:rPr>
              <w:t>____________________________________________</w:t>
            </w:r>
          </w:p>
        </w:tc>
      </w:tr>
      <w:tr w:rsidR="0021318A" w:rsidRPr="00A84BC5"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A84BC5" w:rsidRDefault="0021318A" w:rsidP="00924ED0">
            <w:pPr>
              <w:rPr>
                <w:sz w:val="22"/>
              </w:rPr>
            </w:pPr>
            <w:r w:rsidRPr="00A84BC5">
              <w:rPr>
                <w:sz w:val="22"/>
              </w:rPr>
              <w:t xml:space="preserve">5. </w:t>
            </w:r>
            <w:proofErr w:type="spellStart"/>
            <w:r w:rsidRPr="00A84BC5">
              <w:rPr>
                <w:sz w:val="22"/>
              </w:rPr>
              <w:t>Adresa</w:t>
            </w:r>
            <w:proofErr w:type="spellEnd"/>
            <w:r w:rsidRPr="00A84BC5">
              <w:rPr>
                <w:sz w:val="22"/>
              </w:rPr>
              <w:t xml:space="preserve"> </w:t>
            </w:r>
            <w:proofErr w:type="spellStart"/>
            <w:r w:rsidRPr="00A84BC5">
              <w:rPr>
                <w:sz w:val="22"/>
              </w:rPr>
              <w:t>poștală</w:t>
            </w:r>
            <w:proofErr w:type="spellEnd"/>
            <w:r w:rsidRPr="00A84BC5">
              <w:rPr>
                <w:sz w:val="22"/>
              </w:rPr>
              <w:t xml:space="preserve"> / </w:t>
            </w:r>
            <w:proofErr w:type="spellStart"/>
            <w:r w:rsidRPr="00A84BC5">
              <w:rPr>
                <w:sz w:val="22"/>
              </w:rPr>
              <w:t>sediul</w:t>
            </w:r>
            <w:proofErr w:type="spellEnd"/>
            <w:r w:rsidRPr="00A84BC5">
              <w:rPr>
                <w:sz w:val="22"/>
              </w:rPr>
              <w:t xml:space="preserve"> de </w:t>
            </w:r>
            <w:proofErr w:type="spellStart"/>
            <w:r w:rsidRPr="00A84BC5">
              <w:rPr>
                <w:sz w:val="22"/>
              </w:rPr>
              <w:t>corespondență</w:t>
            </w:r>
            <w:proofErr w:type="spellEnd"/>
            <w:r w:rsidRPr="00A84BC5">
              <w:rPr>
                <w:sz w:val="22"/>
              </w:rPr>
              <w:t xml:space="preserve">, </w:t>
            </w:r>
            <w:proofErr w:type="spellStart"/>
            <w:r w:rsidRPr="00A84BC5">
              <w:rPr>
                <w:sz w:val="22"/>
              </w:rPr>
              <w:t>dacă</w:t>
            </w:r>
            <w:proofErr w:type="spellEnd"/>
            <w:r w:rsidRPr="00A84BC5">
              <w:rPr>
                <w:sz w:val="22"/>
              </w:rPr>
              <w:t xml:space="preserve"> </w:t>
            </w:r>
            <w:proofErr w:type="spellStart"/>
            <w:r w:rsidRPr="00A84BC5">
              <w:rPr>
                <w:sz w:val="22"/>
              </w:rPr>
              <w:t>diferă</w:t>
            </w:r>
            <w:proofErr w:type="spellEnd"/>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A84BC5" w:rsidRDefault="0021318A" w:rsidP="00924ED0">
            <w:pPr>
              <w:rPr>
                <w:sz w:val="22"/>
              </w:rPr>
            </w:pPr>
            <w:r w:rsidRPr="00A84BC5">
              <w:rPr>
                <w:sz w:val="22"/>
              </w:rPr>
              <w:t>____________________________________________</w:t>
            </w:r>
          </w:p>
        </w:tc>
      </w:tr>
      <w:tr w:rsidR="0021318A" w:rsidRPr="00A84BC5"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A84BC5" w:rsidRDefault="0021318A" w:rsidP="00924ED0">
            <w:pPr>
              <w:rPr>
                <w:sz w:val="22"/>
              </w:rPr>
            </w:pPr>
            <w:r w:rsidRPr="00A84BC5">
              <w:rPr>
                <w:sz w:val="22"/>
              </w:rPr>
              <w:t xml:space="preserve">6. Administrator / </w:t>
            </w:r>
            <w:proofErr w:type="spellStart"/>
            <w:r w:rsidRPr="00A84BC5">
              <w:rPr>
                <w:sz w:val="22"/>
              </w:rPr>
              <w:t>conducător</w:t>
            </w:r>
            <w:proofErr w:type="spellEnd"/>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A84BC5" w:rsidRDefault="0021318A" w:rsidP="00924ED0">
            <w:pPr>
              <w:rPr>
                <w:sz w:val="22"/>
              </w:rPr>
            </w:pPr>
            <w:r w:rsidRPr="00A84BC5">
              <w:rPr>
                <w:sz w:val="22"/>
              </w:rPr>
              <w:t>____________________________________________</w:t>
            </w:r>
          </w:p>
        </w:tc>
      </w:tr>
      <w:tr w:rsidR="0021318A" w:rsidRPr="00A84BC5"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A84BC5" w:rsidRDefault="0021318A" w:rsidP="00924ED0">
            <w:pPr>
              <w:rPr>
                <w:color w:val="FF0000"/>
                <w:sz w:val="22"/>
              </w:rPr>
            </w:pPr>
            <w:r w:rsidRPr="00A84BC5">
              <w:rPr>
                <w:color w:val="FF0000"/>
                <w:sz w:val="22"/>
              </w:rPr>
              <w:t xml:space="preserve">7. </w:t>
            </w:r>
            <w:proofErr w:type="spellStart"/>
            <w:r w:rsidRPr="00A84BC5">
              <w:rPr>
                <w:color w:val="FF0000"/>
                <w:sz w:val="22"/>
              </w:rPr>
              <w:t>Persoana</w:t>
            </w:r>
            <w:proofErr w:type="spellEnd"/>
            <w:r w:rsidRPr="00A84BC5">
              <w:rPr>
                <w:color w:val="FF0000"/>
                <w:sz w:val="22"/>
              </w:rPr>
              <w:t xml:space="preserve"> </w:t>
            </w:r>
            <w:proofErr w:type="spellStart"/>
            <w:r w:rsidRPr="00A84BC5">
              <w:rPr>
                <w:color w:val="FF0000"/>
                <w:sz w:val="22"/>
              </w:rPr>
              <w:t>împuternicită</w:t>
            </w:r>
            <w:proofErr w:type="spellEnd"/>
            <w:r w:rsidRPr="00A84BC5">
              <w:rPr>
                <w:color w:val="FF0000"/>
                <w:sz w:val="22"/>
              </w:rPr>
              <w:t xml:space="preserve"> </w:t>
            </w:r>
            <w:proofErr w:type="spellStart"/>
            <w:r w:rsidRPr="00A84BC5">
              <w:rPr>
                <w:color w:val="FF0000"/>
                <w:sz w:val="22"/>
              </w:rPr>
              <w:t>să</w:t>
            </w:r>
            <w:proofErr w:type="spellEnd"/>
            <w:r w:rsidRPr="00A84BC5">
              <w:rPr>
                <w:color w:val="FF0000"/>
                <w:sz w:val="22"/>
              </w:rPr>
              <w:t xml:space="preserve"> </w:t>
            </w:r>
            <w:proofErr w:type="spellStart"/>
            <w:r w:rsidRPr="00A84BC5">
              <w:rPr>
                <w:color w:val="FF0000"/>
                <w:sz w:val="22"/>
              </w:rPr>
              <w:t>semneze</w:t>
            </w:r>
            <w:proofErr w:type="spellEnd"/>
            <w:r w:rsidRPr="00A84BC5">
              <w:rPr>
                <w:color w:val="FF0000"/>
                <w:sz w:val="22"/>
              </w:rPr>
              <w:t xml:space="preserve"> </w:t>
            </w:r>
            <w:proofErr w:type="spellStart"/>
            <w:r w:rsidRPr="00A84BC5">
              <w:rPr>
                <w:color w:val="FF0000"/>
                <w:sz w:val="22"/>
              </w:rPr>
              <w:t>oferta</w:t>
            </w:r>
            <w:proofErr w:type="spellEnd"/>
            <w:r w:rsidRPr="00A84BC5">
              <w:rPr>
                <w:color w:val="FF0000"/>
                <w:sz w:val="22"/>
              </w:rPr>
              <w:t xml:space="preserve"> </w:t>
            </w:r>
            <w:proofErr w:type="spellStart"/>
            <w:r w:rsidRPr="00A84BC5">
              <w:rPr>
                <w:color w:val="FF0000"/>
                <w:sz w:val="22"/>
              </w:rPr>
              <w:t>și</w:t>
            </w:r>
            <w:proofErr w:type="spellEnd"/>
            <w:r w:rsidRPr="00A84BC5">
              <w:rPr>
                <w:color w:val="FF0000"/>
                <w:sz w:val="22"/>
              </w:rPr>
              <w:t xml:space="preserve"> </w:t>
            </w:r>
            <w:proofErr w:type="spellStart"/>
            <w:r w:rsidRPr="00A84BC5">
              <w:rPr>
                <w:color w:val="FF0000"/>
                <w:sz w:val="22"/>
              </w:rPr>
              <w:t>contractul</w:t>
            </w:r>
            <w:proofErr w:type="spellEnd"/>
            <w:r w:rsidRPr="00A84BC5">
              <w:rPr>
                <w:color w:val="FF0000"/>
                <w:sz w:val="22"/>
              </w:rPr>
              <w:t xml:space="preserve">, </w:t>
            </w:r>
            <w:proofErr w:type="spellStart"/>
            <w:r w:rsidRPr="00A84BC5">
              <w:rPr>
                <w:color w:val="FF0000"/>
                <w:sz w:val="22"/>
              </w:rPr>
              <w:t>după</w:t>
            </w:r>
            <w:proofErr w:type="spellEnd"/>
            <w:r w:rsidRPr="00A84BC5">
              <w:rPr>
                <w:color w:val="FF0000"/>
                <w:sz w:val="22"/>
              </w:rPr>
              <w:t xml:space="preserve"> </w:t>
            </w:r>
            <w:proofErr w:type="spellStart"/>
            <w:r w:rsidRPr="00A84BC5">
              <w:rPr>
                <w:color w:val="FF0000"/>
                <w:sz w:val="22"/>
              </w:rPr>
              <w:t>caz</w:t>
            </w:r>
            <w:proofErr w:type="spellEnd"/>
            <w:r w:rsidRPr="00A84BC5">
              <w:rPr>
                <w:color w:val="FF0000"/>
                <w:sz w:val="22"/>
              </w:rPr>
              <w:t xml:space="preserve">. </w:t>
            </w:r>
            <w:proofErr w:type="spellStart"/>
            <w:r w:rsidRPr="00A84BC5">
              <w:rPr>
                <w:color w:val="FF0000"/>
                <w:sz w:val="22"/>
              </w:rPr>
              <w:t>În</w:t>
            </w:r>
            <w:proofErr w:type="spellEnd"/>
            <w:r w:rsidRPr="00A84BC5">
              <w:rPr>
                <w:color w:val="FF0000"/>
                <w:sz w:val="22"/>
              </w:rPr>
              <w:t xml:space="preserve"> </w:t>
            </w:r>
            <w:proofErr w:type="spellStart"/>
            <w:r w:rsidRPr="00A84BC5">
              <w:rPr>
                <w:color w:val="FF0000"/>
                <w:sz w:val="22"/>
              </w:rPr>
              <w:t>caz</w:t>
            </w:r>
            <w:proofErr w:type="spellEnd"/>
            <w:r w:rsidRPr="00A84BC5">
              <w:rPr>
                <w:color w:val="FF0000"/>
                <w:sz w:val="22"/>
              </w:rPr>
              <w:t xml:space="preserve"> </w:t>
            </w:r>
            <w:proofErr w:type="spellStart"/>
            <w:r w:rsidRPr="00A84BC5">
              <w:rPr>
                <w:color w:val="FF0000"/>
                <w:sz w:val="22"/>
              </w:rPr>
              <w:t>că</w:t>
            </w:r>
            <w:proofErr w:type="spellEnd"/>
            <w:r w:rsidRPr="00A84BC5">
              <w:rPr>
                <w:color w:val="FF0000"/>
                <w:sz w:val="22"/>
              </w:rPr>
              <w:t xml:space="preserve"> </w:t>
            </w:r>
            <w:proofErr w:type="spellStart"/>
            <w:r w:rsidRPr="00A84BC5">
              <w:rPr>
                <w:color w:val="FF0000"/>
                <w:sz w:val="22"/>
              </w:rPr>
              <w:t>semnează</w:t>
            </w:r>
            <w:proofErr w:type="spellEnd"/>
            <w:r w:rsidRPr="00A84BC5">
              <w:rPr>
                <w:color w:val="FF0000"/>
                <w:sz w:val="22"/>
              </w:rPr>
              <w:t xml:space="preserve"> </w:t>
            </w:r>
            <w:proofErr w:type="spellStart"/>
            <w:r w:rsidRPr="00A84BC5">
              <w:rPr>
                <w:color w:val="FF0000"/>
                <w:sz w:val="22"/>
              </w:rPr>
              <w:t>altă</w:t>
            </w:r>
            <w:proofErr w:type="spellEnd"/>
            <w:r w:rsidRPr="00A84BC5">
              <w:rPr>
                <w:color w:val="FF0000"/>
                <w:sz w:val="22"/>
              </w:rPr>
              <w:t xml:space="preserve"> </w:t>
            </w:r>
            <w:proofErr w:type="spellStart"/>
            <w:r w:rsidRPr="00A84BC5">
              <w:rPr>
                <w:color w:val="FF0000"/>
                <w:sz w:val="22"/>
              </w:rPr>
              <w:t>persoană</w:t>
            </w:r>
            <w:proofErr w:type="spellEnd"/>
            <w:r w:rsidRPr="00A84BC5">
              <w:rPr>
                <w:color w:val="FF0000"/>
                <w:sz w:val="22"/>
              </w:rPr>
              <w:t xml:space="preserve"> </w:t>
            </w:r>
            <w:proofErr w:type="spellStart"/>
            <w:r w:rsidRPr="00A84BC5">
              <w:rPr>
                <w:color w:val="FF0000"/>
                <w:sz w:val="22"/>
              </w:rPr>
              <w:t>decât</w:t>
            </w:r>
            <w:proofErr w:type="spellEnd"/>
            <w:r w:rsidRPr="00A84BC5">
              <w:rPr>
                <w:color w:val="FF0000"/>
                <w:sz w:val="22"/>
              </w:rPr>
              <w:t xml:space="preserve"> </w:t>
            </w:r>
            <w:proofErr w:type="spellStart"/>
            <w:r w:rsidRPr="00A84BC5">
              <w:rPr>
                <w:color w:val="FF0000"/>
                <w:sz w:val="22"/>
              </w:rPr>
              <w:t>administratotul</w:t>
            </w:r>
            <w:proofErr w:type="spellEnd"/>
            <w:r w:rsidRPr="00A84BC5">
              <w:rPr>
                <w:color w:val="FF0000"/>
                <w:sz w:val="22"/>
              </w:rPr>
              <w:t xml:space="preserve"> </w:t>
            </w:r>
            <w:proofErr w:type="spellStart"/>
            <w:r w:rsidRPr="00A84BC5">
              <w:rPr>
                <w:color w:val="FF0000"/>
                <w:sz w:val="22"/>
              </w:rPr>
              <w:t>să</w:t>
            </w:r>
            <w:proofErr w:type="spellEnd"/>
            <w:r w:rsidRPr="00A84BC5">
              <w:rPr>
                <w:color w:val="FF0000"/>
                <w:sz w:val="22"/>
              </w:rPr>
              <w:t xml:space="preserve"> fie </w:t>
            </w:r>
            <w:proofErr w:type="spellStart"/>
            <w:r w:rsidRPr="00A84BC5">
              <w:rPr>
                <w:color w:val="FF0000"/>
                <w:sz w:val="22"/>
              </w:rPr>
              <w:t>prezentat</w:t>
            </w:r>
            <w:proofErr w:type="spellEnd"/>
            <w:r w:rsidRPr="00A84BC5">
              <w:rPr>
                <w:color w:val="FF0000"/>
                <w:sz w:val="22"/>
              </w:rPr>
              <w:t xml:space="preserve"> </w:t>
            </w:r>
            <w:proofErr w:type="spellStart"/>
            <w:r w:rsidRPr="00A84BC5">
              <w:rPr>
                <w:color w:val="FF0000"/>
                <w:sz w:val="22"/>
              </w:rPr>
              <w:t>în</w:t>
            </w:r>
            <w:proofErr w:type="spellEnd"/>
            <w:r w:rsidRPr="00A84BC5">
              <w:rPr>
                <w:color w:val="FF0000"/>
                <w:sz w:val="22"/>
              </w:rPr>
              <w:t xml:space="preserve"> mod </w:t>
            </w:r>
            <w:proofErr w:type="spellStart"/>
            <w:r w:rsidRPr="00A84BC5">
              <w:rPr>
                <w:color w:val="FF0000"/>
                <w:sz w:val="22"/>
              </w:rPr>
              <w:t>obligatoriu</w:t>
            </w:r>
            <w:proofErr w:type="spellEnd"/>
            <w:r w:rsidRPr="00A84BC5">
              <w:rPr>
                <w:color w:val="FF0000"/>
                <w:sz w:val="22"/>
              </w:rPr>
              <w:t xml:space="preserve"> un document intern (</w:t>
            </w:r>
            <w:proofErr w:type="spellStart"/>
            <w:r w:rsidRPr="00A84BC5">
              <w:rPr>
                <w:color w:val="FF0000"/>
                <w:sz w:val="22"/>
              </w:rPr>
              <w:t>procură</w:t>
            </w:r>
            <w:proofErr w:type="spellEnd"/>
            <w:r w:rsidRPr="00A84BC5">
              <w:rPr>
                <w:color w:val="FF0000"/>
                <w:sz w:val="22"/>
              </w:rPr>
              <w:t xml:space="preserve">, </w:t>
            </w:r>
            <w:proofErr w:type="spellStart"/>
            <w:r w:rsidRPr="00A84BC5">
              <w:rPr>
                <w:color w:val="FF0000"/>
                <w:sz w:val="22"/>
              </w:rPr>
              <w:t>ordin</w:t>
            </w:r>
            <w:proofErr w:type="spellEnd"/>
            <w:r w:rsidRPr="00A84BC5">
              <w:rPr>
                <w:color w:val="FF0000"/>
                <w:sz w:val="22"/>
              </w:rPr>
              <w:t xml:space="preserve"> </w:t>
            </w:r>
            <w:proofErr w:type="spellStart"/>
            <w:r w:rsidRPr="00A84BC5">
              <w:rPr>
                <w:color w:val="FF0000"/>
                <w:sz w:val="22"/>
              </w:rPr>
              <w:t>etc</w:t>
            </w:r>
            <w:proofErr w:type="spellEnd"/>
            <w:r w:rsidRPr="00A84BC5">
              <w:rPr>
                <w:color w:val="FF0000"/>
                <w:sz w:val="22"/>
              </w:rPr>
              <w:t>).</w:t>
            </w:r>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A84BC5" w:rsidRDefault="0021318A" w:rsidP="00924ED0">
            <w:pPr>
              <w:rPr>
                <w:sz w:val="22"/>
              </w:rPr>
            </w:pPr>
            <w:r w:rsidRPr="00A84BC5">
              <w:rPr>
                <w:sz w:val="22"/>
              </w:rPr>
              <w:t>____________________________________________</w:t>
            </w:r>
          </w:p>
        </w:tc>
      </w:tr>
      <w:tr w:rsidR="0021318A" w:rsidRPr="00A84BC5"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A84BC5" w:rsidRDefault="0021318A" w:rsidP="00924ED0">
            <w:pPr>
              <w:rPr>
                <w:sz w:val="22"/>
              </w:rPr>
            </w:pPr>
            <w:r w:rsidRPr="00A84BC5">
              <w:rPr>
                <w:sz w:val="22"/>
              </w:rPr>
              <w:t xml:space="preserve">8. </w:t>
            </w:r>
            <w:proofErr w:type="spellStart"/>
            <w:r w:rsidRPr="00A84BC5">
              <w:rPr>
                <w:sz w:val="22"/>
              </w:rPr>
              <w:t>Telefon</w:t>
            </w:r>
            <w:proofErr w:type="spellEnd"/>
            <w:r w:rsidRPr="00A84BC5">
              <w:rPr>
                <w:sz w:val="22"/>
              </w:rPr>
              <w:t xml:space="preserve"> de contact</w:t>
            </w:r>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A84BC5" w:rsidRDefault="0021318A" w:rsidP="00924ED0">
            <w:pPr>
              <w:rPr>
                <w:sz w:val="22"/>
              </w:rPr>
            </w:pPr>
            <w:r w:rsidRPr="00A84BC5">
              <w:rPr>
                <w:sz w:val="22"/>
              </w:rPr>
              <w:t>____________________________________________</w:t>
            </w:r>
          </w:p>
        </w:tc>
      </w:tr>
      <w:tr w:rsidR="0021318A" w:rsidRPr="00A84BC5"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A84BC5" w:rsidRDefault="0021318A" w:rsidP="00924ED0">
            <w:pPr>
              <w:rPr>
                <w:sz w:val="22"/>
              </w:rPr>
            </w:pPr>
            <w:r w:rsidRPr="00A84BC5">
              <w:rPr>
                <w:sz w:val="22"/>
              </w:rPr>
              <w:t xml:space="preserve">9. </w:t>
            </w:r>
            <w:proofErr w:type="spellStart"/>
            <w:r w:rsidRPr="00A84BC5">
              <w:rPr>
                <w:sz w:val="22"/>
              </w:rPr>
              <w:t>Adresa</w:t>
            </w:r>
            <w:proofErr w:type="spellEnd"/>
            <w:r w:rsidRPr="00A84BC5">
              <w:rPr>
                <w:sz w:val="22"/>
              </w:rPr>
              <w:t xml:space="preserve"> </w:t>
            </w:r>
            <w:proofErr w:type="spellStart"/>
            <w:r w:rsidRPr="00A84BC5">
              <w:rPr>
                <w:sz w:val="22"/>
              </w:rPr>
              <w:t>electronică</w:t>
            </w:r>
            <w:proofErr w:type="spellEnd"/>
            <w:r w:rsidRPr="00A84BC5">
              <w:rPr>
                <w:sz w:val="22"/>
              </w:rPr>
              <w:t xml:space="preserve"> </w:t>
            </w:r>
            <w:proofErr w:type="spellStart"/>
            <w:r w:rsidRPr="00A84BC5">
              <w:rPr>
                <w:sz w:val="22"/>
              </w:rPr>
              <w:t>oficială</w:t>
            </w:r>
            <w:proofErr w:type="spellEnd"/>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A84BC5" w:rsidRDefault="0021318A" w:rsidP="00924ED0">
            <w:pPr>
              <w:rPr>
                <w:sz w:val="22"/>
              </w:rPr>
            </w:pPr>
            <w:r w:rsidRPr="00A84BC5">
              <w:rPr>
                <w:sz w:val="22"/>
              </w:rPr>
              <w:t>____________________________________________</w:t>
            </w:r>
          </w:p>
        </w:tc>
      </w:tr>
      <w:tr w:rsidR="0021318A" w:rsidRPr="00A84BC5"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A84BC5" w:rsidRDefault="0021318A" w:rsidP="00924ED0">
            <w:pPr>
              <w:rPr>
                <w:sz w:val="22"/>
              </w:rPr>
            </w:pPr>
            <w:r w:rsidRPr="00A84BC5">
              <w:rPr>
                <w:sz w:val="22"/>
              </w:rPr>
              <w:t xml:space="preserve">10. </w:t>
            </w:r>
            <w:proofErr w:type="spellStart"/>
            <w:r w:rsidRPr="00A84BC5">
              <w:rPr>
                <w:sz w:val="22"/>
              </w:rPr>
              <w:t>Denumirea</w:t>
            </w:r>
            <w:proofErr w:type="spellEnd"/>
            <w:r w:rsidRPr="00A84BC5">
              <w:rPr>
                <w:sz w:val="22"/>
              </w:rPr>
              <w:t xml:space="preserve"> </w:t>
            </w:r>
            <w:proofErr w:type="spellStart"/>
            <w:r w:rsidRPr="00A84BC5">
              <w:rPr>
                <w:sz w:val="22"/>
              </w:rPr>
              <w:t>băncii</w:t>
            </w:r>
            <w:proofErr w:type="spellEnd"/>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A84BC5" w:rsidRDefault="0021318A" w:rsidP="00924ED0">
            <w:pPr>
              <w:rPr>
                <w:sz w:val="22"/>
              </w:rPr>
            </w:pPr>
            <w:r w:rsidRPr="00A84BC5">
              <w:rPr>
                <w:sz w:val="22"/>
              </w:rPr>
              <w:t>____________________________________________</w:t>
            </w:r>
          </w:p>
        </w:tc>
      </w:tr>
      <w:tr w:rsidR="0021318A" w:rsidRPr="00A84BC5"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A84BC5" w:rsidRDefault="0021318A" w:rsidP="00924ED0">
            <w:pPr>
              <w:rPr>
                <w:sz w:val="22"/>
              </w:rPr>
            </w:pPr>
            <w:r w:rsidRPr="00A84BC5">
              <w:rPr>
                <w:sz w:val="22"/>
              </w:rPr>
              <w:t xml:space="preserve">11. Cod </w:t>
            </w:r>
            <w:proofErr w:type="spellStart"/>
            <w:r w:rsidRPr="00A84BC5">
              <w:rPr>
                <w:sz w:val="22"/>
              </w:rPr>
              <w:t>bancar</w:t>
            </w:r>
            <w:proofErr w:type="spellEnd"/>
            <w:r w:rsidRPr="00A84BC5">
              <w:rPr>
                <w:sz w:val="22"/>
              </w:rPr>
              <w:t xml:space="preserve"> (SWIFT/BIC)</w:t>
            </w:r>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A84BC5" w:rsidRDefault="0021318A" w:rsidP="00924ED0">
            <w:pPr>
              <w:rPr>
                <w:sz w:val="22"/>
              </w:rPr>
            </w:pPr>
            <w:r w:rsidRPr="00A84BC5">
              <w:rPr>
                <w:sz w:val="22"/>
              </w:rPr>
              <w:t>____________________________________________</w:t>
            </w:r>
          </w:p>
        </w:tc>
      </w:tr>
      <w:tr w:rsidR="0021318A" w:rsidRPr="00A84BC5"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A84BC5" w:rsidRDefault="0021318A" w:rsidP="00924ED0">
            <w:pPr>
              <w:rPr>
                <w:sz w:val="22"/>
              </w:rPr>
            </w:pPr>
            <w:r w:rsidRPr="00A84BC5">
              <w:rPr>
                <w:sz w:val="22"/>
              </w:rPr>
              <w:t>12. Cod IBAN</w:t>
            </w:r>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A84BC5" w:rsidRDefault="0021318A" w:rsidP="00924ED0">
            <w:pPr>
              <w:rPr>
                <w:sz w:val="22"/>
              </w:rPr>
            </w:pPr>
            <w:r w:rsidRPr="00A84BC5">
              <w:rPr>
                <w:sz w:val="22"/>
              </w:rPr>
              <w:t>____________________________________________</w:t>
            </w:r>
          </w:p>
        </w:tc>
      </w:tr>
      <w:tr w:rsidR="0021318A" w:rsidRPr="00A84BC5"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A84BC5" w:rsidRDefault="0021318A" w:rsidP="00924ED0">
            <w:pPr>
              <w:rPr>
                <w:sz w:val="22"/>
              </w:rPr>
            </w:pPr>
            <w:r w:rsidRPr="00A84BC5">
              <w:rPr>
                <w:sz w:val="22"/>
              </w:rPr>
              <w:t xml:space="preserve">13. </w:t>
            </w:r>
            <w:proofErr w:type="spellStart"/>
            <w:r w:rsidRPr="00A84BC5">
              <w:rPr>
                <w:sz w:val="22"/>
              </w:rPr>
              <w:t>Regimul</w:t>
            </w:r>
            <w:proofErr w:type="spellEnd"/>
            <w:r w:rsidRPr="00A84BC5">
              <w:rPr>
                <w:sz w:val="22"/>
              </w:rPr>
              <w:t xml:space="preserve"> TVA </w:t>
            </w:r>
            <w:proofErr w:type="spellStart"/>
            <w:r w:rsidRPr="00A84BC5">
              <w:rPr>
                <w:sz w:val="22"/>
              </w:rPr>
              <w:t>aplicabil</w:t>
            </w:r>
            <w:proofErr w:type="spellEnd"/>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A84BC5" w:rsidRDefault="0021318A" w:rsidP="00924ED0">
            <w:pPr>
              <w:rPr>
                <w:sz w:val="22"/>
              </w:rPr>
            </w:pPr>
            <w:r w:rsidRPr="00A84BC5">
              <w:rPr>
                <w:rFonts w:ascii="Segoe UI Symbol" w:hAnsi="Segoe UI Symbol" w:cs="Segoe UI Symbol"/>
                <w:sz w:val="22"/>
              </w:rPr>
              <w:t>☐</w:t>
            </w:r>
            <w:r w:rsidRPr="00A84BC5">
              <w:rPr>
                <w:sz w:val="22"/>
              </w:rPr>
              <w:t xml:space="preserve"> </w:t>
            </w:r>
            <w:proofErr w:type="spellStart"/>
            <w:r w:rsidRPr="00A84BC5">
              <w:rPr>
                <w:sz w:val="22"/>
              </w:rPr>
              <w:t>Plătitor</w:t>
            </w:r>
            <w:proofErr w:type="spellEnd"/>
            <w:r w:rsidRPr="00A84BC5">
              <w:rPr>
                <w:sz w:val="22"/>
              </w:rPr>
              <w:t xml:space="preserve"> de TVA        </w:t>
            </w:r>
            <w:r w:rsidRPr="00A84BC5">
              <w:rPr>
                <w:rFonts w:ascii="Segoe UI Symbol" w:hAnsi="Segoe UI Symbol" w:cs="Segoe UI Symbol"/>
                <w:sz w:val="22"/>
              </w:rPr>
              <w:t>☐</w:t>
            </w:r>
            <w:r w:rsidRPr="00A84BC5">
              <w:rPr>
                <w:sz w:val="22"/>
              </w:rPr>
              <w:t xml:space="preserve"> </w:t>
            </w:r>
            <w:proofErr w:type="spellStart"/>
            <w:r w:rsidRPr="00A84BC5">
              <w:rPr>
                <w:sz w:val="22"/>
              </w:rPr>
              <w:t>Neplătitor</w:t>
            </w:r>
            <w:proofErr w:type="spellEnd"/>
            <w:r w:rsidRPr="00A84BC5">
              <w:rPr>
                <w:sz w:val="22"/>
              </w:rPr>
              <w:t xml:space="preserve"> de TVA</w:t>
            </w:r>
          </w:p>
        </w:tc>
      </w:tr>
      <w:tr w:rsidR="0021318A" w:rsidRPr="00A84BC5" w:rsidTr="00924ED0">
        <w:trPr>
          <w:cantSplit/>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1318A" w:rsidRPr="00A84BC5" w:rsidRDefault="0021318A" w:rsidP="00924ED0">
            <w:pPr>
              <w:rPr>
                <w:sz w:val="22"/>
              </w:rPr>
            </w:pPr>
            <w:r w:rsidRPr="00A84BC5">
              <w:rPr>
                <w:sz w:val="22"/>
              </w:rPr>
              <w:t xml:space="preserve">14. </w:t>
            </w:r>
            <w:proofErr w:type="spellStart"/>
            <w:r w:rsidRPr="00A84BC5">
              <w:rPr>
                <w:sz w:val="22"/>
              </w:rPr>
              <w:t>Persoana</w:t>
            </w:r>
            <w:proofErr w:type="spellEnd"/>
            <w:r w:rsidRPr="00A84BC5">
              <w:rPr>
                <w:sz w:val="22"/>
              </w:rPr>
              <w:t xml:space="preserve"> </w:t>
            </w:r>
            <w:proofErr w:type="spellStart"/>
            <w:r w:rsidRPr="00A84BC5">
              <w:rPr>
                <w:sz w:val="22"/>
              </w:rPr>
              <w:t>responsabilă</w:t>
            </w:r>
            <w:proofErr w:type="spellEnd"/>
            <w:r w:rsidRPr="00A84BC5">
              <w:rPr>
                <w:sz w:val="22"/>
              </w:rPr>
              <w:t xml:space="preserve"> de </w:t>
            </w:r>
            <w:proofErr w:type="spellStart"/>
            <w:r w:rsidRPr="00A84BC5">
              <w:rPr>
                <w:sz w:val="22"/>
              </w:rPr>
              <w:t>executarea</w:t>
            </w:r>
            <w:proofErr w:type="spellEnd"/>
            <w:r w:rsidRPr="00A84BC5">
              <w:rPr>
                <w:sz w:val="22"/>
              </w:rPr>
              <w:t xml:space="preserve"> </w:t>
            </w:r>
            <w:proofErr w:type="spellStart"/>
            <w:r w:rsidRPr="00A84BC5">
              <w:rPr>
                <w:sz w:val="22"/>
              </w:rPr>
              <w:t>contractului</w:t>
            </w:r>
            <w:proofErr w:type="spellEnd"/>
          </w:p>
        </w:tc>
        <w:tc>
          <w:tcPr>
            <w:tcW w:w="4677" w:type="dxa"/>
            <w:tcBorders>
              <w:top w:val="single" w:sz="4" w:space="0" w:color="auto"/>
              <w:left w:val="single" w:sz="4" w:space="0" w:color="auto"/>
              <w:bottom w:val="single" w:sz="4" w:space="0" w:color="auto"/>
              <w:right w:val="single" w:sz="4" w:space="0" w:color="auto"/>
            </w:tcBorders>
            <w:vAlign w:val="center"/>
            <w:hideMark/>
          </w:tcPr>
          <w:p w:rsidR="0021318A" w:rsidRPr="00A84BC5" w:rsidRDefault="0021318A" w:rsidP="00924ED0">
            <w:pPr>
              <w:rPr>
                <w:sz w:val="22"/>
              </w:rPr>
            </w:pPr>
            <w:proofErr w:type="spellStart"/>
            <w:r w:rsidRPr="00A84BC5">
              <w:rPr>
                <w:sz w:val="22"/>
              </w:rPr>
              <w:t>Nume</w:t>
            </w:r>
            <w:proofErr w:type="spellEnd"/>
            <w:r w:rsidRPr="00A84BC5">
              <w:rPr>
                <w:sz w:val="22"/>
              </w:rPr>
              <w:t xml:space="preserve">, </w:t>
            </w:r>
            <w:proofErr w:type="spellStart"/>
            <w:r w:rsidRPr="00A84BC5">
              <w:rPr>
                <w:sz w:val="22"/>
              </w:rPr>
              <w:t>prenume</w:t>
            </w:r>
            <w:proofErr w:type="spellEnd"/>
            <w:r w:rsidRPr="00A84BC5">
              <w:rPr>
                <w:sz w:val="22"/>
              </w:rPr>
              <w:t>: ______________________________</w:t>
            </w:r>
            <w:r w:rsidRPr="00A84BC5">
              <w:rPr>
                <w:sz w:val="22"/>
              </w:rPr>
              <w:br/>
            </w:r>
            <w:proofErr w:type="spellStart"/>
            <w:r w:rsidRPr="00A84BC5">
              <w:rPr>
                <w:sz w:val="22"/>
              </w:rPr>
              <w:t>Funcția</w:t>
            </w:r>
            <w:proofErr w:type="spellEnd"/>
            <w:r w:rsidRPr="00A84BC5">
              <w:rPr>
                <w:sz w:val="22"/>
              </w:rPr>
              <w:t>: ____________________________________</w:t>
            </w:r>
            <w:r w:rsidRPr="00A84BC5">
              <w:rPr>
                <w:sz w:val="22"/>
              </w:rPr>
              <w:br/>
            </w:r>
            <w:proofErr w:type="spellStart"/>
            <w:r w:rsidRPr="00A84BC5">
              <w:rPr>
                <w:sz w:val="22"/>
              </w:rPr>
              <w:t>Telefon</w:t>
            </w:r>
            <w:proofErr w:type="spellEnd"/>
            <w:r w:rsidRPr="00A84BC5">
              <w:rPr>
                <w:sz w:val="22"/>
              </w:rPr>
              <w:t>: ____________________________________</w:t>
            </w:r>
            <w:r w:rsidRPr="00A84BC5">
              <w:rPr>
                <w:sz w:val="22"/>
              </w:rPr>
              <w:br/>
              <w:t>E-mail: _____________________________________</w:t>
            </w:r>
          </w:p>
        </w:tc>
      </w:tr>
    </w:tbl>
    <w:p w:rsidR="0021318A" w:rsidRPr="00A84BC5" w:rsidRDefault="0021318A" w:rsidP="0021318A">
      <w:pPr>
        <w:jc w:val="both"/>
        <w:rPr>
          <w:rFonts w:cs="Times New Roman"/>
          <w:sz w:val="22"/>
        </w:rPr>
      </w:pPr>
      <w:proofErr w:type="spellStart"/>
      <w:r w:rsidRPr="00A84BC5">
        <w:rPr>
          <w:rFonts w:cs="Times New Roman"/>
          <w:sz w:val="22"/>
        </w:rPr>
        <w:t>Operatorul</w:t>
      </w:r>
      <w:proofErr w:type="spellEnd"/>
      <w:r w:rsidRPr="00A84BC5">
        <w:rPr>
          <w:rFonts w:cs="Times New Roman"/>
          <w:sz w:val="22"/>
        </w:rPr>
        <w:t xml:space="preserve"> economic </w:t>
      </w:r>
      <w:proofErr w:type="spellStart"/>
      <w:r w:rsidRPr="00A84BC5">
        <w:rPr>
          <w:rFonts w:cs="Times New Roman"/>
          <w:sz w:val="22"/>
        </w:rPr>
        <w:t>declară</w:t>
      </w:r>
      <w:proofErr w:type="spellEnd"/>
      <w:r w:rsidRPr="00A84BC5">
        <w:rPr>
          <w:rFonts w:cs="Times New Roman"/>
          <w:sz w:val="22"/>
        </w:rPr>
        <w:t xml:space="preserve"> </w:t>
      </w:r>
      <w:proofErr w:type="spellStart"/>
      <w:r w:rsidRPr="00A84BC5">
        <w:rPr>
          <w:rFonts w:cs="Times New Roman"/>
          <w:sz w:val="22"/>
        </w:rPr>
        <w:t>că</w:t>
      </w:r>
      <w:proofErr w:type="spellEnd"/>
      <w:r w:rsidRPr="00A84BC5">
        <w:rPr>
          <w:rFonts w:cs="Times New Roman"/>
          <w:sz w:val="22"/>
        </w:rPr>
        <w:t xml:space="preserve"> nu se </w:t>
      </w:r>
      <w:proofErr w:type="spellStart"/>
      <w:r w:rsidRPr="00A84BC5">
        <w:rPr>
          <w:rFonts w:cs="Times New Roman"/>
          <w:sz w:val="22"/>
        </w:rPr>
        <w:t>află</w:t>
      </w:r>
      <w:proofErr w:type="spellEnd"/>
      <w:r w:rsidRPr="00A84BC5">
        <w:rPr>
          <w:rFonts w:cs="Times New Roman"/>
          <w:sz w:val="22"/>
        </w:rPr>
        <w:t xml:space="preserve"> </w:t>
      </w:r>
      <w:proofErr w:type="spellStart"/>
      <w:r w:rsidRPr="00A84BC5">
        <w:rPr>
          <w:rFonts w:cs="Times New Roman"/>
          <w:sz w:val="22"/>
        </w:rPr>
        <w:t>în</w:t>
      </w:r>
      <w:proofErr w:type="spellEnd"/>
      <w:r w:rsidRPr="00A84BC5">
        <w:rPr>
          <w:rFonts w:cs="Times New Roman"/>
          <w:sz w:val="22"/>
        </w:rPr>
        <w:t xml:space="preserve"> </w:t>
      </w:r>
      <w:proofErr w:type="spellStart"/>
      <w:r w:rsidRPr="00A84BC5">
        <w:rPr>
          <w:rFonts w:cs="Times New Roman"/>
          <w:sz w:val="22"/>
        </w:rPr>
        <w:t>proces</w:t>
      </w:r>
      <w:proofErr w:type="spellEnd"/>
      <w:r w:rsidRPr="00A84BC5">
        <w:rPr>
          <w:rFonts w:cs="Times New Roman"/>
          <w:sz w:val="22"/>
        </w:rPr>
        <w:t xml:space="preserve"> de </w:t>
      </w:r>
      <w:proofErr w:type="spellStart"/>
      <w:r w:rsidRPr="00A84BC5">
        <w:rPr>
          <w:rFonts w:cs="Times New Roman"/>
          <w:sz w:val="22"/>
        </w:rPr>
        <w:t>insolvabilitate</w:t>
      </w:r>
      <w:proofErr w:type="spellEnd"/>
      <w:r w:rsidRPr="00A84BC5">
        <w:rPr>
          <w:rFonts w:cs="Times New Roman"/>
          <w:sz w:val="22"/>
        </w:rPr>
        <w:t xml:space="preserve">, </w:t>
      </w:r>
      <w:proofErr w:type="spellStart"/>
      <w:r w:rsidRPr="00A84BC5">
        <w:rPr>
          <w:rFonts w:cs="Times New Roman"/>
          <w:sz w:val="22"/>
        </w:rPr>
        <w:t>lichidare</w:t>
      </w:r>
      <w:proofErr w:type="spellEnd"/>
      <w:r w:rsidRPr="00A84BC5">
        <w:rPr>
          <w:rFonts w:cs="Times New Roman"/>
          <w:sz w:val="22"/>
        </w:rPr>
        <w:t xml:space="preserve"> </w:t>
      </w:r>
      <w:proofErr w:type="spellStart"/>
      <w:r w:rsidRPr="00A84BC5">
        <w:rPr>
          <w:rFonts w:cs="Times New Roman"/>
          <w:sz w:val="22"/>
        </w:rPr>
        <w:t>sau</w:t>
      </w:r>
      <w:proofErr w:type="spellEnd"/>
      <w:r w:rsidRPr="00A84BC5">
        <w:rPr>
          <w:rFonts w:cs="Times New Roman"/>
          <w:sz w:val="22"/>
        </w:rPr>
        <w:t xml:space="preserve"> </w:t>
      </w:r>
      <w:proofErr w:type="spellStart"/>
      <w:r w:rsidRPr="00A84BC5">
        <w:rPr>
          <w:rFonts w:cs="Times New Roman"/>
          <w:sz w:val="22"/>
        </w:rPr>
        <w:t>suspendare</w:t>
      </w:r>
      <w:proofErr w:type="spellEnd"/>
      <w:r w:rsidRPr="00A84BC5">
        <w:rPr>
          <w:rFonts w:cs="Times New Roman"/>
          <w:sz w:val="22"/>
        </w:rPr>
        <w:t xml:space="preserve"> </w:t>
      </w:r>
      <w:proofErr w:type="gramStart"/>
      <w:r w:rsidRPr="00A84BC5">
        <w:rPr>
          <w:rFonts w:cs="Times New Roman"/>
          <w:sz w:val="22"/>
        </w:rPr>
        <w:t>a</w:t>
      </w:r>
      <w:proofErr w:type="gramEnd"/>
      <w:r w:rsidRPr="00A84BC5">
        <w:rPr>
          <w:rFonts w:cs="Times New Roman"/>
          <w:sz w:val="22"/>
        </w:rPr>
        <w:t xml:space="preserve"> </w:t>
      </w:r>
      <w:proofErr w:type="spellStart"/>
      <w:r w:rsidRPr="00A84BC5">
        <w:rPr>
          <w:rFonts w:cs="Times New Roman"/>
          <w:sz w:val="22"/>
        </w:rPr>
        <w:t>activității</w:t>
      </w:r>
      <w:proofErr w:type="spellEnd"/>
      <w:r w:rsidRPr="00A84BC5">
        <w:rPr>
          <w:rFonts w:cs="Times New Roman"/>
          <w:sz w:val="22"/>
        </w:rPr>
        <w:t xml:space="preserve"> </w:t>
      </w:r>
      <w:proofErr w:type="spellStart"/>
      <w:r w:rsidRPr="00A84BC5">
        <w:rPr>
          <w:rFonts w:cs="Times New Roman"/>
          <w:sz w:val="22"/>
        </w:rPr>
        <w:t>și</w:t>
      </w:r>
      <w:proofErr w:type="spellEnd"/>
      <w:r w:rsidRPr="00A84BC5">
        <w:rPr>
          <w:rFonts w:cs="Times New Roman"/>
          <w:sz w:val="22"/>
        </w:rPr>
        <w:t xml:space="preserve"> are </w:t>
      </w:r>
      <w:proofErr w:type="spellStart"/>
      <w:r w:rsidRPr="00A84BC5">
        <w:rPr>
          <w:rFonts w:cs="Times New Roman"/>
          <w:sz w:val="22"/>
        </w:rPr>
        <w:t>dreptul</w:t>
      </w:r>
      <w:proofErr w:type="spellEnd"/>
      <w:r w:rsidRPr="00A84BC5">
        <w:rPr>
          <w:rFonts w:cs="Times New Roman"/>
          <w:sz w:val="22"/>
        </w:rPr>
        <w:t xml:space="preserve"> legal de a </w:t>
      </w:r>
      <w:proofErr w:type="spellStart"/>
      <w:r w:rsidRPr="00A84BC5">
        <w:rPr>
          <w:rFonts w:cs="Times New Roman"/>
          <w:sz w:val="22"/>
        </w:rPr>
        <w:t>desfășura</w:t>
      </w:r>
      <w:proofErr w:type="spellEnd"/>
      <w:r w:rsidRPr="00A84BC5">
        <w:rPr>
          <w:rFonts w:cs="Times New Roman"/>
          <w:sz w:val="22"/>
        </w:rPr>
        <w:t xml:space="preserve"> </w:t>
      </w:r>
      <w:proofErr w:type="spellStart"/>
      <w:r w:rsidRPr="00A84BC5">
        <w:rPr>
          <w:rFonts w:cs="Times New Roman"/>
          <w:sz w:val="22"/>
        </w:rPr>
        <w:t>activitățile</w:t>
      </w:r>
      <w:proofErr w:type="spellEnd"/>
      <w:r w:rsidRPr="00A84BC5">
        <w:rPr>
          <w:rFonts w:cs="Times New Roman"/>
          <w:sz w:val="22"/>
        </w:rPr>
        <w:t xml:space="preserve"> </w:t>
      </w:r>
      <w:proofErr w:type="spellStart"/>
      <w:r w:rsidRPr="00A84BC5">
        <w:rPr>
          <w:rFonts w:cs="Times New Roman"/>
          <w:sz w:val="22"/>
        </w:rPr>
        <w:t>aferente</w:t>
      </w:r>
      <w:proofErr w:type="spellEnd"/>
      <w:r w:rsidRPr="00A84BC5">
        <w:rPr>
          <w:rFonts w:cs="Times New Roman"/>
          <w:sz w:val="22"/>
        </w:rPr>
        <w:t xml:space="preserve"> </w:t>
      </w:r>
      <w:proofErr w:type="spellStart"/>
      <w:r w:rsidRPr="00A84BC5">
        <w:rPr>
          <w:rFonts w:cs="Times New Roman"/>
          <w:sz w:val="22"/>
        </w:rPr>
        <w:t>obiectului</w:t>
      </w:r>
      <w:proofErr w:type="spellEnd"/>
      <w:r w:rsidRPr="00A84BC5">
        <w:rPr>
          <w:rFonts w:cs="Times New Roman"/>
          <w:sz w:val="22"/>
        </w:rPr>
        <w:t xml:space="preserve"> </w:t>
      </w:r>
      <w:proofErr w:type="spellStart"/>
      <w:r w:rsidRPr="00A84BC5">
        <w:rPr>
          <w:rFonts w:cs="Times New Roman"/>
          <w:sz w:val="22"/>
        </w:rPr>
        <w:t>contractului</w:t>
      </w:r>
      <w:proofErr w:type="spellEnd"/>
      <w:r w:rsidRPr="00A84BC5">
        <w:rPr>
          <w:rFonts w:cs="Times New Roman"/>
          <w:sz w:val="22"/>
        </w:rPr>
        <w:t>.</w:t>
      </w:r>
    </w:p>
    <w:p w:rsidR="0021318A" w:rsidRPr="00A84BC5" w:rsidRDefault="0021318A" w:rsidP="0021318A">
      <w:pPr>
        <w:rPr>
          <w:rFonts w:cs="Times New Roman"/>
          <w:sz w:val="22"/>
        </w:rPr>
      </w:pPr>
      <w:r w:rsidRPr="00A84BC5">
        <w:rPr>
          <w:rFonts w:cs="Times New Roman"/>
          <w:sz w:val="22"/>
        </w:rPr>
        <w:t xml:space="preserve">Data </w:t>
      </w:r>
      <w:proofErr w:type="spellStart"/>
      <w:r w:rsidRPr="00A84BC5">
        <w:rPr>
          <w:rFonts w:cs="Times New Roman"/>
          <w:sz w:val="22"/>
        </w:rPr>
        <w:t>completării</w:t>
      </w:r>
      <w:proofErr w:type="spellEnd"/>
      <w:r w:rsidRPr="00A84BC5">
        <w:rPr>
          <w:rFonts w:cs="Times New Roman"/>
          <w:sz w:val="22"/>
        </w:rPr>
        <w:t>: _______________</w:t>
      </w:r>
    </w:p>
    <w:p w:rsidR="0021318A" w:rsidRPr="00A84BC5" w:rsidRDefault="0021318A" w:rsidP="0021318A">
      <w:pPr>
        <w:rPr>
          <w:rFonts w:cs="Times New Roman"/>
          <w:sz w:val="22"/>
        </w:rPr>
      </w:pPr>
      <w:r w:rsidRPr="00A84BC5">
        <w:rPr>
          <w:rFonts w:cs="Times New Roman"/>
          <w:sz w:val="22"/>
        </w:rPr>
        <w:t>Operator economic: _______________________________</w:t>
      </w:r>
    </w:p>
    <w:p w:rsidR="0021318A" w:rsidRPr="00A84BC5" w:rsidRDefault="0021318A" w:rsidP="0021318A">
      <w:pPr>
        <w:rPr>
          <w:rFonts w:cs="Times New Roman"/>
          <w:sz w:val="22"/>
        </w:rPr>
      </w:pPr>
      <w:proofErr w:type="spellStart"/>
      <w:r w:rsidRPr="00A84BC5">
        <w:rPr>
          <w:rFonts w:cs="Times New Roman"/>
          <w:sz w:val="22"/>
        </w:rPr>
        <w:t>Nume</w:t>
      </w:r>
      <w:proofErr w:type="spellEnd"/>
      <w:r w:rsidRPr="00A84BC5">
        <w:rPr>
          <w:rFonts w:cs="Times New Roman"/>
          <w:sz w:val="22"/>
        </w:rPr>
        <w:t xml:space="preserve">, </w:t>
      </w:r>
      <w:proofErr w:type="spellStart"/>
      <w:r w:rsidRPr="00A84BC5">
        <w:rPr>
          <w:rFonts w:cs="Times New Roman"/>
          <w:sz w:val="22"/>
        </w:rPr>
        <w:t>prenume</w:t>
      </w:r>
      <w:proofErr w:type="spellEnd"/>
      <w:r w:rsidRPr="00A84BC5">
        <w:rPr>
          <w:rFonts w:cs="Times New Roman"/>
          <w:sz w:val="22"/>
        </w:rPr>
        <w:t>: _______________________________</w:t>
      </w:r>
    </w:p>
    <w:p w:rsidR="0021318A" w:rsidRPr="00A84BC5" w:rsidRDefault="0021318A" w:rsidP="0021318A">
      <w:pPr>
        <w:rPr>
          <w:rFonts w:cs="Times New Roman"/>
          <w:sz w:val="22"/>
        </w:rPr>
      </w:pPr>
      <w:proofErr w:type="spellStart"/>
      <w:r w:rsidRPr="00A84BC5">
        <w:rPr>
          <w:rFonts w:cs="Times New Roman"/>
          <w:sz w:val="22"/>
        </w:rPr>
        <w:t>Funcția</w:t>
      </w:r>
      <w:proofErr w:type="spellEnd"/>
      <w:r w:rsidRPr="00A84BC5">
        <w:rPr>
          <w:rFonts w:cs="Times New Roman"/>
          <w:sz w:val="22"/>
        </w:rPr>
        <w:t>: _______________________________</w:t>
      </w:r>
    </w:p>
    <w:p w:rsidR="0021318A" w:rsidRPr="00A84BC5" w:rsidRDefault="0021318A" w:rsidP="0021318A">
      <w:pPr>
        <w:rPr>
          <w:rFonts w:cs="Times New Roman"/>
          <w:sz w:val="22"/>
        </w:rPr>
      </w:pPr>
      <w:proofErr w:type="spellStart"/>
      <w:r w:rsidRPr="00A84BC5">
        <w:rPr>
          <w:rFonts w:cs="Times New Roman"/>
          <w:sz w:val="22"/>
        </w:rPr>
        <w:t>Semnătura</w:t>
      </w:r>
      <w:proofErr w:type="spellEnd"/>
      <w:r w:rsidRPr="00A84BC5">
        <w:rPr>
          <w:rFonts w:cs="Times New Roman"/>
          <w:sz w:val="22"/>
        </w:rPr>
        <w:t>: _______________________________</w:t>
      </w:r>
    </w:p>
    <w:p w:rsidR="00127E6A" w:rsidRPr="00A84BC5" w:rsidRDefault="00127E6A" w:rsidP="00BD31A6">
      <w:pPr>
        <w:jc w:val="both"/>
        <w:rPr>
          <w:rFonts w:cs="Times New Roman"/>
          <w:sz w:val="22"/>
        </w:rPr>
      </w:pPr>
      <w:proofErr w:type="spellStart"/>
      <w:r w:rsidRPr="00A84BC5">
        <w:rPr>
          <w:rFonts w:cs="Times New Roman"/>
          <w:sz w:val="22"/>
        </w:rPr>
        <w:t>Operatorul</w:t>
      </w:r>
      <w:proofErr w:type="spellEnd"/>
      <w:r w:rsidRPr="00A84BC5">
        <w:rPr>
          <w:rFonts w:cs="Times New Roman"/>
          <w:sz w:val="22"/>
        </w:rPr>
        <w:t xml:space="preserve"> economic </w:t>
      </w:r>
      <w:proofErr w:type="spellStart"/>
      <w:r w:rsidRPr="00A84BC5">
        <w:rPr>
          <w:rFonts w:cs="Times New Roman"/>
          <w:sz w:val="22"/>
        </w:rPr>
        <w:t>declară</w:t>
      </w:r>
      <w:proofErr w:type="spellEnd"/>
      <w:r w:rsidRPr="00A84BC5">
        <w:rPr>
          <w:rFonts w:cs="Times New Roman"/>
          <w:sz w:val="22"/>
        </w:rPr>
        <w:t xml:space="preserve"> </w:t>
      </w:r>
      <w:proofErr w:type="spellStart"/>
      <w:r w:rsidRPr="00A84BC5">
        <w:rPr>
          <w:rFonts w:cs="Times New Roman"/>
          <w:sz w:val="22"/>
        </w:rPr>
        <w:t>că</w:t>
      </w:r>
      <w:proofErr w:type="spellEnd"/>
      <w:r w:rsidRPr="00A84BC5">
        <w:rPr>
          <w:rFonts w:cs="Times New Roman"/>
          <w:sz w:val="22"/>
        </w:rPr>
        <w:t xml:space="preserve"> nu se </w:t>
      </w:r>
      <w:proofErr w:type="spellStart"/>
      <w:r w:rsidRPr="00A84BC5">
        <w:rPr>
          <w:rFonts w:cs="Times New Roman"/>
          <w:sz w:val="22"/>
        </w:rPr>
        <w:t>află</w:t>
      </w:r>
      <w:proofErr w:type="spellEnd"/>
      <w:r w:rsidRPr="00A84BC5">
        <w:rPr>
          <w:rFonts w:cs="Times New Roman"/>
          <w:sz w:val="22"/>
        </w:rPr>
        <w:t xml:space="preserve"> </w:t>
      </w:r>
      <w:proofErr w:type="spellStart"/>
      <w:r w:rsidRPr="00A84BC5">
        <w:rPr>
          <w:rFonts w:cs="Times New Roman"/>
          <w:sz w:val="22"/>
        </w:rPr>
        <w:t>în</w:t>
      </w:r>
      <w:proofErr w:type="spellEnd"/>
      <w:r w:rsidRPr="00A84BC5">
        <w:rPr>
          <w:rFonts w:cs="Times New Roman"/>
          <w:sz w:val="22"/>
        </w:rPr>
        <w:t xml:space="preserve"> </w:t>
      </w:r>
      <w:proofErr w:type="spellStart"/>
      <w:r w:rsidRPr="00A84BC5">
        <w:rPr>
          <w:rFonts w:cs="Times New Roman"/>
          <w:sz w:val="22"/>
        </w:rPr>
        <w:t>proces</w:t>
      </w:r>
      <w:proofErr w:type="spellEnd"/>
      <w:r w:rsidRPr="00A84BC5">
        <w:rPr>
          <w:rFonts w:cs="Times New Roman"/>
          <w:sz w:val="22"/>
        </w:rPr>
        <w:t xml:space="preserve"> de </w:t>
      </w:r>
      <w:proofErr w:type="spellStart"/>
      <w:r w:rsidRPr="00A84BC5">
        <w:rPr>
          <w:rFonts w:cs="Times New Roman"/>
          <w:sz w:val="22"/>
        </w:rPr>
        <w:t>insolvabilitate</w:t>
      </w:r>
      <w:proofErr w:type="spellEnd"/>
      <w:r w:rsidRPr="00A84BC5">
        <w:rPr>
          <w:rFonts w:cs="Times New Roman"/>
          <w:sz w:val="22"/>
        </w:rPr>
        <w:t xml:space="preserve">, </w:t>
      </w:r>
      <w:proofErr w:type="spellStart"/>
      <w:r w:rsidRPr="00A84BC5">
        <w:rPr>
          <w:rFonts w:cs="Times New Roman"/>
          <w:sz w:val="22"/>
        </w:rPr>
        <w:t>lichidare</w:t>
      </w:r>
      <w:proofErr w:type="spellEnd"/>
      <w:r w:rsidRPr="00A84BC5">
        <w:rPr>
          <w:rFonts w:cs="Times New Roman"/>
          <w:sz w:val="22"/>
        </w:rPr>
        <w:t xml:space="preserve"> </w:t>
      </w:r>
      <w:proofErr w:type="spellStart"/>
      <w:r w:rsidRPr="00A84BC5">
        <w:rPr>
          <w:rFonts w:cs="Times New Roman"/>
          <w:sz w:val="22"/>
        </w:rPr>
        <w:t>sau</w:t>
      </w:r>
      <w:proofErr w:type="spellEnd"/>
      <w:r w:rsidRPr="00A84BC5">
        <w:rPr>
          <w:rFonts w:cs="Times New Roman"/>
          <w:sz w:val="22"/>
        </w:rPr>
        <w:t xml:space="preserve"> </w:t>
      </w:r>
      <w:proofErr w:type="spellStart"/>
      <w:r w:rsidRPr="00A84BC5">
        <w:rPr>
          <w:rFonts w:cs="Times New Roman"/>
          <w:sz w:val="22"/>
        </w:rPr>
        <w:t>suspendare</w:t>
      </w:r>
      <w:proofErr w:type="spellEnd"/>
      <w:r w:rsidRPr="00A84BC5">
        <w:rPr>
          <w:rFonts w:cs="Times New Roman"/>
          <w:sz w:val="22"/>
        </w:rPr>
        <w:t xml:space="preserve"> </w:t>
      </w:r>
      <w:proofErr w:type="gramStart"/>
      <w:r w:rsidRPr="00A84BC5">
        <w:rPr>
          <w:rFonts w:cs="Times New Roman"/>
          <w:sz w:val="22"/>
        </w:rPr>
        <w:t>a</w:t>
      </w:r>
      <w:proofErr w:type="gramEnd"/>
      <w:r w:rsidRPr="00A84BC5">
        <w:rPr>
          <w:rFonts w:cs="Times New Roman"/>
          <w:sz w:val="22"/>
        </w:rPr>
        <w:t xml:space="preserve"> </w:t>
      </w:r>
      <w:proofErr w:type="spellStart"/>
      <w:r w:rsidRPr="00A84BC5">
        <w:rPr>
          <w:rFonts w:cs="Times New Roman"/>
          <w:sz w:val="22"/>
        </w:rPr>
        <w:t>activității</w:t>
      </w:r>
      <w:proofErr w:type="spellEnd"/>
      <w:r w:rsidRPr="00A84BC5">
        <w:rPr>
          <w:rFonts w:cs="Times New Roman"/>
          <w:sz w:val="22"/>
        </w:rPr>
        <w:t xml:space="preserve"> </w:t>
      </w:r>
      <w:proofErr w:type="spellStart"/>
      <w:r w:rsidRPr="00A84BC5">
        <w:rPr>
          <w:rFonts w:cs="Times New Roman"/>
          <w:sz w:val="22"/>
        </w:rPr>
        <w:t>și</w:t>
      </w:r>
      <w:proofErr w:type="spellEnd"/>
      <w:r w:rsidRPr="00A84BC5">
        <w:rPr>
          <w:rFonts w:cs="Times New Roman"/>
          <w:sz w:val="22"/>
        </w:rPr>
        <w:t xml:space="preserve"> are </w:t>
      </w:r>
      <w:proofErr w:type="spellStart"/>
      <w:r w:rsidRPr="00A84BC5">
        <w:rPr>
          <w:rFonts w:cs="Times New Roman"/>
          <w:sz w:val="22"/>
        </w:rPr>
        <w:t>dreptul</w:t>
      </w:r>
      <w:proofErr w:type="spellEnd"/>
      <w:r w:rsidRPr="00A84BC5">
        <w:rPr>
          <w:rFonts w:cs="Times New Roman"/>
          <w:sz w:val="22"/>
        </w:rPr>
        <w:t xml:space="preserve"> legal de a </w:t>
      </w:r>
      <w:proofErr w:type="spellStart"/>
      <w:r w:rsidRPr="00A84BC5">
        <w:rPr>
          <w:rFonts w:cs="Times New Roman"/>
          <w:sz w:val="22"/>
        </w:rPr>
        <w:t>desfășura</w:t>
      </w:r>
      <w:proofErr w:type="spellEnd"/>
      <w:r w:rsidRPr="00A84BC5">
        <w:rPr>
          <w:rFonts w:cs="Times New Roman"/>
          <w:sz w:val="22"/>
        </w:rPr>
        <w:t xml:space="preserve"> </w:t>
      </w:r>
      <w:proofErr w:type="spellStart"/>
      <w:r w:rsidRPr="00A84BC5">
        <w:rPr>
          <w:rFonts w:cs="Times New Roman"/>
          <w:sz w:val="22"/>
        </w:rPr>
        <w:t>activitățile</w:t>
      </w:r>
      <w:proofErr w:type="spellEnd"/>
      <w:r w:rsidRPr="00A84BC5">
        <w:rPr>
          <w:rFonts w:cs="Times New Roman"/>
          <w:sz w:val="22"/>
        </w:rPr>
        <w:t xml:space="preserve"> </w:t>
      </w:r>
      <w:proofErr w:type="spellStart"/>
      <w:r w:rsidRPr="00A84BC5">
        <w:rPr>
          <w:rFonts w:cs="Times New Roman"/>
          <w:sz w:val="22"/>
        </w:rPr>
        <w:t>aferente</w:t>
      </w:r>
      <w:proofErr w:type="spellEnd"/>
      <w:r w:rsidRPr="00A84BC5">
        <w:rPr>
          <w:rFonts w:cs="Times New Roman"/>
          <w:sz w:val="22"/>
        </w:rPr>
        <w:t xml:space="preserve"> </w:t>
      </w:r>
      <w:proofErr w:type="spellStart"/>
      <w:r w:rsidRPr="00A84BC5">
        <w:rPr>
          <w:rFonts w:cs="Times New Roman"/>
          <w:sz w:val="22"/>
        </w:rPr>
        <w:t>obiectului</w:t>
      </w:r>
      <w:proofErr w:type="spellEnd"/>
      <w:r w:rsidRPr="00A84BC5">
        <w:rPr>
          <w:rFonts w:cs="Times New Roman"/>
          <w:sz w:val="22"/>
        </w:rPr>
        <w:t xml:space="preserve"> </w:t>
      </w:r>
      <w:proofErr w:type="spellStart"/>
      <w:r w:rsidRPr="00A84BC5">
        <w:rPr>
          <w:rFonts w:cs="Times New Roman"/>
          <w:sz w:val="22"/>
        </w:rPr>
        <w:t>contractului</w:t>
      </w:r>
      <w:proofErr w:type="spellEnd"/>
      <w:r w:rsidRPr="00A84BC5">
        <w:rPr>
          <w:rFonts w:cs="Times New Roman"/>
          <w:sz w:val="22"/>
        </w:rPr>
        <w:t>.</w:t>
      </w:r>
    </w:p>
    <w:p w:rsidR="00127E6A" w:rsidRPr="00A84BC5" w:rsidRDefault="00127E6A" w:rsidP="00531B9B">
      <w:pPr>
        <w:rPr>
          <w:rFonts w:cs="Times New Roman"/>
          <w:sz w:val="22"/>
        </w:rPr>
      </w:pPr>
      <w:r w:rsidRPr="00A84BC5">
        <w:rPr>
          <w:rFonts w:cs="Times New Roman"/>
          <w:sz w:val="22"/>
        </w:rPr>
        <w:t xml:space="preserve">Data </w:t>
      </w:r>
      <w:proofErr w:type="spellStart"/>
      <w:r w:rsidRPr="00A84BC5">
        <w:rPr>
          <w:rFonts w:cs="Times New Roman"/>
          <w:sz w:val="22"/>
        </w:rPr>
        <w:t>completării</w:t>
      </w:r>
      <w:proofErr w:type="spellEnd"/>
      <w:r w:rsidRPr="00A84BC5">
        <w:rPr>
          <w:rFonts w:cs="Times New Roman"/>
          <w:sz w:val="22"/>
        </w:rPr>
        <w:t>: _______________</w:t>
      </w:r>
    </w:p>
    <w:p w:rsidR="00127E6A" w:rsidRPr="00A84BC5" w:rsidRDefault="00127E6A" w:rsidP="00531B9B">
      <w:pPr>
        <w:rPr>
          <w:rFonts w:cs="Times New Roman"/>
          <w:sz w:val="22"/>
        </w:rPr>
      </w:pPr>
      <w:r w:rsidRPr="00A84BC5">
        <w:rPr>
          <w:rFonts w:cs="Times New Roman"/>
          <w:sz w:val="22"/>
        </w:rPr>
        <w:t>Operator economic: _______________________________</w:t>
      </w:r>
    </w:p>
    <w:p w:rsidR="00127E6A" w:rsidRPr="00A84BC5" w:rsidRDefault="00127E6A" w:rsidP="00531B9B">
      <w:pPr>
        <w:rPr>
          <w:rFonts w:cs="Times New Roman"/>
          <w:sz w:val="22"/>
        </w:rPr>
      </w:pPr>
      <w:proofErr w:type="spellStart"/>
      <w:r w:rsidRPr="00A84BC5">
        <w:rPr>
          <w:rFonts w:cs="Times New Roman"/>
          <w:sz w:val="22"/>
        </w:rPr>
        <w:t>Nume</w:t>
      </w:r>
      <w:proofErr w:type="spellEnd"/>
      <w:r w:rsidRPr="00A84BC5">
        <w:rPr>
          <w:rFonts w:cs="Times New Roman"/>
          <w:sz w:val="22"/>
        </w:rPr>
        <w:t xml:space="preserve">, </w:t>
      </w:r>
      <w:proofErr w:type="spellStart"/>
      <w:r w:rsidRPr="00A84BC5">
        <w:rPr>
          <w:rFonts w:cs="Times New Roman"/>
          <w:sz w:val="22"/>
        </w:rPr>
        <w:t>prenume</w:t>
      </w:r>
      <w:proofErr w:type="spellEnd"/>
      <w:r w:rsidRPr="00A84BC5">
        <w:rPr>
          <w:rFonts w:cs="Times New Roman"/>
          <w:sz w:val="22"/>
        </w:rPr>
        <w:t>: _______________________________</w:t>
      </w:r>
    </w:p>
    <w:p w:rsidR="00127E6A" w:rsidRPr="00A84BC5" w:rsidRDefault="00127E6A" w:rsidP="00531B9B">
      <w:pPr>
        <w:rPr>
          <w:rFonts w:cs="Times New Roman"/>
          <w:sz w:val="22"/>
        </w:rPr>
      </w:pPr>
      <w:proofErr w:type="spellStart"/>
      <w:r w:rsidRPr="00A84BC5">
        <w:rPr>
          <w:rFonts w:cs="Times New Roman"/>
          <w:sz w:val="22"/>
        </w:rPr>
        <w:t>Funcția</w:t>
      </w:r>
      <w:proofErr w:type="spellEnd"/>
      <w:r w:rsidRPr="00A84BC5">
        <w:rPr>
          <w:rFonts w:cs="Times New Roman"/>
          <w:sz w:val="22"/>
        </w:rPr>
        <w:t>: _______________________________</w:t>
      </w:r>
    </w:p>
    <w:p w:rsidR="00814F27" w:rsidRPr="00A84BC5" w:rsidRDefault="00127E6A" w:rsidP="00531B9B">
      <w:pPr>
        <w:rPr>
          <w:rFonts w:cs="Times New Roman"/>
          <w:sz w:val="22"/>
        </w:rPr>
      </w:pPr>
      <w:proofErr w:type="spellStart"/>
      <w:r w:rsidRPr="00A84BC5">
        <w:rPr>
          <w:rFonts w:cs="Times New Roman"/>
          <w:sz w:val="22"/>
        </w:rPr>
        <w:t>Semnătura</w:t>
      </w:r>
      <w:proofErr w:type="spellEnd"/>
      <w:r w:rsidRPr="00A84BC5">
        <w:rPr>
          <w:rFonts w:cs="Times New Roman"/>
          <w:sz w:val="22"/>
        </w:rPr>
        <w:t>: _______________________________</w:t>
      </w:r>
    </w:p>
    <w:sectPr w:rsidR="00814F27" w:rsidRPr="00A84BC5" w:rsidSect="004D7ED4">
      <w:pgSz w:w="12240" w:h="15840"/>
      <w:pgMar w:top="850" w:right="1134" w:bottom="1701"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CC"/>
    <w:family w:val="roman"/>
    <w:pitch w:val="variable"/>
  </w:font>
  <w:font w:name="Liberation Sans">
    <w:altName w:val="Arial"/>
    <w:charset w:val="00"/>
    <w:family w:val="swiss"/>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PMingLiU">
    <w:altName w:val="新細明體"/>
    <w:panose1 w:val="02010601000101010101"/>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7BA1FF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cumarcatori"/>
      <w:lvlText w:val=""/>
      <w:lvlJc w:val="left"/>
      <w:pPr>
        <w:tabs>
          <w:tab w:val="num" w:pos="360"/>
        </w:tabs>
        <w:ind w:left="360" w:hanging="360"/>
      </w:pPr>
      <w:rPr>
        <w:rFonts w:ascii="Symbol" w:hAnsi="Symbol" w:hint="default"/>
      </w:rPr>
    </w:lvl>
  </w:abstractNum>
  <w:abstractNum w:abstractNumId="9" w15:restartNumberingAfterBreak="0">
    <w:nsid w:val="043A445E"/>
    <w:multiLevelType w:val="multilevel"/>
    <w:tmpl w:val="2B8CE4B6"/>
    <w:lvl w:ilvl="0">
      <w:start w:val="1"/>
      <w:numFmt w:val="decimal"/>
      <w:lvlText w:val="%1."/>
      <w:lvlJc w:val="left"/>
      <w:pPr>
        <w:tabs>
          <w:tab w:val="num" w:pos="0"/>
        </w:tabs>
        <w:ind w:left="360" w:hanging="360"/>
      </w:pPr>
      <w:rPr>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A3D6806"/>
    <w:multiLevelType w:val="multilevel"/>
    <w:tmpl w:val="0EDC7814"/>
    <w:lvl w:ilvl="0">
      <w:start w:val="1"/>
      <w:numFmt w:val="upperLetter"/>
      <w:lvlText w:val="%1."/>
      <w:lvlJc w:val="lef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EB55A99"/>
    <w:multiLevelType w:val="multilevel"/>
    <w:tmpl w:val="C1EAC93C"/>
    <w:lvl w:ilvl="0">
      <w:start w:val="1"/>
      <w:numFmt w:val="bullet"/>
      <w:lvlText w:val=""/>
      <w:lvlJc w:val="left"/>
      <w:pPr>
        <w:tabs>
          <w:tab w:val="num" w:pos="0"/>
        </w:tabs>
        <w:ind w:left="784"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17764CCA"/>
    <w:multiLevelType w:val="multilevel"/>
    <w:tmpl w:val="2C32F164"/>
    <w:lvl w:ilvl="0">
      <w:start w:val="1"/>
      <w:numFmt w:val="decimal"/>
      <w:pStyle w:val="NumPar1"/>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3" w15:restartNumberingAfterBreak="0">
    <w:nsid w:val="23B46C0C"/>
    <w:multiLevelType w:val="multilevel"/>
    <w:tmpl w:val="B8309072"/>
    <w:lvl w:ilvl="0">
      <w:start w:val="1"/>
      <w:numFmt w:val="bullet"/>
      <w:pStyle w:val="Tiret0"/>
      <w:lvlText w:val=""/>
      <w:lvlJc w:val="left"/>
      <w:pPr>
        <w:tabs>
          <w:tab w:val="num" w:pos="850"/>
        </w:tabs>
        <w:ind w:left="850" w:hanging="85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1A25AEB"/>
    <w:multiLevelType w:val="multilevel"/>
    <w:tmpl w:val="57CC8F0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37D53373"/>
    <w:multiLevelType w:val="multilevel"/>
    <w:tmpl w:val="05F849D4"/>
    <w:lvl w:ilvl="0">
      <w:start w:val="1"/>
      <w:numFmt w:val="decimal"/>
      <w:pStyle w:val="Listanumerotat4"/>
      <w:lvlText w:val="%1."/>
      <w:lvlJc w:val="left"/>
      <w:pPr>
        <w:tabs>
          <w:tab w:val="num" w:pos="1209"/>
        </w:tabs>
        <w:ind w:left="120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E3D6768"/>
    <w:multiLevelType w:val="hybridMultilevel"/>
    <w:tmpl w:val="CE227BEE"/>
    <w:lvl w:ilvl="0" w:tplc="C14E81F6">
      <w:start w:val="1"/>
      <w:numFmt w:val="decimal"/>
      <w:lvlText w:val="%1."/>
      <w:lvlJc w:val="left"/>
      <w:pPr>
        <w:ind w:left="720" w:hanging="360"/>
      </w:pPr>
      <w:rPr>
        <w:b/>
        <w:i w:val="0"/>
        <w:iCs w:val="0"/>
        <w:sz w:val="24"/>
        <w:szCs w:val="24"/>
      </w:rPr>
    </w:lvl>
    <w:lvl w:ilvl="1" w:tplc="0442B36A">
      <w:start w:val="1"/>
      <w:numFmt w:val="lowerLetter"/>
      <w:lvlText w:val="%2."/>
      <w:lvlJc w:val="left"/>
      <w:pPr>
        <w:ind w:left="1440" w:hanging="360"/>
      </w:pPr>
    </w:lvl>
    <w:lvl w:ilvl="2" w:tplc="A10E2F7A">
      <w:start w:val="1"/>
      <w:numFmt w:val="lowerRoman"/>
      <w:lvlText w:val="%3."/>
      <w:lvlJc w:val="right"/>
      <w:pPr>
        <w:ind w:left="2160" w:hanging="180"/>
      </w:pPr>
    </w:lvl>
    <w:lvl w:ilvl="3" w:tplc="C75475A4">
      <w:start w:val="1"/>
      <w:numFmt w:val="decimal"/>
      <w:lvlText w:val="%4."/>
      <w:lvlJc w:val="left"/>
      <w:pPr>
        <w:ind w:left="2880" w:hanging="360"/>
      </w:pPr>
    </w:lvl>
    <w:lvl w:ilvl="4" w:tplc="AAF4EFCC">
      <w:start w:val="1"/>
      <w:numFmt w:val="lowerLetter"/>
      <w:lvlText w:val="%5."/>
      <w:lvlJc w:val="left"/>
      <w:pPr>
        <w:ind w:left="3600" w:hanging="360"/>
      </w:pPr>
    </w:lvl>
    <w:lvl w:ilvl="5" w:tplc="1FDE0C58">
      <w:start w:val="1"/>
      <w:numFmt w:val="lowerRoman"/>
      <w:lvlText w:val="%6."/>
      <w:lvlJc w:val="right"/>
      <w:pPr>
        <w:ind w:left="4320" w:hanging="180"/>
      </w:pPr>
    </w:lvl>
    <w:lvl w:ilvl="6" w:tplc="C76E6E8C">
      <w:start w:val="1"/>
      <w:numFmt w:val="decimal"/>
      <w:lvlText w:val="%7."/>
      <w:lvlJc w:val="left"/>
      <w:pPr>
        <w:ind w:left="5040" w:hanging="360"/>
      </w:pPr>
    </w:lvl>
    <w:lvl w:ilvl="7" w:tplc="7F58DAE4">
      <w:start w:val="1"/>
      <w:numFmt w:val="lowerLetter"/>
      <w:lvlText w:val="%8."/>
      <w:lvlJc w:val="left"/>
      <w:pPr>
        <w:ind w:left="5760" w:hanging="360"/>
      </w:pPr>
    </w:lvl>
    <w:lvl w:ilvl="8" w:tplc="031A6B5A">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67F3DE7"/>
    <w:multiLevelType w:val="hybridMultilevel"/>
    <w:tmpl w:val="2D5C6D76"/>
    <w:lvl w:ilvl="0" w:tplc="0409000F">
      <w:start w:val="1"/>
      <w:numFmt w:val="decimal"/>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B55725"/>
    <w:multiLevelType w:val="multilevel"/>
    <w:tmpl w:val="F5A66A2A"/>
    <w:lvl w:ilvl="0">
      <w:start w:val="1"/>
      <w:numFmt w:val="upperLetter"/>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F344D1F"/>
    <w:multiLevelType w:val="multilevel"/>
    <w:tmpl w:val="B610F378"/>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FBB73B8"/>
    <w:multiLevelType w:val="hybridMultilevel"/>
    <w:tmpl w:val="6428F2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723BB9"/>
    <w:multiLevelType w:val="multilevel"/>
    <w:tmpl w:val="E1562BAA"/>
    <w:lvl w:ilvl="0">
      <w:start w:val="1"/>
      <w:numFmt w:val="upp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E886012"/>
    <w:multiLevelType w:val="multilevel"/>
    <w:tmpl w:val="ABF465FA"/>
    <w:lvl w:ilvl="0">
      <w:start w:val="1"/>
      <w:numFmt w:val="upperLetter"/>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0586A75"/>
    <w:multiLevelType w:val="multilevel"/>
    <w:tmpl w:val="9F90DDE4"/>
    <w:lvl w:ilvl="0">
      <w:start w:val="1"/>
      <w:numFmt w:val="bullet"/>
      <w:pStyle w:val="Tiret1"/>
      <w:lvlText w:val=""/>
      <w:lvlJc w:val="left"/>
      <w:pPr>
        <w:tabs>
          <w:tab w:val="num" w:pos="1417"/>
        </w:tabs>
        <w:ind w:left="1417" w:hanging="567"/>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F5265B0"/>
    <w:multiLevelType w:val="multilevel"/>
    <w:tmpl w:val="9ECEDBCE"/>
    <w:lvl w:ilvl="0">
      <w:start w:val="1"/>
      <w:numFmt w:val="bullet"/>
      <w:pStyle w:val="Bulletted"/>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82D3679"/>
    <w:multiLevelType w:val="multilevel"/>
    <w:tmpl w:val="168C6216"/>
    <w:lvl w:ilvl="0">
      <w:start w:val="1"/>
      <w:numFmt w:val="upperLetter"/>
      <w:lvlText w:val="%1."/>
      <w:lvlJc w:val="left"/>
      <w:pPr>
        <w:tabs>
          <w:tab w:val="num" w:pos="0"/>
        </w:tabs>
        <w:ind w:left="1080" w:hanging="360"/>
      </w:pPr>
      <w:rPr>
        <w:b/>
        <w:i w:val="0"/>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8"/>
  </w:num>
  <w:num w:numId="13">
    <w:abstractNumId w:val="27"/>
  </w:num>
  <w:num w:numId="14">
    <w:abstractNumId w:val="17"/>
  </w:num>
  <w:num w:numId="15">
    <w:abstractNumId w:val="14"/>
  </w:num>
  <w:num w:numId="16">
    <w:abstractNumId w:val="15"/>
  </w:num>
  <w:num w:numId="17">
    <w:abstractNumId w:val="22"/>
  </w:num>
  <w:num w:numId="18">
    <w:abstractNumId w:val="19"/>
  </w:num>
  <w:num w:numId="19">
    <w:abstractNumId w:val="12"/>
  </w:num>
  <w:num w:numId="20">
    <w:abstractNumId w:val="10"/>
  </w:num>
  <w:num w:numId="21">
    <w:abstractNumId w:val="11"/>
  </w:num>
  <w:num w:numId="22">
    <w:abstractNumId w:val="23"/>
  </w:num>
  <w:num w:numId="23">
    <w:abstractNumId w:val="24"/>
  </w:num>
  <w:num w:numId="24">
    <w:abstractNumId w:val="26"/>
  </w:num>
  <w:num w:numId="25">
    <w:abstractNumId w:val="13"/>
  </w:num>
  <w:num w:numId="26">
    <w:abstractNumId w:val="25"/>
  </w:num>
  <w:num w:numId="27">
    <w:abstractNumId w:val="9"/>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B369E"/>
    <w:rsid w:val="000B6594"/>
    <w:rsid w:val="000C3DFC"/>
    <w:rsid w:val="00110FDC"/>
    <w:rsid w:val="00127E6A"/>
    <w:rsid w:val="0015074B"/>
    <w:rsid w:val="001B08D7"/>
    <w:rsid w:val="001E7444"/>
    <w:rsid w:val="001F1165"/>
    <w:rsid w:val="00210902"/>
    <w:rsid w:val="0021318A"/>
    <w:rsid w:val="0022270F"/>
    <w:rsid w:val="0029639D"/>
    <w:rsid w:val="00326F90"/>
    <w:rsid w:val="00374C8A"/>
    <w:rsid w:val="003A0D7A"/>
    <w:rsid w:val="003D0A01"/>
    <w:rsid w:val="00484219"/>
    <w:rsid w:val="004D7ED4"/>
    <w:rsid w:val="00505F62"/>
    <w:rsid w:val="00531B9B"/>
    <w:rsid w:val="005F130F"/>
    <w:rsid w:val="00603D90"/>
    <w:rsid w:val="006603CA"/>
    <w:rsid w:val="006A7BA5"/>
    <w:rsid w:val="006E0A3D"/>
    <w:rsid w:val="007076F9"/>
    <w:rsid w:val="00707AC9"/>
    <w:rsid w:val="00730D67"/>
    <w:rsid w:val="00747772"/>
    <w:rsid w:val="007C25C0"/>
    <w:rsid w:val="007E7CF6"/>
    <w:rsid w:val="007F29ED"/>
    <w:rsid w:val="00803D8D"/>
    <w:rsid w:val="00811206"/>
    <w:rsid w:val="00814F27"/>
    <w:rsid w:val="008D1020"/>
    <w:rsid w:val="00924ED0"/>
    <w:rsid w:val="0098480E"/>
    <w:rsid w:val="009B721A"/>
    <w:rsid w:val="00A02F09"/>
    <w:rsid w:val="00A138C2"/>
    <w:rsid w:val="00A20347"/>
    <w:rsid w:val="00A45F2B"/>
    <w:rsid w:val="00A84BC5"/>
    <w:rsid w:val="00A97ADF"/>
    <w:rsid w:val="00AA1D8D"/>
    <w:rsid w:val="00AE720F"/>
    <w:rsid w:val="00B47730"/>
    <w:rsid w:val="00B8159E"/>
    <w:rsid w:val="00BD31A6"/>
    <w:rsid w:val="00BD4525"/>
    <w:rsid w:val="00C56432"/>
    <w:rsid w:val="00C70DF0"/>
    <w:rsid w:val="00C75252"/>
    <w:rsid w:val="00C8582B"/>
    <w:rsid w:val="00CB0664"/>
    <w:rsid w:val="00CB7340"/>
    <w:rsid w:val="00D756A6"/>
    <w:rsid w:val="00D92004"/>
    <w:rsid w:val="00DA768A"/>
    <w:rsid w:val="00DB14F8"/>
    <w:rsid w:val="00DB17FC"/>
    <w:rsid w:val="00DE74D3"/>
    <w:rsid w:val="00E17C54"/>
    <w:rsid w:val="00E87FE3"/>
    <w:rsid w:val="00E902B2"/>
    <w:rsid w:val="00EA2F43"/>
    <w:rsid w:val="00EE23B4"/>
    <w:rsid w:val="00FA6A39"/>
    <w:rsid w:val="00FC693F"/>
    <w:rsid w:val="00FD1F25"/>
    <w:rsid w:val="00FF1E07"/>
    <w:rsid w:val="00FF20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9217166"/>
  <w14:defaultImageDpi w14:val="300"/>
  <w15:docId w15:val="{B8976D2F-105D-493F-8E59-1BAE937C2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qFormat="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iPriority="0" w:unhideWhenUsed="1" w:qFormat="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240" w:lineRule="auto"/>
    </w:pPr>
    <w:rPr>
      <w:rFonts w:ascii="Times New Roman" w:eastAsia="Times New Roman" w:hAnsi="Times New Roman"/>
      <w:sz w:val="24"/>
    </w:rPr>
  </w:style>
  <w:style w:type="paragraph" w:styleId="Titlu1">
    <w:name w:val="heading 1"/>
    <w:basedOn w:val="Normal"/>
    <w:next w:val="Normal"/>
    <w:link w:val="Titlu1Caracte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Titlu2">
    <w:name w:val="heading 2"/>
    <w:basedOn w:val="Normal"/>
    <w:next w:val="Normal"/>
    <w:link w:val="Titlu2Caracte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Cs w:val="26"/>
    </w:rPr>
  </w:style>
  <w:style w:type="paragraph" w:styleId="Titlu3">
    <w:name w:val="heading 3"/>
    <w:basedOn w:val="Normal"/>
    <w:next w:val="Normal"/>
    <w:link w:val="Titlu3Caracte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basedOn w:val="Normal"/>
    <w:next w:val="Normal"/>
    <w:link w:val="Titlu4Caracte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Titlu5">
    <w:name w:val="heading 5"/>
    <w:basedOn w:val="Normal"/>
    <w:next w:val="Normal"/>
    <w:link w:val="Titlu5Caracte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Titlu6">
    <w:name w:val="heading 6"/>
    <w:basedOn w:val="Normal"/>
    <w:next w:val="Normal"/>
    <w:link w:val="Titlu6Caracte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Titlu7">
    <w:name w:val="heading 7"/>
    <w:basedOn w:val="Normal"/>
    <w:next w:val="Normal"/>
    <w:link w:val="Titlu7Caracte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Titlu8">
    <w:name w:val="heading 8"/>
    <w:basedOn w:val="Normal"/>
    <w:next w:val="Normal"/>
    <w:link w:val="Titlu8Caracte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Cs w:val="20"/>
    </w:rPr>
  </w:style>
  <w:style w:type="paragraph" w:styleId="Titlu9">
    <w:name w:val="heading 9"/>
    <w:basedOn w:val="Normal"/>
    <w:next w:val="Normal"/>
    <w:link w:val="Titlu9Caracte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E618BF"/>
    <w:pPr>
      <w:tabs>
        <w:tab w:val="center" w:pos="4680"/>
        <w:tab w:val="right" w:pos="9360"/>
      </w:tabs>
    </w:pPr>
  </w:style>
  <w:style w:type="character" w:customStyle="1" w:styleId="AntetCaracter">
    <w:name w:val="Antet Caracter"/>
    <w:basedOn w:val="Fontdeparagrafimplicit"/>
    <w:link w:val="Antet"/>
    <w:uiPriority w:val="99"/>
    <w:rsid w:val="00E618BF"/>
  </w:style>
  <w:style w:type="paragraph" w:styleId="Subsol">
    <w:name w:val="footer"/>
    <w:basedOn w:val="Normal"/>
    <w:link w:val="SubsolCaracter"/>
    <w:unhideWhenUsed/>
    <w:rsid w:val="00E618BF"/>
    <w:pPr>
      <w:tabs>
        <w:tab w:val="center" w:pos="4680"/>
        <w:tab w:val="right" w:pos="9360"/>
      </w:tabs>
    </w:pPr>
  </w:style>
  <w:style w:type="character" w:customStyle="1" w:styleId="SubsolCaracter">
    <w:name w:val="Subsol Caracter"/>
    <w:basedOn w:val="Fontdeparagrafimplicit"/>
    <w:link w:val="Subsol"/>
    <w:uiPriority w:val="99"/>
    <w:rsid w:val="00E618BF"/>
  </w:style>
  <w:style w:type="paragraph" w:styleId="Frspaiere">
    <w:name w:val="No Spacing"/>
    <w:qFormat/>
    <w:rsid w:val="00FC693F"/>
    <w:pPr>
      <w:spacing w:after="0" w:line="240" w:lineRule="auto"/>
    </w:pPr>
    <w:rPr>
      <w:rFonts w:ascii="Times New Roman" w:eastAsia="Times New Roman" w:hAnsi="Times New Roman"/>
      <w:sz w:val="24"/>
    </w:rPr>
  </w:style>
  <w:style w:type="character" w:customStyle="1" w:styleId="Titlu1Caracter">
    <w:name w:val="Titlu 1 Caracter"/>
    <w:basedOn w:val="Fontdeparagrafimplicit"/>
    <w:link w:val="Titlu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lu2Caracter">
    <w:name w:val="Titlu 2 Caracter"/>
    <w:basedOn w:val="Fontdeparagrafimplicit"/>
    <w:link w:val="Titlu2"/>
    <w:uiPriority w:val="9"/>
    <w:rsid w:val="00FC693F"/>
    <w:rPr>
      <w:rFonts w:asciiTheme="majorHAnsi" w:eastAsiaTheme="majorEastAsia" w:hAnsiTheme="majorHAnsi" w:cstheme="majorBidi"/>
      <w:b/>
      <w:bCs/>
      <w:color w:val="4F81BD" w:themeColor="accent1"/>
      <w:sz w:val="26"/>
      <w:szCs w:val="26"/>
    </w:rPr>
  </w:style>
  <w:style w:type="character" w:customStyle="1" w:styleId="Titlu3Caracter">
    <w:name w:val="Titlu 3 Caracter"/>
    <w:basedOn w:val="Fontdeparagrafimplicit"/>
    <w:link w:val="Titlu3"/>
    <w:uiPriority w:val="9"/>
    <w:rsid w:val="00FC693F"/>
    <w:rPr>
      <w:rFonts w:asciiTheme="majorHAnsi" w:eastAsiaTheme="majorEastAsia" w:hAnsiTheme="majorHAnsi" w:cstheme="majorBidi"/>
      <w:b/>
      <w:bCs/>
      <w:color w:val="4F81BD" w:themeColor="accent1"/>
    </w:rPr>
  </w:style>
  <w:style w:type="paragraph" w:styleId="Titlu">
    <w:name w:val="Title"/>
    <w:basedOn w:val="Normal"/>
    <w:next w:val="Normal"/>
    <w:link w:val="TitluCaracte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Cs w:val="52"/>
    </w:rPr>
  </w:style>
  <w:style w:type="character" w:customStyle="1" w:styleId="TitluCaracter">
    <w:name w:val="Titlu Caracter"/>
    <w:basedOn w:val="Fontdeparagrafimplicit"/>
    <w:link w:val="Titl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u">
    <w:name w:val="Subtitle"/>
    <w:basedOn w:val="Normal"/>
    <w:next w:val="Normal"/>
    <w:link w:val="SubtitluCaracte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uCaracter">
    <w:name w:val="Subtitlu Caracter"/>
    <w:basedOn w:val="Fontdeparagrafimplicit"/>
    <w:link w:val="Subtitlu"/>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f">
    <w:name w:val="List Paragraph"/>
    <w:aliases w:val="HotarirePunct1"/>
    <w:basedOn w:val="Normal"/>
    <w:link w:val="ListparagrafCaracter"/>
    <w:qFormat/>
    <w:rsid w:val="00FC693F"/>
    <w:pPr>
      <w:ind w:left="720"/>
      <w:contextualSpacing/>
    </w:pPr>
  </w:style>
  <w:style w:type="paragraph" w:styleId="Corptext">
    <w:name w:val="Body Text"/>
    <w:basedOn w:val="Normal"/>
    <w:link w:val="CorptextCaracter"/>
    <w:unhideWhenUsed/>
    <w:rsid w:val="00AA1D8D"/>
    <w:pPr>
      <w:spacing w:after="120"/>
    </w:pPr>
  </w:style>
  <w:style w:type="character" w:customStyle="1" w:styleId="CorptextCaracter">
    <w:name w:val="Corp text Caracter"/>
    <w:basedOn w:val="Fontdeparagrafimplicit"/>
    <w:link w:val="Corptext"/>
    <w:uiPriority w:val="99"/>
    <w:rsid w:val="00AA1D8D"/>
  </w:style>
  <w:style w:type="paragraph" w:styleId="Corptext2">
    <w:name w:val="Body Text 2"/>
    <w:basedOn w:val="Normal"/>
    <w:link w:val="Corptext2Caracter"/>
    <w:uiPriority w:val="99"/>
    <w:unhideWhenUsed/>
    <w:rsid w:val="00AA1D8D"/>
    <w:pPr>
      <w:spacing w:after="120" w:line="480" w:lineRule="auto"/>
    </w:pPr>
  </w:style>
  <w:style w:type="character" w:customStyle="1" w:styleId="Corptext2Caracter">
    <w:name w:val="Corp text 2 Caracter"/>
    <w:basedOn w:val="Fontdeparagrafimplicit"/>
    <w:link w:val="Corptext2"/>
    <w:uiPriority w:val="99"/>
    <w:rsid w:val="00AA1D8D"/>
  </w:style>
  <w:style w:type="paragraph" w:styleId="Corptext3">
    <w:name w:val="Body Text 3"/>
    <w:basedOn w:val="Normal"/>
    <w:link w:val="Corptext3Caracter"/>
    <w:uiPriority w:val="99"/>
    <w:unhideWhenUsed/>
    <w:rsid w:val="00AA1D8D"/>
    <w:pPr>
      <w:spacing w:after="120"/>
    </w:pPr>
    <w:rPr>
      <w:szCs w:val="16"/>
    </w:rPr>
  </w:style>
  <w:style w:type="character" w:customStyle="1" w:styleId="Corptext3Caracter">
    <w:name w:val="Corp text 3 Caracter"/>
    <w:basedOn w:val="Fontdeparagrafimplicit"/>
    <w:link w:val="Corptext3"/>
    <w:uiPriority w:val="99"/>
    <w:rsid w:val="00AA1D8D"/>
    <w:rPr>
      <w:sz w:val="16"/>
      <w:szCs w:val="16"/>
    </w:rPr>
  </w:style>
  <w:style w:type="paragraph" w:styleId="List">
    <w:name w:val="List"/>
    <w:basedOn w:val="Normal"/>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cumarcatori">
    <w:name w:val="List Bullet"/>
    <w:basedOn w:val="Normal"/>
    <w:uiPriority w:val="99"/>
    <w:unhideWhenUsed/>
    <w:rsid w:val="00326F90"/>
    <w:pPr>
      <w:numPr>
        <w:numId w:val="1"/>
      </w:numPr>
      <w:contextualSpacing/>
    </w:pPr>
  </w:style>
  <w:style w:type="paragraph" w:styleId="Listacumarcatori2">
    <w:name w:val="List Bullet 2"/>
    <w:basedOn w:val="Normal"/>
    <w:uiPriority w:val="99"/>
    <w:unhideWhenUsed/>
    <w:rsid w:val="00326F90"/>
    <w:pPr>
      <w:numPr>
        <w:numId w:val="2"/>
      </w:numPr>
      <w:contextualSpacing/>
    </w:pPr>
  </w:style>
  <w:style w:type="paragraph" w:styleId="Listacumarcatori3">
    <w:name w:val="List Bullet 3"/>
    <w:basedOn w:val="Normal"/>
    <w:uiPriority w:val="99"/>
    <w:unhideWhenUsed/>
    <w:rsid w:val="00326F90"/>
    <w:pPr>
      <w:numPr>
        <w:numId w:val="3"/>
      </w:numPr>
      <w:contextualSpacing/>
    </w:pPr>
  </w:style>
  <w:style w:type="paragraph" w:styleId="Listnumerotat">
    <w:name w:val="List Number"/>
    <w:basedOn w:val="Normal"/>
    <w:uiPriority w:val="99"/>
    <w:unhideWhenUsed/>
    <w:rsid w:val="00326F90"/>
    <w:pPr>
      <w:numPr>
        <w:numId w:val="5"/>
      </w:numPr>
      <w:contextualSpacing/>
    </w:pPr>
  </w:style>
  <w:style w:type="paragraph" w:styleId="Listanumerotat2">
    <w:name w:val="List Number 2"/>
    <w:basedOn w:val="Normal"/>
    <w:uiPriority w:val="99"/>
    <w:unhideWhenUsed/>
    <w:rsid w:val="0029639D"/>
    <w:pPr>
      <w:numPr>
        <w:numId w:val="6"/>
      </w:numPr>
      <w:contextualSpacing/>
    </w:pPr>
  </w:style>
  <w:style w:type="paragraph" w:styleId="Listanumerotat3">
    <w:name w:val="List Number 3"/>
    <w:basedOn w:val="Normal"/>
    <w:uiPriority w:val="99"/>
    <w:unhideWhenUsed/>
    <w:rsid w:val="0029639D"/>
    <w:pPr>
      <w:numPr>
        <w:numId w:val="7"/>
      </w:numPr>
      <w:contextualSpacing/>
    </w:pPr>
  </w:style>
  <w:style w:type="paragraph" w:styleId="Listcontinuare">
    <w:name w:val="List Continue"/>
    <w:basedOn w:val="Normal"/>
    <w:uiPriority w:val="99"/>
    <w:unhideWhenUsed/>
    <w:rsid w:val="0029639D"/>
    <w:pPr>
      <w:spacing w:after="120"/>
      <w:ind w:left="360"/>
      <w:contextualSpacing/>
    </w:pPr>
  </w:style>
  <w:style w:type="paragraph" w:styleId="Listcontinuare2">
    <w:name w:val="List Continue 2"/>
    <w:basedOn w:val="Normal"/>
    <w:uiPriority w:val="99"/>
    <w:unhideWhenUsed/>
    <w:rsid w:val="0029639D"/>
    <w:pPr>
      <w:spacing w:after="120"/>
      <w:ind w:left="720"/>
      <w:contextualSpacing/>
    </w:pPr>
  </w:style>
  <w:style w:type="paragraph" w:styleId="Listcontinuare3">
    <w:name w:val="List Continue 3"/>
    <w:basedOn w:val="Normal"/>
    <w:uiPriority w:val="99"/>
    <w:unhideWhenUsed/>
    <w:rsid w:val="0029639D"/>
    <w:pPr>
      <w:spacing w:after="120"/>
      <w:ind w:left="1080"/>
      <w:contextualSpacing/>
    </w:pPr>
  </w:style>
  <w:style w:type="paragraph" w:styleId="Textmacrocomand">
    <w:name w:val="macro"/>
    <w:link w:val="TextmacrocomandCaracter"/>
    <w:uiPriority w:val="99"/>
    <w:unhideWhenUsed/>
    <w:rsid w:val="0029639D"/>
    <w:pPr>
      <w:tabs>
        <w:tab w:val="left" w:pos="576"/>
        <w:tab w:val="left" w:pos="1152"/>
        <w:tab w:val="left" w:pos="1728"/>
        <w:tab w:val="left" w:pos="2304"/>
        <w:tab w:val="left" w:pos="2880"/>
        <w:tab w:val="left" w:pos="3456"/>
        <w:tab w:val="left" w:pos="4032"/>
      </w:tabs>
    </w:pPr>
    <w:rPr>
      <w:rFonts w:ascii="Times New Roman" w:eastAsia="Times New Roman" w:hAnsi="Times New Roman"/>
      <w:sz w:val="24"/>
      <w:szCs w:val="20"/>
    </w:rPr>
  </w:style>
  <w:style w:type="character" w:customStyle="1" w:styleId="TextmacrocomandCaracter">
    <w:name w:val="Text macrocomandă Caracter"/>
    <w:basedOn w:val="Fontdeparagrafimplicit"/>
    <w:link w:val="Textmacrocomand"/>
    <w:uiPriority w:val="99"/>
    <w:rsid w:val="0029639D"/>
    <w:rPr>
      <w:rFonts w:ascii="Courier" w:hAnsi="Courier"/>
      <w:sz w:val="20"/>
      <w:szCs w:val="20"/>
    </w:rPr>
  </w:style>
  <w:style w:type="paragraph" w:styleId="Citat">
    <w:name w:val="Quote"/>
    <w:basedOn w:val="Normal"/>
    <w:next w:val="Normal"/>
    <w:link w:val="CitatCaracter"/>
    <w:uiPriority w:val="29"/>
    <w:qFormat/>
    <w:rsid w:val="00FC693F"/>
    <w:rPr>
      <w:i/>
      <w:iCs/>
      <w:color w:val="000000" w:themeColor="text1"/>
    </w:rPr>
  </w:style>
  <w:style w:type="character" w:customStyle="1" w:styleId="CitatCaracter">
    <w:name w:val="Citat Caracter"/>
    <w:basedOn w:val="Fontdeparagrafimplicit"/>
    <w:link w:val="Citat"/>
    <w:uiPriority w:val="29"/>
    <w:rsid w:val="00FC693F"/>
    <w:rPr>
      <w:i/>
      <w:iCs/>
      <w:color w:val="000000" w:themeColor="text1"/>
    </w:rPr>
  </w:style>
  <w:style w:type="character" w:customStyle="1" w:styleId="Titlu4Caracter">
    <w:name w:val="Titlu 4 Caracter"/>
    <w:basedOn w:val="Fontdeparagrafimplicit"/>
    <w:link w:val="Titlu4"/>
    <w:uiPriority w:val="9"/>
    <w:semiHidden/>
    <w:rsid w:val="00FC693F"/>
    <w:rPr>
      <w:rFonts w:asciiTheme="majorHAnsi" w:eastAsiaTheme="majorEastAsia" w:hAnsiTheme="majorHAnsi" w:cstheme="majorBidi"/>
      <w:b/>
      <w:bCs/>
      <w:i/>
      <w:iCs/>
      <w:color w:val="4F81BD" w:themeColor="accent1"/>
    </w:rPr>
  </w:style>
  <w:style w:type="character" w:customStyle="1" w:styleId="Titlu5Caracter">
    <w:name w:val="Titlu 5 Caracter"/>
    <w:basedOn w:val="Fontdeparagrafimplicit"/>
    <w:link w:val="Titlu5"/>
    <w:uiPriority w:val="9"/>
    <w:semiHidden/>
    <w:rsid w:val="00FC693F"/>
    <w:rPr>
      <w:rFonts w:asciiTheme="majorHAnsi" w:eastAsiaTheme="majorEastAsia" w:hAnsiTheme="majorHAnsi" w:cstheme="majorBidi"/>
      <w:color w:val="243F60" w:themeColor="accent1" w:themeShade="7F"/>
    </w:rPr>
  </w:style>
  <w:style w:type="character" w:customStyle="1" w:styleId="Titlu6Caracter">
    <w:name w:val="Titlu 6 Caracter"/>
    <w:basedOn w:val="Fontdeparagrafimplicit"/>
    <w:link w:val="Titlu6"/>
    <w:uiPriority w:val="9"/>
    <w:semiHidden/>
    <w:rsid w:val="00FC693F"/>
    <w:rPr>
      <w:rFonts w:asciiTheme="majorHAnsi" w:eastAsiaTheme="majorEastAsia" w:hAnsiTheme="majorHAnsi" w:cstheme="majorBidi"/>
      <w:i/>
      <w:iCs/>
      <w:color w:val="243F60" w:themeColor="accent1" w:themeShade="7F"/>
    </w:rPr>
  </w:style>
  <w:style w:type="character" w:customStyle="1" w:styleId="Titlu7Caracter">
    <w:name w:val="Titlu 7 Caracter"/>
    <w:basedOn w:val="Fontdeparagrafimplicit"/>
    <w:link w:val="Titlu7"/>
    <w:uiPriority w:val="9"/>
    <w:semiHidden/>
    <w:rsid w:val="00FC693F"/>
    <w:rPr>
      <w:rFonts w:asciiTheme="majorHAnsi" w:eastAsiaTheme="majorEastAsia" w:hAnsiTheme="majorHAnsi" w:cstheme="majorBidi"/>
      <w:i/>
      <w:iCs/>
      <w:color w:val="404040" w:themeColor="text1" w:themeTint="BF"/>
    </w:rPr>
  </w:style>
  <w:style w:type="character" w:customStyle="1" w:styleId="Titlu8Caracter">
    <w:name w:val="Titlu 8 Caracter"/>
    <w:basedOn w:val="Fontdeparagrafimplicit"/>
    <w:link w:val="Titlu8"/>
    <w:uiPriority w:val="9"/>
    <w:semiHidden/>
    <w:rsid w:val="00FC693F"/>
    <w:rPr>
      <w:rFonts w:asciiTheme="majorHAnsi" w:eastAsiaTheme="majorEastAsia" w:hAnsiTheme="majorHAnsi" w:cstheme="majorBidi"/>
      <w:color w:val="4F81BD" w:themeColor="accent1"/>
      <w:sz w:val="20"/>
      <w:szCs w:val="20"/>
    </w:rPr>
  </w:style>
  <w:style w:type="character" w:customStyle="1" w:styleId="Titlu9Caracter">
    <w:name w:val="Titlu 9 Caracter"/>
    <w:basedOn w:val="Fontdeparagrafimplicit"/>
    <w:link w:val="Titlu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
    <w:name w:val="caption"/>
    <w:basedOn w:val="Normal"/>
    <w:next w:val="Normal"/>
    <w:unhideWhenUsed/>
    <w:qFormat/>
    <w:rsid w:val="00FC693F"/>
    <w:rPr>
      <w:b/>
      <w:bCs/>
      <w:color w:val="4F81BD" w:themeColor="accent1"/>
      <w:szCs w:val="18"/>
    </w:rPr>
  </w:style>
  <w:style w:type="character" w:styleId="Robust">
    <w:name w:val="Strong"/>
    <w:basedOn w:val="Fontdeparagrafimplicit"/>
    <w:qFormat/>
    <w:rsid w:val="00FC693F"/>
    <w:rPr>
      <w:b/>
      <w:bCs/>
    </w:rPr>
  </w:style>
  <w:style w:type="character" w:styleId="Accentuat">
    <w:name w:val="Emphasis"/>
    <w:basedOn w:val="Fontdeparagrafimplicit"/>
    <w:uiPriority w:val="20"/>
    <w:qFormat/>
    <w:rsid w:val="00FC693F"/>
    <w:rPr>
      <w:i/>
      <w:iCs/>
    </w:rPr>
  </w:style>
  <w:style w:type="paragraph" w:styleId="Citatintens">
    <w:name w:val="Intense Quote"/>
    <w:basedOn w:val="Normal"/>
    <w:next w:val="Normal"/>
    <w:link w:val="CitatintensCaracte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ntensCaracter">
    <w:name w:val="Citat intens Caracter"/>
    <w:basedOn w:val="Fontdeparagrafimplicit"/>
    <w:link w:val="Citatintens"/>
    <w:uiPriority w:val="30"/>
    <w:rsid w:val="00FC693F"/>
    <w:rPr>
      <w:b/>
      <w:bCs/>
      <w:i/>
      <w:iCs/>
      <w:color w:val="4F81BD" w:themeColor="accent1"/>
    </w:rPr>
  </w:style>
  <w:style w:type="character" w:styleId="Accentuaresubtil">
    <w:name w:val="Subtle Emphasis"/>
    <w:basedOn w:val="Fontdeparagrafimplicit"/>
    <w:uiPriority w:val="19"/>
    <w:qFormat/>
    <w:rsid w:val="00FC693F"/>
    <w:rPr>
      <w:i/>
      <w:iCs/>
      <w:color w:val="808080" w:themeColor="text1" w:themeTint="7F"/>
    </w:rPr>
  </w:style>
  <w:style w:type="character" w:styleId="Accentuareintens">
    <w:name w:val="Intense Emphasis"/>
    <w:basedOn w:val="Fontdeparagrafimplicit"/>
    <w:uiPriority w:val="21"/>
    <w:qFormat/>
    <w:rsid w:val="00FC693F"/>
    <w:rPr>
      <w:b/>
      <w:bCs/>
      <w:i/>
      <w:iCs/>
      <w:color w:val="4F81BD" w:themeColor="accent1"/>
    </w:rPr>
  </w:style>
  <w:style w:type="character" w:styleId="Referiresubtil">
    <w:name w:val="Subtle Reference"/>
    <w:basedOn w:val="Fontdeparagrafimplicit"/>
    <w:uiPriority w:val="31"/>
    <w:qFormat/>
    <w:rsid w:val="00FC693F"/>
    <w:rPr>
      <w:smallCaps/>
      <w:color w:val="C0504D" w:themeColor="accent2"/>
      <w:u w:val="single"/>
    </w:rPr>
  </w:style>
  <w:style w:type="character" w:styleId="Referireintens">
    <w:name w:val="Intense Reference"/>
    <w:basedOn w:val="Fontdeparagrafimplicit"/>
    <w:uiPriority w:val="32"/>
    <w:qFormat/>
    <w:rsid w:val="00FC693F"/>
    <w:rPr>
      <w:b/>
      <w:bCs/>
      <w:smallCaps/>
      <w:color w:val="C0504D" w:themeColor="accent2"/>
      <w:spacing w:val="5"/>
      <w:u w:val="single"/>
    </w:rPr>
  </w:style>
  <w:style w:type="character" w:styleId="Titlulcrii">
    <w:name w:val="Book Title"/>
    <w:basedOn w:val="Fontdeparagrafimplicit"/>
    <w:uiPriority w:val="33"/>
    <w:qFormat/>
    <w:rsid w:val="00FC693F"/>
    <w:rPr>
      <w:b/>
      <w:bCs/>
      <w:smallCaps/>
      <w:spacing w:val="5"/>
    </w:rPr>
  </w:style>
  <w:style w:type="paragraph" w:styleId="Titlucuprins">
    <w:name w:val="TOC Heading"/>
    <w:basedOn w:val="Titlu1"/>
    <w:next w:val="Normal"/>
    <w:unhideWhenUsed/>
    <w:qFormat/>
    <w:rsid w:val="00FC693F"/>
    <w:pPr>
      <w:outlineLvl w:val="9"/>
    </w:pPr>
    <w:rPr>
      <w:rFonts w:ascii="Times New Roman" w:eastAsia="Times New Roman" w:hAnsi="Times New Roman"/>
    </w:rPr>
  </w:style>
  <w:style w:type="table" w:styleId="Tabelgril">
    <w:name w:val="Table Grid"/>
    <w:basedOn w:val="Tabel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Umbriredeculoaredeschis">
    <w:name w:val="Light Shading"/>
    <w:basedOn w:val="Tabel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Umbriredeculoaredeschis-Accentuare2">
    <w:name w:val="Light Shading Accent 2"/>
    <w:basedOn w:val="Tabel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Umbriredeculoaredeschis-Accentuare3">
    <w:name w:val="Light Shading Accent 3"/>
    <w:basedOn w:val="Tabel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Umbriredeculoaredeschis-Accentuare4">
    <w:name w:val="Light Shading Accent 4"/>
    <w:basedOn w:val="Tabel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Umbriredeculoaredeschis-Accentuare5">
    <w:name w:val="Light Shading Accent 5"/>
    <w:basedOn w:val="Tabel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Umbriredeculoaredeschis-Accentuare6">
    <w:name w:val="Light Shading Accent 6"/>
    <w:basedOn w:val="Tabel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deculoaredeschis">
    <w:name w:val="Light List"/>
    <w:basedOn w:val="Tabel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deculoaredeschis-Accentuare2">
    <w:name w:val="Light List Accent 2"/>
    <w:basedOn w:val="Tabel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deculoaredeschis-Accentuare3">
    <w:name w:val="Light List Accent 3"/>
    <w:basedOn w:val="Tabel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deculoaredeschis-Accentuare4">
    <w:name w:val="Light List Accent 4"/>
    <w:basedOn w:val="Tabel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deculoaredeschis-Accentuare5">
    <w:name w:val="Light List Accent 5"/>
    <w:basedOn w:val="Tabel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deculoaredeschis-Accentuare6">
    <w:name w:val="Light List Accent 6"/>
    <w:basedOn w:val="Tabel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deculoaredeschis">
    <w:name w:val="Light Grid"/>
    <w:basedOn w:val="Tabel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deculoaredeschis-Accentuare2">
    <w:name w:val="Light Grid Accent 2"/>
    <w:basedOn w:val="Tabel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deculoaredeschis-Accentuare3">
    <w:name w:val="Light Grid Accent 3"/>
    <w:basedOn w:val="Tabel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deculoaredeschis-Accentuare4">
    <w:name w:val="Light Grid Accent 4"/>
    <w:basedOn w:val="Tabel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deculoaredeschis-Accentuare5">
    <w:name w:val="Light Grid Accent 5"/>
    <w:basedOn w:val="Tabel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deculoaredeschis-Accentuare6">
    <w:name w:val="Light Grid Accent 6"/>
    <w:basedOn w:val="Tabel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Umbriremedie1">
    <w:name w:val="Medium Shading 1"/>
    <w:basedOn w:val="Tabel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medie1-Accentuare2">
    <w:name w:val="Medium List 1 Accent 2"/>
    <w:basedOn w:val="Tabel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medie1-Accentuare3">
    <w:name w:val="Medium List 1 Accent 3"/>
    <w:basedOn w:val="Tabel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medie1-Accentuare4">
    <w:name w:val="Medium List 1 Accent 4"/>
    <w:basedOn w:val="Tabel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medie1-Accentuare5">
    <w:name w:val="Medium List 1 Accent 5"/>
    <w:basedOn w:val="Tabel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medie1-Accentuare6">
    <w:name w:val="Medium List 1 Accent 6"/>
    <w:basedOn w:val="Tabel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medie2">
    <w:name w:val="Medium Lis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medie1-Accentuare2">
    <w:name w:val="Medium Grid 1 Accent 2"/>
    <w:basedOn w:val="Tabel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medie1-Accentuare3">
    <w:name w:val="Medium Grid 1 Accent 3"/>
    <w:basedOn w:val="Tabel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medie1-Accentuare4">
    <w:name w:val="Medium Grid 1 Accent 4"/>
    <w:basedOn w:val="Tabel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medie1-Accentuare5">
    <w:name w:val="Medium Grid 1 Accent 5"/>
    <w:basedOn w:val="Tabel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medie1-Accentuare6">
    <w:name w:val="Medium Grid 1 Accent 6"/>
    <w:basedOn w:val="Tabel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medie2">
    <w:name w:val="Medium Grid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medie3-Accentuare2">
    <w:name w:val="Medium Grid 3 Accent 2"/>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medie3-Accentuare3">
    <w:name w:val="Medium Grid 3 Accent 3"/>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medie3-Accentuare4">
    <w:name w:val="Medium Grid 3 Accent 4"/>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medie3-Accentuare5">
    <w:name w:val="Medium Grid 3 Accent 5"/>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medie3-Accentuare6">
    <w:name w:val="Medium Grid 3 Accent 6"/>
    <w:basedOn w:val="Tabel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deculoarenchis">
    <w:name w:val="Dark List"/>
    <w:basedOn w:val="Tabel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deculoarenchis-Accentuare2">
    <w:name w:val="Dark List Accent 2"/>
    <w:basedOn w:val="Tabel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deculoarenchis-Accentuare3">
    <w:name w:val="Dark List Accent 3"/>
    <w:basedOn w:val="Tabel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deculoarenchis-Accentuare4">
    <w:name w:val="Dark List Accent 4"/>
    <w:basedOn w:val="Tabel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deculoarenchis-Accentuare5">
    <w:name w:val="Dark List Accent 5"/>
    <w:basedOn w:val="Tabel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deculoarenchis-Accentuare6">
    <w:name w:val="Dark List Accent 6"/>
    <w:basedOn w:val="Tabel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Umbrirecolorat">
    <w:name w:val="Colorful Shading"/>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Umbrirecolorat-Accentuare4">
    <w:name w:val="Colorful Shading Accent 4"/>
    <w:basedOn w:val="Tabel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colorat-Accentuare2">
    <w:name w:val="Colorful List Accent 2"/>
    <w:basedOn w:val="Tabel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colorat-Accentuare3">
    <w:name w:val="Colorful List Accent 3"/>
    <w:basedOn w:val="Tabel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colorat-Accentuare4">
    <w:name w:val="Colorful List Accent 4"/>
    <w:basedOn w:val="Tabel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colorat-Accentuare5">
    <w:name w:val="Colorful List Accent 5"/>
    <w:basedOn w:val="Tabel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colorat-Accentuare6">
    <w:name w:val="Colorful List Accent 6"/>
    <w:basedOn w:val="Tabel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colorat">
    <w:name w:val="Colorful Grid"/>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colorat-Accentuare2">
    <w:name w:val="Colorful Grid Accent 2"/>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colorat-Accentuare3">
    <w:name w:val="Colorful Grid Accent 3"/>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colorat-Accentuare4">
    <w:name w:val="Colorful Grid Accent 4"/>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colorat-Accentuare5">
    <w:name w:val="Colorful Grid Accent 5"/>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colorat-Accentuare6">
    <w:name w:val="Colorful Grid Accent 6"/>
    <w:basedOn w:val="Tabel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Fontdeparagrafimplicit"/>
    <w:unhideWhenUsed/>
    <w:rsid w:val="00FF1E07"/>
    <w:rPr>
      <w:color w:val="0000FF" w:themeColor="hyperlink"/>
      <w:u w:val="single"/>
    </w:rPr>
  </w:style>
  <w:style w:type="character" w:styleId="MeniuneNerezolvat">
    <w:name w:val="Unresolved Mention"/>
    <w:basedOn w:val="Fontdeparagrafimplicit"/>
    <w:uiPriority w:val="99"/>
    <w:semiHidden/>
    <w:unhideWhenUsed/>
    <w:rsid w:val="00FF1E07"/>
    <w:rPr>
      <w:color w:val="605E5C"/>
      <w:shd w:val="clear" w:color="auto" w:fill="E1DFDD"/>
    </w:rPr>
  </w:style>
  <w:style w:type="table" w:customStyle="1" w:styleId="Tabelgril1">
    <w:name w:val="Tabel grilă1"/>
    <w:basedOn w:val="TabelNormal"/>
    <w:next w:val="Tabelgril"/>
    <w:uiPriority w:val="59"/>
    <w:rsid w:val="00127E6A"/>
    <w:pPr>
      <w:spacing w:after="0" w:line="240" w:lineRule="auto"/>
    </w:pPr>
    <w:rPr>
      <w:rFonts w:ascii="Cambria" w:eastAsia="MS Mincho" w:hAnsi="Cambr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0C3DFC"/>
    <w:pPr>
      <w:spacing w:before="100" w:beforeAutospacing="1" w:after="100" w:afterAutospacing="1"/>
    </w:pPr>
    <w:rPr>
      <w:rFonts w:cs="Times New Roman"/>
      <w:szCs w:val="24"/>
    </w:rPr>
  </w:style>
  <w:style w:type="character" w:customStyle="1" w:styleId="ListparagrafCaracter">
    <w:name w:val="Listă paragraf Caracter"/>
    <w:aliases w:val="HotarirePunct1 Caracter"/>
    <w:link w:val="Listparagraf"/>
    <w:uiPriority w:val="34"/>
    <w:locked/>
    <w:rsid w:val="00FF20E1"/>
    <w:rPr>
      <w:rFonts w:ascii="Times New Roman" w:eastAsia="Times New Roman" w:hAnsi="Times New Roman"/>
      <w:sz w:val="24"/>
    </w:rPr>
  </w:style>
  <w:style w:type="character" w:customStyle="1" w:styleId="WW8Num2z0">
    <w:name w:val="WW8Num2z0"/>
    <w:qFormat/>
    <w:rsid w:val="00924ED0"/>
  </w:style>
  <w:style w:type="character" w:customStyle="1" w:styleId="WW8Num3z0">
    <w:name w:val="WW8Num3z0"/>
    <w:qFormat/>
    <w:rsid w:val="00924ED0"/>
  </w:style>
  <w:style w:type="character" w:customStyle="1" w:styleId="WW8Num4z0">
    <w:name w:val="WW8Num4z0"/>
    <w:qFormat/>
    <w:rsid w:val="00924ED0"/>
  </w:style>
  <w:style w:type="character" w:customStyle="1" w:styleId="WW8Num5z0">
    <w:name w:val="WW8Num5z0"/>
    <w:qFormat/>
    <w:rsid w:val="00924ED0"/>
  </w:style>
  <w:style w:type="character" w:customStyle="1" w:styleId="WW8Num6z0">
    <w:name w:val="WW8Num6z0"/>
    <w:qFormat/>
    <w:rsid w:val="00924ED0"/>
  </w:style>
  <w:style w:type="character" w:customStyle="1" w:styleId="WW8Num7z0">
    <w:name w:val="WW8Num7z0"/>
    <w:qFormat/>
    <w:rsid w:val="00924ED0"/>
    <w:rPr>
      <w:b w:val="0"/>
    </w:rPr>
  </w:style>
  <w:style w:type="character" w:customStyle="1" w:styleId="WW8Num9z0">
    <w:name w:val="WW8Num9z0"/>
    <w:qFormat/>
    <w:rsid w:val="00924ED0"/>
  </w:style>
  <w:style w:type="character" w:customStyle="1" w:styleId="WW8Num10z0">
    <w:name w:val="WW8Num10z0"/>
    <w:qFormat/>
    <w:rsid w:val="00924ED0"/>
    <w:rPr>
      <w:rFonts w:ascii="Times New Roman" w:eastAsia="Times New Roman" w:hAnsi="Times New Roman" w:cs="Times New Roman"/>
    </w:rPr>
  </w:style>
  <w:style w:type="character" w:customStyle="1" w:styleId="WW8Num10z1">
    <w:name w:val="WW8Num10z1"/>
    <w:qFormat/>
    <w:rsid w:val="00924ED0"/>
    <w:rPr>
      <w:rFonts w:ascii="Courier New" w:hAnsi="Courier New" w:cs="Courier New"/>
    </w:rPr>
  </w:style>
  <w:style w:type="character" w:customStyle="1" w:styleId="WW8Num10z2">
    <w:name w:val="WW8Num10z2"/>
    <w:qFormat/>
    <w:rsid w:val="00924ED0"/>
    <w:rPr>
      <w:rFonts w:ascii="Wingdings" w:hAnsi="Wingdings" w:cs="Wingdings"/>
    </w:rPr>
  </w:style>
  <w:style w:type="character" w:customStyle="1" w:styleId="WW8Num10z3">
    <w:name w:val="WW8Num10z3"/>
    <w:qFormat/>
    <w:rsid w:val="00924ED0"/>
    <w:rPr>
      <w:rFonts w:ascii="Symbol" w:hAnsi="Symbol" w:cs="Symbol"/>
    </w:rPr>
  </w:style>
  <w:style w:type="character" w:customStyle="1" w:styleId="WW8Num11z0">
    <w:name w:val="WW8Num11z0"/>
    <w:qFormat/>
    <w:rsid w:val="00924ED0"/>
    <w:rPr>
      <w:rFonts w:ascii="Times New Roman" w:eastAsia="Times New Roman" w:hAnsi="Times New Roman" w:cs="Times New Roman"/>
    </w:rPr>
  </w:style>
  <w:style w:type="character" w:customStyle="1" w:styleId="WW8Num11z1">
    <w:name w:val="WW8Num11z1"/>
    <w:qFormat/>
    <w:rsid w:val="00924ED0"/>
    <w:rPr>
      <w:rFonts w:ascii="Courier New" w:hAnsi="Courier New" w:cs="Courier New"/>
    </w:rPr>
  </w:style>
  <w:style w:type="character" w:customStyle="1" w:styleId="WW8Num11z2">
    <w:name w:val="WW8Num11z2"/>
    <w:qFormat/>
    <w:rsid w:val="00924ED0"/>
    <w:rPr>
      <w:rFonts w:ascii="Wingdings" w:hAnsi="Wingdings" w:cs="Wingdings"/>
    </w:rPr>
  </w:style>
  <w:style w:type="character" w:customStyle="1" w:styleId="WW8Num11z3">
    <w:name w:val="WW8Num11z3"/>
    <w:qFormat/>
    <w:rsid w:val="00924ED0"/>
    <w:rPr>
      <w:rFonts w:ascii="Symbol" w:hAnsi="Symbol" w:cs="Symbol"/>
    </w:rPr>
  </w:style>
  <w:style w:type="character" w:customStyle="1" w:styleId="WW8Num12z0">
    <w:name w:val="WW8Num12z0"/>
    <w:qFormat/>
    <w:rsid w:val="00924ED0"/>
    <w:rPr>
      <w:rFonts w:ascii="Times New Roman" w:eastAsia="Times New Roman" w:hAnsi="Times New Roman" w:cs="Times New Roman"/>
    </w:rPr>
  </w:style>
  <w:style w:type="character" w:customStyle="1" w:styleId="WW8Num12z1">
    <w:name w:val="WW8Num12z1"/>
    <w:qFormat/>
    <w:rsid w:val="00924ED0"/>
    <w:rPr>
      <w:rFonts w:ascii="Courier New" w:hAnsi="Courier New" w:cs="Courier New"/>
    </w:rPr>
  </w:style>
  <w:style w:type="character" w:customStyle="1" w:styleId="WW8Num12z2">
    <w:name w:val="WW8Num12z2"/>
    <w:qFormat/>
    <w:rsid w:val="00924ED0"/>
    <w:rPr>
      <w:rFonts w:ascii="Wingdings" w:hAnsi="Wingdings" w:cs="Wingdings"/>
    </w:rPr>
  </w:style>
  <w:style w:type="character" w:customStyle="1" w:styleId="WW8Num12z3">
    <w:name w:val="WW8Num12z3"/>
    <w:qFormat/>
    <w:rsid w:val="00924ED0"/>
    <w:rPr>
      <w:rFonts w:ascii="Symbol" w:hAnsi="Symbol" w:cs="Symbol"/>
    </w:rPr>
  </w:style>
  <w:style w:type="character" w:customStyle="1" w:styleId="WW8Num13z0">
    <w:name w:val="WW8Num13z0"/>
    <w:qFormat/>
    <w:rsid w:val="00924ED0"/>
  </w:style>
  <w:style w:type="character" w:customStyle="1" w:styleId="WW8Num14z0">
    <w:name w:val="WW8Num14z0"/>
    <w:qFormat/>
    <w:rsid w:val="00924ED0"/>
    <w:rPr>
      <w:rFonts w:ascii="Symbol" w:hAnsi="Symbol" w:cs="Symbol"/>
    </w:rPr>
  </w:style>
  <w:style w:type="character" w:customStyle="1" w:styleId="WW8Num14z1">
    <w:name w:val="WW8Num14z1"/>
    <w:qFormat/>
    <w:rsid w:val="00924ED0"/>
    <w:rPr>
      <w:rFonts w:ascii="Courier New" w:hAnsi="Courier New" w:cs="Courier New"/>
    </w:rPr>
  </w:style>
  <w:style w:type="character" w:customStyle="1" w:styleId="WW8Num14z2">
    <w:name w:val="WW8Num14z2"/>
    <w:qFormat/>
    <w:rsid w:val="00924ED0"/>
    <w:rPr>
      <w:rFonts w:ascii="Wingdings" w:hAnsi="Wingdings" w:cs="Wingdings"/>
    </w:rPr>
  </w:style>
  <w:style w:type="character" w:customStyle="1" w:styleId="WW8Num15z0">
    <w:name w:val="WW8Num15z0"/>
    <w:qFormat/>
    <w:rsid w:val="00924ED0"/>
  </w:style>
  <w:style w:type="character" w:customStyle="1" w:styleId="WW8Num16z0">
    <w:name w:val="WW8Num16z0"/>
    <w:qFormat/>
    <w:rsid w:val="00924ED0"/>
    <w:rPr>
      <w:rFonts w:ascii="Times New Roman" w:eastAsia="Times New Roman" w:hAnsi="Times New Roman" w:cs="Times New Roman"/>
      <w:b w:val="0"/>
      <w:i w:val="0"/>
      <w:color w:val="000000"/>
    </w:rPr>
  </w:style>
  <w:style w:type="character" w:customStyle="1" w:styleId="WW8Num16z1">
    <w:name w:val="WW8Num16z1"/>
    <w:qFormat/>
    <w:rsid w:val="00924ED0"/>
    <w:rPr>
      <w:rFonts w:ascii="Times New Roman" w:eastAsia="Times New Roman" w:hAnsi="Times New Roman" w:cs="Times New Roman"/>
      <w:b/>
    </w:rPr>
  </w:style>
  <w:style w:type="character" w:customStyle="1" w:styleId="WW8Num17z0">
    <w:name w:val="WW8Num17z0"/>
    <w:qFormat/>
    <w:rsid w:val="00924ED0"/>
    <w:rPr>
      <w:rFonts w:ascii="Times New Roman" w:eastAsia="Times New Roman" w:hAnsi="Times New Roman" w:cs="Times New Roman"/>
    </w:rPr>
  </w:style>
  <w:style w:type="character" w:customStyle="1" w:styleId="WW8Num17z1">
    <w:name w:val="WW8Num17z1"/>
    <w:qFormat/>
    <w:rsid w:val="00924ED0"/>
    <w:rPr>
      <w:rFonts w:ascii="Courier New" w:hAnsi="Courier New" w:cs="Courier New"/>
    </w:rPr>
  </w:style>
  <w:style w:type="character" w:customStyle="1" w:styleId="WW8Num17z2">
    <w:name w:val="WW8Num17z2"/>
    <w:qFormat/>
    <w:rsid w:val="00924ED0"/>
    <w:rPr>
      <w:rFonts w:ascii="Wingdings" w:hAnsi="Wingdings" w:cs="Wingdings"/>
    </w:rPr>
  </w:style>
  <w:style w:type="character" w:customStyle="1" w:styleId="WW8Num17z3">
    <w:name w:val="WW8Num17z3"/>
    <w:qFormat/>
    <w:rsid w:val="00924ED0"/>
    <w:rPr>
      <w:rFonts w:ascii="Symbol" w:hAnsi="Symbol" w:cs="Symbol"/>
    </w:rPr>
  </w:style>
  <w:style w:type="character" w:customStyle="1" w:styleId="WW8Num18z0">
    <w:name w:val="WW8Num18z0"/>
    <w:qFormat/>
    <w:rsid w:val="00924ED0"/>
  </w:style>
  <w:style w:type="character" w:customStyle="1" w:styleId="WW8Num20z0">
    <w:name w:val="WW8Num20z0"/>
    <w:qFormat/>
    <w:rsid w:val="00924ED0"/>
  </w:style>
  <w:style w:type="character" w:customStyle="1" w:styleId="WW8Num21z0">
    <w:name w:val="WW8Num21z0"/>
    <w:qFormat/>
    <w:rsid w:val="00924ED0"/>
    <w:rPr>
      <w:b/>
      <w:i w:val="0"/>
      <w:sz w:val="24"/>
      <w:szCs w:val="24"/>
    </w:rPr>
  </w:style>
  <w:style w:type="character" w:customStyle="1" w:styleId="WW8Num22z0">
    <w:name w:val="WW8Num22z0"/>
    <w:qFormat/>
    <w:rsid w:val="00924ED0"/>
  </w:style>
  <w:style w:type="character" w:customStyle="1" w:styleId="WW8Num23z0">
    <w:name w:val="WW8Num23z0"/>
    <w:qFormat/>
    <w:rsid w:val="00924ED0"/>
    <w:rPr>
      <w:b w:val="0"/>
      <w:i w:val="0"/>
    </w:rPr>
  </w:style>
  <w:style w:type="character" w:customStyle="1" w:styleId="WW8Num24z0">
    <w:name w:val="WW8Num24z0"/>
    <w:qFormat/>
    <w:rsid w:val="00924ED0"/>
    <w:rPr>
      <w:b/>
      <w:i w:val="0"/>
      <w:sz w:val="24"/>
      <w:szCs w:val="24"/>
    </w:rPr>
  </w:style>
  <w:style w:type="character" w:customStyle="1" w:styleId="WW8Num26z0">
    <w:name w:val="WW8Num26z0"/>
    <w:qFormat/>
    <w:rsid w:val="00924ED0"/>
    <w:rPr>
      <w:rFonts w:ascii="Symbol" w:hAnsi="Symbol" w:cs="Symbol"/>
    </w:rPr>
  </w:style>
  <w:style w:type="character" w:customStyle="1" w:styleId="WW8Num26z1">
    <w:name w:val="WW8Num26z1"/>
    <w:qFormat/>
    <w:rsid w:val="00924ED0"/>
    <w:rPr>
      <w:rFonts w:ascii="Courier New" w:hAnsi="Courier New" w:cs="Courier New"/>
    </w:rPr>
  </w:style>
  <w:style w:type="character" w:customStyle="1" w:styleId="WW8Num26z2">
    <w:name w:val="WW8Num26z2"/>
    <w:qFormat/>
    <w:rsid w:val="00924ED0"/>
    <w:rPr>
      <w:rFonts w:ascii="Wingdings" w:hAnsi="Wingdings" w:cs="Wingdings"/>
    </w:rPr>
  </w:style>
  <w:style w:type="character" w:customStyle="1" w:styleId="WW8Num27z0">
    <w:name w:val="WW8Num27z0"/>
    <w:qFormat/>
    <w:rsid w:val="00924ED0"/>
  </w:style>
  <w:style w:type="character" w:customStyle="1" w:styleId="WW8Num28z0">
    <w:name w:val="WW8Num28z0"/>
    <w:qFormat/>
    <w:rsid w:val="00924ED0"/>
  </w:style>
  <w:style w:type="character" w:customStyle="1" w:styleId="WW8Num29z0">
    <w:name w:val="WW8Num29z0"/>
    <w:qFormat/>
    <w:rsid w:val="00924ED0"/>
    <w:rPr>
      <w:rFonts w:ascii="Symbol" w:hAnsi="Symbol" w:cs="Symbol"/>
    </w:rPr>
  </w:style>
  <w:style w:type="character" w:customStyle="1" w:styleId="WW8Num30z0">
    <w:name w:val="WW8Num30z0"/>
    <w:qFormat/>
    <w:rsid w:val="00924ED0"/>
    <w:rPr>
      <w:b/>
    </w:rPr>
  </w:style>
  <w:style w:type="character" w:customStyle="1" w:styleId="WW8Num31z0">
    <w:name w:val="WW8Num31z0"/>
    <w:qFormat/>
    <w:rsid w:val="00924ED0"/>
  </w:style>
  <w:style w:type="character" w:customStyle="1" w:styleId="WW8Num32z0">
    <w:name w:val="WW8Num32z0"/>
    <w:qFormat/>
    <w:rsid w:val="00924ED0"/>
    <w:rPr>
      <w:rFonts w:ascii="Times New Roman" w:eastAsia="Times New Roman" w:hAnsi="Times New Roman" w:cs="Times New Roman"/>
    </w:rPr>
  </w:style>
  <w:style w:type="character" w:customStyle="1" w:styleId="Heading1Char">
    <w:name w:val="Heading 1 Char"/>
    <w:qFormat/>
    <w:rsid w:val="00924ED0"/>
    <w:rPr>
      <w:rFonts w:ascii="Times New Roman" w:eastAsia="Times New Roman" w:hAnsi="Times New Roman" w:cs="Times New Roman"/>
      <w:b/>
      <w:sz w:val="28"/>
      <w:szCs w:val="24"/>
      <w:lang w:val="ro-RO"/>
    </w:rPr>
  </w:style>
  <w:style w:type="character" w:customStyle="1" w:styleId="Heading2Char">
    <w:name w:val="Heading 2 Char"/>
    <w:qFormat/>
    <w:rsid w:val="00924ED0"/>
    <w:rPr>
      <w:rFonts w:ascii="Arial" w:eastAsia="Times New Roman" w:hAnsi="Arial" w:cs="Arial"/>
      <w:b/>
      <w:bCs/>
      <w:i/>
      <w:iCs/>
      <w:sz w:val="28"/>
      <w:szCs w:val="28"/>
      <w:lang w:val="ro-MD"/>
    </w:rPr>
  </w:style>
  <w:style w:type="character" w:customStyle="1" w:styleId="Heading3Char">
    <w:name w:val="Heading 3 Char"/>
    <w:qFormat/>
    <w:rsid w:val="00924ED0"/>
    <w:rPr>
      <w:rFonts w:ascii="Arial" w:eastAsia="Times New Roman" w:hAnsi="Arial" w:cs="Arial"/>
      <w:kern w:val="2"/>
      <w:sz w:val="24"/>
      <w:lang w:val="en-GB"/>
    </w:rPr>
  </w:style>
  <w:style w:type="character" w:customStyle="1" w:styleId="Heading4Char">
    <w:name w:val="Heading 4 Char"/>
    <w:qFormat/>
    <w:rsid w:val="00924ED0"/>
    <w:rPr>
      <w:rFonts w:ascii="Times New Roman" w:eastAsia="Times New Roman" w:hAnsi="Times New Roman" w:cs="Times New Roman"/>
      <w:b/>
      <w:sz w:val="24"/>
      <w:szCs w:val="20"/>
      <w:lang w:val="ro-RO"/>
    </w:rPr>
  </w:style>
  <w:style w:type="character" w:customStyle="1" w:styleId="BodyTextIndentChar">
    <w:name w:val="Body Text Indent Char"/>
    <w:qFormat/>
    <w:rsid w:val="00924ED0"/>
    <w:rPr>
      <w:rFonts w:ascii="Times New Roman" w:eastAsia="Times New Roman" w:hAnsi="Times New Roman" w:cs="Times New Roman"/>
      <w:sz w:val="24"/>
      <w:szCs w:val="24"/>
      <w:lang w:val="ro-MD"/>
    </w:rPr>
  </w:style>
  <w:style w:type="character" w:customStyle="1" w:styleId="NoSpacingChar">
    <w:name w:val="No Spacing Char"/>
    <w:qFormat/>
    <w:rsid w:val="00924ED0"/>
    <w:rPr>
      <w:rFonts w:ascii="Times New Roman" w:eastAsia="Times New Roman" w:hAnsi="Times New Roman" w:cs="Times New Roman"/>
      <w:sz w:val="24"/>
      <w:szCs w:val="24"/>
    </w:rPr>
  </w:style>
  <w:style w:type="character" w:customStyle="1" w:styleId="apple-converted-space">
    <w:name w:val="apple-converted-space"/>
    <w:qFormat/>
    <w:rsid w:val="00924ED0"/>
  </w:style>
  <w:style w:type="character" w:customStyle="1" w:styleId="BalloonTextChar">
    <w:name w:val="Balloon Text Char"/>
    <w:qFormat/>
    <w:rsid w:val="00924ED0"/>
    <w:rPr>
      <w:rFonts w:ascii="Tahoma" w:eastAsia="Times New Roman" w:hAnsi="Tahoma" w:cs="Tahoma"/>
      <w:sz w:val="16"/>
      <w:szCs w:val="16"/>
      <w:lang w:val="ru-RU"/>
    </w:rPr>
  </w:style>
  <w:style w:type="character" w:customStyle="1" w:styleId="CommentReference">
    <w:name w:val="Comment Reference"/>
    <w:qFormat/>
    <w:rsid w:val="00924ED0"/>
    <w:rPr>
      <w:sz w:val="16"/>
      <w:szCs w:val="16"/>
    </w:rPr>
  </w:style>
  <w:style w:type="character" w:customStyle="1" w:styleId="CommentTextChar">
    <w:name w:val="Comment Text Char"/>
    <w:qFormat/>
    <w:rsid w:val="00924ED0"/>
    <w:rPr>
      <w:rFonts w:ascii="Times New Roman" w:eastAsia="Times New Roman" w:hAnsi="Times New Roman" w:cs="Times New Roman"/>
      <w:lang w:val="ru-RU"/>
    </w:rPr>
  </w:style>
  <w:style w:type="character" w:customStyle="1" w:styleId="CommentSubjectChar">
    <w:name w:val="Comment Subject Char"/>
    <w:qFormat/>
    <w:rsid w:val="00924ED0"/>
    <w:rPr>
      <w:rFonts w:ascii="Times New Roman" w:eastAsia="Times New Roman" w:hAnsi="Times New Roman" w:cs="Times New Roman"/>
      <w:b/>
      <w:bCs/>
      <w:lang w:val="ru-RU"/>
    </w:rPr>
  </w:style>
  <w:style w:type="character" w:customStyle="1" w:styleId="HeaderChar">
    <w:name w:val="Header Char"/>
    <w:qFormat/>
    <w:rsid w:val="00924ED0"/>
    <w:rPr>
      <w:rFonts w:cs="Arial"/>
      <w:sz w:val="22"/>
      <w:szCs w:val="22"/>
      <w:lang w:val="en-GB"/>
    </w:rPr>
  </w:style>
  <w:style w:type="character" w:customStyle="1" w:styleId="FooterChar">
    <w:name w:val="Footer Char"/>
    <w:qFormat/>
    <w:rsid w:val="00924ED0"/>
    <w:rPr>
      <w:rFonts w:cs="Arial"/>
      <w:sz w:val="22"/>
      <w:szCs w:val="22"/>
      <w:lang w:val="en-GB"/>
    </w:rPr>
  </w:style>
  <w:style w:type="character" w:customStyle="1" w:styleId="HTMLPreformattedChar">
    <w:name w:val="HTML Preformatted Char"/>
    <w:qFormat/>
    <w:rsid w:val="00924ED0"/>
    <w:rPr>
      <w:rFonts w:ascii="Courier New" w:eastAsia="Times New Roman" w:hAnsi="Courier New" w:cs="Courier New"/>
      <w:lang w:val="en-GB"/>
    </w:rPr>
  </w:style>
  <w:style w:type="character" w:customStyle="1" w:styleId="FootnoteTextChar">
    <w:name w:val="Footnote Text Char"/>
    <w:qFormat/>
    <w:rsid w:val="00924ED0"/>
    <w:rPr>
      <w:rFonts w:ascii="Times New Roman" w:hAnsi="Times New Roman" w:cs="Times New Roman"/>
      <w:lang w:val="en-GB"/>
    </w:rPr>
  </w:style>
  <w:style w:type="character" w:customStyle="1" w:styleId="NormalBoldChar">
    <w:name w:val="NormalBold Char"/>
    <w:qFormat/>
    <w:rsid w:val="00924ED0"/>
    <w:rPr>
      <w:rFonts w:ascii="Times New Roman" w:eastAsia="Times New Roman" w:hAnsi="Times New Roman" w:cs="Times New Roman"/>
      <w:b/>
      <w:sz w:val="24"/>
      <w:szCs w:val="22"/>
      <w:lang w:val="en-GB"/>
    </w:rPr>
  </w:style>
  <w:style w:type="character" w:customStyle="1" w:styleId="DeltaViewInsertion">
    <w:name w:val="DeltaView Insertion"/>
    <w:qFormat/>
    <w:rsid w:val="00924ED0"/>
    <w:rPr>
      <w:b/>
      <w:i/>
      <w:spacing w:val="0"/>
    </w:rPr>
  </w:style>
  <w:style w:type="character" w:customStyle="1" w:styleId="BodyTextChar">
    <w:name w:val="Body Text Char"/>
    <w:qFormat/>
    <w:rsid w:val="00924ED0"/>
    <w:rPr>
      <w:rFonts w:ascii="Arial" w:eastAsia="Times" w:hAnsi="Arial" w:cs="Arial"/>
      <w:sz w:val="28"/>
      <w:lang w:val="en-GB"/>
    </w:rPr>
  </w:style>
  <w:style w:type="character" w:customStyle="1" w:styleId="legds2">
    <w:name w:val="legds2"/>
    <w:qFormat/>
    <w:rsid w:val="00924ED0"/>
    <w:rPr>
      <w:vanish w:val="0"/>
    </w:rPr>
  </w:style>
  <w:style w:type="character" w:styleId="AcronimHTML">
    <w:name w:val="HTML Acronym"/>
    <w:qFormat/>
    <w:rsid w:val="00924ED0"/>
  </w:style>
  <w:style w:type="character" w:customStyle="1" w:styleId="notranslate">
    <w:name w:val="notranslate"/>
    <w:qFormat/>
    <w:rsid w:val="00924ED0"/>
  </w:style>
  <w:style w:type="character" w:customStyle="1" w:styleId="docblue">
    <w:name w:val="doc_blue"/>
    <w:qFormat/>
    <w:rsid w:val="00924ED0"/>
  </w:style>
  <w:style w:type="paragraph" w:customStyle="1" w:styleId="Heading">
    <w:name w:val="Heading"/>
    <w:basedOn w:val="Normal"/>
    <w:next w:val="Corptext"/>
    <w:qFormat/>
    <w:rsid w:val="00924ED0"/>
    <w:pPr>
      <w:keepNext/>
      <w:suppressAutoHyphens/>
      <w:spacing w:before="240" w:after="120"/>
    </w:pPr>
    <w:rPr>
      <w:rFonts w:ascii="Liberation Sans" w:eastAsia="Noto Sans CJK SC" w:hAnsi="Liberation Sans" w:cs="Lohit Devanagari"/>
      <w:sz w:val="28"/>
      <w:szCs w:val="28"/>
      <w:lang w:val="ru-RU" w:eastAsia="zh-CN"/>
    </w:rPr>
  </w:style>
  <w:style w:type="paragraph" w:customStyle="1" w:styleId="Index">
    <w:name w:val="Index"/>
    <w:basedOn w:val="Normal"/>
    <w:qFormat/>
    <w:rsid w:val="00924ED0"/>
    <w:pPr>
      <w:suppressLineNumbers/>
      <w:suppressAutoHyphens/>
    </w:pPr>
    <w:rPr>
      <w:rFonts w:cs="Lohit Devanagari"/>
      <w:szCs w:val="24"/>
      <w:lang w:val="ru-RU" w:eastAsia="zh-CN"/>
    </w:rPr>
  </w:style>
  <w:style w:type="paragraph" w:styleId="Indentcorptext">
    <w:name w:val="Body Text Indent"/>
    <w:basedOn w:val="Normal"/>
    <w:link w:val="IndentcorptextCaracter"/>
    <w:rsid w:val="00924ED0"/>
    <w:pPr>
      <w:suppressAutoHyphens/>
      <w:spacing w:after="120"/>
      <w:ind w:left="283"/>
    </w:pPr>
    <w:rPr>
      <w:rFonts w:cs="Times New Roman"/>
      <w:szCs w:val="24"/>
      <w:lang w:val="ro-MD" w:eastAsia="zh-CN"/>
    </w:rPr>
  </w:style>
  <w:style w:type="character" w:customStyle="1" w:styleId="IndentcorptextCaracter">
    <w:name w:val="Indent corp text Caracter"/>
    <w:basedOn w:val="Fontdeparagrafimplicit"/>
    <w:link w:val="Indentcorptext"/>
    <w:rsid w:val="00924ED0"/>
    <w:rPr>
      <w:rFonts w:ascii="Times New Roman" w:eastAsia="Times New Roman" w:hAnsi="Times New Roman" w:cs="Times New Roman"/>
      <w:sz w:val="24"/>
      <w:szCs w:val="24"/>
      <w:lang w:val="ro-MD" w:eastAsia="zh-CN"/>
    </w:rPr>
  </w:style>
  <w:style w:type="paragraph" w:customStyle="1" w:styleId="FR1">
    <w:name w:val="FR1"/>
    <w:qFormat/>
    <w:rsid w:val="00924ED0"/>
    <w:pPr>
      <w:widowControl w:val="0"/>
      <w:suppressAutoHyphens/>
      <w:snapToGrid w:val="0"/>
      <w:spacing w:after="0" w:line="257" w:lineRule="auto"/>
      <w:ind w:firstLine="720"/>
      <w:jc w:val="both"/>
    </w:pPr>
    <w:rPr>
      <w:rFonts w:ascii="Times New Roman" w:eastAsia="Times New Roman" w:hAnsi="Times New Roman" w:cs="Times New Roman"/>
      <w:szCs w:val="20"/>
      <w:lang w:val="ro-RO" w:eastAsia="zh-CN"/>
    </w:rPr>
  </w:style>
  <w:style w:type="paragraph" w:styleId="TextnBalon">
    <w:name w:val="Balloon Text"/>
    <w:basedOn w:val="Normal"/>
    <w:link w:val="TextnBalonCaracter"/>
    <w:qFormat/>
    <w:rsid w:val="00924ED0"/>
    <w:pPr>
      <w:suppressAutoHyphens/>
    </w:pPr>
    <w:rPr>
      <w:rFonts w:ascii="Tahoma" w:hAnsi="Tahoma" w:cs="Tahoma"/>
      <w:sz w:val="16"/>
      <w:szCs w:val="16"/>
      <w:lang w:val="ru-RU" w:eastAsia="zh-CN"/>
    </w:rPr>
  </w:style>
  <w:style w:type="character" w:customStyle="1" w:styleId="TextnBalonCaracter">
    <w:name w:val="Text în Balon Caracter"/>
    <w:basedOn w:val="Fontdeparagrafimplicit"/>
    <w:link w:val="TextnBalon"/>
    <w:rsid w:val="00924ED0"/>
    <w:rPr>
      <w:rFonts w:ascii="Tahoma" w:eastAsia="Times New Roman" w:hAnsi="Tahoma" w:cs="Tahoma"/>
      <w:sz w:val="16"/>
      <w:szCs w:val="16"/>
      <w:lang w:val="ru-RU" w:eastAsia="zh-CN"/>
    </w:rPr>
  </w:style>
  <w:style w:type="paragraph" w:customStyle="1" w:styleId="CommentText">
    <w:name w:val="Comment Text"/>
    <w:basedOn w:val="Normal"/>
    <w:qFormat/>
    <w:rsid w:val="00924ED0"/>
    <w:pPr>
      <w:suppressAutoHyphens/>
    </w:pPr>
    <w:rPr>
      <w:rFonts w:cs="Times New Roman"/>
      <w:sz w:val="20"/>
      <w:szCs w:val="20"/>
      <w:lang w:val="ru-RU" w:eastAsia="zh-CN"/>
    </w:rPr>
  </w:style>
  <w:style w:type="paragraph" w:customStyle="1" w:styleId="CommentSubject">
    <w:name w:val="Comment Subject"/>
    <w:basedOn w:val="CommentText"/>
    <w:next w:val="CommentText"/>
    <w:qFormat/>
    <w:rsid w:val="00924ED0"/>
    <w:rPr>
      <w:b/>
      <w:bCs/>
    </w:rPr>
  </w:style>
  <w:style w:type="paragraph" w:styleId="NormalWeb">
    <w:name w:val="Normal (Web)"/>
    <w:basedOn w:val="Normal"/>
    <w:qFormat/>
    <w:rsid w:val="00924ED0"/>
    <w:pPr>
      <w:suppressAutoHyphens/>
      <w:ind w:firstLine="567"/>
      <w:jc w:val="both"/>
    </w:pPr>
    <w:rPr>
      <w:rFonts w:cs="Times New Roman"/>
      <w:szCs w:val="24"/>
      <w:lang w:val="ro-RO" w:eastAsia="zh-CN"/>
    </w:rPr>
  </w:style>
  <w:style w:type="paragraph" w:customStyle="1" w:styleId="cb">
    <w:name w:val="cb"/>
    <w:basedOn w:val="Normal"/>
    <w:qFormat/>
    <w:rsid w:val="00924ED0"/>
    <w:pPr>
      <w:suppressAutoHyphens/>
      <w:spacing w:before="280" w:after="280"/>
    </w:pPr>
    <w:rPr>
      <w:rFonts w:cs="Times New Roman"/>
      <w:szCs w:val="24"/>
      <w:lang w:val="ru-RU" w:eastAsia="zh-CN"/>
    </w:rPr>
  </w:style>
  <w:style w:type="paragraph" w:customStyle="1" w:styleId="HeaderandFooter">
    <w:name w:val="Header and Footer"/>
    <w:basedOn w:val="Normal"/>
    <w:qFormat/>
    <w:rsid w:val="00924ED0"/>
    <w:pPr>
      <w:suppressLineNumbers/>
      <w:tabs>
        <w:tab w:val="center" w:pos="4819"/>
        <w:tab w:val="right" w:pos="9638"/>
      </w:tabs>
      <w:suppressAutoHyphens/>
    </w:pPr>
    <w:rPr>
      <w:rFonts w:cs="Times New Roman"/>
      <w:szCs w:val="24"/>
      <w:lang w:val="ru-RU" w:eastAsia="zh-CN"/>
    </w:rPr>
  </w:style>
  <w:style w:type="paragraph" w:styleId="PreformatatHTML">
    <w:name w:val="HTML Preformatted"/>
    <w:basedOn w:val="Normal"/>
    <w:link w:val="PreformatatHTMLCaracter"/>
    <w:qFormat/>
    <w:rsid w:val="00924E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val="en-GB" w:eastAsia="zh-CN"/>
    </w:rPr>
  </w:style>
  <w:style w:type="character" w:customStyle="1" w:styleId="PreformatatHTMLCaracter">
    <w:name w:val="Preformatat HTML Caracter"/>
    <w:basedOn w:val="Fontdeparagrafimplicit"/>
    <w:link w:val="PreformatatHTML"/>
    <w:rsid w:val="00924ED0"/>
    <w:rPr>
      <w:rFonts w:ascii="Courier New" w:eastAsia="Times New Roman" w:hAnsi="Courier New" w:cs="Courier New"/>
      <w:sz w:val="20"/>
      <w:szCs w:val="20"/>
      <w:lang w:val="en-GB" w:eastAsia="zh-CN"/>
    </w:rPr>
  </w:style>
  <w:style w:type="paragraph" w:customStyle="1" w:styleId="p3">
    <w:name w:val="p3"/>
    <w:basedOn w:val="Normal"/>
    <w:qFormat/>
    <w:rsid w:val="00924ED0"/>
    <w:pPr>
      <w:suppressAutoHyphens/>
      <w:spacing w:before="45" w:after="45"/>
    </w:pPr>
    <w:rPr>
      <w:rFonts w:ascii="Times" w:eastAsia="Calibri" w:hAnsi="Times" w:cs="Times"/>
      <w:sz w:val="14"/>
      <w:szCs w:val="14"/>
      <w:lang w:val="en-GB" w:eastAsia="zh-CN"/>
    </w:rPr>
  </w:style>
  <w:style w:type="paragraph" w:customStyle="1" w:styleId="Bulletted">
    <w:name w:val="Bulletted"/>
    <w:basedOn w:val="Normal"/>
    <w:next w:val="Normal"/>
    <w:qFormat/>
    <w:rsid w:val="00924ED0"/>
    <w:pPr>
      <w:numPr>
        <w:numId w:val="26"/>
      </w:numPr>
      <w:tabs>
        <w:tab w:val="left" w:pos="360"/>
        <w:tab w:val="left" w:pos="720"/>
        <w:tab w:val="left" w:pos="1080"/>
        <w:tab w:val="left" w:pos="1440"/>
        <w:tab w:val="left" w:pos="1800"/>
        <w:tab w:val="left" w:pos="2160"/>
        <w:tab w:val="left" w:pos="2880"/>
        <w:tab w:val="left" w:pos="3240"/>
        <w:tab w:val="left" w:pos="4680"/>
        <w:tab w:val="left" w:pos="5400"/>
        <w:tab w:val="right" w:pos="9000"/>
      </w:tabs>
      <w:suppressAutoHyphens/>
      <w:spacing w:line="240" w:lineRule="atLeast"/>
      <w:jc w:val="both"/>
    </w:pPr>
    <w:rPr>
      <w:rFonts w:ascii="Arial" w:hAnsi="Arial" w:cs="Arial"/>
      <w:szCs w:val="20"/>
      <w:lang w:val="en-GB" w:eastAsia="zh-CN"/>
    </w:rPr>
  </w:style>
  <w:style w:type="paragraph" w:customStyle="1" w:styleId="Outline4">
    <w:name w:val="Outline4"/>
    <w:basedOn w:val="Normal"/>
    <w:next w:val="Normal"/>
    <w:qFormat/>
    <w:rsid w:val="00924ED0"/>
    <w:pPr>
      <w:tabs>
        <w:tab w:val="left" w:pos="720"/>
        <w:tab w:val="left" w:pos="1440"/>
        <w:tab w:val="left" w:pos="2160"/>
        <w:tab w:val="left" w:pos="2880"/>
        <w:tab w:val="left" w:pos="4680"/>
        <w:tab w:val="left" w:pos="5400"/>
        <w:tab w:val="right" w:pos="9000"/>
      </w:tabs>
      <w:suppressAutoHyphens/>
      <w:spacing w:line="240" w:lineRule="atLeast"/>
      <w:ind w:left="2160"/>
      <w:jc w:val="both"/>
    </w:pPr>
    <w:rPr>
      <w:rFonts w:ascii="Arial" w:hAnsi="Arial" w:cs="Arial"/>
      <w:kern w:val="2"/>
      <w:szCs w:val="20"/>
      <w:lang w:val="en-GB" w:eastAsia="zh-CN"/>
    </w:rPr>
  </w:style>
  <w:style w:type="paragraph" w:customStyle="1" w:styleId="Outline5">
    <w:name w:val="Outline5"/>
    <w:basedOn w:val="Normal"/>
    <w:next w:val="Normal"/>
    <w:qFormat/>
    <w:rsid w:val="00924ED0"/>
    <w:pPr>
      <w:tabs>
        <w:tab w:val="left" w:pos="720"/>
        <w:tab w:val="left" w:pos="1440"/>
        <w:tab w:val="left" w:pos="2160"/>
        <w:tab w:val="left" w:pos="2880"/>
        <w:tab w:val="left" w:pos="4680"/>
        <w:tab w:val="left" w:pos="5400"/>
        <w:tab w:val="right" w:pos="9000"/>
      </w:tabs>
      <w:suppressAutoHyphens/>
      <w:spacing w:line="240" w:lineRule="atLeast"/>
      <w:ind w:left="720"/>
      <w:jc w:val="both"/>
    </w:pPr>
    <w:rPr>
      <w:rFonts w:ascii="Arial" w:hAnsi="Arial" w:cs="Arial"/>
      <w:kern w:val="2"/>
      <w:szCs w:val="20"/>
      <w:lang w:val="en-GB" w:eastAsia="zh-CN"/>
    </w:rPr>
  </w:style>
  <w:style w:type="paragraph" w:customStyle="1" w:styleId="Outline6">
    <w:name w:val="Outline6"/>
    <w:basedOn w:val="Normal"/>
    <w:next w:val="Normal"/>
    <w:qFormat/>
    <w:rsid w:val="00924ED0"/>
    <w:pPr>
      <w:tabs>
        <w:tab w:val="left" w:pos="720"/>
        <w:tab w:val="left" w:pos="1440"/>
        <w:tab w:val="left" w:pos="2160"/>
        <w:tab w:val="left" w:pos="2880"/>
        <w:tab w:val="left" w:pos="4680"/>
        <w:tab w:val="left" w:pos="5400"/>
        <w:tab w:val="right" w:pos="9000"/>
      </w:tabs>
      <w:suppressAutoHyphens/>
      <w:spacing w:after="240" w:line="240" w:lineRule="atLeast"/>
      <w:ind w:left="2160"/>
      <w:jc w:val="both"/>
    </w:pPr>
    <w:rPr>
      <w:rFonts w:ascii="Arial" w:hAnsi="Arial" w:cs="Arial"/>
      <w:kern w:val="2"/>
      <w:szCs w:val="20"/>
      <w:lang w:val="en-GB" w:eastAsia="zh-CN"/>
    </w:rPr>
  </w:style>
  <w:style w:type="paragraph" w:customStyle="1" w:styleId="Outline7">
    <w:name w:val="Outline7"/>
    <w:basedOn w:val="Normal"/>
    <w:next w:val="Normal"/>
    <w:qFormat/>
    <w:rsid w:val="00924ED0"/>
    <w:pPr>
      <w:tabs>
        <w:tab w:val="left" w:pos="720"/>
        <w:tab w:val="left" w:pos="1440"/>
        <w:tab w:val="left" w:pos="2160"/>
        <w:tab w:val="left" w:pos="2880"/>
        <w:tab w:val="left" w:pos="4680"/>
        <w:tab w:val="left" w:pos="5400"/>
        <w:tab w:val="right" w:pos="9000"/>
      </w:tabs>
      <w:suppressAutoHyphens/>
      <w:spacing w:after="240" w:line="240" w:lineRule="atLeast"/>
      <w:ind w:left="720"/>
      <w:jc w:val="both"/>
    </w:pPr>
    <w:rPr>
      <w:rFonts w:ascii="Arial" w:hAnsi="Arial" w:cs="Arial"/>
      <w:kern w:val="2"/>
      <w:szCs w:val="20"/>
      <w:lang w:val="en-GB" w:eastAsia="zh-CN"/>
    </w:rPr>
  </w:style>
  <w:style w:type="paragraph" w:customStyle="1" w:styleId="Tiret0">
    <w:name w:val="Tiret 0"/>
    <w:basedOn w:val="Normal"/>
    <w:qFormat/>
    <w:rsid w:val="00924ED0"/>
    <w:pPr>
      <w:numPr>
        <w:numId w:val="25"/>
      </w:numPr>
      <w:suppressAutoHyphens/>
      <w:spacing w:before="120" w:after="120"/>
      <w:jc w:val="both"/>
    </w:pPr>
    <w:rPr>
      <w:rFonts w:eastAsia="Calibri" w:cs="Times New Roman"/>
      <w:lang w:val="en-GB" w:eastAsia="zh-CN"/>
    </w:rPr>
  </w:style>
  <w:style w:type="paragraph" w:customStyle="1" w:styleId="ChapterTitle">
    <w:name w:val="ChapterTitle"/>
    <w:basedOn w:val="Normal"/>
    <w:next w:val="Normal"/>
    <w:qFormat/>
    <w:rsid w:val="00924ED0"/>
    <w:pPr>
      <w:keepNext/>
      <w:suppressAutoHyphens/>
      <w:spacing w:before="120" w:after="360"/>
      <w:jc w:val="center"/>
    </w:pPr>
    <w:rPr>
      <w:rFonts w:eastAsia="Calibri" w:cs="Times New Roman"/>
      <w:b/>
      <w:sz w:val="32"/>
      <w:lang w:val="en-GB" w:eastAsia="zh-CN"/>
    </w:rPr>
  </w:style>
  <w:style w:type="paragraph" w:styleId="Textnotdesubsol">
    <w:name w:val="footnote text"/>
    <w:basedOn w:val="Normal"/>
    <w:link w:val="TextnotdesubsolCaracter"/>
    <w:rsid w:val="00924ED0"/>
    <w:pPr>
      <w:suppressAutoHyphens/>
      <w:ind w:left="720" w:hanging="720"/>
      <w:jc w:val="both"/>
    </w:pPr>
    <w:rPr>
      <w:rFonts w:eastAsia="Calibri" w:cs="Times New Roman"/>
      <w:sz w:val="20"/>
      <w:szCs w:val="20"/>
      <w:lang w:val="en-GB" w:eastAsia="zh-CN"/>
    </w:rPr>
  </w:style>
  <w:style w:type="character" w:customStyle="1" w:styleId="TextnotdesubsolCaracter">
    <w:name w:val="Text notă de subsol Caracter"/>
    <w:basedOn w:val="Fontdeparagrafimplicit"/>
    <w:link w:val="Textnotdesubsol"/>
    <w:rsid w:val="00924ED0"/>
    <w:rPr>
      <w:rFonts w:ascii="Times New Roman" w:eastAsia="Calibri" w:hAnsi="Times New Roman" w:cs="Times New Roman"/>
      <w:sz w:val="20"/>
      <w:szCs w:val="20"/>
      <w:lang w:val="en-GB" w:eastAsia="zh-CN"/>
    </w:rPr>
  </w:style>
  <w:style w:type="paragraph" w:customStyle="1" w:styleId="SectionTitle">
    <w:name w:val="SectionTitle"/>
    <w:basedOn w:val="Normal"/>
    <w:next w:val="Titlu1"/>
    <w:qFormat/>
    <w:rsid w:val="00924ED0"/>
    <w:pPr>
      <w:keepNext/>
      <w:suppressAutoHyphens/>
      <w:spacing w:before="120" w:after="360"/>
      <w:jc w:val="center"/>
    </w:pPr>
    <w:rPr>
      <w:rFonts w:eastAsia="Calibri" w:cs="Times New Roman"/>
      <w:b/>
      <w:smallCaps/>
      <w:sz w:val="28"/>
      <w:lang w:val="en-GB" w:eastAsia="zh-CN"/>
    </w:rPr>
  </w:style>
  <w:style w:type="paragraph" w:customStyle="1" w:styleId="NumPar1">
    <w:name w:val="NumPar 1"/>
    <w:basedOn w:val="Normal"/>
    <w:next w:val="Normal"/>
    <w:qFormat/>
    <w:rsid w:val="00924ED0"/>
    <w:pPr>
      <w:numPr>
        <w:numId w:val="19"/>
      </w:numPr>
      <w:suppressAutoHyphens/>
      <w:spacing w:before="120" w:after="120"/>
      <w:jc w:val="both"/>
    </w:pPr>
    <w:rPr>
      <w:rFonts w:eastAsia="Calibri" w:cs="Times New Roman"/>
      <w:lang w:val="en-GB" w:eastAsia="zh-CN"/>
    </w:rPr>
  </w:style>
  <w:style w:type="paragraph" w:customStyle="1" w:styleId="NumPar2">
    <w:name w:val="NumPar 2"/>
    <w:basedOn w:val="Normal"/>
    <w:next w:val="Normal"/>
    <w:qFormat/>
    <w:rsid w:val="00924ED0"/>
    <w:pPr>
      <w:tabs>
        <w:tab w:val="num" w:pos="850"/>
      </w:tabs>
      <w:suppressAutoHyphens/>
      <w:spacing w:before="120" w:after="120"/>
      <w:ind w:left="850" w:hanging="850"/>
      <w:jc w:val="both"/>
    </w:pPr>
    <w:rPr>
      <w:rFonts w:eastAsia="Calibri" w:cs="Times New Roman"/>
      <w:lang w:val="en-GB" w:eastAsia="zh-CN"/>
    </w:rPr>
  </w:style>
  <w:style w:type="paragraph" w:customStyle="1" w:styleId="NumPar3">
    <w:name w:val="NumPar 3"/>
    <w:basedOn w:val="Normal"/>
    <w:next w:val="Normal"/>
    <w:qFormat/>
    <w:rsid w:val="00924ED0"/>
    <w:pPr>
      <w:tabs>
        <w:tab w:val="num" w:pos="850"/>
      </w:tabs>
      <w:suppressAutoHyphens/>
      <w:spacing w:before="120" w:after="120"/>
      <w:ind w:left="850" w:hanging="850"/>
      <w:jc w:val="both"/>
    </w:pPr>
    <w:rPr>
      <w:rFonts w:eastAsia="Calibri" w:cs="Times New Roman"/>
      <w:lang w:val="en-GB" w:eastAsia="zh-CN"/>
    </w:rPr>
  </w:style>
  <w:style w:type="paragraph" w:customStyle="1" w:styleId="NumPar4">
    <w:name w:val="NumPar 4"/>
    <w:basedOn w:val="Normal"/>
    <w:next w:val="Normal"/>
    <w:qFormat/>
    <w:rsid w:val="00924ED0"/>
    <w:pPr>
      <w:tabs>
        <w:tab w:val="num" w:pos="850"/>
      </w:tabs>
      <w:suppressAutoHyphens/>
      <w:spacing w:before="120" w:after="120"/>
      <w:ind w:left="850" w:hanging="850"/>
      <w:jc w:val="both"/>
    </w:pPr>
    <w:rPr>
      <w:rFonts w:eastAsia="Calibri" w:cs="Times New Roman"/>
      <w:lang w:val="en-GB" w:eastAsia="zh-CN"/>
    </w:rPr>
  </w:style>
  <w:style w:type="paragraph" w:customStyle="1" w:styleId="Text1">
    <w:name w:val="Text 1"/>
    <w:basedOn w:val="Normal"/>
    <w:qFormat/>
    <w:rsid w:val="00924ED0"/>
    <w:pPr>
      <w:suppressAutoHyphens/>
      <w:spacing w:before="120" w:after="120"/>
      <w:ind w:left="850"/>
      <w:jc w:val="both"/>
    </w:pPr>
    <w:rPr>
      <w:rFonts w:eastAsia="Calibri" w:cs="Times New Roman"/>
      <w:lang w:val="en-GB" w:eastAsia="zh-CN"/>
    </w:rPr>
  </w:style>
  <w:style w:type="paragraph" w:customStyle="1" w:styleId="Tiret1">
    <w:name w:val="Tiret 1"/>
    <w:basedOn w:val="Normal"/>
    <w:qFormat/>
    <w:rsid w:val="00924ED0"/>
    <w:pPr>
      <w:numPr>
        <w:numId w:val="23"/>
      </w:numPr>
      <w:suppressAutoHyphens/>
      <w:spacing w:before="120" w:after="120"/>
      <w:jc w:val="both"/>
    </w:pPr>
    <w:rPr>
      <w:rFonts w:eastAsia="Calibri" w:cs="Times New Roman"/>
      <w:lang w:val="en-GB" w:eastAsia="zh-CN"/>
    </w:rPr>
  </w:style>
  <w:style w:type="paragraph" w:styleId="Listanumerotat4">
    <w:name w:val="List Number 4"/>
    <w:basedOn w:val="Normal"/>
    <w:qFormat/>
    <w:rsid w:val="00924ED0"/>
    <w:pPr>
      <w:numPr>
        <w:numId w:val="16"/>
      </w:numPr>
      <w:suppressAutoHyphens/>
      <w:spacing w:before="120" w:after="120"/>
      <w:contextualSpacing/>
      <w:jc w:val="both"/>
    </w:pPr>
    <w:rPr>
      <w:rFonts w:eastAsia="Calibri" w:cs="Times New Roman"/>
      <w:lang w:val="en-GB" w:eastAsia="zh-CN"/>
    </w:rPr>
  </w:style>
  <w:style w:type="paragraph" w:customStyle="1" w:styleId="NormalLeft">
    <w:name w:val="Normal Left"/>
    <w:basedOn w:val="Normal"/>
    <w:qFormat/>
    <w:rsid w:val="00924ED0"/>
    <w:pPr>
      <w:suppressAutoHyphens/>
      <w:spacing w:before="120" w:after="120"/>
    </w:pPr>
    <w:rPr>
      <w:rFonts w:eastAsia="Calibri" w:cs="Times New Roman"/>
      <w:lang w:val="en-GB" w:eastAsia="zh-CN"/>
    </w:rPr>
  </w:style>
  <w:style w:type="paragraph" w:customStyle="1" w:styleId="NormalBold">
    <w:name w:val="NormalBold"/>
    <w:basedOn w:val="Normal"/>
    <w:qFormat/>
    <w:rsid w:val="00924ED0"/>
    <w:pPr>
      <w:widowControl w:val="0"/>
      <w:suppressAutoHyphens/>
    </w:pPr>
    <w:rPr>
      <w:rFonts w:cs="Times New Roman"/>
      <w:b/>
      <w:lang w:val="en-GB" w:eastAsia="zh-CN"/>
    </w:rPr>
  </w:style>
  <w:style w:type="paragraph" w:styleId="Cuprins1">
    <w:name w:val="toc 1"/>
    <w:basedOn w:val="Normal"/>
    <w:next w:val="Normal"/>
    <w:rsid w:val="00924ED0"/>
    <w:pPr>
      <w:suppressAutoHyphens/>
      <w:spacing w:after="100" w:line="240" w:lineRule="atLeast"/>
      <w:jc w:val="both"/>
    </w:pPr>
    <w:rPr>
      <w:rFonts w:ascii="Arial" w:hAnsi="Arial" w:cs="Arial"/>
      <w:szCs w:val="20"/>
      <w:lang w:val="en-GB" w:eastAsia="zh-CN"/>
    </w:rPr>
  </w:style>
  <w:style w:type="paragraph" w:styleId="Revizuire">
    <w:name w:val="Revision"/>
    <w:qFormat/>
    <w:rsid w:val="00924ED0"/>
    <w:pPr>
      <w:suppressAutoHyphens/>
      <w:spacing w:after="0" w:line="240" w:lineRule="auto"/>
    </w:pPr>
    <w:rPr>
      <w:rFonts w:ascii="Times New Roman" w:eastAsia="Times New Roman" w:hAnsi="Times New Roman" w:cs="Times New Roman"/>
      <w:sz w:val="24"/>
      <w:szCs w:val="24"/>
      <w:lang w:val="ru-RU" w:eastAsia="zh-CN"/>
    </w:rPr>
  </w:style>
  <w:style w:type="paragraph" w:customStyle="1" w:styleId="TableContents">
    <w:name w:val="Table Contents"/>
    <w:basedOn w:val="Normal"/>
    <w:qFormat/>
    <w:rsid w:val="00924ED0"/>
    <w:pPr>
      <w:widowControl w:val="0"/>
      <w:suppressLineNumbers/>
      <w:suppressAutoHyphens/>
    </w:pPr>
    <w:rPr>
      <w:rFonts w:cs="Times New Roman"/>
      <w:szCs w:val="24"/>
      <w:lang w:val="ru-RU" w:eastAsia="zh-CN"/>
    </w:rPr>
  </w:style>
  <w:style w:type="paragraph" w:customStyle="1" w:styleId="TableHeading">
    <w:name w:val="Table Heading"/>
    <w:basedOn w:val="TableContents"/>
    <w:qFormat/>
    <w:rsid w:val="00924ED0"/>
    <w:pPr>
      <w:jc w:val="center"/>
    </w:pPr>
    <w:rPr>
      <w:b/>
      <w:bCs/>
    </w:rPr>
  </w:style>
  <w:style w:type="paragraph" w:customStyle="1" w:styleId="FrameContents">
    <w:name w:val="Frame Contents"/>
    <w:basedOn w:val="Normal"/>
    <w:qFormat/>
    <w:rsid w:val="00924ED0"/>
    <w:pPr>
      <w:suppressAutoHyphens/>
    </w:pPr>
    <w:rPr>
      <w:rFonts w:cs="Times New Roman"/>
      <w:szCs w:val="24"/>
      <w:lang w:val="ru-RU" w:eastAsia="zh-CN"/>
    </w:rPr>
  </w:style>
  <w:style w:type="numbering" w:customStyle="1" w:styleId="WW8Num1">
    <w:name w:val="WW8Num1"/>
    <w:qFormat/>
    <w:rsid w:val="00924ED0"/>
  </w:style>
  <w:style w:type="numbering" w:customStyle="1" w:styleId="WW8Num2">
    <w:name w:val="WW8Num2"/>
    <w:qFormat/>
    <w:rsid w:val="00924ED0"/>
  </w:style>
  <w:style w:type="numbering" w:customStyle="1" w:styleId="WW8Num3">
    <w:name w:val="WW8Num3"/>
    <w:qFormat/>
    <w:rsid w:val="00924ED0"/>
  </w:style>
  <w:style w:type="numbering" w:customStyle="1" w:styleId="WW8Num4">
    <w:name w:val="WW8Num4"/>
    <w:qFormat/>
    <w:rsid w:val="00924ED0"/>
  </w:style>
  <w:style w:type="numbering" w:customStyle="1" w:styleId="WW8Num5">
    <w:name w:val="WW8Num5"/>
    <w:qFormat/>
    <w:rsid w:val="00924ED0"/>
  </w:style>
  <w:style w:type="numbering" w:customStyle="1" w:styleId="WW8Num6">
    <w:name w:val="WW8Num6"/>
    <w:qFormat/>
    <w:rsid w:val="00924ED0"/>
  </w:style>
  <w:style w:type="numbering" w:customStyle="1" w:styleId="WW8Num7">
    <w:name w:val="WW8Num7"/>
    <w:qFormat/>
    <w:rsid w:val="00924ED0"/>
  </w:style>
  <w:style w:type="numbering" w:customStyle="1" w:styleId="WW8Num8">
    <w:name w:val="WW8Num8"/>
    <w:qFormat/>
    <w:rsid w:val="00924ED0"/>
  </w:style>
  <w:style w:type="numbering" w:customStyle="1" w:styleId="WW8Num9">
    <w:name w:val="WW8Num9"/>
    <w:qFormat/>
    <w:rsid w:val="00924ED0"/>
  </w:style>
  <w:style w:type="numbering" w:customStyle="1" w:styleId="WW8Num10">
    <w:name w:val="WW8Num10"/>
    <w:qFormat/>
    <w:rsid w:val="00924ED0"/>
  </w:style>
  <w:style w:type="numbering" w:customStyle="1" w:styleId="WW8Num11">
    <w:name w:val="WW8Num11"/>
    <w:qFormat/>
    <w:rsid w:val="00924ED0"/>
  </w:style>
  <w:style w:type="numbering" w:customStyle="1" w:styleId="WW8Num12">
    <w:name w:val="WW8Num12"/>
    <w:qFormat/>
    <w:rsid w:val="00924ED0"/>
  </w:style>
  <w:style w:type="numbering" w:customStyle="1" w:styleId="WW8Num13">
    <w:name w:val="WW8Num13"/>
    <w:qFormat/>
    <w:rsid w:val="00924ED0"/>
  </w:style>
  <w:style w:type="numbering" w:customStyle="1" w:styleId="WW8Num14">
    <w:name w:val="WW8Num14"/>
    <w:qFormat/>
    <w:rsid w:val="00924ED0"/>
  </w:style>
  <w:style w:type="numbering" w:customStyle="1" w:styleId="WW8Num15">
    <w:name w:val="WW8Num15"/>
    <w:qFormat/>
    <w:rsid w:val="00924ED0"/>
  </w:style>
  <w:style w:type="numbering" w:customStyle="1" w:styleId="WW8Num16">
    <w:name w:val="WW8Num16"/>
    <w:qFormat/>
    <w:rsid w:val="00924ED0"/>
  </w:style>
  <w:style w:type="numbering" w:customStyle="1" w:styleId="WW8Num17">
    <w:name w:val="WW8Num17"/>
    <w:qFormat/>
    <w:rsid w:val="00924ED0"/>
  </w:style>
  <w:style w:type="numbering" w:customStyle="1" w:styleId="WW8Num18">
    <w:name w:val="WW8Num18"/>
    <w:qFormat/>
    <w:rsid w:val="00924ED0"/>
  </w:style>
  <w:style w:type="numbering" w:customStyle="1" w:styleId="WW8Num19">
    <w:name w:val="WW8Num19"/>
    <w:qFormat/>
    <w:rsid w:val="00924ED0"/>
  </w:style>
  <w:style w:type="numbering" w:customStyle="1" w:styleId="WW8Num20">
    <w:name w:val="WW8Num20"/>
    <w:qFormat/>
    <w:rsid w:val="00924ED0"/>
  </w:style>
  <w:style w:type="numbering" w:customStyle="1" w:styleId="WW8Num21">
    <w:name w:val="WW8Num21"/>
    <w:qFormat/>
    <w:rsid w:val="00924ED0"/>
  </w:style>
  <w:style w:type="numbering" w:customStyle="1" w:styleId="WW8Num22">
    <w:name w:val="WW8Num22"/>
    <w:qFormat/>
    <w:rsid w:val="00924ED0"/>
  </w:style>
  <w:style w:type="numbering" w:customStyle="1" w:styleId="WW8Num23">
    <w:name w:val="WW8Num23"/>
    <w:qFormat/>
    <w:rsid w:val="00924ED0"/>
  </w:style>
  <w:style w:type="numbering" w:customStyle="1" w:styleId="WW8Num24">
    <w:name w:val="WW8Num24"/>
    <w:qFormat/>
    <w:rsid w:val="00924ED0"/>
  </w:style>
  <w:style w:type="numbering" w:customStyle="1" w:styleId="WW8Num25">
    <w:name w:val="WW8Num25"/>
    <w:qFormat/>
    <w:rsid w:val="00924ED0"/>
  </w:style>
  <w:style w:type="numbering" w:customStyle="1" w:styleId="WW8Num26">
    <w:name w:val="WW8Num26"/>
    <w:qFormat/>
    <w:rsid w:val="00924ED0"/>
  </w:style>
  <w:style w:type="numbering" w:customStyle="1" w:styleId="WW8Num27">
    <w:name w:val="WW8Num27"/>
    <w:qFormat/>
    <w:rsid w:val="00924ED0"/>
  </w:style>
  <w:style w:type="numbering" w:customStyle="1" w:styleId="WW8Num28">
    <w:name w:val="WW8Num28"/>
    <w:qFormat/>
    <w:rsid w:val="00924ED0"/>
  </w:style>
  <w:style w:type="numbering" w:customStyle="1" w:styleId="WW8Num29">
    <w:name w:val="WW8Num29"/>
    <w:qFormat/>
    <w:rsid w:val="00924ED0"/>
  </w:style>
  <w:style w:type="numbering" w:customStyle="1" w:styleId="WW8Num30">
    <w:name w:val="WW8Num30"/>
    <w:qFormat/>
    <w:rsid w:val="00924ED0"/>
  </w:style>
  <w:style w:type="numbering" w:customStyle="1" w:styleId="WW8Num31">
    <w:name w:val="WW8Num31"/>
    <w:qFormat/>
    <w:rsid w:val="00924ED0"/>
  </w:style>
  <w:style w:type="numbering" w:customStyle="1" w:styleId="WW8Num32">
    <w:name w:val="WW8Num32"/>
    <w:qFormat/>
    <w:rsid w:val="00924E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7313905">
      <w:bodyDiv w:val="1"/>
      <w:marLeft w:val="0"/>
      <w:marRight w:val="0"/>
      <w:marTop w:val="0"/>
      <w:marBottom w:val="0"/>
      <w:divBdr>
        <w:top w:val="none" w:sz="0" w:space="0" w:color="auto"/>
        <w:left w:val="none" w:sz="0" w:space="0" w:color="auto"/>
        <w:bottom w:val="none" w:sz="0" w:space="0" w:color="auto"/>
        <w:right w:val="none" w:sz="0" w:space="0" w:color="auto"/>
      </w:divBdr>
    </w:div>
    <w:div w:id="939021158">
      <w:bodyDiv w:val="1"/>
      <w:marLeft w:val="0"/>
      <w:marRight w:val="0"/>
      <w:marTop w:val="0"/>
      <w:marBottom w:val="0"/>
      <w:divBdr>
        <w:top w:val="none" w:sz="0" w:space="0" w:color="auto"/>
        <w:left w:val="none" w:sz="0" w:space="0" w:color="auto"/>
        <w:bottom w:val="none" w:sz="0" w:space="0" w:color="auto"/>
        <w:right w:val="none" w:sz="0" w:space="0" w:color="auto"/>
      </w:divBdr>
    </w:div>
    <w:div w:id="21352957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ntestatii@ansc.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1CEF73-B3B1-4074-848B-22BC30AAD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37</Pages>
  <Words>12099</Words>
  <Characters>68966</Characters>
  <Application>Microsoft Office Word</Application>
  <DocSecurity>0</DocSecurity>
  <Lines>574</Lines>
  <Paragraphs>161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80904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Vladimir Vornic</cp:lastModifiedBy>
  <cp:revision>9</cp:revision>
  <dcterms:created xsi:type="dcterms:W3CDTF">2026-07-14T17:04:00Z</dcterms:created>
  <dcterms:modified xsi:type="dcterms:W3CDTF">2026-08-20T10:07:00Z</dcterms:modified>
  <cp:category/>
</cp:coreProperties>
</file>