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12D11478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766989E4" w14:textId="77777777" w:rsidR="00000000" w:rsidRPr="00447916" w:rsidRDefault="00000000">
            <w:pPr>
              <w:spacing w:after="40"/>
              <w:jc w:val="center"/>
            </w:pPr>
            <w:r w:rsidRPr="00447916">
              <w:rPr>
                <w:b/>
                <w:bCs/>
                <w:color w:val="FFFFFF"/>
                <w:sz w:val="28"/>
                <w:szCs w:val="28"/>
              </w:rPr>
              <w:t>FORMULAR DE OFERTĂ</w:t>
            </w:r>
          </w:p>
          <w:p w14:paraId="49DBDD99" w14:textId="77777777" w:rsidR="00000000" w:rsidRPr="00447916" w:rsidRDefault="00000000">
            <w:pPr>
              <w:spacing w:after="80"/>
              <w:jc w:val="center"/>
            </w:pPr>
            <w:r w:rsidRPr="00447916">
              <w:rPr>
                <w:b/>
                <w:bCs/>
                <w:color w:val="BDD7EE"/>
                <w:sz w:val="24"/>
                <w:szCs w:val="24"/>
              </w:rPr>
              <w:t>LOT 1 – ECHIPAMENTE IT</w:t>
            </w:r>
          </w:p>
        </w:tc>
      </w:tr>
    </w:tbl>
    <w:p w14:paraId="7A0B09EB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9C5BA9" w:rsidRPr="00447916" w14:paraId="640E78AA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8883C5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1F4E79"/>
              </w:rPr>
              <w:t>Referința procedurii: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433D8BC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ROMD00084/2026/L1</w:t>
            </w:r>
          </w:p>
        </w:tc>
      </w:tr>
      <w:tr w:rsidR="009C5BA9" w:rsidRPr="00447916" w14:paraId="47172B7B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37FFD5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1F4E79"/>
              </w:rPr>
              <w:t>Titlul contractului: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15E3B55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Furnizare echipamente IT în cadrul proiectului BiblioTech ROMD00084 — licitație repetată (CPV 30200000-1)</w:t>
            </w:r>
          </w:p>
        </w:tc>
      </w:tr>
      <w:tr w:rsidR="009C5BA9" w:rsidRPr="00447916" w14:paraId="79446847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EEBF469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1F4E79"/>
              </w:rPr>
              <w:t>CPV principal: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0C3B1C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30200000-1 – Echipamente și material informatic</w:t>
            </w:r>
          </w:p>
        </w:tc>
      </w:tr>
      <w:tr w:rsidR="009C5BA9" w:rsidRPr="00447916" w14:paraId="0390A7F9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0615418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1F4E79"/>
              </w:rPr>
              <w:t>CPV complementare: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0E3F090" w14:textId="77777777" w:rsidR="009179A9" w:rsidRPr="00447916" w:rsidRDefault="00000000">
            <w:r w:rsidRPr="00447916">
              <w:t>30213000-5 (PC-uri desktop); 30213100-6 (laptopuri); 30231320-6 (monitoare tactile); 32324600-6 (televizoare); 32321200-1 (echipamente audio-vizuale)</w:t>
            </w:r>
          </w:p>
        </w:tc>
      </w:tr>
      <w:tr w:rsidR="009C5BA9" w:rsidRPr="00447916" w14:paraId="41C0D4ED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F889EE6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1F4E79"/>
              </w:rPr>
              <w:t>Termen limită depunere:</w:t>
            </w:r>
          </w:p>
        </w:tc>
        <w:tc>
          <w:tcPr>
            <w:tcW w:w="70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744B42D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CC0000"/>
                <w:sz w:val="20"/>
                <w:szCs w:val="20"/>
              </w:rPr>
              <w:t>10 august 2026, ora 10:00</w:t>
            </w:r>
          </w:p>
        </w:tc>
      </w:tr>
    </w:tbl>
    <w:p w14:paraId="1DB552E1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0120AC89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50393FDA" w14:textId="77777777" w:rsidR="00000000" w:rsidRPr="00447916" w:rsidRDefault="00000000">
            <w:r w:rsidRPr="00447916"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F537E4A" w14:textId="77777777" w:rsidR="00000000" w:rsidRPr="00447916" w:rsidRDefault="00000000">
            <w:r w:rsidRPr="00447916">
              <w:rPr>
                <w:i/>
                <w:iCs/>
                <w:color w:val="333333"/>
                <w:sz w:val="20"/>
                <w:szCs w:val="20"/>
              </w:rPr>
              <w:t>Formularul are 7 secțiuni. Completați TOATE câmpurile marcate cu [ ].</w:t>
            </w:r>
          </w:p>
        </w:tc>
      </w:tr>
    </w:tbl>
    <w:p w14:paraId="5D87BA77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7081C519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B095800" w14:textId="77777777" w:rsidR="00000000" w:rsidRPr="00447916" w:rsidRDefault="00000000">
            <w:r w:rsidRPr="00447916">
              <w:rPr>
                <w:b/>
                <w:bCs/>
                <w:color w:val="FFFFFF"/>
              </w:rPr>
              <w:t>SECȚIUNEA 1 – DATE DESPRE OFERTANT</w:t>
            </w:r>
          </w:p>
        </w:tc>
      </w:tr>
    </w:tbl>
    <w:p w14:paraId="3D734CC3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1D4F1B80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0B54B846" w14:textId="77777777" w:rsidR="00000000" w:rsidRPr="00447916" w:rsidRDefault="00000000">
            <w:r w:rsidRPr="00447916"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4C2E0A54" w14:textId="77777777" w:rsidR="00000000" w:rsidRPr="00447916" w:rsidRDefault="00000000">
            <w:r w:rsidRPr="00447916">
              <w:rPr>
                <w:i/>
                <w:iCs/>
                <w:color w:val="333333"/>
                <w:sz w:val="20"/>
                <w:szCs w:val="20"/>
              </w:rPr>
              <w:t>Completați datele firmei care depune oferta. Dacă ofertați în consorțiu, completați câmpurile pentru Membrul Consorțiu.</w:t>
            </w:r>
          </w:p>
        </w:tc>
      </w:tr>
    </w:tbl>
    <w:p w14:paraId="7EDEAEF3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3619"/>
        <w:gridCol w:w="3619"/>
      </w:tblGrid>
      <w:tr w:rsidR="009C5BA9" w:rsidRPr="00447916" w14:paraId="14E713BB" w14:textId="77777777">
        <w:trPr>
          <w:tblHeader/>
        </w:trPr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EA9BFC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Câmp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6EE831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OFERTANT (Lider / Unic)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CE6AE2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MEMBRU CONSORȚIU (dacă există)</w:t>
            </w:r>
          </w:p>
        </w:tc>
      </w:tr>
      <w:tr w:rsidR="009C5BA9" w:rsidRPr="00447916" w14:paraId="53A06522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FECA62D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Denumirea firmei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4B003DC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F90DDF8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:rsidRPr="00447916" w14:paraId="3F770301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54B4B9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Forma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A60237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[SRL / SA / IP / etc.]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AAFA5C2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:rsidRPr="00447916" w14:paraId="3AAA5FD6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3BB1D32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IDNO / Cod fiscal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C5BED37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A83FF4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:rsidRPr="00447916" w14:paraId="57582A85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2B79AC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Adresa juridică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FE788A9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07298A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 sau N/A]</w:t>
            </w:r>
          </w:p>
        </w:tc>
      </w:tr>
      <w:tr w:rsidR="009C5BA9" w:rsidRPr="00447916" w14:paraId="2A35F2FE" w14:textId="77777777">
        <w:tc>
          <w:tcPr>
            <w:tcW w:w="24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C640BF4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Naționalitate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52B6F19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36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51FBCD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 sau N/A]</w:t>
            </w:r>
          </w:p>
        </w:tc>
      </w:tr>
    </w:tbl>
    <w:p w14:paraId="72B7B623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24610C88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0CD361F1" w14:textId="77777777" w:rsidR="00000000" w:rsidRPr="00447916" w:rsidRDefault="00000000">
            <w:r w:rsidRPr="00447916">
              <w:rPr>
                <w:b/>
                <w:bCs/>
                <w:color w:val="FFFFFF"/>
              </w:rPr>
              <w:t>SECȚIUNEA 2 – PERSOANA DE CONTACT</w:t>
            </w:r>
          </w:p>
        </w:tc>
      </w:tr>
    </w:tbl>
    <w:p w14:paraId="3A2A76CD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4804C00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0A1C758F" w14:textId="77777777" w:rsidR="00000000" w:rsidRPr="00447916" w:rsidRDefault="00000000">
            <w:r w:rsidRPr="00447916">
              <w:rPr>
                <w:b/>
                <w:bCs/>
                <w:color w:val="2E75B6"/>
              </w:rPr>
              <w:lastRenderedPageBreak/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00D6B5B0" w14:textId="77777777" w:rsidR="00000000" w:rsidRPr="00447916" w:rsidRDefault="00000000">
            <w:r w:rsidRPr="00447916">
              <w:rPr>
                <w:i/>
                <w:iCs/>
                <w:color w:val="333333"/>
                <w:sz w:val="20"/>
                <w:szCs w:val="20"/>
              </w:rPr>
              <w:t>Persoana desemnată să răspundă la solicitările autorității contractante pe durata procedurii.</w:t>
            </w:r>
          </w:p>
        </w:tc>
      </w:tr>
    </w:tbl>
    <w:p w14:paraId="7947DB5B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7091"/>
      </w:tblGrid>
      <w:tr w:rsidR="009C5BA9" w:rsidRPr="00447916" w14:paraId="6D3293E1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4B71F4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Nume și prenume: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8C6E2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:rsidRPr="00447916" w14:paraId="009D2051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8601F64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Funcția: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AA11486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:rsidRPr="00447916" w14:paraId="66E60A6D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6ED696B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Telefon: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F1E4D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[completați, cu prefix de țară, ex: +373...]</w:t>
            </w:r>
          </w:p>
        </w:tc>
      </w:tr>
      <w:tr w:rsidR="009C5BA9" w:rsidRPr="00447916" w14:paraId="3A4B57A9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22ADDE0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18EB1E4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:rsidRPr="00447916" w14:paraId="2D3D7C3D" w14:textId="77777777" w:rsidTr="00853570">
        <w:tc>
          <w:tcPr>
            <w:tcW w:w="25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76ED472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Adresa poștală (dacă diferă de adresa firmei):</w:t>
            </w:r>
          </w:p>
        </w:tc>
        <w:tc>
          <w:tcPr>
            <w:tcW w:w="709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1D90263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2AD3F5C5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296EB865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20885698" w14:textId="77777777" w:rsidR="00000000" w:rsidRPr="00447916" w:rsidRDefault="00000000">
            <w:r w:rsidRPr="00447916">
              <w:rPr>
                <w:b/>
                <w:bCs/>
                <w:color w:val="FFFFFF"/>
              </w:rPr>
              <w:t>SECȚIUNEA 3 – CAPACITATE ECONOMICĂ ȘI FINANCIARĂ</w:t>
            </w:r>
          </w:p>
        </w:tc>
      </w:tr>
    </w:tbl>
    <w:p w14:paraId="17A4D6DB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04C5588C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29D35312" w14:textId="77777777" w:rsidR="00000000" w:rsidRPr="00447916" w:rsidRDefault="00000000">
            <w:r w:rsidRPr="00447916"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2B26A644" w14:textId="77777777" w:rsidR="009179A9" w:rsidRPr="00447916" w:rsidRDefault="00000000">
            <w:r w:rsidRPr="00447916">
              <w:t>Cerință minimă: cifra de afaceri medie anuală pentru anii 2023-2025 trebuie să fie ≥ valoarea estimată a lotului. Atașați copii ale bilanțurilor contabile anuale sau alte acte conform anunțului de participare.</w:t>
            </w:r>
          </w:p>
        </w:tc>
      </w:tr>
    </w:tbl>
    <w:p w14:paraId="21E29E2C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1700"/>
        <w:gridCol w:w="1700"/>
        <w:gridCol w:w="1700"/>
        <w:gridCol w:w="1938"/>
      </w:tblGrid>
      <w:tr w:rsidR="009C5BA9" w:rsidRPr="00447916" w14:paraId="2CF355CF" w14:textId="77777777">
        <w:trPr>
          <w:tblHeader/>
        </w:trPr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DAB104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Indicator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C58E51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2023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F1852E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2024 (MDL)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8F01B1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2025 (MDL)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409DD2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 xml:space="preserve"> Medie</w:t>
            </w:r>
          </w:p>
        </w:tc>
      </w:tr>
      <w:tr w:rsidR="00230F6A" w:rsidRPr="00447916" w14:paraId="4B057394" w14:textId="77777777">
        <w:tc>
          <w:tcPr>
            <w:tcW w:w="2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E2FBBD8" w14:textId="77777777" w:rsidR="00000000" w:rsidRPr="00447916" w:rsidRDefault="00000000" w:rsidP="00230F6A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 xml:space="preserve">Cifra de afaceri anuală </w:t>
            </w:r>
            <w:r w:rsidRPr="00447916">
              <w:rPr>
                <w:b/>
                <w:bCs/>
                <w:color w:val="CC0000"/>
                <w:sz w:val="20"/>
                <w:szCs w:val="20"/>
              </w:rPr>
              <w:t>★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46188C" w14:textId="77777777" w:rsidR="00000000" w:rsidRPr="00447916" w:rsidRDefault="00000000" w:rsidP="00230F6A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288CDA" w14:textId="77777777" w:rsidR="00000000" w:rsidRPr="00447916" w:rsidRDefault="00000000" w:rsidP="00230F6A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2B04070" w14:textId="77777777" w:rsidR="00000000" w:rsidRPr="00447916" w:rsidRDefault="00000000" w:rsidP="00230F6A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9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A50032" w14:textId="77777777" w:rsidR="00000000" w:rsidRPr="00447916" w:rsidRDefault="00000000" w:rsidP="00230F6A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2B2FC085" w14:textId="77777777" w:rsidR="00000000" w:rsidRPr="00447916" w:rsidRDefault="00000000">
      <w:pPr>
        <w:spacing w:after="80"/>
      </w:pPr>
      <w:r w:rsidRPr="00447916">
        <w:t>★ Media anuală a cifrei de afaceri pentru anii 2023-2025 trebuie să fie ≥ valoarea estimată a lotului.</w:t>
      </w:r>
    </w:p>
    <w:p w14:paraId="61F97A4B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293B768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3AD57021" w14:textId="77777777" w:rsidR="00000000" w:rsidRPr="00447916" w:rsidRDefault="00000000">
            <w:r w:rsidRPr="00447916">
              <w:rPr>
                <w:b/>
                <w:bCs/>
                <w:color w:val="FFFFFF"/>
              </w:rPr>
              <w:t>SECȚIUNEA 4 – EXPERIENȚĂ ÎN CONTRACTE SIMILARE</w:t>
            </w:r>
          </w:p>
        </w:tc>
      </w:tr>
    </w:tbl>
    <w:p w14:paraId="693E2EDE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269AF794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1198EC18" w14:textId="77777777" w:rsidR="00000000" w:rsidRPr="00447916" w:rsidRDefault="00000000">
            <w:r w:rsidRPr="00447916"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2A60858" w14:textId="77777777" w:rsidR="009179A9" w:rsidRPr="00447916" w:rsidRDefault="00000000">
            <w:r w:rsidRPr="00447916">
              <w:t>Cerință minimă: cel puțin 2 contracte de furnizare echipamente IT / calculatoare, executate și recepționate în ultimii 3 ani (2023-2025), cu valoare cumulată ≥ 75% din valoarea estimată a lotului. Atașați copii ale contractelor și proceselor-verbale de recepție / certificatelor de bună execuție / facturilor fiscale sau documente echivalente.</w:t>
            </w:r>
          </w:p>
        </w:tc>
      </w:tr>
    </w:tbl>
    <w:p w14:paraId="2218B9EA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5"/>
        <w:gridCol w:w="2195"/>
        <w:gridCol w:w="1996"/>
        <w:gridCol w:w="1598"/>
        <w:gridCol w:w="1598"/>
        <w:gridCol w:w="1736"/>
      </w:tblGrid>
      <w:tr w:rsidR="009C5BA9" w:rsidRPr="00447916" w14:paraId="676B9E1D" w14:textId="77777777">
        <w:trPr>
          <w:tblHeader/>
        </w:trPr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A114FC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AECC42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Denumire contract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DEC91C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Beneficiar / Client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D5F571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Valoare (MDL)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35A15A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Perioadă execuție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7BE776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Documente atașate</w:t>
            </w:r>
          </w:p>
        </w:tc>
      </w:tr>
      <w:tr w:rsidR="009C5BA9" w:rsidRPr="00447916" w14:paraId="45B298E2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69DAF4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A5B04FA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0DAA2CA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A41386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78DC3FD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4A47F40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:rsidRPr="00447916" w14:paraId="32557EBE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F9FFFBF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82346EF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65251A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F4D2DF6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EE91634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F058895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</w:tr>
      <w:tr w:rsidR="009C5BA9" w:rsidRPr="00447916" w14:paraId="2188067B" w14:textId="77777777">
        <w:tc>
          <w:tcPr>
            <w:tcW w:w="5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EC04DC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2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32A7D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C01CA95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BC5B9C8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6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74E6A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  <w:tc>
          <w:tcPr>
            <w:tcW w:w="17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EC25D75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[completați]</w:t>
            </w:r>
          </w:p>
        </w:tc>
      </w:tr>
    </w:tbl>
    <w:p w14:paraId="7A6D6044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6290B0A2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51130AC3" w14:textId="77777777" w:rsidR="00000000" w:rsidRPr="00447916" w:rsidRDefault="00000000">
            <w:r w:rsidRPr="00447916">
              <w:rPr>
                <w:b/>
                <w:bCs/>
                <w:color w:val="FFFFFF"/>
              </w:rPr>
              <w:t>SECȚIUNEA 5 – OFERTA TEHNICĂ ȘI FINANCIARĂ</w:t>
            </w:r>
          </w:p>
        </w:tc>
      </w:tr>
    </w:tbl>
    <w:p w14:paraId="63D50FDD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27FC64FA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7FCE8964" w14:textId="77777777" w:rsidR="00000000" w:rsidRPr="00447916" w:rsidRDefault="00000000">
            <w:r w:rsidRPr="00447916"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179C80D" w14:textId="77777777" w:rsidR="00000000" w:rsidRPr="00447916" w:rsidRDefault="00000000">
            <w:r w:rsidRPr="00447916">
              <w:rPr>
                <w:i/>
                <w:iCs/>
                <w:color w:val="333333"/>
                <w:sz w:val="20"/>
                <w:szCs w:val="20"/>
              </w:rPr>
              <w:t>Oferta tehnică și financiară se prezintă EXCLUSIV prin completarea și atașarea anexelor de mai jos. Ambele sunt obligatorii.</w:t>
            </w:r>
          </w:p>
        </w:tc>
      </w:tr>
    </w:tbl>
    <w:p w14:paraId="18BAA4E3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8"/>
        <w:gridCol w:w="3299"/>
        <w:gridCol w:w="3374"/>
        <w:gridCol w:w="1307"/>
      </w:tblGrid>
      <w:tr w:rsidR="009C5BA9" w:rsidRPr="00447916" w14:paraId="00262A0E" w14:textId="77777777" w:rsidTr="00EA37DA">
        <w:trPr>
          <w:tblHeader/>
        </w:trPr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5458AE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Document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DAD83C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Conținut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A66B82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Fișier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741DA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Obligatoriu</w:t>
            </w:r>
          </w:p>
        </w:tc>
      </w:tr>
      <w:tr w:rsidR="009C5BA9" w:rsidRPr="00447916" w14:paraId="6453757B" w14:textId="77777777" w:rsidTr="00EA37DA"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328171A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Anexa 1 la ofertă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40B2D3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Specificații tehnice LOT 1 – ECHIPAMENTE IT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D381DB" w14:textId="77777777" w:rsidR="009179A9" w:rsidRPr="00447916" w:rsidRDefault="00000000">
            <w:r w:rsidRPr="00447916">
              <w:t>Anexa_1_oferta_tehnica_Lot_1_Echipament_IT.docx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29A2B2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DA</w:t>
            </w:r>
          </w:p>
        </w:tc>
      </w:tr>
      <w:tr w:rsidR="009C5BA9" w:rsidRPr="00447916" w14:paraId="651FE162" w14:textId="77777777" w:rsidTr="00EA37DA">
        <w:tc>
          <w:tcPr>
            <w:tcW w:w="165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0CEE265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Anexa 2 la ofertă</w:t>
            </w:r>
          </w:p>
        </w:tc>
        <w:tc>
          <w:tcPr>
            <w:tcW w:w="329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D0406A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Specificații de preț LOT 1 – ECHIPAMENTE IT</w:t>
            </w:r>
          </w:p>
        </w:tc>
        <w:tc>
          <w:tcPr>
            <w:tcW w:w="33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F4408F0" w14:textId="77777777" w:rsidR="009179A9" w:rsidRPr="00447916" w:rsidRDefault="00000000">
            <w:r w:rsidRPr="00447916">
              <w:t>Anexa_2_oferta_financiara_Lot_1_Echipament_IT.docx</w:t>
            </w:r>
          </w:p>
        </w:tc>
        <w:tc>
          <w:tcPr>
            <w:tcW w:w="130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0179E47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DA</w:t>
            </w:r>
          </w:p>
        </w:tc>
      </w:tr>
    </w:tbl>
    <w:p w14:paraId="13165368" w14:textId="77777777" w:rsidR="00000000" w:rsidRPr="00447916" w:rsidRDefault="00000000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0"/>
        <w:gridCol w:w="5638"/>
      </w:tblGrid>
      <w:tr w:rsidR="009C5BA9" w:rsidRPr="00447916" w14:paraId="325A16E3" w14:textId="77777777">
        <w:tc>
          <w:tcPr>
            <w:tcW w:w="4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A8A7859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000000"/>
              </w:rPr>
              <w:t>Prețul total al ofertei (fără TVA):</w:t>
            </w:r>
          </w:p>
        </w:tc>
        <w:tc>
          <w:tcPr>
            <w:tcW w:w="5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D37D7AF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</w:rPr>
              <w:t>_________________________ MDL</w:t>
            </w:r>
          </w:p>
        </w:tc>
      </w:tr>
    </w:tbl>
    <w:p w14:paraId="452CD2CA" w14:textId="77777777" w:rsidR="00000000" w:rsidRPr="00447916" w:rsidRDefault="00000000">
      <w:pPr>
        <w:spacing w:after="80"/>
      </w:pPr>
      <w:r w:rsidRPr="00447916">
        <w:rPr>
          <w:i/>
          <w:iCs/>
          <w:color w:val="555555"/>
          <w:sz w:val="18"/>
          <w:szCs w:val="18"/>
        </w:rPr>
        <w:t>(Valoarea se preia din totalul Anexei 2 la ofertă)</w:t>
      </w:r>
    </w:p>
    <w:p w14:paraId="639F5E6E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5598AF5F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73F69400" w14:textId="77777777" w:rsidR="00000000" w:rsidRPr="00447916" w:rsidRDefault="00000000">
            <w:r w:rsidRPr="00447916">
              <w:rPr>
                <w:b/>
                <w:bCs/>
                <w:color w:val="FFFFFF"/>
              </w:rPr>
              <w:t>SECȚIUNEA 6 – CONDIȚII DE LIVRARE</w:t>
            </w:r>
          </w:p>
        </w:tc>
      </w:tr>
    </w:tbl>
    <w:p w14:paraId="5D8CB497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4A1FD8D9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79F8DFF7" w14:textId="77777777" w:rsidR="00000000" w:rsidRPr="00447916" w:rsidRDefault="00000000">
            <w:r w:rsidRPr="00447916"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5BB50223" w14:textId="77777777" w:rsidR="00000000" w:rsidRPr="00447916" w:rsidRDefault="00000000">
            <w:r w:rsidRPr="00447916">
              <w:rPr>
                <w:i/>
                <w:iCs/>
                <w:color w:val="333333"/>
                <w:sz w:val="20"/>
                <w:szCs w:val="20"/>
              </w:rPr>
              <w:t>Livrarea se efectuează DDP (</w:t>
            </w:r>
            <w:proofErr w:type="spellStart"/>
            <w:r w:rsidRPr="00447916">
              <w:rPr>
                <w:i/>
                <w:iCs/>
                <w:color w:val="333333"/>
                <w:sz w:val="20"/>
                <w:szCs w:val="20"/>
              </w:rPr>
              <w:t>Delivered</w:t>
            </w:r>
            <w:proofErr w:type="spellEnd"/>
            <w:r w:rsidRPr="00447916"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447916">
              <w:rPr>
                <w:i/>
                <w:iCs/>
                <w:color w:val="333333"/>
                <w:sz w:val="20"/>
                <w:szCs w:val="20"/>
              </w:rPr>
              <w:t>Duty</w:t>
            </w:r>
            <w:proofErr w:type="spellEnd"/>
            <w:r w:rsidRPr="00447916">
              <w:rPr>
                <w:i/>
                <w:iCs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447916">
              <w:rPr>
                <w:i/>
                <w:iCs/>
                <w:color w:val="333333"/>
                <w:sz w:val="20"/>
                <w:szCs w:val="20"/>
              </w:rPr>
              <w:t>Paid</w:t>
            </w:r>
            <w:proofErr w:type="spellEnd"/>
            <w:r w:rsidRPr="00447916">
              <w:rPr>
                <w:i/>
                <w:iCs/>
                <w:color w:val="333333"/>
                <w:sz w:val="20"/>
                <w:szCs w:val="20"/>
              </w:rPr>
              <w:t>) la sediul AC. Termen maxim: 10 zile calendaristice de la semnarea contractului; 30 zile calendaristice pentru server.</w:t>
            </w:r>
          </w:p>
        </w:tc>
      </w:tr>
    </w:tbl>
    <w:p w14:paraId="42CED865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6808"/>
      </w:tblGrid>
      <w:tr w:rsidR="009C5BA9" w:rsidRPr="00447916" w14:paraId="078D01A0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450732F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000000"/>
                <w:sz w:val="20"/>
                <w:szCs w:val="20"/>
              </w:rPr>
              <w:t>Condiție de livrare: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D5F9967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DDP – depozitul Bibliotecii Naționale, str. 31 August 1989, nr. 78A, MD-2012, Chișinău</w:t>
            </w:r>
          </w:p>
        </w:tc>
      </w:tr>
      <w:tr w:rsidR="009C5BA9" w:rsidRPr="00447916" w14:paraId="54F16C7C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7841EA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Termen de livrare propus: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299E4F5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[nr. zile calendaristice de la semnarea contractului – maxim 10 zile; server – maxim 30 zile]</w:t>
            </w:r>
          </w:p>
        </w:tc>
      </w:tr>
      <w:tr w:rsidR="009C5BA9" w:rsidRPr="00447916" w14:paraId="241CE881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CDBB6F3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Garanție produs: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4066351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[completați perioada de garanție per categorie de produs]</w:t>
            </w:r>
          </w:p>
        </w:tc>
      </w:tr>
      <w:tr w:rsidR="009C5BA9" w:rsidRPr="00447916" w14:paraId="27D1F119" w14:textId="77777777" w:rsidTr="00EA37DA">
        <w:tc>
          <w:tcPr>
            <w:tcW w:w="283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4105AAF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Servicii post-vânzare:</w:t>
            </w:r>
          </w:p>
        </w:tc>
        <w:tc>
          <w:tcPr>
            <w:tcW w:w="68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273996F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[descrieți succint suportul tehnic oferit, dacă este cazul]</w:t>
            </w:r>
          </w:p>
        </w:tc>
      </w:tr>
    </w:tbl>
    <w:p w14:paraId="3C1B0149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582AC2EF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730D16A6" w14:textId="77777777" w:rsidR="00000000" w:rsidRPr="00447916" w:rsidRDefault="00000000">
            <w:r w:rsidRPr="00447916">
              <w:rPr>
                <w:b/>
                <w:bCs/>
                <w:color w:val="FFFFFF"/>
              </w:rPr>
              <w:lastRenderedPageBreak/>
              <w:t>SECȚIUNEA 7 – DECLARAȚIE ȘI SEMNĂTURĂ</w:t>
            </w:r>
          </w:p>
        </w:tc>
      </w:tr>
    </w:tbl>
    <w:p w14:paraId="7B852290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1836BCFD" w14:textId="77777777">
        <w:tc>
          <w:tcPr>
            <w:tcW w:w="400" w:type="dxa"/>
            <w:tcBorders>
              <w:top w:val="none" w:sz="0" w:space="0" w:color="FFFFFF"/>
              <w:left w:val="single" w:sz="12" w:space="0" w:color="E67E22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3D8BE30D" w14:textId="77777777" w:rsidR="00000000" w:rsidRPr="00447916" w:rsidRDefault="00000000">
            <w:r w:rsidRPr="00447916">
              <w:rPr>
                <w:b/>
                <w:bCs/>
                <w:color w:val="E67E22"/>
                <w:sz w:val="24"/>
                <w:szCs w:val="24"/>
              </w:rPr>
              <w:t>!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3CD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3A924390" w14:textId="77777777" w:rsidR="00000000" w:rsidRPr="00447916" w:rsidRDefault="00000000">
            <w:r w:rsidRPr="00447916">
              <w:rPr>
                <w:b/>
                <w:bCs/>
                <w:color w:val="7B3F00"/>
                <w:sz w:val="20"/>
                <w:szCs w:val="20"/>
              </w:rPr>
              <w:t>Această secțiune TREBUIE semnată și ștampilată de reprezentantul legal. Oferta nesemnată va fi declarată NECONFORMĂ și respinsă.</w:t>
            </w:r>
          </w:p>
        </w:tc>
      </w:tr>
    </w:tbl>
    <w:p w14:paraId="06FCE8F1" w14:textId="77777777" w:rsidR="00000000" w:rsidRPr="00447916" w:rsidRDefault="00000000">
      <w:pPr>
        <w:spacing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48"/>
      </w:tblGrid>
      <w:tr w:rsidR="009C5BA9" w:rsidRPr="00447916" w14:paraId="64D95863" w14:textId="77777777">
        <w:tc>
          <w:tcPr>
            <w:tcW w:w="963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2F810D6A" w14:textId="77777777" w:rsidR="00000000" w:rsidRPr="00447916" w:rsidRDefault="00000000" w:rsidP="00230F6A">
            <w:pPr>
              <w:spacing w:after="80"/>
              <w:jc w:val="both"/>
            </w:pPr>
            <w:r w:rsidRPr="00447916">
              <w:rPr>
                <w:color w:val="000000"/>
                <w:sz w:val="20"/>
                <w:szCs w:val="20"/>
              </w:rPr>
              <w:t>Ca răspuns la Anunțul de participare nr. ROMD00084/2026/L1 din 09 iulie 2026, noi, subsemnații, declarăm că</w:t>
            </w:r>
            <w:r w:rsidRPr="00447916">
              <w:rPr>
                <w:color w:val="000000"/>
                <w:sz w:val="20"/>
                <w:szCs w:val="20"/>
              </w:rPr>
              <w:t xml:space="preserve"> datele oferite sunt veridice, și menținem valabilitate ofertei pentru 60 de zile din data limită de depunere a ofertelor.</w:t>
            </w:r>
          </w:p>
          <w:p w14:paraId="04EC6744" w14:textId="77777777" w:rsidR="00000000" w:rsidRPr="00447916" w:rsidRDefault="00000000">
            <w:pPr>
              <w:spacing w:after="40"/>
            </w:pP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000"/>
              <w:gridCol w:w="6238"/>
            </w:tblGrid>
            <w:tr w:rsidR="009C5BA9" w:rsidRPr="00447916" w14:paraId="22C9284C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7C424150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Denumirea oficială a ofertantului: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4D0A150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:rsidRPr="00447916" w14:paraId="498F011A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1A1BA1DC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Reprezentant legal – Nume și prenume: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311D3BE1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:rsidRPr="00447916" w14:paraId="7F7E0FE8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0E2A1E89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Funcția: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00E22A51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[completați]</w:t>
                  </w:r>
                </w:p>
              </w:tc>
            </w:tr>
            <w:tr w:rsidR="009C5BA9" w:rsidRPr="00447916" w14:paraId="277243DE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2235371D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Locul și data: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2F2F2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14:paraId="6E900DE7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[localitate], [data semnării]</w:t>
                  </w:r>
                </w:p>
              </w:tc>
            </w:tr>
            <w:tr w:rsidR="009C5BA9" w:rsidRPr="00447916" w14:paraId="103B5295" w14:textId="77777777">
              <w:tc>
                <w:tcPr>
                  <w:tcW w:w="3000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65A25351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>Semnătura și ștampila:</w:t>
                  </w:r>
                </w:p>
              </w:tc>
              <w:tc>
                <w:tcPr>
                  <w:tcW w:w="6238" w:type="dxa"/>
                  <w:tcBorders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single" w:sz="4" w:space="0" w:color="AAAAAA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</w:tcPr>
                <w:p w14:paraId="1F63490F" w14:textId="77777777" w:rsidR="00000000" w:rsidRPr="00447916" w:rsidRDefault="00000000">
                  <w:pPr>
                    <w:spacing w:after="80"/>
                  </w:pPr>
                  <w:r w:rsidRPr="00447916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3EF676E0" w14:textId="77777777" w:rsidR="00000000" w:rsidRPr="00447916" w:rsidRDefault="00000000">
                  <w:pPr>
                    <w:spacing w:after="700"/>
                  </w:pPr>
                </w:p>
              </w:tc>
            </w:tr>
          </w:tbl>
          <w:p w14:paraId="4EDBE47C" w14:textId="77777777" w:rsidR="00000000" w:rsidRPr="00447916" w:rsidRDefault="00000000"/>
        </w:tc>
      </w:tr>
    </w:tbl>
    <w:p w14:paraId="0120CB06" w14:textId="77777777" w:rsidR="00000000" w:rsidRPr="00447916" w:rsidRDefault="00000000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9C5BA9" w:rsidRPr="00447916" w14:paraId="0253CC3C" w14:textId="77777777"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100" w:type="dxa"/>
              <w:left w:w="180" w:type="dxa"/>
              <w:bottom w:w="100" w:type="dxa"/>
              <w:right w:w="180" w:type="dxa"/>
            </w:tcMar>
          </w:tcPr>
          <w:p w14:paraId="62195EB9" w14:textId="77777777" w:rsidR="00000000" w:rsidRPr="00447916" w:rsidRDefault="00000000">
            <w:r w:rsidRPr="00447916">
              <w:rPr>
                <w:b/>
                <w:bCs/>
                <w:color w:val="FFFFFF"/>
              </w:rPr>
              <w:t>LISTA DOCUMENTELOR ANEXATE</w:t>
            </w:r>
          </w:p>
        </w:tc>
      </w:tr>
    </w:tbl>
    <w:p w14:paraId="63CEBD63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"/>
        <w:gridCol w:w="9238"/>
      </w:tblGrid>
      <w:tr w:rsidR="009C5BA9" w:rsidRPr="00447916" w14:paraId="1A87FB48" w14:textId="77777777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120" w:type="dxa"/>
              <w:bottom w:w="80" w:type="dxa"/>
              <w:right w:w="60" w:type="dxa"/>
            </w:tcMar>
          </w:tcPr>
          <w:p w14:paraId="0D446386" w14:textId="77777777" w:rsidR="00000000" w:rsidRPr="00447916" w:rsidRDefault="00000000">
            <w:r w:rsidRPr="00447916">
              <w:rPr>
                <w:b/>
                <w:bCs/>
                <w:color w:val="2E75B6"/>
              </w:rPr>
              <w:t>i</w:t>
            </w:r>
          </w:p>
        </w:tc>
        <w:tc>
          <w:tcPr>
            <w:tcW w:w="92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80" w:type="dxa"/>
              <w:left w:w="60" w:type="dxa"/>
              <w:bottom w:w="80" w:type="dxa"/>
              <w:right w:w="120" w:type="dxa"/>
            </w:tcMar>
          </w:tcPr>
          <w:p w14:paraId="13AACD05" w14:textId="77777777" w:rsidR="00000000" w:rsidRPr="00447916" w:rsidRDefault="00000000">
            <w:r w:rsidRPr="00447916">
              <w:rPr>
                <w:i/>
                <w:iCs/>
                <w:color w:val="333333"/>
                <w:sz w:val="20"/>
                <w:szCs w:val="20"/>
              </w:rPr>
              <w:t>Bifați fiecare document înainte de depunere. Ofertele incomplete vor fi respinse.</w:t>
            </w:r>
          </w:p>
        </w:tc>
      </w:tr>
    </w:tbl>
    <w:p w14:paraId="6DBFB10D" w14:textId="77777777" w:rsidR="00000000" w:rsidRPr="00447916" w:rsidRDefault="00000000">
      <w:pPr>
        <w:spacing w:after="4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3"/>
        <w:gridCol w:w="7837"/>
        <w:gridCol w:w="1208"/>
      </w:tblGrid>
      <w:tr w:rsidR="009C5BA9" w:rsidRPr="00447916" w14:paraId="62E0597C" w14:textId="77777777" w:rsidTr="00111A3A">
        <w:trPr>
          <w:tblHeader/>
        </w:trPr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F82CE4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Nr.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DF19B1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Document obligatoriu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1E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E986AC" w14:textId="77777777" w:rsidR="00000000" w:rsidRPr="00447916" w:rsidRDefault="00000000">
            <w:pPr>
              <w:spacing w:after="80"/>
            </w:pPr>
            <w:r w:rsidRPr="00447916">
              <w:rPr>
                <w:b/>
                <w:bCs/>
                <w:color w:val="FFFFFF"/>
                <w:sz w:val="20"/>
                <w:szCs w:val="20"/>
              </w:rPr>
              <w:t>Bifat</w:t>
            </w:r>
          </w:p>
        </w:tc>
      </w:tr>
      <w:tr w:rsidR="009C5BA9" w:rsidRPr="00447916" w14:paraId="3074FF71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3D5E48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FADF4C0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Formularul de ofertă (prezentul document) – semnat și ștampilat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F93496F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:rsidRPr="00447916" w14:paraId="551ECE80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3785CE8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90F55E" w14:textId="77777777" w:rsidR="009179A9" w:rsidRPr="00447916" w:rsidRDefault="00000000">
            <w:r w:rsidRPr="00447916">
              <w:t>Anexa_1_oferta_tehnica_Lot_1_Echipament_IT.docx – completată, semnată, ștampilată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321DCC2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:rsidRPr="00447916" w14:paraId="6DDD4A90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9E4DE0B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2701CB" w14:textId="77777777" w:rsidR="009179A9" w:rsidRPr="00447916" w:rsidRDefault="00000000">
            <w:r w:rsidRPr="00447916">
              <w:t>Anexa_2_oferta_financiara_Lot_1_Echipament_IT.docx – completată, semnată, ștampilată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F7CB29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:rsidRPr="00447916" w14:paraId="00C82151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D825731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C57EDC1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G3_Declaratie_propria_raspundere – semnată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4490818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:rsidRPr="00447916" w14:paraId="1B6C44AF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8B2D46E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F8C35B0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Bilanțuri contabile 2023, 2024, 2025 (copii)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0F468FB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:rsidRPr="00447916" w14:paraId="3AE4D935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93A120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1992143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Contracte similare (minim 2) + PV recepție / certificat bună execuție / factură fiscală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9E02F9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  <w:tr w:rsidR="009C5BA9" w:rsidRPr="00447916" w14:paraId="4793A201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86D9C6B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16B0BB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SP6_Garantie_oferta sau dovadă transfer bancar (garanție de participare 2%)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186B327" w14:textId="77777777" w:rsidR="00000000" w:rsidRPr="00447916" w:rsidRDefault="00000000">
            <w:pPr>
              <w:spacing w:after="80"/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  <w:tr w:rsidR="00111A3A" w:rsidRPr="00447916" w14:paraId="5DBBE11F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5BADB1B" w14:textId="77777777" w:rsidR="00000000" w:rsidRPr="00447916" w:rsidRDefault="00000000" w:rsidP="0078037C">
            <w:pPr>
              <w:spacing w:after="80"/>
              <w:rPr>
                <w:color w:val="000000"/>
                <w:sz w:val="20"/>
                <w:szCs w:val="20"/>
              </w:rPr>
            </w:pPr>
            <w:r w:rsidRPr="0044791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C744D02" w14:textId="77777777" w:rsidR="00000000" w:rsidRPr="00447916" w:rsidRDefault="00000000" w:rsidP="0078037C">
            <w:pPr>
              <w:spacing w:after="80"/>
              <w:rPr>
                <w:color w:val="000000"/>
                <w:sz w:val="20"/>
                <w:szCs w:val="20"/>
              </w:rPr>
            </w:pPr>
            <w:r w:rsidRPr="00447916">
              <w:rPr>
                <w:color w:val="000000"/>
                <w:sz w:val="20"/>
                <w:szCs w:val="20"/>
              </w:rPr>
              <w:t xml:space="preserve">G4_Financial </w:t>
            </w:r>
            <w:proofErr w:type="spellStart"/>
            <w:r w:rsidRPr="00447916">
              <w:rPr>
                <w:color w:val="000000"/>
                <w:sz w:val="20"/>
                <w:szCs w:val="20"/>
              </w:rPr>
              <w:t>identification</w:t>
            </w:r>
            <w:proofErr w:type="spellEnd"/>
            <w:r w:rsidRPr="0044791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7916">
              <w:rPr>
                <w:color w:val="000000"/>
                <w:sz w:val="20"/>
                <w:szCs w:val="20"/>
              </w:rPr>
              <w:t>form</w:t>
            </w:r>
            <w:proofErr w:type="spellEnd"/>
            <w:r w:rsidRPr="00447916">
              <w:rPr>
                <w:color w:val="000000"/>
                <w:sz w:val="20"/>
                <w:szCs w:val="20"/>
              </w:rPr>
              <w:t xml:space="preserve"> (ori, confirmare cont bancar)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4BB3A64" w14:textId="77777777" w:rsidR="00000000" w:rsidRPr="00447916" w:rsidRDefault="00000000" w:rsidP="0078037C">
            <w:pPr>
              <w:spacing w:after="80"/>
              <w:rPr>
                <w:color w:val="000000"/>
                <w:sz w:val="20"/>
                <w:szCs w:val="20"/>
              </w:rPr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  <w:tr w:rsidR="00111A3A" w:rsidRPr="00447916" w14:paraId="74F7121D" w14:textId="77777777" w:rsidTr="00111A3A">
        <w:tc>
          <w:tcPr>
            <w:tcW w:w="59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B85774" w14:textId="77777777" w:rsidR="00000000" w:rsidRPr="00447916" w:rsidRDefault="00000000" w:rsidP="0078037C">
            <w:pPr>
              <w:spacing w:after="80"/>
              <w:rPr>
                <w:color w:val="000000"/>
                <w:sz w:val="20"/>
                <w:szCs w:val="20"/>
              </w:rPr>
            </w:pPr>
            <w:r w:rsidRPr="0044791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83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9FFB3EA" w14:textId="77777777" w:rsidR="00000000" w:rsidRPr="00447916" w:rsidRDefault="00000000" w:rsidP="0078037C">
            <w:pPr>
              <w:spacing w:after="80"/>
              <w:rPr>
                <w:color w:val="000000"/>
                <w:sz w:val="20"/>
                <w:szCs w:val="20"/>
              </w:rPr>
            </w:pPr>
            <w:r w:rsidRPr="00447916">
              <w:rPr>
                <w:color w:val="000000"/>
                <w:sz w:val="20"/>
                <w:szCs w:val="20"/>
              </w:rPr>
              <w:t xml:space="preserve">G5b_legal </w:t>
            </w:r>
            <w:proofErr w:type="spellStart"/>
            <w:r w:rsidRPr="00447916">
              <w:rPr>
                <w:color w:val="000000"/>
                <w:sz w:val="20"/>
                <w:szCs w:val="20"/>
              </w:rPr>
              <w:t>entity</w:t>
            </w:r>
            <w:proofErr w:type="spellEnd"/>
            <w:r w:rsidRPr="0044791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7916">
              <w:rPr>
                <w:color w:val="000000"/>
                <w:sz w:val="20"/>
                <w:szCs w:val="20"/>
              </w:rPr>
              <w:t>form</w:t>
            </w:r>
            <w:proofErr w:type="spellEnd"/>
            <w:r w:rsidRPr="0044791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47916">
              <w:rPr>
                <w:color w:val="000000"/>
                <w:sz w:val="20"/>
                <w:szCs w:val="20"/>
              </w:rPr>
              <w:t>companies</w:t>
            </w:r>
            <w:proofErr w:type="spellEnd"/>
            <w:r w:rsidRPr="00447916">
              <w:rPr>
                <w:color w:val="000000"/>
                <w:sz w:val="20"/>
                <w:szCs w:val="20"/>
              </w:rPr>
              <w:t xml:space="preserve"> (ori, extrase de la organul de înregistrare de stat)</w:t>
            </w:r>
          </w:p>
        </w:tc>
        <w:tc>
          <w:tcPr>
            <w:tcW w:w="120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1A5E962" w14:textId="77777777" w:rsidR="00000000" w:rsidRPr="00447916" w:rsidRDefault="00000000" w:rsidP="0078037C">
            <w:pPr>
              <w:spacing w:after="80"/>
              <w:rPr>
                <w:color w:val="000000"/>
                <w:sz w:val="20"/>
                <w:szCs w:val="20"/>
              </w:rPr>
            </w:pPr>
            <w:r w:rsidRPr="00447916">
              <w:rPr>
                <w:color w:val="000000"/>
                <w:sz w:val="20"/>
                <w:szCs w:val="20"/>
              </w:rPr>
              <w:t>[ ]</w:t>
            </w:r>
          </w:p>
        </w:tc>
      </w:tr>
    </w:tbl>
    <w:p w14:paraId="457EE79C" w14:textId="77777777" w:rsidR="00000000" w:rsidRPr="00447916" w:rsidRDefault="00000000" w:rsidP="00111A3A">
      <w:pPr>
        <w:spacing w:after="40"/>
      </w:pPr>
    </w:p>
    <w:sectPr w:rsidR="009C5BA9" w:rsidRPr="00447916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EBC96" w14:textId="77777777" w:rsidR="00D96BA3" w:rsidRDefault="00D96BA3">
      <w:pPr>
        <w:spacing w:after="0" w:line="240" w:lineRule="auto"/>
      </w:pPr>
      <w:r>
        <w:separator/>
      </w:r>
    </w:p>
  </w:endnote>
  <w:endnote w:type="continuationSeparator" w:id="0">
    <w:p w14:paraId="12131A36" w14:textId="77777777" w:rsidR="00D96BA3" w:rsidRDefault="00D9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1EC5F" w14:textId="77777777" w:rsidR="009179A9" w:rsidRDefault="009179A9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ED44" w14:textId="77777777" w:rsidR="00000000" w:rsidRDefault="00000000">
    <w:pPr>
      <w:pBdr>
        <w:top w:val="single" w:sz="4" w:space="4" w:color="2E75B6"/>
      </w:pBdr>
      <w:spacing w:before="80"/>
    </w:pPr>
    <w:r>
      <w:t>SP5 – Lot 1  |  Procedură deschisă  |  Proiect BiblioTech ROMD00084  |  Termen depunere: 10.08.2026, ora 10:00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2846D" w14:textId="77777777" w:rsidR="009179A9" w:rsidRDefault="009179A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42323" w14:textId="77777777" w:rsidR="00D96BA3" w:rsidRDefault="00D96BA3">
      <w:pPr>
        <w:spacing w:after="0" w:line="240" w:lineRule="auto"/>
      </w:pPr>
      <w:r>
        <w:separator/>
      </w:r>
    </w:p>
  </w:footnote>
  <w:footnote w:type="continuationSeparator" w:id="0">
    <w:p w14:paraId="6E76C77D" w14:textId="77777777" w:rsidR="00D96BA3" w:rsidRDefault="00D96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0EAC7" w14:textId="77777777" w:rsidR="00000000" w:rsidRDefault="00000000">
    <w:pPr>
      <w:pBdr>
        <w:bottom w:val="single" w:sz="6" w:space="4" w:color="2E75B6"/>
      </w:pBdr>
      <w:spacing w:after="60"/>
      <w:jc w:val="center"/>
    </w:pPr>
    <w:r>
      <w:rPr>
        <w:noProof/>
      </w:rPr>
      <w:drawing>
        <wp:inline distT="0" distB="0" distL="0" distR="0" wp14:anchorId="14D3C959" wp14:editId="14D3C95A">
          <wp:extent cx="3762375" cy="523875"/>
          <wp:effectExtent l="0" t="0" r="0" b="0"/>
          <wp:docPr id="1" name="logo" descr="INTERREG NEXT Romania-Moldova" title="INTERREG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2070488">
    <w:abstractNumId w:val="8"/>
  </w:num>
  <w:num w:numId="2" w16cid:durableId="1216504215">
    <w:abstractNumId w:val="6"/>
  </w:num>
  <w:num w:numId="3" w16cid:durableId="17314740">
    <w:abstractNumId w:val="5"/>
  </w:num>
  <w:num w:numId="4" w16cid:durableId="908609951">
    <w:abstractNumId w:val="4"/>
  </w:num>
  <w:num w:numId="5" w16cid:durableId="1556967870">
    <w:abstractNumId w:val="7"/>
  </w:num>
  <w:num w:numId="6" w16cid:durableId="1304433426">
    <w:abstractNumId w:val="3"/>
  </w:num>
  <w:num w:numId="7" w16cid:durableId="1577780624">
    <w:abstractNumId w:val="2"/>
  </w:num>
  <w:num w:numId="8" w16cid:durableId="1740207199">
    <w:abstractNumId w:val="1"/>
  </w:num>
  <w:num w:numId="9" w16cid:durableId="89085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47916"/>
    <w:rsid w:val="009179A9"/>
    <w:rsid w:val="009B2503"/>
    <w:rsid w:val="00AA1D8D"/>
    <w:rsid w:val="00B47730"/>
    <w:rsid w:val="00CB0664"/>
    <w:rsid w:val="00D96BA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A8EF3D"/>
  <w14:defaultImageDpi w14:val="300"/>
  <w15:docId w15:val="{0C7A70BC-9EEC-40BD-9DBE-E2E482B2E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763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Valeriu Secaș</cp:lastModifiedBy>
  <cp:revision>2</cp:revision>
  <dcterms:created xsi:type="dcterms:W3CDTF">2013-12-23T23:15:00Z</dcterms:created>
  <dcterms:modified xsi:type="dcterms:W3CDTF">2026-07-09T18:02:00Z</dcterms:modified>
  <cp:category/>
</cp:coreProperties>
</file>