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2270F" w:rsidRPr="0004529F" w:rsidRDefault="00374C8A" w:rsidP="007F29ED">
      <w:pPr>
        <w:spacing w:after="0" w:line="240" w:lineRule="auto"/>
        <w:jc w:val="right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Anexa</w:t>
      </w:r>
      <w:proofErr w:type="spellEnd"/>
      <w:r w:rsidRPr="0004529F">
        <w:rPr>
          <w:rFonts w:cs="Times New Roman"/>
          <w:szCs w:val="24"/>
        </w:rPr>
        <w:t xml:space="preserve"> nr. 2</w:t>
      </w:r>
      <w:r w:rsidRPr="0004529F">
        <w:rPr>
          <w:rFonts w:cs="Times New Roman"/>
          <w:szCs w:val="24"/>
        </w:rPr>
        <w:br/>
        <w:t xml:space="preserve">la </w:t>
      </w:r>
      <w:proofErr w:type="spellStart"/>
      <w:r w:rsidRPr="0004529F">
        <w:rPr>
          <w:rFonts w:cs="Times New Roman"/>
          <w:szCs w:val="24"/>
        </w:rPr>
        <w:t>Documentația</w:t>
      </w:r>
      <w:proofErr w:type="spellEnd"/>
      <w:r w:rsidRPr="0004529F">
        <w:rPr>
          <w:rFonts w:cs="Times New Roman"/>
          <w:szCs w:val="24"/>
        </w:rPr>
        <w:t xml:space="preserve"> standard nr. 69</w:t>
      </w:r>
      <w:r w:rsidRPr="0004529F">
        <w:rPr>
          <w:rFonts w:cs="Times New Roman"/>
          <w:szCs w:val="24"/>
        </w:rPr>
        <w:br/>
        <w:t xml:space="preserve">din 7 </w:t>
      </w:r>
      <w:proofErr w:type="spellStart"/>
      <w:r w:rsidRPr="0004529F">
        <w:rPr>
          <w:rFonts w:cs="Times New Roman"/>
          <w:szCs w:val="24"/>
        </w:rPr>
        <w:t>mai</w:t>
      </w:r>
      <w:proofErr w:type="spellEnd"/>
      <w:r w:rsidRPr="0004529F">
        <w:rPr>
          <w:rFonts w:cs="Times New Roman"/>
          <w:szCs w:val="24"/>
        </w:rPr>
        <w:t xml:space="preserve"> 2021</w:t>
      </w:r>
    </w:p>
    <w:p w:rsidR="000B6594" w:rsidRPr="0004529F" w:rsidRDefault="000B6594" w:rsidP="00531B9B">
      <w:pPr>
        <w:spacing w:after="0" w:line="240" w:lineRule="auto"/>
        <w:ind w:left="284"/>
        <w:rPr>
          <w:rFonts w:cs="Times New Roman"/>
          <w:b/>
          <w:szCs w:val="24"/>
        </w:rPr>
      </w:pPr>
    </w:p>
    <w:p w:rsidR="0022270F" w:rsidRPr="0004529F" w:rsidRDefault="00374C8A" w:rsidP="00E17C54">
      <w:pPr>
        <w:spacing w:after="0" w:line="240" w:lineRule="auto"/>
        <w:ind w:left="284"/>
        <w:jc w:val="center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>ANUNȚ DE PARTICIPARE, INCLUSIV PENTRU PROCEDURILE DEPRESELECȚIE/PROCEDURILE NEGOCIATE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privind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achiziționarea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rechizitelor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birou</w:t>
      </w:r>
      <w:proofErr w:type="spellEnd"/>
    </w:p>
    <w:p w:rsidR="00803D8D" w:rsidRPr="0004529F" w:rsidRDefault="00374C8A" w:rsidP="00654E45">
      <w:pPr>
        <w:spacing w:after="0" w:line="240" w:lineRule="auto"/>
        <w:ind w:left="567" w:firstLine="142"/>
        <w:rPr>
          <w:rFonts w:cs="Times New Roman"/>
          <w:b/>
          <w:szCs w:val="24"/>
          <w:lang w:val="ro-RO"/>
        </w:rPr>
      </w:pPr>
      <w:proofErr w:type="spellStart"/>
      <w:r w:rsidRPr="0004529F">
        <w:rPr>
          <w:rFonts w:cs="Times New Roman"/>
          <w:szCs w:val="24"/>
        </w:rPr>
        <w:t>prin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procedura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achiziție</w:t>
      </w:r>
      <w:proofErr w:type="spellEnd"/>
      <w:r w:rsidRPr="0004529F">
        <w:rPr>
          <w:rFonts w:cs="Times New Roman"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Valoare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mică</w:t>
      </w:r>
      <w:proofErr w:type="spellEnd"/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>*</w:t>
      </w:r>
      <w:proofErr w:type="spellStart"/>
      <w:r w:rsidRPr="0004529F">
        <w:rPr>
          <w:rFonts w:cs="Times New Roman"/>
          <w:b/>
          <w:szCs w:val="24"/>
        </w:rPr>
        <w:t>Procedura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fost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inclusă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planul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achiziții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autorității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contractante</w:t>
      </w:r>
      <w:proofErr w:type="spellEnd"/>
      <w:r w:rsidRPr="0004529F">
        <w:rPr>
          <w:rFonts w:cs="Times New Roman"/>
          <w:b/>
          <w:szCs w:val="24"/>
        </w:rPr>
        <w:t xml:space="preserve"> (Da/Nu): </w:t>
      </w:r>
      <w:r w:rsidRPr="0004529F">
        <w:rPr>
          <w:rFonts w:cs="Times New Roman"/>
          <w:szCs w:val="24"/>
        </w:rPr>
        <w:t>DA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Link-ul </w:t>
      </w:r>
      <w:proofErr w:type="spellStart"/>
      <w:r w:rsidRPr="0004529F">
        <w:rPr>
          <w:rFonts w:cs="Times New Roman"/>
          <w:b/>
          <w:szCs w:val="24"/>
        </w:rPr>
        <w:t>către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planul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achiziții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publicat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https://ansp.md/achizitii/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1. </w:t>
      </w:r>
      <w:proofErr w:type="spellStart"/>
      <w:r w:rsidRPr="0004529F">
        <w:rPr>
          <w:rFonts w:cs="Times New Roman"/>
          <w:b/>
          <w:szCs w:val="24"/>
        </w:rPr>
        <w:t>Denumirea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autorității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contractante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Agenția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Națională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pentru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Sănătate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Publică</w:t>
      </w:r>
      <w:proofErr w:type="spellEnd"/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2. IDNO: </w:t>
      </w:r>
      <w:r w:rsidRPr="0004529F">
        <w:rPr>
          <w:rFonts w:cs="Times New Roman"/>
          <w:szCs w:val="24"/>
        </w:rPr>
        <w:t>1018601000021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3. </w:t>
      </w:r>
      <w:proofErr w:type="spellStart"/>
      <w:r w:rsidRPr="0004529F">
        <w:rPr>
          <w:rFonts w:cs="Times New Roman"/>
          <w:b/>
          <w:szCs w:val="24"/>
        </w:rPr>
        <w:t>Adresa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mun</w:t>
      </w:r>
      <w:proofErr w:type="spellEnd"/>
      <w:r w:rsidRPr="0004529F">
        <w:rPr>
          <w:rFonts w:cs="Times New Roman"/>
          <w:szCs w:val="24"/>
        </w:rPr>
        <w:t xml:space="preserve">. </w:t>
      </w:r>
      <w:proofErr w:type="spellStart"/>
      <w:r w:rsidRPr="0004529F">
        <w:rPr>
          <w:rFonts w:cs="Times New Roman"/>
          <w:szCs w:val="24"/>
        </w:rPr>
        <w:t>Chișinău</w:t>
      </w:r>
      <w:proofErr w:type="spellEnd"/>
      <w:r w:rsidRPr="0004529F">
        <w:rPr>
          <w:rFonts w:cs="Times New Roman"/>
          <w:szCs w:val="24"/>
        </w:rPr>
        <w:t xml:space="preserve">, str. </w:t>
      </w:r>
      <w:proofErr w:type="spellStart"/>
      <w:r w:rsidRPr="0004529F">
        <w:rPr>
          <w:rFonts w:cs="Times New Roman"/>
          <w:szCs w:val="24"/>
        </w:rPr>
        <w:t>Gh</w:t>
      </w:r>
      <w:proofErr w:type="spellEnd"/>
      <w:r w:rsidRPr="0004529F">
        <w:rPr>
          <w:rFonts w:cs="Times New Roman"/>
          <w:szCs w:val="24"/>
        </w:rPr>
        <w:t xml:space="preserve">. </w:t>
      </w:r>
      <w:proofErr w:type="spellStart"/>
      <w:r w:rsidRPr="0004529F">
        <w:rPr>
          <w:rFonts w:cs="Times New Roman"/>
          <w:szCs w:val="24"/>
        </w:rPr>
        <w:t>Asachi</w:t>
      </w:r>
      <w:proofErr w:type="spellEnd"/>
      <w:r w:rsidRPr="0004529F">
        <w:rPr>
          <w:rFonts w:cs="Times New Roman"/>
          <w:szCs w:val="24"/>
        </w:rPr>
        <w:t>, 67 A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4. </w:t>
      </w:r>
      <w:proofErr w:type="spellStart"/>
      <w:r w:rsidRPr="0004529F">
        <w:rPr>
          <w:rFonts w:cs="Times New Roman"/>
          <w:b/>
          <w:szCs w:val="24"/>
        </w:rPr>
        <w:t>Numărul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telefon</w:t>
      </w:r>
      <w:proofErr w:type="spellEnd"/>
      <w:r w:rsidRPr="0004529F">
        <w:rPr>
          <w:rFonts w:cs="Times New Roman"/>
          <w:b/>
          <w:szCs w:val="24"/>
        </w:rPr>
        <w:t xml:space="preserve">/fax: </w:t>
      </w:r>
      <w:r w:rsidRPr="0004529F">
        <w:rPr>
          <w:rFonts w:cs="Times New Roman"/>
          <w:szCs w:val="24"/>
        </w:rPr>
        <w:t>067493406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5. </w:t>
      </w:r>
      <w:proofErr w:type="spellStart"/>
      <w:r w:rsidRPr="0004529F">
        <w:rPr>
          <w:rFonts w:cs="Times New Roman"/>
          <w:b/>
          <w:szCs w:val="24"/>
        </w:rPr>
        <w:t>Adresa</w:t>
      </w:r>
      <w:proofErr w:type="spellEnd"/>
      <w:r w:rsidRPr="0004529F">
        <w:rPr>
          <w:rFonts w:cs="Times New Roman"/>
          <w:b/>
          <w:szCs w:val="24"/>
        </w:rPr>
        <w:t xml:space="preserve"> de e-mail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pagina</w:t>
      </w:r>
      <w:proofErr w:type="spellEnd"/>
      <w:r w:rsidRPr="0004529F">
        <w:rPr>
          <w:rFonts w:cs="Times New Roman"/>
          <w:b/>
          <w:szCs w:val="24"/>
        </w:rPr>
        <w:t xml:space="preserve"> web </w:t>
      </w:r>
      <w:proofErr w:type="spellStart"/>
      <w:r w:rsidRPr="0004529F">
        <w:rPr>
          <w:rFonts w:cs="Times New Roman"/>
          <w:b/>
          <w:szCs w:val="24"/>
        </w:rPr>
        <w:t>oficială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autorității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contractante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achizitii@ansp.gov.md; www.ansp.md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6. </w:t>
      </w:r>
      <w:proofErr w:type="spellStart"/>
      <w:r w:rsidRPr="0004529F">
        <w:rPr>
          <w:rFonts w:cs="Times New Roman"/>
          <w:b/>
          <w:szCs w:val="24"/>
        </w:rPr>
        <w:t>Adresa</w:t>
      </w:r>
      <w:proofErr w:type="spellEnd"/>
      <w:r w:rsidRPr="0004529F">
        <w:rPr>
          <w:rFonts w:cs="Times New Roman"/>
          <w:b/>
          <w:szCs w:val="24"/>
        </w:rPr>
        <w:t xml:space="preserve"> de e-mail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pagina</w:t>
      </w:r>
      <w:proofErr w:type="spellEnd"/>
      <w:r w:rsidRPr="0004529F">
        <w:rPr>
          <w:rFonts w:cs="Times New Roman"/>
          <w:b/>
          <w:szCs w:val="24"/>
        </w:rPr>
        <w:t xml:space="preserve"> web </w:t>
      </w:r>
      <w:proofErr w:type="spellStart"/>
      <w:r w:rsidRPr="0004529F">
        <w:rPr>
          <w:rFonts w:cs="Times New Roman"/>
          <w:b/>
          <w:szCs w:val="24"/>
        </w:rPr>
        <w:t>oficială</w:t>
      </w:r>
      <w:proofErr w:type="spellEnd"/>
      <w:r w:rsidRPr="0004529F">
        <w:rPr>
          <w:rFonts w:cs="Times New Roman"/>
          <w:b/>
          <w:szCs w:val="24"/>
        </w:rPr>
        <w:t xml:space="preserve"> de la care se </w:t>
      </w:r>
      <w:proofErr w:type="spellStart"/>
      <w:r w:rsidRPr="0004529F">
        <w:rPr>
          <w:rFonts w:cs="Times New Roman"/>
          <w:b/>
          <w:szCs w:val="24"/>
        </w:rPr>
        <w:t>va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putea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obține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accesul</w:t>
      </w:r>
      <w:proofErr w:type="spellEnd"/>
      <w:r w:rsidRPr="0004529F">
        <w:rPr>
          <w:rFonts w:cs="Times New Roman"/>
          <w:b/>
          <w:szCs w:val="24"/>
        </w:rPr>
        <w:t xml:space="preserve"> la </w:t>
      </w:r>
      <w:proofErr w:type="spellStart"/>
      <w:r w:rsidRPr="0004529F">
        <w:rPr>
          <w:rFonts w:cs="Times New Roman"/>
          <w:b/>
          <w:szCs w:val="24"/>
        </w:rPr>
        <w:t>documentația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atribuire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documentația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atribuire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este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anexată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cadrul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procedurii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SIA RSAP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7. </w:t>
      </w:r>
      <w:proofErr w:type="spellStart"/>
      <w:r w:rsidRPr="0004529F">
        <w:rPr>
          <w:rFonts w:cs="Times New Roman"/>
          <w:b/>
          <w:szCs w:val="24"/>
        </w:rPr>
        <w:t>Tipul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autorității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contractante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obiectul</w:t>
      </w:r>
      <w:proofErr w:type="spellEnd"/>
      <w:r w:rsidRPr="0004529F">
        <w:rPr>
          <w:rFonts w:cs="Times New Roman"/>
          <w:b/>
          <w:szCs w:val="24"/>
        </w:rPr>
        <w:t xml:space="preserve"> principal de </w:t>
      </w:r>
      <w:proofErr w:type="spellStart"/>
      <w:r w:rsidRPr="0004529F">
        <w:rPr>
          <w:rFonts w:cs="Times New Roman"/>
          <w:b/>
          <w:szCs w:val="24"/>
        </w:rPr>
        <w:t>activitate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Autoritate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administrativă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subordonată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Ministerului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Sănătății</w:t>
      </w:r>
      <w:proofErr w:type="spellEnd"/>
      <w:r w:rsidRPr="0004529F">
        <w:rPr>
          <w:rFonts w:cs="Times New Roman"/>
          <w:szCs w:val="24"/>
        </w:rPr>
        <w:t xml:space="preserve"> al RM.</w:t>
      </w:r>
    </w:p>
    <w:p w:rsidR="0022270F" w:rsidRPr="0004529F" w:rsidRDefault="00374C8A" w:rsidP="00654E45">
      <w:pPr>
        <w:spacing w:after="0" w:line="240" w:lineRule="auto"/>
        <w:ind w:left="567" w:firstLine="142"/>
        <w:rPr>
          <w:rFonts w:cs="Times New Roman"/>
          <w:b/>
          <w:szCs w:val="24"/>
        </w:rPr>
      </w:pPr>
      <w:r w:rsidRPr="0004529F">
        <w:rPr>
          <w:rFonts w:cs="Times New Roman"/>
          <w:szCs w:val="24"/>
        </w:rPr>
        <w:t>8. Agenția Națională pentru Sănătate Publică invită operatorii economici interesați, care îi pot satisface necesitățile, să participe la procedura de achiziție privind livrarea următoarelor bunuri:</w:t>
      </w:r>
    </w:p>
    <w:p w:rsidR="000B6594" w:rsidRPr="0004529F" w:rsidRDefault="000B6594" w:rsidP="00654E45">
      <w:pPr>
        <w:spacing w:after="0" w:line="240" w:lineRule="auto"/>
        <w:ind w:left="567" w:firstLine="142"/>
        <w:rPr>
          <w:rFonts w:cs="Times New Roman"/>
          <w:szCs w:val="24"/>
        </w:rPr>
      </w:pPr>
    </w:p>
    <w:tbl>
      <w:tblPr>
        <w:tblW w:w="1374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378"/>
        <w:gridCol w:w="1367"/>
        <w:gridCol w:w="2245"/>
        <w:gridCol w:w="1234"/>
        <w:gridCol w:w="1400"/>
        <w:gridCol w:w="2718"/>
        <w:gridCol w:w="3400"/>
      </w:tblGrid>
      <w:tr w:rsidR="00811206" w:rsidRPr="0004529F" w:rsidTr="0004529F">
        <w:trPr>
          <w:cantSplit/>
          <w:trHeight w:val="1716"/>
          <w:tblHeader/>
          <w:jc w:val="center"/>
        </w:trPr>
        <w:tc>
          <w:tcPr>
            <w:tcW w:w="1121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r w:rsidRPr="0004529F">
              <w:rPr>
                <w:rFonts w:cs="Times New Roman"/>
                <w:b/>
                <w:bCs/>
                <w:sz w:val="20"/>
                <w:szCs w:val="24"/>
              </w:rPr>
              <w:t>Nr. d/o</w:t>
            </w:r>
          </w:p>
        </w:tc>
        <w:tc>
          <w:tcPr>
            <w:tcW w:w="836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r w:rsidRPr="0004529F">
              <w:rPr>
                <w:rFonts w:cs="Times New Roman"/>
                <w:b/>
                <w:bCs/>
                <w:sz w:val="20"/>
                <w:szCs w:val="24"/>
              </w:rPr>
              <w:t>Cod CPV</w:t>
            </w:r>
          </w:p>
        </w:tc>
        <w:tc>
          <w:tcPr>
            <w:tcW w:w="2135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Denumirea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bunurilor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serviciilor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solicitate</w:t>
            </w:r>
          </w:p>
        </w:tc>
        <w:tc>
          <w:tcPr>
            <w:tcW w:w="1023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Unitatea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măsură</w:t>
            </w:r>
            <w:proofErr w:type="spellEnd"/>
          </w:p>
        </w:tc>
        <w:tc>
          <w:tcPr>
            <w:tcW w:w="1206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Cantitatea</w:t>
            </w:r>
            <w:proofErr w:type="spellEnd"/>
          </w:p>
        </w:tc>
        <w:tc>
          <w:tcPr>
            <w:tcW w:w="3141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Specificarea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tehnică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deplină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solicitată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,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Standarde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referință</w:t>
            </w:r>
            <w:proofErr w:type="spellEnd"/>
          </w:p>
        </w:tc>
        <w:tc>
          <w:tcPr>
            <w:tcW w:w="4280" w:type="dxa"/>
            <w:shd w:val="clear" w:color="auto" w:fill="FFFFFF"/>
            <w:vAlign w:val="center"/>
          </w:tcPr>
          <w:p w:rsidR="00811206" w:rsidRPr="0004529F" w:rsidRDefault="00811206" w:rsidP="00531B9B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Valoarea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estimată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(se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va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indica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pentru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fiecare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lot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în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 w:val="20"/>
                <w:szCs w:val="24"/>
              </w:rPr>
              <w:t>parte</w:t>
            </w:r>
            <w:proofErr w:type="spellEnd"/>
            <w:r w:rsidRPr="0004529F">
              <w:rPr>
                <w:rFonts w:cs="Times New Roman"/>
                <w:b/>
                <w:bCs/>
                <w:sz w:val="20"/>
                <w:szCs w:val="24"/>
              </w:rPr>
              <w:t>)</w:t>
            </w:r>
          </w:p>
        </w:tc>
      </w:tr>
      <w:tr w:rsidR="00A548B0" w:rsidRPr="008F7A4D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Pr="008F7A4D" w:rsidRDefault="00434C7A">
            <w:pPr>
              <w:spacing w:after="0" w:line="240" w:lineRule="auto"/>
              <w:rPr>
                <w:b/>
                <w:bCs/>
              </w:rPr>
            </w:pPr>
            <w:bookmarkStart w:id="0" w:name="_GoBack" w:colFirst="0" w:colLast="7"/>
            <w:proofErr w:type="spellStart"/>
            <w:r w:rsidRPr="008F7A4D">
              <w:rPr>
                <w:b/>
                <w:bCs/>
                <w:sz w:val="20"/>
              </w:rPr>
              <w:t>Lotul</w:t>
            </w:r>
            <w:proofErr w:type="spellEnd"/>
            <w:r w:rsidRPr="008F7A4D">
              <w:rPr>
                <w:b/>
                <w:bCs/>
                <w:sz w:val="20"/>
              </w:rPr>
              <w:t xml:space="preserve"> 1</w:t>
            </w:r>
          </w:p>
        </w:tc>
        <w:tc>
          <w:tcPr>
            <w:tcW w:w="836" w:type="dxa"/>
            <w:vAlign w:val="center"/>
          </w:tcPr>
          <w:p w:rsidR="00A548B0" w:rsidRPr="008F7A4D" w:rsidRDefault="0004529F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r w:rsidRPr="008F7A4D">
              <w:rPr>
                <w:rFonts w:cs="Times New Roman"/>
                <w:b/>
                <w:bCs/>
                <w:sz w:val="20"/>
                <w:szCs w:val="24"/>
              </w:rPr>
              <w:t>30197642-8</w:t>
            </w:r>
          </w:p>
        </w:tc>
        <w:tc>
          <w:tcPr>
            <w:tcW w:w="2135" w:type="dxa"/>
            <w:vAlign w:val="center"/>
          </w:tcPr>
          <w:p w:rsidR="00A548B0" w:rsidRPr="008F7A4D" w:rsidRDefault="0004529F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r w:rsidRPr="008F7A4D">
              <w:rPr>
                <w:rFonts w:cs="Times New Roman"/>
                <w:b/>
                <w:bCs/>
                <w:sz w:val="20"/>
                <w:szCs w:val="24"/>
              </w:rPr>
              <w:t>30. Hârtie A4</w:t>
            </w:r>
          </w:p>
        </w:tc>
        <w:tc>
          <w:tcPr>
            <w:tcW w:w="1023" w:type="dxa"/>
            <w:vAlign w:val="center"/>
          </w:tcPr>
          <w:p w:rsidR="00A548B0" w:rsidRPr="008F7A4D" w:rsidRDefault="0004529F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r w:rsidRPr="008F7A4D">
              <w:rPr>
                <w:rFonts w:cs="Times New Roman"/>
                <w:b/>
                <w:bCs/>
                <w:sz w:val="20"/>
                <w:szCs w:val="24"/>
              </w:rPr>
              <w:t>pachet</w:t>
            </w:r>
          </w:p>
        </w:tc>
        <w:tc>
          <w:tcPr>
            <w:tcW w:w="1206" w:type="dxa"/>
            <w:vAlign w:val="center"/>
          </w:tcPr>
          <w:p w:rsidR="00A548B0" w:rsidRPr="008F7A4D" w:rsidRDefault="0004529F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r w:rsidRPr="008F7A4D">
              <w:rPr>
                <w:rFonts w:cs="Times New Roman"/>
                <w:b/>
                <w:bCs/>
                <w:sz w:val="20"/>
                <w:szCs w:val="24"/>
              </w:rPr>
              <w:t>1500</w:t>
            </w:r>
          </w:p>
        </w:tc>
        <w:tc>
          <w:tcPr>
            <w:tcW w:w="3141" w:type="dxa"/>
            <w:vAlign w:val="center"/>
          </w:tcPr>
          <w:p w:rsidR="00A548B0" w:rsidRPr="008F7A4D" w:rsidRDefault="0004529F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r w:rsidRPr="008F7A4D">
              <w:rPr>
                <w:rFonts w:cs="Times New Roman"/>
                <w:b/>
                <w:bCs/>
                <w:sz w:val="20"/>
                <w:szCs w:val="24"/>
              </w:rPr>
              <w:t>500 coli/top, 80 g/mp</w:t>
            </w:r>
          </w:p>
        </w:tc>
        <w:tc>
          <w:tcPr>
            <w:tcW w:w="4280" w:type="dxa"/>
            <w:vAlign w:val="center"/>
          </w:tcPr>
          <w:p w:rsidR="00A548B0" w:rsidRPr="008F7A4D" w:rsidRDefault="0004529F">
            <w:pPr>
              <w:spacing w:after="0" w:line="240" w:lineRule="auto"/>
              <w:ind w:left="284"/>
              <w:rPr>
                <w:rFonts w:cs="Times New Roman"/>
                <w:b/>
                <w:bCs/>
                <w:szCs w:val="24"/>
              </w:rPr>
            </w:pPr>
            <w:r w:rsidRPr="008F7A4D">
              <w:rPr>
                <w:rFonts w:cs="Times New Roman"/>
                <w:b/>
                <w:bCs/>
                <w:sz w:val="20"/>
                <w:szCs w:val="24"/>
              </w:rPr>
              <w:t>83 750,00</w:t>
            </w:r>
          </w:p>
        </w:tc>
      </w:tr>
      <w:bookmarkEnd w:id="0"/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1. Agendă A5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Copertă cartonată, ≥80 file, hârtie 70–80 g/mp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2. Agendă nedatată A5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8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Copertă tare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3. Ascuțitoare metalică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Corp metalic, 1 orificiu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133,33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lastRenderedPageBreak/>
              <w:t>Lotul 2</w:t>
            </w:r>
            <w:r>
              <w:rPr>
                <w:sz w:val="20"/>
              </w:rPr>
              <w:br/>
              <w:t>Poz. 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4. Ascuțitoare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8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 lamă, container plastic/metal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5. Bandă adezivă 18×36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Transparentă, ≥36 m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6. Bandă scotch 48×66 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Transparentă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25,00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7. Bandă împachetare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45 mm × 300 m, transparentă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8. Bandă dublă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24 × 10 m, transparentă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9. Bandă adezivă 18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18 mm × 10 m, transparentă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10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10. Binder clip 41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Metal, prindere puternică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750,00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11. Binder clip 51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Metal, capacitate mare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12. Caiet A5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80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24 file, hârtie 60–70 g/mp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13. Capsator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≥20 coli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916,67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14. Capsator mare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≥210 coli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15. Capsator 24/6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10–15 foi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16. Capse nr. 10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1000 buc/cutie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208,33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17. Capse nr. 24/6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1000 buc/cutie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18. Capse nr. 26/8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1000 buc/cutie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19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19. Clame 25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Cutie plastic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lastRenderedPageBreak/>
              <w:t>Lotul 2</w:t>
            </w:r>
            <w:r>
              <w:rPr>
                <w:sz w:val="20"/>
              </w:rPr>
              <w:br/>
              <w:t>Poz. 20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20. Clei tip creion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≥21 g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583,33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21. Clei PVA 100 g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Adeziv universal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22. Clame 28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Metal galvanizat, 100 buc/cutie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23. Clame 50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Metal galvanizat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24. Clame 78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Metal galvanizat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25. Corector tip pix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≥12 ml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26. Creion HB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Cu radieră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333,33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27. Cub hârtie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90×90×90 mm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3 125,00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28. Cuțit 18 mm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Lamă retractabilă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29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29. Folii protecție A4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 buc/set, ≥40 microni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7 000,00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31. Hârtie notițe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 xml:space="preserve">75×75 mm, 400 </w:t>
            </w:r>
            <w:proofErr w:type="gramStart"/>
            <w:r w:rsidRPr="0004529F">
              <w:rPr>
                <w:rFonts w:cs="Times New Roman"/>
                <w:sz w:val="20"/>
                <w:szCs w:val="24"/>
              </w:rPr>
              <w:t>file</w:t>
            </w:r>
            <w:proofErr w:type="gramEnd"/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750,00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32. Mapă carton A4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Carton ≥250 g/mp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33. Mapă carton legătură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Carton dur, elastic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1 500,00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34. Mapă plastic 2 inele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PP ≥500 microni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3 666,67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35. Mapă bibliograf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170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 xml:space="preserve">50 </w:t>
            </w:r>
            <w:proofErr w:type="gramStart"/>
            <w:r w:rsidRPr="0004529F">
              <w:rPr>
                <w:rFonts w:cs="Times New Roman"/>
                <w:sz w:val="20"/>
                <w:szCs w:val="24"/>
              </w:rPr>
              <w:t>file</w:t>
            </w:r>
            <w:proofErr w:type="gramEnd"/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2 550,00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36. Mapă plic cu buton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25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Format A4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125,00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lastRenderedPageBreak/>
              <w:t>Lotul 2</w:t>
            </w:r>
            <w:r>
              <w:rPr>
                <w:sz w:val="20"/>
              </w:rPr>
              <w:br/>
              <w:t>Poz. 37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37. Mapă elastic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Plastic A4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38. Mapă colț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Plastic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39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39. Mapă semitransparentă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400 microni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62,50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40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40. Mapă protecție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Transparentă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41. Mapă boxă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40 mm, 700 microni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58,33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42. Marker permanent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53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rotund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441,67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43. Marker galben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teșit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44. Marker oranj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teșit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45. Marker verde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teșit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46. Marker CD negru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fin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275,00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47. Marker CD roșu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Vârf fin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91,67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48. Textmarker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1–5 mm, galben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37,50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49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49. Mine pix albastre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 10 buc.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333,33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50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50. Mine pix negre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 10 buc.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51. Mine pix roșii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 10 buc.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52. Pix albastru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0,7 mm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2 500,00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lastRenderedPageBreak/>
              <w:t>Lotul 2</w:t>
            </w:r>
            <w:r>
              <w:rPr>
                <w:sz w:val="20"/>
              </w:rPr>
              <w:br/>
              <w:t>Poz. 53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53. Pix transparent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Albastru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54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54. Pix gel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Albastru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55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55. Pix standard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Albastru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56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56. Radieră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Cauciuc sintetic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57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57. Registru 48 file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100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Copertă cartonată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1 250,00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58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58. Registru 96 file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52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Copertă cartonată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1 516,67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59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59. Riglă 30 cm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Lemn, gradare mm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333,33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60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60. Set suport documente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set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15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 compartimente metalice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2 250,00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61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61. Sfoară arhivare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bobină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≥100 m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416,67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814722" w:rsidRDefault="00434C7A">
            <w:pPr>
              <w:spacing w:after="0" w:line="240" w:lineRule="auto"/>
            </w:pPr>
            <w:r>
              <w:rPr>
                <w:sz w:val="20"/>
              </w:rPr>
              <w:t>Lotul 2</w:t>
            </w:r>
            <w:r>
              <w:rPr>
                <w:sz w:val="20"/>
              </w:rPr>
              <w:br/>
              <w:t>Poz. 62</w:t>
            </w:r>
          </w:p>
        </w:tc>
        <w:tc>
          <w:tcPr>
            <w:tcW w:w="83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30192000-1</w:t>
            </w: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62. Suport notițe</w:t>
            </w:r>
          </w:p>
        </w:tc>
        <w:tc>
          <w:tcPr>
            <w:tcW w:w="102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buc</w:t>
            </w:r>
          </w:p>
        </w:tc>
        <w:tc>
          <w:tcPr>
            <w:tcW w:w="1206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20</w:t>
            </w:r>
          </w:p>
        </w:tc>
        <w:tc>
          <w:tcPr>
            <w:tcW w:w="314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Plastic dur</w:t>
            </w: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 w:val="20"/>
                <w:szCs w:val="24"/>
              </w:rPr>
              <w:t>583,33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C730A2" w:rsidRDefault="00467657">
            <w:pPr>
              <w:jc w:val="center"/>
            </w:pPr>
            <w:r>
              <w:rPr>
                <w:b/>
                <w:sz w:val="20"/>
              </w:rPr>
              <w:t>Valoarea estimativă totală Lotul 2</w:t>
            </w:r>
          </w:p>
        </w:tc>
        <w:tc>
          <w:tcPr>
            <w:tcW w:w="836" w:type="dxa"/>
            <w:vAlign w:val="center"/>
          </w:tcPr>
          <w:p w:rsidR="00C730A2" w:rsidRDefault="00467657">
            <w:pPr>
              <w:jc w:val="center"/>
            </w:pPr>
            <w:r>
              <w:rPr>
                <w:b/>
                <w:sz w:val="20"/>
              </w:rPr>
              <w:t>30192000-1</w:t>
            </w:r>
          </w:p>
        </w:tc>
        <w:tc>
          <w:tcPr>
            <w:tcW w:w="2135" w:type="dxa"/>
            <w:vAlign w:val="center"/>
          </w:tcPr>
          <w:p w:rsidR="00C730A2" w:rsidRDefault="00467657">
            <w:pPr>
              <w:jc w:val="center"/>
            </w:pPr>
            <w:r>
              <w:rPr>
                <w:b/>
                <w:sz w:val="20"/>
              </w:rPr>
              <w:t>Lotul 2 - Rechizite de birou</w:t>
            </w:r>
          </w:p>
        </w:tc>
        <w:tc>
          <w:tcPr>
            <w:tcW w:w="1023" w:type="dxa"/>
            <w:vAlign w:val="center"/>
          </w:tcPr>
          <w:p w:rsidR="00C730A2" w:rsidRDefault="00C730A2">
            <w:pPr>
              <w:jc w:val="center"/>
            </w:pPr>
          </w:p>
        </w:tc>
        <w:tc>
          <w:tcPr>
            <w:tcW w:w="1206" w:type="dxa"/>
            <w:vAlign w:val="center"/>
          </w:tcPr>
          <w:p w:rsidR="00C730A2" w:rsidRDefault="00C730A2">
            <w:pPr>
              <w:jc w:val="center"/>
            </w:pPr>
          </w:p>
        </w:tc>
        <w:tc>
          <w:tcPr>
            <w:tcW w:w="3141" w:type="dxa"/>
            <w:vAlign w:val="center"/>
          </w:tcPr>
          <w:p w:rsidR="00C730A2" w:rsidRDefault="00C730A2">
            <w:pPr>
              <w:jc w:val="center"/>
            </w:pPr>
          </w:p>
        </w:tc>
        <w:tc>
          <w:tcPr>
            <w:tcW w:w="4280" w:type="dxa"/>
            <w:vAlign w:val="center"/>
          </w:tcPr>
          <w:p w:rsidR="00C730A2" w:rsidRDefault="00467657">
            <w:pPr>
              <w:jc w:val="center"/>
            </w:pPr>
            <w:r>
              <w:rPr>
                <w:b/>
                <w:sz w:val="20"/>
              </w:rPr>
              <w:t>41 250,00 lei fără TVA</w:t>
            </w:r>
          </w:p>
        </w:tc>
      </w:tr>
      <w:tr w:rsidR="00A548B0" w:rsidRPr="0004529F" w:rsidTr="0004529F">
        <w:trPr>
          <w:cantSplit/>
          <w:jc w:val="center"/>
        </w:trPr>
        <w:tc>
          <w:tcPr>
            <w:tcW w:w="1121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b/>
                <w:sz w:val="20"/>
                <w:szCs w:val="24"/>
              </w:rPr>
              <w:t>Valoarea estimativă totală</w:t>
            </w:r>
          </w:p>
        </w:tc>
        <w:tc>
          <w:tcPr>
            <w:tcW w:w="836" w:type="dxa"/>
            <w:vAlign w:val="center"/>
          </w:tcPr>
          <w:p w:rsidR="00A548B0" w:rsidRPr="0004529F" w:rsidRDefault="00A548B0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2135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b/>
                <w:sz w:val="20"/>
                <w:szCs w:val="24"/>
              </w:rPr>
              <w:t>Rechizite de birou divizate în 2 loturi</w:t>
            </w:r>
          </w:p>
        </w:tc>
        <w:tc>
          <w:tcPr>
            <w:tcW w:w="1023" w:type="dxa"/>
            <w:vAlign w:val="center"/>
          </w:tcPr>
          <w:p w:rsidR="00A548B0" w:rsidRPr="0004529F" w:rsidRDefault="00A548B0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A548B0" w:rsidRPr="0004529F" w:rsidRDefault="00A548B0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141" w:type="dxa"/>
            <w:vAlign w:val="center"/>
          </w:tcPr>
          <w:p w:rsidR="00A548B0" w:rsidRPr="0004529F" w:rsidRDefault="00A548B0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428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b/>
                <w:sz w:val="20"/>
                <w:szCs w:val="24"/>
              </w:rPr>
              <w:t>125 000,00 lei fără TVA</w:t>
            </w:r>
          </w:p>
        </w:tc>
      </w:tr>
    </w:tbl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9.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cazul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procedurilor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preselecție</w:t>
      </w:r>
      <w:proofErr w:type="spellEnd"/>
      <w:r w:rsidRPr="0004529F">
        <w:rPr>
          <w:rFonts w:cs="Times New Roman"/>
          <w:b/>
          <w:szCs w:val="24"/>
        </w:rPr>
        <w:t xml:space="preserve"> se </w:t>
      </w:r>
      <w:proofErr w:type="spellStart"/>
      <w:r w:rsidRPr="0004529F">
        <w:rPr>
          <w:rFonts w:cs="Times New Roman"/>
          <w:b/>
          <w:szCs w:val="24"/>
        </w:rPr>
        <w:t>indică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numărul</w:t>
      </w:r>
      <w:proofErr w:type="spellEnd"/>
      <w:r w:rsidRPr="0004529F">
        <w:rPr>
          <w:rFonts w:cs="Times New Roman"/>
          <w:b/>
          <w:szCs w:val="24"/>
        </w:rPr>
        <w:t xml:space="preserve"> minim al </w:t>
      </w:r>
      <w:proofErr w:type="spellStart"/>
      <w:r w:rsidRPr="0004529F">
        <w:rPr>
          <w:rFonts w:cs="Times New Roman"/>
          <w:b/>
          <w:szCs w:val="24"/>
        </w:rPr>
        <w:t>candidaților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, </w:t>
      </w:r>
      <w:proofErr w:type="spellStart"/>
      <w:r w:rsidRPr="0004529F">
        <w:rPr>
          <w:rFonts w:cs="Times New Roman"/>
          <w:b/>
          <w:szCs w:val="24"/>
        </w:rPr>
        <w:t>dacă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este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cazul</w:t>
      </w:r>
      <w:proofErr w:type="spellEnd"/>
      <w:r w:rsidRPr="0004529F">
        <w:rPr>
          <w:rFonts w:cs="Times New Roman"/>
          <w:b/>
          <w:szCs w:val="24"/>
        </w:rPr>
        <w:t xml:space="preserve">, </w:t>
      </w:r>
      <w:proofErr w:type="spellStart"/>
      <w:r w:rsidRPr="0004529F">
        <w:rPr>
          <w:rFonts w:cs="Times New Roman"/>
          <w:b/>
          <w:szCs w:val="24"/>
        </w:rPr>
        <w:t>numărul</w:t>
      </w:r>
      <w:proofErr w:type="spellEnd"/>
      <w:r w:rsidRPr="0004529F">
        <w:rPr>
          <w:rFonts w:cs="Times New Roman"/>
          <w:b/>
          <w:szCs w:val="24"/>
        </w:rPr>
        <w:t xml:space="preserve"> maxim al </w:t>
      </w:r>
      <w:proofErr w:type="spellStart"/>
      <w:r w:rsidRPr="0004529F">
        <w:rPr>
          <w:rFonts w:cs="Times New Roman"/>
          <w:b/>
          <w:szCs w:val="24"/>
        </w:rPr>
        <w:t>acestora</w:t>
      </w:r>
      <w:proofErr w:type="spellEnd"/>
      <w:r w:rsidRPr="0004529F">
        <w:rPr>
          <w:rFonts w:cs="Times New Roman"/>
          <w:b/>
          <w:szCs w:val="24"/>
        </w:rPr>
        <w:t xml:space="preserve">.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>10. În cazul în care contractul este împărțit pe loturi, un operator economic poate depune oferta: pentru unul sau mai multe loturi.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11. </w:t>
      </w:r>
      <w:proofErr w:type="spellStart"/>
      <w:r w:rsidRPr="0004529F">
        <w:rPr>
          <w:rFonts w:cs="Times New Roman"/>
          <w:b/>
          <w:szCs w:val="24"/>
        </w:rPr>
        <w:t>Admiterea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interzicerea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 alternative: </w:t>
      </w:r>
      <w:r w:rsidRPr="0004529F">
        <w:rPr>
          <w:rFonts w:cs="Times New Roman"/>
          <w:szCs w:val="24"/>
        </w:rPr>
        <w:t>nu se admit.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lastRenderedPageBreak/>
        <w:t>12. Termenii și condițiile de livrare/prestare/executare solicitați: maximum 15 zile calendaristice de la înregistrarea contractului la Trezoreria de Stat, la sediul autorității contractante.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13. </w:t>
      </w:r>
      <w:proofErr w:type="spellStart"/>
      <w:r w:rsidRPr="0004529F">
        <w:rPr>
          <w:rFonts w:cs="Times New Roman"/>
          <w:b/>
          <w:szCs w:val="24"/>
        </w:rPr>
        <w:t>Termenul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valabilitate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contractului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31.12.2026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14. Contract de </w:t>
      </w:r>
      <w:proofErr w:type="spellStart"/>
      <w:r w:rsidRPr="0004529F">
        <w:rPr>
          <w:rFonts w:cs="Times New Roman"/>
          <w:b/>
          <w:szCs w:val="24"/>
        </w:rPr>
        <w:t>achiziție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rezervat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atelierelor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protejate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acesta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poate</w:t>
      </w:r>
      <w:proofErr w:type="spellEnd"/>
      <w:r w:rsidRPr="0004529F">
        <w:rPr>
          <w:rFonts w:cs="Times New Roman"/>
          <w:b/>
          <w:szCs w:val="24"/>
        </w:rPr>
        <w:t xml:space="preserve"> fi </w:t>
      </w:r>
      <w:proofErr w:type="spellStart"/>
      <w:r w:rsidRPr="0004529F">
        <w:rPr>
          <w:rFonts w:cs="Times New Roman"/>
          <w:b/>
          <w:szCs w:val="24"/>
        </w:rPr>
        <w:t>executat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numai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cadrul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unor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programe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angajare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protejată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Nu.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15. </w:t>
      </w:r>
      <w:proofErr w:type="spellStart"/>
      <w:r w:rsidRPr="0004529F">
        <w:rPr>
          <w:rFonts w:cs="Times New Roman"/>
          <w:b/>
          <w:szCs w:val="24"/>
        </w:rPr>
        <w:t>Prestarea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serviciului</w:t>
      </w:r>
      <w:proofErr w:type="spellEnd"/>
      <w:r w:rsidRPr="0004529F">
        <w:rPr>
          <w:rFonts w:cs="Times New Roman"/>
          <w:b/>
          <w:szCs w:val="24"/>
        </w:rPr>
        <w:t>/</w:t>
      </w:r>
      <w:proofErr w:type="spellStart"/>
      <w:r w:rsidRPr="0004529F">
        <w:rPr>
          <w:rFonts w:cs="Times New Roman"/>
          <w:b/>
          <w:szCs w:val="24"/>
        </w:rPr>
        <w:t>livrarea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bunurilor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este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rezervată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unei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anumite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profesii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temeiul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unor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legi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acte</w:t>
      </w:r>
      <w:proofErr w:type="spellEnd"/>
      <w:r w:rsidRPr="0004529F">
        <w:rPr>
          <w:rFonts w:cs="Times New Roman"/>
          <w:b/>
          <w:szCs w:val="24"/>
        </w:rPr>
        <w:t xml:space="preserve"> administrative: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16. </w:t>
      </w:r>
      <w:proofErr w:type="spellStart"/>
      <w:r w:rsidRPr="0004529F">
        <w:rPr>
          <w:rFonts w:cs="Times New Roman"/>
          <w:b/>
          <w:szCs w:val="24"/>
        </w:rPr>
        <w:t>Scurta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descriere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criteriilor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privind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eligibilitatea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operatorilor</w:t>
      </w:r>
      <w:proofErr w:type="spellEnd"/>
      <w:r w:rsidRPr="0004529F">
        <w:rPr>
          <w:rFonts w:cs="Times New Roman"/>
          <w:b/>
          <w:szCs w:val="24"/>
        </w:rPr>
        <w:t xml:space="preserve"> economici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criteriilor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selecție</w:t>
      </w:r>
      <w:proofErr w:type="spellEnd"/>
      <w:r w:rsidRPr="0004529F">
        <w:rPr>
          <w:rFonts w:cs="Times New Roman"/>
          <w:b/>
          <w:szCs w:val="24"/>
        </w:rPr>
        <w:t xml:space="preserve">; </w:t>
      </w:r>
      <w:proofErr w:type="spellStart"/>
      <w:r w:rsidRPr="0004529F">
        <w:rPr>
          <w:rFonts w:cs="Times New Roman"/>
          <w:b/>
          <w:szCs w:val="24"/>
        </w:rPr>
        <w:t>informațiile</w:t>
      </w:r>
      <w:proofErr w:type="spellEnd"/>
      <w:r w:rsidRPr="0004529F">
        <w:rPr>
          <w:rFonts w:cs="Times New Roman"/>
          <w:b/>
          <w:szCs w:val="24"/>
        </w:rPr>
        <w:t xml:space="preserve"> solicitate (DUAE, </w:t>
      </w:r>
      <w:proofErr w:type="spellStart"/>
      <w:r w:rsidRPr="0004529F">
        <w:rPr>
          <w:rFonts w:cs="Times New Roman"/>
          <w:b/>
          <w:szCs w:val="24"/>
        </w:rPr>
        <w:t>documentație</w:t>
      </w:r>
      <w:proofErr w:type="spellEnd"/>
      <w:r w:rsidRPr="0004529F">
        <w:rPr>
          <w:rFonts w:cs="Times New Roman"/>
          <w:b/>
          <w:szCs w:val="24"/>
        </w:rPr>
        <w:t xml:space="preserve">): </w:t>
      </w:r>
    </w:p>
    <w:tbl>
      <w:tblPr>
        <w:tblW w:w="1430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3693"/>
        <w:gridCol w:w="5103"/>
        <w:gridCol w:w="4670"/>
      </w:tblGrid>
      <w:tr w:rsidR="0022270F" w:rsidRPr="0004529F" w:rsidTr="0004529F">
        <w:trPr>
          <w:cantSplit/>
          <w:tblHeader/>
          <w:jc w:val="center"/>
        </w:trPr>
        <w:tc>
          <w:tcPr>
            <w:tcW w:w="843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Nr. d/o</w:t>
            </w:r>
          </w:p>
        </w:tc>
        <w:tc>
          <w:tcPr>
            <w:tcW w:w="3693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Descrierea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criteriului</w:t>
            </w:r>
            <w:proofErr w:type="spellEnd"/>
            <w:r w:rsidRPr="0004529F">
              <w:rPr>
                <w:rFonts w:cs="Times New Roman"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</w:rPr>
              <w:t>cerinței</w:t>
            </w:r>
            <w:proofErr w:type="spellEnd"/>
          </w:p>
        </w:tc>
        <w:tc>
          <w:tcPr>
            <w:tcW w:w="5103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Mod de </w:t>
            </w:r>
            <w:proofErr w:type="spellStart"/>
            <w:r w:rsidRPr="0004529F">
              <w:rPr>
                <w:rFonts w:cs="Times New Roman"/>
                <w:szCs w:val="24"/>
              </w:rPr>
              <w:t>demonstrare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îndeplinirii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criteriului</w:t>
            </w:r>
            <w:proofErr w:type="spellEnd"/>
            <w:r w:rsidRPr="0004529F">
              <w:rPr>
                <w:rFonts w:cs="Times New Roman"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</w:rPr>
              <w:t>cerinței</w:t>
            </w:r>
            <w:proofErr w:type="spellEnd"/>
          </w:p>
        </w:tc>
        <w:tc>
          <w:tcPr>
            <w:tcW w:w="4670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Nivelul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minim/</w:t>
            </w:r>
            <w:proofErr w:type="spellStart"/>
            <w:r w:rsidRPr="0004529F">
              <w:rPr>
                <w:rFonts w:cs="Times New Roman"/>
                <w:szCs w:val="24"/>
              </w:rPr>
              <w:t>Obligativitatea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Propunerea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tehnică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(</w:t>
            </w:r>
            <w:proofErr w:type="spellStart"/>
            <w:r w:rsidRPr="0004529F">
              <w:rPr>
                <w:rFonts w:cs="Times New Roman"/>
                <w:szCs w:val="24"/>
              </w:rPr>
              <w:t>anexa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2)</w:t>
            </w:r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Original.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Propunerea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financiară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(</w:t>
            </w:r>
            <w:proofErr w:type="spellStart"/>
            <w:r w:rsidRPr="0004529F">
              <w:rPr>
                <w:rFonts w:cs="Times New Roman"/>
                <w:szCs w:val="24"/>
              </w:rPr>
              <w:t>anexa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3)</w:t>
            </w:r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Original.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 </w:t>
            </w:r>
            <w:proofErr w:type="spellStart"/>
            <w:r w:rsidRPr="0004529F">
              <w:rPr>
                <w:rFonts w:cs="Times New Roman"/>
                <w:szCs w:val="24"/>
              </w:rPr>
              <w:t>Ofertantul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elaborează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propunerea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financiară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</w:rPr>
              <w:t>astfel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încât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aceasta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să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furnizeze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toate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informațiile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solicitate cu </w:t>
            </w:r>
            <w:proofErr w:type="spellStart"/>
            <w:r w:rsidRPr="0004529F">
              <w:rPr>
                <w:rFonts w:cs="Times New Roman"/>
                <w:szCs w:val="24"/>
              </w:rPr>
              <w:t>privire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la </w:t>
            </w:r>
            <w:proofErr w:type="spellStart"/>
            <w:r w:rsidRPr="0004529F">
              <w:rPr>
                <w:rFonts w:cs="Times New Roman"/>
                <w:szCs w:val="24"/>
              </w:rPr>
              <w:t>prețuri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</w:rPr>
              <w:t>tarife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precum </w:t>
            </w:r>
            <w:proofErr w:type="spellStart"/>
            <w:r w:rsidRPr="0004529F">
              <w:rPr>
                <w:rFonts w:cs="Times New Roman"/>
                <w:szCs w:val="24"/>
              </w:rPr>
              <w:t>și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la </w:t>
            </w:r>
            <w:proofErr w:type="spellStart"/>
            <w:r w:rsidRPr="0004529F">
              <w:rPr>
                <w:rFonts w:cs="Times New Roman"/>
                <w:szCs w:val="24"/>
              </w:rPr>
              <w:t>alte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condiții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financiare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și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comerciale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legate de </w:t>
            </w:r>
            <w:proofErr w:type="spellStart"/>
            <w:r w:rsidRPr="0004529F">
              <w:rPr>
                <w:rFonts w:cs="Times New Roman"/>
                <w:szCs w:val="24"/>
              </w:rPr>
              <w:t>obiectul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contractului</w:t>
            </w:r>
            <w:proofErr w:type="spellEnd"/>
            <w:r w:rsidRPr="0004529F">
              <w:rPr>
                <w:rFonts w:cs="Times New Roman"/>
                <w:szCs w:val="24"/>
              </w:rPr>
              <w:t>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Cerere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participare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(</w:t>
            </w:r>
            <w:proofErr w:type="spellStart"/>
            <w:r w:rsidRPr="0004529F">
              <w:rPr>
                <w:rFonts w:cs="Times New Roman"/>
                <w:szCs w:val="24"/>
              </w:rPr>
              <w:t>anexa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nr. </w:t>
            </w:r>
            <w:r w:rsidR="00A02F09" w:rsidRPr="0004529F">
              <w:rPr>
                <w:rFonts w:cs="Times New Roman"/>
                <w:szCs w:val="24"/>
              </w:rPr>
              <w:t>1</w:t>
            </w:r>
            <w:r w:rsidRPr="0004529F">
              <w:rPr>
                <w:rFonts w:cs="Times New Roman"/>
                <w:szCs w:val="24"/>
              </w:rPr>
              <w:t>)</w:t>
            </w:r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Original.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>*</w:t>
            </w:r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Declarație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privind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valabilitatea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ofertei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(</w:t>
            </w:r>
            <w:proofErr w:type="spellStart"/>
            <w:r w:rsidRPr="0004529F">
              <w:rPr>
                <w:rFonts w:cs="Times New Roman"/>
                <w:szCs w:val="24"/>
              </w:rPr>
              <w:t>anexa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nr. </w:t>
            </w:r>
            <w:r w:rsidR="00A02F09" w:rsidRPr="0004529F">
              <w:rPr>
                <w:rFonts w:cs="Times New Roman"/>
                <w:szCs w:val="24"/>
              </w:rPr>
              <w:t>5</w:t>
            </w:r>
            <w:r w:rsidRPr="0004529F">
              <w:rPr>
                <w:rFonts w:cs="Times New Roman"/>
                <w:szCs w:val="24"/>
              </w:rPr>
              <w:t>)</w:t>
            </w:r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Original.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>*</w:t>
            </w:r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Certificat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atribuire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contului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bancar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</w:rPr>
              <w:t>eliberat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banca </w:t>
            </w:r>
            <w:proofErr w:type="spellStart"/>
            <w:r w:rsidRPr="0004529F">
              <w:rPr>
                <w:rFonts w:cs="Times New Roman"/>
                <w:szCs w:val="24"/>
              </w:rPr>
              <w:t>deținătoare</w:t>
            </w:r>
            <w:proofErr w:type="spellEnd"/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Varianta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scanată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pe original </w:t>
            </w:r>
            <w:proofErr w:type="spellStart"/>
            <w:r w:rsidRPr="0004529F">
              <w:rPr>
                <w:rFonts w:cs="Times New Roman"/>
                <w:szCs w:val="24"/>
              </w:rPr>
              <w:t>confirmată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prin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semnătura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electronică</w:t>
            </w:r>
            <w:proofErr w:type="spellEnd"/>
            <w:r w:rsidRPr="0004529F">
              <w:rPr>
                <w:rFonts w:cs="Times New Roman"/>
                <w:szCs w:val="24"/>
              </w:rPr>
              <w:t>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>*</w:t>
            </w:r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Certificat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înregistrare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întreprinderii</w:t>
            </w:r>
            <w:proofErr w:type="spellEnd"/>
            <w:r w:rsidRPr="0004529F">
              <w:rPr>
                <w:rFonts w:cs="Times New Roman"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</w:rPr>
              <w:t>decizie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înregistrare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/Extras din </w:t>
            </w:r>
            <w:proofErr w:type="spellStart"/>
            <w:r w:rsidRPr="0004529F">
              <w:rPr>
                <w:rFonts w:cs="Times New Roman"/>
                <w:szCs w:val="24"/>
              </w:rPr>
              <w:t>Registrul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Stat al </w:t>
            </w:r>
            <w:proofErr w:type="spellStart"/>
            <w:r w:rsidRPr="0004529F">
              <w:rPr>
                <w:rFonts w:cs="Times New Roman"/>
                <w:szCs w:val="24"/>
              </w:rPr>
              <w:t>persoanelor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juridice</w:t>
            </w:r>
            <w:proofErr w:type="spellEnd"/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Copia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>*</w:t>
            </w:r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Certificat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calitate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produsului</w:t>
            </w:r>
            <w:proofErr w:type="spellEnd"/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Se </w:t>
            </w:r>
            <w:proofErr w:type="spellStart"/>
            <w:r w:rsidRPr="0004529F">
              <w:rPr>
                <w:rFonts w:cs="Times New Roman"/>
                <w:szCs w:val="24"/>
              </w:rPr>
              <w:t>va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prezenta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la </w:t>
            </w:r>
            <w:proofErr w:type="spellStart"/>
            <w:r w:rsidRPr="0004529F">
              <w:rPr>
                <w:rFonts w:cs="Times New Roman"/>
                <w:szCs w:val="24"/>
              </w:rPr>
              <w:t>momentul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livrării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bunurilor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operatorul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economic </w:t>
            </w:r>
            <w:proofErr w:type="spellStart"/>
            <w:r w:rsidRPr="0004529F">
              <w:rPr>
                <w:rFonts w:cs="Times New Roman"/>
                <w:szCs w:val="24"/>
              </w:rPr>
              <w:t>desemnat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câștigător</w:t>
            </w:r>
            <w:proofErr w:type="spellEnd"/>
            <w:r w:rsidRPr="0004529F">
              <w:rPr>
                <w:rFonts w:cs="Times New Roman"/>
                <w:szCs w:val="24"/>
              </w:rPr>
              <w:t>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*, </w:t>
            </w:r>
            <w:proofErr w:type="spellStart"/>
            <w:r w:rsidRPr="0004529F">
              <w:rPr>
                <w:rFonts w:cs="Times New Roman"/>
                <w:szCs w:val="24"/>
              </w:rPr>
              <w:t>după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caz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Certificat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conformitate</w:t>
            </w:r>
            <w:proofErr w:type="spellEnd"/>
            <w:r w:rsidRPr="0004529F">
              <w:rPr>
                <w:rFonts w:cs="Times New Roman"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</w:rPr>
              <w:t>Raport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încercări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sau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documentul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atestă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conformitatea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bunurilor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ofertate</w:t>
            </w:r>
            <w:proofErr w:type="spellEnd"/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Copie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*, </w:t>
            </w:r>
            <w:proofErr w:type="spellStart"/>
            <w:r w:rsidRPr="0004529F">
              <w:rPr>
                <w:rFonts w:cs="Times New Roman"/>
                <w:szCs w:val="24"/>
              </w:rPr>
              <w:t>după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caz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22270F" w:rsidRPr="0004529F" w:rsidRDefault="0022270F" w:rsidP="00A97ADF">
            <w:pPr>
              <w:pStyle w:val="Listparagraf"/>
              <w:numPr>
                <w:ilvl w:val="0"/>
                <w:numId w:val="12"/>
              </w:numPr>
              <w:ind w:left="284"/>
              <w:rPr>
                <w:rFonts w:cs="Times New Roman"/>
                <w:szCs w:val="24"/>
              </w:rPr>
            </w:pPr>
          </w:p>
        </w:tc>
        <w:tc>
          <w:tcPr>
            <w:tcW w:w="369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Declarație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garanție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bunurilor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min. 12 </w:t>
            </w:r>
            <w:proofErr w:type="spellStart"/>
            <w:r w:rsidRPr="0004529F">
              <w:rPr>
                <w:rFonts w:cs="Times New Roman"/>
                <w:szCs w:val="24"/>
              </w:rPr>
              <w:t>luni</w:t>
            </w:r>
            <w:proofErr w:type="spellEnd"/>
          </w:p>
        </w:tc>
        <w:tc>
          <w:tcPr>
            <w:tcW w:w="510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Original. </w:t>
            </w:r>
            <w:proofErr w:type="spellStart"/>
            <w:r w:rsidRPr="0004529F">
              <w:rPr>
                <w:rFonts w:cs="Times New Roman"/>
                <w:szCs w:val="24"/>
              </w:rPr>
              <w:t>Semnat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electronic de </w:t>
            </w:r>
            <w:proofErr w:type="spellStart"/>
            <w:r w:rsidRPr="0004529F">
              <w:rPr>
                <w:rFonts w:cs="Times New Roman"/>
                <w:szCs w:val="24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participant.</w:t>
            </w:r>
          </w:p>
        </w:tc>
        <w:tc>
          <w:tcPr>
            <w:tcW w:w="4670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Obligatoriu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*, </w:t>
            </w:r>
            <w:proofErr w:type="spellStart"/>
            <w:r w:rsidRPr="0004529F">
              <w:rPr>
                <w:rFonts w:cs="Times New Roman"/>
                <w:szCs w:val="24"/>
              </w:rPr>
              <w:t>după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caz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</w:rPr>
              <w:t>în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funcție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specificul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bunurilor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achiziționate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13.</w:t>
            </w:r>
          </w:p>
        </w:tc>
        <w:tc>
          <w:tcPr>
            <w:tcW w:w="369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Mostre</w:t>
            </w:r>
          </w:p>
        </w:tc>
        <w:tc>
          <w:tcPr>
            <w:tcW w:w="510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Operatorul economic desemnat câștigător va prezenta, la solicitarea autorității contractante, mostre ale produselor ofertate, în termen de 5 zile lucrătoare. Mostrele prezentate trebuie să fie identice cu produsele ofertate. Neprezentarea mostrelor poate constitui temei pentru declararea neconformității ofertei/produselor ofertate.</w:t>
            </w:r>
          </w:p>
        </w:tc>
        <w:tc>
          <w:tcPr>
            <w:tcW w:w="467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Obligatoriu, la solicitarea autorității contractante</w:t>
            </w:r>
          </w:p>
        </w:tc>
      </w:tr>
      <w:tr w:rsidR="00DA768A" w:rsidRPr="0004529F" w:rsidTr="0004529F">
        <w:trPr>
          <w:cantSplit/>
          <w:jc w:val="center"/>
        </w:trPr>
        <w:tc>
          <w:tcPr>
            <w:tcW w:w="84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14.</w:t>
            </w:r>
          </w:p>
        </w:tc>
        <w:tc>
          <w:tcPr>
            <w:tcW w:w="369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Solicitarea clarificărilor</w:t>
            </w:r>
          </w:p>
        </w:tc>
        <w:tc>
          <w:tcPr>
            <w:tcW w:w="5103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Clarificările pot fi solicitate în termen de 3 zile până la termenul-limită de depunere </w:t>
            </w:r>
            <w:proofErr w:type="gramStart"/>
            <w:r w:rsidRPr="0004529F">
              <w:rPr>
                <w:rFonts w:cs="Times New Roman"/>
                <w:szCs w:val="24"/>
              </w:rPr>
              <w:t>a</w:t>
            </w:r>
            <w:proofErr w:type="gramEnd"/>
            <w:r w:rsidRPr="0004529F">
              <w:rPr>
                <w:rFonts w:cs="Times New Roman"/>
                <w:szCs w:val="24"/>
              </w:rPr>
              <w:t xml:space="preserve"> ofertelor, prin intermediul SIA RSAP.</w:t>
            </w:r>
          </w:p>
        </w:tc>
        <w:tc>
          <w:tcPr>
            <w:tcW w:w="4670" w:type="dxa"/>
            <w:vAlign w:val="center"/>
          </w:tcPr>
          <w:p w:rsidR="00A548B0" w:rsidRPr="0004529F" w:rsidRDefault="0004529F">
            <w:pPr>
              <w:spacing w:after="0" w:line="240" w:lineRule="auto"/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>Obligatoriu</w:t>
            </w:r>
          </w:p>
        </w:tc>
      </w:tr>
    </w:tbl>
    <w:p w:rsidR="00FB6F76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17. </w:t>
      </w:r>
      <w:proofErr w:type="spellStart"/>
      <w:r w:rsidRPr="0004529F">
        <w:rPr>
          <w:rFonts w:cs="Times New Roman"/>
          <w:b/>
          <w:szCs w:val="24"/>
        </w:rPr>
        <w:t>Garanția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pentru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ofertă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="00FB6F76" w:rsidRPr="0004529F">
        <w:rPr>
          <w:rFonts w:cs="Times New Roman"/>
          <w:szCs w:val="24"/>
        </w:rPr>
        <w:t xml:space="preserve">nu se </w:t>
      </w:r>
      <w:proofErr w:type="spellStart"/>
      <w:r w:rsidR="00FB6F76" w:rsidRPr="0004529F">
        <w:rPr>
          <w:rFonts w:cs="Times New Roman"/>
          <w:szCs w:val="24"/>
        </w:rPr>
        <w:t>aplică</w:t>
      </w:r>
      <w:proofErr w:type="spellEnd"/>
      <w:r w:rsidR="00FB6F76"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lastRenderedPageBreak/>
        <w:t xml:space="preserve">18. </w:t>
      </w:r>
      <w:proofErr w:type="spellStart"/>
      <w:r w:rsidRPr="0004529F">
        <w:rPr>
          <w:rFonts w:cs="Times New Roman"/>
          <w:b/>
          <w:szCs w:val="24"/>
        </w:rPr>
        <w:t>Termenul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garanție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bunurilor</w:t>
      </w:r>
      <w:proofErr w:type="spellEnd"/>
      <w:r w:rsidRPr="0004529F">
        <w:rPr>
          <w:rFonts w:cs="Times New Roman"/>
          <w:b/>
          <w:szCs w:val="24"/>
        </w:rPr>
        <w:t>/</w:t>
      </w:r>
      <w:proofErr w:type="spellStart"/>
      <w:r w:rsidRPr="0004529F">
        <w:rPr>
          <w:rFonts w:cs="Times New Roman"/>
          <w:b/>
          <w:szCs w:val="24"/>
        </w:rPr>
        <w:t>serviciilor</w:t>
      </w:r>
      <w:proofErr w:type="spellEnd"/>
      <w:r w:rsidRPr="0004529F">
        <w:rPr>
          <w:rFonts w:cs="Times New Roman"/>
          <w:b/>
          <w:szCs w:val="24"/>
        </w:rPr>
        <w:t>/</w:t>
      </w:r>
      <w:proofErr w:type="spellStart"/>
      <w:r w:rsidRPr="0004529F">
        <w:rPr>
          <w:rFonts w:cs="Times New Roman"/>
          <w:b/>
          <w:szCs w:val="24"/>
        </w:rPr>
        <w:t>lucrărilor</w:t>
      </w:r>
      <w:proofErr w:type="spellEnd"/>
      <w:r w:rsidRPr="0004529F">
        <w:rPr>
          <w:rFonts w:cs="Times New Roman"/>
          <w:b/>
          <w:szCs w:val="24"/>
        </w:rPr>
        <w:t xml:space="preserve">: conform </w:t>
      </w:r>
      <w:proofErr w:type="spellStart"/>
      <w:r w:rsidRPr="0004529F">
        <w:rPr>
          <w:rFonts w:cs="Times New Roman"/>
          <w:b/>
          <w:szCs w:val="24"/>
        </w:rPr>
        <w:t>documentației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producătorului</w:t>
      </w:r>
      <w:proofErr w:type="spellEnd"/>
      <w:r w:rsidRPr="0004529F">
        <w:rPr>
          <w:rFonts w:cs="Times New Roman"/>
          <w:b/>
          <w:szCs w:val="24"/>
        </w:rPr>
        <w:t xml:space="preserve">, </w:t>
      </w:r>
      <w:proofErr w:type="spellStart"/>
      <w:r w:rsidRPr="0004529F">
        <w:rPr>
          <w:rFonts w:cs="Times New Roman"/>
          <w:b/>
          <w:szCs w:val="24"/>
        </w:rPr>
        <w:t>dar</w:t>
      </w:r>
      <w:proofErr w:type="spellEnd"/>
      <w:r w:rsidRPr="0004529F">
        <w:rPr>
          <w:rFonts w:cs="Times New Roman"/>
          <w:b/>
          <w:szCs w:val="24"/>
        </w:rPr>
        <w:t xml:space="preserve"> nu </w:t>
      </w:r>
      <w:proofErr w:type="spellStart"/>
      <w:r w:rsidRPr="0004529F">
        <w:rPr>
          <w:rFonts w:cs="Times New Roman"/>
          <w:b/>
          <w:szCs w:val="24"/>
        </w:rPr>
        <w:t>mai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puțin</w:t>
      </w:r>
      <w:proofErr w:type="spellEnd"/>
      <w:r w:rsidRPr="0004529F">
        <w:rPr>
          <w:rFonts w:cs="Times New Roman"/>
          <w:b/>
          <w:szCs w:val="24"/>
        </w:rPr>
        <w:t xml:space="preserve"> de 1 </w:t>
      </w:r>
      <w:proofErr w:type="gramStart"/>
      <w:r w:rsidRPr="0004529F">
        <w:rPr>
          <w:rFonts w:cs="Times New Roman"/>
          <w:b/>
          <w:szCs w:val="24"/>
        </w:rPr>
        <w:t>an</w:t>
      </w:r>
      <w:proofErr w:type="gramEnd"/>
      <w:r w:rsidRPr="0004529F">
        <w:rPr>
          <w:rFonts w:cs="Times New Roman"/>
          <w:b/>
          <w:szCs w:val="24"/>
        </w:rPr>
        <w:t xml:space="preserve"> din data </w:t>
      </w:r>
      <w:proofErr w:type="spellStart"/>
      <w:r w:rsidRPr="0004529F">
        <w:rPr>
          <w:rFonts w:cs="Times New Roman"/>
          <w:b/>
          <w:szCs w:val="24"/>
        </w:rPr>
        <w:t>semnării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contractului</w:t>
      </w:r>
      <w:proofErr w:type="spellEnd"/>
      <w:r w:rsidRPr="0004529F">
        <w:rPr>
          <w:rFonts w:cs="Times New Roman"/>
          <w:b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21. </w:t>
      </w:r>
      <w:proofErr w:type="spellStart"/>
      <w:r w:rsidRPr="0004529F">
        <w:rPr>
          <w:rFonts w:cs="Times New Roman"/>
          <w:szCs w:val="24"/>
        </w:rPr>
        <w:t>Tehnici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instrumente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specifice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atribuire</w:t>
      </w:r>
      <w:proofErr w:type="spellEnd"/>
      <w:r w:rsidRPr="0004529F">
        <w:rPr>
          <w:rFonts w:cs="Times New Roman"/>
          <w:szCs w:val="24"/>
        </w:rPr>
        <w:t>:</w:t>
      </w:r>
      <w:r w:rsidR="00A20347" w:rsidRPr="0004529F">
        <w:rPr>
          <w:rFonts w:cs="Times New Roman"/>
          <w:szCs w:val="24"/>
        </w:rPr>
        <w:t xml:space="preserve">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CB7340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20. </w:t>
      </w:r>
      <w:proofErr w:type="spellStart"/>
      <w:r w:rsidRPr="0004529F">
        <w:rPr>
          <w:rFonts w:cs="Times New Roman"/>
          <w:b/>
          <w:szCs w:val="24"/>
        </w:rPr>
        <w:t>Motivul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recurgerii</w:t>
      </w:r>
      <w:proofErr w:type="spellEnd"/>
      <w:r w:rsidRPr="0004529F">
        <w:rPr>
          <w:rFonts w:cs="Times New Roman"/>
          <w:b/>
          <w:szCs w:val="24"/>
        </w:rPr>
        <w:t xml:space="preserve"> la </w:t>
      </w:r>
      <w:proofErr w:type="spellStart"/>
      <w:r w:rsidRPr="0004529F">
        <w:rPr>
          <w:rFonts w:cs="Times New Roman"/>
          <w:b/>
          <w:szCs w:val="24"/>
        </w:rPr>
        <w:t>procedura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accelerată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803D8D" w:rsidRPr="0004529F" w:rsidRDefault="00374C8A" w:rsidP="00531B9B">
      <w:pPr>
        <w:spacing w:after="0" w:line="240" w:lineRule="auto"/>
        <w:ind w:left="284"/>
        <w:rPr>
          <w:rFonts w:cs="Times New Roman"/>
          <w:bCs/>
          <w:szCs w:val="24"/>
        </w:rPr>
      </w:pPr>
      <w:r w:rsidRPr="0004529F">
        <w:rPr>
          <w:rFonts w:cs="Times New Roman"/>
          <w:b/>
          <w:szCs w:val="24"/>
        </w:rPr>
        <w:t xml:space="preserve">21. </w:t>
      </w:r>
      <w:proofErr w:type="spellStart"/>
      <w:r w:rsidRPr="0004529F">
        <w:rPr>
          <w:rFonts w:cs="Times New Roman"/>
          <w:b/>
          <w:szCs w:val="24"/>
        </w:rPr>
        <w:t>Tehnici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instrumente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specifice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atribuire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="00A20347" w:rsidRPr="0004529F">
        <w:rPr>
          <w:rFonts w:cs="Times New Roman"/>
          <w:bCs/>
          <w:szCs w:val="24"/>
        </w:rPr>
        <w:t>n</w:t>
      </w:r>
      <w:r w:rsidR="00803D8D" w:rsidRPr="0004529F">
        <w:rPr>
          <w:rFonts w:cs="Times New Roman"/>
          <w:bCs/>
          <w:szCs w:val="24"/>
        </w:rPr>
        <w:t xml:space="preserve">u se </w:t>
      </w:r>
      <w:proofErr w:type="spellStart"/>
      <w:r w:rsidR="00803D8D" w:rsidRPr="0004529F">
        <w:rPr>
          <w:rFonts w:cs="Times New Roman"/>
          <w:bCs/>
          <w:szCs w:val="24"/>
        </w:rPr>
        <w:t>aplică</w:t>
      </w:r>
      <w:proofErr w:type="spellEnd"/>
      <w:r w:rsidR="00803D8D" w:rsidRPr="0004529F">
        <w:rPr>
          <w:rFonts w:cs="Times New Roman"/>
          <w:bCs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22. </w:t>
      </w:r>
      <w:proofErr w:type="spellStart"/>
      <w:r w:rsidRPr="0004529F">
        <w:rPr>
          <w:rFonts w:cs="Times New Roman"/>
          <w:b/>
          <w:szCs w:val="24"/>
        </w:rPr>
        <w:t>Condiții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speciale</w:t>
      </w:r>
      <w:proofErr w:type="spellEnd"/>
      <w:r w:rsidRPr="0004529F">
        <w:rPr>
          <w:rFonts w:cs="Times New Roman"/>
          <w:b/>
          <w:szCs w:val="24"/>
        </w:rPr>
        <w:t xml:space="preserve"> de care </w:t>
      </w:r>
      <w:proofErr w:type="spellStart"/>
      <w:r w:rsidRPr="0004529F">
        <w:rPr>
          <w:rFonts w:cs="Times New Roman"/>
          <w:b/>
          <w:szCs w:val="24"/>
        </w:rPr>
        <w:t>depinde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îndeplinirea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contractului</w:t>
      </w:r>
      <w:proofErr w:type="spellEnd"/>
      <w:r w:rsidRPr="0004529F">
        <w:rPr>
          <w:rFonts w:cs="Times New Roman"/>
          <w:b/>
          <w:szCs w:val="24"/>
        </w:rPr>
        <w:t xml:space="preserve">: nu se </w:t>
      </w:r>
      <w:proofErr w:type="spellStart"/>
      <w:r w:rsidRPr="0004529F">
        <w:rPr>
          <w:rFonts w:cs="Times New Roman"/>
          <w:b/>
          <w:szCs w:val="24"/>
        </w:rPr>
        <w:t>aplică</w:t>
      </w:r>
      <w:proofErr w:type="spellEnd"/>
      <w:r w:rsidRPr="0004529F">
        <w:rPr>
          <w:rFonts w:cs="Times New Roman"/>
          <w:b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23. </w:t>
      </w:r>
      <w:proofErr w:type="spellStart"/>
      <w:r w:rsidRPr="0004529F">
        <w:rPr>
          <w:rFonts w:cs="Times New Roman"/>
          <w:b/>
          <w:szCs w:val="24"/>
        </w:rPr>
        <w:t>Ofertele</w:t>
      </w:r>
      <w:proofErr w:type="spellEnd"/>
      <w:r w:rsidRPr="0004529F">
        <w:rPr>
          <w:rFonts w:cs="Times New Roman"/>
          <w:b/>
          <w:szCs w:val="24"/>
        </w:rPr>
        <w:t xml:space="preserve"> se </w:t>
      </w:r>
      <w:proofErr w:type="spellStart"/>
      <w:r w:rsidRPr="0004529F">
        <w:rPr>
          <w:rFonts w:cs="Times New Roman"/>
          <w:b/>
          <w:szCs w:val="24"/>
        </w:rPr>
        <w:t>prezintă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valută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lei MD.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24. </w:t>
      </w:r>
      <w:proofErr w:type="spellStart"/>
      <w:r w:rsidRPr="0004529F">
        <w:rPr>
          <w:rFonts w:cs="Times New Roman"/>
          <w:b/>
          <w:szCs w:val="24"/>
        </w:rPr>
        <w:t>Criteriul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evaluare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aplicat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pentru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atribuirea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contractului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prețul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cel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mai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scăzut</w:t>
      </w:r>
      <w:proofErr w:type="spellEnd"/>
      <w:r w:rsidRPr="0004529F">
        <w:rPr>
          <w:rFonts w:cs="Times New Roman"/>
          <w:szCs w:val="24"/>
        </w:rPr>
        <w:t xml:space="preserve"> cu </w:t>
      </w:r>
      <w:proofErr w:type="spellStart"/>
      <w:r w:rsidRPr="0004529F">
        <w:rPr>
          <w:rFonts w:cs="Times New Roman"/>
          <w:szCs w:val="24"/>
        </w:rPr>
        <w:t>corespunderea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tuturor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cerințelor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obligatorii</w:t>
      </w:r>
      <w:proofErr w:type="spellEnd"/>
      <w:r w:rsidRPr="0004529F">
        <w:rPr>
          <w:rFonts w:cs="Times New Roman"/>
          <w:szCs w:val="24"/>
        </w:rPr>
        <w:t xml:space="preserve"> solicitate </w:t>
      </w:r>
      <w:proofErr w:type="spellStart"/>
      <w:r w:rsidRPr="0004529F">
        <w:rPr>
          <w:rFonts w:cs="Times New Roman"/>
          <w:szCs w:val="24"/>
        </w:rPr>
        <w:t>privind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obiectul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achiziției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25. </w:t>
      </w:r>
      <w:proofErr w:type="spellStart"/>
      <w:r w:rsidRPr="0004529F">
        <w:rPr>
          <w:rFonts w:cs="Times New Roman"/>
          <w:b/>
          <w:szCs w:val="24"/>
        </w:rPr>
        <w:t>Factorii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evaluare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celei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mai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avantajoase</w:t>
      </w:r>
      <w:proofErr w:type="spellEnd"/>
      <w:r w:rsidRPr="0004529F">
        <w:rPr>
          <w:rFonts w:cs="Times New Roman"/>
          <w:b/>
          <w:szCs w:val="24"/>
        </w:rPr>
        <w:t xml:space="preserve"> din </w:t>
      </w:r>
      <w:proofErr w:type="spellStart"/>
      <w:r w:rsidRPr="0004529F">
        <w:rPr>
          <w:rFonts w:cs="Times New Roman"/>
          <w:b/>
          <w:szCs w:val="24"/>
        </w:rPr>
        <w:t>punct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vedere</w:t>
      </w:r>
      <w:proofErr w:type="spellEnd"/>
      <w:r w:rsidRPr="0004529F">
        <w:rPr>
          <w:rFonts w:cs="Times New Roman"/>
          <w:b/>
          <w:szCs w:val="24"/>
        </w:rPr>
        <w:t xml:space="preserve"> economic, precum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ponderile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26. </w:t>
      </w:r>
      <w:proofErr w:type="spellStart"/>
      <w:r w:rsidRPr="0004529F">
        <w:rPr>
          <w:rFonts w:cs="Times New Roman"/>
          <w:b/>
          <w:szCs w:val="24"/>
        </w:rPr>
        <w:t>Termenul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limită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depunere</w:t>
      </w:r>
      <w:proofErr w:type="spellEnd"/>
      <w:r w:rsidRPr="0004529F">
        <w:rPr>
          <w:rFonts w:cs="Times New Roman"/>
          <w:b/>
          <w:szCs w:val="24"/>
        </w:rPr>
        <w:t>/</w:t>
      </w:r>
      <w:proofErr w:type="spellStart"/>
      <w:r w:rsidRPr="0004529F">
        <w:rPr>
          <w:rFonts w:cs="Times New Roman"/>
          <w:b/>
          <w:szCs w:val="24"/>
        </w:rPr>
        <w:t>deschidere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conform SIA RSAP.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27. </w:t>
      </w:r>
      <w:proofErr w:type="spellStart"/>
      <w:r w:rsidRPr="0004529F">
        <w:rPr>
          <w:rFonts w:cs="Times New Roman"/>
          <w:b/>
          <w:szCs w:val="24"/>
        </w:rPr>
        <w:t>Adresa</w:t>
      </w:r>
      <w:proofErr w:type="spellEnd"/>
      <w:r w:rsidRPr="0004529F">
        <w:rPr>
          <w:rFonts w:cs="Times New Roman"/>
          <w:b/>
          <w:szCs w:val="24"/>
        </w:rPr>
        <w:t xml:space="preserve"> la care </w:t>
      </w:r>
      <w:proofErr w:type="spellStart"/>
      <w:r w:rsidRPr="0004529F">
        <w:rPr>
          <w:rFonts w:cs="Times New Roman"/>
          <w:b/>
          <w:szCs w:val="24"/>
        </w:rPr>
        <w:t>trebuie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transmise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cererile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participare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Ofertele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sau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cererile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participare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vor</w:t>
      </w:r>
      <w:proofErr w:type="spellEnd"/>
      <w:r w:rsidRPr="0004529F">
        <w:rPr>
          <w:rFonts w:cs="Times New Roman"/>
          <w:szCs w:val="24"/>
        </w:rPr>
        <w:t xml:space="preserve"> fi </w:t>
      </w:r>
      <w:proofErr w:type="spellStart"/>
      <w:r w:rsidRPr="0004529F">
        <w:rPr>
          <w:rFonts w:cs="Times New Roman"/>
          <w:szCs w:val="24"/>
        </w:rPr>
        <w:t>depuse</w:t>
      </w:r>
      <w:proofErr w:type="spellEnd"/>
      <w:r w:rsidRPr="0004529F">
        <w:rPr>
          <w:rFonts w:cs="Times New Roman"/>
          <w:szCs w:val="24"/>
        </w:rPr>
        <w:t xml:space="preserve"> electronic </w:t>
      </w:r>
      <w:proofErr w:type="spellStart"/>
      <w:r w:rsidRPr="0004529F">
        <w:rPr>
          <w:rFonts w:cs="Times New Roman"/>
          <w:szCs w:val="24"/>
        </w:rPr>
        <w:t>prin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intermediul</w:t>
      </w:r>
      <w:proofErr w:type="spellEnd"/>
      <w:r w:rsidRPr="0004529F">
        <w:rPr>
          <w:rFonts w:cs="Times New Roman"/>
          <w:szCs w:val="24"/>
        </w:rPr>
        <w:t xml:space="preserve"> SIA RSAP.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28. </w:t>
      </w:r>
      <w:proofErr w:type="spellStart"/>
      <w:r w:rsidRPr="0004529F">
        <w:rPr>
          <w:rFonts w:cs="Times New Roman"/>
          <w:b/>
          <w:szCs w:val="24"/>
        </w:rPr>
        <w:t>Termenul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valabilitate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bCs/>
          <w:szCs w:val="24"/>
        </w:rPr>
        <w:t xml:space="preserve">60 </w:t>
      </w:r>
      <w:proofErr w:type="spellStart"/>
      <w:r w:rsidRPr="0004529F">
        <w:rPr>
          <w:rFonts w:cs="Times New Roman"/>
          <w:bCs/>
          <w:szCs w:val="24"/>
        </w:rPr>
        <w:t>zile</w:t>
      </w:r>
      <w:proofErr w:type="spellEnd"/>
      <w:r w:rsidRPr="0004529F">
        <w:rPr>
          <w:rFonts w:cs="Times New Roman"/>
          <w:bCs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29. </w:t>
      </w:r>
      <w:proofErr w:type="spellStart"/>
      <w:r w:rsidRPr="0004529F">
        <w:rPr>
          <w:rFonts w:cs="Times New Roman"/>
          <w:b/>
          <w:szCs w:val="24"/>
        </w:rPr>
        <w:t>Locul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deschiderii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SIA RSAP, </w:t>
      </w:r>
      <w:proofErr w:type="spellStart"/>
      <w:r w:rsidRPr="0004529F">
        <w:rPr>
          <w:rFonts w:cs="Times New Roman"/>
          <w:szCs w:val="24"/>
        </w:rPr>
        <w:t>platforma</w:t>
      </w:r>
      <w:proofErr w:type="spellEnd"/>
      <w:r w:rsidRPr="0004529F">
        <w:rPr>
          <w:rFonts w:cs="Times New Roman"/>
          <w:szCs w:val="24"/>
        </w:rPr>
        <w:t xml:space="preserve"> achiziții.md. </w:t>
      </w:r>
      <w:proofErr w:type="spellStart"/>
      <w:r w:rsidRPr="0004529F">
        <w:rPr>
          <w:rFonts w:cs="Times New Roman"/>
          <w:szCs w:val="24"/>
        </w:rPr>
        <w:t>Ofertele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întârziate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vor</w:t>
      </w:r>
      <w:proofErr w:type="spellEnd"/>
      <w:r w:rsidRPr="0004529F">
        <w:rPr>
          <w:rFonts w:cs="Times New Roman"/>
          <w:szCs w:val="24"/>
        </w:rPr>
        <w:t xml:space="preserve"> fi </w:t>
      </w:r>
      <w:proofErr w:type="spellStart"/>
      <w:r w:rsidRPr="0004529F">
        <w:rPr>
          <w:rFonts w:cs="Times New Roman"/>
          <w:szCs w:val="24"/>
        </w:rPr>
        <w:t>respinse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30. </w:t>
      </w:r>
      <w:proofErr w:type="spellStart"/>
      <w:r w:rsidRPr="0004529F">
        <w:rPr>
          <w:rFonts w:cs="Times New Roman"/>
          <w:b/>
          <w:szCs w:val="24"/>
        </w:rPr>
        <w:t>Persoanele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autorizate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să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asiste</w:t>
      </w:r>
      <w:proofErr w:type="spellEnd"/>
      <w:r w:rsidRPr="0004529F">
        <w:rPr>
          <w:rFonts w:cs="Times New Roman"/>
          <w:b/>
          <w:szCs w:val="24"/>
        </w:rPr>
        <w:t xml:space="preserve"> la </w:t>
      </w:r>
      <w:proofErr w:type="spellStart"/>
      <w:r w:rsidRPr="0004529F">
        <w:rPr>
          <w:rFonts w:cs="Times New Roman"/>
          <w:b/>
          <w:szCs w:val="24"/>
        </w:rPr>
        <w:t>deschiderea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Ofertanții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sau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reprezentanții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acestora</w:t>
      </w:r>
      <w:proofErr w:type="spellEnd"/>
      <w:r w:rsidRPr="0004529F">
        <w:rPr>
          <w:rFonts w:cs="Times New Roman"/>
          <w:szCs w:val="24"/>
        </w:rPr>
        <w:t xml:space="preserve"> au </w:t>
      </w:r>
      <w:proofErr w:type="spellStart"/>
      <w:r w:rsidRPr="0004529F">
        <w:rPr>
          <w:rFonts w:cs="Times New Roman"/>
          <w:szCs w:val="24"/>
        </w:rPr>
        <w:t>dreptul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participe</w:t>
      </w:r>
      <w:proofErr w:type="spellEnd"/>
      <w:r w:rsidRPr="0004529F">
        <w:rPr>
          <w:rFonts w:cs="Times New Roman"/>
          <w:szCs w:val="24"/>
        </w:rPr>
        <w:t xml:space="preserve"> la </w:t>
      </w:r>
      <w:proofErr w:type="spellStart"/>
      <w:r w:rsidRPr="0004529F">
        <w:rPr>
          <w:rFonts w:cs="Times New Roman"/>
          <w:szCs w:val="24"/>
        </w:rPr>
        <w:t>deschiderea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ofertelor</w:t>
      </w:r>
      <w:proofErr w:type="spellEnd"/>
      <w:r w:rsidRPr="0004529F">
        <w:rPr>
          <w:rFonts w:cs="Times New Roman"/>
          <w:szCs w:val="24"/>
        </w:rPr>
        <w:t xml:space="preserve">, cu </w:t>
      </w:r>
      <w:proofErr w:type="spellStart"/>
      <w:r w:rsidRPr="0004529F">
        <w:rPr>
          <w:rFonts w:cs="Times New Roman"/>
          <w:szCs w:val="24"/>
        </w:rPr>
        <w:t>excepția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cazului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când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ofertele</w:t>
      </w:r>
      <w:proofErr w:type="spellEnd"/>
      <w:r w:rsidRPr="0004529F">
        <w:rPr>
          <w:rFonts w:cs="Times New Roman"/>
          <w:szCs w:val="24"/>
        </w:rPr>
        <w:t xml:space="preserve"> au </w:t>
      </w:r>
      <w:proofErr w:type="spellStart"/>
      <w:r w:rsidRPr="0004529F">
        <w:rPr>
          <w:rFonts w:cs="Times New Roman"/>
          <w:szCs w:val="24"/>
        </w:rPr>
        <w:t>fost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depuse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prin</w:t>
      </w:r>
      <w:proofErr w:type="spellEnd"/>
      <w:r w:rsidRPr="0004529F">
        <w:rPr>
          <w:rFonts w:cs="Times New Roman"/>
          <w:szCs w:val="24"/>
        </w:rPr>
        <w:t xml:space="preserve"> SIA RSAP.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31. </w:t>
      </w:r>
      <w:proofErr w:type="spellStart"/>
      <w:r w:rsidRPr="0004529F">
        <w:rPr>
          <w:rFonts w:cs="Times New Roman"/>
          <w:b/>
          <w:szCs w:val="24"/>
        </w:rPr>
        <w:t>Limba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limbile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care </w:t>
      </w:r>
      <w:proofErr w:type="spellStart"/>
      <w:r w:rsidRPr="0004529F">
        <w:rPr>
          <w:rFonts w:cs="Times New Roman"/>
          <w:b/>
          <w:szCs w:val="24"/>
        </w:rPr>
        <w:t>trebuie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redactate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cererile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participare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limba</w:t>
      </w:r>
      <w:proofErr w:type="spellEnd"/>
      <w:r w:rsidRPr="0004529F">
        <w:rPr>
          <w:rFonts w:cs="Times New Roman"/>
          <w:szCs w:val="24"/>
        </w:rPr>
        <w:t xml:space="preserve"> de stat.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32. </w:t>
      </w:r>
      <w:proofErr w:type="spellStart"/>
      <w:r w:rsidRPr="0004529F">
        <w:rPr>
          <w:rFonts w:cs="Times New Roman"/>
          <w:b/>
          <w:szCs w:val="24"/>
        </w:rPr>
        <w:t>Semnarea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contractului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termen</w:t>
      </w:r>
      <w:proofErr w:type="spellEnd"/>
      <w:r w:rsidRPr="0004529F">
        <w:rPr>
          <w:rFonts w:cs="Times New Roman"/>
          <w:szCs w:val="24"/>
        </w:rPr>
        <w:t xml:space="preserve"> de 2 </w:t>
      </w:r>
      <w:proofErr w:type="spellStart"/>
      <w:r w:rsidRPr="0004529F">
        <w:rPr>
          <w:rFonts w:cs="Times New Roman"/>
          <w:szCs w:val="24"/>
        </w:rPr>
        <w:t>zile</w:t>
      </w:r>
      <w:proofErr w:type="spellEnd"/>
      <w:r w:rsidRPr="0004529F">
        <w:rPr>
          <w:rFonts w:cs="Times New Roman"/>
          <w:szCs w:val="24"/>
        </w:rPr>
        <w:t xml:space="preserve"> de la </w:t>
      </w:r>
      <w:proofErr w:type="spellStart"/>
      <w:r w:rsidRPr="0004529F">
        <w:rPr>
          <w:rFonts w:cs="Times New Roman"/>
          <w:szCs w:val="24"/>
        </w:rPr>
        <w:t>transmiterea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contractului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spre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semnare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33. </w:t>
      </w:r>
      <w:proofErr w:type="spellStart"/>
      <w:r w:rsidRPr="0004529F">
        <w:rPr>
          <w:rFonts w:cs="Times New Roman"/>
          <w:b/>
          <w:szCs w:val="24"/>
        </w:rPr>
        <w:t>Respectivul</w:t>
      </w:r>
      <w:proofErr w:type="spellEnd"/>
      <w:r w:rsidRPr="0004529F">
        <w:rPr>
          <w:rFonts w:cs="Times New Roman"/>
          <w:b/>
          <w:szCs w:val="24"/>
        </w:rPr>
        <w:t xml:space="preserve"> contract se </w:t>
      </w:r>
      <w:proofErr w:type="spellStart"/>
      <w:r w:rsidRPr="0004529F">
        <w:rPr>
          <w:rFonts w:cs="Times New Roman"/>
          <w:b/>
          <w:szCs w:val="24"/>
        </w:rPr>
        <w:t>referă</w:t>
      </w:r>
      <w:proofErr w:type="spellEnd"/>
      <w:r w:rsidRPr="0004529F">
        <w:rPr>
          <w:rFonts w:cs="Times New Roman"/>
          <w:b/>
          <w:szCs w:val="24"/>
        </w:rPr>
        <w:t xml:space="preserve"> la un </w:t>
      </w:r>
      <w:proofErr w:type="spellStart"/>
      <w:r w:rsidRPr="0004529F">
        <w:rPr>
          <w:rFonts w:cs="Times New Roman"/>
          <w:b/>
          <w:szCs w:val="24"/>
        </w:rPr>
        <w:t>proiect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>/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program </w:t>
      </w:r>
      <w:proofErr w:type="spellStart"/>
      <w:r w:rsidRPr="0004529F">
        <w:rPr>
          <w:rFonts w:cs="Times New Roman"/>
          <w:b/>
          <w:szCs w:val="24"/>
        </w:rPr>
        <w:t>finanțat</w:t>
      </w:r>
      <w:proofErr w:type="spellEnd"/>
      <w:r w:rsidRPr="0004529F">
        <w:rPr>
          <w:rFonts w:cs="Times New Roman"/>
          <w:b/>
          <w:szCs w:val="24"/>
        </w:rPr>
        <w:t xml:space="preserve"> din </w:t>
      </w:r>
      <w:proofErr w:type="spellStart"/>
      <w:r w:rsidRPr="0004529F">
        <w:rPr>
          <w:rFonts w:cs="Times New Roman"/>
          <w:b/>
          <w:szCs w:val="24"/>
        </w:rPr>
        <w:t>fonduri</w:t>
      </w:r>
      <w:proofErr w:type="spellEnd"/>
      <w:r w:rsidRPr="0004529F">
        <w:rPr>
          <w:rFonts w:cs="Times New Roman"/>
          <w:b/>
          <w:szCs w:val="24"/>
        </w:rPr>
        <w:t xml:space="preserve"> ale </w:t>
      </w:r>
      <w:proofErr w:type="spellStart"/>
      <w:r w:rsidRPr="0004529F">
        <w:rPr>
          <w:rFonts w:cs="Times New Roman"/>
          <w:b/>
          <w:szCs w:val="24"/>
        </w:rPr>
        <w:t>Uniunii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Europene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34. </w:t>
      </w:r>
      <w:proofErr w:type="spellStart"/>
      <w:r w:rsidRPr="0004529F">
        <w:rPr>
          <w:rFonts w:cs="Times New Roman"/>
          <w:b/>
          <w:szCs w:val="24"/>
        </w:rPr>
        <w:t>Denumirea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adresa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organismului</w:t>
      </w:r>
      <w:proofErr w:type="spellEnd"/>
      <w:r w:rsidRPr="0004529F">
        <w:rPr>
          <w:rFonts w:cs="Times New Roman"/>
          <w:b/>
          <w:szCs w:val="24"/>
        </w:rPr>
        <w:t xml:space="preserve"> competent de </w:t>
      </w:r>
      <w:proofErr w:type="spellStart"/>
      <w:r w:rsidRPr="0004529F">
        <w:rPr>
          <w:rFonts w:cs="Times New Roman"/>
          <w:b/>
          <w:szCs w:val="24"/>
        </w:rPr>
        <w:t>soluționare</w:t>
      </w:r>
      <w:proofErr w:type="spellEnd"/>
      <w:r w:rsidRPr="0004529F">
        <w:rPr>
          <w:rFonts w:cs="Times New Roman"/>
          <w:b/>
          <w:szCs w:val="24"/>
        </w:rPr>
        <w:t xml:space="preserve"> a </w:t>
      </w:r>
      <w:proofErr w:type="spellStart"/>
      <w:r w:rsidRPr="0004529F">
        <w:rPr>
          <w:rFonts w:cs="Times New Roman"/>
          <w:b/>
          <w:szCs w:val="24"/>
        </w:rPr>
        <w:t>contestațiilor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szCs w:val="24"/>
        </w:rPr>
        <w:t>Agenția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Națională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pentru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Soluționarea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Contestațiilor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mun</w:t>
      </w:r>
      <w:proofErr w:type="spellEnd"/>
      <w:r w:rsidRPr="0004529F">
        <w:rPr>
          <w:rFonts w:cs="Times New Roman"/>
          <w:szCs w:val="24"/>
        </w:rPr>
        <w:t xml:space="preserve">. </w:t>
      </w:r>
      <w:proofErr w:type="spellStart"/>
      <w:r w:rsidRPr="0004529F">
        <w:rPr>
          <w:rFonts w:cs="Times New Roman"/>
          <w:szCs w:val="24"/>
        </w:rPr>
        <w:t>Chișinău</w:t>
      </w:r>
      <w:proofErr w:type="spellEnd"/>
      <w:r w:rsidRPr="0004529F">
        <w:rPr>
          <w:rFonts w:cs="Times New Roman"/>
          <w:szCs w:val="24"/>
        </w:rPr>
        <w:t xml:space="preserve">, bd. </w:t>
      </w:r>
      <w:proofErr w:type="spellStart"/>
      <w:r w:rsidRPr="0004529F">
        <w:rPr>
          <w:rFonts w:cs="Times New Roman"/>
          <w:szCs w:val="24"/>
        </w:rPr>
        <w:t>Ștefan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cel</w:t>
      </w:r>
      <w:proofErr w:type="spellEnd"/>
      <w:r w:rsidRPr="0004529F">
        <w:rPr>
          <w:rFonts w:cs="Times New Roman"/>
          <w:szCs w:val="24"/>
        </w:rPr>
        <w:t xml:space="preserve"> Mare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Sfânt</w:t>
      </w:r>
      <w:proofErr w:type="spellEnd"/>
      <w:r w:rsidRPr="0004529F">
        <w:rPr>
          <w:rFonts w:cs="Times New Roman"/>
          <w:szCs w:val="24"/>
        </w:rPr>
        <w:t xml:space="preserve"> nr. 124 (et. 4), MD 2001; Tel/Fax/email: 022-820 652, 022 820-651, </w:t>
      </w:r>
      <w:hyperlink r:id="rId6" w:history="1">
        <w:r w:rsidR="001B08D7" w:rsidRPr="0004529F">
          <w:rPr>
            <w:rStyle w:val="Hyperlink"/>
            <w:rFonts w:cs="Times New Roman"/>
            <w:szCs w:val="24"/>
          </w:rPr>
          <w:t>contestatii@ansc.md</w:t>
        </w:r>
      </w:hyperlink>
      <w:r w:rsidR="001B08D7" w:rsidRPr="0004529F">
        <w:rPr>
          <w:rFonts w:cs="Times New Roman"/>
          <w:szCs w:val="24"/>
        </w:rPr>
        <w:t xml:space="preserve"> </w:t>
      </w:r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35. Data </w:t>
      </w:r>
      <w:proofErr w:type="spellStart"/>
      <w:r w:rsidRPr="0004529F">
        <w:rPr>
          <w:rFonts w:cs="Times New Roman"/>
          <w:b/>
          <w:szCs w:val="24"/>
        </w:rPr>
        <w:t>și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referința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publicărilor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anterioare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Jurnalul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Oficial</w:t>
      </w:r>
      <w:proofErr w:type="spellEnd"/>
      <w:r w:rsidRPr="0004529F">
        <w:rPr>
          <w:rFonts w:cs="Times New Roman"/>
          <w:b/>
          <w:szCs w:val="24"/>
        </w:rPr>
        <w:t xml:space="preserve"> al </w:t>
      </w:r>
      <w:proofErr w:type="spellStart"/>
      <w:r w:rsidRPr="0004529F">
        <w:rPr>
          <w:rFonts w:cs="Times New Roman"/>
          <w:b/>
          <w:szCs w:val="24"/>
        </w:rPr>
        <w:t>Uniunii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Europene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36. </w:t>
      </w:r>
      <w:proofErr w:type="spellStart"/>
      <w:r w:rsidRPr="0004529F">
        <w:rPr>
          <w:rFonts w:cs="Times New Roman"/>
          <w:b/>
          <w:szCs w:val="24"/>
        </w:rPr>
        <w:t>În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cazul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achizițiilor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periodice</w:t>
      </w:r>
      <w:proofErr w:type="spellEnd"/>
      <w:r w:rsidRPr="0004529F">
        <w:rPr>
          <w:rFonts w:cs="Times New Roman"/>
          <w:b/>
          <w:szCs w:val="24"/>
        </w:rPr>
        <w:t xml:space="preserve">, </w:t>
      </w:r>
      <w:proofErr w:type="spellStart"/>
      <w:r w:rsidRPr="0004529F">
        <w:rPr>
          <w:rFonts w:cs="Times New Roman"/>
          <w:b/>
          <w:szCs w:val="24"/>
        </w:rPr>
        <w:t>calendarul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estimat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pentru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anunțurilor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viitoare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nu se </w:t>
      </w:r>
      <w:proofErr w:type="spellStart"/>
      <w:r w:rsidRPr="0004529F">
        <w:rPr>
          <w:rFonts w:cs="Times New Roman"/>
          <w:szCs w:val="24"/>
        </w:rPr>
        <w:t>aplică</w:t>
      </w:r>
      <w:proofErr w:type="spellEnd"/>
      <w:r w:rsidRPr="0004529F">
        <w:rPr>
          <w:rFonts w:cs="Times New Roman"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37. Data </w:t>
      </w:r>
      <w:proofErr w:type="spellStart"/>
      <w:r w:rsidRPr="0004529F">
        <w:rPr>
          <w:rFonts w:cs="Times New Roman"/>
          <w:b/>
          <w:szCs w:val="24"/>
        </w:rPr>
        <w:t>publicării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anunțului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intenție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sau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precizarea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că</w:t>
      </w:r>
      <w:proofErr w:type="spellEnd"/>
      <w:r w:rsidRPr="0004529F">
        <w:rPr>
          <w:rFonts w:cs="Times New Roman"/>
          <w:b/>
          <w:szCs w:val="24"/>
        </w:rPr>
        <w:t xml:space="preserve"> nu a </w:t>
      </w:r>
      <w:proofErr w:type="spellStart"/>
      <w:r w:rsidRPr="0004529F">
        <w:rPr>
          <w:rFonts w:cs="Times New Roman"/>
          <w:b/>
          <w:szCs w:val="24"/>
        </w:rPr>
        <w:t>fost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publicat</w:t>
      </w:r>
      <w:proofErr w:type="spellEnd"/>
      <w:r w:rsidRPr="0004529F">
        <w:rPr>
          <w:rFonts w:cs="Times New Roman"/>
          <w:b/>
          <w:szCs w:val="24"/>
        </w:rPr>
        <w:t xml:space="preserve"> un </w:t>
      </w:r>
      <w:proofErr w:type="spellStart"/>
      <w:r w:rsidRPr="0004529F">
        <w:rPr>
          <w:rFonts w:cs="Times New Roman"/>
          <w:b/>
          <w:szCs w:val="24"/>
        </w:rPr>
        <w:t>astfel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anunț</w:t>
      </w:r>
      <w:proofErr w:type="spellEnd"/>
      <w:r w:rsidRPr="0004529F">
        <w:rPr>
          <w:rFonts w:cs="Times New Roman"/>
          <w:b/>
          <w:szCs w:val="24"/>
        </w:rPr>
        <w:t xml:space="preserve">: nu a </w:t>
      </w:r>
      <w:proofErr w:type="spellStart"/>
      <w:r w:rsidRPr="0004529F">
        <w:rPr>
          <w:rFonts w:cs="Times New Roman"/>
          <w:b/>
          <w:szCs w:val="24"/>
        </w:rPr>
        <w:t>fost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publicat</w:t>
      </w:r>
      <w:proofErr w:type="spellEnd"/>
      <w:r w:rsidRPr="0004529F">
        <w:rPr>
          <w:rFonts w:cs="Times New Roman"/>
          <w:b/>
          <w:szCs w:val="24"/>
        </w:rPr>
        <w:t>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38. Data </w:t>
      </w:r>
      <w:proofErr w:type="spellStart"/>
      <w:r w:rsidRPr="0004529F">
        <w:rPr>
          <w:rFonts w:cs="Times New Roman"/>
          <w:b/>
          <w:szCs w:val="24"/>
        </w:rPr>
        <w:t>transmiterii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spre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publicare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anunțului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participare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>conform SIA RSAP.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41. Alte informații relevante: Termenul pentru solicitarea clarificărilor: 3 zile până la termenul-limită de depunere </w:t>
      </w:r>
      <w:proofErr w:type="gramStart"/>
      <w:r w:rsidRPr="0004529F">
        <w:rPr>
          <w:rFonts w:cs="Times New Roman"/>
          <w:szCs w:val="24"/>
        </w:rPr>
        <w:t>a</w:t>
      </w:r>
      <w:proofErr w:type="gramEnd"/>
      <w:r w:rsidRPr="0004529F">
        <w:rPr>
          <w:rFonts w:cs="Times New Roman"/>
          <w:szCs w:val="24"/>
        </w:rPr>
        <w:t xml:space="preserve"> ofertelor. Operatorul economic desemnat câștigător va prezenta, la solicitarea autorității contractante, mostre ale produselor ofertate, în termen de 5 zile lucrătoare.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13"/>
        <w:gridCol w:w="4946"/>
      </w:tblGrid>
      <w:tr w:rsidR="0022270F" w:rsidRPr="0004529F" w:rsidTr="0004529F">
        <w:trPr>
          <w:cantSplit/>
          <w:jc w:val="center"/>
        </w:trPr>
        <w:tc>
          <w:tcPr>
            <w:tcW w:w="9513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b/>
                <w:szCs w:val="24"/>
              </w:rPr>
              <w:t>Denumirea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szCs w:val="24"/>
              </w:rPr>
              <w:t>instrumentului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 xml:space="preserve"> electronic</w:t>
            </w:r>
          </w:p>
        </w:tc>
        <w:tc>
          <w:tcPr>
            <w:tcW w:w="4946" w:type="dxa"/>
            <w:shd w:val="clear" w:color="auto" w:fill="FFFFFF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b/>
                <w:szCs w:val="24"/>
              </w:rPr>
              <w:t xml:space="preserve">Se </w:t>
            </w:r>
            <w:proofErr w:type="spellStart"/>
            <w:r w:rsidRPr="0004529F">
              <w:rPr>
                <w:rFonts w:cs="Times New Roman"/>
                <w:b/>
                <w:szCs w:val="24"/>
              </w:rPr>
              <w:t>va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szCs w:val="24"/>
              </w:rPr>
              <w:t>utiliza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>/</w:t>
            </w:r>
            <w:proofErr w:type="spellStart"/>
            <w:r w:rsidRPr="0004529F">
              <w:rPr>
                <w:rFonts w:cs="Times New Roman"/>
                <w:b/>
                <w:szCs w:val="24"/>
              </w:rPr>
              <w:t>accepta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szCs w:val="24"/>
              </w:rPr>
              <w:t>sau</w:t>
            </w:r>
            <w:proofErr w:type="spellEnd"/>
            <w:r w:rsidRPr="0004529F">
              <w:rPr>
                <w:rFonts w:cs="Times New Roman"/>
                <w:b/>
                <w:szCs w:val="24"/>
              </w:rPr>
              <w:t xml:space="preserve"> nu</w:t>
            </w:r>
          </w:p>
        </w:tc>
      </w:tr>
      <w:tr w:rsidR="0022270F" w:rsidRPr="0004529F" w:rsidTr="0004529F">
        <w:trPr>
          <w:cantSplit/>
          <w:jc w:val="center"/>
        </w:trPr>
        <w:tc>
          <w:tcPr>
            <w:tcW w:w="951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depunerea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electronică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gramStart"/>
            <w:r w:rsidRPr="0004529F">
              <w:rPr>
                <w:rFonts w:cs="Times New Roman"/>
                <w:szCs w:val="24"/>
              </w:rPr>
              <w:t>a</w:t>
            </w:r>
            <w:proofErr w:type="gram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ofertelor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sau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a </w:t>
            </w:r>
            <w:proofErr w:type="spellStart"/>
            <w:r w:rsidRPr="0004529F">
              <w:rPr>
                <w:rFonts w:cs="Times New Roman"/>
                <w:szCs w:val="24"/>
              </w:rPr>
              <w:t>cererilor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participare</w:t>
            </w:r>
            <w:proofErr w:type="spellEnd"/>
          </w:p>
        </w:tc>
        <w:tc>
          <w:tcPr>
            <w:tcW w:w="4946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Se </w:t>
            </w:r>
            <w:proofErr w:type="spellStart"/>
            <w:r w:rsidRPr="0004529F">
              <w:rPr>
                <w:rFonts w:cs="Times New Roman"/>
                <w:szCs w:val="24"/>
              </w:rPr>
              <w:t>acceptă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951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sistemul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</w:rPr>
              <w:t>comenzi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electronice</w:t>
            </w:r>
            <w:proofErr w:type="spellEnd"/>
          </w:p>
        </w:tc>
        <w:tc>
          <w:tcPr>
            <w:tcW w:w="4946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Nu se </w:t>
            </w:r>
            <w:proofErr w:type="spellStart"/>
            <w:r w:rsidRPr="0004529F">
              <w:rPr>
                <w:rFonts w:cs="Times New Roman"/>
                <w:szCs w:val="24"/>
              </w:rPr>
              <w:t>acceptă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951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lastRenderedPageBreak/>
              <w:t>facturarea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electronică</w:t>
            </w:r>
            <w:proofErr w:type="spellEnd"/>
          </w:p>
        </w:tc>
        <w:tc>
          <w:tcPr>
            <w:tcW w:w="4946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Se </w:t>
            </w:r>
            <w:proofErr w:type="spellStart"/>
            <w:r w:rsidRPr="0004529F">
              <w:rPr>
                <w:rFonts w:cs="Times New Roman"/>
                <w:szCs w:val="24"/>
              </w:rPr>
              <w:t>acceptă</w:t>
            </w:r>
            <w:proofErr w:type="spellEnd"/>
          </w:p>
        </w:tc>
      </w:tr>
      <w:tr w:rsidR="0022270F" w:rsidRPr="0004529F" w:rsidTr="0004529F">
        <w:trPr>
          <w:cantSplit/>
          <w:jc w:val="center"/>
        </w:trPr>
        <w:tc>
          <w:tcPr>
            <w:tcW w:w="9513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proofErr w:type="spellStart"/>
            <w:r w:rsidRPr="0004529F">
              <w:rPr>
                <w:rFonts w:cs="Times New Roman"/>
                <w:szCs w:val="24"/>
              </w:rPr>
              <w:t>plățile</w:t>
            </w:r>
            <w:proofErr w:type="spellEnd"/>
            <w:r w:rsidRPr="0004529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</w:rPr>
              <w:t>electronice</w:t>
            </w:r>
            <w:proofErr w:type="spellEnd"/>
          </w:p>
        </w:tc>
        <w:tc>
          <w:tcPr>
            <w:tcW w:w="4946" w:type="dxa"/>
            <w:vAlign w:val="center"/>
          </w:tcPr>
          <w:p w:rsidR="0022270F" w:rsidRPr="0004529F" w:rsidRDefault="00374C8A" w:rsidP="00531B9B">
            <w:pPr>
              <w:ind w:left="284"/>
              <w:rPr>
                <w:rFonts w:cs="Times New Roman"/>
                <w:szCs w:val="24"/>
              </w:rPr>
            </w:pPr>
            <w:r w:rsidRPr="0004529F">
              <w:rPr>
                <w:rFonts w:cs="Times New Roman"/>
                <w:szCs w:val="24"/>
              </w:rPr>
              <w:t xml:space="preserve">Se </w:t>
            </w:r>
            <w:proofErr w:type="spellStart"/>
            <w:r w:rsidRPr="0004529F">
              <w:rPr>
                <w:rFonts w:cs="Times New Roman"/>
                <w:szCs w:val="24"/>
              </w:rPr>
              <w:t>acceptă</w:t>
            </w:r>
            <w:proofErr w:type="spellEnd"/>
          </w:p>
        </w:tc>
      </w:tr>
    </w:tbl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40. </w:t>
      </w:r>
      <w:proofErr w:type="spellStart"/>
      <w:r w:rsidRPr="0004529F">
        <w:rPr>
          <w:rFonts w:cs="Times New Roman"/>
          <w:b/>
          <w:szCs w:val="24"/>
        </w:rPr>
        <w:t>Contractul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intră</w:t>
      </w:r>
      <w:proofErr w:type="spellEnd"/>
      <w:r w:rsidRPr="0004529F">
        <w:rPr>
          <w:rFonts w:cs="Times New Roman"/>
          <w:b/>
          <w:szCs w:val="24"/>
        </w:rPr>
        <w:t xml:space="preserve"> sub </w:t>
      </w:r>
      <w:proofErr w:type="spellStart"/>
      <w:r w:rsidRPr="0004529F">
        <w:rPr>
          <w:rFonts w:cs="Times New Roman"/>
          <w:b/>
          <w:szCs w:val="24"/>
        </w:rPr>
        <w:t>incidența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Acordului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privind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achizițiile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guvernamentale</w:t>
      </w:r>
      <w:proofErr w:type="spellEnd"/>
      <w:r w:rsidRPr="0004529F">
        <w:rPr>
          <w:rFonts w:cs="Times New Roman"/>
          <w:b/>
          <w:szCs w:val="24"/>
        </w:rPr>
        <w:t xml:space="preserve"> al OMC: </w:t>
      </w:r>
      <w:r w:rsidR="001B08D7" w:rsidRPr="0004529F">
        <w:rPr>
          <w:rFonts w:cs="Times New Roman"/>
          <w:szCs w:val="24"/>
        </w:rPr>
        <w:t>N</w:t>
      </w:r>
      <w:r w:rsidRPr="0004529F">
        <w:rPr>
          <w:rFonts w:cs="Times New Roman"/>
          <w:szCs w:val="24"/>
        </w:rPr>
        <w:t>u.</w:t>
      </w:r>
    </w:p>
    <w:p w:rsidR="006E0A3D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 xml:space="preserve">41. Alte </w:t>
      </w:r>
      <w:proofErr w:type="spellStart"/>
      <w:r w:rsidRPr="0004529F">
        <w:rPr>
          <w:rFonts w:cs="Times New Roman"/>
          <w:b/>
          <w:szCs w:val="24"/>
        </w:rPr>
        <w:t>informații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relevante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proofErr w:type="spellStart"/>
      <w:r w:rsidRPr="0004529F">
        <w:rPr>
          <w:rFonts w:cs="Times New Roman"/>
          <w:b/>
          <w:szCs w:val="24"/>
        </w:rPr>
        <w:t>Termenul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pentru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solicitarea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clarificărilor</w:t>
      </w:r>
      <w:proofErr w:type="spellEnd"/>
      <w:r w:rsidRPr="0004529F">
        <w:rPr>
          <w:rFonts w:cs="Times New Roman"/>
          <w:b/>
          <w:szCs w:val="24"/>
        </w:rPr>
        <w:t xml:space="preserve">: 3 </w:t>
      </w:r>
      <w:proofErr w:type="spellStart"/>
      <w:r w:rsidRPr="0004529F">
        <w:rPr>
          <w:rFonts w:cs="Times New Roman"/>
          <w:b/>
          <w:szCs w:val="24"/>
        </w:rPr>
        <w:t>zile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până</w:t>
      </w:r>
      <w:proofErr w:type="spellEnd"/>
      <w:r w:rsidRPr="0004529F">
        <w:rPr>
          <w:rFonts w:cs="Times New Roman"/>
          <w:b/>
          <w:szCs w:val="24"/>
        </w:rPr>
        <w:t xml:space="preserve"> la </w:t>
      </w:r>
      <w:proofErr w:type="spellStart"/>
      <w:r w:rsidRPr="0004529F">
        <w:rPr>
          <w:rFonts w:cs="Times New Roman"/>
          <w:b/>
          <w:szCs w:val="24"/>
        </w:rPr>
        <w:t>termenul-limită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depunere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gramStart"/>
      <w:r w:rsidRPr="0004529F">
        <w:rPr>
          <w:rFonts w:cs="Times New Roman"/>
          <w:b/>
          <w:szCs w:val="24"/>
        </w:rPr>
        <w:t>a</w:t>
      </w:r>
      <w:proofErr w:type="gram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ofertelor</w:t>
      </w:r>
      <w:proofErr w:type="spellEnd"/>
      <w:r w:rsidRPr="0004529F">
        <w:rPr>
          <w:rFonts w:cs="Times New Roman"/>
          <w:b/>
          <w:szCs w:val="24"/>
        </w:rPr>
        <w:t xml:space="preserve">. </w:t>
      </w:r>
      <w:proofErr w:type="spellStart"/>
      <w:r w:rsidRPr="0004529F">
        <w:rPr>
          <w:rFonts w:cs="Times New Roman"/>
          <w:b/>
          <w:szCs w:val="24"/>
        </w:rPr>
        <w:t>Toate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documentele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vor</w:t>
      </w:r>
      <w:proofErr w:type="spellEnd"/>
      <w:r w:rsidRPr="0004529F">
        <w:rPr>
          <w:rFonts w:cs="Times New Roman"/>
          <w:b/>
          <w:szCs w:val="24"/>
        </w:rPr>
        <w:t xml:space="preserve"> fi </w:t>
      </w:r>
      <w:proofErr w:type="spellStart"/>
      <w:r w:rsidRPr="0004529F">
        <w:rPr>
          <w:rFonts w:cs="Times New Roman"/>
          <w:b/>
          <w:szCs w:val="24"/>
        </w:rPr>
        <w:t>semnate</w:t>
      </w:r>
      <w:proofErr w:type="spellEnd"/>
      <w:r w:rsidRPr="0004529F">
        <w:rPr>
          <w:rFonts w:cs="Times New Roman"/>
          <w:b/>
          <w:szCs w:val="24"/>
        </w:rPr>
        <w:t xml:space="preserve"> electronic de </w:t>
      </w:r>
      <w:proofErr w:type="spellStart"/>
      <w:r w:rsidRPr="0004529F">
        <w:rPr>
          <w:rFonts w:cs="Times New Roman"/>
          <w:b/>
          <w:szCs w:val="24"/>
        </w:rPr>
        <w:t>către</w:t>
      </w:r>
      <w:proofErr w:type="spellEnd"/>
      <w:r w:rsidRPr="0004529F">
        <w:rPr>
          <w:rFonts w:cs="Times New Roman"/>
          <w:b/>
          <w:szCs w:val="24"/>
        </w:rPr>
        <w:t xml:space="preserve"> participant.</w:t>
      </w:r>
    </w:p>
    <w:p w:rsidR="00A20347" w:rsidRPr="0004529F" w:rsidRDefault="00A20347" w:rsidP="00531B9B">
      <w:pPr>
        <w:spacing w:after="0" w:line="240" w:lineRule="auto"/>
        <w:ind w:left="284"/>
        <w:rPr>
          <w:rFonts w:cs="Times New Roman"/>
          <w:b/>
          <w:szCs w:val="24"/>
        </w:rPr>
      </w:pPr>
    </w:p>
    <w:p w:rsidR="00BD4525" w:rsidRPr="0004529F" w:rsidRDefault="00374C8A" w:rsidP="00BD4525">
      <w:pPr>
        <w:spacing w:after="0" w:line="240" w:lineRule="auto"/>
        <w:ind w:left="284"/>
        <w:rPr>
          <w:rFonts w:cs="Times New Roman"/>
          <w:szCs w:val="24"/>
        </w:rPr>
      </w:pPr>
      <w:proofErr w:type="spellStart"/>
      <w:r w:rsidRPr="0004529F">
        <w:rPr>
          <w:rFonts w:cs="Times New Roman"/>
          <w:b/>
          <w:szCs w:val="24"/>
        </w:rPr>
        <w:t>Conducătorul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grupului</w:t>
      </w:r>
      <w:proofErr w:type="spellEnd"/>
      <w:r w:rsidRPr="0004529F">
        <w:rPr>
          <w:rFonts w:cs="Times New Roman"/>
          <w:b/>
          <w:szCs w:val="24"/>
        </w:rPr>
        <w:t xml:space="preserve"> de </w:t>
      </w:r>
      <w:proofErr w:type="spellStart"/>
      <w:r w:rsidRPr="0004529F">
        <w:rPr>
          <w:rFonts w:cs="Times New Roman"/>
          <w:b/>
          <w:szCs w:val="24"/>
        </w:rPr>
        <w:t>lucru</w:t>
      </w:r>
      <w:proofErr w:type="spellEnd"/>
      <w:r w:rsidRPr="0004529F">
        <w:rPr>
          <w:rFonts w:cs="Times New Roman"/>
          <w:b/>
          <w:szCs w:val="24"/>
        </w:rPr>
        <w:t xml:space="preserve">: </w:t>
      </w:r>
      <w:r w:rsidRPr="0004529F">
        <w:rPr>
          <w:rFonts w:cs="Times New Roman"/>
          <w:szCs w:val="24"/>
        </w:rPr>
        <w:t xml:space="preserve">________________________ </w:t>
      </w:r>
      <w:r w:rsidR="000B6594" w:rsidRPr="0004529F">
        <w:rPr>
          <w:rFonts w:cs="Times New Roman"/>
          <w:szCs w:val="24"/>
        </w:rPr>
        <w:tab/>
      </w:r>
      <w:r w:rsidR="00BD4525" w:rsidRPr="0004529F">
        <w:rPr>
          <w:rFonts w:cs="Times New Roman"/>
          <w:szCs w:val="24"/>
        </w:rPr>
        <w:t>Nicolae JELAMSCHI</w:t>
      </w:r>
    </w:p>
    <w:p w:rsidR="0022270F" w:rsidRPr="0004529F" w:rsidRDefault="000B6594" w:rsidP="00D92004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 w:val="18"/>
          <w:szCs w:val="24"/>
        </w:rPr>
        <w:tab/>
      </w:r>
      <w:r w:rsidR="00A20347" w:rsidRPr="0004529F">
        <w:rPr>
          <w:rFonts w:cs="Times New Roman"/>
          <w:sz w:val="18"/>
          <w:szCs w:val="24"/>
        </w:rPr>
        <w:tab/>
      </w:r>
      <w:r w:rsidR="00A20347" w:rsidRPr="0004529F">
        <w:rPr>
          <w:rFonts w:cs="Times New Roman"/>
          <w:sz w:val="18"/>
          <w:szCs w:val="24"/>
        </w:rPr>
        <w:tab/>
      </w:r>
      <w:r w:rsidR="00374C8A" w:rsidRPr="0004529F">
        <w:rPr>
          <w:rFonts w:cs="Times New Roman"/>
          <w:sz w:val="18"/>
          <w:szCs w:val="24"/>
        </w:rPr>
        <w:t>Executor: Vladimir Vornic</w:t>
      </w:r>
    </w:p>
    <w:p w:rsidR="0022270F" w:rsidRPr="0004529F" w:rsidRDefault="00374C8A" w:rsidP="00531B9B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 w:val="18"/>
          <w:szCs w:val="24"/>
        </w:rPr>
        <w:t>Tel.: 067493406</w:t>
      </w:r>
    </w:p>
    <w:p w:rsidR="00BD4525" w:rsidRPr="0004529F" w:rsidRDefault="00374C8A" w:rsidP="00531B9B">
      <w:pPr>
        <w:spacing w:after="0" w:line="240" w:lineRule="auto"/>
        <w:ind w:left="284"/>
        <w:rPr>
          <w:rStyle w:val="Hyperlink"/>
          <w:rFonts w:cs="Times New Roman"/>
          <w:szCs w:val="24"/>
        </w:rPr>
        <w:sectPr w:rsidR="00BD4525" w:rsidRPr="0004529F" w:rsidSect="00A20347">
          <w:pgSz w:w="16838" w:h="11906" w:orient="landscape"/>
          <w:pgMar w:top="1134" w:right="850" w:bottom="1134" w:left="1701" w:header="709" w:footer="709" w:gutter="0"/>
          <w:cols w:space="720"/>
          <w:docGrid w:linePitch="326"/>
        </w:sectPr>
      </w:pPr>
      <w:r w:rsidRPr="0004529F">
        <w:rPr>
          <w:rFonts w:cs="Times New Roman"/>
          <w:sz w:val="18"/>
          <w:szCs w:val="24"/>
        </w:rPr>
        <w:t xml:space="preserve">e-mail: </w:t>
      </w:r>
      <w:r w:rsidR="00FF1E07" w:rsidRPr="0004529F">
        <w:rPr>
          <w:rFonts w:cs="Times New Roman"/>
          <w:sz w:val="18"/>
          <w:szCs w:val="24"/>
        </w:rPr>
        <w:t>achizitii@ansp.gov.md</w:t>
      </w:r>
    </w:p>
    <w:p w:rsidR="00BD4525" w:rsidRPr="0004529F" w:rsidRDefault="00BD4525" w:rsidP="00BD4525">
      <w:pPr>
        <w:spacing w:after="0" w:line="240" w:lineRule="auto"/>
        <w:ind w:left="284"/>
        <w:jc w:val="right"/>
        <w:rPr>
          <w:rFonts w:cs="Times New Roman"/>
          <w:bCs/>
          <w:szCs w:val="24"/>
        </w:rPr>
      </w:pPr>
      <w:proofErr w:type="spellStart"/>
      <w:r w:rsidRPr="0004529F">
        <w:rPr>
          <w:rFonts w:cs="Times New Roman"/>
          <w:bCs/>
          <w:szCs w:val="24"/>
        </w:rPr>
        <w:lastRenderedPageBreak/>
        <w:t>Anexa</w:t>
      </w:r>
      <w:proofErr w:type="spellEnd"/>
      <w:r w:rsidRPr="0004529F">
        <w:rPr>
          <w:rFonts w:cs="Times New Roman"/>
          <w:bCs/>
          <w:szCs w:val="24"/>
        </w:rPr>
        <w:t xml:space="preserve"> nr. 1</w:t>
      </w:r>
    </w:p>
    <w:p w:rsidR="00BD4525" w:rsidRPr="0004529F" w:rsidRDefault="00BD4525" w:rsidP="00BD4525">
      <w:pPr>
        <w:spacing w:after="0" w:line="240" w:lineRule="auto"/>
        <w:ind w:left="284"/>
        <w:jc w:val="center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>CERERE DE PARTICIPARE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Către</w:t>
      </w:r>
      <w:proofErr w:type="spellEnd"/>
      <w:r w:rsidRPr="0004529F">
        <w:rPr>
          <w:rFonts w:cs="Times New Roman"/>
          <w:szCs w:val="24"/>
        </w:rPr>
        <w:t xml:space="preserve"> [</w:t>
      </w:r>
      <w:proofErr w:type="spellStart"/>
      <w:r w:rsidRPr="0004529F">
        <w:rPr>
          <w:rFonts w:cs="Times New Roman"/>
          <w:szCs w:val="24"/>
        </w:rPr>
        <w:t>denumirea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autorității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contractante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adresa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completă</w:t>
      </w:r>
      <w:proofErr w:type="spellEnd"/>
      <w:r w:rsidRPr="0004529F">
        <w:rPr>
          <w:rFonts w:cs="Times New Roman"/>
          <w:szCs w:val="24"/>
        </w:rPr>
        <w:t>]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Stimaţi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domni</w:t>
      </w:r>
      <w:proofErr w:type="spellEnd"/>
      <w:r w:rsidRPr="0004529F">
        <w:rPr>
          <w:rFonts w:cs="Times New Roman"/>
          <w:szCs w:val="24"/>
        </w:rPr>
        <w:t>,</w:t>
      </w:r>
    </w:p>
    <w:p w:rsidR="00BD4525" w:rsidRPr="0004529F" w:rsidRDefault="00BD4525" w:rsidP="00BD4525">
      <w:pPr>
        <w:spacing w:after="0" w:line="240" w:lineRule="auto"/>
        <w:ind w:left="284"/>
        <w:jc w:val="both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Ca </w:t>
      </w:r>
      <w:proofErr w:type="spellStart"/>
      <w:r w:rsidRPr="0004529F">
        <w:rPr>
          <w:rFonts w:cs="Times New Roman"/>
          <w:szCs w:val="24"/>
        </w:rPr>
        <w:t>urmare</w:t>
      </w:r>
      <w:proofErr w:type="spellEnd"/>
      <w:r w:rsidRPr="0004529F">
        <w:rPr>
          <w:rFonts w:cs="Times New Roman"/>
          <w:szCs w:val="24"/>
        </w:rPr>
        <w:t xml:space="preserve"> a </w:t>
      </w:r>
      <w:proofErr w:type="spellStart"/>
      <w:r w:rsidRPr="0004529F">
        <w:rPr>
          <w:rFonts w:cs="Times New Roman"/>
          <w:szCs w:val="24"/>
        </w:rPr>
        <w:t>invitației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participare</w:t>
      </w:r>
      <w:proofErr w:type="spellEnd"/>
      <w:r w:rsidRPr="0004529F">
        <w:rPr>
          <w:rFonts w:cs="Times New Roman"/>
          <w:szCs w:val="24"/>
        </w:rPr>
        <w:t xml:space="preserve"> din [</w:t>
      </w:r>
      <w:proofErr w:type="spellStart"/>
      <w:r w:rsidRPr="0004529F">
        <w:rPr>
          <w:rFonts w:cs="Times New Roman"/>
          <w:szCs w:val="24"/>
        </w:rPr>
        <w:t>ziua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luna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anul</w:t>
      </w:r>
      <w:proofErr w:type="spellEnd"/>
      <w:r w:rsidRPr="0004529F">
        <w:rPr>
          <w:rFonts w:cs="Times New Roman"/>
          <w:szCs w:val="24"/>
        </w:rPr>
        <w:t xml:space="preserve">], </w:t>
      </w:r>
      <w:proofErr w:type="spellStart"/>
      <w:r w:rsidRPr="0004529F">
        <w:rPr>
          <w:rFonts w:cs="Times New Roman"/>
          <w:szCs w:val="24"/>
        </w:rPr>
        <w:t>privind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aplicarea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procedurii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pentru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atribuirea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contractului</w:t>
      </w:r>
      <w:proofErr w:type="spellEnd"/>
      <w:r w:rsidRPr="0004529F">
        <w:rPr>
          <w:rFonts w:cs="Times New Roman"/>
          <w:szCs w:val="24"/>
        </w:rPr>
        <w:t xml:space="preserve"> [</w:t>
      </w:r>
      <w:proofErr w:type="spellStart"/>
      <w:r w:rsidRPr="0004529F">
        <w:rPr>
          <w:rFonts w:cs="Times New Roman"/>
          <w:szCs w:val="24"/>
        </w:rPr>
        <w:t>denumirea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contractului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achiziție</w:t>
      </w:r>
      <w:proofErr w:type="spellEnd"/>
      <w:r w:rsidRPr="0004529F">
        <w:rPr>
          <w:rFonts w:cs="Times New Roman"/>
          <w:szCs w:val="24"/>
        </w:rPr>
        <w:t xml:space="preserve">], </w:t>
      </w:r>
      <w:proofErr w:type="spellStart"/>
      <w:r w:rsidRPr="0004529F">
        <w:rPr>
          <w:rFonts w:cs="Times New Roman"/>
          <w:szCs w:val="24"/>
        </w:rPr>
        <w:t>noi</w:t>
      </w:r>
      <w:proofErr w:type="spellEnd"/>
      <w:r w:rsidRPr="0004529F">
        <w:rPr>
          <w:rFonts w:cs="Times New Roman"/>
          <w:szCs w:val="24"/>
        </w:rPr>
        <w:t xml:space="preserve"> [</w:t>
      </w:r>
      <w:proofErr w:type="spellStart"/>
      <w:r w:rsidRPr="0004529F">
        <w:rPr>
          <w:rFonts w:cs="Times New Roman"/>
          <w:szCs w:val="24"/>
        </w:rPr>
        <w:t>denumirea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numele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ofertantului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candidatului</w:t>
      </w:r>
      <w:proofErr w:type="spellEnd"/>
      <w:r w:rsidRPr="0004529F">
        <w:rPr>
          <w:rFonts w:cs="Times New Roman"/>
          <w:szCs w:val="24"/>
        </w:rPr>
        <w:t xml:space="preserve">], am </w:t>
      </w:r>
      <w:proofErr w:type="spellStart"/>
      <w:r w:rsidRPr="0004529F">
        <w:rPr>
          <w:rFonts w:cs="Times New Roman"/>
          <w:szCs w:val="24"/>
        </w:rPr>
        <w:t>luat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cunoştinţă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condițiile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cerințele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expuse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documentația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atribuire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exprimăm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prin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prezenta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interesul</w:t>
      </w:r>
      <w:proofErr w:type="spellEnd"/>
      <w:r w:rsidRPr="0004529F">
        <w:rPr>
          <w:rFonts w:cs="Times New Roman"/>
          <w:szCs w:val="24"/>
        </w:rPr>
        <w:t xml:space="preserve"> de a </w:t>
      </w:r>
      <w:proofErr w:type="spellStart"/>
      <w:r w:rsidRPr="0004529F">
        <w:rPr>
          <w:rFonts w:cs="Times New Roman"/>
          <w:szCs w:val="24"/>
        </w:rPr>
        <w:t>participa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calitate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ofertant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candidat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neavând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obiecții</w:t>
      </w:r>
      <w:proofErr w:type="spellEnd"/>
      <w:r w:rsidRPr="0004529F">
        <w:rPr>
          <w:rFonts w:cs="Times New Roman"/>
          <w:szCs w:val="24"/>
        </w:rPr>
        <w:t xml:space="preserve"> la </w:t>
      </w:r>
      <w:proofErr w:type="spellStart"/>
      <w:r w:rsidRPr="0004529F">
        <w:rPr>
          <w:rFonts w:cs="Times New Roman"/>
          <w:szCs w:val="24"/>
        </w:rPr>
        <w:t>documentația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atribuire</w:t>
      </w:r>
      <w:proofErr w:type="spellEnd"/>
      <w:r w:rsidRPr="0004529F">
        <w:rPr>
          <w:rFonts w:cs="Times New Roman"/>
          <w:szCs w:val="24"/>
        </w:rPr>
        <w:t>.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Data </w:t>
      </w:r>
      <w:proofErr w:type="spellStart"/>
      <w:r w:rsidRPr="0004529F">
        <w:rPr>
          <w:rFonts w:cs="Times New Roman"/>
          <w:szCs w:val="24"/>
        </w:rPr>
        <w:t>completării</w:t>
      </w:r>
      <w:proofErr w:type="spellEnd"/>
      <w:r w:rsidRPr="0004529F">
        <w:rPr>
          <w:rFonts w:cs="Times New Roman"/>
          <w:szCs w:val="24"/>
        </w:rPr>
        <w:t xml:space="preserve"> [data]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Cu </w:t>
      </w:r>
      <w:proofErr w:type="spellStart"/>
      <w:r w:rsidRPr="0004529F">
        <w:rPr>
          <w:rFonts w:cs="Times New Roman"/>
          <w:szCs w:val="24"/>
        </w:rPr>
        <w:t>stimă</w:t>
      </w:r>
      <w:proofErr w:type="spellEnd"/>
      <w:r w:rsidRPr="0004529F">
        <w:rPr>
          <w:rFonts w:cs="Times New Roman"/>
          <w:szCs w:val="24"/>
        </w:rPr>
        <w:t>,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Ofertant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candidat</w:t>
      </w:r>
      <w:proofErr w:type="spellEnd"/>
      <w:r w:rsidRPr="0004529F">
        <w:rPr>
          <w:rFonts w:cs="Times New Roman"/>
          <w:szCs w:val="24"/>
        </w:rPr>
        <w:t xml:space="preserve"> [</w:t>
      </w:r>
      <w:proofErr w:type="spellStart"/>
      <w:r w:rsidRPr="0004529F">
        <w:rPr>
          <w:rFonts w:cs="Times New Roman"/>
          <w:szCs w:val="24"/>
        </w:rPr>
        <w:t>denumirea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operatorului</w:t>
      </w:r>
      <w:proofErr w:type="spellEnd"/>
      <w:r w:rsidRPr="0004529F">
        <w:rPr>
          <w:rFonts w:cs="Times New Roman"/>
          <w:szCs w:val="24"/>
        </w:rPr>
        <w:t xml:space="preserve"> economic]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>[</w:t>
      </w:r>
      <w:proofErr w:type="spellStart"/>
      <w:r w:rsidRPr="0004529F">
        <w:rPr>
          <w:rFonts w:cs="Times New Roman"/>
          <w:szCs w:val="24"/>
        </w:rPr>
        <w:t>semnătura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autorizată</w:t>
      </w:r>
      <w:proofErr w:type="spellEnd"/>
      <w:r w:rsidRPr="0004529F">
        <w:rPr>
          <w:rFonts w:cs="Times New Roman"/>
          <w:szCs w:val="24"/>
        </w:rPr>
        <w:t>]</w:t>
      </w:r>
    </w:p>
    <w:p w:rsidR="00BD4525" w:rsidRPr="0004529F" w:rsidRDefault="00BD4525" w:rsidP="00BD4525">
      <w:pPr>
        <w:spacing w:after="0" w:line="240" w:lineRule="auto"/>
        <w:ind w:left="284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br w:type="page"/>
      </w:r>
    </w:p>
    <w:p w:rsidR="00BD4525" w:rsidRPr="0004529F" w:rsidRDefault="00BD4525" w:rsidP="00531B9B">
      <w:pPr>
        <w:spacing w:after="0" w:line="240" w:lineRule="auto"/>
        <w:ind w:left="284"/>
        <w:rPr>
          <w:rStyle w:val="Hyperlink"/>
          <w:rFonts w:cs="Times New Roman"/>
          <w:szCs w:val="24"/>
        </w:rPr>
        <w:sectPr w:rsidR="00BD4525" w:rsidRPr="0004529F" w:rsidSect="00A20347">
          <w:pgSz w:w="16838" w:h="11906" w:orient="landscape"/>
          <w:pgMar w:top="1134" w:right="850" w:bottom="1134" w:left="1701" w:header="709" w:footer="709" w:gutter="0"/>
          <w:cols w:space="720"/>
          <w:docGrid w:linePitch="326"/>
        </w:sectPr>
      </w:pPr>
    </w:p>
    <w:p w:rsidR="00BD4525" w:rsidRPr="0004529F" w:rsidRDefault="00BD4525" w:rsidP="00531B9B">
      <w:pPr>
        <w:spacing w:after="0" w:line="240" w:lineRule="auto"/>
        <w:ind w:left="284"/>
        <w:rPr>
          <w:rFonts w:cs="Times New Roman"/>
          <w:bCs/>
          <w:szCs w:val="24"/>
        </w:rPr>
      </w:pPr>
    </w:p>
    <w:p w:rsidR="00127E6A" w:rsidRPr="0004529F" w:rsidRDefault="00127E6A" w:rsidP="00B8159E">
      <w:pPr>
        <w:spacing w:after="0" w:line="240" w:lineRule="auto"/>
        <w:ind w:left="284"/>
        <w:jc w:val="right"/>
        <w:rPr>
          <w:rFonts w:cs="Times New Roman"/>
          <w:bCs/>
          <w:szCs w:val="24"/>
        </w:rPr>
      </w:pPr>
      <w:proofErr w:type="spellStart"/>
      <w:r w:rsidRPr="0004529F">
        <w:rPr>
          <w:rFonts w:cs="Times New Roman"/>
          <w:bCs/>
          <w:szCs w:val="24"/>
        </w:rPr>
        <w:t>Anexa</w:t>
      </w:r>
      <w:proofErr w:type="spellEnd"/>
      <w:r w:rsidRPr="0004529F">
        <w:rPr>
          <w:rFonts w:cs="Times New Roman"/>
          <w:bCs/>
          <w:szCs w:val="24"/>
        </w:rPr>
        <w:t xml:space="preserve"> nr. 2 </w:t>
      </w:r>
    </w:p>
    <w:p w:rsidR="00127E6A" w:rsidRPr="0004529F" w:rsidRDefault="00127E6A" w:rsidP="00531B9B">
      <w:pPr>
        <w:spacing w:after="0" w:line="240" w:lineRule="auto"/>
        <w:ind w:left="284"/>
        <w:rPr>
          <w:rFonts w:cs="Times New Roman"/>
          <w:szCs w:val="24"/>
        </w:rPr>
      </w:pPr>
      <w:proofErr w:type="spellStart"/>
      <w:r w:rsidRPr="0004529F">
        <w:rPr>
          <w:rFonts w:cs="Times New Roman"/>
          <w:b/>
          <w:bCs/>
          <w:szCs w:val="24"/>
        </w:rPr>
        <w:t>Specificaţii</w:t>
      </w:r>
      <w:proofErr w:type="spellEnd"/>
      <w:r w:rsidRPr="0004529F">
        <w:rPr>
          <w:rFonts w:cs="Times New Roman"/>
          <w:b/>
          <w:bCs/>
          <w:szCs w:val="24"/>
        </w:rPr>
        <w:t xml:space="preserve"> </w:t>
      </w:r>
      <w:proofErr w:type="spellStart"/>
      <w:r w:rsidRPr="0004529F">
        <w:rPr>
          <w:rFonts w:cs="Times New Roman"/>
          <w:b/>
          <w:bCs/>
          <w:szCs w:val="24"/>
        </w:rPr>
        <w:t>tehnice</w:t>
      </w:r>
      <w:proofErr w:type="spellEnd"/>
      <w:r w:rsidRPr="0004529F">
        <w:rPr>
          <w:rFonts w:cs="Times New Roman"/>
          <w:szCs w:val="24"/>
        </w:rPr>
        <w:t> </w:t>
      </w:r>
    </w:p>
    <w:p w:rsidR="00127E6A" w:rsidRPr="0004529F" w:rsidRDefault="00127E6A" w:rsidP="00531B9B">
      <w:pPr>
        <w:spacing w:after="0" w:line="240" w:lineRule="auto"/>
        <w:ind w:left="284"/>
        <w:rPr>
          <w:rFonts w:cs="Times New Roman"/>
          <w:i/>
          <w:iCs/>
          <w:szCs w:val="24"/>
        </w:rPr>
      </w:pPr>
      <w:r w:rsidRPr="0004529F">
        <w:rPr>
          <w:rFonts w:cs="Times New Roman"/>
          <w:i/>
          <w:iCs/>
          <w:szCs w:val="24"/>
        </w:rPr>
        <w:t>[</w:t>
      </w:r>
      <w:proofErr w:type="spellStart"/>
      <w:r w:rsidRPr="0004529F">
        <w:rPr>
          <w:rFonts w:cs="Times New Roman"/>
          <w:i/>
          <w:iCs/>
          <w:szCs w:val="24"/>
        </w:rPr>
        <w:t>Acest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tabel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va</w:t>
      </w:r>
      <w:proofErr w:type="spellEnd"/>
      <w:r w:rsidRPr="0004529F">
        <w:rPr>
          <w:rFonts w:cs="Times New Roman"/>
          <w:i/>
          <w:iCs/>
          <w:szCs w:val="24"/>
        </w:rPr>
        <w:t xml:space="preserve"> fi </w:t>
      </w:r>
      <w:proofErr w:type="spellStart"/>
      <w:r w:rsidRPr="0004529F">
        <w:rPr>
          <w:rFonts w:cs="Times New Roman"/>
          <w:i/>
          <w:iCs/>
          <w:szCs w:val="24"/>
        </w:rPr>
        <w:t>completat</w:t>
      </w:r>
      <w:proofErr w:type="spellEnd"/>
      <w:r w:rsidRPr="0004529F">
        <w:rPr>
          <w:rFonts w:cs="Times New Roman"/>
          <w:i/>
          <w:iCs/>
          <w:szCs w:val="24"/>
        </w:rPr>
        <w:t xml:space="preserve"> de </w:t>
      </w:r>
      <w:proofErr w:type="spellStart"/>
      <w:r w:rsidRPr="0004529F">
        <w:rPr>
          <w:rFonts w:cs="Times New Roman"/>
          <w:i/>
          <w:iCs/>
          <w:szCs w:val="24"/>
        </w:rPr>
        <w:t>către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ofertant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în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coloanele</w:t>
      </w:r>
      <w:proofErr w:type="spellEnd"/>
      <w:r w:rsidRPr="0004529F">
        <w:rPr>
          <w:rFonts w:cs="Times New Roman"/>
          <w:i/>
          <w:iCs/>
          <w:szCs w:val="24"/>
        </w:rPr>
        <w:t xml:space="preserve"> 2, 3, 4, 6, 7, </w:t>
      </w:r>
    </w:p>
    <w:p w:rsidR="00127E6A" w:rsidRPr="0004529F" w:rsidRDefault="00127E6A" w:rsidP="00531B9B">
      <w:pPr>
        <w:spacing w:after="0" w:line="240" w:lineRule="auto"/>
        <w:ind w:left="284"/>
        <w:rPr>
          <w:rFonts w:cs="Times New Roman"/>
          <w:i/>
          <w:iCs/>
          <w:szCs w:val="24"/>
        </w:rPr>
      </w:pPr>
      <w:proofErr w:type="spellStart"/>
      <w:r w:rsidRPr="0004529F">
        <w:rPr>
          <w:rFonts w:cs="Times New Roman"/>
          <w:i/>
          <w:iCs/>
          <w:szCs w:val="24"/>
        </w:rPr>
        <w:t>iar</w:t>
      </w:r>
      <w:proofErr w:type="spellEnd"/>
      <w:r w:rsidRPr="0004529F">
        <w:rPr>
          <w:rFonts w:cs="Times New Roman"/>
          <w:i/>
          <w:iCs/>
          <w:szCs w:val="24"/>
        </w:rPr>
        <w:t xml:space="preserve"> de </w:t>
      </w:r>
      <w:proofErr w:type="spellStart"/>
      <w:r w:rsidRPr="0004529F">
        <w:rPr>
          <w:rFonts w:cs="Times New Roman"/>
          <w:i/>
          <w:iCs/>
          <w:szCs w:val="24"/>
        </w:rPr>
        <w:t>către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autoritatea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contractantă</w:t>
      </w:r>
      <w:proofErr w:type="spellEnd"/>
      <w:r w:rsidRPr="0004529F">
        <w:rPr>
          <w:rFonts w:cs="Times New Roman"/>
          <w:i/>
          <w:iCs/>
          <w:szCs w:val="24"/>
        </w:rPr>
        <w:t xml:space="preserve"> – </w:t>
      </w:r>
      <w:proofErr w:type="spellStart"/>
      <w:r w:rsidRPr="0004529F">
        <w:rPr>
          <w:rFonts w:cs="Times New Roman"/>
          <w:i/>
          <w:iCs/>
          <w:szCs w:val="24"/>
        </w:rPr>
        <w:t>în</w:t>
      </w:r>
      <w:proofErr w:type="spellEnd"/>
      <w:r w:rsidRPr="0004529F">
        <w:rPr>
          <w:rFonts w:cs="Times New Roman"/>
          <w:i/>
          <w:iCs/>
          <w:szCs w:val="24"/>
        </w:rPr>
        <w:t xml:space="preserve"> </w:t>
      </w:r>
      <w:proofErr w:type="spellStart"/>
      <w:r w:rsidRPr="0004529F">
        <w:rPr>
          <w:rFonts w:cs="Times New Roman"/>
          <w:i/>
          <w:iCs/>
          <w:szCs w:val="24"/>
        </w:rPr>
        <w:t>coloanele</w:t>
      </w:r>
      <w:proofErr w:type="spellEnd"/>
      <w:r w:rsidRPr="0004529F">
        <w:rPr>
          <w:rFonts w:cs="Times New Roman"/>
          <w:i/>
          <w:iCs/>
          <w:szCs w:val="24"/>
        </w:rPr>
        <w:t xml:space="preserve"> 1, 5,]</w:t>
      </w:r>
    </w:p>
    <w:tbl>
      <w:tblPr>
        <w:tblStyle w:val="Tabelgril1"/>
        <w:tblpPr w:leftFromText="180" w:rightFromText="180" w:vertAnchor="text" w:horzAnchor="margin" w:tblpXSpec="center" w:tblpY="24"/>
        <w:tblW w:w="14601" w:type="dxa"/>
        <w:jc w:val="center"/>
        <w:tblInd w:w="0" w:type="dxa"/>
        <w:tblLook w:val="04A0" w:firstRow="1" w:lastRow="0" w:firstColumn="1" w:lastColumn="0" w:noHBand="0" w:noVBand="1"/>
      </w:tblPr>
      <w:tblGrid>
        <w:gridCol w:w="14601"/>
      </w:tblGrid>
      <w:tr w:rsidR="00127E6A" w:rsidRPr="0004529F" w:rsidTr="00127E6A">
        <w:trPr>
          <w:cantSplit/>
          <w:trHeight w:val="417"/>
          <w:jc w:val="center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ind w:left="284"/>
              <w:rPr>
                <w:szCs w:val="24"/>
              </w:rPr>
            </w:pPr>
            <w:proofErr w:type="spellStart"/>
            <w:r w:rsidRPr="0004529F">
              <w:rPr>
                <w:szCs w:val="24"/>
              </w:rPr>
              <w:t>Numărul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procedurii</w:t>
            </w:r>
            <w:proofErr w:type="spellEnd"/>
            <w:r w:rsidRPr="0004529F">
              <w:rPr>
                <w:szCs w:val="24"/>
              </w:rPr>
              <w:t xml:space="preserve"> de </w:t>
            </w:r>
            <w:proofErr w:type="spellStart"/>
            <w:r w:rsidRPr="0004529F">
              <w:rPr>
                <w:szCs w:val="24"/>
              </w:rPr>
              <w:t>achiziție</w:t>
            </w:r>
            <w:proofErr w:type="spellEnd"/>
            <w:r w:rsidRPr="0004529F">
              <w:rPr>
                <w:szCs w:val="24"/>
              </w:rPr>
              <w:t>______________din___________</w:t>
            </w:r>
          </w:p>
        </w:tc>
      </w:tr>
      <w:tr w:rsidR="00127E6A" w:rsidRPr="0004529F" w:rsidTr="00127E6A">
        <w:trPr>
          <w:cantSplit/>
          <w:trHeight w:val="616"/>
          <w:jc w:val="center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Obiectul achiziției: Rechizite de birou</w:t>
            </w:r>
          </w:p>
        </w:tc>
      </w:tr>
    </w:tbl>
    <w:p w:rsidR="00127E6A" w:rsidRPr="0004529F" w:rsidRDefault="00127E6A" w:rsidP="00531B9B">
      <w:pPr>
        <w:spacing w:after="0" w:line="240" w:lineRule="auto"/>
        <w:ind w:left="284"/>
        <w:rPr>
          <w:rFonts w:cs="Times New Roman"/>
          <w:szCs w:val="24"/>
        </w:rPr>
      </w:pPr>
    </w:p>
    <w:tbl>
      <w:tblPr>
        <w:tblStyle w:val="Tabelgril1"/>
        <w:tblpPr w:leftFromText="180" w:rightFromText="180" w:vertAnchor="text" w:horzAnchor="margin" w:tblpXSpec="center" w:tblpY="36"/>
        <w:tblW w:w="14734" w:type="dxa"/>
        <w:jc w:val="center"/>
        <w:tblInd w:w="0" w:type="dxa"/>
        <w:tblLook w:val="04A0" w:firstRow="1" w:lastRow="0" w:firstColumn="1" w:lastColumn="0" w:noHBand="0" w:noVBand="1"/>
      </w:tblPr>
      <w:tblGrid>
        <w:gridCol w:w="2594"/>
        <w:gridCol w:w="2435"/>
        <w:gridCol w:w="1243"/>
        <w:gridCol w:w="1874"/>
        <w:gridCol w:w="2980"/>
        <w:gridCol w:w="1753"/>
        <w:gridCol w:w="1855"/>
      </w:tblGrid>
      <w:tr w:rsidR="00127E6A" w:rsidRPr="0004529F" w:rsidTr="00127E6A">
        <w:trPr>
          <w:cantSplit/>
          <w:tblHeader/>
          <w:jc w:val="center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Denumirea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bunurilor</w:t>
            </w:r>
            <w:proofErr w:type="spellEnd"/>
            <w:r w:rsidRPr="0004529F">
              <w:rPr>
                <w:b/>
                <w:szCs w:val="24"/>
              </w:rPr>
              <w:t>/</w:t>
            </w:r>
            <w:proofErr w:type="spellStart"/>
            <w:r w:rsidRPr="0004529F">
              <w:rPr>
                <w:b/>
                <w:szCs w:val="24"/>
              </w:rPr>
              <w:t>serviciilor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Denumirea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modelului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bunului</w:t>
            </w:r>
            <w:proofErr w:type="spellEnd"/>
            <w:r w:rsidRPr="0004529F">
              <w:rPr>
                <w:b/>
                <w:szCs w:val="24"/>
              </w:rPr>
              <w:t>/</w:t>
            </w:r>
            <w:proofErr w:type="spellStart"/>
            <w:r w:rsidRPr="0004529F">
              <w:rPr>
                <w:b/>
                <w:szCs w:val="24"/>
              </w:rPr>
              <w:t>serviciului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Ţara</w:t>
            </w:r>
            <w:proofErr w:type="spellEnd"/>
            <w:r w:rsidRPr="0004529F">
              <w:rPr>
                <w:b/>
                <w:szCs w:val="24"/>
              </w:rPr>
              <w:t xml:space="preserve"> de </w:t>
            </w:r>
            <w:proofErr w:type="spellStart"/>
            <w:r w:rsidRPr="0004529F">
              <w:rPr>
                <w:b/>
                <w:szCs w:val="24"/>
              </w:rPr>
              <w:t>origine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Producătorul</w:t>
            </w:r>
            <w:proofErr w:type="spellEnd"/>
          </w:p>
        </w:tc>
        <w:tc>
          <w:tcPr>
            <w:tcW w:w="4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Specificarea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tehnică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deplină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solicitată</w:t>
            </w:r>
            <w:proofErr w:type="spellEnd"/>
            <w:r w:rsidRPr="0004529F">
              <w:rPr>
                <w:b/>
                <w:szCs w:val="24"/>
              </w:rPr>
              <w:t xml:space="preserve"> de </w:t>
            </w:r>
            <w:proofErr w:type="spellStart"/>
            <w:r w:rsidRPr="0004529F">
              <w:rPr>
                <w:b/>
                <w:szCs w:val="24"/>
              </w:rPr>
              <w:t>către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autoritatea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contractantă</w:t>
            </w:r>
            <w:proofErr w:type="spellEnd"/>
          </w:p>
        </w:tc>
        <w:tc>
          <w:tcPr>
            <w:tcW w:w="1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Specificarea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tehnică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deplină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propusă</w:t>
            </w:r>
            <w:proofErr w:type="spellEnd"/>
            <w:r w:rsidRPr="0004529F">
              <w:rPr>
                <w:b/>
                <w:szCs w:val="24"/>
              </w:rPr>
              <w:t xml:space="preserve"> de </w:t>
            </w:r>
            <w:proofErr w:type="spellStart"/>
            <w:r w:rsidRPr="0004529F">
              <w:rPr>
                <w:b/>
                <w:szCs w:val="24"/>
              </w:rPr>
              <w:t>către</w:t>
            </w:r>
            <w:proofErr w:type="spellEnd"/>
            <w:r w:rsidRPr="0004529F">
              <w:rPr>
                <w:b/>
                <w:szCs w:val="24"/>
              </w:rPr>
              <w:t xml:space="preserve"> </w:t>
            </w:r>
            <w:proofErr w:type="spellStart"/>
            <w:r w:rsidRPr="0004529F">
              <w:rPr>
                <w:b/>
                <w:szCs w:val="24"/>
              </w:rPr>
              <w:t>ofertant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vAlign w:val="center"/>
            <w:hideMark/>
          </w:tcPr>
          <w:p w:rsidR="00127E6A" w:rsidRPr="0004529F" w:rsidRDefault="00127E6A" w:rsidP="00531B9B">
            <w:pPr>
              <w:ind w:left="284"/>
              <w:jc w:val="center"/>
              <w:rPr>
                <w:szCs w:val="24"/>
              </w:rPr>
            </w:pPr>
            <w:proofErr w:type="spellStart"/>
            <w:r w:rsidRPr="0004529F">
              <w:rPr>
                <w:b/>
                <w:szCs w:val="24"/>
              </w:rPr>
              <w:t>Standarde</w:t>
            </w:r>
            <w:proofErr w:type="spellEnd"/>
            <w:r w:rsidRPr="0004529F">
              <w:rPr>
                <w:b/>
                <w:szCs w:val="24"/>
              </w:rPr>
              <w:t xml:space="preserve"> de </w:t>
            </w:r>
            <w:proofErr w:type="spellStart"/>
            <w:r w:rsidRPr="0004529F">
              <w:rPr>
                <w:b/>
                <w:szCs w:val="24"/>
              </w:rPr>
              <w:t>referinţă</w:t>
            </w:r>
            <w:proofErr w:type="spellEnd"/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1. Poz. 30 - Hârtie A4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500 coli/top, 80 g/mp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1 - Agendă A5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Copertă cartonată, ≥80 file, hârtie 70–80 g/mp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2 - Agendă nedatată A5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Copertă tare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3 - Ascuțitoare metalică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Corp metalic, 1 orificiu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4 - Ascuțitoare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 lamă, container plastic/metal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 xml:space="preserve">Conform cerințelor </w:t>
            </w:r>
            <w:r w:rsidRPr="0004529F">
              <w:rPr>
                <w:szCs w:val="24"/>
              </w:rPr>
              <w:lastRenderedPageBreak/>
              <w:t>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5 - Bandă adezivă 18×36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Transparentă, ≥36 m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6 - Bandă scotch 48×66 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Transparentă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7 - Bandă împachetare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45 mm × 300 m, transparentă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8 - Bandă dublă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24 × 10 m, transparentă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9 - Bandă adezivă 18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18 mm × 10 m, transparentă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10 - Binder clip 41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Metal, prindere puternică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11 - Binder clip 51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Metal, capacitate mare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12 - Caiet A5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24 file, hârtie 60–70 g/mp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13 - Capsator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≥20 coli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14 - Capsator mare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≥210 coli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15 - Capsator 24/6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10–15 foi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16 - Capse nr. 10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1000 buc/cutie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17 - Capse nr. 24/6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1000 buc/cutie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18 - Capse nr. 26/8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1000 buc/cutie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Lotul 2. Poz. 19 - Clame 25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Cutie plastic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ind w:left="284"/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ind w:left="284"/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20 - Clei tip creion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≥21 g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21 - Clei PVA 100 g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Adeziv universal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Conform cerințelor </w:t>
            </w:r>
            <w:r w:rsidRPr="0004529F">
              <w:rPr>
                <w:szCs w:val="24"/>
              </w:rPr>
              <w:lastRenderedPageBreak/>
              <w:t>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22 - Clame 28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Metal galvanizat, 100 buc/cutie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23 - Clame 50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Metal galvanizat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24 - Clame 78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Metal galvanizat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25 - Corector tip pix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≥12 ml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26 - Creion HB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Cu radieră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27 - Cub hârtie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90×90×90 mm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28 - Cuțit 18 mm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Lamă retractabilă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29 - Folii protecție A4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100 buc/set, ≥40 microni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31 - Hârtie notițe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75×75 mm, 400 </w:t>
            </w:r>
            <w:proofErr w:type="gramStart"/>
            <w:r w:rsidRPr="0004529F">
              <w:rPr>
                <w:szCs w:val="24"/>
              </w:rPr>
              <w:t>file</w:t>
            </w:r>
            <w:proofErr w:type="gramEnd"/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32 - Mapă carton A4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Carton ≥250 g/mp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33 - Mapă carton legătură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Carton dur, elastic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34 - Mapă plastic 2 inele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PP ≥500 microni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35 - Mapă bibliograf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50 </w:t>
            </w:r>
            <w:proofErr w:type="gramStart"/>
            <w:r w:rsidRPr="0004529F">
              <w:rPr>
                <w:szCs w:val="24"/>
              </w:rPr>
              <w:t>file</w:t>
            </w:r>
            <w:proofErr w:type="gramEnd"/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36 - Mapă plic cu buton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Format A4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37 - Mapă elastic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Plastic A4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38 - Mapă colț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Plastic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39 - Mapă semitransparentă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400 microni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Conform cerințelor </w:t>
            </w:r>
            <w:r w:rsidRPr="0004529F">
              <w:rPr>
                <w:szCs w:val="24"/>
              </w:rPr>
              <w:lastRenderedPageBreak/>
              <w:t>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40 - Mapă protecție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Transparentă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41 - Mapă boxă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40 mm, 700 microni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42 - Marker permanent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rotund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43 - Marker galben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teșit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44 - Marker oranj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teșit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45 - Marker verde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teșit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46 - Marker CD negru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fin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47 - Marker CD roșu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Vârf fin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48 - Textmarker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1–5 mm, galben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49 - Mine pix albastre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Set 10 buc.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50 - Mine pix negre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Set 10 buc.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51 - Mine pix roșii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Set 10 buc.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52 - Pix albastru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0,7 mm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53 - Pix transparent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Albastru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54 - Pix gel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Albastru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55 - Pix standard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Albastru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56 - Radieră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Cauciuc sintetic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Conform cerințelor </w:t>
            </w:r>
            <w:r w:rsidRPr="0004529F">
              <w:rPr>
                <w:szCs w:val="24"/>
              </w:rPr>
              <w:lastRenderedPageBreak/>
              <w:t>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Lotul 2. Poz. 57 - Registru 48 file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Copertă cartonată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58 - Registru 96 file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Copertă cartonată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59 - Riglă 30 cm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Lemn, gradare mm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60 - Set suport documente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3 compartimente metalice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61 - Sfoară arhivare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≥100 m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62 - Suport notițe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Plastic dur</w:t>
            </w: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Conform cerințelor caietului de sarcini</w:t>
            </w:r>
          </w:p>
        </w:tc>
      </w:tr>
      <w:tr w:rsidR="00A548B0" w:rsidRPr="0004529F">
        <w:trPr>
          <w:cantSplit/>
          <w:jc w:val="center"/>
        </w:trPr>
        <w:tc>
          <w:tcPr>
            <w:tcW w:w="2107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b/>
                <w:szCs w:val="24"/>
              </w:rPr>
              <w:t>Total</w:t>
            </w:r>
          </w:p>
        </w:tc>
        <w:tc>
          <w:tcPr>
            <w:tcW w:w="216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46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79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</w:tr>
    </w:tbl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proofErr w:type="gramStart"/>
      <w:r w:rsidRPr="0004529F">
        <w:rPr>
          <w:rFonts w:cs="Times New Roman"/>
          <w:szCs w:val="24"/>
        </w:rPr>
        <w:t>Semnat</w:t>
      </w:r>
      <w:proofErr w:type="spellEnd"/>
      <w:r w:rsidRPr="0004529F">
        <w:rPr>
          <w:rFonts w:cs="Times New Roman"/>
          <w:szCs w:val="24"/>
        </w:rPr>
        <w:t>:_</w:t>
      </w:r>
      <w:proofErr w:type="gramEnd"/>
      <w:r w:rsidRPr="0004529F">
        <w:rPr>
          <w:rFonts w:cs="Times New Roman"/>
          <w:szCs w:val="24"/>
        </w:rPr>
        <w:t xml:space="preserve">_______ </w:t>
      </w:r>
      <w:proofErr w:type="spellStart"/>
      <w:r w:rsidRPr="0004529F">
        <w:rPr>
          <w:rFonts w:cs="Times New Roman"/>
          <w:szCs w:val="24"/>
        </w:rPr>
        <w:t>Numele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Prenumele</w:t>
      </w:r>
      <w:proofErr w:type="spellEnd"/>
      <w:r w:rsidRPr="0004529F">
        <w:rPr>
          <w:rFonts w:cs="Times New Roman"/>
          <w:szCs w:val="24"/>
        </w:rPr>
        <w:t xml:space="preserve">:____________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calitate</w:t>
      </w:r>
      <w:proofErr w:type="spellEnd"/>
      <w:r w:rsidRPr="0004529F">
        <w:rPr>
          <w:rFonts w:cs="Times New Roman"/>
          <w:szCs w:val="24"/>
        </w:rPr>
        <w:t xml:space="preserve"> de: 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Ofertantul</w:t>
      </w:r>
      <w:proofErr w:type="spellEnd"/>
      <w:r w:rsidRPr="0004529F">
        <w:rPr>
          <w:rFonts w:cs="Times New Roman"/>
          <w:szCs w:val="24"/>
        </w:rPr>
        <w:t xml:space="preserve">: ______________________ </w:t>
      </w:r>
      <w:proofErr w:type="spellStart"/>
      <w:r w:rsidRPr="0004529F">
        <w:rPr>
          <w:rFonts w:cs="Times New Roman"/>
          <w:szCs w:val="24"/>
        </w:rPr>
        <w:t>Adresa</w:t>
      </w:r>
      <w:proofErr w:type="spellEnd"/>
      <w:r w:rsidRPr="0004529F">
        <w:rPr>
          <w:rFonts w:cs="Times New Roman"/>
          <w:szCs w:val="24"/>
        </w:rPr>
        <w:t>: _____________________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</w:p>
    <w:p w:rsidR="00127E6A" w:rsidRPr="0004529F" w:rsidRDefault="00127E6A" w:rsidP="00531B9B">
      <w:pPr>
        <w:spacing w:after="0" w:line="240" w:lineRule="auto"/>
        <w:rPr>
          <w:rFonts w:cs="Times New Roman"/>
          <w:bCs/>
          <w:szCs w:val="24"/>
        </w:rPr>
      </w:pPr>
    </w:p>
    <w:p w:rsidR="0004529F" w:rsidRPr="0004529F" w:rsidRDefault="0004529F" w:rsidP="00531B9B">
      <w:pPr>
        <w:spacing w:after="0" w:line="240" w:lineRule="auto"/>
        <w:rPr>
          <w:rFonts w:cs="Times New Roman"/>
          <w:bCs/>
          <w:szCs w:val="24"/>
        </w:rPr>
      </w:pPr>
    </w:p>
    <w:p w:rsidR="00127E6A" w:rsidRPr="0004529F" w:rsidRDefault="00127E6A" w:rsidP="00B8159E">
      <w:pPr>
        <w:spacing w:after="0" w:line="240" w:lineRule="auto"/>
        <w:jc w:val="right"/>
        <w:rPr>
          <w:rFonts w:cs="Times New Roman"/>
          <w:bCs/>
          <w:szCs w:val="24"/>
        </w:rPr>
      </w:pPr>
      <w:proofErr w:type="spellStart"/>
      <w:r w:rsidRPr="0004529F">
        <w:rPr>
          <w:rFonts w:cs="Times New Roman"/>
          <w:bCs/>
          <w:szCs w:val="24"/>
        </w:rPr>
        <w:lastRenderedPageBreak/>
        <w:t>Anexa</w:t>
      </w:r>
      <w:proofErr w:type="spellEnd"/>
      <w:r w:rsidRPr="0004529F">
        <w:rPr>
          <w:rFonts w:cs="Times New Roman"/>
          <w:bCs/>
          <w:szCs w:val="24"/>
        </w:rPr>
        <w:t xml:space="preserve"> nr. 3</w:t>
      </w:r>
    </w:p>
    <w:p w:rsidR="00127E6A" w:rsidRPr="0004529F" w:rsidRDefault="00127E6A" w:rsidP="00531B9B">
      <w:pPr>
        <w:spacing w:after="0" w:line="240" w:lineRule="auto"/>
        <w:rPr>
          <w:rFonts w:cs="Times New Roman"/>
          <w:bCs/>
          <w:szCs w:val="24"/>
        </w:rPr>
      </w:pPr>
      <w:r w:rsidRPr="0004529F">
        <w:rPr>
          <w:rFonts w:cs="Times New Roman"/>
          <w:bCs/>
          <w:szCs w:val="24"/>
        </w:rPr>
        <w:t xml:space="preserve">                                                                                                                              </w:t>
      </w:r>
      <w:proofErr w:type="spellStart"/>
      <w:r w:rsidRPr="0004529F">
        <w:rPr>
          <w:rFonts w:cs="Times New Roman"/>
          <w:bCs/>
          <w:szCs w:val="24"/>
        </w:rPr>
        <w:t>Specificații</w:t>
      </w:r>
      <w:proofErr w:type="spellEnd"/>
      <w:r w:rsidRPr="0004529F">
        <w:rPr>
          <w:rFonts w:cs="Times New Roman"/>
          <w:bCs/>
          <w:szCs w:val="24"/>
        </w:rPr>
        <w:t xml:space="preserve"> de preț</w:t>
      </w:r>
    </w:p>
    <w:p w:rsidR="00127E6A" w:rsidRPr="0004529F" w:rsidRDefault="00127E6A" w:rsidP="00531B9B">
      <w:pPr>
        <w:spacing w:after="0" w:line="240" w:lineRule="auto"/>
        <w:rPr>
          <w:rFonts w:cs="Times New Roman"/>
          <w:i/>
          <w:iCs/>
          <w:szCs w:val="24"/>
        </w:rPr>
      </w:pPr>
    </w:p>
    <w:p w:rsidR="00127E6A" w:rsidRPr="0004529F" w:rsidRDefault="00127E6A" w:rsidP="00531B9B">
      <w:pPr>
        <w:spacing w:after="0" w:line="240" w:lineRule="auto"/>
        <w:rPr>
          <w:rFonts w:cs="Times New Roman"/>
          <w:i/>
          <w:iCs/>
          <w:szCs w:val="24"/>
        </w:rPr>
      </w:pPr>
      <w:r w:rsidRPr="0004529F">
        <w:rPr>
          <w:rFonts w:cs="Times New Roman"/>
          <w:szCs w:val="24"/>
        </w:rPr>
        <w:t>[</w:t>
      </w:r>
      <w:proofErr w:type="spellStart"/>
      <w:r w:rsidRPr="0004529F">
        <w:rPr>
          <w:rFonts w:cs="Times New Roman"/>
          <w:szCs w:val="24"/>
        </w:rPr>
        <w:t>Acest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tabel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va</w:t>
      </w:r>
      <w:proofErr w:type="spellEnd"/>
      <w:r w:rsidRPr="0004529F">
        <w:rPr>
          <w:rFonts w:cs="Times New Roman"/>
          <w:szCs w:val="24"/>
        </w:rPr>
        <w:t xml:space="preserve"> fi </w:t>
      </w:r>
      <w:proofErr w:type="spellStart"/>
      <w:r w:rsidRPr="0004529F">
        <w:rPr>
          <w:rFonts w:cs="Times New Roman"/>
          <w:szCs w:val="24"/>
        </w:rPr>
        <w:t>completat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către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ofertant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coloanele</w:t>
      </w:r>
      <w:proofErr w:type="spellEnd"/>
      <w:r w:rsidRPr="0004529F">
        <w:rPr>
          <w:rFonts w:cs="Times New Roman"/>
          <w:szCs w:val="24"/>
        </w:rPr>
        <w:t xml:space="preserve"> 5, 6, 7, 8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11, la </w:t>
      </w:r>
      <w:proofErr w:type="spellStart"/>
      <w:r w:rsidRPr="0004529F">
        <w:rPr>
          <w:rFonts w:cs="Times New Roman"/>
          <w:szCs w:val="24"/>
        </w:rPr>
        <w:t>necesitate</w:t>
      </w:r>
      <w:proofErr w:type="spellEnd"/>
      <w:r w:rsidRPr="0004529F">
        <w:rPr>
          <w:rFonts w:cs="Times New Roman"/>
          <w:szCs w:val="24"/>
        </w:rPr>
        <w:t>,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  <w:lang w:val="it-IT"/>
        </w:rPr>
      </w:pPr>
      <w:proofErr w:type="spellStart"/>
      <w:r w:rsidRPr="0004529F">
        <w:rPr>
          <w:rFonts w:cs="Times New Roman"/>
          <w:szCs w:val="24"/>
        </w:rPr>
        <w:t>iar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către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autoritatea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contractantă</w:t>
      </w:r>
      <w:proofErr w:type="spellEnd"/>
      <w:r w:rsidRPr="0004529F">
        <w:rPr>
          <w:rFonts w:cs="Times New Roman"/>
          <w:szCs w:val="24"/>
        </w:rPr>
        <w:t xml:space="preserve"> –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coloanele</w:t>
      </w:r>
      <w:proofErr w:type="spellEnd"/>
      <w:r w:rsidRPr="0004529F">
        <w:rPr>
          <w:rFonts w:cs="Times New Roman"/>
          <w:szCs w:val="24"/>
        </w:rPr>
        <w:t xml:space="preserve"> 1, 2, 3, 4, 9, 10.]</w:t>
      </w:r>
    </w:p>
    <w:tbl>
      <w:tblPr>
        <w:tblStyle w:val="Tabelgril1"/>
        <w:tblW w:w="15021" w:type="dxa"/>
        <w:jc w:val="center"/>
        <w:tblInd w:w="0" w:type="dxa"/>
        <w:tblLook w:val="04A0" w:firstRow="1" w:lastRow="0" w:firstColumn="1" w:lastColumn="0" w:noHBand="0" w:noVBand="1"/>
      </w:tblPr>
      <w:tblGrid>
        <w:gridCol w:w="1256"/>
        <w:gridCol w:w="2310"/>
        <w:gridCol w:w="1096"/>
        <w:gridCol w:w="1296"/>
        <w:gridCol w:w="857"/>
        <w:gridCol w:w="857"/>
        <w:gridCol w:w="803"/>
        <w:gridCol w:w="803"/>
        <w:gridCol w:w="1829"/>
        <w:gridCol w:w="3630"/>
        <w:gridCol w:w="1123"/>
      </w:tblGrid>
      <w:tr w:rsidR="00127E6A" w:rsidRPr="0004529F" w:rsidTr="00127E6A">
        <w:trPr>
          <w:cantSplit/>
          <w:trHeight w:val="409"/>
          <w:jc w:val="center"/>
        </w:trPr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proofErr w:type="spellStart"/>
            <w:r w:rsidRPr="0004529F">
              <w:rPr>
                <w:szCs w:val="24"/>
              </w:rPr>
              <w:t>Numărul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procedurii</w:t>
            </w:r>
            <w:proofErr w:type="spellEnd"/>
            <w:r w:rsidRPr="0004529F">
              <w:rPr>
                <w:szCs w:val="24"/>
              </w:rPr>
              <w:t xml:space="preserve"> de </w:t>
            </w:r>
            <w:proofErr w:type="spellStart"/>
            <w:r w:rsidRPr="0004529F">
              <w:rPr>
                <w:szCs w:val="24"/>
              </w:rPr>
              <w:t>achiziție</w:t>
            </w:r>
            <w:proofErr w:type="spellEnd"/>
            <w:r w:rsidRPr="0004529F">
              <w:rPr>
                <w:szCs w:val="24"/>
              </w:rPr>
              <w:t>______________din___________</w:t>
            </w:r>
          </w:p>
        </w:tc>
      </w:tr>
      <w:tr w:rsidR="00127E6A" w:rsidRPr="0004529F" w:rsidTr="00127E6A">
        <w:trPr>
          <w:cantSplit/>
          <w:trHeight w:val="346"/>
          <w:jc w:val="center"/>
        </w:trPr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Obiectul achiziției: Rechizite de birou</w:t>
            </w:r>
          </w:p>
        </w:tc>
      </w:tr>
      <w:tr w:rsidR="0098480E" w:rsidRPr="0004529F" w:rsidTr="007E7CF6">
        <w:trPr>
          <w:cantSplit/>
          <w:jc w:val="center"/>
        </w:trPr>
        <w:tc>
          <w:tcPr>
            <w:tcW w:w="884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Cod CPV</w:t>
            </w:r>
          </w:p>
        </w:tc>
        <w:tc>
          <w:tcPr>
            <w:tcW w:w="1988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Denumirea bunurilor/serviciilor</w:t>
            </w:r>
          </w:p>
        </w:tc>
        <w:tc>
          <w:tcPr>
            <w:tcW w:w="962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Unitatea de măsură</w:t>
            </w:r>
          </w:p>
        </w:tc>
        <w:tc>
          <w:tcPr>
            <w:tcW w:w="1108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Cantitatea</w:t>
            </w:r>
          </w:p>
        </w:tc>
        <w:tc>
          <w:tcPr>
            <w:tcW w:w="908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Preț unitar (fără TVA)</w:t>
            </w:r>
          </w:p>
        </w:tc>
        <w:tc>
          <w:tcPr>
            <w:tcW w:w="908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Preț unitar (cu TVA)</w:t>
            </w:r>
          </w:p>
        </w:tc>
        <w:tc>
          <w:tcPr>
            <w:tcW w:w="902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Suma fără TVA</w:t>
            </w:r>
          </w:p>
        </w:tc>
        <w:tc>
          <w:tcPr>
            <w:tcW w:w="902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Suma cu TVA</w:t>
            </w:r>
          </w:p>
        </w:tc>
        <w:tc>
          <w:tcPr>
            <w:tcW w:w="1548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Termenul de livrare/prestare</w:t>
            </w:r>
          </w:p>
        </w:tc>
        <w:tc>
          <w:tcPr>
            <w:tcW w:w="1240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Clasificație bugetară (IBAN)</w:t>
            </w:r>
          </w:p>
        </w:tc>
        <w:tc>
          <w:tcPr>
            <w:tcW w:w="3671" w:type="dxa"/>
            <w:vAlign w:val="center"/>
          </w:tcPr>
          <w:p w:rsidR="0098480E" w:rsidRPr="0004529F" w:rsidRDefault="005F130F" w:rsidP="00531B9B">
            <w:pPr>
              <w:jc w:val="center"/>
              <w:rPr>
                <w:szCs w:val="24"/>
              </w:rPr>
            </w:pPr>
            <w:r w:rsidRPr="0004529F">
              <w:rPr>
                <w:b/>
                <w:szCs w:val="24"/>
              </w:rPr>
              <w:t>Discount %</w:t>
            </w: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30197642-8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1. Poz. 30 - Hârtie A4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pachet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1500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1 - Agendă A5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2 - Agendă nedatată A5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8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3 - Ascuțitoare metalică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4 - Ascuțitoare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8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5 - Bandă adezivă 18×36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6 - Bandă scotch 48×66 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7 - Bandă împachetare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8 - Bandă dublă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9 - Bandă adezivă 18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10 - Binder clip 41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11 - Binder clip 51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40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12 - Caiet A5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80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13 - Capsator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14 - Capsator mare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15 - Capsator 24/6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4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16 - Capse nr. 10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17 - Capse nr. 24/6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60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18 - Capse nr. 26/8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19 - Clame 25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20 - Clei tip creion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21 - Clei PVA 100 g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22 - Clame 28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23 - Clame 50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60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24 - Clame 78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60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25 - Corector tip pix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26 - Creion HB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27 - Cub hârtie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28 - Cuțit 18 mm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29 - Folii protecție A4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31 - Hârtie notițe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set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60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32 - Mapă carton A4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33 - Mapă carton legătură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34 - Mapă plastic 2 inele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35 - Mapă bibliograf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170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36 - Mapă plic cu buton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25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37 - Mapă elastic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38 - Mapă colț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39 - Mapă semitransparentă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40 - Mapă protecție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41 - Mapă boxă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42 - Marker permanent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53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43 - Marker galben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44 - Marker oranj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45 - Marker verde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46 - Marker CD negru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47 - Marker CD roșu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48 - Textmarker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49 - Mine pix albastre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set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50 - Mine pix negre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set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51 - Mine pix roșii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set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52 - Pix albastru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53 - Pix transparent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54 - Pix gel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55 - Pix standard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56 - Radieră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60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57 - Registru 48 file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100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58 - Registru 96 file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52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59 - Riglă 30 cm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50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lastRenderedPageBreak/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60 - Set suport documente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set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15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61 - Sfoară arhivare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bobină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30192000-1</w:t>
            </w: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Lotul 2. Poz. 62 - Suport notițe</w:t>
            </w:r>
          </w:p>
        </w:tc>
        <w:tc>
          <w:tcPr>
            <w:tcW w:w="962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buc</w:t>
            </w:r>
          </w:p>
        </w:tc>
        <w:tc>
          <w:tcPr>
            <w:tcW w:w="1108" w:type="dxa"/>
            <w:vAlign w:val="center"/>
          </w:tcPr>
          <w:p w:rsidR="00A548B0" w:rsidRPr="0004529F" w:rsidRDefault="0004529F">
            <w:pPr>
              <w:jc w:val="center"/>
              <w:rPr>
                <w:szCs w:val="24"/>
              </w:rPr>
            </w:pPr>
            <w:r w:rsidRPr="0004529F">
              <w:rPr>
                <w:szCs w:val="24"/>
              </w:rPr>
              <w:t>20</w:t>
            </w: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maximum 15 zile calendaristice de la înregistrarea contractului la Trezoreria de Stat</w:t>
            </w:r>
          </w:p>
        </w:tc>
        <w:tc>
          <w:tcPr>
            <w:tcW w:w="1240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szCs w:val="24"/>
              </w:rPr>
              <w:t>MD91TRPCAA518410A01513AA</w:t>
            </w: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jc w:val="center"/>
              <w:rPr>
                <w:szCs w:val="24"/>
              </w:rPr>
            </w:pPr>
          </w:p>
        </w:tc>
      </w:tr>
      <w:tr w:rsidR="00A548B0" w:rsidRPr="0004529F">
        <w:trPr>
          <w:cantSplit/>
          <w:jc w:val="center"/>
        </w:trPr>
        <w:tc>
          <w:tcPr>
            <w:tcW w:w="884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988" w:type="dxa"/>
            <w:vAlign w:val="center"/>
          </w:tcPr>
          <w:p w:rsidR="00A548B0" w:rsidRPr="0004529F" w:rsidRDefault="0004529F">
            <w:pPr>
              <w:rPr>
                <w:szCs w:val="24"/>
              </w:rPr>
            </w:pPr>
            <w:r w:rsidRPr="0004529F">
              <w:rPr>
                <w:b/>
                <w:szCs w:val="24"/>
              </w:rPr>
              <w:t>Total</w:t>
            </w:r>
          </w:p>
        </w:tc>
        <w:tc>
          <w:tcPr>
            <w:tcW w:w="962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10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90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902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548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1240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  <w:tc>
          <w:tcPr>
            <w:tcW w:w="3671" w:type="dxa"/>
            <w:vAlign w:val="center"/>
          </w:tcPr>
          <w:p w:rsidR="00A548B0" w:rsidRPr="0004529F" w:rsidRDefault="00A548B0">
            <w:pPr>
              <w:rPr>
                <w:szCs w:val="24"/>
              </w:rPr>
            </w:pPr>
          </w:p>
        </w:tc>
      </w:tr>
    </w:tbl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proofErr w:type="gramStart"/>
      <w:r w:rsidRPr="0004529F">
        <w:rPr>
          <w:rFonts w:cs="Times New Roman"/>
          <w:szCs w:val="24"/>
        </w:rPr>
        <w:t>Semnat</w:t>
      </w:r>
      <w:proofErr w:type="spellEnd"/>
      <w:r w:rsidRPr="0004529F">
        <w:rPr>
          <w:rFonts w:cs="Times New Roman"/>
          <w:szCs w:val="24"/>
        </w:rPr>
        <w:t>:_</w:t>
      </w:r>
      <w:proofErr w:type="gramEnd"/>
      <w:r w:rsidRPr="0004529F">
        <w:rPr>
          <w:rFonts w:cs="Times New Roman"/>
          <w:szCs w:val="24"/>
        </w:rPr>
        <w:t xml:space="preserve">_______ </w:t>
      </w:r>
      <w:proofErr w:type="spellStart"/>
      <w:r w:rsidRPr="0004529F">
        <w:rPr>
          <w:rFonts w:cs="Times New Roman"/>
          <w:szCs w:val="24"/>
        </w:rPr>
        <w:t>Numele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Prenumele</w:t>
      </w:r>
      <w:proofErr w:type="spellEnd"/>
      <w:r w:rsidRPr="0004529F">
        <w:rPr>
          <w:rFonts w:cs="Times New Roman"/>
          <w:szCs w:val="24"/>
        </w:rPr>
        <w:t xml:space="preserve">:____________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calitate</w:t>
      </w:r>
      <w:proofErr w:type="spellEnd"/>
      <w:r w:rsidRPr="0004529F">
        <w:rPr>
          <w:rFonts w:cs="Times New Roman"/>
          <w:szCs w:val="24"/>
        </w:rPr>
        <w:t xml:space="preserve"> de: 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Ofertantul</w:t>
      </w:r>
      <w:proofErr w:type="spellEnd"/>
      <w:r w:rsidRPr="0004529F">
        <w:rPr>
          <w:rFonts w:cs="Times New Roman"/>
          <w:szCs w:val="24"/>
        </w:rPr>
        <w:t xml:space="preserve">: ______________________ </w:t>
      </w:r>
      <w:proofErr w:type="spellStart"/>
      <w:r w:rsidRPr="0004529F">
        <w:rPr>
          <w:rFonts w:cs="Times New Roman"/>
          <w:szCs w:val="24"/>
        </w:rPr>
        <w:t>Adresa</w:t>
      </w:r>
      <w:proofErr w:type="spellEnd"/>
      <w:r w:rsidRPr="0004529F">
        <w:rPr>
          <w:rFonts w:cs="Times New Roman"/>
          <w:szCs w:val="24"/>
        </w:rPr>
        <w:t>: __________________________</w:t>
      </w:r>
    </w:p>
    <w:p w:rsidR="00A20347" w:rsidRPr="0004529F" w:rsidRDefault="00A20347" w:rsidP="00531B9B">
      <w:pPr>
        <w:spacing w:after="0" w:line="240" w:lineRule="auto"/>
        <w:rPr>
          <w:rFonts w:cs="Times New Roman"/>
          <w:szCs w:val="24"/>
        </w:rPr>
        <w:sectPr w:rsidR="00A20347" w:rsidRPr="0004529F" w:rsidSect="00654E45">
          <w:pgSz w:w="16838" w:h="11906" w:orient="landscape"/>
          <w:pgMar w:top="1134" w:right="850" w:bottom="1134" w:left="1701" w:header="709" w:footer="709" w:gutter="0"/>
          <w:cols w:space="720"/>
          <w:docGrid w:linePitch="326"/>
        </w:sectPr>
      </w:pPr>
    </w:p>
    <w:p w:rsidR="00127E6A" w:rsidRPr="0004529F" w:rsidRDefault="00127E6A" w:rsidP="00B8159E">
      <w:pPr>
        <w:spacing w:after="0" w:line="240" w:lineRule="auto"/>
        <w:jc w:val="right"/>
        <w:rPr>
          <w:rFonts w:cs="Times New Roman"/>
          <w:szCs w:val="24"/>
        </w:rPr>
      </w:pPr>
    </w:p>
    <w:p w:rsidR="00127E6A" w:rsidRPr="0004529F" w:rsidRDefault="00127E6A" w:rsidP="00B8159E">
      <w:pPr>
        <w:spacing w:after="0" w:line="240" w:lineRule="auto"/>
        <w:jc w:val="right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Anexa</w:t>
      </w:r>
      <w:proofErr w:type="spellEnd"/>
      <w:r w:rsidRPr="0004529F">
        <w:rPr>
          <w:rFonts w:cs="Times New Roman"/>
          <w:szCs w:val="24"/>
        </w:rPr>
        <w:t xml:space="preserve"> nr. 4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602"/>
        <w:gridCol w:w="6685"/>
      </w:tblGrid>
      <w:tr w:rsidR="00127E6A" w:rsidRPr="0004529F" w:rsidTr="00127E6A">
        <w:trPr>
          <w:cantSplit/>
          <w:jc w:val="center"/>
        </w:trPr>
        <w:tc>
          <w:tcPr>
            <w:tcW w:w="0" w:type="auto"/>
            <w:gridSpan w:val="2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b/>
                <w:bCs/>
                <w:szCs w:val="24"/>
                <w:lang w:eastAsia="ro-RO"/>
              </w:rPr>
              <w:t>DECLARAŢIE DE ELIGIBILITATE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 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Către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__________________________________________________________________________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                                   (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denumirea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autorităţii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entităţii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contractante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şi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adresa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completă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)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 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b/>
                <w:bCs/>
                <w:szCs w:val="24"/>
                <w:lang w:eastAsia="ro-RO"/>
              </w:rPr>
              <w:t>Stimaţi</w:t>
            </w:r>
            <w:proofErr w:type="spellEnd"/>
            <w:r w:rsidRPr="0004529F">
              <w:rPr>
                <w:rFonts w:cs="Times New Roman"/>
                <w:b/>
                <w:bCs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b/>
                <w:bCs/>
                <w:szCs w:val="24"/>
                <w:lang w:eastAsia="ro-RO"/>
              </w:rPr>
              <w:t>domni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,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Subsemnatul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reprezentant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împuternicit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al _____________________________________________,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                                                                                   (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denumirea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operatorului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economic)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în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calitate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ofertant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declar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pe propria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răspundere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sub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sancţiunea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excluderii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din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procedură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şi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sub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sancţiunile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aplicate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faptei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de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fals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în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acte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publice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nu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mă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aflu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în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una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dintre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situaţiile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prevăzute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la art.19 din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Legea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nr.131/2015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privind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achiziţiile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publice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.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Mă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oblig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la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solicitarea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autorităţii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entităţii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contractante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în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scopul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verificării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şi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confirmării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declaraţiei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,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prezint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orice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document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doveditor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de care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dispun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.</w:t>
            </w:r>
          </w:p>
        </w:tc>
      </w:tr>
      <w:tr w:rsidR="00127E6A" w:rsidRPr="0004529F" w:rsidTr="00127E6A">
        <w:trPr>
          <w:cantSplit/>
          <w:trHeight w:val="56"/>
          <w:jc w:val="center"/>
        </w:trPr>
        <w:tc>
          <w:tcPr>
            <w:tcW w:w="0" w:type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 xml:space="preserve">  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 xml:space="preserve">Data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completării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_____________</w:t>
            </w:r>
          </w:p>
        </w:tc>
        <w:tc>
          <w:tcPr>
            <w:tcW w:w="0" w:type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 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Ofertant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/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candidat</w:t>
            </w:r>
            <w:proofErr w:type="spellEnd"/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>___________________</w:t>
            </w:r>
          </w:p>
          <w:p w:rsidR="00127E6A" w:rsidRPr="0004529F" w:rsidRDefault="00127E6A" w:rsidP="00531B9B">
            <w:pPr>
              <w:rPr>
                <w:rFonts w:cs="Times New Roman"/>
                <w:szCs w:val="24"/>
                <w:lang w:eastAsia="ro-RO"/>
              </w:rPr>
            </w:pPr>
            <w:r w:rsidRPr="0004529F">
              <w:rPr>
                <w:rFonts w:cs="Times New Roman"/>
                <w:szCs w:val="24"/>
                <w:lang w:eastAsia="ro-RO"/>
              </w:rPr>
              <w:t xml:space="preserve">           (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semnătura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 xml:space="preserve"> </w:t>
            </w:r>
            <w:proofErr w:type="spellStart"/>
            <w:r w:rsidRPr="0004529F">
              <w:rPr>
                <w:rFonts w:cs="Times New Roman"/>
                <w:szCs w:val="24"/>
                <w:lang w:eastAsia="ro-RO"/>
              </w:rPr>
              <w:t>autorizată</w:t>
            </w:r>
            <w:proofErr w:type="spellEnd"/>
            <w:r w:rsidRPr="0004529F">
              <w:rPr>
                <w:rFonts w:cs="Times New Roman"/>
                <w:szCs w:val="24"/>
                <w:lang w:eastAsia="ro-RO"/>
              </w:rPr>
              <w:t>)</w:t>
            </w:r>
          </w:p>
        </w:tc>
      </w:tr>
    </w:tbl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</w:p>
    <w:p w:rsidR="00B8159E" w:rsidRPr="0004529F" w:rsidRDefault="00B8159E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  <w:r w:rsidRPr="0004529F">
        <w:rPr>
          <w:rFonts w:cs="Times New Roman"/>
          <w:szCs w:val="24"/>
          <w:lang w:val="it-IT"/>
        </w:rPr>
        <w:t>Anexa nr. 5</w:t>
      </w:r>
    </w:p>
    <w:p w:rsidR="00B8159E" w:rsidRPr="0004529F" w:rsidRDefault="00B8159E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  <w:r w:rsidRPr="0004529F">
        <w:rPr>
          <w:rFonts w:cs="Times New Roman"/>
          <w:szCs w:val="24"/>
          <w:lang w:val="it-IT"/>
        </w:rPr>
        <w:t>la Documentația standard nr._____</w:t>
      </w:r>
    </w:p>
    <w:p w:rsidR="00B8159E" w:rsidRPr="0004529F" w:rsidRDefault="00B8159E" w:rsidP="00B8159E">
      <w:pPr>
        <w:spacing w:after="0" w:line="240" w:lineRule="auto"/>
        <w:jc w:val="right"/>
        <w:rPr>
          <w:rFonts w:cs="Times New Roman"/>
          <w:szCs w:val="24"/>
          <w:lang w:val="it-IT"/>
        </w:rPr>
      </w:pPr>
      <w:r w:rsidRPr="0004529F">
        <w:rPr>
          <w:rFonts w:cs="Times New Roman"/>
          <w:szCs w:val="24"/>
          <w:lang w:val="it-IT"/>
        </w:rPr>
        <w:t>din “____” ________ 20___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rPr>
          <w:rFonts w:cs="Times New Roman"/>
          <w:szCs w:val="24"/>
        </w:rPr>
      </w:pPr>
    </w:p>
    <w:p w:rsidR="00B8159E" w:rsidRPr="0004529F" w:rsidRDefault="00B8159E" w:rsidP="00B8159E">
      <w:pPr>
        <w:pStyle w:val="Titlu2"/>
        <w:tabs>
          <w:tab w:val="left" w:pos="567"/>
        </w:tabs>
        <w:spacing w:before="0" w:line="240" w:lineRule="auto"/>
        <w:jc w:val="center"/>
        <w:rPr>
          <w:rFonts w:ascii="Times New Roman" w:hAnsi="Times New Roman" w:cs="Times New Roman"/>
          <w:color w:val="auto"/>
          <w:szCs w:val="24"/>
        </w:rPr>
      </w:pPr>
      <w:bookmarkStart w:id="1" w:name="_Hlk77771056"/>
      <w:r w:rsidRPr="0004529F">
        <w:rPr>
          <w:rFonts w:ascii="Times New Roman" w:hAnsi="Times New Roman" w:cs="Times New Roman"/>
          <w:szCs w:val="24"/>
        </w:rPr>
        <w:t>DECLARAŢIE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jc w:val="center"/>
        <w:rPr>
          <w:rFonts w:cs="Times New Roman"/>
          <w:b/>
          <w:szCs w:val="24"/>
        </w:rPr>
      </w:pPr>
      <w:proofErr w:type="spellStart"/>
      <w:r w:rsidRPr="0004529F">
        <w:rPr>
          <w:rFonts w:cs="Times New Roman"/>
          <w:b/>
          <w:szCs w:val="24"/>
        </w:rPr>
        <w:t>privind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valabilitatea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ofertei</w:t>
      </w:r>
      <w:bookmarkEnd w:id="1"/>
      <w:proofErr w:type="spellEnd"/>
    </w:p>
    <w:p w:rsidR="00B8159E" w:rsidRPr="0004529F" w:rsidRDefault="00B8159E" w:rsidP="00B8159E">
      <w:pPr>
        <w:pStyle w:val="Corptext"/>
        <w:tabs>
          <w:tab w:val="left" w:pos="-142"/>
        </w:tabs>
        <w:spacing w:after="0" w:line="240" w:lineRule="auto"/>
        <w:jc w:val="center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>Către____________________________________________________________________                              (</w:t>
      </w:r>
      <w:proofErr w:type="spellStart"/>
      <w:r w:rsidRPr="0004529F">
        <w:rPr>
          <w:rFonts w:cs="Times New Roman"/>
          <w:i/>
          <w:szCs w:val="24"/>
        </w:rPr>
        <w:t>denumirea</w:t>
      </w:r>
      <w:proofErr w:type="spellEnd"/>
      <w:r w:rsidRPr="0004529F">
        <w:rPr>
          <w:rFonts w:cs="Times New Roman"/>
          <w:i/>
          <w:szCs w:val="24"/>
        </w:rPr>
        <w:t xml:space="preserve"> </w:t>
      </w:r>
      <w:proofErr w:type="spellStart"/>
      <w:r w:rsidRPr="0004529F">
        <w:rPr>
          <w:rFonts w:cs="Times New Roman"/>
          <w:i/>
          <w:szCs w:val="24"/>
        </w:rPr>
        <w:t>autorităţii</w:t>
      </w:r>
      <w:proofErr w:type="spellEnd"/>
      <w:r w:rsidRPr="0004529F">
        <w:rPr>
          <w:rFonts w:cs="Times New Roman"/>
          <w:i/>
          <w:szCs w:val="24"/>
        </w:rPr>
        <w:t xml:space="preserve"> </w:t>
      </w:r>
      <w:proofErr w:type="spellStart"/>
      <w:r w:rsidRPr="0004529F">
        <w:rPr>
          <w:rFonts w:cs="Times New Roman"/>
          <w:i/>
          <w:szCs w:val="24"/>
        </w:rPr>
        <w:t>contractante</w:t>
      </w:r>
      <w:proofErr w:type="spellEnd"/>
      <w:r w:rsidRPr="0004529F">
        <w:rPr>
          <w:rFonts w:cs="Times New Roman"/>
          <w:i/>
          <w:szCs w:val="24"/>
        </w:rPr>
        <w:t xml:space="preserve"> </w:t>
      </w:r>
      <w:proofErr w:type="spellStart"/>
      <w:r w:rsidRPr="0004529F">
        <w:rPr>
          <w:rFonts w:cs="Times New Roman"/>
          <w:i/>
          <w:szCs w:val="24"/>
        </w:rPr>
        <w:t>şi</w:t>
      </w:r>
      <w:proofErr w:type="spellEnd"/>
      <w:r w:rsidRPr="0004529F">
        <w:rPr>
          <w:rFonts w:cs="Times New Roman"/>
          <w:i/>
          <w:szCs w:val="24"/>
        </w:rPr>
        <w:t xml:space="preserve"> </w:t>
      </w:r>
      <w:proofErr w:type="spellStart"/>
      <w:r w:rsidRPr="0004529F">
        <w:rPr>
          <w:rFonts w:cs="Times New Roman"/>
          <w:i/>
          <w:szCs w:val="24"/>
        </w:rPr>
        <w:t>adresa</w:t>
      </w:r>
      <w:proofErr w:type="spellEnd"/>
      <w:r w:rsidRPr="0004529F">
        <w:rPr>
          <w:rFonts w:cs="Times New Roman"/>
          <w:i/>
          <w:szCs w:val="24"/>
        </w:rPr>
        <w:t xml:space="preserve"> </w:t>
      </w:r>
      <w:proofErr w:type="spellStart"/>
      <w:r w:rsidRPr="0004529F">
        <w:rPr>
          <w:rFonts w:cs="Times New Roman"/>
          <w:i/>
          <w:szCs w:val="24"/>
        </w:rPr>
        <w:t>completă</w:t>
      </w:r>
      <w:proofErr w:type="spellEnd"/>
      <w:r w:rsidRPr="0004529F">
        <w:rPr>
          <w:rFonts w:cs="Times New Roman"/>
          <w:szCs w:val="24"/>
        </w:rPr>
        <w:t>)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jc w:val="both"/>
        <w:rPr>
          <w:rFonts w:cs="Times New Roman"/>
          <w:szCs w:val="24"/>
        </w:rPr>
      </w:pP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jc w:val="both"/>
        <w:rPr>
          <w:rFonts w:cs="Times New Roman"/>
          <w:szCs w:val="24"/>
        </w:rPr>
      </w:pP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jc w:val="both"/>
        <w:rPr>
          <w:rFonts w:cs="Times New Roman"/>
          <w:szCs w:val="24"/>
        </w:rPr>
      </w:pPr>
      <w:proofErr w:type="spellStart"/>
      <w:r w:rsidRPr="0004529F">
        <w:rPr>
          <w:rFonts w:cs="Times New Roman"/>
          <w:b/>
          <w:szCs w:val="24"/>
        </w:rPr>
        <w:t>Stimaţi</w:t>
      </w:r>
      <w:proofErr w:type="spellEnd"/>
      <w:r w:rsidRPr="0004529F">
        <w:rPr>
          <w:rFonts w:cs="Times New Roman"/>
          <w:b/>
          <w:szCs w:val="24"/>
        </w:rPr>
        <w:t xml:space="preserve"> </w:t>
      </w:r>
      <w:proofErr w:type="spellStart"/>
      <w:r w:rsidRPr="0004529F">
        <w:rPr>
          <w:rFonts w:cs="Times New Roman"/>
          <w:b/>
          <w:szCs w:val="24"/>
        </w:rPr>
        <w:t>domni</w:t>
      </w:r>
      <w:proofErr w:type="spellEnd"/>
      <w:r w:rsidRPr="0004529F">
        <w:rPr>
          <w:rFonts w:cs="Times New Roman"/>
          <w:szCs w:val="24"/>
        </w:rPr>
        <w:t>,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rPr>
          <w:rFonts w:cs="Times New Roman"/>
          <w:szCs w:val="24"/>
        </w:rPr>
      </w:pPr>
    </w:p>
    <w:p w:rsidR="00B8159E" w:rsidRPr="0004529F" w:rsidRDefault="00B8159E" w:rsidP="00B8159E">
      <w:pPr>
        <w:shd w:val="clear" w:color="auto" w:fill="FFFFFF" w:themeFill="background1"/>
        <w:spacing w:after="0" w:line="240" w:lineRule="auto"/>
        <w:rPr>
          <w:rFonts w:cs="Times New Roman"/>
          <w:b/>
          <w:szCs w:val="24"/>
          <w:lang w:val="it-IT" w:eastAsia="ru-RU"/>
        </w:rPr>
      </w:pPr>
      <w:r w:rsidRPr="0004529F">
        <w:rPr>
          <w:rFonts w:eastAsia="Calibri" w:cs="Times New Roman"/>
          <w:szCs w:val="24"/>
        </w:rPr>
        <w:t xml:space="preserve">    Ne </w:t>
      </w:r>
      <w:proofErr w:type="spellStart"/>
      <w:r w:rsidRPr="0004529F">
        <w:rPr>
          <w:rFonts w:eastAsia="Calibri" w:cs="Times New Roman"/>
          <w:szCs w:val="24"/>
        </w:rPr>
        <w:t>angajăm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să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menținem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oferta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valabilă</w:t>
      </w:r>
      <w:proofErr w:type="spellEnd"/>
      <w:r w:rsidRPr="0004529F">
        <w:rPr>
          <w:rFonts w:eastAsia="Calibri" w:cs="Times New Roman"/>
          <w:szCs w:val="24"/>
        </w:rPr>
        <w:t>,</w:t>
      </w:r>
      <w:r w:rsidRPr="0004529F">
        <w:rPr>
          <w:rFonts w:cs="Times New Roman"/>
          <w:b/>
          <w:szCs w:val="24"/>
          <w:lang w:val="it-IT" w:eastAsia="ru-RU"/>
        </w:rPr>
        <w:t xml:space="preserve"> privind achiziționarea </w:t>
      </w:r>
      <w:r w:rsidRPr="0004529F">
        <w:rPr>
          <w:rFonts w:cs="Times New Roman"/>
          <w:b/>
          <w:szCs w:val="24"/>
          <w:shd w:val="clear" w:color="auto" w:fill="FFFFFF" w:themeFill="background1"/>
          <w:lang w:val="it-IT" w:eastAsia="ru-RU"/>
        </w:rPr>
        <w:t>_________________</w:t>
      </w:r>
      <w:r w:rsidRPr="0004529F">
        <w:rPr>
          <w:rFonts w:cs="Times New Roman"/>
          <w:b/>
          <w:szCs w:val="24"/>
          <w:shd w:val="clear" w:color="auto" w:fill="FFFFFF" w:themeFill="background1"/>
          <w:lang w:val="it-IT" w:eastAsia="ru-RU"/>
        </w:rPr>
        <w:br/>
      </w:r>
      <w:r w:rsidRPr="0004529F">
        <w:rPr>
          <w:rFonts w:cs="Times New Roman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04529F">
        <w:rPr>
          <w:rFonts w:cs="Times New Roman"/>
          <w:b/>
          <w:szCs w:val="24"/>
          <w:lang w:val="it-IT" w:eastAsia="ru-RU"/>
        </w:rPr>
        <w:br/>
        <w:t>prin procedura de achiziție_____________________________________,</w:t>
      </w:r>
      <w:r w:rsidRPr="0004529F">
        <w:rPr>
          <w:rFonts w:cs="Times New Roman"/>
          <w:b/>
          <w:szCs w:val="24"/>
          <w:lang w:val="it-IT" w:eastAsia="ru-RU"/>
        </w:rPr>
        <w:br/>
      </w:r>
      <w:r w:rsidRPr="0004529F">
        <w:rPr>
          <w:rFonts w:cs="Times New Roman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B8159E" w:rsidRPr="0004529F" w:rsidRDefault="00B8159E" w:rsidP="00B8159E">
      <w:pPr>
        <w:autoSpaceDN w:val="0"/>
        <w:adjustRightInd w:val="0"/>
        <w:spacing w:after="0" w:line="240" w:lineRule="auto"/>
        <w:jc w:val="both"/>
        <w:rPr>
          <w:rFonts w:eastAsia="Calibri" w:cs="Times New Roman"/>
          <w:szCs w:val="24"/>
        </w:rPr>
      </w:pPr>
      <w:proofErr w:type="spellStart"/>
      <w:r w:rsidRPr="0004529F">
        <w:rPr>
          <w:rFonts w:eastAsia="Calibri" w:cs="Times New Roman"/>
          <w:szCs w:val="24"/>
        </w:rPr>
        <w:t>pentru</w:t>
      </w:r>
      <w:proofErr w:type="spellEnd"/>
      <w:r w:rsidRPr="0004529F">
        <w:rPr>
          <w:rFonts w:eastAsia="Calibri" w:cs="Times New Roman"/>
          <w:szCs w:val="24"/>
        </w:rPr>
        <w:t xml:space="preserve"> o </w:t>
      </w:r>
      <w:proofErr w:type="spellStart"/>
      <w:r w:rsidRPr="0004529F">
        <w:rPr>
          <w:rFonts w:eastAsia="Calibri" w:cs="Times New Roman"/>
          <w:szCs w:val="24"/>
        </w:rPr>
        <w:t>durată</w:t>
      </w:r>
      <w:proofErr w:type="spellEnd"/>
      <w:r w:rsidRPr="0004529F">
        <w:rPr>
          <w:rFonts w:eastAsia="Calibri" w:cs="Times New Roman"/>
          <w:szCs w:val="24"/>
        </w:rPr>
        <w:t xml:space="preserve"> de _____________ </w:t>
      </w:r>
      <w:proofErr w:type="spellStart"/>
      <w:r w:rsidRPr="0004529F">
        <w:rPr>
          <w:rFonts w:eastAsia="Calibri" w:cs="Times New Roman"/>
          <w:szCs w:val="24"/>
        </w:rPr>
        <w:t>zile</w:t>
      </w:r>
      <w:proofErr w:type="spellEnd"/>
      <w:r w:rsidRPr="0004529F">
        <w:rPr>
          <w:rFonts w:eastAsia="Calibri" w:cs="Times New Roman"/>
          <w:szCs w:val="24"/>
        </w:rPr>
        <w:t>, (</w:t>
      </w:r>
      <w:proofErr w:type="spellStart"/>
      <w:r w:rsidRPr="0004529F">
        <w:rPr>
          <w:rFonts w:eastAsia="Calibri" w:cs="Times New Roman"/>
          <w:szCs w:val="24"/>
        </w:rPr>
        <w:t>durata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în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litere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și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cifre</w:t>
      </w:r>
      <w:proofErr w:type="spellEnd"/>
      <w:r w:rsidRPr="0004529F">
        <w:rPr>
          <w:rFonts w:eastAsia="Calibri" w:cs="Times New Roman"/>
          <w:szCs w:val="24"/>
        </w:rPr>
        <w:t xml:space="preserve">), </w:t>
      </w:r>
      <w:proofErr w:type="spellStart"/>
      <w:r w:rsidRPr="0004529F">
        <w:rPr>
          <w:rFonts w:eastAsia="Calibri" w:cs="Times New Roman"/>
          <w:szCs w:val="24"/>
        </w:rPr>
        <w:t>respectiv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până</w:t>
      </w:r>
      <w:proofErr w:type="spellEnd"/>
      <w:r w:rsidRPr="0004529F">
        <w:rPr>
          <w:rFonts w:eastAsia="Calibri" w:cs="Times New Roman"/>
          <w:szCs w:val="24"/>
        </w:rPr>
        <w:t xml:space="preserve"> la data de ___________________ (</w:t>
      </w:r>
      <w:proofErr w:type="spellStart"/>
      <w:r w:rsidRPr="0004529F">
        <w:rPr>
          <w:rFonts w:eastAsia="Calibri" w:cs="Times New Roman"/>
          <w:szCs w:val="24"/>
        </w:rPr>
        <w:t>ziua</w:t>
      </w:r>
      <w:proofErr w:type="spellEnd"/>
      <w:r w:rsidRPr="0004529F">
        <w:rPr>
          <w:rFonts w:eastAsia="Calibri" w:cs="Times New Roman"/>
          <w:szCs w:val="24"/>
        </w:rPr>
        <w:t>/</w:t>
      </w:r>
      <w:proofErr w:type="spellStart"/>
      <w:r w:rsidRPr="0004529F">
        <w:rPr>
          <w:rFonts w:eastAsia="Calibri" w:cs="Times New Roman"/>
          <w:szCs w:val="24"/>
        </w:rPr>
        <w:t>luna</w:t>
      </w:r>
      <w:proofErr w:type="spellEnd"/>
      <w:r w:rsidRPr="0004529F">
        <w:rPr>
          <w:rFonts w:eastAsia="Calibri" w:cs="Times New Roman"/>
          <w:szCs w:val="24"/>
        </w:rPr>
        <w:t>/</w:t>
      </w:r>
      <w:proofErr w:type="spellStart"/>
      <w:r w:rsidRPr="0004529F">
        <w:rPr>
          <w:rFonts w:eastAsia="Calibri" w:cs="Times New Roman"/>
          <w:szCs w:val="24"/>
        </w:rPr>
        <w:t>anul</w:t>
      </w:r>
      <w:proofErr w:type="spellEnd"/>
      <w:r w:rsidRPr="0004529F">
        <w:rPr>
          <w:rFonts w:eastAsia="Calibri" w:cs="Times New Roman"/>
          <w:szCs w:val="24"/>
        </w:rPr>
        <w:t xml:space="preserve">), </w:t>
      </w:r>
      <w:proofErr w:type="spellStart"/>
      <w:r w:rsidRPr="0004529F">
        <w:rPr>
          <w:rFonts w:eastAsia="Calibri" w:cs="Times New Roman"/>
          <w:szCs w:val="24"/>
        </w:rPr>
        <w:t>și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ea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va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rămâne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obligatorie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pentru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noi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și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poate</w:t>
      </w:r>
      <w:proofErr w:type="spellEnd"/>
      <w:r w:rsidRPr="0004529F">
        <w:rPr>
          <w:rFonts w:eastAsia="Calibri" w:cs="Times New Roman"/>
          <w:szCs w:val="24"/>
        </w:rPr>
        <w:t xml:space="preserve"> fi </w:t>
      </w:r>
      <w:proofErr w:type="spellStart"/>
      <w:r w:rsidRPr="0004529F">
        <w:rPr>
          <w:rFonts w:eastAsia="Calibri" w:cs="Times New Roman"/>
          <w:szCs w:val="24"/>
        </w:rPr>
        <w:t>acceptată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oricând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înainte</w:t>
      </w:r>
      <w:proofErr w:type="spellEnd"/>
      <w:r w:rsidRPr="0004529F">
        <w:rPr>
          <w:rFonts w:eastAsia="Calibri" w:cs="Times New Roman"/>
          <w:szCs w:val="24"/>
        </w:rPr>
        <w:t xml:space="preserve"> de </w:t>
      </w:r>
      <w:proofErr w:type="spellStart"/>
      <w:r w:rsidRPr="0004529F">
        <w:rPr>
          <w:rFonts w:eastAsia="Calibri" w:cs="Times New Roman"/>
          <w:szCs w:val="24"/>
        </w:rPr>
        <w:t>expirarea</w:t>
      </w:r>
      <w:proofErr w:type="spellEnd"/>
      <w:r w:rsidRPr="0004529F">
        <w:rPr>
          <w:rFonts w:eastAsia="Calibri" w:cs="Times New Roman"/>
          <w:szCs w:val="24"/>
        </w:rPr>
        <w:t xml:space="preserve"> </w:t>
      </w:r>
      <w:proofErr w:type="spellStart"/>
      <w:r w:rsidRPr="0004529F">
        <w:rPr>
          <w:rFonts w:eastAsia="Calibri" w:cs="Times New Roman"/>
          <w:szCs w:val="24"/>
        </w:rPr>
        <w:t>perioadei</w:t>
      </w:r>
      <w:proofErr w:type="spellEnd"/>
      <w:r w:rsidRPr="0004529F">
        <w:rPr>
          <w:rFonts w:eastAsia="Calibri" w:cs="Times New Roman"/>
          <w:szCs w:val="24"/>
        </w:rPr>
        <w:t xml:space="preserve"> de </w:t>
      </w:r>
      <w:proofErr w:type="spellStart"/>
      <w:r w:rsidRPr="0004529F">
        <w:rPr>
          <w:rFonts w:eastAsia="Calibri" w:cs="Times New Roman"/>
          <w:szCs w:val="24"/>
        </w:rPr>
        <w:t>valabilitate</w:t>
      </w:r>
      <w:proofErr w:type="spellEnd"/>
      <w:r w:rsidRPr="0004529F">
        <w:rPr>
          <w:rFonts w:eastAsia="Calibri" w:cs="Times New Roman"/>
          <w:szCs w:val="24"/>
        </w:rPr>
        <w:t>.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Data </w:t>
      </w:r>
      <w:proofErr w:type="spellStart"/>
      <w:r w:rsidRPr="0004529F">
        <w:rPr>
          <w:rFonts w:cs="Times New Roman"/>
          <w:szCs w:val="24"/>
        </w:rPr>
        <w:t>completării</w:t>
      </w:r>
      <w:proofErr w:type="spellEnd"/>
      <w:r w:rsidRPr="0004529F">
        <w:rPr>
          <w:rFonts w:cs="Times New Roman"/>
          <w:szCs w:val="24"/>
        </w:rPr>
        <w:t xml:space="preserve"> . . . . . . . . . </w:t>
      </w:r>
      <w:proofErr w:type="gramStart"/>
      <w:r w:rsidRPr="0004529F">
        <w:rPr>
          <w:rFonts w:cs="Times New Roman"/>
          <w:szCs w:val="24"/>
        </w:rPr>
        <w:t>. . . .</w:t>
      </w:r>
      <w:proofErr w:type="gramEnd"/>
      <w:r w:rsidRPr="0004529F">
        <w:rPr>
          <w:rFonts w:cs="Times New Roman"/>
          <w:szCs w:val="24"/>
        </w:rPr>
        <w:tab/>
        <w:t xml:space="preserve">Cu </w:t>
      </w:r>
      <w:proofErr w:type="spellStart"/>
      <w:r w:rsidRPr="0004529F">
        <w:rPr>
          <w:rFonts w:cs="Times New Roman"/>
          <w:szCs w:val="24"/>
        </w:rPr>
        <w:t>stimă</w:t>
      </w:r>
      <w:proofErr w:type="spellEnd"/>
      <w:r w:rsidRPr="0004529F">
        <w:rPr>
          <w:rFonts w:cs="Times New Roman"/>
          <w:szCs w:val="24"/>
        </w:rPr>
        <w:t>,</w:t>
      </w:r>
    </w:p>
    <w:p w:rsidR="00B8159E" w:rsidRPr="0004529F" w:rsidRDefault="00B8159E" w:rsidP="00B8159E">
      <w:pPr>
        <w:pStyle w:val="Corptext"/>
        <w:tabs>
          <w:tab w:val="left" w:pos="567"/>
        </w:tabs>
        <w:spacing w:after="0" w:line="240" w:lineRule="auto"/>
        <w:jc w:val="right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Ofertant</w:t>
      </w:r>
      <w:proofErr w:type="spellEnd"/>
      <w:r w:rsidRPr="0004529F">
        <w:rPr>
          <w:rFonts w:cs="Times New Roman"/>
          <w:szCs w:val="24"/>
        </w:rPr>
        <w:t>/</w:t>
      </w:r>
      <w:proofErr w:type="spellStart"/>
      <w:r w:rsidRPr="0004529F">
        <w:rPr>
          <w:rFonts w:cs="Times New Roman"/>
          <w:szCs w:val="24"/>
        </w:rPr>
        <w:t>candidat</w:t>
      </w:r>
      <w:proofErr w:type="spellEnd"/>
    </w:p>
    <w:p w:rsidR="00B8159E" w:rsidRPr="0004529F" w:rsidRDefault="00B8159E" w:rsidP="007E7CF6">
      <w:pPr>
        <w:pStyle w:val="Corptext"/>
        <w:tabs>
          <w:tab w:val="left" w:pos="567"/>
        </w:tabs>
        <w:spacing w:after="0" w:line="240" w:lineRule="auto"/>
        <w:jc w:val="right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 xml:space="preserve"> (</w:t>
      </w:r>
      <w:proofErr w:type="spellStart"/>
      <w:r w:rsidRPr="0004529F">
        <w:rPr>
          <w:rFonts w:cs="Times New Roman"/>
          <w:szCs w:val="24"/>
        </w:rPr>
        <w:t>semnătura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autorizată</w:t>
      </w:r>
      <w:proofErr w:type="spellEnd"/>
      <w:r w:rsidR="007E7CF6" w:rsidRPr="0004529F">
        <w:rPr>
          <w:rFonts w:cs="Times New Roman"/>
          <w:szCs w:val="24"/>
        </w:rPr>
        <w:t>)</w:t>
      </w: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B8159E">
      <w:pPr>
        <w:spacing w:after="0" w:line="240" w:lineRule="auto"/>
        <w:jc w:val="right"/>
        <w:rPr>
          <w:rFonts w:cs="Times New Roman"/>
          <w:bCs/>
          <w:szCs w:val="24"/>
        </w:rPr>
      </w:pPr>
    </w:p>
    <w:p w:rsidR="0004529F" w:rsidRPr="0004529F" w:rsidRDefault="0004529F" w:rsidP="0004529F">
      <w:pPr>
        <w:spacing w:after="0" w:line="240" w:lineRule="auto"/>
        <w:rPr>
          <w:rFonts w:cs="Times New Roman"/>
          <w:bCs/>
          <w:szCs w:val="24"/>
        </w:rPr>
      </w:pPr>
    </w:p>
    <w:p w:rsidR="00127E6A" w:rsidRPr="0004529F" w:rsidRDefault="00B8159E" w:rsidP="00B8159E">
      <w:pPr>
        <w:spacing w:after="0" w:line="240" w:lineRule="auto"/>
        <w:jc w:val="right"/>
        <w:rPr>
          <w:rFonts w:cs="Times New Roman"/>
          <w:bCs/>
          <w:szCs w:val="24"/>
        </w:rPr>
      </w:pPr>
      <w:proofErr w:type="spellStart"/>
      <w:r w:rsidRPr="0004529F">
        <w:rPr>
          <w:rFonts w:cs="Times New Roman"/>
          <w:bCs/>
          <w:szCs w:val="24"/>
        </w:rPr>
        <w:t>Anexa</w:t>
      </w:r>
      <w:proofErr w:type="spellEnd"/>
      <w:r w:rsidR="00127E6A" w:rsidRPr="0004529F">
        <w:rPr>
          <w:rFonts w:cs="Times New Roman"/>
          <w:bCs/>
          <w:szCs w:val="24"/>
        </w:rPr>
        <w:t xml:space="preserve"> nr. </w:t>
      </w:r>
      <w:r w:rsidRPr="0004529F">
        <w:rPr>
          <w:rFonts w:cs="Times New Roman"/>
          <w:bCs/>
          <w:szCs w:val="24"/>
        </w:rPr>
        <w:t>6</w:t>
      </w:r>
    </w:p>
    <w:p w:rsidR="000B369E" w:rsidRPr="0004529F" w:rsidRDefault="00127E6A" w:rsidP="009B721A">
      <w:pPr>
        <w:spacing w:after="0" w:line="240" w:lineRule="auto"/>
        <w:jc w:val="center"/>
        <w:rPr>
          <w:rFonts w:cs="Times New Roman"/>
          <w:szCs w:val="24"/>
        </w:rPr>
      </w:pPr>
      <w:r w:rsidRPr="0004529F">
        <w:rPr>
          <w:rFonts w:cs="Times New Roman"/>
          <w:b/>
          <w:szCs w:val="24"/>
        </w:rPr>
        <w:t>DECLARAȚIE PRIVIND DATELE DE IDENTIFICARE ALE OPERATORULUI ECONOMIC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Subsemnatul</w:t>
      </w:r>
      <w:proofErr w:type="spellEnd"/>
      <w:r w:rsidRPr="0004529F">
        <w:rPr>
          <w:rFonts w:cs="Times New Roman"/>
          <w:szCs w:val="24"/>
        </w:rPr>
        <w:t xml:space="preserve">(a) ____________________________________,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calitate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reprezentant</w:t>
      </w:r>
      <w:proofErr w:type="spellEnd"/>
      <w:r w:rsidRPr="0004529F">
        <w:rPr>
          <w:rFonts w:cs="Times New Roman"/>
          <w:szCs w:val="24"/>
        </w:rPr>
        <w:t xml:space="preserve"> legal / </w:t>
      </w:r>
      <w:proofErr w:type="spellStart"/>
      <w:r w:rsidRPr="0004529F">
        <w:rPr>
          <w:rFonts w:cs="Times New Roman"/>
          <w:szCs w:val="24"/>
        </w:rPr>
        <w:t>persoană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împuternicită</w:t>
      </w:r>
      <w:proofErr w:type="spellEnd"/>
      <w:r w:rsidRPr="0004529F">
        <w:rPr>
          <w:rFonts w:cs="Times New Roman"/>
          <w:szCs w:val="24"/>
        </w:rPr>
        <w:t xml:space="preserve"> a </w:t>
      </w:r>
      <w:proofErr w:type="spellStart"/>
      <w:r w:rsidRPr="0004529F">
        <w:rPr>
          <w:rFonts w:cs="Times New Roman"/>
          <w:szCs w:val="24"/>
        </w:rPr>
        <w:t>operatorului</w:t>
      </w:r>
      <w:proofErr w:type="spellEnd"/>
      <w:r w:rsidRPr="0004529F">
        <w:rPr>
          <w:rFonts w:cs="Times New Roman"/>
          <w:szCs w:val="24"/>
        </w:rPr>
        <w:t xml:space="preserve"> economic ____________________________________, </w:t>
      </w:r>
      <w:proofErr w:type="spellStart"/>
      <w:r w:rsidRPr="0004529F">
        <w:rPr>
          <w:rFonts w:cs="Times New Roman"/>
          <w:szCs w:val="24"/>
        </w:rPr>
        <w:t>declar</w:t>
      </w:r>
      <w:proofErr w:type="spellEnd"/>
      <w:r w:rsidRPr="0004529F">
        <w:rPr>
          <w:rFonts w:cs="Times New Roman"/>
          <w:szCs w:val="24"/>
        </w:rPr>
        <w:t xml:space="preserve"> pe propria </w:t>
      </w:r>
      <w:proofErr w:type="spellStart"/>
      <w:r w:rsidRPr="0004529F">
        <w:rPr>
          <w:rFonts w:cs="Times New Roman"/>
          <w:szCs w:val="24"/>
        </w:rPr>
        <w:t>răspundere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informațiile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prezentate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mai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jos</w:t>
      </w:r>
      <w:proofErr w:type="spellEnd"/>
      <w:r w:rsidRPr="0004529F">
        <w:rPr>
          <w:rFonts w:cs="Times New Roman"/>
          <w:szCs w:val="24"/>
        </w:rPr>
        <w:t xml:space="preserve"> sunt complete, </w:t>
      </w:r>
      <w:proofErr w:type="spellStart"/>
      <w:r w:rsidRPr="0004529F">
        <w:rPr>
          <w:rFonts w:cs="Times New Roman"/>
          <w:szCs w:val="24"/>
        </w:rPr>
        <w:t>corecte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actuale</w:t>
      </w:r>
      <w:proofErr w:type="spellEnd"/>
      <w:r w:rsidRPr="0004529F">
        <w:rPr>
          <w:rFonts w:cs="Times New Roman"/>
          <w:szCs w:val="24"/>
        </w:rPr>
        <w:t>:</w:t>
      </w:r>
    </w:p>
    <w:tbl>
      <w:tblPr>
        <w:tblStyle w:val="Tabelgril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8781"/>
        <w:gridCol w:w="5496"/>
      </w:tblGrid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proofErr w:type="spellStart"/>
            <w:r w:rsidRPr="0004529F">
              <w:rPr>
                <w:szCs w:val="24"/>
              </w:rPr>
              <w:t>Informația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solicitată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proofErr w:type="spellStart"/>
            <w:r w:rsidRPr="0004529F">
              <w:rPr>
                <w:szCs w:val="24"/>
              </w:rPr>
              <w:t>Datele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operatorului</w:t>
            </w:r>
            <w:proofErr w:type="spellEnd"/>
            <w:r w:rsidRPr="0004529F">
              <w:rPr>
                <w:szCs w:val="24"/>
              </w:rPr>
              <w:t xml:space="preserve"> economic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1. </w:t>
            </w:r>
            <w:proofErr w:type="spellStart"/>
            <w:r w:rsidRPr="0004529F">
              <w:rPr>
                <w:szCs w:val="24"/>
              </w:rPr>
              <w:t>Denumirea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completă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gramStart"/>
            <w:r w:rsidRPr="0004529F">
              <w:rPr>
                <w:szCs w:val="24"/>
              </w:rPr>
              <w:t>a</w:t>
            </w:r>
            <w:proofErr w:type="gram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operatorului</w:t>
            </w:r>
            <w:proofErr w:type="spellEnd"/>
            <w:r w:rsidRPr="0004529F">
              <w:rPr>
                <w:szCs w:val="24"/>
              </w:rPr>
              <w:t xml:space="preserve"> economic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2. Forma </w:t>
            </w:r>
            <w:proofErr w:type="spellStart"/>
            <w:r w:rsidRPr="0004529F">
              <w:rPr>
                <w:szCs w:val="24"/>
              </w:rPr>
              <w:t>juridică</w:t>
            </w:r>
            <w:proofErr w:type="spellEnd"/>
            <w:r w:rsidRPr="0004529F">
              <w:rPr>
                <w:szCs w:val="24"/>
              </w:rPr>
              <w:t xml:space="preserve"> de </w:t>
            </w:r>
            <w:proofErr w:type="spellStart"/>
            <w:r w:rsidRPr="0004529F">
              <w:rPr>
                <w:szCs w:val="24"/>
              </w:rPr>
              <w:t>organizare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3. IDNO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4. </w:t>
            </w:r>
            <w:proofErr w:type="spellStart"/>
            <w:r w:rsidRPr="0004529F">
              <w:rPr>
                <w:szCs w:val="24"/>
              </w:rPr>
              <w:t>Adresa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juridică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5. </w:t>
            </w:r>
            <w:proofErr w:type="spellStart"/>
            <w:r w:rsidRPr="0004529F">
              <w:rPr>
                <w:szCs w:val="24"/>
              </w:rPr>
              <w:t>Adresa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poștală</w:t>
            </w:r>
            <w:proofErr w:type="spellEnd"/>
            <w:r w:rsidRPr="0004529F">
              <w:rPr>
                <w:szCs w:val="24"/>
              </w:rPr>
              <w:t xml:space="preserve"> / </w:t>
            </w:r>
            <w:proofErr w:type="spellStart"/>
            <w:r w:rsidRPr="0004529F">
              <w:rPr>
                <w:szCs w:val="24"/>
              </w:rPr>
              <w:t>sediul</w:t>
            </w:r>
            <w:proofErr w:type="spellEnd"/>
            <w:r w:rsidRPr="0004529F">
              <w:rPr>
                <w:szCs w:val="24"/>
              </w:rPr>
              <w:t xml:space="preserve"> de </w:t>
            </w:r>
            <w:proofErr w:type="spellStart"/>
            <w:r w:rsidRPr="0004529F">
              <w:rPr>
                <w:szCs w:val="24"/>
              </w:rPr>
              <w:t>corespondență</w:t>
            </w:r>
            <w:proofErr w:type="spellEnd"/>
            <w:r w:rsidRPr="0004529F">
              <w:rPr>
                <w:szCs w:val="24"/>
              </w:rPr>
              <w:t xml:space="preserve">, </w:t>
            </w:r>
            <w:proofErr w:type="spellStart"/>
            <w:r w:rsidRPr="0004529F">
              <w:rPr>
                <w:szCs w:val="24"/>
              </w:rPr>
              <w:t>dacă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diferă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6. Administrator / </w:t>
            </w:r>
            <w:proofErr w:type="spellStart"/>
            <w:r w:rsidRPr="0004529F">
              <w:rPr>
                <w:szCs w:val="24"/>
              </w:rPr>
              <w:t>conducător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7. </w:t>
            </w:r>
            <w:proofErr w:type="spellStart"/>
            <w:r w:rsidRPr="0004529F">
              <w:rPr>
                <w:szCs w:val="24"/>
              </w:rPr>
              <w:t>Persoana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împuternicită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să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semneze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oferta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și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contractul</w:t>
            </w:r>
            <w:proofErr w:type="spellEnd"/>
            <w:r w:rsidRPr="0004529F">
              <w:rPr>
                <w:szCs w:val="24"/>
              </w:rPr>
              <w:t xml:space="preserve">, </w:t>
            </w:r>
            <w:proofErr w:type="spellStart"/>
            <w:r w:rsidRPr="0004529F">
              <w:rPr>
                <w:szCs w:val="24"/>
              </w:rPr>
              <w:t>după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caz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8. </w:t>
            </w:r>
            <w:proofErr w:type="spellStart"/>
            <w:r w:rsidRPr="0004529F">
              <w:rPr>
                <w:szCs w:val="24"/>
              </w:rPr>
              <w:t>Telefon</w:t>
            </w:r>
            <w:proofErr w:type="spellEnd"/>
            <w:r w:rsidRPr="0004529F">
              <w:rPr>
                <w:szCs w:val="24"/>
              </w:rPr>
              <w:t xml:space="preserve"> de contact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9. </w:t>
            </w:r>
            <w:proofErr w:type="spellStart"/>
            <w:r w:rsidRPr="0004529F">
              <w:rPr>
                <w:szCs w:val="24"/>
              </w:rPr>
              <w:t>Adresa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electronică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oficială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10. </w:t>
            </w:r>
            <w:proofErr w:type="spellStart"/>
            <w:r w:rsidRPr="0004529F">
              <w:rPr>
                <w:szCs w:val="24"/>
              </w:rPr>
              <w:t>Denumirea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băncii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11. Cod </w:t>
            </w:r>
            <w:proofErr w:type="spellStart"/>
            <w:r w:rsidRPr="0004529F">
              <w:rPr>
                <w:szCs w:val="24"/>
              </w:rPr>
              <w:t>bancar</w:t>
            </w:r>
            <w:proofErr w:type="spellEnd"/>
            <w:r w:rsidRPr="0004529F">
              <w:rPr>
                <w:szCs w:val="24"/>
              </w:rPr>
              <w:t xml:space="preserve"> (SWIFT/BIC)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12. Cod IBAN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>____________________________________________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13. </w:t>
            </w:r>
            <w:proofErr w:type="spellStart"/>
            <w:r w:rsidRPr="0004529F">
              <w:rPr>
                <w:szCs w:val="24"/>
              </w:rPr>
              <w:t>Regimul</w:t>
            </w:r>
            <w:proofErr w:type="spellEnd"/>
            <w:r w:rsidRPr="0004529F">
              <w:rPr>
                <w:szCs w:val="24"/>
              </w:rPr>
              <w:t xml:space="preserve"> TVA </w:t>
            </w:r>
            <w:proofErr w:type="spellStart"/>
            <w:r w:rsidRPr="0004529F">
              <w:rPr>
                <w:szCs w:val="24"/>
              </w:rPr>
              <w:t>aplicabil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rFonts w:cs="Segoe UI Symbol"/>
                <w:szCs w:val="24"/>
              </w:rPr>
              <w:t>☐</w:t>
            </w:r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Plătitor</w:t>
            </w:r>
            <w:proofErr w:type="spellEnd"/>
            <w:r w:rsidRPr="0004529F">
              <w:rPr>
                <w:szCs w:val="24"/>
              </w:rPr>
              <w:t xml:space="preserve"> de TVA        </w:t>
            </w:r>
            <w:r w:rsidRPr="0004529F">
              <w:rPr>
                <w:rFonts w:cs="Segoe UI Symbol"/>
                <w:szCs w:val="24"/>
              </w:rPr>
              <w:t>☐</w:t>
            </w:r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Neplătitor</w:t>
            </w:r>
            <w:proofErr w:type="spellEnd"/>
            <w:r w:rsidRPr="0004529F">
              <w:rPr>
                <w:szCs w:val="24"/>
              </w:rPr>
              <w:t xml:space="preserve"> de TVA</w:t>
            </w:r>
          </w:p>
        </w:tc>
      </w:tr>
      <w:tr w:rsidR="00127E6A" w:rsidRPr="0004529F" w:rsidTr="000B369E">
        <w:trPr>
          <w:cantSplit/>
          <w:jc w:val="center"/>
        </w:trPr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r w:rsidRPr="0004529F">
              <w:rPr>
                <w:szCs w:val="24"/>
              </w:rPr>
              <w:t xml:space="preserve">14. </w:t>
            </w:r>
            <w:proofErr w:type="spellStart"/>
            <w:r w:rsidRPr="0004529F">
              <w:rPr>
                <w:szCs w:val="24"/>
              </w:rPr>
              <w:t>Persoana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responsabilă</w:t>
            </w:r>
            <w:proofErr w:type="spellEnd"/>
            <w:r w:rsidRPr="0004529F">
              <w:rPr>
                <w:szCs w:val="24"/>
              </w:rPr>
              <w:t xml:space="preserve"> de </w:t>
            </w:r>
            <w:proofErr w:type="spellStart"/>
            <w:r w:rsidRPr="0004529F">
              <w:rPr>
                <w:szCs w:val="24"/>
              </w:rPr>
              <w:t>executarea</w:t>
            </w:r>
            <w:proofErr w:type="spellEnd"/>
            <w:r w:rsidRPr="0004529F">
              <w:rPr>
                <w:szCs w:val="24"/>
              </w:rPr>
              <w:t xml:space="preserve"> </w:t>
            </w:r>
            <w:proofErr w:type="spellStart"/>
            <w:r w:rsidRPr="0004529F">
              <w:rPr>
                <w:szCs w:val="24"/>
              </w:rPr>
              <w:t>contractului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6A" w:rsidRPr="0004529F" w:rsidRDefault="00127E6A" w:rsidP="00531B9B">
            <w:pPr>
              <w:rPr>
                <w:szCs w:val="24"/>
              </w:rPr>
            </w:pPr>
            <w:proofErr w:type="spellStart"/>
            <w:r w:rsidRPr="0004529F">
              <w:rPr>
                <w:szCs w:val="24"/>
              </w:rPr>
              <w:t>Nume</w:t>
            </w:r>
            <w:proofErr w:type="spellEnd"/>
            <w:r w:rsidRPr="0004529F">
              <w:rPr>
                <w:szCs w:val="24"/>
              </w:rPr>
              <w:t xml:space="preserve">, </w:t>
            </w:r>
            <w:proofErr w:type="spellStart"/>
            <w:r w:rsidRPr="0004529F">
              <w:rPr>
                <w:szCs w:val="24"/>
              </w:rPr>
              <w:t>prenume</w:t>
            </w:r>
            <w:proofErr w:type="spellEnd"/>
            <w:r w:rsidRPr="0004529F">
              <w:rPr>
                <w:szCs w:val="24"/>
              </w:rPr>
              <w:t>: _______________________________</w:t>
            </w:r>
            <w:r w:rsidRPr="0004529F">
              <w:rPr>
                <w:szCs w:val="24"/>
              </w:rPr>
              <w:br/>
            </w:r>
            <w:proofErr w:type="spellStart"/>
            <w:r w:rsidRPr="0004529F">
              <w:rPr>
                <w:szCs w:val="24"/>
              </w:rPr>
              <w:t>Funcția</w:t>
            </w:r>
            <w:proofErr w:type="spellEnd"/>
            <w:r w:rsidRPr="0004529F">
              <w:rPr>
                <w:szCs w:val="24"/>
              </w:rPr>
              <w:t>: ____________________________________</w:t>
            </w:r>
            <w:r w:rsidRPr="0004529F">
              <w:rPr>
                <w:szCs w:val="24"/>
              </w:rPr>
              <w:br/>
            </w:r>
            <w:proofErr w:type="spellStart"/>
            <w:r w:rsidRPr="0004529F">
              <w:rPr>
                <w:szCs w:val="24"/>
              </w:rPr>
              <w:t>Telefon</w:t>
            </w:r>
            <w:proofErr w:type="spellEnd"/>
            <w:r w:rsidRPr="0004529F">
              <w:rPr>
                <w:szCs w:val="24"/>
              </w:rPr>
              <w:t>: ____________________________________</w:t>
            </w:r>
            <w:r w:rsidRPr="0004529F">
              <w:rPr>
                <w:szCs w:val="24"/>
              </w:rPr>
              <w:br/>
              <w:t>E-mail: _____________________________________</w:t>
            </w:r>
          </w:p>
        </w:tc>
      </w:tr>
    </w:tbl>
    <w:p w:rsidR="00127E6A" w:rsidRPr="0004529F" w:rsidRDefault="00127E6A" w:rsidP="00BD31A6">
      <w:pPr>
        <w:spacing w:after="0" w:line="240" w:lineRule="auto"/>
        <w:jc w:val="both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Operatorul</w:t>
      </w:r>
      <w:proofErr w:type="spellEnd"/>
      <w:r w:rsidRPr="0004529F">
        <w:rPr>
          <w:rFonts w:cs="Times New Roman"/>
          <w:szCs w:val="24"/>
        </w:rPr>
        <w:t xml:space="preserve"> economic </w:t>
      </w:r>
      <w:proofErr w:type="spellStart"/>
      <w:r w:rsidRPr="0004529F">
        <w:rPr>
          <w:rFonts w:cs="Times New Roman"/>
          <w:szCs w:val="24"/>
        </w:rPr>
        <w:t>declară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că</w:t>
      </w:r>
      <w:proofErr w:type="spellEnd"/>
      <w:r w:rsidRPr="0004529F">
        <w:rPr>
          <w:rFonts w:cs="Times New Roman"/>
          <w:szCs w:val="24"/>
        </w:rPr>
        <w:t xml:space="preserve"> nu se </w:t>
      </w:r>
      <w:proofErr w:type="spellStart"/>
      <w:r w:rsidRPr="0004529F">
        <w:rPr>
          <w:rFonts w:cs="Times New Roman"/>
          <w:szCs w:val="24"/>
        </w:rPr>
        <w:t>află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în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proces</w:t>
      </w:r>
      <w:proofErr w:type="spellEnd"/>
      <w:r w:rsidRPr="0004529F">
        <w:rPr>
          <w:rFonts w:cs="Times New Roman"/>
          <w:szCs w:val="24"/>
        </w:rPr>
        <w:t xml:space="preserve"> de </w:t>
      </w:r>
      <w:proofErr w:type="spellStart"/>
      <w:r w:rsidRPr="0004529F">
        <w:rPr>
          <w:rFonts w:cs="Times New Roman"/>
          <w:szCs w:val="24"/>
        </w:rPr>
        <w:t>insolvabilitate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lichidare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sau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suspendare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gramStart"/>
      <w:r w:rsidRPr="0004529F">
        <w:rPr>
          <w:rFonts w:cs="Times New Roman"/>
          <w:szCs w:val="24"/>
        </w:rPr>
        <w:t>a</w:t>
      </w:r>
      <w:proofErr w:type="gram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activității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și</w:t>
      </w:r>
      <w:proofErr w:type="spellEnd"/>
      <w:r w:rsidRPr="0004529F">
        <w:rPr>
          <w:rFonts w:cs="Times New Roman"/>
          <w:szCs w:val="24"/>
        </w:rPr>
        <w:t xml:space="preserve"> are </w:t>
      </w:r>
      <w:proofErr w:type="spellStart"/>
      <w:r w:rsidRPr="0004529F">
        <w:rPr>
          <w:rFonts w:cs="Times New Roman"/>
          <w:szCs w:val="24"/>
        </w:rPr>
        <w:t>dreptul</w:t>
      </w:r>
      <w:proofErr w:type="spellEnd"/>
      <w:r w:rsidRPr="0004529F">
        <w:rPr>
          <w:rFonts w:cs="Times New Roman"/>
          <w:szCs w:val="24"/>
        </w:rPr>
        <w:t xml:space="preserve"> legal de a </w:t>
      </w:r>
      <w:proofErr w:type="spellStart"/>
      <w:r w:rsidRPr="0004529F">
        <w:rPr>
          <w:rFonts w:cs="Times New Roman"/>
          <w:szCs w:val="24"/>
        </w:rPr>
        <w:t>desfășura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activitățile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aferente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obiectului</w:t>
      </w:r>
      <w:proofErr w:type="spellEnd"/>
      <w:r w:rsidRPr="0004529F">
        <w:rPr>
          <w:rFonts w:cs="Times New Roman"/>
          <w:szCs w:val="24"/>
        </w:rPr>
        <w:t xml:space="preserve"> </w:t>
      </w:r>
      <w:proofErr w:type="spellStart"/>
      <w:r w:rsidRPr="0004529F">
        <w:rPr>
          <w:rFonts w:cs="Times New Roman"/>
          <w:szCs w:val="24"/>
        </w:rPr>
        <w:t>contractului</w:t>
      </w:r>
      <w:proofErr w:type="spellEnd"/>
      <w:r w:rsidRPr="0004529F">
        <w:rPr>
          <w:rFonts w:cs="Times New Roman"/>
          <w:szCs w:val="24"/>
        </w:rPr>
        <w:t>.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lastRenderedPageBreak/>
        <w:t xml:space="preserve">Data </w:t>
      </w:r>
      <w:proofErr w:type="spellStart"/>
      <w:r w:rsidRPr="0004529F">
        <w:rPr>
          <w:rFonts w:cs="Times New Roman"/>
          <w:szCs w:val="24"/>
        </w:rPr>
        <w:t>completării</w:t>
      </w:r>
      <w:proofErr w:type="spellEnd"/>
      <w:r w:rsidRPr="0004529F">
        <w:rPr>
          <w:rFonts w:cs="Times New Roman"/>
          <w:szCs w:val="24"/>
        </w:rPr>
        <w:t>: _______________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r w:rsidRPr="0004529F">
        <w:rPr>
          <w:rFonts w:cs="Times New Roman"/>
          <w:szCs w:val="24"/>
        </w:rPr>
        <w:t>Operator economic: _______________________________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Nume</w:t>
      </w:r>
      <w:proofErr w:type="spellEnd"/>
      <w:r w:rsidRPr="0004529F">
        <w:rPr>
          <w:rFonts w:cs="Times New Roman"/>
          <w:szCs w:val="24"/>
        </w:rPr>
        <w:t xml:space="preserve">, </w:t>
      </w:r>
      <w:proofErr w:type="spellStart"/>
      <w:r w:rsidRPr="0004529F">
        <w:rPr>
          <w:rFonts w:cs="Times New Roman"/>
          <w:szCs w:val="24"/>
        </w:rPr>
        <w:t>prenume</w:t>
      </w:r>
      <w:proofErr w:type="spellEnd"/>
      <w:r w:rsidRPr="0004529F">
        <w:rPr>
          <w:rFonts w:cs="Times New Roman"/>
          <w:szCs w:val="24"/>
        </w:rPr>
        <w:t>: _______________________________</w:t>
      </w:r>
    </w:p>
    <w:p w:rsidR="00127E6A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Funcția</w:t>
      </w:r>
      <w:proofErr w:type="spellEnd"/>
      <w:r w:rsidRPr="0004529F">
        <w:rPr>
          <w:rFonts w:cs="Times New Roman"/>
          <w:szCs w:val="24"/>
        </w:rPr>
        <w:t>: _______________________________</w:t>
      </w:r>
    </w:p>
    <w:p w:rsidR="00814F27" w:rsidRPr="0004529F" w:rsidRDefault="00127E6A" w:rsidP="00531B9B">
      <w:pPr>
        <w:spacing w:after="0" w:line="240" w:lineRule="auto"/>
        <w:rPr>
          <w:rFonts w:cs="Times New Roman"/>
          <w:szCs w:val="24"/>
        </w:rPr>
      </w:pPr>
      <w:proofErr w:type="spellStart"/>
      <w:r w:rsidRPr="0004529F">
        <w:rPr>
          <w:rFonts w:cs="Times New Roman"/>
          <w:szCs w:val="24"/>
        </w:rPr>
        <w:t>Semnătura</w:t>
      </w:r>
      <w:proofErr w:type="spellEnd"/>
      <w:r w:rsidRPr="0004529F">
        <w:rPr>
          <w:rFonts w:cs="Times New Roman"/>
          <w:szCs w:val="24"/>
        </w:rPr>
        <w:t>: _______________________________</w:t>
      </w:r>
    </w:p>
    <w:p w:rsidR="0004529F" w:rsidRPr="0004529F" w:rsidRDefault="0004529F">
      <w:pPr>
        <w:spacing w:after="0" w:line="240" w:lineRule="auto"/>
        <w:rPr>
          <w:rFonts w:cs="Times New Roman"/>
          <w:szCs w:val="24"/>
        </w:rPr>
      </w:pPr>
    </w:p>
    <w:sectPr w:rsidR="0004529F" w:rsidRPr="0004529F" w:rsidSect="00730D67">
      <w:pgSz w:w="16838" w:h="11906" w:orient="landscape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E3D6768"/>
    <w:multiLevelType w:val="hybridMultilevel"/>
    <w:tmpl w:val="CE227BEE"/>
    <w:lvl w:ilvl="0" w:tplc="C14E81F6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>
      <w:start w:val="1"/>
      <w:numFmt w:val="lowerRoman"/>
      <w:lvlText w:val="%3."/>
      <w:lvlJc w:val="right"/>
      <w:pPr>
        <w:ind w:left="2160" w:hanging="180"/>
      </w:pPr>
    </w:lvl>
    <w:lvl w:ilvl="3" w:tplc="C75475A4">
      <w:start w:val="1"/>
      <w:numFmt w:val="decimal"/>
      <w:lvlText w:val="%4."/>
      <w:lvlJc w:val="left"/>
      <w:pPr>
        <w:ind w:left="2880" w:hanging="360"/>
      </w:pPr>
    </w:lvl>
    <w:lvl w:ilvl="4" w:tplc="AAF4EFCC">
      <w:start w:val="1"/>
      <w:numFmt w:val="lowerLetter"/>
      <w:lvlText w:val="%5."/>
      <w:lvlJc w:val="left"/>
      <w:pPr>
        <w:ind w:left="3600" w:hanging="360"/>
      </w:pPr>
    </w:lvl>
    <w:lvl w:ilvl="5" w:tplc="1FDE0C58">
      <w:start w:val="1"/>
      <w:numFmt w:val="lowerRoman"/>
      <w:lvlText w:val="%6."/>
      <w:lvlJc w:val="right"/>
      <w:pPr>
        <w:ind w:left="4320" w:hanging="180"/>
      </w:pPr>
    </w:lvl>
    <w:lvl w:ilvl="6" w:tplc="C76E6E8C">
      <w:start w:val="1"/>
      <w:numFmt w:val="decimal"/>
      <w:lvlText w:val="%7."/>
      <w:lvlJc w:val="left"/>
      <w:pPr>
        <w:ind w:left="5040" w:hanging="360"/>
      </w:pPr>
    </w:lvl>
    <w:lvl w:ilvl="7" w:tplc="7F58DAE4">
      <w:start w:val="1"/>
      <w:numFmt w:val="lowerLetter"/>
      <w:lvlText w:val="%8."/>
      <w:lvlJc w:val="left"/>
      <w:pPr>
        <w:ind w:left="5760" w:hanging="360"/>
      </w:pPr>
    </w:lvl>
    <w:lvl w:ilvl="8" w:tplc="031A6B5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F3DE7"/>
    <w:multiLevelType w:val="hybridMultilevel"/>
    <w:tmpl w:val="2D5C6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BB73B8"/>
    <w:multiLevelType w:val="hybridMultilevel"/>
    <w:tmpl w:val="6428F2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529F"/>
    <w:rsid w:val="0006063C"/>
    <w:rsid w:val="000B369E"/>
    <w:rsid w:val="000B6594"/>
    <w:rsid w:val="00127E6A"/>
    <w:rsid w:val="0015074B"/>
    <w:rsid w:val="001B08D7"/>
    <w:rsid w:val="001F1165"/>
    <w:rsid w:val="00210902"/>
    <w:rsid w:val="0022270F"/>
    <w:rsid w:val="0029639D"/>
    <w:rsid w:val="00326F90"/>
    <w:rsid w:val="00374C8A"/>
    <w:rsid w:val="00434C7A"/>
    <w:rsid w:val="00467657"/>
    <w:rsid w:val="00484219"/>
    <w:rsid w:val="00505F62"/>
    <w:rsid w:val="00531B9B"/>
    <w:rsid w:val="005F130F"/>
    <w:rsid w:val="00603D90"/>
    <w:rsid w:val="00654E45"/>
    <w:rsid w:val="006603CA"/>
    <w:rsid w:val="006E0A3D"/>
    <w:rsid w:val="00707AC9"/>
    <w:rsid w:val="00730D67"/>
    <w:rsid w:val="00747772"/>
    <w:rsid w:val="007C25C0"/>
    <w:rsid w:val="007E7CF6"/>
    <w:rsid w:val="007F29ED"/>
    <w:rsid w:val="00803D8D"/>
    <w:rsid w:val="00811206"/>
    <w:rsid w:val="00814722"/>
    <w:rsid w:val="00814F27"/>
    <w:rsid w:val="008F7A4D"/>
    <w:rsid w:val="0098480E"/>
    <w:rsid w:val="009B721A"/>
    <w:rsid w:val="00A02F09"/>
    <w:rsid w:val="00A138C2"/>
    <w:rsid w:val="00A20347"/>
    <w:rsid w:val="00A45F2B"/>
    <w:rsid w:val="00A548B0"/>
    <w:rsid w:val="00A97ADF"/>
    <w:rsid w:val="00AA1D8D"/>
    <w:rsid w:val="00B47730"/>
    <w:rsid w:val="00B8159E"/>
    <w:rsid w:val="00BD31A6"/>
    <w:rsid w:val="00BD4525"/>
    <w:rsid w:val="00C56432"/>
    <w:rsid w:val="00C730A2"/>
    <w:rsid w:val="00C75252"/>
    <w:rsid w:val="00C8582B"/>
    <w:rsid w:val="00CB0664"/>
    <w:rsid w:val="00CB7340"/>
    <w:rsid w:val="00D92004"/>
    <w:rsid w:val="00DA768A"/>
    <w:rsid w:val="00DB14F8"/>
    <w:rsid w:val="00DE74D3"/>
    <w:rsid w:val="00E17C54"/>
    <w:rsid w:val="00E902B2"/>
    <w:rsid w:val="00EE23B4"/>
    <w:rsid w:val="00FA6A39"/>
    <w:rsid w:val="00FB6F76"/>
    <w:rsid w:val="00FC45D1"/>
    <w:rsid w:val="00FC693F"/>
    <w:rsid w:val="00FF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B8976D2F-105D-493F-8E59-1BAE937C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  <w:rPr>
      <w:rFonts w:ascii="Times New Roman" w:eastAsia="Times New Roman" w:hAnsi="Times New Roman"/>
      <w:sz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eastAsia="Times New Roman" w:hAnsi="Times New Roman"/>
      <w:sz w:val="24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  <w:rPr>
      <w:rFonts w:ascii="Times New Roman" w:eastAsia="Times New Roman" w:hAnsi="Times New Roman"/>
    </w:r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Fontdeparagrafimplicit"/>
    <w:uiPriority w:val="99"/>
    <w:unhideWhenUsed/>
    <w:rsid w:val="00FF1E07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F1E07"/>
    <w:rPr>
      <w:color w:val="605E5C"/>
      <w:shd w:val="clear" w:color="auto" w:fill="E1DFDD"/>
    </w:rPr>
  </w:style>
  <w:style w:type="table" w:customStyle="1" w:styleId="Tabelgril1">
    <w:name w:val="Tabel grilă1"/>
    <w:basedOn w:val="TabelNormal"/>
    <w:next w:val="Tabelgril"/>
    <w:uiPriority w:val="59"/>
    <w:rsid w:val="00127E6A"/>
    <w:pPr>
      <w:spacing w:after="0" w:line="240" w:lineRule="auto"/>
    </w:pPr>
    <w:rPr>
      <w:rFonts w:ascii="Cambria" w:eastAsia="MS Mincho" w:hAnsi="Cambr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7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757D3FC-379C-468C-84EF-C97AE6A1E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5320</Words>
  <Characters>30328</Characters>
  <Application>Microsoft Office Word</Application>
  <DocSecurity>0</DocSecurity>
  <Lines>252</Lines>
  <Paragraphs>71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35577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Vladimir Vornic</cp:lastModifiedBy>
  <cp:revision>2</cp:revision>
  <dcterms:created xsi:type="dcterms:W3CDTF">2026-06-23T04:52:00Z</dcterms:created>
  <dcterms:modified xsi:type="dcterms:W3CDTF">2026-06-23T04:52:00Z</dcterms:modified>
  <cp:category/>
</cp:coreProperties>
</file>