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5F81C1" w14:textId="3C4C95BD" w:rsidR="00B72D6C" w:rsidRPr="000A4C06" w:rsidRDefault="00B72D6C" w:rsidP="000A4C06">
      <w:pPr>
        <w:keepNext/>
        <w:keepLines/>
        <w:jc w:val="center"/>
        <w:outlineLvl w:val="1"/>
        <w:rPr>
          <w:rFonts w:ascii="Times New Roman" w:eastAsiaTheme="majorEastAsia" w:hAnsi="Times New Roman" w:cs="Times New Roman"/>
          <w:b/>
          <w:sz w:val="23"/>
          <w:szCs w:val="23"/>
        </w:rPr>
      </w:pPr>
      <w:bookmarkStart w:id="0" w:name="_Toc449692118"/>
      <w:bookmarkStart w:id="1" w:name="_Hlk77771358"/>
      <w:r w:rsidRPr="000A4C06">
        <w:rPr>
          <w:rFonts w:ascii="Times New Roman" w:eastAsiaTheme="majorEastAsia" w:hAnsi="Times New Roman" w:cs="Times New Roman"/>
          <w:b/>
          <w:sz w:val="23"/>
          <w:szCs w:val="23"/>
        </w:rPr>
        <w:t>CAIET DE SARCINI</w:t>
      </w:r>
      <w:bookmarkEnd w:id="0"/>
    </w:p>
    <w:p w14:paraId="3D01B589" w14:textId="7B33DA19" w:rsidR="00B72D6C" w:rsidRPr="000A4C06" w:rsidRDefault="00B72D6C" w:rsidP="00B72D6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ro-MD"/>
        </w:rPr>
      </w:pPr>
      <w:bookmarkStart w:id="2" w:name="_Hlk65747910"/>
      <w:bookmarkEnd w:id="1"/>
      <w:r w:rsidRPr="000A4C06">
        <w:rPr>
          <w:rFonts w:ascii="Times New Roman" w:hAnsi="Times New Roman" w:cs="Times New Roman"/>
          <w:sz w:val="23"/>
          <w:szCs w:val="23"/>
          <w:lang w:val="ro-MD"/>
        </w:rPr>
        <w:t>Obiectul: „</w:t>
      </w:r>
      <w:r w:rsidRPr="000A4C06">
        <w:rPr>
          <w:rFonts w:ascii="Times New Roman" w:hAnsi="Times New Roman" w:cs="Times New Roman"/>
          <w:sz w:val="23"/>
          <w:szCs w:val="23"/>
        </w:rPr>
        <w:t>Servicii de proiectare pentru reconstructia acoperisului si termoizolarea fatadei la IMSP Centrul de Sanatate nr. 1 Orhei, str. Vasile Lupu, 127.”</w:t>
      </w:r>
    </w:p>
    <w:p w14:paraId="1DB11736" w14:textId="3C4B1009" w:rsidR="00B72D6C" w:rsidRDefault="00B72D6C" w:rsidP="00B72D6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0A4C06">
        <w:rPr>
          <w:rFonts w:ascii="Times New Roman" w:hAnsi="Times New Roman" w:cs="Times New Roman"/>
          <w:sz w:val="23"/>
          <w:szCs w:val="23"/>
          <w:lang w:val="ro-MD"/>
        </w:rPr>
        <w:t xml:space="preserve">Autoritatea contractantă: </w:t>
      </w:r>
      <w:r w:rsidRPr="000A4C06">
        <w:rPr>
          <w:rFonts w:ascii="Times New Roman" w:hAnsi="Times New Roman" w:cs="Times New Roman"/>
          <w:sz w:val="23"/>
          <w:szCs w:val="23"/>
        </w:rPr>
        <w:t>Institutia Medico-Sanitara Publica Centrul de S</w:t>
      </w:r>
      <w:r w:rsidR="00FE03C4">
        <w:rPr>
          <w:rFonts w:ascii="Times New Roman" w:hAnsi="Times New Roman" w:cs="Times New Roman"/>
          <w:sz w:val="23"/>
          <w:szCs w:val="23"/>
        </w:rPr>
        <w:t>ă</w:t>
      </w:r>
      <w:r w:rsidRPr="000A4C06">
        <w:rPr>
          <w:rFonts w:ascii="Times New Roman" w:hAnsi="Times New Roman" w:cs="Times New Roman"/>
          <w:sz w:val="23"/>
          <w:szCs w:val="23"/>
        </w:rPr>
        <w:t>n</w:t>
      </w:r>
      <w:r w:rsidR="00FE03C4">
        <w:rPr>
          <w:rFonts w:ascii="Times New Roman" w:hAnsi="Times New Roman" w:cs="Times New Roman"/>
          <w:sz w:val="23"/>
          <w:szCs w:val="23"/>
        </w:rPr>
        <w:t>ă</w:t>
      </w:r>
      <w:r w:rsidRPr="000A4C06">
        <w:rPr>
          <w:rFonts w:ascii="Times New Roman" w:hAnsi="Times New Roman" w:cs="Times New Roman"/>
          <w:sz w:val="23"/>
          <w:szCs w:val="23"/>
        </w:rPr>
        <w:t xml:space="preserve">tate </w:t>
      </w:r>
      <w:r w:rsidR="00FE03C4">
        <w:rPr>
          <w:rFonts w:ascii="Times New Roman" w:hAnsi="Times New Roman" w:cs="Times New Roman"/>
          <w:sz w:val="23"/>
          <w:szCs w:val="23"/>
        </w:rPr>
        <w:t>N</w:t>
      </w:r>
      <w:r w:rsidRPr="000A4C06">
        <w:rPr>
          <w:rFonts w:ascii="Times New Roman" w:hAnsi="Times New Roman" w:cs="Times New Roman"/>
          <w:sz w:val="23"/>
          <w:szCs w:val="23"/>
        </w:rPr>
        <w:t xml:space="preserve">r. 1 Orhei (IMSP CS </w:t>
      </w:r>
      <w:r w:rsidR="00FE03C4">
        <w:rPr>
          <w:rFonts w:ascii="Times New Roman" w:hAnsi="Times New Roman" w:cs="Times New Roman"/>
          <w:sz w:val="23"/>
          <w:szCs w:val="23"/>
        </w:rPr>
        <w:t>N</w:t>
      </w:r>
      <w:r w:rsidRPr="000A4C06">
        <w:rPr>
          <w:rFonts w:ascii="Times New Roman" w:hAnsi="Times New Roman" w:cs="Times New Roman"/>
          <w:sz w:val="23"/>
          <w:szCs w:val="23"/>
        </w:rPr>
        <w:t>r. 1 Orhei).</w:t>
      </w:r>
    </w:p>
    <w:p w14:paraId="0A77105B" w14:textId="7B66EEBD" w:rsidR="00FE03C4" w:rsidRPr="00FE03C4" w:rsidRDefault="00FE03C4" w:rsidP="00FE03C4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03C4">
        <w:rPr>
          <w:rFonts w:ascii="Times New Roman" w:hAnsi="Times New Roman" w:cs="Times New Roman"/>
          <w:bCs/>
          <w:sz w:val="24"/>
          <w:szCs w:val="24"/>
        </w:rPr>
        <w:t xml:space="preserve">Cod CPV: </w:t>
      </w:r>
      <w:r w:rsidR="00BB3F76">
        <w:rPr>
          <w:rFonts w:ascii="Times New Roman" w:hAnsi="Times New Roman" w:cs="Times New Roman"/>
          <w:sz w:val="24"/>
          <w:szCs w:val="24"/>
          <w:shd w:val="clear" w:color="auto" w:fill="FFFFFF"/>
        </w:rPr>
        <w:t>7124</w:t>
      </w:r>
      <w:r w:rsidRPr="00FE03C4">
        <w:rPr>
          <w:rFonts w:ascii="Times New Roman" w:hAnsi="Times New Roman" w:cs="Times New Roman"/>
          <w:sz w:val="24"/>
          <w:szCs w:val="24"/>
          <w:shd w:val="clear" w:color="auto" w:fill="FFFFFF"/>
        </w:rPr>
        <w:t>0000-</w:t>
      </w:r>
      <w:r w:rsidR="00BB3F76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</w:p>
    <w:p w14:paraId="3ED7779D" w14:textId="77777777" w:rsidR="00B72D6C" w:rsidRDefault="00B72D6C" w:rsidP="00B72D6C">
      <w:pPr>
        <w:pStyle w:val="cp"/>
        <w:ind w:firstLine="709"/>
        <w:jc w:val="both"/>
        <w:rPr>
          <w:b w:val="0"/>
          <w:sz w:val="23"/>
          <w:szCs w:val="23"/>
          <w:u w:val="single"/>
          <w:lang w:val="en-US"/>
        </w:rPr>
      </w:pPr>
      <w:r w:rsidRPr="000A4C06">
        <w:rPr>
          <w:sz w:val="23"/>
          <w:szCs w:val="23"/>
          <w:lang w:val="ro-MD"/>
        </w:rPr>
        <w:t xml:space="preserve">1 . Descriere generală: </w:t>
      </w:r>
      <w:r w:rsidRPr="000A4C06">
        <w:rPr>
          <w:b w:val="0"/>
          <w:sz w:val="23"/>
          <w:szCs w:val="23"/>
          <w:u w:val="single"/>
          <w:lang w:val="en-US"/>
        </w:rPr>
        <w:t>Parametrii conform cărora este necesar să corespundă obiectul achiziţiei:</w:t>
      </w:r>
    </w:p>
    <w:p w14:paraId="11099907" w14:textId="77777777" w:rsidR="000A4C06" w:rsidRPr="000A4C06" w:rsidRDefault="000A4C06" w:rsidP="00B72D6C">
      <w:pPr>
        <w:pStyle w:val="cp"/>
        <w:ind w:firstLine="709"/>
        <w:jc w:val="both"/>
        <w:rPr>
          <w:sz w:val="23"/>
          <w:szCs w:val="23"/>
          <w:lang w:val="ro-MD"/>
        </w:rPr>
      </w:pPr>
    </w:p>
    <w:tbl>
      <w:tblPr>
        <w:tblW w:w="1017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3"/>
        <w:gridCol w:w="2306"/>
        <w:gridCol w:w="6421"/>
        <w:gridCol w:w="828"/>
      </w:tblGrid>
      <w:tr w:rsidR="00B72D6C" w:rsidRPr="000A4C06" w14:paraId="3A76C2EA" w14:textId="77777777" w:rsidTr="000A4C06">
        <w:trPr>
          <w:trHeight w:val="742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4A90F" w14:textId="77777777" w:rsidR="00B72D6C" w:rsidRPr="000A4C06" w:rsidRDefault="00B72D6C" w:rsidP="00C63C6F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0A4C06">
              <w:rPr>
                <w:rFonts w:ascii="Times New Roman" w:hAnsi="Times New Roman" w:cs="Times New Roman"/>
                <w:b/>
                <w:sz w:val="23"/>
                <w:szCs w:val="23"/>
              </w:rPr>
              <w:t>Nr. d/o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69B4A" w14:textId="77777777" w:rsidR="00B72D6C" w:rsidRPr="000A4C06" w:rsidRDefault="00B72D6C" w:rsidP="00C63C6F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val="ro-MD"/>
              </w:rPr>
            </w:pPr>
            <w:r w:rsidRPr="000A4C06">
              <w:rPr>
                <w:rFonts w:ascii="Times New Roman" w:hAnsi="Times New Roman" w:cs="Times New Roman"/>
                <w:b/>
                <w:sz w:val="23"/>
                <w:szCs w:val="23"/>
                <w:lang w:val="ro-MD"/>
              </w:rPr>
              <w:t>Denumirea criteriilor</w:t>
            </w:r>
          </w:p>
          <w:p w14:paraId="1CA01C82" w14:textId="77777777" w:rsidR="00B72D6C" w:rsidRPr="000A4C06" w:rsidRDefault="00B72D6C" w:rsidP="00C63C6F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val="ro-MD"/>
              </w:rPr>
            </w:pPr>
            <w:r w:rsidRPr="000A4C06">
              <w:rPr>
                <w:rFonts w:ascii="Times New Roman" w:hAnsi="Times New Roman" w:cs="Times New Roman"/>
                <w:b/>
                <w:sz w:val="23"/>
                <w:szCs w:val="23"/>
                <w:lang w:val="ro-MD"/>
              </w:rPr>
              <w:t>de baza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26AA9" w14:textId="77777777" w:rsidR="00B72D6C" w:rsidRPr="000A4C06" w:rsidRDefault="00B72D6C" w:rsidP="00C63C6F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val="ro-MD"/>
              </w:rPr>
            </w:pPr>
            <w:r w:rsidRPr="000A4C06">
              <w:rPr>
                <w:rFonts w:ascii="Times New Roman" w:hAnsi="Times New Roman" w:cs="Times New Roman"/>
                <w:b/>
                <w:sz w:val="23"/>
                <w:szCs w:val="23"/>
                <w:lang w:val="ro-MD"/>
              </w:rPr>
              <w:t>Cuprinsul criteriilor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2C184" w14:textId="77777777" w:rsidR="00B72D6C" w:rsidRPr="000A4C06" w:rsidRDefault="00B72D6C" w:rsidP="00C63C6F">
            <w:pPr>
              <w:ind w:left="-78" w:right="-108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0A4C06">
              <w:rPr>
                <w:rFonts w:ascii="Times New Roman" w:hAnsi="Times New Roman" w:cs="Times New Roman"/>
                <w:b/>
                <w:sz w:val="23"/>
                <w:szCs w:val="23"/>
              </w:rPr>
              <w:t>Notă</w:t>
            </w:r>
          </w:p>
        </w:tc>
      </w:tr>
      <w:tr w:rsidR="00B72D6C" w:rsidRPr="000A4C06" w14:paraId="3A43C8B8" w14:textId="77777777" w:rsidTr="000A4C06">
        <w:trPr>
          <w:trHeight w:val="441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05C4D" w14:textId="77777777" w:rsidR="00B72D6C" w:rsidRPr="000A4C06" w:rsidRDefault="00B72D6C" w:rsidP="00C63C6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3"/>
                <w:szCs w:val="23"/>
              </w:rPr>
            </w:pPr>
            <w:r w:rsidRPr="000A4C06">
              <w:rPr>
                <w:rFonts w:ascii="Times New Roman" w:hAnsi="Times New Roman" w:cs="Times New Roman"/>
                <w:b/>
                <w:color w:val="000000"/>
                <w:sz w:val="23"/>
                <w:szCs w:val="23"/>
              </w:rPr>
              <w:t>1.</w:t>
            </w:r>
          </w:p>
        </w:tc>
        <w:tc>
          <w:tcPr>
            <w:tcW w:w="95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1F93F" w14:textId="77777777" w:rsidR="00B72D6C" w:rsidRPr="000A4C06" w:rsidRDefault="00B72D6C" w:rsidP="00C63C6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lang w:val="ro-MD"/>
              </w:rPr>
            </w:pPr>
            <w:r w:rsidRPr="000A4C06"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lang w:val="ro-MD"/>
              </w:rPr>
              <w:t>DATE GENERALE A PROIECTULUI</w:t>
            </w:r>
          </w:p>
        </w:tc>
      </w:tr>
      <w:tr w:rsidR="00B72D6C" w:rsidRPr="000A4C06" w14:paraId="093C68FA" w14:textId="77777777" w:rsidTr="000A4C06">
        <w:trPr>
          <w:trHeight w:val="780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804B9" w14:textId="77777777" w:rsidR="00B72D6C" w:rsidRPr="000A4C06" w:rsidRDefault="00B72D6C" w:rsidP="00C63C6F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A4C06">
              <w:rPr>
                <w:rFonts w:ascii="Times New Roman" w:hAnsi="Times New Roman" w:cs="Times New Roman"/>
                <w:sz w:val="23"/>
                <w:szCs w:val="23"/>
              </w:rPr>
              <w:t>1.1.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A0ACA" w14:textId="77777777" w:rsidR="00B72D6C" w:rsidRPr="000A4C06" w:rsidRDefault="00B72D6C" w:rsidP="00C63C6F">
            <w:pPr>
              <w:jc w:val="both"/>
              <w:rPr>
                <w:rFonts w:ascii="Times New Roman" w:hAnsi="Times New Roman" w:cs="Times New Roman"/>
                <w:i/>
                <w:sz w:val="23"/>
                <w:szCs w:val="23"/>
                <w:lang w:val="ro-MD"/>
              </w:rPr>
            </w:pPr>
            <w:r w:rsidRPr="000A4C06">
              <w:rPr>
                <w:rFonts w:ascii="Times New Roman" w:hAnsi="Times New Roman" w:cs="Times New Roman"/>
                <w:i/>
                <w:sz w:val="23"/>
                <w:szCs w:val="23"/>
                <w:lang w:val="ro-MD"/>
              </w:rPr>
              <w:t>Beneficiar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CE291" w14:textId="4C905BA3" w:rsidR="00B72D6C" w:rsidRPr="000A4C06" w:rsidRDefault="00B72D6C" w:rsidP="00B72D6C">
            <w:pPr>
              <w:jc w:val="both"/>
              <w:rPr>
                <w:rFonts w:ascii="Times New Roman" w:hAnsi="Times New Roman" w:cs="Times New Roman"/>
                <w:b/>
                <w:bCs/>
                <w:sz w:val="23"/>
                <w:szCs w:val="23"/>
                <w:lang w:val="ro-MD"/>
              </w:rPr>
            </w:pPr>
            <w:r w:rsidRPr="000A4C06">
              <w:rPr>
                <w:rFonts w:ascii="Times New Roman" w:hAnsi="Times New Roman" w:cs="Times New Roman"/>
                <w:sz w:val="23"/>
                <w:szCs w:val="23"/>
              </w:rPr>
              <w:t>Institutia Medico-Sanitara Publica Centrul de S</w:t>
            </w:r>
            <w:r w:rsidR="00395DA0">
              <w:rPr>
                <w:rFonts w:ascii="Times New Roman" w:hAnsi="Times New Roman" w:cs="Times New Roman"/>
                <w:sz w:val="23"/>
                <w:szCs w:val="23"/>
              </w:rPr>
              <w:t>ă</w:t>
            </w:r>
            <w:r w:rsidRPr="000A4C06">
              <w:rPr>
                <w:rFonts w:ascii="Times New Roman" w:hAnsi="Times New Roman" w:cs="Times New Roman"/>
                <w:sz w:val="23"/>
                <w:szCs w:val="23"/>
              </w:rPr>
              <w:t>n</w:t>
            </w:r>
            <w:r w:rsidR="00395DA0">
              <w:rPr>
                <w:rFonts w:ascii="Times New Roman" w:hAnsi="Times New Roman" w:cs="Times New Roman"/>
                <w:sz w:val="23"/>
                <w:szCs w:val="23"/>
              </w:rPr>
              <w:t>ă</w:t>
            </w:r>
            <w:r w:rsidRPr="000A4C06">
              <w:rPr>
                <w:rFonts w:ascii="Times New Roman" w:hAnsi="Times New Roman" w:cs="Times New Roman"/>
                <w:sz w:val="23"/>
                <w:szCs w:val="23"/>
              </w:rPr>
              <w:t xml:space="preserve">tate </w:t>
            </w:r>
            <w:r w:rsidR="00395DA0">
              <w:rPr>
                <w:rFonts w:ascii="Times New Roman" w:hAnsi="Times New Roman" w:cs="Times New Roman"/>
                <w:sz w:val="23"/>
                <w:szCs w:val="23"/>
              </w:rPr>
              <w:t>N</w:t>
            </w:r>
            <w:r w:rsidRPr="000A4C06">
              <w:rPr>
                <w:rFonts w:ascii="Times New Roman" w:hAnsi="Times New Roman" w:cs="Times New Roman"/>
                <w:sz w:val="23"/>
                <w:szCs w:val="23"/>
              </w:rPr>
              <w:t xml:space="preserve">r. 1 Orhei (IMSP CS </w:t>
            </w:r>
            <w:r w:rsidR="00395DA0">
              <w:rPr>
                <w:rFonts w:ascii="Times New Roman" w:hAnsi="Times New Roman" w:cs="Times New Roman"/>
                <w:sz w:val="23"/>
                <w:szCs w:val="23"/>
              </w:rPr>
              <w:t>N</w:t>
            </w:r>
            <w:r w:rsidRPr="000A4C06">
              <w:rPr>
                <w:rFonts w:ascii="Times New Roman" w:hAnsi="Times New Roman" w:cs="Times New Roman"/>
                <w:sz w:val="23"/>
                <w:szCs w:val="23"/>
              </w:rPr>
              <w:t>r. 1 Orhei).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C9FD4" w14:textId="77777777" w:rsidR="00B72D6C" w:rsidRPr="000A4C06" w:rsidRDefault="00B72D6C" w:rsidP="00C63C6F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72D6C" w:rsidRPr="000A4C06" w14:paraId="3DEC34DD" w14:textId="77777777" w:rsidTr="000A4C06">
        <w:trPr>
          <w:trHeight w:val="441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3F3F1" w14:textId="77777777" w:rsidR="00B72D6C" w:rsidRPr="000A4C06" w:rsidRDefault="00B72D6C" w:rsidP="00C63C6F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A4C06">
              <w:rPr>
                <w:rFonts w:ascii="Times New Roman" w:hAnsi="Times New Roman" w:cs="Times New Roman"/>
                <w:sz w:val="23"/>
                <w:szCs w:val="23"/>
              </w:rPr>
              <w:t>1.2.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25C6F" w14:textId="77777777" w:rsidR="00B72D6C" w:rsidRPr="000A4C06" w:rsidRDefault="00B72D6C" w:rsidP="00C63C6F">
            <w:pPr>
              <w:jc w:val="both"/>
              <w:rPr>
                <w:rFonts w:ascii="Times New Roman" w:hAnsi="Times New Roman" w:cs="Times New Roman"/>
                <w:i/>
                <w:sz w:val="23"/>
                <w:szCs w:val="23"/>
                <w:lang w:val="ro-MD"/>
              </w:rPr>
            </w:pPr>
            <w:r w:rsidRPr="000A4C06">
              <w:rPr>
                <w:rFonts w:ascii="Times New Roman" w:hAnsi="Times New Roman" w:cs="Times New Roman"/>
                <w:i/>
                <w:sz w:val="23"/>
                <w:szCs w:val="23"/>
                <w:lang w:val="ro-MD"/>
              </w:rPr>
              <w:t>Proiectant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10024" w14:textId="77777777" w:rsidR="00B72D6C" w:rsidRPr="000A4C06" w:rsidRDefault="00B72D6C" w:rsidP="00C63C6F">
            <w:pPr>
              <w:adjustRightInd w:val="0"/>
              <w:rPr>
                <w:rFonts w:ascii="Times New Roman" w:hAnsi="Times New Roman" w:cs="Times New Roman"/>
                <w:sz w:val="23"/>
                <w:szCs w:val="23"/>
                <w:lang w:val="ro-MD"/>
              </w:rPr>
            </w:pPr>
            <w:r w:rsidRPr="000A4C06">
              <w:rPr>
                <w:rFonts w:ascii="Times New Roman" w:hAnsi="Times New Roman" w:cs="Times New Roman"/>
                <w:sz w:val="23"/>
                <w:szCs w:val="23"/>
                <w:lang w:val="ro-MD"/>
              </w:rPr>
              <w:t>Determinat în uma procedurii de achiziție publică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F3B8C" w14:textId="77777777" w:rsidR="00B72D6C" w:rsidRPr="000A4C06" w:rsidRDefault="00B72D6C" w:rsidP="00C63C6F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72D6C" w:rsidRPr="000A4C06" w14:paraId="2A60563F" w14:textId="77777777" w:rsidTr="009B7899">
        <w:trPr>
          <w:trHeight w:val="256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4D54F" w14:textId="77777777" w:rsidR="00B72D6C" w:rsidRPr="000A4C06" w:rsidRDefault="00B72D6C" w:rsidP="00C63C6F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A4C06">
              <w:rPr>
                <w:rFonts w:ascii="Times New Roman" w:hAnsi="Times New Roman" w:cs="Times New Roman"/>
                <w:sz w:val="23"/>
                <w:szCs w:val="23"/>
              </w:rPr>
              <w:t>1.4.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7F511" w14:textId="77777777" w:rsidR="00B72D6C" w:rsidRPr="000A4C06" w:rsidRDefault="00B72D6C" w:rsidP="00C63C6F">
            <w:pPr>
              <w:jc w:val="both"/>
              <w:rPr>
                <w:rFonts w:ascii="Times New Roman" w:hAnsi="Times New Roman" w:cs="Times New Roman"/>
                <w:i/>
                <w:sz w:val="23"/>
                <w:szCs w:val="23"/>
                <w:lang w:val="ro-MD"/>
              </w:rPr>
            </w:pPr>
            <w:r w:rsidRPr="000A4C06">
              <w:rPr>
                <w:rFonts w:ascii="Times New Roman" w:hAnsi="Times New Roman" w:cs="Times New Roman"/>
                <w:i/>
                <w:sz w:val="23"/>
                <w:szCs w:val="23"/>
                <w:lang w:val="ro-MD"/>
              </w:rPr>
              <w:t>Adresa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15DF3" w14:textId="48345F2B" w:rsidR="00B72D6C" w:rsidRPr="000A4C06" w:rsidRDefault="00395DA0" w:rsidP="00C63C6F">
            <w:pPr>
              <w:adjustRightInd w:val="0"/>
              <w:rPr>
                <w:rFonts w:ascii="Times New Roman" w:hAnsi="Times New Roman" w:cs="Times New Roman"/>
                <w:color w:val="000000"/>
                <w:sz w:val="23"/>
                <w:szCs w:val="23"/>
                <w:lang w:val="ro-MD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mun.</w:t>
            </w:r>
            <w:r w:rsidR="00B72D6C" w:rsidRPr="000A4C06">
              <w:rPr>
                <w:rFonts w:ascii="Times New Roman" w:hAnsi="Times New Roman" w:cs="Times New Roman"/>
                <w:sz w:val="23"/>
                <w:szCs w:val="23"/>
              </w:rPr>
              <w:t>Orhei, str. Vasile Lupu, 127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E05C6" w14:textId="77777777" w:rsidR="00B72D6C" w:rsidRPr="000A4C06" w:rsidRDefault="00B72D6C" w:rsidP="00C63C6F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72D6C" w:rsidRPr="000A4C06" w14:paraId="5C5F2109" w14:textId="77777777" w:rsidTr="000A4C06">
        <w:trPr>
          <w:trHeight w:val="1069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97625" w14:textId="77777777" w:rsidR="00B72D6C" w:rsidRPr="000A4C06" w:rsidRDefault="00B72D6C" w:rsidP="00C63C6F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A4C06">
              <w:rPr>
                <w:rFonts w:ascii="Times New Roman" w:hAnsi="Times New Roman" w:cs="Times New Roman"/>
                <w:sz w:val="23"/>
                <w:szCs w:val="23"/>
              </w:rPr>
              <w:t>1.5.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63951" w14:textId="77777777" w:rsidR="00B72D6C" w:rsidRPr="000A4C06" w:rsidRDefault="00B72D6C" w:rsidP="00C63C6F">
            <w:pPr>
              <w:jc w:val="both"/>
              <w:rPr>
                <w:rFonts w:ascii="Times New Roman" w:hAnsi="Times New Roman" w:cs="Times New Roman"/>
                <w:i/>
                <w:sz w:val="23"/>
                <w:szCs w:val="23"/>
                <w:lang w:val="ro-MD"/>
              </w:rPr>
            </w:pPr>
            <w:r w:rsidRPr="000A4C06">
              <w:rPr>
                <w:rFonts w:ascii="Times New Roman" w:hAnsi="Times New Roman" w:cs="Times New Roman"/>
                <w:i/>
                <w:sz w:val="23"/>
                <w:szCs w:val="23"/>
                <w:lang w:val="ro-MD"/>
              </w:rPr>
              <w:t>Denumirea proiectului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1A408" w14:textId="24C41490" w:rsidR="00B72D6C" w:rsidRPr="000A4C06" w:rsidRDefault="00B72D6C" w:rsidP="00C63C6F">
            <w:pPr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0A4C06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Elaborarea documentației de proiect “Reconstruc</w:t>
            </w:r>
            <w:r w:rsidR="00395DA0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ț</w:t>
            </w:r>
            <w:r w:rsidRPr="000A4C06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ia acoperi</w:t>
            </w:r>
            <w:r w:rsidR="00395DA0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ș</w:t>
            </w:r>
            <w:r w:rsidRPr="000A4C06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ului </w:t>
            </w:r>
            <w:r w:rsidR="00395DA0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ș</w:t>
            </w:r>
            <w:r w:rsidRPr="000A4C06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i termoizolarea fa</w:t>
            </w:r>
            <w:r w:rsidR="00395DA0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ț</w:t>
            </w:r>
            <w:r w:rsidRPr="000A4C06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adei la IMSP Centrul de S</w:t>
            </w:r>
            <w:r w:rsidR="00395DA0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ă</w:t>
            </w:r>
            <w:r w:rsidRPr="000A4C06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n</w:t>
            </w:r>
            <w:r w:rsidR="00395DA0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ă</w:t>
            </w:r>
            <w:r w:rsidRPr="000A4C06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tate </w:t>
            </w:r>
            <w:r w:rsidR="00395DA0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N</w:t>
            </w:r>
            <w:r w:rsidRPr="000A4C06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r. 1 Orhei, str. Vasile Lupu, 127.”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E84F3" w14:textId="77777777" w:rsidR="00B72D6C" w:rsidRPr="000A4C06" w:rsidRDefault="00B72D6C" w:rsidP="00C63C6F">
            <w:pPr>
              <w:rPr>
                <w:rFonts w:ascii="Times New Roman" w:hAnsi="Times New Roman" w:cs="Times New Roman"/>
                <w:sz w:val="23"/>
                <w:szCs w:val="23"/>
                <w:lang w:val="ro-MD"/>
              </w:rPr>
            </w:pPr>
          </w:p>
        </w:tc>
      </w:tr>
      <w:tr w:rsidR="00B72D6C" w:rsidRPr="000A4C06" w14:paraId="3A8211F3" w14:textId="77777777" w:rsidTr="000A4C06">
        <w:trPr>
          <w:trHeight w:val="458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35067" w14:textId="77777777" w:rsidR="00B72D6C" w:rsidRPr="000A4C06" w:rsidRDefault="00B72D6C" w:rsidP="00C63C6F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0A4C06">
              <w:rPr>
                <w:rFonts w:ascii="Times New Roman" w:hAnsi="Times New Roman" w:cs="Times New Roman"/>
                <w:b/>
                <w:sz w:val="23"/>
                <w:szCs w:val="23"/>
              </w:rPr>
              <w:t>2.</w:t>
            </w:r>
          </w:p>
        </w:tc>
        <w:tc>
          <w:tcPr>
            <w:tcW w:w="95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06791" w14:textId="77777777" w:rsidR="00B72D6C" w:rsidRPr="000A4C06" w:rsidRDefault="00B72D6C" w:rsidP="00C63C6F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val="ro-MD"/>
              </w:rPr>
            </w:pPr>
            <w:r w:rsidRPr="000A4C06">
              <w:rPr>
                <w:rFonts w:ascii="Times New Roman" w:hAnsi="Times New Roman" w:cs="Times New Roman"/>
                <w:b/>
                <w:sz w:val="23"/>
                <w:szCs w:val="23"/>
                <w:lang w:val="ro-MD"/>
              </w:rPr>
              <w:t>DATE GENERALE</w:t>
            </w:r>
          </w:p>
        </w:tc>
      </w:tr>
      <w:tr w:rsidR="00B72D6C" w:rsidRPr="000A4C06" w14:paraId="47FA7482" w14:textId="77777777" w:rsidTr="000A4C06">
        <w:trPr>
          <w:trHeight w:val="648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75CE3" w14:textId="77777777" w:rsidR="00B72D6C" w:rsidRPr="000A4C06" w:rsidRDefault="00B72D6C" w:rsidP="00C63C6F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A4C06">
              <w:rPr>
                <w:rFonts w:ascii="Times New Roman" w:hAnsi="Times New Roman" w:cs="Times New Roman"/>
                <w:sz w:val="23"/>
                <w:szCs w:val="23"/>
              </w:rPr>
              <w:t>2.1.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3407C" w14:textId="77777777" w:rsidR="00B72D6C" w:rsidRPr="000A4C06" w:rsidRDefault="00B72D6C" w:rsidP="00C63C6F">
            <w:pPr>
              <w:jc w:val="both"/>
              <w:rPr>
                <w:rFonts w:ascii="Times New Roman" w:hAnsi="Times New Roman" w:cs="Times New Roman"/>
                <w:i/>
                <w:sz w:val="23"/>
                <w:szCs w:val="23"/>
                <w:lang w:val="ro-MD"/>
              </w:rPr>
            </w:pPr>
            <w:r w:rsidRPr="000A4C06">
              <w:rPr>
                <w:rFonts w:ascii="Times New Roman" w:hAnsi="Times New Roman" w:cs="Times New Roman"/>
                <w:i/>
                <w:sz w:val="23"/>
                <w:szCs w:val="23"/>
                <w:lang w:val="ro-MD"/>
              </w:rPr>
              <w:t>Date generale despre bunurile imobiliare a proprietarului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DD4F2" w14:textId="0033ADC8" w:rsidR="00B72D6C" w:rsidRPr="000A4C06" w:rsidRDefault="00B72D6C" w:rsidP="00C63C6F">
            <w:pPr>
              <w:adjustRightInd w:val="0"/>
              <w:rPr>
                <w:rFonts w:ascii="Times New Roman" w:hAnsi="Times New Roman" w:cs="Times New Roman"/>
                <w:color w:val="000000"/>
                <w:sz w:val="23"/>
                <w:szCs w:val="23"/>
                <w:lang w:val="ro-MD"/>
              </w:rPr>
            </w:pPr>
            <w:r w:rsidRPr="000A4C06">
              <w:rPr>
                <w:rFonts w:ascii="Times New Roman" w:hAnsi="Times New Roman" w:cs="Times New Roman"/>
                <w:color w:val="000000"/>
                <w:sz w:val="23"/>
                <w:szCs w:val="23"/>
                <w:lang w:val="ro-MD"/>
              </w:rPr>
              <w:t xml:space="preserve">Imobilul cu nr. cadastral </w:t>
            </w:r>
            <w:r w:rsidRPr="000A4C06">
              <w:rPr>
                <w:rFonts w:ascii="Times New Roman" w:hAnsi="Times New Roman" w:cs="Times New Roman"/>
                <w:sz w:val="23"/>
                <w:szCs w:val="23"/>
              </w:rPr>
              <w:t>6401302.127.01.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F4A84" w14:textId="77777777" w:rsidR="00B72D6C" w:rsidRPr="000A4C06" w:rsidRDefault="00B72D6C" w:rsidP="00C63C6F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72D6C" w:rsidRPr="000A4C06" w14:paraId="54D424EA" w14:textId="77777777" w:rsidTr="000A4C06">
        <w:trPr>
          <w:trHeight w:val="520"/>
        </w:trPr>
        <w:tc>
          <w:tcPr>
            <w:tcW w:w="6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E546ECC" w14:textId="77777777" w:rsidR="00B72D6C" w:rsidRPr="000A4C06" w:rsidRDefault="00B72D6C" w:rsidP="00C63C6F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0A4C06">
              <w:rPr>
                <w:rFonts w:ascii="Times New Roman" w:hAnsi="Times New Roman" w:cs="Times New Roman"/>
                <w:sz w:val="23"/>
                <w:szCs w:val="23"/>
              </w:rPr>
              <w:t xml:space="preserve"> 2.2.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B8491" w14:textId="77777777" w:rsidR="00B72D6C" w:rsidRPr="000A4C06" w:rsidRDefault="00B72D6C" w:rsidP="00C63C6F">
            <w:pPr>
              <w:jc w:val="both"/>
              <w:rPr>
                <w:rFonts w:ascii="Times New Roman" w:hAnsi="Times New Roman" w:cs="Times New Roman"/>
                <w:i/>
                <w:sz w:val="23"/>
                <w:szCs w:val="23"/>
                <w:lang w:val="ro-MD"/>
              </w:rPr>
            </w:pPr>
            <w:r w:rsidRPr="000A4C06">
              <w:rPr>
                <w:rFonts w:ascii="Times New Roman" w:hAnsi="Times New Roman" w:cs="Times New Roman"/>
                <w:i/>
                <w:sz w:val="23"/>
                <w:szCs w:val="23"/>
                <w:lang w:val="ro-MD"/>
              </w:rPr>
              <w:t>Indicatorii tehnico-economici a obiectului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01FA0" w14:textId="1D55EE3A" w:rsidR="00B72D6C" w:rsidRPr="000A4C06" w:rsidRDefault="00B72D6C" w:rsidP="00B72D6C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0A4C06">
              <w:rPr>
                <w:rFonts w:ascii="Times New Roman" w:hAnsi="Times New Roman" w:cs="Times New Roman"/>
                <w:sz w:val="23"/>
                <w:szCs w:val="23"/>
              </w:rPr>
              <w:t xml:space="preserve">Dimensiuni </w:t>
            </w:r>
            <w:r w:rsidR="00395DA0">
              <w:rPr>
                <w:rFonts w:ascii="Times New Roman" w:hAnsi="Times New Roman" w:cs="Times New Roman"/>
                <w:sz w:val="23"/>
                <w:szCs w:val="23"/>
              </w:rPr>
              <w:t>î</w:t>
            </w:r>
            <w:r w:rsidRPr="000A4C06">
              <w:rPr>
                <w:rFonts w:ascii="Times New Roman" w:hAnsi="Times New Roman" w:cs="Times New Roman"/>
                <w:sz w:val="23"/>
                <w:szCs w:val="23"/>
              </w:rPr>
              <w:t>n axe: blocurile A si C – 8.0 x 23.2 m; blocul B – 21.6 x 12.65 m.</w:t>
            </w:r>
          </w:p>
          <w:p w14:paraId="5E9A1756" w14:textId="53E0034A" w:rsidR="00B72D6C" w:rsidRPr="000A4C06" w:rsidRDefault="00B72D6C" w:rsidP="00B72D6C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0A4C06">
              <w:rPr>
                <w:rFonts w:ascii="Times New Roman" w:hAnsi="Times New Roman" w:cs="Times New Roman"/>
                <w:sz w:val="23"/>
                <w:szCs w:val="23"/>
              </w:rPr>
              <w:t>Amprenta orientativa: ~644.44 m2.</w:t>
            </w:r>
          </w:p>
          <w:p w14:paraId="587E32C1" w14:textId="248B3633" w:rsidR="00B72D6C" w:rsidRPr="000A4C06" w:rsidRDefault="00B72D6C" w:rsidP="00B72D6C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0A4C06">
              <w:rPr>
                <w:rFonts w:ascii="Times New Roman" w:hAnsi="Times New Roman" w:cs="Times New Roman"/>
                <w:sz w:val="23"/>
                <w:szCs w:val="23"/>
              </w:rPr>
              <w:t>Suprafata desfasurat</w:t>
            </w:r>
            <w:r w:rsidR="00395DA0">
              <w:rPr>
                <w:rFonts w:ascii="Times New Roman" w:hAnsi="Times New Roman" w:cs="Times New Roman"/>
                <w:sz w:val="23"/>
                <w:szCs w:val="23"/>
              </w:rPr>
              <w:t>ă</w:t>
            </w:r>
            <w:r w:rsidRPr="000A4C06">
              <w:rPr>
                <w:rFonts w:ascii="Times New Roman" w:hAnsi="Times New Roman" w:cs="Times New Roman"/>
                <w:sz w:val="23"/>
                <w:szCs w:val="23"/>
              </w:rPr>
              <w:t xml:space="preserve"> orientativ</w:t>
            </w:r>
            <w:r w:rsidR="00395DA0">
              <w:rPr>
                <w:rFonts w:ascii="Times New Roman" w:hAnsi="Times New Roman" w:cs="Times New Roman"/>
                <w:sz w:val="23"/>
                <w:szCs w:val="23"/>
              </w:rPr>
              <w:t>ă</w:t>
            </w:r>
            <w:r w:rsidRPr="000A4C06">
              <w:rPr>
                <w:rFonts w:ascii="Times New Roman" w:hAnsi="Times New Roman" w:cs="Times New Roman"/>
                <w:sz w:val="23"/>
                <w:szCs w:val="23"/>
              </w:rPr>
              <w:t xml:space="preserve"> (P+2E+Et): ~2,577.76 m2.</w:t>
            </w:r>
          </w:p>
          <w:p w14:paraId="7C6E0142" w14:textId="6E1C2923" w:rsidR="00B72D6C" w:rsidRPr="000A4C06" w:rsidRDefault="00B72D6C" w:rsidP="00B72D6C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0A4C06">
              <w:rPr>
                <w:rFonts w:ascii="Times New Roman" w:hAnsi="Times New Roman" w:cs="Times New Roman"/>
                <w:sz w:val="23"/>
                <w:szCs w:val="23"/>
              </w:rPr>
              <w:t>Cota maxim</w:t>
            </w:r>
            <w:r w:rsidR="00395DA0">
              <w:rPr>
                <w:rFonts w:ascii="Times New Roman" w:hAnsi="Times New Roman" w:cs="Times New Roman"/>
                <w:sz w:val="23"/>
                <w:szCs w:val="23"/>
              </w:rPr>
              <w:t>ă</w:t>
            </w:r>
            <w:r w:rsidRPr="000A4C06">
              <w:rPr>
                <w:rFonts w:ascii="Times New Roman" w:hAnsi="Times New Roman" w:cs="Times New Roman"/>
                <w:sz w:val="23"/>
                <w:szCs w:val="23"/>
              </w:rPr>
              <w:t xml:space="preserve"> acoperi</w:t>
            </w:r>
            <w:r w:rsidR="00395DA0">
              <w:rPr>
                <w:rFonts w:ascii="Times New Roman" w:hAnsi="Times New Roman" w:cs="Times New Roman"/>
                <w:sz w:val="23"/>
                <w:szCs w:val="23"/>
              </w:rPr>
              <w:t>ș</w:t>
            </w:r>
            <w:r w:rsidRPr="000A4C06">
              <w:rPr>
                <w:rFonts w:ascii="Times New Roman" w:hAnsi="Times New Roman" w:cs="Times New Roman"/>
                <w:sz w:val="23"/>
                <w:szCs w:val="23"/>
              </w:rPr>
              <w:t>: +15.910; volum geometric orientativ: ~10,253 m3.</w:t>
            </w:r>
          </w:p>
          <w:p w14:paraId="522F2A90" w14:textId="77777777" w:rsidR="00B72D6C" w:rsidRPr="000A4C06" w:rsidRDefault="00B72D6C" w:rsidP="00B72D6C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01894AAE" w14:textId="45DD6E8E" w:rsidR="00B72D6C" w:rsidRPr="000A4C06" w:rsidRDefault="00B72D6C" w:rsidP="00B72D6C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0A4C06">
              <w:rPr>
                <w:rFonts w:ascii="Times New Roman" w:hAnsi="Times New Roman" w:cs="Times New Roman"/>
                <w:sz w:val="23"/>
                <w:szCs w:val="23"/>
              </w:rPr>
              <w:t>Nota:  Prestatorul verifica si confirma valorile exacte prin vizita la obiect, masurari/releveu si le reflecta in PE. Diferentele rezultate din masurari nu constituie motiv de neexecutare, cu conditia pastrarii obiectului achizitiei si respectarii cerintelor tehnice.</w:t>
            </w:r>
          </w:p>
          <w:p w14:paraId="78897D46" w14:textId="39B698C9" w:rsidR="00B72D6C" w:rsidRPr="000A4C06" w:rsidRDefault="00B72D6C" w:rsidP="00C63C6F">
            <w:pPr>
              <w:adjustRightInd w:val="0"/>
              <w:rPr>
                <w:rFonts w:ascii="Times New Roman" w:hAnsi="Times New Roman" w:cs="Times New Roman"/>
                <w:color w:val="000000"/>
                <w:sz w:val="23"/>
                <w:szCs w:val="23"/>
                <w:lang w:val="ro-MD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7D506" w14:textId="77777777" w:rsidR="00B72D6C" w:rsidRPr="000A4C06" w:rsidRDefault="00B72D6C" w:rsidP="00C63C6F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72D6C" w:rsidRPr="000A4C06" w14:paraId="7B7EC553" w14:textId="77777777" w:rsidTr="000A4C06">
        <w:trPr>
          <w:trHeight w:val="135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907C3" w14:textId="77777777" w:rsidR="00B72D6C" w:rsidRPr="000A4C06" w:rsidRDefault="00B72D6C" w:rsidP="00C63C6F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A4C06">
              <w:rPr>
                <w:rFonts w:ascii="Times New Roman" w:hAnsi="Times New Roman" w:cs="Times New Roman"/>
                <w:sz w:val="23"/>
                <w:szCs w:val="23"/>
              </w:rPr>
              <w:t>2.3.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BAD1E" w14:textId="77777777" w:rsidR="00B72D6C" w:rsidRPr="000A4C06" w:rsidRDefault="00B72D6C" w:rsidP="00C63C6F">
            <w:pPr>
              <w:jc w:val="both"/>
              <w:rPr>
                <w:rFonts w:ascii="Times New Roman" w:hAnsi="Times New Roman" w:cs="Times New Roman"/>
                <w:i/>
                <w:sz w:val="23"/>
                <w:szCs w:val="23"/>
                <w:lang w:val="ro-MD"/>
              </w:rPr>
            </w:pPr>
            <w:r w:rsidRPr="000A4C06">
              <w:rPr>
                <w:rFonts w:ascii="Times New Roman" w:hAnsi="Times New Roman" w:cs="Times New Roman"/>
                <w:i/>
                <w:sz w:val="23"/>
                <w:szCs w:val="23"/>
                <w:lang w:val="ro-MD"/>
              </w:rPr>
              <w:t>Faza proiectului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805F8" w14:textId="2DF80C0B" w:rsidR="00B72D6C" w:rsidRPr="000A4C06" w:rsidRDefault="00B72D6C" w:rsidP="00C63C6F">
            <w:pPr>
              <w:adjustRightInd w:val="0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  <w:lang w:val="ro-MD"/>
              </w:rPr>
            </w:pPr>
            <w:r w:rsidRPr="000A4C06"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lang w:val="ro-MD"/>
              </w:rPr>
              <w:t xml:space="preserve">1. </w:t>
            </w:r>
            <w:r w:rsidRPr="000A4C06">
              <w:rPr>
                <w:rFonts w:ascii="Times New Roman" w:hAnsi="Times New Roman" w:cs="Times New Roman"/>
                <w:color w:val="000000"/>
                <w:sz w:val="23"/>
                <w:szCs w:val="23"/>
                <w:lang w:val="ro-MD"/>
              </w:rPr>
              <w:t xml:space="preserve">Proiect de execuţie compartimentele: </w:t>
            </w:r>
          </w:p>
          <w:p w14:paraId="1929C9C5" w14:textId="77777777" w:rsidR="00B72D6C" w:rsidRPr="000A4C06" w:rsidRDefault="00B72D6C" w:rsidP="009B7899">
            <w:pPr>
              <w:adjustRightInd w:val="0"/>
              <w:spacing w:after="0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  <w:lang w:val="ro-MD"/>
              </w:rPr>
            </w:pPr>
            <w:r w:rsidRPr="000A4C06">
              <w:rPr>
                <w:rFonts w:ascii="Times New Roman" w:hAnsi="Times New Roman" w:cs="Times New Roman"/>
                <w:color w:val="000000"/>
                <w:sz w:val="23"/>
                <w:szCs w:val="23"/>
                <w:lang w:val="ro-MD"/>
              </w:rPr>
              <w:lastRenderedPageBreak/>
              <w:t xml:space="preserve">SAC (soluții arhitectural constructive); </w:t>
            </w:r>
          </w:p>
          <w:p w14:paraId="7F903289" w14:textId="77777777" w:rsidR="00B72D6C" w:rsidRPr="000A4C06" w:rsidRDefault="00B72D6C" w:rsidP="009B7899">
            <w:pPr>
              <w:adjustRightInd w:val="0"/>
              <w:spacing w:after="0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  <w:lang w:val="ro-MD"/>
              </w:rPr>
            </w:pPr>
            <w:r w:rsidRPr="000A4C06">
              <w:rPr>
                <w:rFonts w:ascii="Times New Roman" w:hAnsi="Times New Roman" w:cs="Times New Roman"/>
                <w:color w:val="000000"/>
                <w:sz w:val="23"/>
                <w:szCs w:val="23"/>
                <w:lang w:val="ro-MD"/>
              </w:rPr>
              <w:t xml:space="preserve">OLC (organizarea lucrărilor de construcție/graficul de execuție); </w:t>
            </w:r>
          </w:p>
          <w:p w14:paraId="59EFAFF3" w14:textId="77777777" w:rsidR="00B72D6C" w:rsidRPr="000A4C06" w:rsidRDefault="00B72D6C" w:rsidP="009B7899">
            <w:pPr>
              <w:adjustRightInd w:val="0"/>
              <w:spacing w:after="0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  <w:lang w:val="ro-MD"/>
              </w:rPr>
            </w:pPr>
            <w:r w:rsidRPr="000A4C06">
              <w:rPr>
                <w:rFonts w:ascii="Times New Roman" w:hAnsi="Times New Roman" w:cs="Times New Roman"/>
                <w:color w:val="000000"/>
                <w:sz w:val="23"/>
                <w:szCs w:val="23"/>
                <w:lang w:val="ro-MD"/>
              </w:rPr>
              <w:t xml:space="preserve">Memoriu explicativ; </w:t>
            </w:r>
          </w:p>
          <w:p w14:paraId="3EAA47E6" w14:textId="77777777" w:rsidR="009B7899" w:rsidRDefault="000A4C06" w:rsidP="009B7899">
            <w:pPr>
              <w:adjustRightInd w:val="0"/>
              <w:spacing w:after="0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  <w:lang w:val="ro-MD"/>
              </w:rPr>
            </w:pPr>
            <w:r w:rsidRPr="000A4C06">
              <w:rPr>
                <w:rFonts w:ascii="Times New Roman" w:hAnsi="Times New Roman" w:cs="Times New Roman"/>
                <w:color w:val="000000"/>
                <w:sz w:val="23"/>
                <w:szCs w:val="23"/>
                <w:lang w:val="ro-MD"/>
              </w:rPr>
              <w:t xml:space="preserve">2. </w:t>
            </w:r>
            <w:r w:rsidR="00B72D6C" w:rsidRPr="000A4C06">
              <w:rPr>
                <w:rFonts w:ascii="Times New Roman" w:hAnsi="Times New Roman" w:cs="Times New Roman"/>
                <w:color w:val="000000"/>
                <w:sz w:val="23"/>
                <w:szCs w:val="23"/>
                <w:lang w:val="ro-MD"/>
              </w:rPr>
              <w:t xml:space="preserve">Deviz general (format excel), </w:t>
            </w:r>
          </w:p>
          <w:p w14:paraId="6DC5F354" w14:textId="0905CD86" w:rsidR="00B72D6C" w:rsidRPr="000A4C06" w:rsidRDefault="00B72D6C" w:rsidP="009B7899">
            <w:pPr>
              <w:adjustRightInd w:val="0"/>
              <w:spacing w:after="0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  <w:lang w:val="ro-MD"/>
              </w:rPr>
            </w:pPr>
            <w:r w:rsidRPr="000A4C06">
              <w:rPr>
                <w:rFonts w:ascii="Times New Roman" w:hAnsi="Times New Roman" w:cs="Times New Roman"/>
                <w:color w:val="000000"/>
                <w:sz w:val="23"/>
                <w:szCs w:val="23"/>
                <w:lang w:val="ro-MD"/>
              </w:rPr>
              <w:t xml:space="preserve">Deviz pe obiect (format excel), </w:t>
            </w:r>
          </w:p>
          <w:p w14:paraId="5E14C7FD" w14:textId="77777777" w:rsidR="00B72D6C" w:rsidRPr="000A4C06" w:rsidRDefault="00B72D6C" w:rsidP="009B7899">
            <w:pPr>
              <w:adjustRightInd w:val="0"/>
              <w:spacing w:after="0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  <w:lang w:val="ro-MD"/>
              </w:rPr>
            </w:pPr>
            <w:r w:rsidRPr="000A4C06">
              <w:rPr>
                <w:rFonts w:ascii="Times New Roman" w:hAnsi="Times New Roman" w:cs="Times New Roman"/>
                <w:color w:val="000000"/>
                <w:sz w:val="23"/>
                <w:szCs w:val="23"/>
                <w:lang w:val="ro-MD"/>
              </w:rPr>
              <w:t xml:space="preserve">Devize locale – formularele F1 desfășurat, F7, F5, F3 (format word); </w:t>
            </w:r>
          </w:p>
          <w:p w14:paraId="5E491318" w14:textId="378C19A2" w:rsidR="00B72D6C" w:rsidRPr="000A4C06" w:rsidRDefault="00B72D6C" w:rsidP="009B7899">
            <w:pPr>
              <w:adjustRightInd w:val="0"/>
              <w:spacing w:after="0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  <w:lang w:val="ro-MD"/>
              </w:rPr>
            </w:pPr>
            <w:r w:rsidRPr="000A4C06">
              <w:rPr>
                <w:rFonts w:ascii="Times New Roman" w:hAnsi="Times New Roman" w:cs="Times New Roman"/>
                <w:color w:val="000000"/>
                <w:sz w:val="23"/>
                <w:szCs w:val="23"/>
                <w:lang w:val="ro-MD"/>
              </w:rPr>
              <w:t>Vizualizări 3D.</w:t>
            </w:r>
          </w:p>
          <w:p w14:paraId="346E65EC" w14:textId="0D31878C" w:rsidR="00B72D6C" w:rsidRPr="000A4C06" w:rsidRDefault="000A4C06" w:rsidP="00C63C6F">
            <w:pPr>
              <w:adjustRightInd w:val="0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  <w:lang w:val="ro-MD"/>
              </w:rPr>
            </w:pPr>
            <w:r w:rsidRPr="000A4C06"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lang w:val="ro-MD"/>
              </w:rPr>
              <w:t xml:space="preserve">4. </w:t>
            </w:r>
            <w:r w:rsidR="00B72D6C" w:rsidRPr="000A4C06">
              <w:rPr>
                <w:rFonts w:ascii="Times New Roman" w:hAnsi="Times New Roman" w:cs="Times New Roman"/>
                <w:color w:val="000000"/>
                <w:sz w:val="23"/>
                <w:szCs w:val="23"/>
                <w:lang w:val="ro-MD"/>
              </w:rPr>
              <w:t xml:space="preserve"> Verificarea proiectului de execuție și a devizului de cheltuieli integral, pentru fiecare compartiment, cu prezentarea raportului unic (avizelor) de verificare a documentației de proiect;</w:t>
            </w:r>
          </w:p>
          <w:p w14:paraId="28AAB11D" w14:textId="1CB20CB2" w:rsidR="00B72D6C" w:rsidRPr="000A4C06" w:rsidRDefault="000A4C06" w:rsidP="00C63C6F">
            <w:pPr>
              <w:adjustRightInd w:val="0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  <w:lang w:val="ro-MD"/>
              </w:rPr>
            </w:pPr>
            <w:r w:rsidRPr="000A4C06"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lang w:val="ro-MD"/>
              </w:rPr>
              <w:t>5</w:t>
            </w:r>
            <w:r w:rsidR="00B72D6C" w:rsidRPr="000A4C06">
              <w:rPr>
                <w:rFonts w:ascii="Times New Roman" w:hAnsi="Times New Roman" w:cs="Times New Roman"/>
                <w:color w:val="000000"/>
                <w:sz w:val="23"/>
                <w:szCs w:val="23"/>
                <w:lang w:val="ro-MD"/>
              </w:rPr>
              <w:t>. Setul de documente pentru depunerea cererii pentru Autorizație de construire.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964DA" w14:textId="77777777" w:rsidR="00B72D6C" w:rsidRPr="000A4C06" w:rsidRDefault="00B72D6C" w:rsidP="00C63C6F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72D6C" w:rsidRPr="000A4C06" w14:paraId="443DFB52" w14:textId="77777777" w:rsidTr="000A4C06">
        <w:trPr>
          <w:trHeight w:val="135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501F4" w14:textId="77777777" w:rsidR="00B72D6C" w:rsidRPr="000A4C06" w:rsidRDefault="00B72D6C" w:rsidP="00C63C6F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0A4C06">
              <w:rPr>
                <w:rFonts w:ascii="Times New Roman" w:hAnsi="Times New Roman" w:cs="Times New Roman"/>
                <w:b/>
                <w:sz w:val="23"/>
                <w:szCs w:val="23"/>
              </w:rPr>
              <w:t>3.</w:t>
            </w:r>
          </w:p>
        </w:tc>
        <w:tc>
          <w:tcPr>
            <w:tcW w:w="95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8D0C5" w14:textId="77777777" w:rsidR="00B72D6C" w:rsidRPr="000A4C06" w:rsidRDefault="00B72D6C" w:rsidP="00C63C6F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val="ro-MD"/>
              </w:rPr>
            </w:pPr>
            <w:r w:rsidRPr="000A4C06">
              <w:rPr>
                <w:rFonts w:ascii="Times New Roman" w:hAnsi="Times New Roman" w:cs="Times New Roman"/>
                <w:b/>
                <w:sz w:val="23"/>
                <w:szCs w:val="23"/>
                <w:lang w:val="ro-MD"/>
              </w:rPr>
              <w:t>CERINȚELE DE BAZĂ PRIVIND SOLUȚIILE PROIECTULUI</w:t>
            </w:r>
          </w:p>
        </w:tc>
      </w:tr>
      <w:tr w:rsidR="00B72D6C" w:rsidRPr="000A4C06" w14:paraId="7AEE7C77" w14:textId="77777777" w:rsidTr="000A4C06">
        <w:trPr>
          <w:trHeight w:val="6383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F45E5" w14:textId="77777777" w:rsidR="00B72D6C" w:rsidRPr="000A4C06" w:rsidRDefault="00B72D6C" w:rsidP="00C63C6F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A4C06">
              <w:rPr>
                <w:rFonts w:ascii="Times New Roman" w:hAnsi="Times New Roman" w:cs="Times New Roman"/>
                <w:sz w:val="23"/>
                <w:szCs w:val="23"/>
              </w:rPr>
              <w:t>3.1.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91225" w14:textId="77777777" w:rsidR="00B72D6C" w:rsidRPr="000A4C06" w:rsidRDefault="00B72D6C" w:rsidP="00C63C6F">
            <w:pPr>
              <w:jc w:val="both"/>
              <w:rPr>
                <w:rFonts w:ascii="Times New Roman" w:hAnsi="Times New Roman" w:cs="Times New Roman"/>
                <w:i/>
                <w:sz w:val="23"/>
                <w:szCs w:val="23"/>
                <w:lang w:val="ro-MD"/>
              </w:rPr>
            </w:pPr>
            <w:r w:rsidRPr="000A4C06">
              <w:rPr>
                <w:rFonts w:ascii="Times New Roman" w:hAnsi="Times New Roman" w:cs="Times New Roman"/>
                <w:i/>
                <w:sz w:val="23"/>
                <w:szCs w:val="23"/>
                <w:lang w:val="ro-MD"/>
              </w:rPr>
              <w:t>Elaborarea soluțiilor de proiect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9F8DF" w14:textId="77777777" w:rsidR="00B72D6C" w:rsidRPr="000A4C06" w:rsidRDefault="00B72D6C" w:rsidP="009B7899">
            <w:pPr>
              <w:adjustRightInd w:val="0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  <w:lang w:val="ro-MD"/>
              </w:rPr>
            </w:pPr>
            <w:r w:rsidRPr="000A4C06">
              <w:rPr>
                <w:rFonts w:ascii="Times New Roman" w:hAnsi="Times New Roman" w:cs="Times New Roman"/>
                <w:color w:val="000000"/>
                <w:sz w:val="23"/>
                <w:szCs w:val="23"/>
                <w:lang w:val="ro-MD"/>
              </w:rPr>
              <w:t xml:space="preserve">Proiectul de execuție va fi elaborat în strictă conformitate cu prevederile normativelor în construcție în vigoare pe teritoriul Republicii Moldova și </w:t>
            </w:r>
            <w:r w:rsidRPr="000A4C06">
              <w:rPr>
                <w:rFonts w:ascii="Times New Roman" w:eastAsia="Calibri" w:hAnsi="Times New Roman" w:cs="Times New Roman"/>
                <w:sz w:val="23"/>
                <w:szCs w:val="23"/>
              </w:rPr>
              <w:t>Codului Urbansimului și Construcțiilor nr. 434 din 28.12.2023</w:t>
            </w:r>
            <w:r w:rsidRPr="000A4C06">
              <w:rPr>
                <w:rFonts w:ascii="Times New Roman" w:hAnsi="Times New Roman" w:cs="Times New Roman"/>
                <w:color w:val="000000"/>
                <w:sz w:val="23"/>
                <w:szCs w:val="23"/>
                <w:lang w:val="ro-MD"/>
              </w:rPr>
              <w:t>.</w:t>
            </w:r>
          </w:p>
          <w:p w14:paraId="0FEA137D" w14:textId="0D4C8CFA" w:rsidR="000A4C06" w:rsidRPr="000A4C06" w:rsidRDefault="000A4C06" w:rsidP="009B7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A4C06">
              <w:rPr>
                <w:rFonts w:ascii="Times New Roman" w:hAnsi="Times New Roman" w:cs="Times New Roman"/>
                <w:b/>
                <w:sz w:val="23"/>
                <w:szCs w:val="23"/>
              </w:rPr>
              <w:t>RECONSTRUCTIA ACOPERISULUI</w:t>
            </w:r>
          </w:p>
          <w:p w14:paraId="4C992C6A" w14:textId="77777777" w:rsidR="000A4C06" w:rsidRPr="000A4C06" w:rsidRDefault="000A4C06" w:rsidP="009B7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A4C06">
              <w:rPr>
                <w:rFonts w:ascii="Times New Roman" w:hAnsi="Times New Roman" w:cs="Times New Roman"/>
                <w:sz w:val="23"/>
                <w:szCs w:val="23"/>
              </w:rPr>
              <w:t>Demontare: demontare completa acoperis existent (structura + invelitoare).</w:t>
            </w:r>
          </w:p>
          <w:p w14:paraId="1D19877E" w14:textId="4629CC8E" w:rsidR="000A4C06" w:rsidRPr="000A4C06" w:rsidRDefault="000A4C06" w:rsidP="009B7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A4C06">
              <w:rPr>
                <w:rFonts w:ascii="Times New Roman" w:hAnsi="Times New Roman" w:cs="Times New Roman"/>
                <w:sz w:val="23"/>
                <w:szCs w:val="23"/>
              </w:rPr>
              <w:t xml:space="preserve"> Solutie noua: sarpanta noua cu sistem pluvial, parazapezi si ingradire de protectie (unde este necesar).</w:t>
            </w:r>
          </w:p>
          <w:p w14:paraId="776F9FDF" w14:textId="2B49CDA1" w:rsidR="000A4C06" w:rsidRPr="000A4C06" w:rsidRDefault="000A4C06" w:rsidP="009B7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A4C06">
              <w:rPr>
                <w:rFonts w:ascii="Times New Roman" w:hAnsi="Times New Roman" w:cs="Times New Roman"/>
                <w:sz w:val="23"/>
                <w:szCs w:val="23"/>
              </w:rPr>
              <w:t>Pante: pante orientative 30–40 grade conform configuratiei existente.</w:t>
            </w:r>
          </w:p>
          <w:p w14:paraId="10552992" w14:textId="4AED34D4" w:rsidR="000A4C06" w:rsidRPr="000A4C06" w:rsidRDefault="000A4C06" w:rsidP="009B7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A4C06">
              <w:rPr>
                <w:rFonts w:ascii="Times New Roman" w:hAnsi="Times New Roman" w:cs="Times New Roman"/>
                <w:sz w:val="23"/>
                <w:szCs w:val="23"/>
              </w:rPr>
              <w:t>Transfer incarcare: sarcinile sarpantei se transmit prin centuri de legatura; nu se admite transmiterea concentrata pe placi/grinzi.</w:t>
            </w:r>
          </w:p>
          <w:p w14:paraId="2E288DBF" w14:textId="5DFC0726" w:rsidR="000A4C06" w:rsidRPr="000A4C06" w:rsidRDefault="000A4C06" w:rsidP="009B7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A4C06">
              <w:rPr>
                <w:rFonts w:ascii="Times New Roman" w:hAnsi="Times New Roman" w:cs="Times New Roman"/>
                <w:sz w:val="23"/>
                <w:szCs w:val="23"/>
              </w:rPr>
              <w:t xml:space="preserve"> Centura BA: se prevede centura din beton armat monolit pentru fixarea acoperisului nou, cu elemente inglobate/ancoraje.</w:t>
            </w:r>
          </w:p>
          <w:p w14:paraId="011217FF" w14:textId="13DC05F9" w:rsidR="000A4C06" w:rsidRPr="000A4C06" w:rsidRDefault="000A4C06" w:rsidP="009B7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A4C06">
              <w:rPr>
                <w:rFonts w:ascii="Times New Roman" w:hAnsi="Times New Roman" w:cs="Times New Roman"/>
                <w:sz w:val="23"/>
                <w:szCs w:val="23"/>
              </w:rPr>
              <w:t>Materiale/protectii: lemn cu umiditate max 20%, tratat antiseptic + ignifug; lemn in contact cu zidarie/beton izolat cu 2 straturi membrane; elemente metalice cu protectie anticoroziva; noduri cu eclise/placute metalice protejate.</w:t>
            </w:r>
          </w:p>
          <w:p w14:paraId="2E2F51ED" w14:textId="218C024A" w:rsidR="000A4C06" w:rsidRPr="000A4C06" w:rsidRDefault="000A4C06" w:rsidP="009B7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A4C06">
              <w:rPr>
                <w:rFonts w:ascii="Times New Roman" w:hAnsi="Times New Roman" w:cs="Times New Roman"/>
                <w:sz w:val="23"/>
                <w:szCs w:val="23"/>
              </w:rPr>
              <w:t>Invelitoare: stabilita in PE; recomandat tabla profilata / tigla metalica.</w:t>
            </w:r>
          </w:p>
          <w:p w14:paraId="6866C517" w14:textId="77777777" w:rsidR="000A4C06" w:rsidRPr="000A4C06" w:rsidRDefault="000A4C06" w:rsidP="009B7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49A40073" w14:textId="13408E41" w:rsidR="000A4C06" w:rsidRPr="000A4C06" w:rsidRDefault="000A4C06" w:rsidP="009B7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A4C06">
              <w:rPr>
                <w:rFonts w:ascii="Times New Roman" w:hAnsi="Times New Roman" w:cs="Times New Roman"/>
                <w:b/>
                <w:sz w:val="23"/>
                <w:szCs w:val="23"/>
              </w:rPr>
              <w:t>TERMOIZOLAREA FATADEI</w:t>
            </w:r>
          </w:p>
          <w:p w14:paraId="508430A0" w14:textId="7E26FEAC" w:rsidR="000A4C06" w:rsidRPr="000A4C06" w:rsidRDefault="000A4C06" w:rsidP="009B7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A4C06">
              <w:rPr>
                <w:rFonts w:ascii="Times New Roman" w:hAnsi="Times New Roman" w:cs="Times New Roman"/>
                <w:sz w:val="23"/>
                <w:szCs w:val="23"/>
              </w:rPr>
              <w:t>Sistem termoizolant conform normelor indicate in raport (elemente + tehnologie de executie).</w:t>
            </w:r>
          </w:p>
          <w:p w14:paraId="7DBED775" w14:textId="144945AE" w:rsidR="000A4C06" w:rsidRPr="000A4C06" w:rsidRDefault="000A4C06" w:rsidP="009B7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A4C06">
              <w:rPr>
                <w:rFonts w:ascii="Times New Roman" w:hAnsi="Times New Roman" w:cs="Times New Roman"/>
                <w:sz w:val="23"/>
                <w:szCs w:val="23"/>
              </w:rPr>
              <w:t>Cerinta explicita: demontare lacrimari existente si montare lacrimari noi dupa termoizolare.</w:t>
            </w:r>
          </w:p>
          <w:p w14:paraId="0FD8CEB0" w14:textId="132F129F" w:rsidR="00B72D6C" w:rsidRPr="000A4C06" w:rsidRDefault="00B72D6C" w:rsidP="00C63C6F">
            <w:pPr>
              <w:adjustRightInd w:val="0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  <w:lang w:val="ro-MD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DFA0D" w14:textId="77777777" w:rsidR="00B72D6C" w:rsidRPr="000A4C06" w:rsidRDefault="00B72D6C" w:rsidP="00C63C6F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72D6C" w:rsidRPr="000A4C06" w14:paraId="4A9EB7E7" w14:textId="77777777" w:rsidTr="000A4C06">
        <w:trPr>
          <w:trHeight w:val="135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E4F21" w14:textId="77777777" w:rsidR="00B72D6C" w:rsidRPr="000A4C06" w:rsidRDefault="00B72D6C" w:rsidP="00C63C6F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0A4C06">
              <w:rPr>
                <w:rFonts w:ascii="Times New Roman" w:hAnsi="Times New Roman" w:cs="Times New Roman"/>
                <w:b/>
                <w:sz w:val="23"/>
                <w:szCs w:val="23"/>
              </w:rPr>
              <w:t>4.</w:t>
            </w:r>
          </w:p>
        </w:tc>
        <w:tc>
          <w:tcPr>
            <w:tcW w:w="95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E819A" w14:textId="77777777" w:rsidR="00B72D6C" w:rsidRPr="000A4C06" w:rsidRDefault="00B72D6C" w:rsidP="00C63C6F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val="ro-MD"/>
              </w:rPr>
            </w:pPr>
            <w:r w:rsidRPr="000A4C06">
              <w:rPr>
                <w:rFonts w:ascii="Times New Roman" w:hAnsi="Times New Roman" w:cs="Times New Roman"/>
                <w:b/>
                <w:sz w:val="23"/>
                <w:szCs w:val="23"/>
                <w:lang w:val="ro-MD"/>
              </w:rPr>
              <w:t>CERINȚE SUPLIMENTARE</w:t>
            </w:r>
          </w:p>
        </w:tc>
      </w:tr>
      <w:tr w:rsidR="00B72D6C" w:rsidRPr="000A4C06" w14:paraId="28146905" w14:textId="77777777" w:rsidTr="000A4C06">
        <w:trPr>
          <w:trHeight w:val="2342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1F348" w14:textId="77777777" w:rsidR="00B72D6C" w:rsidRPr="000A4C06" w:rsidRDefault="00B72D6C" w:rsidP="00C63C6F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A4C06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4.1.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EED3E" w14:textId="77777777" w:rsidR="00B72D6C" w:rsidRPr="000A4C06" w:rsidRDefault="00B72D6C" w:rsidP="00C63C6F">
            <w:pPr>
              <w:rPr>
                <w:rFonts w:ascii="Times New Roman" w:hAnsi="Times New Roman" w:cs="Times New Roman"/>
                <w:i/>
                <w:sz w:val="23"/>
                <w:szCs w:val="23"/>
                <w:lang w:val="ro-MD"/>
              </w:rPr>
            </w:pPr>
            <w:r w:rsidRPr="000A4C06">
              <w:rPr>
                <w:rFonts w:ascii="Times New Roman" w:hAnsi="Times New Roman" w:cs="Times New Roman"/>
                <w:i/>
                <w:sz w:val="23"/>
                <w:szCs w:val="23"/>
                <w:lang w:val="ro-MD"/>
              </w:rPr>
              <w:t>Pregătirea materialelor pentru expunere (prezentare)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0466E" w14:textId="77777777" w:rsidR="00B72D6C" w:rsidRPr="000A4C06" w:rsidRDefault="00B72D6C" w:rsidP="00C63C6F">
            <w:pPr>
              <w:adjustRightInd w:val="0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  <w:lang w:val="ro-MD"/>
              </w:rPr>
            </w:pPr>
            <w:r w:rsidRPr="000A4C06">
              <w:rPr>
                <w:rFonts w:ascii="Times New Roman" w:hAnsi="Times New Roman" w:cs="Times New Roman"/>
                <w:color w:val="000000"/>
                <w:sz w:val="23"/>
                <w:szCs w:val="23"/>
                <w:lang w:val="ro-MD"/>
              </w:rPr>
              <w:t xml:space="preserve">Proiectul de execuție va fi elaborat în format preferențial A3 (după caz poate fi utilizat și format mai mare). </w:t>
            </w:r>
          </w:p>
          <w:p w14:paraId="7EDABACE" w14:textId="77777777" w:rsidR="00B72D6C" w:rsidRPr="000A4C06" w:rsidRDefault="00B72D6C" w:rsidP="00C63C6F">
            <w:pPr>
              <w:adjustRightInd w:val="0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  <w:lang w:val="ro-MD"/>
              </w:rPr>
            </w:pPr>
            <w:r w:rsidRPr="000A4C06">
              <w:rPr>
                <w:rFonts w:ascii="Times New Roman" w:hAnsi="Times New Roman" w:cs="Times New Roman"/>
                <w:color w:val="000000"/>
                <w:sz w:val="23"/>
                <w:szCs w:val="23"/>
                <w:lang w:val="ro-MD"/>
              </w:rPr>
              <w:t>Proiectul de execuție va fi predat Beneficiarului:</w:t>
            </w:r>
          </w:p>
          <w:p w14:paraId="283D70AA" w14:textId="77777777" w:rsidR="00B72D6C" w:rsidRPr="000A4C06" w:rsidRDefault="00B72D6C" w:rsidP="00B72D6C">
            <w:pPr>
              <w:numPr>
                <w:ilvl w:val="0"/>
                <w:numId w:val="11"/>
              </w:numPr>
              <w:tabs>
                <w:tab w:val="left" w:pos="312"/>
              </w:tabs>
              <w:autoSpaceDE w:val="0"/>
              <w:autoSpaceDN w:val="0"/>
              <w:adjustRightInd w:val="0"/>
              <w:spacing w:after="0" w:line="240" w:lineRule="auto"/>
              <w:ind w:left="0" w:firstLine="29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  <w:lang w:val="ro-MD"/>
              </w:rPr>
            </w:pPr>
            <w:r w:rsidRPr="000A4C06">
              <w:rPr>
                <w:rFonts w:ascii="Times New Roman" w:hAnsi="Times New Roman" w:cs="Times New Roman"/>
                <w:color w:val="000000"/>
                <w:sz w:val="23"/>
                <w:szCs w:val="23"/>
                <w:lang w:val="ro-MD"/>
              </w:rPr>
              <w:t>Original – 1 exemplar;</w:t>
            </w:r>
          </w:p>
          <w:p w14:paraId="5817FEF3" w14:textId="77777777" w:rsidR="00B72D6C" w:rsidRPr="000A4C06" w:rsidRDefault="00B72D6C" w:rsidP="00B72D6C">
            <w:pPr>
              <w:numPr>
                <w:ilvl w:val="0"/>
                <w:numId w:val="11"/>
              </w:numPr>
              <w:tabs>
                <w:tab w:val="left" w:pos="312"/>
              </w:tabs>
              <w:autoSpaceDE w:val="0"/>
              <w:autoSpaceDN w:val="0"/>
              <w:adjustRightInd w:val="0"/>
              <w:spacing w:after="0" w:line="240" w:lineRule="auto"/>
              <w:ind w:left="0" w:firstLine="29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  <w:lang w:val="ro-MD"/>
              </w:rPr>
            </w:pPr>
            <w:r w:rsidRPr="000A4C06">
              <w:rPr>
                <w:rFonts w:ascii="Times New Roman" w:hAnsi="Times New Roman" w:cs="Times New Roman"/>
                <w:color w:val="000000"/>
                <w:sz w:val="23"/>
                <w:szCs w:val="23"/>
                <w:lang w:val="ro-MD"/>
              </w:rPr>
              <w:t>Copii – 2 exemplare;</w:t>
            </w:r>
          </w:p>
          <w:p w14:paraId="2B9C9E46" w14:textId="3F80DE1E" w:rsidR="00B72D6C" w:rsidRPr="000A4C06" w:rsidRDefault="00B72D6C" w:rsidP="00C63C6F">
            <w:pPr>
              <w:adjustRightInd w:val="0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  <w:lang w:val="ro-MD"/>
              </w:rPr>
            </w:pPr>
            <w:r w:rsidRPr="000A4C06">
              <w:rPr>
                <w:rFonts w:ascii="Times New Roman" w:hAnsi="Times New Roman" w:cs="Times New Roman"/>
                <w:color w:val="000000"/>
                <w:sz w:val="23"/>
                <w:szCs w:val="23"/>
                <w:lang w:val="ro-MD"/>
              </w:rPr>
              <w:t xml:space="preserve">Varianta finală după verificare și coordonare – </w:t>
            </w:r>
            <w:r w:rsidR="00C86FF0">
              <w:rPr>
                <w:rFonts w:ascii="Times New Roman" w:hAnsi="Times New Roman" w:cs="Times New Roman"/>
                <w:color w:val="000000"/>
                <w:sz w:val="23"/>
                <w:szCs w:val="23"/>
                <w:lang w:val="ro-MD"/>
              </w:rPr>
              <w:t>original</w:t>
            </w:r>
            <w:r w:rsidR="00CF4126">
              <w:rPr>
                <w:rFonts w:ascii="Times New Roman" w:hAnsi="Times New Roman" w:cs="Times New Roman"/>
                <w:color w:val="000000"/>
                <w:sz w:val="23"/>
                <w:szCs w:val="23"/>
                <w:lang w:val="ro-MD"/>
              </w:rPr>
              <w:t xml:space="preserve"> și scanată în format PDF</w:t>
            </w:r>
            <w:r w:rsidRPr="000A4C06">
              <w:rPr>
                <w:rFonts w:ascii="Times New Roman" w:hAnsi="Times New Roman" w:cs="Times New Roman"/>
                <w:color w:val="000000"/>
                <w:sz w:val="23"/>
                <w:szCs w:val="23"/>
                <w:lang w:val="ro-MD"/>
              </w:rPr>
              <w:t>. Devizele de cheltuieli în format Word, Excel.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0AFC8" w14:textId="77777777" w:rsidR="00B72D6C" w:rsidRPr="000A4C06" w:rsidRDefault="00B72D6C" w:rsidP="00C63C6F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</w:tbl>
    <w:p w14:paraId="448E289C" w14:textId="77777777" w:rsidR="00B72D6C" w:rsidRPr="000A4C06" w:rsidRDefault="00B72D6C" w:rsidP="00B72D6C">
      <w:pPr>
        <w:rPr>
          <w:rFonts w:ascii="Times New Roman" w:hAnsi="Times New Roman" w:cs="Times New Roman"/>
          <w:sz w:val="23"/>
          <w:szCs w:val="23"/>
        </w:rPr>
      </w:pPr>
    </w:p>
    <w:p w14:paraId="1CB8CEBA" w14:textId="77777777" w:rsidR="00B72D6C" w:rsidRPr="000A4C06" w:rsidRDefault="00B72D6C" w:rsidP="00B72D6C">
      <w:pPr>
        <w:pStyle w:val="1"/>
        <w:jc w:val="both"/>
        <w:rPr>
          <w:b/>
          <w:bCs/>
          <w:sz w:val="23"/>
          <w:szCs w:val="23"/>
          <w:lang w:val="ro-RO"/>
        </w:rPr>
      </w:pPr>
    </w:p>
    <w:p w14:paraId="409C897D" w14:textId="2E29E17B" w:rsidR="00B72D6C" w:rsidRPr="000A4C06" w:rsidRDefault="00B72D6C" w:rsidP="000A4C06">
      <w:pPr>
        <w:pStyle w:val="1"/>
        <w:jc w:val="both"/>
        <w:rPr>
          <w:sz w:val="23"/>
          <w:szCs w:val="23"/>
          <w:lang w:val="ro-RO"/>
        </w:rPr>
      </w:pPr>
      <w:r w:rsidRPr="000A4C06">
        <w:rPr>
          <w:b/>
          <w:bCs/>
          <w:sz w:val="23"/>
          <w:szCs w:val="23"/>
          <w:lang w:val="ro-RO"/>
        </w:rPr>
        <w:t>4. Termenul  de prestare a serviciilor</w:t>
      </w:r>
      <w:r w:rsidRPr="000A4C06">
        <w:rPr>
          <w:sz w:val="23"/>
          <w:szCs w:val="23"/>
          <w:lang w:val="ro-RO"/>
        </w:rPr>
        <w:t xml:space="preserve"> – </w:t>
      </w:r>
      <w:r w:rsidR="00C86FF0">
        <w:rPr>
          <w:sz w:val="23"/>
          <w:szCs w:val="23"/>
          <w:lang w:val="ro-RO"/>
        </w:rPr>
        <w:t>9</w:t>
      </w:r>
      <w:r w:rsidRPr="000A4C06">
        <w:rPr>
          <w:sz w:val="23"/>
          <w:szCs w:val="23"/>
          <w:lang w:val="ro-RO"/>
        </w:rPr>
        <w:t>0 zile calendaristice din momentul semnării contractului de prestări servicii.</w:t>
      </w:r>
    </w:p>
    <w:p w14:paraId="50535BBF" w14:textId="77777777" w:rsidR="00B72D6C" w:rsidRPr="000A4C06" w:rsidRDefault="00B72D6C" w:rsidP="00B72D6C">
      <w:pPr>
        <w:rPr>
          <w:rFonts w:ascii="Times New Roman" w:hAnsi="Times New Roman" w:cs="Times New Roman"/>
          <w:bCs/>
          <w:i/>
          <w:sz w:val="23"/>
          <w:szCs w:val="23"/>
          <w:lang w:val="ro-MD"/>
        </w:rPr>
      </w:pPr>
    </w:p>
    <w:p w14:paraId="28F39856" w14:textId="77777777" w:rsidR="00B72D6C" w:rsidRPr="000A4C06" w:rsidRDefault="00B72D6C" w:rsidP="00B72D6C">
      <w:pPr>
        <w:rPr>
          <w:rFonts w:ascii="Times New Roman" w:hAnsi="Times New Roman" w:cs="Times New Roman"/>
          <w:bCs/>
          <w:i/>
          <w:sz w:val="23"/>
          <w:szCs w:val="23"/>
          <w:lang w:val="ro-MD"/>
        </w:rPr>
      </w:pPr>
    </w:p>
    <w:p w14:paraId="2427EEF0" w14:textId="77777777" w:rsidR="00B72D6C" w:rsidRPr="000A4C06" w:rsidRDefault="00B72D6C" w:rsidP="00B72D6C">
      <w:pPr>
        <w:rPr>
          <w:rFonts w:ascii="Times New Roman" w:hAnsi="Times New Roman" w:cs="Times New Roman"/>
          <w:bCs/>
          <w:i/>
          <w:sz w:val="23"/>
          <w:szCs w:val="23"/>
          <w:lang w:val="ro-MD"/>
        </w:rPr>
      </w:pPr>
    </w:p>
    <w:p w14:paraId="2B0642E8" w14:textId="77777777" w:rsidR="00B72D6C" w:rsidRPr="000A4C06" w:rsidRDefault="00B72D6C" w:rsidP="00B72D6C">
      <w:pPr>
        <w:rPr>
          <w:rFonts w:ascii="Times New Roman" w:hAnsi="Times New Roman" w:cs="Times New Roman"/>
          <w:bCs/>
          <w:i/>
          <w:sz w:val="23"/>
          <w:szCs w:val="23"/>
          <w:lang w:val="ro-MD"/>
        </w:rPr>
      </w:pPr>
    </w:p>
    <w:p w14:paraId="2A419054" w14:textId="3F221488" w:rsidR="00B72D6C" w:rsidRPr="000A4C06" w:rsidRDefault="00B72D6C" w:rsidP="00B72D6C">
      <w:pPr>
        <w:rPr>
          <w:rFonts w:ascii="Times New Roman" w:hAnsi="Times New Roman" w:cs="Times New Roman"/>
          <w:bCs/>
          <w:iCs/>
          <w:sz w:val="23"/>
          <w:szCs w:val="23"/>
        </w:rPr>
      </w:pPr>
      <w:r w:rsidRPr="000A4C06">
        <w:rPr>
          <w:rFonts w:ascii="Times New Roman" w:hAnsi="Times New Roman" w:cs="Times New Roman"/>
          <w:bCs/>
          <w:iCs/>
          <w:sz w:val="23"/>
          <w:szCs w:val="23"/>
        </w:rPr>
        <w:t>Autoritatea contractantă  ___________              Data „_</w:t>
      </w:r>
      <w:r w:rsidR="003A7DCA">
        <w:rPr>
          <w:rFonts w:ascii="Times New Roman" w:hAnsi="Times New Roman" w:cs="Times New Roman"/>
          <w:bCs/>
          <w:iCs/>
          <w:sz w:val="23"/>
          <w:szCs w:val="23"/>
        </w:rPr>
        <w:t>20</w:t>
      </w:r>
      <w:r w:rsidRPr="000A4C06">
        <w:rPr>
          <w:rFonts w:ascii="Times New Roman" w:hAnsi="Times New Roman" w:cs="Times New Roman"/>
          <w:bCs/>
          <w:iCs/>
          <w:sz w:val="23"/>
          <w:szCs w:val="23"/>
        </w:rPr>
        <w:t>_”</w:t>
      </w:r>
      <w:r w:rsidR="003A7DCA">
        <w:rPr>
          <w:rFonts w:ascii="Times New Roman" w:hAnsi="Times New Roman" w:cs="Times New Roman"/>
          <w:bCs/>
          <w:iCs/>
          <w:sz w:val="23"/>
          <w:szCs w:val="23"/>
        </w:rPr>
        <w:t>03.2026</w:t>
      </w:r>
    </w:p>
    <w:p w14:paraId="304ABC62" w14:textId="77777777" w:rsidR="00B72D6C" w:rsidRPr="000A4C06" w:rsidRDefault="00B72D6C" w:rsidP="00B72D6C">
      <w:pPr>
        <w:jc w:val="both"/>
        <w:rPr>
          <w:rFonts w:ascii="Times New Roman" w:hAnsi="Times New Roman" w:cs="Times New Roman"/>
          <w:bCs/>
          <w:i/>
          <w:sz w:val="23"/>
          <w:szCs w:val="23"/>
        </w:rPr>
      </w:pPr>
    </w:p>
    <w:p w14:paraId="3E29DB96" w14:textId="77777777" w:rsidR="00B72D6C" w:rsidRPr="000A4C06" w:rsidRDefault="00B72D6C" w:rsidP="00B72D6C">
      <w:pPr>
        <w:jc w:val="both"/>
        <w:rPr>
          <w:rFonts w:ascii="Times New Roman" w:hAnsi="Times New Roman" w:cs="Times New Roman"/>
          <w:bCs/>
          <w:i/>
          <w:sz w:val="23"/>
          <w:szCs w:val="23"/>
        </w:rPr>
      </w:pPr>
    </w:p>
    <w:p w14:paraId="66D9D71E" w14:textId="77777777" w:rsidR="00B72D6C" w:rsidRPr="000A4C06" w:rsidRDefault="00B72D6C" w:rsidP="00B72D6C">
      <w:pPr>
        <w:jc w:val="both"/>
        <w:rPr>
          <w:rFonts w:ascii="Times New Roman" w:hAnsi="Times New Roman" w:cs="Times New Roman"/>
          <w:bCs/>
          <w:i/>
          <w:sz w:val="23"/>
          <w:szCs w:val="23"/>
        </w:rPr>
      </w:pPr>
    </w:p>
    <w:p w14:paraId="4E1E7AA1" w14:textId="77777777" w:rsidR="00B72D6C" w:rsidRPr="000A4C06" w:rsidRDefault="00B72D6C" w:rsidP="00B72D6C">
      <w:pPr>
        <w:jc w:val="both"/>
        <w:rPr>
          <w:rFonts w:ascii="Times New Roman" w:hAnsi="Times New Roman" w:cs="Times New Roman"/>
          <w:bCs/>
          <w:i/>
          <w:sz w:val="23"/>
          <w:szCs w:val="23"/>
        </w:rPr>
      </w:pPr>
    </w:p>
    <w:p w14:paraId="02535F70" w14:textId="77777777" w:rsidR="00B72D6C" w:rsidRPr="000A4C06" w:rsidRDefault="00B72D6C" w:rsidP="00B72D6C">
      <w:pPr>
        <w:jc w:val="both"/>
        <w:rPr>
          <w:rFonts w:ascii="Times New Roman" w:hAnsi="Times New Roman" w:cs="Times New Roman"/>
          <w:bCs/>
          <w:i/>
          <w:sz w:val="23"/>
          <w:szCs w:val="23"/>
        </w:rPr>
      </w:pPr>
    </w:p>
    <w:p w14:paraId="53810335" w14:textId="77777777" w:rsidR="00B72D6C" w:rsidRPr="000A4C06" w:rsidRDefault="00B72D6C" w:rsidP="00B72D6C">
      <w:pPr>
        <w:jc w:val="both"/>
        <w:rPr>
          <w:rFonts w:ascii="Times New Roman" w:hAnsi="Times New Roman" w:cs="Times New Roman"/>
          <w:bCs/>
          <w:i/>
          <w:iCs/>
          <w:sz w:val="23"/>
          <w:szCs w:val="23"/>
        </w:rPr>
      </w:pPr>
      <w:bookmarkStart w:id="3" w:name="_Hlk63071406"/>
      <w:r w:rsidRPr="000A4C06">
        <w:rPr>
          <w:rFonts w:ascii="Times New Roman" w:hAnsi="Times New Roman" w:cs="Times New Roman"/>
          <w:b/>
          <w:bCs/>
          <w:color w:val="FF0000"/>
          <w:sz w:val="23"/>
          <w:szCs w:val="23"/>
        </w:rPr>
        <w:t>Notă:</w:t>
      </w:r>
      <w:r w:rsidRPr="000A4C06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Pr="000A4C06">
        <w:rPr>
          <w:rFonts w:ascii="Times New Roman" w:hAnsi="Times New Roman" w:cs="Times New Roman"/>
          <w:bCs/>
          <w:i/>
          <w:iCs/>
          <w:sz w:val="23"/>
          <w:szCs w:val="23"/>
        </w:rPr>
        <w:t>Prezentul model al caietului de sarcini este orientativ şi poate fi completat, modificat, precizat de către autoritatea contractantă, în funcţie de tipul şi specificul bunurilor/serviciilor. Autoritatea contactantă este obligătă să respecte legislația.</w:t>
      </w:r>
    </w:p>
    <w:bookmarkEnd w:id="2"/>
    <w:bookmarkEnd w:id="3"/>
    <w:p w14:paraId="719B4E03" w14:textId="77777777" w:rsidR="00B72D6C" w:rsidRPr="000A4C06" w:rsidRDefault="00B72D6C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sectPr w:rsidR="00B72D6C" w:rsidRPr="000A4C06" w:rsidSect="00034616"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1287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2007" w:hanging="360"/>
      </w:pPr>
    </w:lvl>
    <w:lvl w:ilvl="2" w:tplc="0418001B" w:tentative="1">
      <w:start w:val="1"/>
      <w:numFmt w:val="lowerRoman"/>
      <w:lvlText w:val="%3."/>
      <w:lvlJc w:val="right"/>
      <w:pPr>
        <w:ind w:left="2727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37FC6D4D"/>
    <w:multiLevelType w:val="hybridMultilevel"/>
    <w:tmpl w:val="65CA71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1103849">
    <w:abstractNumId w:val="8"/>
  </w:num>
  <w:num w:numId="2" w16cid:durableId="1558734953">
    <w:abstractNumId w:val="6"/>
  </w:num>
  <w:num w:numId="3" w16cid:durableId="1648625668">
    <w:abstractNumId w:val="5"/>
  </w:num>
  <w:num w:numId="4" w16cid:durableId="2037004875">
    <w:abstractNumId w:val="4"/>
  </w:num>
  <w:num w:numId="5" w16cid:durableId="583803989">
    <w:abstractNumId w:val="7"/>
  </w:num>
  <w:num w:numId="6" w16cid:durableId="1055276299">
    <w:abstractNumId w:val="3"/>
  </w:num>
  <w:num w:numId="7" w16cid:durableId="1534270720">
    <w:abstractNumId w:val="2"/>
  </w:num>
  <w:num w:numId="8" w16cid:durableId="1146976614">
    <w:abstractNumId w:val="1"/>
  </w:num>
  <w:num w:numId="9" w16cid:durableId="2070640826">
    <w:abstractNumId w:val="0"/>
  </w:num>
  <w:num w:numId="10" w16cid:durableId="58675274">
    <w:abstractNumId w:val="9"/>
  </w:num>
  <w:num w:numId="11" w16cid:durableId="112716106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A4C06"/>
    <w:rsid w:val="0015074B"/>
    <w:rsid w:val="002759E7"/>
    <w:rsid w:val="0029639D"/>
    <w:rsid w:val="00326F90"/>
    <w:rsid w:val="00395DA0"/>
    <w:rsid w:val="003A7DCA"/>
    <w:rsid w:val="00565AF4"/>
    <w:rsid w:val="005B3B9F"/>
    <w:rsid w:val="007D6CA4"/>
    <w:rsid w:val="00887C53"/>
    <w:rsid w:val="008F3596"/>
    <w:rsid w:val="009B7899"/>
    <w:rsid w:val="00AA1D8D"/>
    <w:rsid w:val="00B47730"/>
    <w:rsid w:val="00B72D6C"/>
    <w:rsid w:val="00BB3F76"/>
    <w:rsid w:val="00C86FF0"/>
    <w:rsid w:val="00CB0664"/>
    <w:rsid w:val="00CF4126"/>
    <w:rsid w:val="00D23BBD"/>
    <w:rsid w:val="00D62F83"/>
    <w:rsid w:val="00FC693F"/>
    <w:rsid w:val="00FE0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4FDC277"/>
  <w14:defaultImageDpi w14:val="300"/>
  <w15:docId w15:val="{DA32B236-AFBF-7145-A768-62FBA6534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cp">
    <w:name w:val="cp"/>
    <w:basedOn w:val="Normal"/>
    <w:rsid w:val="00B72D6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B72D6C"/>
    <w:rPr>
      <w:rFonts w:ascii="Calibri" w:hAnsi="Calibri"/>
      <w:sz w:val="21"/>
    </w:rPr>
  </w:style>
  <w:style w:type="paragraph" w:customStyle="1" w:styleId="1">
    <w:name w:val="Обычный1"/>
    <w:uiPriority w:val="99"/>
    <w:rsid w:val="00B72D6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3</Pages>
  <Words>656</Words>
  <Characters>3806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4454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Economista</cp:lastModifiedBy>
  <cp:revision>8</cp:revision>
  <dcterms:created xsi:type="dcterms:W3CDTF">2026-03-11T11:51:00Z</dcterms:created>
  <dcterms:modified xsi:type="dcterms:W3CDTF">2026-03-20T08:09:00Z</dcterms:modified>
  <cp:category/>
</cp:coreProperties>
</file>