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45362" w:rsidRPr="00276B39" w:rsidRDefault="00374C8A" w:rsidP="00445362">
      <w:pPr>
        <w:widowControl w:val="0"/>
        <w:spacing w:after="0" w:line="240" w:lineRule="auto"/>
        <w:jc w:val="right"/>
        <w:rPr>
          <w:rFonts w:cs="Times New Roman"/>
          <w:color w:val="000000"/>
          <w:szCs w:val="24"/>
        </w:rPr>
      </w:pPr>
      <w:proofErr w:type="spellStart"/>
      <w:r w:rsidRPr="00276B39">
        <w:rPr>
          <w:rFonts w:cs="Times New Roman"/>
          <w:color w:val="000000"/>
          <w:szCs w:val="24"/>
        </w:rPr>
        <w:t>Anexa</w:t>
      </w:r>
      <w:proofErr w:type="spellEnd"/>
      <w:r w:rsidRPr="00276B39">
        <w:rPr>
          <w:rFonts w:cs="Times New Roman"/>
          <w:color w:val="000000"/>
          <w:szCs w:val="24"/>
        </w:rPr>
        <w:t xml:space="preserve"> nr. 2</w:t>
      </w:r>
      <w:r w:rsidR="00445362" w:rsidRPr="00276B39">
        <w:rPr>
          <w:rFonts w:cs="Times New Roman"/>
          <w:color w:val="000000"/>
          <w:szCs w:val="24"/>
        </w:rPr>
        <w:t xml:space="preserve"> </w:t>
      </w:r>
      <w:r w:rsidRPr="00276B39">
        <w:rPr>
          <w:rFonts w:cs="Times New Roman"/>
          <w:color w:val="000000"/>
          <w:szCs w:val="24"/>
        </w:rPr>
        <w:t xml:space="preserve">la </w:t>
      </w:r>
      <w:proofErr w:type="spellStart"/>
      <w:r w:rsidRPr="00276B39">
        <w:rPr>
          <w:rFonts w:cs="Times New Roman"/>
          <w:color w:val="000000"/>
          <w:szCs w:val="24"/>
        </w:rPr>
        <w:t>Documentația</w:t>
      </w:r>
      <w:proofErr w:type="spellEnd"/>
      <w:r w:rsidRPr="00276B39">
        <w:rPr>
          <w:rFonts w:cs="Times New Roman"/>
          <w:color w:val="000000"/>
          <w:szCs w:val="24"/>
        </w:rPr>
        <w:t xml:space="preserve"> </w:t>
      </w:r>
    </w:p>
    <w:p w:rsidR="0022270F" w:rsidRPr="00276B39" w:rsidRDefault="00374C8A" w:rsidP="00445362">
      <w:pPr>
        <w:widowControl w:val="0"/>
        <w:spacing w:after="0" w:line="240" w:lineRule="auto"/>
        <w:jc w:val="right"/>
        <w:rPr>
          <w:rFonts w:cs="Times New Roman"/>
          <w:szCs w:val="24"/>
        </w:rPr>
      </w:pPr>
      <w:r w:rsidRPr="00276B39">
        <w:rPr>
          <w:rFonts w:cs="Times New Roman"/>
          <w:color w:val="000000"/>
          <w:szCs w:val="24"/>
        </w:rPr>
        <w:t xml:space="preserve">standard nr. 69din 7 </w:t>
      </w:r>
      <w:proofErr w:type="spellStart"/>
      <w:r w:rsidRPr="00276B39">
        <w:rPr>
          <w:rFonts w:cs="Times New Roman"/>
          <w:color w:val="000000"/>
          <w:szCs w:val="24"/>
        </w:rPr>
        <w:t>mai</w:t>
      </w:r>
      <w:proofErr w:type="spellEnd"/>
      <w:r w:rsidRPr="00276B39">
        <w:rPr>
          <w:rFonts w:cs="Times New Roman"/>
          <w:color w:val="000000"/>
          <w:szCs w:val="24"/>
        </w:rPr>
        <w:t xml:space="preserve"> 2021</w:t>
      </w:r>
    </w:p>
    <w:p w:rsidR="000B6594" w:rsidRPr="00276B39" w:rsidRDefault="000B6594" w:rsidP="00531B9B">
      <w:pPr>
        <w:widowControl w:val="0"/>
        <w:spacing w:after="0" w:line="240" w:lineRule="auto"/>
        <w:jc w:val="both"/>
        <w:rPr>
          <w:rFonts w:cs="Times New Roman"/>
          <w:b/>
          <w:szCs w:val="24"/>
        </w:rPr>
      </w:pPr>
    </w:p>
    <w:p w:rsidR="0022270F" w:rsidRPr="00276B39" w:rsidRDefault="00374C8A" w:rsidP="00E17C54">
      <w:pPr>
        <w:widowControl w:val="0"/>
        <w:spacing w:after="0" w:line="240" w:lineRule="auto"/>
        <w:jc w:val="center"/>
        <w:rPr>
          <w:rFonts w:cs="Times New Roman"/>
          <w:szCs w:val="24"/>
        </w:rPr>
      </w:pPr>
      <w:r w:rsidRPr="00276B39">
        <w:rPr>
          <w:rFonts w:cs="Times New Roman"/>
          <w:b/>
          <w:color w:val="000000"/>
          <w:szCs w:val="24"/>
        </w:rPr>
        <w:t>ANUNȚ DE PARTICIPARE, INCLUSIV PENTRU PROCEDURILE DE</w:t>
      </w:r>
      <w:r w:rsidR="000D5E22">
        <w:rPr>
          <w:rFonts w:cs="Times New Roman"/>
          <w:b/>
          <w:color w:val="000000"/>
          <w:szCs w:val="24"/>
        </w:rPr>
        <w:t xml:space="preserve"> </w:t>
      </w:r>
      <w:r w:rsidRPr="00276B39">
        <w:rPr>
          <w:rFonts w:cs="Times New Roman"/>
          <w:b/>
          <w:color w:val="000000"/>
          <w:szCs w:val="24"/>
        </w:rPr>
        <w:t>PRESELECȚIE/PROCEDURILE NEGOCIATE</w:t>
      </w:r>
    </w:p>
    <w:p w:rsidR="0022270F" w:rsidRPr="00276B39" w:rsidRDefault="00374C8A" w:rsidP="00531B9B">
      <w:pPr>
        <w:widowControl w:val="0"/>
        <w:spacing w:after="0" w:line="240" w:lineRule="auto"/>
        <w:jc w:val="both"/>
        <w:rPr>
          <w:rFonts w:cs="Times New Roman"/>
          <w:szCs w:val="24"/>
        </w:rPr>
      </w:pPr>
      <w:proofErr w:type="spellStart"/>
      <w:r w:rsidRPr="00276B39">
        <w:rPr>
          <w:rFonts w:cs="Times New Roman"/>
          <w:color w:val="000000"/>
          <w:szCs w:val="24"/>
        </w:rPr>
        <w:t>privind</w:t>
      </w:r>
      <w:proofErr w:type="spellEnd"/>
      <w:r w:rsidRPr="00276B39">
        <w:rPr>
          <w:rFonts w:cs="Times New Roman"/>
          <w:color w:val="000000"/>
          <w:szCs w:val="24"/>
        </w:rPr>
        <w:t xml:space="preserve"> </w:t>
      </w:r>
      <w:proofErr w:type="spellStart"/>
      <w:r w:rsidRPr="00276B39">
        <w:rPr>
          <w:rFonts w:cs="Times New Roman"/>
          <w:color w:val="000000"/>
          <w:szCs w:val="24"/>
        </w:rPr>
        <w:t>achiziționarea</w:t>
      </w:r>
      <w:proofErr w:type="spellEnd"/>
      <w:r w:rsidRPr="00276B39">
        <w:rPr>
          <w:rFonts w:cs="Times New Roman"/>
          <w:color w:val="000000"/>
          <w:szCs w:val="24"/>
        </w:rPr>
        <w:t xml:space="preserve"> </w:t>
      </w:r>
      <w:proofErr w:type="spellStart"/>
      <w:r w:rsidRPr="00276B39">
        <w:rPr>
          <w:rFonts w:cs="Times New Roman"/>
          <w:color w:val="000000"/>
          <w:szCs w:val="24"/>
        </w:rPr>
        <w:t>Servicii</w:t>
      </w:r>
      <w:proofErr w:type="spellEnd"/>
      <w:r w:rsidRPr="00276B39">
        <w:rPr>
          <w:rFonts w:cs="Times New Roman"/>
          <w:color w:val="000000"/>
          <w:szCs w:val="24"/>
        </w:rPr>
        <w:t xml:space="preserve"> de </w:t>
      </w:r>
      <w:proofErr w:type="spellStart"/>
      <w:r w:rsidRPr="00276B39">
        <w:rPr>
          <w:rFonts w:cs="Times New Roman"/>
          <w:color w:val="000000"/>
          <w:szCs w:val="24"/>
        </w:rPr>
        <w:t>actualizare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securitate</w:t>
      </w:r>
      <w:proofErr w:type="spellEnd"/>
      <w:r w:rsidRPr="00276B39">
        <w:rPr>
          <w:rFonts w:cs="Times New Roman"/>
          <w:color w:val="000000"/>
          <w:szCs w:val="24"/>
        </w:rPr>
        <w:t xml:space="preserve"> FortiGuard cu </w:t>
      </w:r>
      <w:proofErr w:type="spellStart"/>
      <w:r w:rsidRPr="00276B39">
        <w:rPr>
          <w:rFonts w:cs="Times New Roman"/>
          <w:color w:val="000000"/>
          <w:szCs w:val="24"/>
        </w:rPr>
        <w:t>suportul</w:t>
      </w:r>
      <w:proofErr w:type="spellEnd"/>
      <w:r w:rsidRPr="00276B39">
        <w:rPr>
          <w:rFonts w:cs="Times New Roman"/>
          <w:color w:val="000000"/>
          <w:szCs w:val="24"/>
        </w:rPr>
        <w:t xml:space="preserve"> </w:t>
      </w:r>
      <w:proofErr w:type="spellStart"/>
      <w:r w:rsidRPr="00276B39">
        <w:rPr>
          <w:rFonts w:cs="Times New Roman"/>
          <w:color w:val="000000"/>
          <w:szCs w:val="24"/>
        </w:rPr>
        <w:t>producătorului</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echipamentele</w:t>
      </w:r>
      <w:proofErr w:type="spellEnd"/>
      <w:r w:rsidRPr="00276B39">
        <w:rPr>
          <w:rFonts w:cs="Times New Roman"/>
          <w:color w:val="000000"/>
          <w:szCs w:val="24"/>
        </w:rPr>
        <w:t xml:space="preserve"> de </w:t>
      </w:r>
      <w:proofErr w:type="spellStart"/>
      <w:r w:rsidRPr="00276B39">
        <w:rPr>
          <w:rFonts w:cs="Times New Roman"/>
          <w:color w:val="000000"/>
          <w:szCs w:val="24"/>
        </w:rPr>
        <w:t>rețea</w:t>
      </w:r>
      <w:proofErr w:type="spellEnd"/>
      <w:r w:rsidRPr="00276B39">
        <w:rPr>
          <w:rFonts w:cs="Times New Roman"/>
          <w:color w:val="000000"/>
          <w:szCs w:val="24"/>
        </w:rPr>
        <w:t xml:space="preserve"> Fortinet</w:t>
      </w:r>
    </w:p>
    <w:p w:rsidR="00803D8D" w:rsidRPr="00276B39" w:rsidRDefault="00374C8A" w:rsidP="00531B9B">
      <w:pPr>
        <w:widowControl w:val="0"/>
        <w:spacing w:after="0" w:line="240" w:lineRule="auto"/>
        <w:jc w:val="both"/>
        <w:rPr>
          <w:rFonts w:cs="Times New Roman"/>
          <w:b/>
          <w:szCs w:val="24"/>
          <w:lang w:val="ro-RO"/>
        </w:rPr>
      </w:pPr>
      <w:proofErr w:type="spellStart"/>
      <w:r w:rsidRPr="00276B39">
        <w:rPr>
          <w:rFonts w:cs="Times New Roman"/>
          <w:color w:val="000000"/>
          <w:szCs w:val="24"/>
        </w:rPr>
        <w:t>prin</w:t>
      </w:r>
      <w:proofErr w:type="spellEnd"/>
      <w:r w:rsidRPr="00276B39">
        <w:rPr>
          <w:rFonts w:cs="Times New Roman"/>
          <w:color w:val="000000"/>
          <w:szCs w:val="24"/>
        </w:rPr>
        <w:t xml:space="preserve"> </w:t>
      </w:r>
      <w:proofErr w:type="spellStart"/>
      <w:r w:rsidRPr="00276B39">
        <w:rPr>
          <w:rFonts w:cs="Times New Roman"/>
          <w:color w:val="000000"/>
          <w:szCs w:val="24"/>
        </w:rPr>
        <w:t>procedura</w:t>
      </w:r>
      <w:proofErr w:type="spellEnd"/>
      <w:r w:rsidRPr="00276B39">
        <w:rPr>
          <w:rFonts w:cs="Times New Roman"/>
          <w:color w:val="000000"/>
          <w:szCs w:val="24"/>
        </w:rPr>
        <w:t xml:space="preserve"> de </w:t>
      </w:r>
      <w:proofErr w:type="spellStart"/>
      <w:r w:rsidRPr="00276B39">
        <w:rPr>
          <w:rFonts w:cs="Times New Roman"/>
          <w:color w:val="000000"/>
          <w:szCs w:val="24"/>
        </w:rPr>
        <w:t>achiziție</w:t>
      </w:r>
      <w:proofErr w:type="spellEnd"/>
      <w:r w:rsidRPr="00276B39">
        <w:rPr>
          <w:rFonts w:cs="Times New Roman"/>
          <w:color w:val="000000"/>
          <w:szCs w:val="24"/>
        </w:rPr>
        <w:t xml:space="preserve">: </w:t>
      </w:r>
      <w:proofErr w:type="spellStart"/>
      <w:r w:rsidRPr="00276B39">
        <w:rPr>
          <w:rFonts w:cs="Times New Roman"/>
          <w:color w:val="000000"/>
          <w:szCs w:val="24"/>
        </w:rPr>
        <w:t>Valoare</w:t>
      </w:r>
      <w:proofErr w:type="spellEnd"/>
      <w:r w:rsidRPr="00276B39">
        <w:rPr>
          <w:rFonts w:cs="Times New Roman"/>
          <w:color w:val="000000"/>
          <w:szCs w:val="24"/>
        </w:rPr>
        <w:t xml:space="preserve"> </w:t>
      </w:r>
      <w:proofErr w:type="spellStart"/>
      <w:r w:rsidRPr="00276B39">
        <w:rPr>
          <w:rFonts w:cs="Times New Roman"/>
          <w:color w:val="000000"/>
          <w:szCs w:val="24"/>
        </w:rPr>
        <w:t>mică</w:t>
      </w:r>
      <w:proofErr w:type="spellEnd"/>
      <w:r w:rsidRPr="00276B39">
        <w:rPr>
          <w:rFonts w:cs="Times New Roman"/>
          <w:color w:val="000000"/>
          <w:szCs w:val="24"/>
        </w:rPr>
        <w:t>.</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w:t>
      </w:r>
      <w:proofErr w:type="spellStart"/>
      <w:r w:rsidRPr="00276B39">
        <w:rPr>
          <w:rFonts w:cs="Times New Roman"/>
          <w:b/>
          <w:color w:val="000000"/>
          <w:szCs w:val="24"/>
        </w:rPr>
        <w:t>Procedura</w:t>
      </w:r>
      <w:proofErr w:type="spellEnd"/>
      <w:r w:rsidRPr="00276B39">
        <w:rPr>
          <w:rFonts w:cs="Times New Roman"/>
          <w:b/>
          <w:color w:val="000000"/>
          <w:szCs w:val="24"/>
        </w:rPr>
        <w:t xml:space="preserve"> a </w:t>
      </w:r>
      <w:proofErr w:type="spellStart"/>
      <w:r w:rsidRPr="00276B39">
        <w:rPr>
          <w:rFonts w:cs="Times New Roman"/>
          <w:b/>
          <w:color w:val="000000"/>
          <w:szCs w:val="24"/>
        </w:rPr>
        <w:t>fost</w:t>
      </w:r>
      <w:proofErr w:type="spellEnd"/>
      <w:r w:rsidRPr="00276B39">
        <w:rPr>
          <w:rFonts w:cs="Times New Roman"/>
          <w:b/>
          <w:color w:val="000000"/>
          <w:szCs w:val="24"/>
        </w:rPr>
        <w:t xml:space="preserve"> </w:t>
      </w:r>
      <w:proofErr w:type="spellStart"/>
      <w:r w:rsidRPr="00276B39">
        <w:rPr>
          <w:rFonts w:cs="Times New Roman"/>
          <w:b/>
          <w:color w:val="000000"/>
          <w:szCs w:val="24"/>
        </w:rPr>
        <w:t>inclusă</w:t>
      </w:r>
      <w:proofErr w:type="spellEnd"/>
      <w:r w:rsidRPr="00276B39">
        <w:rPr>
          <w:rFonts w:cs="Times New Roman"/>
          <w:b/>
          <w:color w:val="000000"/>
          <w:szCs w:val="24"/>
        </w:rPr>
        <w:t xml:space="preserve"> </w:t>
      </w:r>
      <w:proofErr w:type="spellStart"/>
      <w:r w:rsidRPr="00276B39">
        <w:rPr>
          <w:rFonts w:cs="Times New Roman"/>
          <w:b/>
          <w:color w:val="000000"/>
          <w:szCs w:val="24"/>
        </w:rPr>
        <w:t>în</w:t>
      </w:r>
      <w:proofErr w:type="spellEnd"/>
      <w:r w:rsidRPr="00276B39">
        <w:rPr>
          <w:rFonts w:cs="Times New Roman"/>
          <w:b/>
          <w:color w:val="000000"/>
          <w:szCs w:val="24"/>
        </w:rPr>
        <w:t xml:space="preserve"> </w:t>
      </w:r>
      <w:proofErr w:type="spellStart"/>
      <w:r w:rsidRPr="00276B39">
        <w:rPr>
          <w:rFonts w:cs="Times New Roman"/>
          <w:b/>
          <w:color w:val="000000"/>
          <w:szCs w:val="24"/>
        </w:rPr>
        <w:t>planul</w:t>
      </w:r>
      <w:proofErr w:type="spellEnd"/>
      <w:r w:rsidRPr="00276B39">
        <w:rPr>
          <w:rFonts w:cs="Times New Roman"/>
          <w:b/>
          <w:color w:val="000000"/>
          <w:szCs w:val="24"/>
        </w:rPr>
        <w:t xml:space="preserve"> de </w:t>
      </w:r>
      <w:proofErr w:type="spellStart"/>
      <w:r w:rsidRPr="00276B39">
        <w:rPr>
          <w:rFonts w:cs="Times New Roman"/>
          <w:b/>
          <w:color w:val="000000"/>
          <w:szCs w:val="24"/>
        </w:rPr>
        <w:t>achiziții</w:t>
      </w:r>
      <w:proofErr w:type="spellEnd"/>
      <w:r w:rsidRPr="00276B39">
        <w:rPr>
          <w:rFonts w:cs="Times New Roman"/>
          <w:b/>
          <w:color w:val="000000"/>
          <w:szCs w:val="24"/>
        </w:rPr>
        <w:t xml:space="preserve"> </w:t>
      </w:r>
      <w:proofErr w:type="spellStart"/>
      <w:r w:rsidRPr="00276B39">
        <w:rPr>
          <w:rFonts w:cs="Times New Roman"/>
          <w:b/>
          <w:color w:val="000000"/>
          <w:szCs w:val="24"/>
        </w:rPr>
        <w:t>publice</w:t>
      </w:r>
      <w:proofErr w:type="spellEnd"/>
      <w:r w:rsidRPr="00276B39">
        <w:rPr>
          <w:rFonts w:cs="Times New Roman"/>
          <w:b/>
          <w:color w:val="000000"/>
          <w:szCs w:val="24"/>
        </w:rPr>
        <w:t xml:space="preserve"> </w:t>
      </w:r>
      <w:proofErr w:type="gramStart"/>
      <w:r w:rsidRPr="00276B39">
        <w:rPr>
          <w:rFonts w:cs="Times New Roman"/>
          <w:b/>
          <w:color w:val="000000"/>
          <w:szCs w:val="24"/>
        </w:rPr>
        <w:t>a</w:t>
      </w:r>
      <w:proofErr w:type="gramEnd"/>
      <w:r w:rsidRPr="00276B39">
        <w:rPr>
          <w:rFonts w:cs="Times New Roman"/>
          <w:b/>
          <w:color w:val="000000"/>
          <w:szCs w:val="24"/>
        </w:rPr>
        <w:t xml:space="preserve"> </w:t>
      </w:r>
      <w:proofErr w:type="spellStart"/>
      <w:r w:rsidRPr="00276B39">
        <w:rPr>
          <w:rFonts w:cs="Times New Roman"/>
          <w:b/>
          <w:color w:val="000000"/>
          <w:szCs w:val="24"/>
        </w:rPr>
        <w:t>autorității</w:t>
      </w:r>
      <w:proofErr w:type="spellEnd"/>
      <w:r w:rsidRPr="00276B39">
        <w:rPr>
          <w:rFonts w:cs="Times New Roman"/>
          <w:b/>
          <w:color w:val="000000"/>
          <w:szCs w:val="24"/>
        </w:rPr>
        <w:t xml:space="preserve"> </w:t>
      </w:r>
      <w:proofErr w:type="spellStart"/>
      <w:r w:rsidRPr="00276B39">
        <w:rPr>
          <w:rFonts w:cs="Times New Roman"/>
          <w:b/>
          <w:color w:val="000000"/>
          <w:szCs w:val="24"/>
        </w:rPr>
        <w:t>contractante</w:t>
      </w:r>
      <w:proofErr w:type="spellEnd"/>
      <w:r w:rsidRPr="00276B39">
        <w:rPr>
          <w:rFonts w:cs="Times New Roman"/>
          <w:b/>
          <w:color w:val="000000"/>
          <w:szCs w:val="24"/>
        </w:rPr>
        <w:t xml:space="preserve"> (Da/Nu): </w:t>
      </w:r>
      <w:r w:rsidRPr="00276B39">
        <w:rPr>
          <w:rFonts w:cs="Times New Roman"/>
          <w:color w:val="000000"/>
          <w:szCs w:val="24"/>
        </w:rPr>
        <w:t>DA</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Link-ul </w:t>
      </w:r>
      <w:proofErr w:type="spellStart"/>
      <w:r w:rsidRPr="00276B39">
        <w:rPr>
          <w:rFonts w:cs="Times New Roman"/>
          <w:b/>
          <w:color w:val="000000"/>
          <w:szCs w:val="24"/>
        </w:rPr>
        <w:t>către</w:t>
      </w:r>
      <w:proofErr w:type="spellEnd"/>
      <w:r w:rsidRPr="00276B39">
        <w:rPr>
          <w:rFonts w:cs="Times New Roman"/>
          <w:b/>
          <w:color w:val="000000"/>
          <w:szCs w:val="24"/>
        </w:rPr>
        <w:t xml:space="preserve"> </w:t>
      </w:r>
      <w:proofErr w:type="spellStart"/>
      <w:r w:rsidRPr="00276B39">
        <w:rPr>
          <w:rFonts w:cs="Times New Roman"/>
          <w:b/>
          <w:color w:val="000000"/>
          <w:szCs w:val="24"/>
        </w:rPr>
        <w:t>planul</w:t>
      </w:r>
      <w:proofErr w:type="spellEnd"/>
      <w:r w:rsidRPr="00276B39">
        <w:rPr>
          <w:rFonts w:cs="Times New Roman"/>
          <w:b/>
          <w:color w:val="000000"/>
          <w:szCs w:val="24"/>
        </w:rPr>
        <w:t xml:space="preserve"> de </w:t>
      </w:r>
      <w:proofErr w:type="spellStart"/>
      <w:r w:rsidRPr="00276B39">
        <w:rPr>
          <w:rFonts w:cs="Times New Roman"/>
          <w:b/>
          <w:color w:val="000000"/>
          <w:szCs w:val="24"/>
        </w:rPr>
        <w:t>achiziții</w:t>
      </w:r>
      <w:proofErr w:type="spellEnd"/>
      <w:r w:rsidRPr="00276B39">
        <w:rPr>
          <w:rFonts w:cs="Times New Roman"/>
          <w:b/>
          <w:color w:val="000000"/>
          <w:szCs w:val="24"/>
        </w:rPr>
        <w:t xml:space="preserve"> </w:t>
      </w:r>
      <w:proofErr w:type="spellStart"/>
      <w:r w:rsidRPr="00276B39">
        <w:rPr>
          <w:rFonts w:cs="Times New Roman"/>
          <w:b/>
          <w:color w:val="000000"/>
          <w:szCs w:val="24"/>
        </w:rPr>
        <w:t>publice</w:t>
      </w:r>
      <w:proofErr w:type="spellEnd"/>
      <w:r w:rsidRPr="00276B39">
        <w:rPr>
          <w:rFonts w:cs="Times New Roman"/>
          <w:b/>
          <w:color w:val="000000"/>
          <w:szCs w:val="24"/>
        </w:rPr>
        <w:t xml:space="preserve"> </w:t>
      </w:r>
      <w:proofErr w:type="spellStart"/>
      <w:r w:rsidRPr="00276B39">
        <w:rPr>
          <w:rFonts w:cs="Times New Roman"/>
          <w:b/>
          <w:color w:val="000000"/>
          <w:szCs w:val="24"/>
        </w:rPr>
        <w:t>publicat</w:t>
      </w:r>
      <w:proofErr w:type="spellEnd"/>
      <w:r w:rsidRPr="00276B39">
        <w:rPr>
          <w:rFonts w:cs="Times New Roman"/>
          <w:b/>
          <w:color w:val="000000"/>
          <w:szCs w:val="24"/>
        </w:rPr>
        <w:t xml:space="preserve">: </w:t>
      </w:r>
      <w:r w:rsidRPr="00276B39">
        <w:rPr>
          <w:rFonts w:cs="Times New Roman"/>
          <w:color w:val="000000"/>
          <w:szCs w:val="24"/>
        </w:rPr>
        <w:t>https://ansp.md/achizitii/</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1. </w:t>
      </w:r>
      <w:proofErr w:type="spellStart"/>
      <w:r w:rsidRPr="00276B39">
        <w:rPr>
          <w:rFonts w:cs="Times New Roman"/>
          <w:b/>
          <w:color w:val="000000"/>
          <w:szCs w:val="24"/>
        </w:rPr>
        <w:t>Denumirea</w:t>
      </w:r>
      <w:proofErr w:type="spellEnd"/>
      <w:r w:rsidRPr="00276B39">
        <w:rPr>
          <w:rFonts w:cs="Times New Roman"/>
          <w:b/>
          <w:color w:val="000000"/>
          <w:szCs w:val="24"/>
        </w:rPr>
        <w:t xml:space="preserve"> </w:t>
      </w:r>
      <w:proofErr w:type="spellStart"/>
      <w:r w:rsidRPr="00276B39">
        <w:rPr>
          <w:rFonts w:cs="Times New Roman"/>
          <w:b/>
          <w:color w:val="000000"/>
          <w:szCs w:val="24"/>
        </w:rPr>
        <w:t>autorității</w:t>
      </w:r>
      <w:proofErr w:type="spellEnd"/>
      <w:r w:rsidRPr="00276B39">
        <w:rPr>
          <w:rFonts w:cs="Times New Roman"/>
          <w:b/>
          <w:color w:val="000000"/>
          <w:szCs w:val="24"/>
        </w:rPr>
        <w:t xml:space="preserve"> </w:t>
      </w:r>
      <w:proofErr w:type="spellStart"/>
      <w:r w:rsidRPr="00276B39">
        <w:rPr>
          <w:rFonts w:cs="Times New Roman"/>
          <w:b/>
          <w:color w:val="000000"/>
          <w:szCs w:val="24"/>
        </w:rPr>
        <w:t>contractante</w:t>
      </w:r>
      <w:proofErr w:type="spellEnd"/>
      <w:r w:rsidRPr="00276B39">
        <w:rPr>
          <w:rFonts w:cs="Times New Roman"/>
          <w:b/>
          <w:color w:val="000000"/>
          <w:szCs w:val="24"/>
        </w:rPr>
        <w:t xml:space="preserve">: </w:t>
      </w:r>
      <w:proofErr w:type="spellStart"/>
      <w:r w:rsidRPr="00276B39">
        <w:rPr>
          <w:rFonts w:cs="Times New Roman"/>
          <w:color w:val="000000"/>
          <w:szCs w:val="24"/>
        </w:rPr>
        <w:t>Agenția</w:t>
      </w:r>
      <w:proofErr w:type="spellEnd"/>
      <w:r w:rsidRPr="00276B39">
        <w:rPr>
          <w:rFonts w:cs="Times New Roman"/>
          <w:color w:val="000000"/>
          <w:szCs w:val="24"/>
        </w:rPr>
        <w:t xml:space="preserve"> </w:t>
      </w:r>
      <w:proofErr w:type="spellStart"/>
      <w:r w:rsidRPr="00276B39">
        <w:rPr>
          <w:rFonts w:cs="Times New Roman"/>
          <w:color w:val="000000"/>
          <w:szCs w:val="24"/>
        </w:rPr>
        <w:t>Națională</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Sănătate</w:t>
      </w:r>
      <w:proofErr w:type="spellEnd"/>
      <w:r w:rsidRPr="00276B39">
        <w:rPr>
          <w:rFonts w:cs="Times New Roman"/>
          <w:color w:val="000000"/>
          <w:szCs w:val="24"/>
        </w:rPr>
        <w:t xml:space="preserve"> </w:t>
      </w:r>
      <w:proofErr w:type="spellStart"/>
      <w:r w:rsidRPr="00276B39">
        <w:rPr>
          <w:rFonts w:cs="Times New Roman"/>
          <w:color w:val="000000"/>
          <w:szCs w:val="24"/>
        </w:rPr>
        <w:t>Publică</w:t>
      </w:r>
      <w:proofErr w:type="spellEnd"/>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2. IDNO: </w:t>
      </w:r>
      <w:r w:rsidRPr="00276B39">
        <w:rPr>
          <w:rFonts w:cs="Times New Roman"/>
          <w:color w:val="000000"/>
          <w:szCs w:val="24"/>
        </w:rPr>
        <w:t>1018601000021</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3. </w:t>
      </w:r>
      <w:proofErr w:type="spellStart"/>
      <w:r w:rsidRPr="00276B39">
        <w:rPr>
          <w:rFonts w:cs="Times New Roman"/>
          <w:b/>
          <w:color w:val="000000"/>
          <w:szCs w:val="24"/>
        </w:rPr>
        <w:t>Adresa</w:t>
      </w:r>
      <w:proofErr w:type="spellEnd"/>
      <w:r w:rsidRPr="00276B39">
        <w:rPr>
          <w:rFonts w:cs="Times New Roman"/>
          <w:b/>
          <w:color w:val="000000"/>
          <w:szCs w:val="24"/>
        </w:rPr>
        <w:t xml:space="preserve">: </w:t>
      </w:r>
      <w:proofErr w:type="spellStart"/>
      <w:r w:rsidRPr="00276B39">
        <w:rPr>
          <w:rFonts w:cs="Times New Roman"/>
          <w:color w:val="000000"/>
          <w:szCs w:val="24"/>
        </w:rPr>
        <w:t>mun</w:t>
      </w:r>
      <w:proofErr w:type="spellEnd"/>
      <w:r w:rsidRPr="00276B39">
        <w:rPr>
          <w:rFonts w:cs="Times New Roman"/>
          <w:color w:val="000000"/>
          <w:szCs w:val="24"/>
        </w:rPr>
        <w:t xml:space="preserve">. </w:t>
      </w:r>
      <w:proofErr w:type="spellStart"/>
      <w:r w:rsidRPr="00276B39">
        <w:rPr>
          <w:rFonts w:cs="Times New Roman"/>
          <w:color w:val="000000"/>
          <w:szCs w:val="24"/>
        </w:rPr>
        <w:t>Chișinău</w:t>
      </w:r>
      <w:proofErr w:type="spellEnd"/>
      <w:r w:rsidRPr="00276B39">
        <w:rPr>
          <w:rFonts w:cs="Times New Roman"/>
          <w:color w:val="000000"/>
          <w:szCs w:val="24"/>
        </w:rPr>
        <w:t xml:space="preserve">, str. </w:t>
      </w:r>
      <w:proofErr w:type="spellStart"/>
      <w:r w:rsidRPr="00276B39">
        <w:rPr>
          <w:rFonts w:cs="Times New Roman"/>
          <w:color w:val="000000"/>
          <w:szCs w:val="24"/>
        </w:rPr>
        <w:t>Gh</w:t>
      </w:r>
      <w:proofErr w:type="spellEnd"/>
      <w:r w:rsidRPr="00276B39">
        <w:rPr>
          <w:rFonts w:cs="Times New Roman"/>
          <w:color w:val="000000"/>
          <w:szCs w:val="24"/>
        </w:rPr>
        <w:t xml:space="preserve">. </w:t>
      </w:r>
      <w:proofErr w:type="spellStart"/>
      <w:r w:rsidRPr="00276B39">
        <w:rPr>
          <w:rFonts w:cs="Times New Roman"/>
          <w:color w:val="000000"/>
          <w:szCs w:val="24"/>
        </w:rPr>
        <w:t>Asachi</w:t>
      </w:r>
      <w:proofErr w:type="spellEnd"/>
      <w:r w:rsidRPr="00276B39">
        <w:rPr>
          <w:rFonts w:cs="Times New Roman"/>
          <w:color w:val="000000"/>
          <w:szCs w:val="24"/>
        </w:rPr>
        <w:t>, 67 A</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4. </w:t>
      </w:r>
      <w:proofErr w:type="spellStart"/>
      <w:r w:rsidRPr="00276B39">
        <w:rPr>
          <w:rFonts w:cs="Times New Roman"/>
          <w:b/>
          <w:color w:val="000000"/>
          <w:szCs w:val="24"/>
        </w:rPr>
        <w:t>Numărul</w:t>
      </w:r>
      <w:proofErr w:type="spellEnd"/>
      <w:r w:rsidRPr="00276B39">
        <w:rPr>
          <w:rFonts w:cs="Times New Roman"/>
          <w:b/>
          <w:color w:val="000000"/>
          <w:szCs w:val="24"/>
        </w:rPr>
        <w:t xml:space="preserve"> de </w:t>
      </w:r>
      <w:proofErr w:type="spellStart"/>
      <w:r w:rsidRPr="00276B39">
        <w:rPr>
          <w:rFonts w:cs="Times New Roman"/>
          <w:b/>
          <w:color w:val="000000"/>
          <w:szCs w:val="24"/>
        </w:rPr>
        <w:t>telefon</w:t>
      </w:r>
      <w:proofErr w:type="spellEnd"/>
      <w:r w:rsidRPr="00276B39">
        <w:rPr>
          <w:rFonts w:cs="Times New Roman"/>
          <w:b/>
          <w:color w:val="000000"/>
          <w:szCs w:val="24"/>
        </w:rPr>
        <w:t xml:space="preserve">/fax: </w:t>
      </w:r>
      <w:r w:rsidRPr="00276B39">
        <w:rPr>
          <w:rFonts w:cs="Times New Roman"/>
          <w:color w:val="000000"/>
          <w:szCs w:val="24"/>
        </w:rPr>
        <w:t>067493406</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5. </w:t>
      </w:r>
      <w:proofErr w:type="spellStart"/>
      <w:r w:rsidRPr="00276B39">
        <w:rPr>
          <w:rFonts w:cs="Times New Roman"/>
          <w:b/>
          <w:color w:val="000000"/>
          <w:szCs w:val="24"/>
        </w:rPr>
        <w:t>Adresa</w:t>
      </w:r>
      <w:proofErr w:type="spellEnd"/>
      <w:r w:rsidRPr="00276B39">
        <w:rPr>
          <w:rFonts w:cs="Times New Roman"/>
          <w:b/>
          <w:color w:val="000000"/>
          <w:szCs w:val="24"/>
        </w:rPr>
        <w:t xml:space="preserve"> de e-mail </w:t>
      </w:r>
      <w:proofErr w:type="spellStart"/>
      <w:r w:rsidRPr="00276B39">
        <w:rPr>
          <w:rFonts w:cs="Times New Roman"/>
          <w:b/>
          <w:color w:val="000000"/>
          <w:szCs w:val="24"/>
        </w:rPr>
        <w:t>și</w:t>
      </w:r>
      <w:proofErr w:type="spellEnd"/>
      <w:r w:rsidRPr="00276B39">
        <w:rPr>
          <w:rFonts w:cs="Times New Roman"/>
          <w:b/>
          <w:color w:val="000000"/>
          <w:szCs w:val="24"/>
        </w:rPr>
        <w:t xml:space="preserve"> </w:t>
      </w:r>
      <w:proofErr w:type="spellStart"/>
      <w:r w:rsidRPr="00276B39">
        <w:rPr>
          <w:rFonts w:cs="Times New Roman"/>
          <w:b/>
          <w:color w:val="000000"/>
          <w:szCs w:val="24"/>
        </w:rPr>
        <w:t>pagina</w:t>
      </w:r>
      <w:proofErr w:type="spellEnd"/>
      <w:r w:rsidRPr="00276B39">
        <w:rPr>
          <w:rFonts w:cs="Times New Roman"/>
          <w:b/>
          <w:color w:val="000000"/>
          <w:szCs w:val="24"/>
        </w:rPr>
        <w:t xml:space="preserve"> web </w:t>
      </w:r>
      <w:proofErr w:type="spellStart"/>
      <w:r w:rsidRPr="00276B39">
        <w:rPr>
          <w:rFonts w:cs="Times New Roman"/>
          <w:b/>
          <w:color w:val="000000"/>
          <w:szCs w:val="24"/>
        </w:rPr>
        <w:t>oficială</w:t>
      </w:r>
      <w:proofErr w:type="spellEnd"/>
      <w:r w:rsidRPr="00276B39">
        <w:rPr>
          <w:rFonts w:cs="Times New Roman"/>
          <w:b/>
          <w:color w:val="000000"/>
          <w:szCs w:val="24"/>
        </w:rPr>
        <w:t xml:space="preserve"> </w:t>
      </w:r>
      <w:proofErr w:type="gramStart"/>
      <w:r w:rsidRPr="00276B39">
        <w:rPr>
          <w:rFonts w:cs="Times New Roman"/>
          <w:b/>
          <w:color w:val="000000"/>
          <w:szCs w:val="24"/>
        </w:rPr>
        <w:t>a</w:t>
      </w:r>
      <w:proofErr w:type="gramEnd"/>
      <w:r w:rsidRPr="00276B39">
        <w:rPr>
          <w:rFonts w:cs="Times New Roman"/>
          <w:b/>
          <w:color w:val="000000"/>
          <w:szCs w:val="24"/>
        </w:rPr>
        <w:t xml:space="preserve"> </w:t>
      </w:r>
      <w:proofErr w:type="spellStart"/>
      <w:r w:rsidRPr="00276B39">
        <w:rPr>
          <w:rFonts w:cs="Times New Roman"/>
          <w:b/>
          <w:color w:val="000000"/>
          <w:szCs w:val="24"/>
        </w:rPr>
        <w:t>autorității</w:t>
      </w:r>
      <w:proofErr w:type="spellEnd"/>
      <w:r w:rsidRPr="00276B39">
        <w:rPr>
          <w:rFonts w:cs="Times New Roman"/>
          <w:b/>
          <w:color w:val="000000"/>
          <w:szCs w:val="24"/>
        </w:rPr>
        <w:t xml:space="preserve"> </w:t>
      </w:r>
      <w:proofErr w:type="spellStart"/>
      <w:r w:rsidRPr="00276B39">
        <w:rPr>
          <w:rFonts w:cs="Times New Roman"/>
          <w:b/>
          <w:color w:val="000000"/>
          <w:szCs w:val="24"/>
        </w:rPr>
        <w:t>contractante</w:t>
      </w:r>
      <w:proofErr w:type="spellEnd"/>
      <w:r w:rsidRPr="00276B39">
        <w:rPr>
          <w:rFonts w:cs="Times New Roman"/>
          <w:b/>
          <w:color w:val="000000"/>
          <w:szCs w:val="24"/>
        </w:rPr>
        <w:t xml:space="preserve">: </w:t>
      </w:r>
      <w:r w:rsidRPr="00276B39">
        <w:rPr>
          <w:rFonts w:cs="Times New Roman"/>
          <w:color w:val="000000"/>
          <w:szCs w:val="24"/>
        </w:rPr>
        <w:t>achizitii@ansp.gov.md; www.ansp.md</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6. </w:t>
      </w:r>
      <w:proofErr w:type="spellStart"/>
      <w:r w:rsidRPr="00276B39">
        <w:rPr>
          <w:rFonts w:cs="Times New Roman"/>
          <w:b/>
          <w:color w:val="000000"/>
          <w:szCs w:val="24"/>
        </w:rPr>
        <w:t>Adresa</w:t>
      </w:r>
      <w:proofErr w:type="spellEnd"/>
      <w:r w:rsidRPr="00276B39">
        <w:rPr>
          <w:rFonts w:cs="Times New Roman"/>
          <w:b/>
          <w:color w:val="000000"/>
          <w:szCs w:val="24"/>
        </w:rPr>
        <w:t xml:space="preserve"> de e-mail </w:t>
      </w:r>
      <w:proofErr w:type="spellStart"/>
      <w:r w:rsidRPr="00276B39">
        <w:rPr>
          <w:rFonts w:cs="Times New Roman"/>
          <w:b/>
          <w:color w:val="000000"/>
          <w:szCs w:val="24"/>
        </w:rPr>
        <w:t>sau</w:t>
      </w:r>
      <w:proofErr w:type="spellEnd"/>
      <w:r w:rsidRPr="00276B39">
        <w:rPr>
          <w:rFonts w:cs="Times New Roman"/>
          <w:b/>
          <w:color w:val="000000"/>
          <w:szCs w:val="24"/>
        </w:rPr>
        <w:t xml:space="preserve"> </w:t>
      </w:r>
      <w:proofErr w:type="spellStart"/>
      <w:r w:rsidRPr="00276B39">
        <w:rPr>
          <w:rFonts w:cs="Times New Roman"/>
          <w:b/>
          <w:color w:val="000000"/>
          <w:szCs w:val="24"/>
        </w:rPr>
        <w:t>pagina</w:t>
      </w:r>
      <w:proofErr w:type="spellEnd"/>
      <w:r w:rsidRPr="00276B39">
        <w:rPr>
          <w:rFonts w:cs="Times New Roman"/>
          <w:b/>
          <w:color w:val="000000"/>
          <w:szCs w:val="24"/>
        </w:rPr>
        <w:t xml:space="preserve"> web </w:t>
      </w:r>
      <w:proofErr w:type="spellStart"/>
      <w:r w:rsidRPr="00276B39">
        <w:rPr>
          <w:rFonts w:cs="Times New Roman"/>
          <w:b/>
          <w:color w:val="000000"/>
          <w:szCs w:val="24"/>
        </w:rPr>
        <w:t>oficială</w:t>
      </w:r>
      <w:proofErr w:type="spellEnd"/>
      <w:r w:rsidRPr="00276B39">
        <w:rPr>
          <w:rFonts w:cs="Times New Roman"/>
          <w:b/>
          <w:color w:val="000000"/>
          <w:szCs w:val="24"/>
        </w:rPr>
        <w:t xml:space="preserve"> de la care se </w:t>
      </w:r>
      <w:proofErr w:type="spellStart"/>
      <w:r w:rsidRPr="00276B39">
        <w:rPr>
          <w:rFonts w:cs="Times New Roman"/>
          <w:b/>
          <w:color w:val="000000"/>
          <w:szCs w:val="24"/>
        </w:rPr>
        <w:t>va</w:t>
      </w:r>
      <w:proofErr w:type="spellEnd"/>
      <w:r w:rsidRPr="00276B39">
        <w:rPr>
          <w:rFonts w:cs="Times New Roman"/>
          <w:b/>
          <w:color w:val="000000"/>
          <w:szCs w:val="24"/>
        </w:rPr>
        <w:t xml:space="preserve"> </w:t>
      </w:r>
      <w:proofErr w:type="spellStart"/>
      <w:r w:rsidRPr="00276B39">
        <w:rPr>
          <w:rFonts w:cs="Times New Roman"/>
          <w:b/>
          <w:color w:val="000000"/>
          <w:szCs w:val="24"/>
        </w:rPr>
        <w:t>putea</w:t>
      </w:r>
      <w:proofErr w:type="spellEnd"/>
      <w:r w:rsidRPr="00276B39">
        <w:rPr>
          <w:rFonts w:cs="Times New Roman"/>
          <w:b/>
          <w:color w:val="000000"/>
          <w:szCs w:val="24"/>
        </w:rPr>
        <w:t xml:space="preserve"> </w:t>
      </w:r>
      <w:proofErr w:type="spellStart"/>
      <w:r w:rsidRPr="00276B39">
        <w:rPr>
          <w:rFonts w:cs="Times New Roman"/>
          <w:b/>
          <w:color w:val="000000"/>
          <w:szCs w:val="24"/>
        </w:rPr>
        <w:t>obține</w:t>
      </w:r>
      <w:proofErr w:type="spellEnd"/>
      <w:r w:rsidRPr="00276B39">
        <w:rPr>
          <w:rFonts w:cs="Times New Roman"/>
          <w:b/>
          <w:color w:val="000000"/>
          <w:szCs w:val="24"/>
        </w:rPr>
        <w:t xml:space="preserve"> </w:t>
      </w:r>
      <w:proofErr w:type="spellStart"/>
      <w:r w:rsidRPr="00276B39">
        <w:rPr>
          <w:rFonts w:cs="Times New Roman"/>
          <w:b/>
          <w:color w:val="000000"/>
          <w:szCs w:val="24"/>
        </w:rPr>
        <w:t>accesul</w:t>
      </w:r>
      <w:proofErr w:type="spellEnd"/>
      <w:r w:rsidRPr="00276B39">
        <w:rPr>
          <w:rFonts w:cs="Times New Roman"/>
          <w:b/>
          <w:color w:val="000000"/>
          <w:szCs w:val="24"/>
        </w:rPr>
        <w:t xml:space="preserve"> la </w:t>
      </w:r>
      <w:proofErr w:type="spellStart"/>
      <w:r w:rsidRPr="00276B39">
        <w:rPr>
          <w:rFonts w:cs="Times New Roman"/>
          <w:b/>
          <w:color w:val="000000"/>
          <w:szCs w:val="24"/>
        </w:rPr>
        <w:t>documentația</w:t>
      </w:r>
      <w:proofErr w:type="spellEnd"/>
      <w:r w:rsidRPr="00276B39">
        <w:rPr>
          <w:rFonts w:cs="Times New Roman"/>
          <w:b/>
          <w:color w:val="000000"/>
          <w:szCs w:val="24"/>
        </w:rPr>
        <w:t xml:space="preserve"> de </w:t>
      </w:r>
      <w:proofErr w:type="spellStart"/>
      <w:r w:rsidRPr="00276B39">
        <w:rPr>
          <w:rFonts w:cs="Times New Roman"/>
          <w:b/>
          <w:color w:val="000000"/>
          <w:szCs w:val="24"/>
        </w:rPr>
        <w:t>atribuire</w:t>
      </w:r>
      <w:proofErr w:type="spellEnd"/>
      <w:r w:rsidRPr="00276B39">
        <w:rPr>
          <w:rFonts w:cs="Times New Roman"/>
          <w:b/>
          <w:color w:val="000000"/>
          <w:szCs w:val="24"/>
        </w:rPr>
        <w:t xml:space="preserve">: </w:t>
      </w:r>
      <w:proofErr w:type="spellStart"/>
      <w:r w:rsidRPr="00276B39">
        <w:rPr>
          <w:rFonts w:cs="Times New Roman"/>
          <w:color w:val="000000"/>
          <w:szCs w:val="24"/>
        </w:rPr>
        <w:t>documentația</w:t>
      </w:r>
      <w:proofErr w:type="spellEnd"/>
      <w:r w:rsidRPr="00276B39">
        <w:rPr>
          <w:rFonts w:cs="Times New Roman"/>
          <w:color w:val="000000"/>
          <w:szCs w:val="24"/>
        </w:rPr>
        <w:t xml:space="preserve"> de </w:t>
      </w:r>
      <w:proofErr w:type="spellStart"/>
      <w:r w:rsidRPr="00276B39">
        <w:rPr>
          <w:rFonts w:cs="Times New Roman"/>
          <w:color w:val="000000"/>
          <w:szCs w:val="24"/>
        </w:rPr>
        <w:t>atribuire</w:t>
      </w:r>
      <w:proofErr w:type="spellEnd"/>
      <w:r w:rsidRPr="00276B39">
        <w:rPr>
          <w:rFonts w:cs="Times New Roman"/>
          <w:color w:val="000000"/>
          <w:szCs w:val="24"/>
        </w:rPr>
        <w:t xml:space="preserve"> </w:t>
      </w:r>
      <w:proofErr w:type="spellStart"/>
      <w:r w:rsidRPr="00276B39">
        <w:rPr>
          <w:rFonts w:cs="Times New Roman"/>
          <w:color w:val="000000"/>
          <w:szCs w:val="24"/>
        </w:rPr>
        <w:t>este</w:t>
      </w:r>
      <w:proofErr w:type="spellEnd"/>
      <w:r w:rsidRPr="00276B39">
        <w:rPr>
          <w:rFonts w:cs="Times New Roman"/>
          <w:color w:val="000000"/>
          <w:szCs w:val="24"/>
        </w:rPr>
        <w:t xml:space="preserve"> </w:t>
      </w:r>
      <w:proofErr w:type="spellStart"/>
      <w:r w:rsidRPr="00276B39">
        <w:rPr>
          <w:rFonts w:cs="Times New Roman"/>
          <w:color w:val="000000"/>
          <w:szCs w:val="24"/>
        </w:rPr>
        <w:t>anexată</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cadrul</w:t>
      </w:r>
      <w:proofErr w:type="spellEnd"/>
      <w:r w:rsidRPr="00276B39">
        <w:rPr>
          <w:rFonts w:cs="Times New Roman"/>
          <w:color w:val="000000"/>
          <w:szCs w:val="24"/>
        </w:rPr>
        <w:t xml:space="preserve"> </w:t>
      </w:r>
      <w:proofErr w:type="spellStart"/>
      <w:r w:rsidRPr="00276B39">
        <w:rPr>
          <w:rFonts w:cs="Times New Roman"/>
          <w:color w:val="000000"/>
          <w:szCs w:val="24"/>
        </w:rPr>
        <w:t>procedurii</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SIA RSAP</w:t>
      </w:r>
    </w:p>
    <w:p w:rsidR="0022270F" w:rsidRPr="00276B39" w:rsidRDefault="00374C8A" w:rsidP="00531B9B">
      <w:pPr>
        <w:widowControl w:val="0"/>
        <w:spacing w:after="0" w:line="240" w:lineRule="auto"/>
        <w:jc w:val="both"/>
        <w:rPr>
          <w:rFonts w:cs="Times New Roman"/>
          <w:szCs w:val="24"/>
        </w:rPr>
      </w:pPr>
      <w:r w:rsidRPr="00276B39">
        <w:rPr>
          <w:rFonts w:cs="Times New Roman"/>
          <w:b/>
          <w:color w:val="000000"/>
          <w:szCs w:val="24"/>
        </w:rPr>
        <w:t xml:space="preserve">7. </w:t>
      </w:r>
      <w:proofErr w:type="spellStart"/>
      <w:r w:rsidRPr="00276B39">
        <w:rPr>
          <w:rFonts w:cs="Times New Roman"/>
          <w:b/>
          <w:color w:val="000000"/>
          <w:szCs w:val="24"/>
        </w:rPr>
        <w:t>Tipul</w:t>
      </w:r>
      <w:proofErr w:type="spellEnd"/>
      <w:r w:rsidRPr="00276B39">
        <w:rPr>
          <w:rFonts w:cs="Times New Roman"/>
          <w:b/>
          <w:color w:val="000000"/>
          <w:szCs w:val="24"/>
        </w:rPr>
        <w:t xml:space="preserve"> </w:t>
      </w:r>
      <w:proofErr w:type="spellStart"/>
      <w:r w:rsidRPr="00276B39">
        <w:rPr>
          <w:rFonts w:cs="Times New Roman"/>
          <w:b/>
          <w:color w:val="000000"/>
          <w:szCs w:val="24"/>
        </w:rPr>
        <w:t>autorității</w:t>
      </w:r>
      <w:proofErr w:type="spellEnd"/>
      <w:r w:rsidRPr="00276B39">
        <w:rPr>
          <w:rFonts w:cs="Times New Roman"/>
          <w:b/>
          <w:color w:val="000000"/>
          <w:szCs w:val="24"/>
        </w:rPr>
        <w:t xml:space="preserve"> </w:t>
      </w:r>
      <w:proofErr w:type="spellStart"/>
      <w:r w:rsidRPr="00276B39">
        <w:rPr>
          <w:rFonts w:cs="Times New Roman"/>
          <w:b/>
          <w:color w:val="000000"/>
          <w:szCs w:val="24"/>
        </w:rPr>
        <w:t>contractante</w:t>
      </w:r>
      <w:proofErr w:type="spellEnd"/>
      <w:r w:rsidRPr="00276B39">
        <w:rPr>
          <w:rFonts w:cs="Times New Roman"/>
          <w:b/>
          <w:color w:val="000000"/>
          <w:szCs w:val="24"/>
        </w:rPr>
        <w:t xml:space="preserve"> </w:t>
      </w:r>
      <w:proofErr w:type="spellStart"/>
      <w:r w:rsidRPr="00276B39">
        <w:rPr>
          <w:rFonts w:cs="Times New Roman"/>
          <w:b/>
          <w:color w:val="000000"/>
          <w:szCs w:val="24"/>
        </w:rPr>
        <w:t>și</w:t>
      </w:r>
      <w:proofErr w:type="spellEnd"/>
      <w:r w:rsidRPr="00276B39">
        <w:rPr>
          <w:rFonts w:cs="Times New Roman"/>
          <w:b/>
          <w:color w:val="000000"/>
          <w:szCs w:val="24"/>
        </w:rPr>
        <w:t xml:space="preserve"> </w:t>
      </w:r>
      <w:proofErr w:type="spellStart"/>
      <w:r w:rsidRPr="00276B39">
        <w:rPr>
          <w:rFonts w:cs="Times New Roman"/>
          <w:b/>
          <w:color w:val="000000"/>
          <w:szCs w:val="24"/>
        </w:rPr>
        <w:t>obiectul</w:t>
      </w:r>
      <w:proofErr w:type="spellEnd"/>
      <w:r w:rsidRPr="00276B39">
        <w:rPr>
          <w:rFonts w:cs="Times New Roman"/>
          <w:b/>
          <w:color w:val="000000"/>
          <w:szCs w:val="24"/>
        </w:rPr>
        <w:t xml:space="preserve"> principal de </w:t>
      </w:r>
      <w:proofErr w:type="spellStart"/>
      <w:r w:rsidRPr="00276B39">
        <w:rPr>
          <w:rFonts w:cs="Times New Roman"/>
          <w:b/>
          <w:color w:val="000000"/>
          <w:szCs w:val="24"/>
        </w:rPr>
        <w:t>activitate</w:t>
      </w:r>
      <w:proofErr w:type="spellEnd"/>
      <w:r w:rsidRPr="00276B39">
        <w:rPr>
          <w:rFonts w:cs="Times New Roman"/>
          <w:b/>
          <w:color w:val="000000"/>
          <w:szCs w:val="24"/>
        </w:rPr>
        <w:t xml:space="preserve">: </w:t>
      </w:r>
      <w:proofErr w:type="spellStart"/>
      <w:r w:rsidRPr="00276B39">
        <w:rPr>
          <w:rFonts w:cs="Times New Roman"/>
          <w:color w:val="000000"/>
          <w:szCs w:val="24"/>
        </w:rPr>
        <w:t>Autoritate</w:t>
      </w:r>
      <w:proofErr w:type="spellEnd"/>
      <w:r w:rsidRPr="00276B39">
        <w:rPr>
          <w:rFonts w:cs="Times New Roman"/>
          <w:color w:val="000000"/>
          <w:szCs w:val="24"/>
        </w:rPr>
        <w:t xml:space="preserve"> </w:t>
      </w:r>
      <w:proofErr w:type="spellStart"/>
      <w:r w:rsidRPr="00276B39">
        <w:rPr>
          <w:rFonts w:cs="Times New Roman"/>
          <w:color w:val="000000"/>
          <w:szCs w:val="24"/>
        </w:rPr>
        <w:t>administrativă</w:t>
      </w:r>
      <w:proofErr w:type="spellEnd"/>
      <w:r w:rsidRPr="00276B39">
        <w:rPr>
          <w:rFonts w:cs="Times New Roman"/>
          <w:color w:val="000000"/>
          <w:szCs w:val="24"/>
        </w:rPr>
        <w:t xml:space="preserve"> </w:t>
      </w:r>
      <w:proofErr w:type="spellStart"/>
      <w:r w:rsidRPr="00276B39">
        <w:rPr>
          <w:rFonts w:cs="Times New Roman"/>
          <w:color w:val="000000"/>
          <w:szCs w:val="24"/>
        </w:rPr>
        <w:t>subordonată</w:t>
      </w:r>
      <w:proofErr w:type="spellEnd"/>
      <w:r w:rsidRPr="00276B39">
        <w:rPr>
          <w:rFonts w:cs="Times New Roman"/>
          <w:color w:val="000000"/>
          <w:szCs w:val="24"/>
        </w:rPr>
        <w:t xml:space="preserve"> </w:t>
      </w:r>
      <w:proofErr w:type="spellStart"/>
      <w:r w:rsidRPr="00276B39">
        <w:rPr>
          <w:rFonts w:cs="Times New Roman"/>
          <w:color w:val="000000"/>
          <w:szCs w:val="24"/>
        </w:rPr>
        <w:t>Ministerului</w:t>
      </w:r>
      <w:proofErr w:type="spellEnd"/>
      <w:r w:rsidRPr="00276B39">
        <w:rPr>
          <w:rFonts w:cs="Times New Roman"/>
          <w:color w:val="000000"/>
          <w:szCs w:val="24"/>
        </w:rPr>
        <w:t xml:space="preserve"> </w:t>
      </w:r>
      <w:proofErr w:type="spellStart"/>
      <w:r w:rsidRPr="00276B39">
        <w:rPr>
          <w:rFonts w:cs="Times New Roman"/>
          <w:color w:val="000000"/>
          <w:szCs w:val="24"/>
        </w:rPr>
        <w:t>Sănătății</w:t>
      </w:r>
      <w:proofErr w:type="spellEnd"/>
      <w:r w:rsidRPr="00276B39">
        <w:rPr>
          <w:rFonts w:cs="Times New Roman"/>
          <w:color w:val="000000"/>
          <w:szCs w:val="24"/>
        </w:rPr>
        <w:t xml:space="preserve"> al RM.</w:t>
      </w:r>
    </w:p>
    <w:p w:rsidR="0022270F" w:rsidRPr="00276B39" w:rsidRDefault="00374C8A" w:rsidP="00531B9B">
      <w:pPr>
        <w:widowControl w:val="0"/>
        <w:spacing w:after="0" w:line="240" w:lineRule="auto"/>
        <w:jc w:val="both"/>
        <w:rPr>
          <w:rFonts w:cs="Times New Roman"/>
          <w:b/>
          <w:szCs w:val="24"/>
        </w:rPr>
      </w:pPr>
      <w:r w:rsidRPr="00276B39">
        <w:rPr>
          <w:rFonts w:cs="Times New Roman"/>
          <w:color w:val="000000"/>
          <w:szCs w:val="24"/>
        </w:rPr>
        <w:t>8. Agenția Națională pentru Sănătate Publică invită operatorii economici interesați, care îi pot satisface necesitățile, să participe la procedura de achiziție privind prestarea următoarelor servicii:</w:t>
      </w:r>
    </w:p>
    <w:p w:rsidR="000B6594" w:rsidRPr="00276B39" w:rsidRDefault="000B6594" w:rsidP="00531B9B">
      <w:pPr>
        <w:widowControl w:val="0"/>
        <w:spacing w:after="0" w:line="240" w:lineRule="auto"/>
        <w:jc w:val="both"/>
        <w:rPr>
          <w:rFonts w:cs="Times New Roman"/>
          <w:szCs w:val="24"/>
        </w:rPr>
      </w:pPr>
    </w:p>
    <w:tbl>
      <w:tblPr>
        <w:tblStyle w:val="Tabelgri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070"/>
        <w:gridCol w:w="1074"/>
        <w:gridCol w:w="25"/>
        <w:gridCol w:w="2120"/>
        <w:gridCol w:w="1086"/>
        <w:gridCol w:w="1159"/>
        <w:gridCol w:w="2069"/>
        <w:gridCol w:w="1019"/>
      </w:tblGrid>
      <w:tr w:rsidR="00811206" w:rsidRPr="00276B39" w:rsidTr="00276B39">
        <w:trPr>
          <w:cantSplit/>
          <w:trHeight w:val="1716"/>
          <w:tblHeader/>
          <w:jc w:val="center"/>
        </w:trPr>
        <w:tc>
          <w:tcPr>
            <w:tcW w:w="1099"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r w:rsidRPr="00276B39">
              <w:rPr>
                <w:rFonts w:cs="Times New Roman"/>
                <w:b/>
                <w:bCs/>
                <w:color w:val="000000"/>
                <w:sz w:val="22"/>
              </w:rPr>
              <w:t>Nr. d/o</w:t>
            </w:r>
          </w:p>
        </w:tc>
        <w:tc>
          <w:tcPr>
            <w:tcW w:w="632" w:type="dxa"/>
            <w:gridSpan w:val="2"/>
            <w:tcMar>
              <w:top w:w="40" w:type="dxa"/>
              <w:left w:w="60" w:type="dxa"/>
              <w:bottom w:w="40" w:type="dxa"/>
              <w:right w:w="60" w:type="dxa"/>
            </w:tcMar>
          </w:tcPr>
          <w:p w:rsidR="00811206" w:rsidRPr="00276B39" w:rsidRDefault="00811206" w:rsidP="00531B9B">
            <w:pPr>
              <w:widowControl w:val="0"/>
              <w:jc w:val="center"/>
              <w:rPr>
                <w:rFonts w:cs="Times New Roman"/>
                <w:b/>
                <w:bCs/>
                <w:sz w:val="22"/>
              </w:rPr>
            </w:pPr>
            <w:r w:rsidRPr="00276B39">
              <w:rPr>
                <w:rFonts w:cs="Times New Roman"/>
                <w:b/>
                <w:bCs/>
                <w:color w:val="000000"/>
                <w:sz w:val="22"/>
              </w:rPr>
              <w:t>Cod CPV</w:t>
            </w:r>
          </w:p>
        </w:tc>
        <w:tc>
          <w:tcPr>
            <w:tcW w:w="2173"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proofErr w:type="spellStart"/>
            <w:r w:rsidRPr="00276B39">
              <w:rPr>
                <w:rFonts w:cs="Times New Roman"/>
                <w:b/>
                <w:bCs/>
                <w:color w:val="000000"/>
                <w:sz w:val="22"/>
              </w:rPr>
              <w:t>Denumirea</w:t>
            </w:r>
            <w:proofErr w:type="spellEnd"/>
            <w:r w:rsidRPr="00276B39">
              <w:rPr>
                <w:rFonts w:cs="Times New Roman"/>
                <w:b/>
                <w:bCs/>
                <w:color w:val="000000"/>
                <w:sz w:val="22"/>
              </w:rPr>
              <w:t xml:space="preserve"> </w:t>
            </w:r>
            <w:proofErr w:type="spellStart"/>
            <w:r w:rsidRPr="00276B39">
              <w:rPr>
                <w:rFonts w:cs="Times New Roman"/>
                <w:b/>
                <w:bCs/>
                <w:color w:val="000000"/>
                <w:sz w:val="22"/>
              </w:rPr>
              <w:t>bunurilor</w:t>
            </w:r>
            <w:proofErr w:type="spellEnd"/>
            <w:r w:rsidRPr="00276B39">
              <w:rPr>
                <w:rFonts w:cs="Times New Roman"/>
                <w:b/>
                <w:bCs/>
                <w:color w:val="000000"/>
                <w:sz w:val="22"/>
              </w:rPr>
              <w:t>/</w:t>
            </w:r>
            <w:proofErr w:type="spellStart"/>
            <w:r w:rsidRPr="00276B39">
              <w:rPr>
                <w:rFonts w:cs="Times New Roman"/>
                <w:b/>
                <w:bCs/>
                <w:color w:val="000000"/>
                <w:sz w:val="22"/>
              </w:rPr>
              <w:t>serviciilor</w:t>
            </w:r>
            <w:proofErr w:type="spellEnd"/>
            <w:r w:rsidRPr="00276B39">
              <w:rPr>
                <w:rFonts w:cs="Times New Roman"/>
                <w:b/>
                <w:bCs/>
                <w:color w:val="000000"/>
                <w:sz w:val="22"/>
              </w:rPr>
              <w:t xml:space="preserve"> solicitate</w:t>
            </w:r>
          </w:p>
        </w:tc>
        <w:tc>
          <w:tcPr>
            <w:tcW w:w="992"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proofErr w:type="spellStart"/>
            <w:r w:rsidRPr="00276B39">
              <w:rPr>
                <w:rFonts w:cs="Times New Roman"/>
                <w:b/>
                <w:bCs/>
                <w:color w:val="000000"/>
                <w:sz w:val="22"/>
              </w:rPr>
              <w:t>Unitatea</w:t>
            </w:r>
            <w:proofErr w:type="spellEnd"/>
            <w:r w:rsidRPr="00276B39">
              <w:rPr>
                <w:rFonts w:cs="Times New Roman"/>
                <w:b/>
                <w:bCs/>
                <w:color w:val="000000"/>
                <w:sz w:val="22"/>
              </w:rPr>
              <w:t xml:space="preserve"> de </w:t>
            </w:r>
            <w:proofErr w:type="spellStart"/>
            <w:r w:rsidRPr="00276B39">
              <w:rPr>
                <w:rFonts w:cs="Times New Roman"/>
                <w:b/>
                <w:bCs/>
                <w:color w:val="000000"/>
                <w:sz w:val="22"/>
              </w:rPr>
              <w:t>măsură</w:t>
            </w:r>
            <w:proofErr w:type="spellEnd"/>
          </w:p>
        </w:tc>
        <w:tc>
          <w:tcPr>
            <w:tcW w:w="1190"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proofErr w:type="spellStart"/>
            <w:r w:rsidRPr="00276B39">
              <w:rPr>
                <w:rFonts w:cs="Times New Roman"/>
                <w:b/>
                <w:bCs/>
                <w:color w:val="000000"/>
                <w:sz w:val="22"/>
              </w:rPr>
              <w:t>Cantitatea</w:t>
            </w:r>
            <w:proofErr w:type="spellEnd"/>
          </w:p>
        </w:tc>
        <w:tc>
          <w:tcPr>
            <w:tcW w:w="2490"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proofErr w:type="spellStart"/>
            <w:r w:rsidRPr="00276B39">
              <w:rPr>
                <w:rFonts w:cs="Times New Roman"/>
                <w:b/>
                <w:bCs/>
                <w:color w:val="000000"/>
                <w:sz w:val="22"/>
              </w:rPr>
              <w:t>Specificarea</w:t>
            </w:r>
            <w:proofErr w:type="spellEnd"/>
            <w:r w:rsidRPr="00276B39">
              <w:rPr>
                <w:rFonts w:cs="Times New Roman"/>
                <w:b/>
                <w:bCs/>
                <w:color w:val="000000"/>
                <w:sz w:val="22"/>
              </w:rPr>
              <w:t xml:space="preserve"> </w:t>
            </w:r>
            <w:proofErr w:type="spellStart"/>
            <w:r w:rsidRPr="00276B39">
              <w:rPr>
                <w:rFonts w:cs="Times New Roman"/>
                <w:b/>
                <w:bCs/>
                <w:color w:val="000000"/>
                <w:sz w:val="22"/>
              </w:rPr>
              <w:t>tehnică</w:t>
            </w:r>
            <w:proofErr w:type="spellEnd"/>
            <w:r w:rsidRPr="00276B39">
              <w:rPr>
                <w:rFonts w:cs="Times New Roman"/>
                <w:b/>
                <w:bCs/>
                <w:color w:val="000000"/>
                <w:sz w:val="22"/>
              </w:rPr>
              <w:t xml:space="preserve"> </w:t>
            </w:r>
            <w:proofErr w:type="spellStart"/>
            <w:r w:rsidRPr="00276B39">
              <w:rPr>
                <w:rFonts w:cs="Times New Roman"/>
                <w:b/>
                <w:bCs/>
                <w:color w:val="000000"/>
                <w:sz w:val="22"/>
              </w:rPr>
              <w:t>deplină</w:t>
            </w:r>
            <w:proofErr w:type="spellEnd"/>
            <w:r w:rsidRPr="00276B39">
              <w:rPr>
                <w:rFonts w:cs="Times New Roman"/>
                <w:b/>
                <w:bCs/>
                <w:color w:val="000000"/>
                <w:sz w:val="22"/>
              </w:rPr>
              <w:t xml:space="preserve"> </w:t>
            </w:r>
            <w:proofErr w:type="spellStart"/>
            <w:r w:rsidRPr="00276B39">
              <w:rPr>
                <w:rFonts w:cs="Times New Roman"/>
                <w:b/>
                <w:bCs/>
                <w:color w:val="000000"/>
                <w:sz w:val="22"/>
              </w:rPr>
              <w:t>solicitată</w:t>
            </w:r>
            <w:proofErr w:type="spellEnd"/>
            <w:r w:rsidRPr="00276B39">
              <w:rPr>
                <w:rFonts w:cs="Times New Roman"/>
                <w:b/>
                <w:bCs/>
                <w:color w:val="000000"/>
                <w:sz w:val="22"/>
              </w:rPr>
              <w:t xml:space="preserve">, </w:t>
            </w:r>
            <w:proofErr w:type="spellStart"/>
            <w:r w:rsidRPr="00276B39">
              <w:rPr>
                <w:rFonts w:cs="Times New Roman"/>
                <w:b/>
                <w:bCs/>
                <w:color w:val="000000"/>
                <w:sz w:val="22"/>
              </w:rPr>
              <w:t>Standarde</w:t>
            </w:r>
            <w:proofErr w:type="spellEnd"/>
            <w:r w:rsidRPr="00276B39">
              <w:rPr>
                <w:rFonts w:cs="Times New Roman"/>
                <w:b/>
                <w:bCs/>
                <w:color w:val="000000"/>
                <w:sz w:val="22"/>
              </w:rPr>
              <w:t xml:space="preserve"> de </w:t>
            </w:r>
            <w:proofErr w:type="spellStart"/>
            <w:r w:rsidRPr="00276B39">
              <w:rPr>
                <w:rFonts w:cs="Times New Roman"/>
                <w:b/>
                <w:bCs/>
                <w:color w:val="000000"/>
                <w:sz w:val="22"/>
              </w:rPr>
              <w:t>referință</w:t>
            </w:r>
            <w:proofErr w:type="spellEnd"/>
          </w:p>
        </w:tc>
        <w:tc>
          <w:tcPr>
            <w:tcW w:w="1046" w:type="dxa"/>
            <w:tcMar>
              <w:top w:w="40" w:type="dxa"/>
              <w:left w:w="60" w:type="dxa"/>
              <w:bottom w:w="40" w:type="dxa"/>
              <w:right w:w="60" w:type="dxa"/>
            </w:tcMar>
          </w:tcPr>
          <w:p w:rsidR="00811206" w:rsidRPr="00276B39" w:rsidRDefault="00811206" w:rsidP="00531B9B">
            <w:pPr>
              <w:widowControl w:val="0"/>
              <w:jc w:val="center"/>
              <w:rPr>
                <w:rFonts w:cs="Times New Roman"/>
                <w:b/>
                <w:bCs/>
                <w:sz w:val="22"/>
              </w:rPr>
            </w:pPr>
            <w:proofErr w:type="spellStart"/>
            <w:r w:rsidRPr="00276B39">
              <w:rPr>
                <w:rFonts w:cs="Times New Roman"/>
                <w:b/>
                <w:bCs/>
                <w:color w:val="000000"/>
                <w:sz w:val="22"/>
              </w:rPr>
              <w:t>Valoarea</w:t>
            </w:r>
            <w:proofErr w:type="spellEnd"/>
            <w:r w:rsidRPr="00276B39">
              <w:rPr>
                <w:rFonts w:cs="Times New Roman"/>
                <w:b/>
                <w:bCs/>
                <w:color w:val="000000"/>
                <w:sz w:val="22"/>
              </w:rPr>
              <w:t xml:space="preserve"> </w:t>
            </w:r>
            <w:proofErr w:type="spellStart"/>
            <w:r w:rsidRPr="00276B39">
              <w:rPr>
                <w:rFonts w:cs="Times New Roman"/>
                <w:b/>
                <w:bCs/>
                <w:color w:val="000000"/>
                <w:sz w:val="22"/>
              </w:rPr>
              <w:t>estimată</w:t>
            </w:r>
            <w:proofErr w:type="spellEnd"/>
            <w:r w:rsidRPr="00276B39">
              <w:rPr>
                <w:rFonts w:cs="Times New Roman"/>
                <w:b/>
                <w:bCs/>
                <w:color w:val="000000"/>
                <w:sz w:val="22"/>
              </w:rPr>
              <w:t xml:space="preserve"> (se </w:t>
            </w:r>
            <w:proofErr w:type="spellStart"/>
            <w:r w:rsidRPr="00276B39">
              <w:rPr>
                <w:rFonts w:cs="Times New Roman"/>
                <w:b/>
                <w:bCs/>
                <w:color w:val="000000"/>
                <w:sz w:val="22"/>
              </w:rPr>
              <w:t>va</w:t>
            </w:r>
            <w:proofErr w:type="spellEnd"/>
            <w:r w:rsidRPr="00276B39">
              <w:rPr>
                <w:rFonts w:cs="Times New Roman"/>
                <w:b/>
                <w:bCs/>
                <w:color w:val="000000"/>
                <w:sz w:val="22"/>
              </w:rPr>
              <w:t xml:space="preserve"> </w:t>
            </w:r>
            <w:proofErr w:type="spellStart"/>
            <w:r w:rsidRPr="00276B39">
              <w:rPr>
                <w:rFonts w:cs="Times New Roman"/>
                <w:b/>
                <w:bCs/>
                <w:color w:val="000000"/>
                <w:sz w:val="22"/>
              </w:rPr>
              <w:t>indica</w:t>
            </w:r>
            <w:proofErr w:type="spellEnd"/>
            <w:r w:rsidRPr="00276B39">
              <w:rPr>
                <w:rFonts w:cs="Times New Roman"/>
                <w:b/>
                <w:bCs/>
                <w:color w:val="000000"/>
                <w:sz w:val="22"/>
              </w:rPr>
              <w:t xml:space="preserve"> </w:t>
            </w:r>
            <w:proofErr w:type="spellStart"/>
            <w:r w:rsidRPr="00276B39">
              <w:rPr>
                <w:rFonts w:cs="Times New Roman"/>
                <w:b/>
                <w:bCs/>
                <w:color w:val="000000"/>
                <w:sz w:val="22"/>
              </w:rPr>
              <w:t>pentru</w:t>
            </w:r>
            <w:proofErr w:type="spellEnd"/>
            <w:r w:rsidRPr="00276B39">
              <w:rPr>
                <w:rFonts w:cs="Times New Roman"/>
                <w:b/>
                <w:bCs/>
                <w:color w:val="000000"/>
                <w:sz w:val="22"/>
              </w:rPr>
              <w:t xml:space="preserve"> </w:t>
            </w:r>
            <w:proofErr w:type="spellStart"/>
            <w:r w:rsidRPr="00276B39">
              <w:rPr>
                <w:rFonts w:cs="Times New Roman"/>
                <w:b/>
                <w:bCs/>
                <w:color w:val="000000"/>
                <w:sz w:val="22"/>
              </w:rPr>
              <w:t>fiecare</w:t>
            </w:r>
            <w:proofErr w:type="spellEnd"/>
            <w:r w:rsidRPr="00276B39">
              <w:rPr>
                <w:rFonts w:cs="Times New Roman"/>
                <w:b/>
                <w:bCs/>
                <w:color w:val="000000"/>
                <w:sz w:val="22"/>
              </w:rPr>
              <w:t xml:space="preserve"> lot </w:t>
            </w:r>
            <w:proofErr w:type="spellStart"/>
            <w:r w:rsidRPr="00276B39">
              <w:rPr>
                <w:rFonts w:cs="Times New Roman"/>
                <w:b/>
                <w:bCs/>
                <w:color w:val="000000"/>
                <w:sz w:val="22"/>
              </w:rPr>
              <w:t>în</w:t>
            </w:r>
            <w:proofErr w:type="spellEnd"/>
            <w:r w:rsidRPr="00276B39">
              <w:rPr>
                <w:rFonts w:cs="Times New Roman"/>
                <w:b/>
                <w:bCs/>
                <w:color w:val="000000"/>
                <w:sz w:val="22"/>
              </w:rPr>
              <w:t xml:space="preserve"> </w:t>
            </w:r>
            <w:proofErr w:type="spellStart"/>
            <w:r w:rsidRPr="00276B39">
              <w:rPr>
                <w:rFonts w:cs="Times New Roman"/>
                <w:b/>
                <w:bCs/>
                <w:color w:val="000000"/>
                <w:sz w:val="22"/>
              </w:rPr>
              <w:t>parte</w:t>
            </w:r>
            <w:proofErr w:type="spellEnd"/>
            <w:r w:rsidRPr="00276B39">
              <w:rPr>
                <w:rFonts w:cs="Times New Roman"/>
                <w:b/>
                <w:bCs/>
                <w:color w:val="000000"/>
                <w:sz w:val="22"/>
              </w:rPr>
              <w:t>)</w:t>
            </w:r>
          </w:p>
        </w:tc>
      </w:tr>
      <w:tr w:rsidR="0098480E" w:rsidRPr="00276B39" w:rsidTr="00276B39">
        <w:trPr>
          <w:cantSplit/>
          <w:jc w:val="center"/>
        </w:trPr>
        <w:tc>
          <w:tcPr>
            <w:tcW w:w="1099" w:type="dxa"/>
            <w:tcMar>
              <w:top w:w="40" w:type="dxa"/>
              <w:left w:w="60" w:type="dxa"/>
              <w:bottom w:w="40" w:type="dxa"/>
              <w:right w:w="60" w:type="dxa"/>
            </w:tcMar>
          </w:tcPr>
          <w:p w:rsidR="0098480E" w:rsidRPr="00276B39" w:rsidRDefault="005F130F" w:rsidP="00D26613">
            <w:pPr>
              <w:widowControl w:val="0"/>
              <w:rPr>
                <w:rFonts w:cs="Times New Roman"/>
                <w:sz w:val="22"/>
              </w:rPr>
            </w:pPr>
            <w:proofErr w:type="spellStart"/>
            <w:r w:rsidRPr="00276B39">
              <w:rPr>
                <w:rFonts w:cs="Times New Roman"/>
                <w:color w:val="000000"/>
                <w:sz w:val="22"/>
              </w:rPr>
              <w:t>Lotul</w:t>
            </w:r>
            <w:proofErr w:type="spellEnd"/>
            <w:r w:rsidRPr="00276B39">
              <w:rPr>
                <w:rFonts w:cs="Times New Roman"/>
                <w:color w:val="000000"/>
                <w:sz w:val="22"/>
              </w:rPr>
              <w:t xml:space="preserve"> 1</w:t>
            </w:r>
          </w:p>
        </w:tc>
        <w:tc>
          <w:tcPr>
            <w:tcW w:w="594" w:type="dxa"/>
            <w:tcMar>
              <w:top w:w="40" w:type="dxa"/>
              <w:left w:w="60" w:type="dxa"/>
              <w:bottom w:w="40" w:type="dxa"/>
              <w:right w:w="60" w:type="dxa"/>
            </w:tcMar>
          </w:tcPr>
          <w:p w:rsidR="0098480E" w:rsidRPr="00276B39" w:rsidRDefault="00A20347" w:rsidP="00D26613">
            <w:pPr>
              <w:widowControl w:val="0"/>
              <w:rPr>
                <w:rFonts w:cs="Times New Roman"/>
                <w:sz w:val="22"/>
              </w:rPr>
            </w:pPr>
            <w:r w:rsidRPr="00276B39">
              <w:rPr>
                <w:rFonts w:cs="Times New Roman"/>
                <w:color w:val="000000"/>
                <w:sz w:val="22"/>
              </w:rPr>
              <w:t>72261000-2</w:t>
            </w:r>
          </w:p>
        </w:tc>
        <w:tc>
          <w:tcPr>
            <w:tcW w:w="2211" w:type="dxa"/>
            <w:gridSpan w:val="2"/>
            <w:tcMar>
              <w:top w:w="40" w:type="dxa"/>
              <w:left w:w="60" w:type="dxa"/>
              <w:bottom w:w="40" w:type="dxa"/>
              <w:right w:w="60" w:type="dxa"/>
            </w:tcMar>
          </w:tcPr>
          <w:p w:rsidR="0098480E" w:rsidRPr="00276B39" w:rsidRDefault="005F130F" w:rsidP="00D26613">
            <w:pPr>
              <w:widowControl w:val="0"/>
              <w:rPr>
                <w:rFonts w:cs="Times New Roman"/>
                <w:sz w:val="22"/>
              </w:rPr>
            </w:pPr>
            <w:r w:rsidRPr="00276B39">
              <w:rPr>
                <w:rFonts w:cs="Times New Roman"/>
                <w:color w:val="000000"/>
                <w:sz w:val="22"/>
              </w:rPr>
              <w:t>Servicii de actualizare și securitate FortiGuard cu suportul producătorului pentru echipamentele de rețea Fortinet</w:t>
            </w:r>
          </w:p>
        </w:tc>
        <w:tc>
          <w:tcPr>
            <w:tcW w:w="992" w:type="dxa"/>
            <w:tcMar>
              <w:top w:w="40" w:type="dxa"/>
              <w:left w:w="60" w:type="dxa"/>
              <w:bottom w:w="40" w:type="dxa"/>
              <w:right w:w="60" w:type="dxa"/>
            </w:tcMar>
          </w:tcPr>
          <w:p w:rsidR="0098480E" w:rsidRPr="00276B39" w:rsidRDefault="005F130F" w:rsidP="00D26613">
            <w:pPr>
              <w:widowControl w:val="0"/>
              <w:rPr>
                <w:rFonts w:cs="Times New Roman"/>
                <w:sz w:val="22"/>
              </w:rPr>
            </w:pPr>
            <w:r w:rsidRPr="00276B39">
              <w:rPr>
                <w:rFonts w:cs="Times New Roman"/>
                <w:color w:val="000000"/>
                <w:sz w:val="22"/>
              </w:rPr>
              <w:t>serviciu / abonament</w:t>
            </w:r>
          </w:p>
        </w:tc>
        <w:tc>
          <w:tcPr>
            <w:tcW w:w="1190" w:type="dxa"/>
            <w:tcMar>
              <w:top w:w="40" w:type="dxa"/>
              <w:left w:w="60" w:type="dxa"/>
              <w:bottom w:w="40" w:type="dxa"/>
              <w:right w:w="60" w:type="dxa"/>
            </w:tcMar>
          </w:tcPr>
          <w:p w:rsidR="0098480E" w:rsidRPr="00276B39" w:rsidRDefault="005F130F" w:rsidP="00D26613">
            <w:pPr>
              <w:widowControl w:val="0"/>
              <w:rPr>
                <w:rFonts w:cs="Times New Roman"/>
                <w:sz w:val="22"/>
              </w:rPr>
            </w:pPr>
            <w:r w:rsidRPr="00276B39">
              <w:rPr>
                <w:rFonts w:cs="Times New Roman"/>
                <w:color w:val="000000"/>
                <w:sz w:val="22"/>
              </w:rPr>
              <w:t>1</w:t>
            </w:r>
          </w:p>
        </w:tc>
        <w:tc>
          <w:tcPr>
            <w:tcW w:w="2490" w:type="dxa"/>
            <w:tcMar>
              <w:top w:w="40" w:type="dxa"/>
              <w:left w:w="60" w:type="dxa"/>
              <w:bottom w:w="40" w:type="dxa"/>
              <w:right w:w="60" w:type="dxa"/>
            </w:tcMar>
          </w:tcPr>
          <w:p w:rsidR="0098480E" w:rsidRPr="00276B39" w:rsidRDefault="005F130F" w:rsidP="00D26613">
            <w:pPr>
              <w:widowControl w:val="0"/>
              <w:rPr>
                <w:rFonts w:cs="Times New Roman"/>
                <w:sz w:val="22"/>
              </w:rPr>
            </w:pPr>
            <w:r w:rsidRPr="00276B39">
              <w:rPr>
                <w:rFonts w:cs="Times New Roman"/>
                <w:color w:val="000000"/>
                <w:sz w:val="22"/>
              </w:rPr>
              <w:t xml:space="preserve">Reînnoirea serviciilor FortiGuard și FortiCare pentru echipamentele Fortinet existente ale ANSP, pentru 36 luni, conform Caietului de sarcini și Anexei nr. 22. Servicii originale, activate prin canale oficiale, compatibile integral cu echipamentele existente, cu acces la actualizări, firmware, suport tehnic al producătorului și documente de confirmare </w:t>
            </w:r>
            <w:proofErr w:type="gramStart"/>
            <w:r w:rsidRPr="00276B39">
              <w:rPr>
                <w:rFonts w:cs="Times New Roman"/>
                <w:color w:val="000000"/>
                <w:sz w:val="22"/>
              </w:rPr>
              <w:t>a</w:t>
            </w:r>
            <w:proofErr w:type="gramEnd"/>
            <w:r w:rsidRPr="00276B39">
              <w:rPr>
                <w:rFonts w:cs="Times New Roman"/>
                <w:color w:val="000000"/>
                <w:sz w:val="22"/>
              </w:rPr>
              <w:t xml:space="preserve"> activării.</w:t>
            </w:r>
          </w:p>
        </w:tc>
        <w:tc>
          <w:tcPr>
            <w:tcW w:w="1046" w:type="dxa"/>
            <w:tcMar>
              <w:top w:w="40" w:type="dxa"/>
              <w:left w:w="60" w:type="dxa"/>
              <w:bottom w:w="40" w:type="dxa"/>
              <w:right w:w="60" w:type="dxa"/>
            </w:tcMar>
          </w:tcPr>
          <w:p w:rsidR="0098480E" w:rsidRPr="00276B39" w:rsidRDefault="005F130F" w:rsidP="00D26613">
            <w:pPr>
              <w:widowControl w:val="0"/>
              <w:rPr>
                <w:rFonts w:cs="Times New Roman"/>
                <w:sz w:val="22"/>
              </w:rPr>
            </w:pPr>
            <w:r w:rsidRPr="00276B39">
              <w:rPr>
                <w:rFonts w:cs="Times New Roman"/>
                <w:color w:val="000000"/>
                <w:sz w:val="22"/>
              </w:rPr>
              <w:t>150 000,00 lei fără TVA</w:t>
            </w:r>
          </w:p>
        </w:tc>
      </w:tr>
      <w:tr w:rsidR="0098480E" w:rsidRPr="00276B39" w:rsidTr="00276B39">
        <w:trPr>
          <w:cantSplit/>
          <w:jc w:val="center"/>
        </w:trPr>
        <w:tc>
          <w:tcPr>
            <w:tcW w:w="1099"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594"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2211" w:type="dxa"/>
            <w:gridSpan w:val="2"/>
            <w:tcMar>
              <w:top w:w="40" w:type="dxa"/>
              <w:left w:w="60" w:type="dxa"/>
              <w:bottom w:w="40" w:type="dxa"/>
              <w:right w:w="60" w:type="dxa"/>
            </w:tcMar>
          </w:tcPr>
          <w:p w:rsidR="0098480E" w:rsidRPr="00276B39" w:rsidRDefault="0098480E" w:rsidP="00D26613">
            <w:pPr>
              <w:widowControl w:val="0"/>
              <w:rPr>
                <w:rFonts w:cs="Times New Roman"/>
                <w:sz w:val="22"/>
              </w:rPr>
            </w:pPr>
          </w:p>
        </w:tc>
        <w:tc>
          <w:tcPr>
            <w:tcW w:w="992"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1190"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2490"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1046" w:type="dxa"/>
            <w:tcMar>
              <w:top w:w="40" w:type="dxa"/>
              <w:left w:w="60" w:type="dxa"/>
              <w:bottom w:w="40" w:type="dxa"/>
              <w:right w:w="60" w:type="dxa"/>
            </w:tcMar>
          </w:tcPr>
          <w:p w:rsidR="0098480E" w:rsidRPr="00276B39" w:rsidRDefault="0098480E" w:rsidP="00D26613">
            <w:pPr>
              <w:widowControl w:val="0"/>
              <w:rPr>
                <w:rFonts w:cs="Times New Roman"/>
                <w:sz w:val="22"/>
              </w:rPr>
            </w:pPr>
          </w:p>
        </w:tc>
      </w:tr>
      <w:tr w:rsidR="0098480E" w:rsidRPr="00276B39" w:rsidTr="00276B39">
        <w:trPr>
          <w:cantSplit/>
          <w:jc w:val="center"/>
        </w:trPr>
        <w:tc>
          <w:tcPr>
            <w:tcW w:w="1099" w:type="dxa"/>
            <w:tcMar>
              <w:top w:w="40" w:type="dxa"/>
              <w:left w:w="60" w:type="dxa"/>
              <w:bottom w:w="40" w:type="dxa"/>
              <w:right w:w="60" w:type="dxa"/>
            </w:tcMar>
          </w:tcPr>
          <w:p w:rsidR="0098480E" w:rsidRPr="00276B39" w:rsidRDefault="005F130F" w:rsidP="00D26613">
            <w:pPr>
              <w:widowControl w:val="0"/>
              <w:rPr>
                <w:rFonts w:cs="Times New Roman"/>
                <w:sz w:val="22"/>
              </w:rPr>
            </w:pPr>
            <w:proofErr w:type="spellStart"/>
            <w:r w:rsidRPr="00276B39">
              <w:rPr>
                <w:rFonts w:cs="Times New Roman"/>
                <w:color w:val="000000"/>
                <w:sz w:val="22"/>
              </w:rPr>
              <w:lastRenderedPageBreak/>
              <w:t>Valoarea</w:t>
            </w:r>
            <w:proofErr w:type="spellEnd"/>
            <w:r w:rsidRPr="00276B39">
              <w:rPr>
                <w:rFonts w:cs="Times New Roman"/>
                <w:color w:val="000000"/>
                <w:sz w:val="22"/>
              </w:rPr>
              <w:t xml:space="preserve"> </w:t>
            </w:r>
            <w:proofErr w:type="spellStart"/>
            <w:r w:rsidRPr="00276B39">
              <w:rPr>
                <w:rFonts w:cs="Times New Roman"/>
                <w:color w:val="000000"/>
                <w:sz w:val="22"/>
              </w:rPr>
              <w:t>estimativă</w:t>
            </w:r>
            <w:proofErr w:type="spellEnd"/>
            <w:r w:rsidRPr="00276B39">
              <w:rPr>
                <w:rFonts w:cs="Times New Roman"/>
                <w:color w:val="000000"/>
                <w:sz w:val="22"/>
              </w:rPr>
              <w:t xml:space="preserve"> </w:t>
            </w:r>
            <w:proofErr w:type="spellStart"/>
            <w:r w:rsidRPr="00276B39">
              <w:rPr>
                <w:rFonts w:cs="Times New Roman"/>
                <w:color w:val="000000"/>
                <w:sz w:val="22"/>
              </w:rPr>
              <w:t>totală</w:t>
            </w:r>
            <w:proofErr w:type="spellEnd"/>
          </w:p>
        </w:tc>
        <w:tc>
          <w:tcPr>
            <w:tcW w:w="594"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2211" w:type="dxa"/>
            <w:gridSpan w:val="2"/>
            <w:tcMar>
              <w:top w:w="40" w:type="dxa"/>
              <w:left w:w="60" w:type="dxa"/>
              <w:bottom w:w="40" w:type="dxa"/>
              <w:right w:w="60" w:type="dxa"/>
            </w:tcMar>
          </w:tcPr>
          <w:p w:rsidR="0098480E" w:rsidRPr="00276B39" w:rsidRDefault="0098480E" w:rsidP="00D26613">
            <w:pPr>
              <w:widowControl w:val="0"/>
              <w:rPr>
                <w:rFonts w:cs="Times New Roman"/>
                <w:sz w:val="22"/>
              </w:rPr>
            </w:pPr>
          </w:p>
        </w:tc>
        <w:tc>
          <w:tcPr>
            <w:tcW w:w="992"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1190"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2490" w:type="dxa"/>
            <w:tcMar>
              <w:top w:w="40" w:type="dxa"/>
              <w:left w:w="60" w:type="dxa"/>
              <w:bottom w:w="40" w:type="dxa"/>
              <w:right w:w="60" w:type="dxa"/>
            </w:tcMar>
          </w:tcPr>
          <w:p w:rsidR="0098480E" w:rsidRPr="00276B39" w:rsidRDefault="0098480E" w:rsidP="00D26613">
            <w:pPr>
              <w:widowControl w:val="0"/>
              <w:rPr>
                <w:rFonts w:cs="Times New Roman"/>
                <w:sz w:val="22"/>
              </w:rPr>
            </w:pPr>
          </w:p>
        </w:tc>
        <w:tc>
          <w:tcPr>
            <w:tcW w:w="1046" w:type="dxa"/>
            <w:tcMar>
              <w:top w:w="40" w:type="dxa"/>
              <w:left w:w="60" w:type="dxa"/>
              <w:bottom w:w="40" w:type="dxa"/>
              <w:right w:w="60" w:type="dxa"/>
            </w:tcMar>
          </w:tcPr>
          <w:p w:rsidR="0098480E" w:rsidRPr="00D26613" w:rsidRDefault="005F130F" w:rsidP="00D26613">
            <w:pPr>
              <w:widowControl w:val="0"/>
              <w:rPr>
                <w:rFonts w:cs="Times New Roman"/>
                <w:b/>
                <w:bCs/>
                <w:sz w:val="22"/>
              </w:rPr>
            </w:pPr>
            <w:r w:rsidRPr="00D26613">
              <w:rPr>
                <w:rFonts w:cs="Times New Roman"/>
                <w:b/>
                <w:bCs/>
                <w:color w:val="000000"/>
                <w:sz w:val="22"/>
              </w:rPr>
              <w:t>150 000,00 lei fără TVA</w:t>
            </w:r>
          </w:p>
        </w:tc>
      </w:tr>
    </w:tbl>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9.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cazul</w:t>
      </w:r>
      <w:proofErr w:type="spellEnd"/>
      <w:r w:rsidRPr="00276B39">
        <w:rPr>
          <w:rFonts w:cs="Times New Roman"/>
          <w:b/>
          <w:color w:val="000000"/>
          <w:sz w:val="22"/>
        </w:rPr>
        <w:t xml:space="preserve"> </w:t>
      </w:r>
      <w:proofErr w:type="spellStart"/>
      <w:r w:rsidRPr="00276B39">
        <w:rPr>
          <w:rFonts w:cs="Times New Roman"/>
          <w:b/>
          <w:color w:val="000000"/>
          <w:sz w:val="22"/>
        </w:rPr>
        <w:t>procedurilor</w:t>
      </w:r>
      <w:proofErr w:type="spellEnd"/>
      <w:r w:rsidRPr="00276B39">
        <w:rPr>
          <w:rFonts w:cs="Times New Roman"/>
          <w:b/>
          <w:color w:val="000000"/>
          <w:sz w:val="22"/>
        </w:rPr>
        <w:t xml:space="preserve"> de </w:t>
      </w:r>
      <w:proofErr w:type="spellStart"/>
      <w:r w:rsidRPr="00276B39">
        <w:rPr>
          <w:rFonts w:cs="Times New Roman"/>
          <w:b/>
          <w:color w:val="000000"/>
          <w:sz w:val="22"/>
        </w:rPr>
        <w:t>preselecție</w:t>
      </w:r>
      <w:proofErr w:type="spellEnd"/>
      <w:r w:rsidRPr="00276B39">
        <w:rPr>
          <w:rFonts w:cs="Times New Roman"/>
          <w:b/>
          <w:color w:val="000000"/>
          <w:sz w:val="22"/>
        </w:rPr>
        <w:t xml:space="preserve"> se </w:t>
      </w:r>
      <w:proofErr w:type="spellStart"/>
      <w:r w:rsidRPr="00276B39">
        <w:rPr>
          <w:rFonts w:cs="Times New Roman"/>
          <w:b/>
          <w:color w:val="000000"/>
          <w:sz w:val="22"/>
        </w:rPr>
        <w:t>indică</w:t>
      </w:r>
      <w:proofErr w:type="spellEnd"/>
      <w:r w:rsidRPr="00276B39">
        <w:rPr>
          <w:rFonts w:cs="Times New Roman"/>
          <w:b/>
          <w:color w:val="000000"/>
          <w:sz w:val="22"/>
        </w:rPr>
        <w:t xml:space="preserve"> </w:t>
      </w:r>
      <w:proofErr w:type="spellStart"/>
      <w:r w:rsidRPr="00276B39">
        <w:rPr>
          <w:rFonts w:cs="Times New Roman"/>
          <w:b/>
          <w:color w:val="000000"/>
          <w:sz w:val="22"/>
        </w:rPr>
        <w:t>numărul</w:t>
      </w:r>
      <w:proofErr w:type="spellEnd"/>
      <w:r w:rsidRPr="00276B39">
        <w:rPr>
          <w:rFonts w:cs="Times New Roman"/>
          <w:b/>
          <w:color w:val="000000"/>
          <w:sz w:val="22"/>
        </w:rPr>
        <w:t xml:space="preserve"> minim al </w:t>
      </w:r>
      <w:proofErr w:type="spellStart"/>
      <w:r w:rsidRPr="00276B39">
        <w:rPr>
          <w:rFonts w:cs="Times New Roman"/>
          <w:b/>
          <w:color w:val="000000"/>
          <w:sz w:val="22"/>
        </w:rPr>
        <w:t>candidaților</w:t>
      </w:r>
      <w:proofErr w:type="spellEnd"/>
      <w:r w:rsidRPr="00276B39">
        <w:rPr>
          <w:rFonts w:cs="Times New Roman"/>
          <w:b/>
          <w:color w:val="000000"/>
          <w:sz w:val="22"/>
        </w:rPr>
        <w:t xml:space="preserve"> </w:t>
      </w:r>
      <w:proofErr w:type="spellStart"/>
      <w:r w:rsidRPr="00276B39">
        <w:rPr>
          <w:rFonts w:cs="Times New Roman"/>
          <w:b/>
          <w:color w:val="000000"/>
          <w:sz w:val="22"/>
        </w:rPr>
        <w:t>și</w:t>
      </w:r>
      <w:proofErr w:type="spellEnd"/>
      <w:r w:rsidRPr="00276B39">
        <w:rPr>
          <w:rFonts w:cs="Times New Roman"/>
          <w:b/>
          <w:color w:val="000000"/>
          <w:sz w:val="22"/>
        </w:rPr>
        <w:t xml:space="preserve">, </w:t>
      </w:r>
      <w:proofErr w:type="spellStart"/>
      <w:r w:rsidRPr="00276B39">
        <w:rPr>
          <w:rFonts w:cs="Times New Roman"/>
          <w:b/>
          <w:color w:val="000000"/>
          <w:sz w:val="22"/>
        </w:rPr>
        <w:t>dacă</w:t>
      </w:r>
      <w:proofErr w:type="spellEnd"/>
      <w:r w:rsidRPr="00276B39">
        <w:rPr>
          <w:rFonts w:cs="Times New Roman"/>
          <w:b/>
          <w:color w:val="000000"/>
          <w:sz w:val="22"/>
        </w:rPr>
        <w:t xml:space="preserve"> </w:t>
      </w:r>
      <w:proofErr w:type="spellStart"/>
      <w:r w:rsidRPr="00276B39">
        <w:rPr>
          <w:rFonts w:cs="Times New Roman"/>
          <w:b/>
          <w:color w:val="000000"/>
          <w:sz w:val="22"/>
        </w:rPr>
        <w:t>este</w:t>
      </w:r>
      <w:proofErr w:type="spellEnd"/>
      <w:r w:rsidRPr="00276B39">
        <w:rPr>
          <w:rFonts w:cs="Times New Roman"/>
          <w:b/>
          <w:color w:val="000000"/>
          <w:sz w:val="22"/>
        </w:rPr>
        <w:t xml:space="preserve"> </w:t>
      </w:r>
      <w:proofErr w:type="spellStart"/>
      <w:r w:rsidRPr="00276B39">
        <w:rPr>
          <w:rFonts w:cs="Times New Roman"/>
          <w:b/>
          <w:color w:val="000000"/>
          <w:sz w:val="22"/>
        </w:rPr>
        <w:t>cazul</w:t>
      </w:r>
      <w:proofErr w:type="spellEnd"/>
      <w:r w:rsidRPr="00276B39">
        <w:rPr>
          <w:rFonts w:cs="Times New Roman"/>
          <w:b/>
          <w:color w:val="000000"/>
          <w:sz w:val="22"/>
        </w:rPr>
        <w:t xml:space="preserve">, </w:t>
      </w:r>
      <w:proofErr w:type="spellStart"/>
      <w:r w:rsidRPr="00276B39">
        <w:rPr>
          <w:rFonts w:cs="Times New Roman"/>
          <w:b/>
          <w:color w:val="000000"/>
          <w:sz w:val="22"/>
        </w:rPr>
        <w:t>numărul</w:t>
      </w:r>
      <w:proofErr w:type="spellEnd"/>
      <w:r w:rsidRPr="00276B39">
        <w:rPr>
          <w:rFonts w:cs="Times New Roman"/>
          <w:b/>
          <w:color w:val="000000"/>
          <w:sz w:val="22"/>
        </w:rPr>
        <w:t xml:space="preserve"> maxim al </w:t>
      </w:r>
      <w:proofErr w:type="spellStart"/>
      <w:r w:rsidRPr="00276B39">
        <w:rPr>
          <w:rFonts w:cs="Times New Roman"/>
          <w:b/>
          <w:color w:val="000000"/>
          <w:sz w:val="22"/>
        </w:rPr>
        <w:t>acestora</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D26613" w:rsidRDefault="00374C8A" w:rsidP="00531B9B">
      <w:pPr>
        <w:widowControl w:val="0"/>
        <w:spacing w:after="0" w:line="240" w:lineRule="auto"/>
        <w:jc w:val="both"/>
        <w:rPr>
          <w:rFonts w:cs="Times New Roman"/>
          <w:szCs w:val="24"/>
        </w:rPr>
      </w:pPr>
      <w:r w:rsidRPr="00276B39">
        <w:rPr>
          <w:rFonts w:cs="Times New Roman"/>
          <w:color w:val="000000"/>
          <w:sz w:val="22"/>
        </w:rPr>
        <w:t xml:space="preserve">10. În cazul în care contractul este împărțit pe loturi, un operator economic poate depune oferta: pentru un </w:t>
      </w:r>
      <w:r w:rsidRPr="00D26613">
        <w:rPr>
          <w:rFonts w:cs="Times New Roman"/>
          <w:color w:val="000000"/>
          <w:szCs w:val="24"/>
        </w:rPr>
        <w:t>singur lot.</w:t>
      </w:r>
    </w:p>
    <w:p w:rsidR="0022270F" w:rsidRPr="00D26613" w:rsidRDefault="00374C8A" w:rsidP="00531B9B">
      <w:pPr>
        <w:widowControl w:val="0"/>
        <w:spacing w:after="0" w:line="240" w:lineRule="auto"/>
        <w:jc w:val="both"/>
        <w:rPr>
          <w:rFonts w:cs="Times New Roman"/>
          <w:szCs w:val="24"/>
        </w:rPr>
      </w:pPr>
      <w:r w:rsidRPr="00D26613">
        <w:rPr>
          <w:rFonts w:cs="Times New Roman"/>
          <w:b/>
          <w:color w:val="000000"/>
          <w:szCs w:val="24"/>
        </w:rPr>
        <w:t xml:space="preserve">11. </w:t>
      </w:r>
      <w:proofErr w:type="spellStart"/>
      <w:r w:rsidRPr="00D26613">
        <w:rPr>
          <w:rFonts w:cs="Times New Roman"/>
          <w:b/>
          <w:color w:val="000000"/>
          <w:szCs w:val="24"/>
        </w:rPr>
        <w:t>Admiterea</w:t>
      </w:r>
      <w:proofErr w:type="spellEnd"/>
      <w:r w:rsidRPr="00D26613">
        <w:rPr>
          <w:rFonts w:cs="Times New Roman"/>
          <w:b/>
          <w:color w:val="000000"/>
          <w:szCs w:val="24"/>
        </w:rPr>
        <w:t xml:space="preserve"> </w:t>
      </w:r>
      <w:proofErr w:type="spellStart"/>
      <w:r w:rsidRPr="00D26613">
        <w:rPr>
          <w:rFonts w:cs="Times New Roman"/>
          <w:b/>
          <w:color w:val="000000"/>
          <w:szCs w:val="24"/>
        </w:rPr>
        <w:t>sau</w:t>
      </w:r>
      <w:proofErr w:type="spellEnd"/>
      <w:r w:rsidRPr="00D26613">
        <w:rPr>
          <w:rFonts w:cs="Times New Roman"/>
          <w:b/>
          <w:color w:val="000000"/>
          <w:szCs w:val="24"/>
        </w:rPr>
        <w:t xml:space="preserve"> </w:t>
      </w:r>
      <w:proofErr w:type="spellStart"/>
      <w:r w:rsidRPr="00D26613">
        <w:rPr>
          <w:rFonts w:cs="Times New Roman"/>
          <w:b/>
          <w:color w:val="000000"/>
          <w:szCs w:val="24"/>
        </w:rPr>
        <w:t>interzicerea</w:t>
      </w:r>
      <w:proofErr w:type="spellEnd"/>
      <w:r w:rsidRPr="00D26613">
        <w:rPr>
          <w:rFonts w:cs="Times New Roman"/>
          <w:b/>
          <w:color w:val="000000"/>
          <w:szCs w:val="24"/>
        </w:rPr>
        <w:t xml:space="preserve"> </w:t>
      </w:r>
      <w:proofErr w:type="spellStart"/>
      <w:r w:rsidRPr="00D26613">
        <w:rPr>
          <w:rFonts w:cs="Times New Roman"/>
          <w:b/>
          <w:color w:val="000000"/>
          <w:szCs w:val="24"/>
        </w:rPr>
        <w:t>ofertelor</w:t>
      </w:r>
      <w:proofErr w:type="spellEnd"/>
      <w:r w:rsidRPr="00D26613">
        <w:rPr>
          <w:rFonts w:cs="Times New Roman"/>
          <w:b/>
          <w:color w:val="000000"/>
          <w:szCs w:val="24"/>
        </w:rPr>
        <w:t xml:space="preserve"> alternative: </w:t>
      </w:r>
      <w:r w:rsidRPr="00D26613">
        <w:rPr>
          <w:rFonts w:cs="Times New Roman"/>
          <w:color w:val="000000"/>
          <w:szCs w:val="24"/>
        </w:rPr>
        <w:t>nu se admit.</w:t>
      </w:r>
    </w:p>
    <w:p w:rsidR="0022270F" w:rsidRPr="00D26613" w:rsidRDefault="00374C8A" w:rsidP="00531B9B">
      <w:pPr>
        <w:widowControl w:val="0"/>
        <w:spacing w:after="0" w:line="240" w:lineRule="auto"/>
        <w:jc w:val="both"/>
        <w:rPr>
          <w:rFonts w:cs="Times New Roman"/>
          <w:b/>
          <w:bCs/>
          <w:szCs w:val="24"/>
        </w:rPr>
      </w:pPr>
      <w:r w:rsidRPr="00D26613">
        <w:rPr>
          <w:rFonts w:cs="Times New Roman"/>
          <w:color w:val="000000"/>
          <w:szCs w:val="24"/>
        </w:rPr>
        <w:t xml:space="preserve">12. Termenii și condițiile de livrare/prestare/executare solicitați: maximum 5 zile lucrătoare de la intrarea în vigoare a contractului; prestarea se realizează electronic/la sediul ANSP, mun. Chișinău, str. Gheorghe Asachi </w:t>
      </w:r>
      <w:r w:rsidRPr="00D26613">
        <w:rPr>
          <w:rFonts w:cs="Times New Roman"/>
          <w:b/>
          <w:bCs/>
          <w:color w:val="000000"/>
          <w:szCs w:val="24"/>
        </w:rPr>
        <w:t>67 A.</w:t>
      </w:r>
    </w:p>
    <w:p w:rsidR="0022270F" w:rsidRPr="00D26613" w:rsidRDefault="00374C8A" w:rsidP="00531B9B">
      <w:pPr>
        <w:widowControl w:val="0"/>
        <w:spacing w:after="0" w:line="240" w:lineRule="auto"/>
        <w:jc w:val="both"/>
        <w:rPr>
          <w:rFonts w:cs="Times New Roman"/>
          <w:szCs w:val="24"/>
        </w:rPr>
      </w:pPr>
      <w:r w:rsidRPr="00D26613">
        <w:rPr>
          <w:b/>
          <w:bCs/>
          <w:szCs w:val="24"/>
        </w:rPr>
        <w:t>13. Termenul de valabilitate a contractului:</w:t>
      </w:r>
      <w:r w:rsidRPr="00D26613">
        <w:rPr>
          <w:szCs w:val="24"/>
        </w:rPr>
        <w:t xml:space="preserve"> 36 luni de la data intrării în vigoare a contractului/activării serviciilor/licențelor, cu acoperirea serviciilor FortiGuard/FortiCare pe întreaga perioadă de 36 luni.</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14. Contract de </w:t>
      </w:r>
      <w:proofErr w:type="spellStart"/>
      <w:r w:rsidRPr="00276B39">
        <w:rPr>
          <w:rFonts w:cs="Times New Roman"/>
          <w:b/>
          <w:color w:val="000000"/>
          <w:sz w:val="22"/>
        </w:rPr>
        <w:t>achiziție</w:t>
      </w:r>
      <w:proofErr w:type="spellEnd"/>
      <w:r w:rsidRPr="00276B39">
        <w:rPr>
          <w:rFonts w:cs="Times New Roman"/>
          <w:b/>
          <w:color w:val="000000"/>
          <w:sz w:val="22"/>
        </w:rPr>
        <w:t xml:space="preserve"> </w:t>
      </w:r>
      <w:proofErr w:type="spellStart"/>
      <w:r w:rsidRPr="00276B39">
        <w:rPr>
          <w:rFonts w:cs="Times New Roman"/>
          <w:b/>
          <w:color w:val="000000"/>
          <w:sz w:val="22"/>
        </w:rPr>
        <w:t>rezervat</w:t>
      </w:r>
      <w:proofErr w:type="spellEnd"/>
      <w:r w:rsidRPr="00276B39">
        <w:rPr>
          <w:rFonts w:cs="Times New Roman"/>
          <w:b/>
          <w:color w:val="000000"/>
          <w:sz w:val="22"/>
        </w:rPr>
        <w:t xml:space="preserve"> </w:t>
      </w:r>
      <w:proofErr w:type="spellStart"/>
      <w:r w:rsidRPr="00276B39">
        <w:rPr>
          <w:rFonts w:cs="Times New Roman"/>
          <w:b/>
          <w:color w:val="000000"/>
          <w:sz w:val="22"/>
        </w:rPr>
        <w:t>atelierelor</w:t>
      </w:r>
      <w:proofErr w:type="spellEnd"/>
      <w:r w:rsidRPr="00276B39">
        <w:rPr>
          <w:rFonts w:cs="Times New Roman"/>
          <w:b/>
          <w:color w:val="000000"/>
          <w:sz w:val="22"/>
        </w:rPr>
        <w:t xml:space="preserve"> </w:t>
      </w:r>
      <w:proofErr w:type="spellStart"/>
      <w:r w:rsidRPr="00276B39">
        <w:rPr>
          <w:rFonts w:cs="Times New Roman"/>
          <w:b/>
          <w:color w:val="000000"/>
          <w:sz w:val="22"/>
        </w:rPr>
        <w:t>protejate</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că</w:t>
      </w:r>
      <w:proofErr w:type="spellEnd"/>
      <w:r w:rsidRPr="00276B39">
        <w:rPr>
          <w:rFonts w:cs="Times New Roman"/>
          <w:b/>
          <w:color w:val="000000"/>
          <w:sz w:val="22"/>
        </w:rPr>
        <w:t xml:space="preserve"> </w:t>
      </w:r>
      <w:proofErr w:type="spellStart"/>
      <w:r w:rsidRPr="00276B39">
        <w:rPr>
          <w:rFonts w:cs="Times New Roman"/>
          <w:b/>
          <w:color w:val="000000"/>
          <w:sz w:val="22"/>
        </w:rPr>
        <w:t>acesta</w:t>
      </w:r>
      <w:proofErr w:type="spellEnd"/>
      <w:r w:rsidRPr="00276B39">
        <w:rPr>
          <w:rFonts w:cs="Times New Roman"/>
          <w:b/>
          <w:color w:val="000000"/>
          <w:sz w:val="22"/>
        </w:rPr>
        <w:t xml:space="preserve"> </w:t>
      </w:r>
      <w:proofErr w:type="spellStart"/>
      <w:r w:rsidRPr="00276B39">
        <w:rPr>
          <w:rFonts w:cs="Times New Roman"/>
          <w:b/>
          <w:color w:val="000000"/>
          <w:sz w:val="22"/>
        </w:rPr>
        <w:t>poate</w:t>
      </w:r>
      <w:proofErr w:type="spellEnd"/>
      <w:r w:rsidRPr="00276B39">
        <w:rPr>
          <w:rFonts w:cs="Times New Roman"/>
          <w:b/>
          <w:color w:val="000000"/>
          <w:sz w:val="22"/>
        </w:rPr>
        <w:t xml:space="preserve"> fi </w:t>
      </w:r>
      <w:proofErr w:type="spellStart"/>
      <w:r w:rsidRPr="00276B39">
        <w:rPr>
          <w:rFonts w:cs="Times New Roman"/>
          <w:b/>
          <w:color w:val="000000"/>
          <w:sz w:val="22"/>
        </w:rPr>
        <w:t>executat</w:t>
      </w:r>
      <w:proofErr w:type="spellEnd"/>
      <w:r w:rsidRPr="00276B39">
        <w:rPr>
          <w:rFonts w:cs="Times New Roman"/>
          <w:b/>
          <w:color w:val="000000"/>
          <w:sz w:val="22"/>
        </w:rPr>
        <w:t xml:space="preserve"> </w:t>
      </w:r>
      <w:proofErr w:type="spellStart"/>
      <w:r w:rsidRPr="00276B39">
        <w:rPr>
          <w:rFonts w:cs="Times New Roman"/>
          <w:b/>
          <w:color w:val="000000"/>
          <w:sz w:val="22"/>
        </w:rPr>
        <w:t>numai</w:t>
      </w:r>
      <w:proofErr w:type="spellEnd"/>
      <w:r w:rsidRPr="00276B39">
        <w:rPr>
          <w:rFonts w:cs="Times New Roman"/>
          <w:b/>
          <w:color w:val="000000"/>
          <w:sz w:val="22"/>
        </w:rPr>
        <w:t xml:space="preserve">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cadrul</w:t>
      </w:r>
      <w:proofErr w:type="spellEnd"/>
      <w:r w:rsidRPr="00276B39">
        <w:rPr>
          <w:rFonts w:cs="Times New Roman"/>
          <w:b/>
          <w:color w:val="000000"/>
          <w:sz w:val="22"/>
        </w:rPr>
        <w:t xml:space="preserve"> </w:t>
      </w:r>
      <w:proofErr w:type="spellStart"/>
      <w:r w:rsidRPr="00276B39">
        <w:rPr>
          <w:rFonts w:cs="Times New Roman"/>
          <w:b/>
          <w:color w:val="000000"/>
          <w:sz w:val="22"/>
        </w:rPr>
        <w:t>unor</w:t>
      </w:r>
      <w:proofErr w:type="spellEnd"/>
      <w:r w:rsidRPr="00276B39">
        <w:rPr>
          <w:rFonts w:cs="Times New Roman"/>
          <w:b/>
          <w:color w:val="000000"/>
          <w:sz w:val="22"/>
        </w:rPr>
        <w:t xml:space="preserve"> </w:t>
      </w:r>
      <w:proofErr w:type="spellStart"/>
      <w:r w:rsidRPr="00276B39">
        <w:rPr>
          <w:rFonts w:cs="Times New Roman"/>
          <w:b/>
          <w:color w:val="000000"/>
          <w:sz w:val="22"/>
        </w:rPr>
        <w:t>programe</w:t>
      </w:r>
      <w:proofErr w:type="spellEnd"/>
      <w:r w:rsidRPr="00276B39">
        <w:rPr>
          <w:rFonts w:cs="Times New Roman"/>
          <w:b/>
          <w:color w:val="000000"/>
          <w:sz w:val="22"/>
        </w:rPr>
        <w:t xml:space="preserve"> de </w:t>
      </w:r>
      <w:proofErr w:type="spellStart"/>
      <w:r w:rsidRPr="00276B39">
        <w:rPr>
          <w:rFonts w:cs="Times New Roman"/>
          <w:b/>
          <w:color w:val="000000"/>
          <w:sz w:val="22"/>
        </w:rPr>
        <w:t>angajare</w:t>
      </w:r>
      <w:proofErr w:type="spellEnd"/>
      <w:r w:rsidRPr="00276B39">
        <w:rPr>
          <w:rFonts w:cs="Times New Roman"/>
          <w:b/>
          <w:color w:val="000000"/>
          <w:sz w:val="22"/>
        </w:rPr>
        <w:t xml:space="preserve"> </w:t>
      </w:r>
      <w:proofErr w:type="spellStart"/>
      <w:r w:rsidRPr="00276B39">
        <w:rPr>
          <w:rFonts w:cs="Times New Roman"/>
          <w:b/>
          <w:color w:val="000000"/>
          <w:sz w:val="22"/>
        </w:rPr>
        <w:t>protejată</w:t>
      </w:r>
      <w:proofErr w:type="spellEnd"/>
      <w:r w:rsidRPr="00276B39">
        <w:rPr>
          <w:rFonts w:cs="Times New Roman"/>
          <w:b/>
          <w:color w:val="000000"/>
          <w:sz w:val="22"/>
        </w:rPr>
        <w:t xml:space="preserve">: </w:t>
      </w:r>
      <w:r w:rsidRPr="00276B39">
        <w:rPr>
          <w:rFonts w:cs="Times New Roman"/>
          <w:color w:val="000000"/>
          <w:sz w:val="22"/>
        </w:rPr>
        <w:t>Nu.</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15. </w:t>
      </w:r>
      <w:proofErr w:type="spellStart"/>
      <w:r w:rsidRPr="00276B39">
        <w:rPr>
          <w:rFonts w:cs="Times New Roman"/>
          <w:b/>
          <w:color w:val="000000"/>
          <w:sz w:val="22"/>
        </w:rPr>
        <w:t>Prestarea</w:t>
      </w:r>
      <w:proofErr w:type="spellEnd"/>
      <w:r w:rsidRPr="00276B39">
        <w:rPr>
          <w:rFonts w:cs="Times New Roman"/>
          <w:b/>
          <w:color w:val="000000"/>
          <w:sz w:val="22"/>
        </w:rPr>
        <w:t xml:space="preserve"> </w:t>
      </w:r>
      <w:proofErr w:type="spellStart"/>
      <w:r w:rsidRPr="00276B39">
        <w:rPr>
          <w:rFonts w:cs="Times New Roman"/>
          <w:b/>
          <w:color w:val="000000"/>
          <w:sz w:val="22"/>
        </w:rPr>
        <w:t>serviciului</w:t>
      </w:r>
      <w:proofErr w:type="spellEnd"/>
      <w:r w:rsidRPr="00276B39">
        <w:rPr>
          <w:rFonts w:cs="Times New Roman"/>
          <w:b/>
          <w:color w:val="000000"/>
          <w:sz w:val="22"/>
        </w:rPr>
        <w:t>/</w:t>
      </w:r>
      <w:proofErr w:type="spellStart"/>
      <w:r w:rsidRPr="00276B39">
        <w:rPr>
          <w:rFonts w:cs="Times New Roman"/>
          <w:b/>
          <w:color w:val="000000"/>
          <w:sz w:val="22"/>
        </w:rPr>
        <w:t>livrarea</w:t>
      </w:r>
      <w:proofErr w:type="spellEnd"/>
      <w:r w:rsidRPr="00276B39">
        <w:rPr>
          <w:rFonts w:cs="Times New Roman"/>
          <w:b/>
          <w:color w:val="000000"/>
          <w:sz w:val="22"/>
        </w:rPr>
        <w:t xml:space="preserve"> </w:t>
      </w:r>
      <w:proofErr w:type="spellStart"/>
      <w:r w:rsidRPr="00276B39">
        <w:rPr>
          <w:rFonts w:cs="Times New Roman"/>
          <w:b/>
          <w:color w:val="000000"/>
          <w:sz w:val="22"/>
        </w:rPr>
        <w:t>bunurilor</w:t>
      </w:r>
      <w:proofErr w:type="spellEnd"/>
      <w:r w:rsidRPr="00276B39">
        <w:rPr>
          <w:rFonts w:cs="Times New Roman"/>
          <w:b/>
          <w:color w:val="000000"/>
          <w:sz w:val="22"/>
        </w:rPr>
        <w:t xml:space="preserve"> </w:t>
      </w:r>
      <w:proofErr w:type="spellStart"/>
      <w:r w:rsidRPr="00276B39">
        <w:rPr>
          <w:rFonts w:cs="Times New Roman"/>
          <w:b/>
          <w:color w:val="000000"/>
          <w:sz w:val="22"/>
        </w:rPr>
        <w:t>este</w:t>
      </w:r>
      <w:proofErr w:type="spellEnd"/>
      <w:r w:rsidRPr="00276B39">
        <w:rPr>
          <w:rFonts w:cs="Times New Roman"/>
          <w:b/>
          <w:color w:val="000000"/>
          <w:sz w:val="22"/>
        </w:rPr>
        <w:t xml:space="preserve"> </w:t>
      </w:r>
      <w:proofErr w:type="spellStart"/>
      <w:r w:rsidRPr="00276B39">
        <w:rPr>
          <w:rFonts w:cs="Times New Roman"/>
          <w:b/>
          <w:color w:val="000000"/>
          <w:sz w:val="22"/>
        </w:rPr>
        <w:t>rezervată</w:t>
      </w:r>
      <w:proofErr w:type="spellEnd"/>
      <w:r w:rsidRPr="00276B39">
        <w:rPr>
          <w:rFonts w:cs="Times New Roman"/>
          <w:b/>
          <w:color w:val="000000"/>
          <w:sz w:val="22"/>
        </w:rPr>
        <w:t xml:space="preserve"> </w:t>
      </w:r>
      <w:proofErr w:type="spellStart"/>
      <w:r w:rsidRPr="00276B39">
        <w:rPr>
          <w:rFonts w:cs="Times New Roman"/>
          <w:b/>
          <w:color w:val="000000"/>
          <w:sz w:val="22"/>
        </w:rPr>
        <w:t>unei</w:t>
      </w:r>
      <w:proofErr w:type="spellEnd"/>
      <w:r w:rsidRPr="00276B39">
        <w:rPr>
          <w:rFonts w:cs="Times New Roman"/>
          <w:b/>
          <w:color w:val="000000"/>
          <w:sz w:val="22"/>
        </w:rPr>
        <w:t xml:space="preserve"> </w:t>
      </w:r>
      <w:proofErr w:type="spellStart"/>
      <w:r w:rsidRPr="00276B39">
        <w:rPr>
          <w:rFonts w:cs="Times New Roman"/>
          <w:b/>
          <w:color w:val="000000"/>
          <w:sz w:val="22"/>
        </w:rPr>
        <w:t>anumite</w:t>
      </w:r>
      <w:proofErr w:type="spellEnd"/>
      <w:r w:rsidRPr="00276B39">
        <w:rPr>
          <w:rFonts w:cs="Times New Roman"/>
          <w:b/>
          <w:color w:val="000000"/>
          <w:sz w:val="22"/>
        </w:rPr>
        <w:t xml:space="preserve"> </w:t>
      </w:r>
      <w:proofErr w:type="spellStart"/>
      <w:r w:rsidRPr="00276B39">
        <w:rPr>
          <w:rFonts w:cs="Times New Roman"/>
          <w:b/>
          <w:color w:val="000000"/>
          <w:sz w:val="22"/>
        </w:rPr>
        <w:t>profesii</w:t>
      </w:r>
      <w:proofErr w:type="spellEnd"/>
      <w:r w:rsidRPr="00276B39">
        <w:rPr>
          <w:rFonts w:cs="Times New Roman"/>
          <w:b/>
          <w:color w:val="000000"/>
          <w:sz w:val="22"/>
        </w:rPr>
        <w:t xml:space="preserve">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temeiul</w:t>
      </w:r>
      <w:proofErr w:type="spellEnd"/>
      <w:r w:rsidRPr="00276B39">
        <w:rPr>
          <w:rFonts w:cs="Times New Roman"/>
          <w:b/>
          <w:color w:val="000000"/>
          <w:sz w:val="22"/>
        </w:rPr>
        <w:t xml:space="preserve"> </w:t>
      </w:r>
      <w:proofErr w:type="spellStart"/>
      <w:r w:rsidRPr="00276B39">
        <w:rPr>
          <w:rFonts w:cs="Times New Roman"/>
          <w:b/>
          <w:color w:val="000000"/>
          <w:sz w:val="22"/>
        </w:rPr>
        <w:t>unor</w:t>
      </w:r>
      <w:proofErr w:type="spellEnd"/>
      <w:r w:rsidRPr="00276B39">
        <w:rPr>
          <w:rFonts w:cs="Times New Roman"/>
          <w:b/>
          <w:color w:val="000000"/>
          <w:sz w:val="22"/>
        </w:rPr>
        <w:t xml:space="preserve"> </w:t>
      </w:r>
      <w:proofErr w:type="spellStart"/>
      <w:r w:rsidRPr="00276B39">
        <w:rPr>
          <w:rFonts w:cs="Times New Roman"/>
          <w:b/>
          <w:color w:val="000000"/>
          <w:sz w:val="22"/>
        </w:rPr>
        <w:t>legi</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acte</w:t>
      </w:r>
      <w:proofErr w:type="spellEnd"/>
      <w:r w:rsidRPr="00276B39">
        <w:rPr>
          <w:rFonts w:cs="Times New Roman"/>
          <w:b/>
          <w:color w:val="000000"/>
          <w:sz w:val="22"/>
        </w:rPr>
        <w:t xml:space="preserve"> administrative: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16. </w:t>
      </w:r>
      <w:proofErr w:type="spellStart"/>
      <w:r w:rsidRPr="00276B39">
        <w:rPr>
          <w:rFonts w:cs="Times New Roman"/>
          <w:b/>
          <w:color w:val="000000"/>
          <w:sz w:val="22"/>
        </w:rPr>
        <w:t>Scurta</w:t>
      </w:r>
      <w:proofErr w:type="spellEnd"/>
      <w:r w:rsidRPr="00276B39">
        <w:rPr>
          <w:rFonts w:cs="Times New Roman"/>
          <w:b/>
          <w:color w:val="000000"/>
          <w:sz w:val="22"/>
        </w:rPr>
        <w:t xml:space="preserve"> </w:t>
      </w:r>
      <w:proofErr w:type="spellStart"/>
      <w:r w:rsidRPr="00276B39">
        <w:rPr>
          <w:rFonts w:cs="Times New Roman"/>
          <w:b/>
          <w:color w:val="000000"/>
          <w:sz w:val="22"/>
        </w:rPr>
        <w:t>descriere</w:t>
      </w:r>
      <w:proofErr w:type="spellEnd"/>
      <w:r w:rsidRPr="00276B39">
        <w:rPr>
          <w:rFonts w:cs="Times New Roman"/>
          <w:b/>
          <w:color w:val="000000"/>
          <w:sz w:val="22"/>
        </w:rPr>
        <w:t xml:space="preserve"> a </w:t>
      </w:r>
      <w:proofErr w:type="spellStart"/>
      <w:r w:rsidRPr="00276B39">
        <w:rPr>
          <w:rFonts w:cs="Times New Roman"/>
          <w:b/>
          <w:color w:val="000000"/>
          <w:sz w:val="22"/>
        </w:rPr>
        <w:t>criteriilor</w:t>
      </w:r>
      <w:proofErr w:type="spellEnd"/>
      <w:r w:rsidRPr="00276B39">
        <w:rPr>
          <w:rFonts w:cs="Times New Roman"/>
          <w:b/>
          <w:color w:val="000000"/>
          <w:sz w:val="22"/>
        </w:rPr>
        <w:t xml:space="preserve"> </w:t>
      </w:r>
      <w:proofErr w:type="spellStart"/>
      <w:r w:rsidRPr="00276B39">
        <w:rPr>
          <w:rFonts w:cs="Times New Roman"/>
          <w:b/>
          <w:color w:val="000000"/>
          <w:sz w:val="22"/>
        </w:rPr>
        <w:t>privind</w:t>
      </w:r>
      <w:proofErr w:type="spellEnd"/>
      <w:r w:rsidRPr="00276B39">
        <w:rPr>
          <w:rFonts w:cs="Times New Roman"/>
          <w:b/>
          <w:color w:val="000000"/>
          <w:sz w:val="22"/>
        </w:rPr>
        <w:t xml:space="preserve"> </w:t>
      </w:r>
      <w:proofErr w:type="spellStart"/>
      <w:r w:rsidRPr="00276B39">
        <w:rPr>
          <w:rFonts w:cs="Times New Roman"/>
          <w:b/>
          <w:color w:val="000000"/>
          <w:sz w:val="22"/>
        </w:rPr>
        <w:t>eligibilitatea</w:t>
      </w:r>
      <w:proofErr w:type="spellEnd"/>
      <w:r w:rsidRPr="00276B39">
        <w:rPr>
          <w:rFonts w:cs="Times New Roman"/>
          <w:b/>
          <w:color w:val="000000"/>
          <w:sz w:val="22"/>
        </w:rPr>
        <w:t xml:space="preserve"> </w:t>
      </w:r>
      <w:proofErr w:type="spellStart"/>
      <w:r w:rsidRPr="00276B39">
        <w:rPr>
          <w:rFonts w:cs="Times New Roman"/>
          <w:b/>
          <w:color w:val="000000"/>
          <w:sz w:val="22"/>
        </w:rPr>
        <w:t>operatorilor</w:t>
      </w:r>
      <w:proofErr w:type="spellEnd"/>
      <w:r w:rsidRPr="00276B39">
        <w:rPr>
          <w:rFonts w:cs="Times New Roman"/>
          <w:b/>
          <w:color w:val="000000"/>
          <w:sz w:val="22"/>
        </w:rPr>
        <w:t xml:space="preserve"> economici </w:t>
      </w:r>
      <w:proofErr w:type="spellStart"/>
      <w:r w:rsidRPr="00276B39">
        <w:rPr>
          <w:rFonts w:cs="Times New Roman"/>
          <w:b/>
          <w:color w:val="000000"/>
          <w:sz w:val="22"/>
        </w:rPr>
        <w:t>și</w:t>
      </w:r>
      <w:proofErr w:type="spellEnd"/>
      <w:r w:rsidRPr="00276B39">
        <w:rPr>
          <w:rFonts w:cs="Times New Roman"/>
          <w:b/>
          <w:color w:val="000000"/>
          <w:sz w:val="22"/>
        </w:rPr>
        <w:t xml:space="preserve"> a </w:t>
      </w:r>
      <w:proofErr w:type="spellStart"/>
      <w:r w:rsidRPr="00276B39">
        <w:rPr>
          <w:rFonts w:cs="Times New Roman"/>
          <w:b/>
          <w:color w:val="000000"/>
          <w:sz w:val="22"/>
        </w:rPr>
        <w:t>criteriilor</w:t>
      </w:r>
      <w:proofErr w:type="spellEnd"/>
      <w:r w:rsidRPr="00276B39">
        <w:rPr>
          <w:rFonts w:cs="Times New Roman"/>
          <w:b/>
          <w:color w:val="000000"/>
          <w:sz w:val="22"/>
        </w:rPr>
        <w:t xml:space="preserve"> de </w:t>
      </w:r>
      <w:proofErr w:type="spellStart"/>
      <w:r w:rsidRPr="00276B39">
        <w:rPr>
          <w:rFonts w:cs="Times New Roman"/>
          <w:b/>
          <w:color w:val="000000"/>
          <w:sz w:val="22"/>
        </w:rPr>
        <w:t>selecție</w:t>
      </w:r>
      <w:proofErr w:type="spellEnd"/>
      <w:r w:rsidRPr="00276B39">
        <w:rPr>
          <w:rFonts w:cs="Times New Roman"/>
          <w:b/>
          <w:color w:val="000000"/>
          <w:sz w:val="22"/>
        </w:rPr>
        <w:t xml:space="preserve">; </w:t>
      </w:r>
      <w:proofErr w:type="spellStart"/>
      <w:r w:rsidRPr="00276B39">
        <w:rPr>
          <w:rFonts w:cs="Times New Roman"/>
          <w:b/>
          <w:color w:val="000000"/>
          <w:sz w:val="22"/>
        </w:rPr>
        <w:t>informațiile</w:t>
      </w:r>
      <w:proofErr w:type="spellEnd"/>
      <w:r w:rsidRPr="00276B39">
        <w:rPr>
          <w:rFonts w:cs="Times New Roman"/>
          <w:b/>
          <w:color w:val="000000"/>
          <w:sz w:val="22"/>
        </w:rPr>
        <w:t xml:space="preserve"> solicitate (DUAE, </w:t>
      </w:r>
      <w:proofErr w:type="spellStart"/>
      <w:r w:rsidRPr="00276B39">
        <w:rPr>
          <w:rFonts w:cs="Times New Roman"/>
          <w:b/>
          <w:color w:val="000000"/>
          <w:sz w:val="22"/>
        </w:rPr>
        <w:t>documentație</w:t>
      </w:r>
      <w:proofErr w:type="spellEnd"/>
      <w:r w:rsidRPr="00276B39">
        <w:rPr>
          <w:rFonts w:cs="Times New Roman"/>
          <w:b/>
          <w:color w:val="000000"/>
          <w:sz w:val="22"/>
        </w:rPr>
        <w:t xml:space="preserve">): </w:t>
      </w:r>
    </w:p>
    <w:tbl>
      <w:tblPr>
        <w:tblStyle w:val="Tabelgri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88"/>
        <w:gridCol w:w="2178"/>
        <w:gridCol w:w="3958"/>
        <w:gridCol w:w="2198"/>
      </w:tblGrid>
      <w:tr w:rsidR="0022270F" w:rsidRPr="00276B39" w:rsidTr="007E7CF6">
        <w:trPr>
          <w:cantSplit/>
          <w:tblHeader/>
          <w:jc w:val="center"/>
        </w:trPr>
        <w:tc>
          <w:tcPr>
            <w:tcW w:w="624"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b/>
                <w:color w:val="000000"/>
                <w:sz w:val="22"/>
              </w:rPr>
              <w:t>Nr. d/o</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b/>
                <w:color w:val="000000"/>
                <w:sz w:val="22"/>
              </w:rPr>
              <w:t>Descrierea</w:t>
            </w:r>
            <w:proofErr w:type="spellEnd"/>
            <w:r w:rsidRPr="00276B39">
              <w:rPr>
                <w:rFonts w:cs="Times New Roman"/>
                <w:b/>
                <w:color w:val="000000"/>
                <w:sz w:val="22"/>
              </w:rPr>
              <w:t xml:space="preserve"> </w:t>
            </w:r>
            <w:proofErr w:type="spellStart"/>
            <w:r w:rsidRPr="00276B39">
              <w:rPr>
                <w:rFonts w:cs="Times New Roman"/>
                <w:b/>
                <w:color w:val="000000"/>
                <w:sz w:val="22"/>
              </w:rPr>
              <w:t>criteriului</w:t>
            </w:r>
            <w:proofErr w:type="spellEnd"/>
            <w:r w:rsidRPr="00276B39">
              <w:rPr>
                <w:rFonts w:cs="Times New Roman"/>
                <w:b/>
                <w:color w:val="000000"/>
                <w:sz w:val="22"/>
              </w:rPr>
              <w:t>/</w:t>
            </w:r>
            <w:proofErr w:type="spellStart"/>
            <w:r w:rsidRPr="00276B39">
              <w:rPr>
                <w:rFonts w:cs="Times New Roman"/>
                <w:b/>
                <w:color w:val="000000"/>
                <w:sz w:val="22"/>
              </w:rPr>
              <w:t>cerinței</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b/>
                <w:color w:val="000000"/>
                <w:sz w:val="22"/>
              </w:rPr>
              <w:t xml:space="preserve">Mod de </w:t>
            </w:r>
            <w:proofErr w:type="spellStart"/>
            <w:r w:rsidRPr="00276B39">
              <w:rPr>
                <w:rFonts w:cs="Times New Roman"/>
                <w:b/>
                <w:color w:val="000000"/>
                <w:sz w:val="22"/>
              </w:rPr>
              <w:t>demonstrare</w:t>
            </w:r>
            <w:proofErr w:type="spellEnd"/>
            <w:r w:rsidRPr="00276B39">
              <w:rPr>
                <w:rFonts w:cs="Times New Roman"/>
                <w:b/>
                <w:color w:val="000000"/>
                <w:sz w:val="22"/>
              </w:rPr>
              <w:t xml:space="preserve"> a </w:t>
            </w:r>
            <w:proofErr w:type="spellStart"/>
            <w:r w:rsidRPr="00276B39">
              <w:rPr>
                <w:rFonts w:cs="Times New Roman"/>
                <w:b/>
                <w:color w:val="000000"/>
                <w:sz w:val="22"/>
              </w:rPr>
              <w:t>îndeplinirii</w:t>
            </w:r>
            <w:proofErr w:type="spellEnd"/>
            <w:r w:rsidRPr="00276B39">
              <w:rPr>
                <w:rFonts w:cs="Times New Roman"/>
                <w:b/>
                <w:color w:val="000000"/>
                <w:sz w:val="22"/>
              </w:rPr>
              <w:t xml:space="preserve"> </w:t>
            </w:r>
            <w:proofErr w:type="spellStart"/>
            <w:r w:rsidRPr="00276B39">
              <w:rPr>
                <w:rFonts w:cs="Times New Roman"/>
                <w:b/>
                <w:color w:val="000000"/>
                <w:sz w:val="22"/>
              </w:rPr>
              <w:t>criteriului</w:t>
            </w:r>
            <w:proofErr w:type="spellEnd"/>
            <w:r w:rsidRPr="00276B39">
              <w:rPr>
                <w:rFonts w:cs="Times New Roman"/>
                <w:b/>
                <w:color w:val="000000"/>
                <w:sz w:val="22"/>
              </w:rPr>
              <w:t>/</w:t>
            </w:r>
            <w:proofErr w:type="spellStart"/>
            <w:r w:rsidRPr="00276B39">
              <w:rPr>
                <w:rFonts w:cs="Times New Roman"/>
                <w:b/>
                <w:color w:val="000000"/>
                <w:sz w:val="22"/>
              </w:rPr>
              <w:t>cerinței</w:t>
            </w:r>
            <w:proofErr w:type="spellEnd"/>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b/>
                <w:color w:val="000000"/>
                <w:sz w:val="22"/>
              </w:rPr>
              <w:t>Nivelul</w:t>
            </w:r>
            <w:proofErr w:type="spellEnd"/>
            <w:r w:rsidRPr="00276B39">
              <w:rPr>
                <w:rFonts w:cs="Times New Roman"/>
                <w:b/>
                <w:color w:val="000000"/>
                <w:sz w:val="22"/>
              </w:rPr>
              <w:t xml:space="preserve"> minim/</w:t>
            </w:r>
            <w:proofErr w:type="spellStart"/>
            <w:r w:rsidRPr="00276B39">
              <w:rPr>
                <w:rFonts w:cs="Times New Roman"/>
                <w:b/>
                <w:color w:val="000000"/>
                <w:sz w:val="22"/>
              </w:rPr>
              <w:t>Obligativitatea</w:t>
            </w:r>
            <w:proofErr w:type="spellEnd"/>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1</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Propunerea</w:t>
            </w:r>
            <w:proofErr w:type="spellEnd"/>
            <w:r w:rsidRPr="00276B39">
              <w:rPr>
                <w:rFonts w:cs="Times New Roman"/>
                <w:color w:val="000000"/>
                <w:sz w:val="22"/>
              </w:rPr>
              <w:t xml:space="preserve"> </w:t>
            </w:r>
            <w:proofErr w:type="spellStart"/>
            <w:r w:rsidRPr="00276B39">
              <w:rPr>
                <w:rFonts w:cs="Times New Roman"/>
                <w:color w:val="000000"/>
                <w:sz w:val="22"/>
              </w:rPr>
              <w:t>tehnică</w:t>
            </w:r>
            <w:proofErr w:type="spellEnd"/>
            <w:r w:rsidRPr="00276B39">
              <w:rPr>
                <w:rFonts w:cs="Times New Roman"/>
                <w:color w:val="000000"/>
                <w:sz w:val="22"/>
              </w:rPr>
              <w:t xml:space="preserve"> (</w:t>
            </w:r>
            <w:proofErr w:type="spellStart"/>
            <w:r w:rsidRPr="00276B39">
              <w:rPr>
                <w:rFonts w:cs="Times New Roman"/>
                <w:color w:val="000000"/>
                <w:sz w:val="22"/>
              </w:rPr>
              <w:t>Anexa</w:t>
            </w:r>
            <w:proofErr w:type="spellEnd"/>
            <w:r w:rsidRPr="00276B39">
              <w:rPr>
                <w:rFonts w:cs="Times New Roman"/>
                <w:color w:val="000000"/>
                <w:sz w:val="22"/>
              </w:rPr>
              <w:t xml:space="preserve"> nr. 22)</w:t>
            </w:r>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Original.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2</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Propunerea</w:t>
            </w:r>
            <w:proofErr w:type="spellEnd"/>
            <w:r w:rsidRPr="00276B39">
              <w:rPr>
                <w:rFonts w:cs="Times New Roman"/>
                <w:color w:val="000000"/>
                <w:sz w:val="22"/>
              </w:rPr>
              <w:t xml:space="preserve"> </w:t>
            </w:r>
            <w:proofErr w:type="spellStart"/>
            <w:r w:rsidRPr="00276B39">
              <w:rPr>
                <w:rFonts w:cs="Times New Roman"/>
                <w:color w:val="000000"/>
                <w:sz w:val="22"/>
              </w:rPr>
              <w:t>financiară</w:t>
            </w:r>
            <w:proofErr w:type="spellEnd"/>
            <w:r w:rsidRPr="00276B39">
              <w:rPr>
                <w:rFonts w:cs="Times New Roman"/>
                <w:color w:val="000000"/>
                <w:sz w:val="22"/>
              </w:rPr>
              <w:t xml:space="preserve"> (</w:t>
            </w:r>
            <w:proofErr w:type="spellStart"/>
            <w:r w:rsidRPr="00276B39">
              <w:rPr>
                <w:rFonts w:cs="Times New Roman"/>
                <w:color w:val="000000"/>
                <w:sz w:val="22"/>
              </w:rPr>
              <w:t>Anexa</w:t>
            </w:r>
            <w:proofErr w:type="spellEnd"/>
            <w:r w:rsidRPr="00276B39">
              <w:rPr>
                <w:rFonts w:cs="Times New Roman"/>
                <w:color w:val="000000"/>
                <w:sz w:val="22"/>
              </w:rPr>
              <w:t xml:space="preserve"> nr. 23)</w:t>
            </w:r>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Original.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 </w:t>
            </w:r>
            <w:proofErr w:type="spellStart"/>
            <w:r w:rsidRPr="00276B39">
              <w:rPr>
                <w:rFonts w:cs="Times New Roman"/>
                <w:color w:val="000000"/>
                <w:sz w:val="22"/>
              </w:rPr>
              <w:t>Ofertantul</w:t>
            </w:r>
            <w:proofErr w:type="spellEnd"/>
            <w:r w:rsidRPr="00276B39">
              <w:rPr>
                <w:rFonts w:cs="Times New Roman"/>
                <w:color w:val="000000"/>
                <w:sz w:val="22"/>
              </w:rPr>
              <w:t xml:space="preserve"> </w:t>
            </w:r>
            <w:proofErr w:type="spellStart"/>
            <w:r w:rsidRPr="00276B39">
              <w:rPr>
                <w:rFonts w:cs="Times New Roman"/>
                <w:color w:val="000000"/>
                <w:sz w:val="22"/>
              </w:rPr>
              <w:t>elaborează</w:t>
            </w:r>
            <w:proofErr w:type="spellEnd"/>
            <w:r w:rsidRPr="00276B39">
              <w:rPr>
                <w:rFonts w:cs="Times New Roman"/>
                <w:color w:val="000000"/>
                <w:sz w:val="22"/>
              </w:rPr>
              <w:t xml:space="preserve"> </w:t>
            </w:r>
            <w:proofErr w:type="spellStart"/>
            <w:r w:rsidRPr="00276B39">
              <w:rPr>
                <w:rFonts w:cs="Times New Roman"/>
                <w:color w:val="000000"/>
                <w:sz w:val="22"/>
              </w:rPr>
              <w:t>propunerea</w:t>
            </w:r>
            <w:proofErr w:type="spellEnd"/>
            <w:r w:rsidRPr="00276B39">
              <w:rPr>
                <w:rFonts w:cs="Times New Roman"/>
                <w:color w:val="000000"/>
                <w:sz w:val="22"/>
              </w:rPr>
              <w:t xml:space="preserve"> </w:t>
            </w:r>
            <w:proofErr w:type="spellStart"/>
            <w:r w:rsidRPr="00276B39">
              <w:rPr>
                <w:rFonts w:cs="Times New Roman"/>
                <w:color w:val="000000"/>
                <w:sz w:val="22"/>
              </w:rPr>
              <w:t>financiară</w:t>
            </w:r>
            <w:proofErr w:type="spellEnd"/>
            <w:r w:rsidRPr="00276B39">
              <w:rPr>
                <w:rFonts w:cs="Times New Roman"/>
                <w:color w:val="000000"/>
                <w:sz w:val="22"/>
              </w:rPr>
              <w:t xml:space="preserve">, </w:t>
            </w:r>
            <w:proofErr w:type="spellStart"/>
            <w:r w:rsidRPr="00276B39">
              <w:rPr>
                <w:rFonts w:cs="Times New Roman"/>
                <w:color w:val="000000"/>
                <w:sz w:val="22"/>
              </w:rPr>
              <w:t>astfel</w:t>
            </w:r>
            <w:proofErr w:type="spellEnd"/>
            <w:r w:rsidRPr="00276B39">
              <w:rPr>
                <w:rFonts w:cs="Times New Roman"/>
                <w:color w:val="000000"/>
                <w:sz w:val="22"/>
              </w:rPr>
              <w:t xml:space="preserve"> </w:t>
            </w:r>
            <w:proofErr w:type="spellStart"/>
            <w:r w:rsidRPr="00276B39">
              <w:rPr>
                <w:rFonts w:cs="Times New Roman"/>
                <w:color w:val="000000"/>
                <w:sz w:val="22"/>
              </w:rPr>
              <w:t>încât</w:t>
            </w:r>
            <w:proofErr w:type="spellEnd"/>
            <w:r w:rsidRPr="00276B39">
              <w:rPr>
                <w:rFonts w:cs="Times New Roman"/>
                <w:color w:val="000000"/>
                <w:sz w:val="22"/>
              </w:rPr>
              <w:t xml:space="preserve"> </w:t>
            </w:r>
            <w:proofErr w:type="spellStart"/>
            <w:r w:rsidRPr="00276B39">
              <w:rPr>
                <w:rFonts w:cs="Times New Roman"/>
                <w:color w:val="000000"/>
                <w:sz w:val="22"/>
              </w:rPr>
              <w:t>aceasta</w:t>
            </w:r>
            <w:proofErr w:type="spellEnd"/>
            <w:r w:rsidRPr="00276B39">
              <w:rPr>
                <w:rFonts w:cs="Times New Roman"/>
                <w:color w:val="000000"/>
                <w:sz w:val="22"/>
              </w:rPr>
              <w:t xml:space="preserve"> </w:t>
            </w:r>
            <w:proofErr w:type="spellStart"/>
            <w:r w:rsidRPr="00276B39">
              <w:rPr>
                <w:rFonts w:cs="Times New Roman"/>
                <w:color w:val="000000"/>
                <w:sz w:val="22"/>
              </w:rPr>
              <w:t>să</w:t>
            </w:r>
            <w:proofErr w:type="spellEnd"/>
            <w:r w:rsidRPr="00276B39">
              <w:rPr>
                <w:rFonts w:cs="Times New Roman"/>
                <w:color w:val="000000"/>
                <w:sz w:val="22"/>
              </w:rPr>
              <w:t xml:space="preserve"> </w:t>
            </w:r>
            <w:proofErr w:type="spellStart"/>
            <w:r w:rsidRPr="00276B39">
              <w:rPr>
                <w:rFonts w:cs="Times New Roman"/>
                <w:color w:val="000000"/>
                <w:sz w:val="22"/>
              </w:rPr>
              <w:t>furnizeze</w:t>
            </w:r>
            <w:proofErr w:type="spellEnd"/>
            <w:r w:rsidRPr="00276B39">
              <w:rPr>
                <w:rFonts w:cs="Times New Roman"/>
                <w:color w:val="000000"/>
                <w:sz w:val="22"/>
              </w:rPr>
              <w:t xml:space="preserve"> </w:t>
            </w:r>
            <w:proofErr w:type="spellStart"/>
            <w:r w:rsidRPr="00276B39">
              <w:rPr>
                <w:rFonts w:cs="Times New Roman"/>
                <w:color w:val="000000"/>
                <w:sz w:val="22"/>
              </w:rPr>
              <w:t>toate</w:t>
            </w:r>
            <w:proofErr w:type="spellEnd"/>
            <w:r w:rsidRPr="00276B39">
              <w:rPr>
                <w:rFonts w:cs="Times New Roman"/>
                <w:color w:val="000000"/>
                <w:sz w:val="22"/>
              </w:rPr>
              <w:t xml:space="preserve"> </w:t>
            </w:r>
            <w:proofErr w:type="spellStart"/>
            <w:r w:rsidRPr="00276B39">
              <w:rPr>
                <w:rFonts w:cs="Times New Roman"/>
                <w:color w:val="000000"/>
                <w:sz w:val="22"/>
              </w:rPr>
              <w:t>informațiile</w:t>
            </w:r>
            <w:proofErr w:type="spellEnd"/>
            <w:r w:rsidRPr="00276B39">
              <w:rPr>
                <w:rFonts w:cs="Times New Roman"/>
                <w:color w:val="000000"/>
                <w:sz w:val="22"/>
              </w:rPr>
              <w:t xml:space="preserve"> solicitate cu </w:t>
            </w:r>
            <w:proofErr w:type="spellStart"/>
            <w:r w:rsidRPr="00276B39">
              <w:rPr>
                <w:rFonts w:cs="Times New Roman"/>
                <w:color w:val="000000"/>
                <w:sz w:val="22"/>
              </w:rPr>
              <w:t>privire</w:t>
            </w:r>
            <w:proofErr w:type="spellEnd"/>
            <w:r w:rsidRPr="00276B39">
              <w:rPr>
                <w:rFonts w:cs="Times New Roman"/>
                <w:color w:val="000000"/>
                <w:sz w:val="22"/>
              </w:rPr>
              <w:t xml:space="preserve"> la </w:t>
            </w:r>
            <w:proofErr w:type="spellStart"/>
            <w:r w:rsidRPr="00276B39">
              <w:rPr>
                <w:rFonts w:cs="Times New Roman"/>
                <w:color w:val="000000"/>
                <w:sz w:val="22"/>
              </w:rPr>
              <w:t>prețuri</w:t>
            </w:r>
            <w:proofErr w:type="spellEnd"/>
            <w:r w:rsidRPr="00276B39">
              <w:rPr>
                <w:rFonts w:cs="Times New Roman"/>
                <w:color w:val="000000"/>
                <w:sz w:val="22"/>
              </w:rPr>
              <w:t xml:space="preserve">, </w:t>
            </w:r>
            <w:proofErr w:type="spellStart"/>
            <w:r w:rsidRPr="00276B39">
              <w:rPr>
                <w:rFonts w:cs="Times New Roman"/>
                <w:color w:val="000000"/>
                <w:sz w:val="22"/>
              </w:rPr>
              <w:t>tarife</w:t>
            </w:r>
            <w:proofErr w:type="spellEnd"/>
            <w:r w:rsidRPr="00276B39">
              <w:rPr>
                <w:rFonts w:cs="Times New Roman"/>
                <w:color w:val="000000"/>
                <w:sz w:val="22"/>
              </w:rPr>
              <w:t xml:space="preserve">, precum </w:t>
            </w:r>
            <w:proofErr w:type="spellStart"/>
            <w:r w:rsidRPr="00276B39">
              <w:rPr>
                <w:rFonts w:cs="Times New Roman"/>
                <w:color w:val="000000"/>
                <w:sz w:val="22"/>
              </w:rPr>
              <w:t>și</w:t>
            </w:r>
            <w:proofErr w:type="spellEnd"/>
            <w:r w:rsidRPr="00276B39">
              <w:rPr>
                <w:rFonts w:cs="Times New Roman"/>
                <w:color w:val="000000"/>
                <w:sz w:val="22"/>
              </w:rPr>
              <w:t xml:space="preserve"> la </w:t>
            </w:r>
            <w:proofErr w:type="spellStart"/>
            <w:r w:rsidRPr="00276B39">
              <w:rPr>
                <w:rFonts w:cs="Times New Roman"/>
                <w:color w:val="000000"/>
                <w:sz w:val="22"/>
              </w:rPr>
              <w:t>alte</w:t>
            </w:r>
            <w:proofErr w:type="spellEnd"/>
            <w:r w:rsidRPr="00276B39">
              <w:rPr>
                <w:rFonts w:cs="Times New Roman"/>
                <w:color w:val="000000"/>
                <w:sz w:val="22"/>
              </w:rPr>
              <w:t xml:space="preserve"> </w:t>
            </w:r>
            <w:proofErr w:type="spellStart"/>
            <w:r w:rsidRPr="00276B39">
              <w:rPr>
                <w:rFonts w:cs="Times New Roman"/>
                <w:color w:val="000000"/>
                <w:sz w:val="22"/>
              </w:rPr>
              <w:t>condiții</w:t>
            </w:r>
            <w:proofErr w:type="spellEnd"/>
            <w:r w:rsidRPr="00276B39">
              <w:rPr>
                <w:rFonts w:cs="Times New Roman"/>
                <w:color w:val="000000"/>
                <w:sz w:val="22"/>
              </w:rPr>
              <w:t xml:space="preserve"> </w:t>
            </w:r>
            <w:proofErr w:type="spellStart"/>
            <w:r w:rsidRPr="00276B39">
              <w:rPr>
                <w:rFonts w:cs="Times New Roman"/>
                <w:color w:val="000000"/>
                <w:sz w:val="22"/>
              </w:rPr>
              <w:t>financiare</w:t>
            </w:r>
            <w:proofErr w:type="spellEnd"/>
            <w:r w:rsidRPr="00276B39">
              <w:rPr>
                <w:rFonts w:cs="Times New Roman"/>
                <w:color w:val="000000"/>
                <w:sz w:val="22"/>
              </w:rPr>
              <w:t xml:space="preserve"> </w:t>
            </w:r>
            <w:proofErr w:type="spellStart"/>
            <w:r w:rsidRPr="00276B39">
              <w:rPr>
                <w:rFonts w:cs="Times New Roman"/>
                <w:color w:val="000000"/>
                <w:sz w:val="22"/>
              </w:rPr>
              <w:t>și</w:t>
            </w:r>
            <w:proofErr w:type="spellEnd"/>
            <w:r w:rsidRPr="00276B39">
              <w:rPr>
                <w:rFonts w:cs="Times New Roman"/>
                <w:color w:val="000000"/>
                <w:sz w:val="22"/>
              </w:rPr>
              <w:t xml:space="preserve"> </w:t>
            </w:r>
            <w:proofErr w:type="spellStart"/>
            <w:r w:rsidRPr="00276B39">
              <w:rPr>
                <w:rFonts w:cs="Times New Roman"/>
                <w:color w:val="000000"/>
                <w:sz w:val="22"/>
              </w:rPr>
              <w:t>comerciale</w:t>
            </w:r>
            <w:proofErr w:type="spellEnd"/>
            <w:r w:rsidRPr="00276B39">
              <w:rPr>
                <w:rFonts w:cs="Times New Roman"/>
                <w:color w:val="000000"/>
                <w:sz w:val="22"/>
              </w:rPr>
              <w:t xml:space="preserve"> legate de </w:t>
            </w:r>
            <w:proofErr w:type="spellStart"/>
            <w:r w:rsidRPr="00276B39">
              <w:rPr>
                <w:rFonts w:cs="Times New Roman"/>
                <w:color w:val="000000"/>
                <w:sz w:val="22"/>
              </w:rPr>
              <w:t>obiectul</w:t>
            </w:r>
            <w:proofErr w:type="spellEnd"/>
            <w:r w:rsidRPr="00276B39">
              <w:rPr>
                <w:rFonts w:cs="Times New Roman"/>
                <w:color w:val="000000"/>
                <w:sz w:val="22"/>
              </w:rPr>
              <w:t xml:space="preserve"> </w:t>
            </w:r>
            <w:proofErr w:type="spellStart"/>
            <w:r w:rsidRPr="00276B39">
              <w:rPr>
                <w:rFonts w:cs="Times New Roman"/>
                <w:color w:val="000000"/>
                <w:sz w:val="22"/>
              </w:rPr>
              <w:t>contractului</w:t>
            </w:r>
            <w:proofErr w:type="spellEnd"/>
            <w:r w:rsidRPr="00276B39">
              <w:rPr>
                <w:rFonts w:cs="Times New Roman"/>
                <w:color w:val="000000"/>
                <w:sz w:val="22"/>
              </w:rPr>
              <w: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3</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Cerere</w:t>
            </w:r>
            <w:proofErr w:type="spellEnd"/>
            <w:r w:rsidRPr="00276B39">
              <w:rPr>
                <w:rFonts w:cs="Times New Roman"/>
                <w:color w:val="000000"/>
                <w:sz w:val="22"/>
              </w:rPr>
              <w:t xml:space="preserve"> de </w:t>
            </w:r>
            <w:proofErr w:type="spellStart"/>
            <w:r w:rsidRPr="00276B39">
              <w:rPr>
                <w:rFonts w:cs="Times New Roman"/>
                <w:color w:val="000000"/>
                <w:sz w:val="22"/>
              </w:rPr>
              <w:t>participare</w:t>
            </w:r>
            <w:proofErr w:type="spellEnd"/>
            <w:r w:rsidRPr="00276B39">
              <w:rPr>
                <w:rFonts w:cs="Times New Roman"/>
                <w:color w:val="000000"/>
                <w:sz w:val="22"/>
              </w:rPr>
              <w:t xml:space="preserve"> (</w:t>
            </w:r>
            <w:proofErr w:type="spellStart"/>
            <w:r w:rsidRPr="00276B39">
              <w:rPr>
                <w:rFonts w:cs="Times New Roman"/>
                <w:color w:val="000000"/>
                <w:sz w:val="22"/>
              </w:rPr>
              <w:t>anexa</w:t>
            </w:r>
            <w:proofErr w:type="spellEnd"/>
            <w:r w:rsidRPr="00276B39">
              <w:rPr>
                <w:rFonts w:cs="Times New Roman"/>
                <w:color w:val="000000"/>
                <w:sz w:val="22"/>
              </w:rPr>
              <w:t xml:space="preserve"> nr. </w:t>
            </w:r>
            <w:r w:rsidR="00A02F09" w:rsidRPr="00276B39">
              <w:rPr>
                <w:rFonts w:cs="Times New Roman"/>
                <w:color w:val="000000"/>
                <w:sz w:val="22"/>
              </w:rPr>
              <w:t>1</w:t>
            </w:r>
            <w:r w:rsidRPr="00276B39">
              <w:rPr>
                <w:rFonts w:cs="Times New Roman"/>
                <w:color w:val="000000"/>
                <w:sz w:val="22"/>
              </w:rPr>
              <w:t>)</w:t>
            </w:r>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Original.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w:t>
            </w:r>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4</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Declarație</w:t>
            </w:r>
            <w:proofErr w:type="spellEnd"/>
            <w:r w:rsidRPr="00276B39">
              <w:rPr>
                <w:rFonts w:cs="Times New Roman"/>
                <w:color w:val="000000"/>
                <w:sz w:val="22"/>
              </w:rPr>
              <w:t xml:space="preserve"> </w:t>
            </w:r>
            <w:proofErr w:type="spellStart"/>
            <w:r w:rsidRPr="00276B39">
              <w:rPr>
                <w:rFonts w:cs="Times New Roman"/>
                <w:color w:val="000000"/>
                <w:sz w:val="22"/>
              </w:rPr>
              <w:t>privind</w:t>
            </w:r>
            <w:proofErr w:type="spellEnd"/>
            <w:r w:rsidRPr="00276B39">
              <w:rPr>
                <w:rFonts w:cs="Times New Roman"/>
                <w:color w:val="000000"/>
                <w:sz w:val="22"/>
              </w:rPr>
              <w:t xml:space="preserve"> </w:t>
            </w:r>
            <w:proofErr w:type="spellStart"/>
            <w:r w:rsidRPr="00276B39">
              <w:rPr>
                <w:rFonts w:cs="Times New Roman"/>
                <w:color w:val="000000"/>
                <w:sz w:val="22"/>
              </w:rPr>
              <w:t>valabilitatea</w:t>
            </w:r>
            <w:proofErr w:type="spellEnd"/>
            <w:r w:rsidRPr="00276B39">
              <w:rPr>
                <w:rFonts w:cs="Times New Roman"/>
                <w:color w:val="000000"/>
                <w:sz w:val="22"/>
              </w:rPr>
              <w:t xml:space="preserve"> </w:t>
            </w:r>
            <w:proofErr w:type="spellStart"/>
            <w:r w:rsidRPr="00276B39">
              <w:rPr>
                <w:rFonts w:cs="Times New Roman"/>
                <w:color w:val="000000"/>
                <w:sz w:val="22"/>
              </w:rPr>
              <w:t>ofertei</w:t>
            </w:r>
            <w:proofErr w:type="spellEnd"/>
            <w:r w:rsidRPr="00276B39">
              <w:rPr>
                <w:rFonts w:cs="Times New Roman"/>
                <w:color w:val="000000"/>
                <w:sz w:val="22"/>
              </w:rPr>
              <w:t xml:space="preserve"> (</w:t>
            </w:r>
            <w:proofErr w:type="spellStart"/>
            <w:r w:rsidRPr="00276B39">
              <w:rPr>
                <w:rFonts w:cs="Times New Roman"/>
                <w:color w:val="000000"/>
                <w:sz w:val="22"/>
              </w:rPr>
              <w:t>anexa</w:t>
            </w:r>
            <w:proofErr w:type="spellEnd"/>
            <w:r w:rsidRPr="00276B39">
              <w:rPr>
                <w:rFonts w:cs="Times New Roman"/>
                <w:color w:val="000000"/>
                <w:sz w:val="22"/>
              </w:rPr>
              <w:t xml:space="preserve"> nr. </w:t>
            </w:r>
            <w:r w:rsidR="00A02F09" w:rsidRPr="00276B39">
              <w:rPr>
                <w:rFonts w:cs="Times New Roman"/>
                <w:color w:val="000000"/>
                <w:sz w:val="22"/>
              </w:rPr>
              <w:t>5</w:t>
            </w:r>
            <w:r w:rsidRPr="00276B39">
              <w:rPr>
                <w:rFonts w:cs="Times New Roman"/>
                <w:color w:val="000000"/>
                <w:sz w:val="22"/>
              </w:rPr>
              <w:t>)</w:t>
            </w:r>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Original.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w:t>
            </w:r>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5</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Certificat</w:t>
            </w:r>
            <w:proofErr w:type="spellEnd"/>
            <w:r w:rsidRPr="00276B39">
              <w:rPr>
                <w:rFonts w:cs="Times New Roman"/>
                <w:color w:val="000000"/>
                <w:sz w:val="22"/>
              </w:rPr>
              <w:t xml:space="preserve"> de </w:t>
            </w:r>
            <w:proofErr w:type="spellStart"/>
            <w:r w:rsidRPr="00276B39">
              <w:rPr>
                <w:rFonts w:cs="Times New Roman"/>
                <w:color w:val="000000"/>
                <w:sz w:val="22"/>
              </w:rPr>
              <w:t>atribuire</w:t>
            </w:r>
            <w:proofErr w:type="spellEnd"/>
            <w:r w:rsidRPr="00276B39">
              <w:rPr>
                <w:rFonts w:cs="Times New Roman"/>
                <w:color w:val="000000"/>
                <w:sz w:val="22"/>
              </w:rPr>
              <w:t xml:space="preserve"> a </w:t>
            </w:r>
            <w:proofErr w:type="spellStart"/>
            <w:r w:rsidRPr="00276B39">
              <w:rPr>
                <w:rFonts w:cs="Times New Roman"/>
                <w:color w:val="000000"/>
                <w:sz w:val="22"/>
              </w:rPr>
              <w:t>contului</w:t>
            </w:r>
            <w:proofErr w:type="spellEnd"/>
            <w:r w:rsidRPr="00276B39">
              <w:rPr>
                <w:rFonts w:cs="Times New Roman"/>
                <w:color w:val="000000"/>
                <w:sz w:val="22"/>
              </w:rPr>
              <w:t xml:space="preserve"> </w:t>
            </w:r>
            <w:proofErr w:type="spellStart"/>
            <w:r w:rsidRPr="00276B39">
              <w:rPr>
                <w:rFonts w:cs="Times New Roman"/>
                <w:color w:val="000000"/>
                <w:sz w:val="22"/>
              </w:rPr>
              <w:t>bancar</w:t>
            </w:r>
            <w:proofErr w:type="spellEnd"/>
            <w:r w:rsidRPr="00276B39">
              <w:rPr>
                <w:rFonts w:cs="Times New Roman"/>
                <w:color w:val="000000"/>
                <w:sz w:val="22"/>
              </w:rPr>
              <w:t xml:space="preserve">, </w:t>
            </w:r>
            <w:proofErr w:type="spellStart"/>
            <w:r w:rsidRPr="00276B39">
              <w:rPr>
                <w:rFonts w:cs="Times New Roman"/>
                <w:color w:val="000000"/>
                <w:sz w:val="22"/>
              </w:rPr>
              <w:t>eliberat</w:t>
            </w:r>
            <w:proofErr w:type="spellEnd"/>
            <w:r w:rsidRPr="00276B39">
              <w:rPr>
                <w:rFonts w:cs="Times New Roman"/>
                <w:color w:val="000000"/>
                <w:sz w:val="22"/>
              </w:rPr>
              <w:t xml:space="preserve"> de banca </w:t>
            </w:r>
            <w:proofErr w:type="spellStart"/>
            <w:r w:rsidRPr="00276B39">
              <w:rPr>
                <w:rFonts w:cs="Times New Roman"/>
                <w:color w:val="000000"/>
                <w:sz w:val="22"/>
              </w:rPr>
              <w:t>deținătoare</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Varianta</w:t>
            </w:r>
            <w:proofErr w:type="spellEnd"/>
            <w:r w:rsidRPr="00276B39">
              <w:rPr>
                <w:rFonts w:cs="Times New Roman"/>
                <w:color w:val="000000"/>
                <w:sz w:val="22"/>
              </w:rPr>
              <w:t xml:space="preserve"> </w:t>
            </w:r>
            <w:proofErr w:type="spellStart"/>
            <w:r w:rsidRPr="00276B39">
              <w:rPr>
                <w:rFonts w:cs="Times New Roman"/>
                <w:color w:val="000000"/>
                <w:sz w:val="22"/>
              </w:rPr>
              <w:t>scanată</w:t>
            </w:r>
            <w:proofErr w:type="spellEnd"/>
            <w:r w:rsidRPr="00276B39">
              <w:rPr>
                <w:rFonts w:cs="Times New Roman"/>
                <w:color w:val="000000"/>
                <w:sz w:val="22"/>
              </w:rPr>
              <w:t xml:space="preserve"> de pe original </w:t>
            </w:r>
            <w:proofErr w:type="spellStart"/>
            <w:r w:rsidRPr="00276B39">
              <w:rPr>
                <w:rFonts w:cs="Times New Roman"/>
                <w:color w:val="000000"/>
                <w:sz w:val="22"/>
              </w:rPr>
              <w:t>confirmată</w:t>
            </w:r>
            <w:proofErr w:type="spellEnd"/>
            <w:r w:rsidRPr="00276B39">
              <w:rPr>
                <w:rFonts w:cs="Times New Roman"/>
                <w:color w:val="000000"/>
                <w:sz w:val="22"/>
              </w:rPr>
              <w:t xml:space="preserve"> </w:t>
            </w:r>
            <w:proofErr w:type="spellStart"/>
            <w:r w:rsidRPr="00276B39">
              <w:rPr>
                <w:rFonts w:cs="Times New Roman"/>
                <w:color w:val="000000"/>
                <w:sz w:val="22"/>
              </w:rPr>
              <w:t>prin</w:t>
            </w:r>
            <w:proofErr w:type="spellEnd"/>
            <w:r w:rsidRPr="00276B39">
              <w:rPr>
                <w:rFonts w:cs="Times New Roman"/>
                <w:color w:val="000000"/>
                <w:sz w:val="22"/>
              </w:rPr>
              <w:t xml:space="preserve"> </w:t>
            </w:r>
            <w:proofErr w:type="spellStart"/>
            <w:r w:rsidRPr="00276B39">
              <w:rPr>
                <w:rFonts w:cs="Times New Roman"/>
                <w:color w:val="000000"/>
                <w:sz w:val="22"/>
              </w:rPr>
              <w:t>semnătura</w:t>
            </w:r>
            <w:proofErr w:type="spellEnd"/>
            <w:r w:rsidRPr="00276B39">
              <w:rPr>
                <w:rFonts w:cs="Times New Roman"/>
                <w:color w:val="000000"/>
                <w:sz w:val="22"/>
              </w:rPr>
              <w:t xml:space="preserve"> </w:t>
            </w:r>
            <w:proofErr w:type="spellStart"/>
            <w:r w:rsidRPr="00276B39">
              <w:rPr>
                <w:rFonts w:cs="Times New Roman"/>
                <w:color w:val="000000"/>
                <w:sz w:val="22"/>
              </w:rPr>
              <w:t>electronică</w:t>
            </w:r>
            <w:proofErr w:type="spellEnd"/>
            <w:r w:rsidRPr="00276B39">
              <w:rPr>
                <w:rFonts w:cs="Times New Roman"/>
                <w:color w:val="000000"/>
                <w:sz w:val="22"/>
              </w:rPr>
              <w: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w:t>
            </w:r>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lastRenderedPageBreak/>
              <w:t>6</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Certificat</w:t>
            </w:r>
            <w:proofErr w:type="spellEnd"/>
            <w:r w:rsidRPr="00276B39">
              <w:rPr>
                <w:rFonts w:cs="Times New Roman"/>
                <w:color w:val="000000"/>
                <w:sz w:val="22"/>
              </w:rPr>
              <w:t xml:space="preserve"> de </w:t>
            </w:r>
            <w:proofErr w:type="spellStart"/>
            <w:r w:rsidRPr="00276B39">
              <w:rPr>
                <w:rFonts w:cs="Times New Roman"/>
                <w:color w:val="000000"/>
                <w:sz w:val="22"/>
              </w:rPr>
              <w:t>înregistrare</w:t>
            </w:r>
            <w:proofErr w:type="spellEnd"/>
            <w:r w:rsidRPr="00276B39">
              <w:rPr>
                <w:rFonts w:cs="Times New Roman"/>
                <w:color w:val="000000"/>
                <w:sz w:val="22"/>
              </w:rPr>
              <w:t xml:space="preserve"> a </w:t>
            </w:r>
            <w:proofErr w:type="spellStart"/>
            <w:r w:rsidRPr="00276B39">
              <w:rPr>
                <w:rFonts w:cs="Times New Roman"/>
                <w:color w:val="000000"/>
                <w:sz w:val="22"/>
              </w:rPr>
              <w:t>întreprinderii</w:t>
            </w:r>
            <w:proofErr w:type="spellEnd"/>
            <w:r w:rsidRPr="00276B39">
              <w:rPr>
                <w:rFonts w:cs="Times New Roman"/>
                <w:color w:val="000000"/>
                <w:sz w:val="22"/>
              </w:rPr>
              <w:t>/</w:t>
            </w:r>
            <w:proofErr w:type="spellStart"/>
            <w:r w:rsidRPr="00276B39">
              <w:rPr>
                <w:rFonts w:cs="Times New Roman"/>
                <w:color w:val="000000"/>
                <w:sz w:val="22"/>
              </w:rPr>
              <w:t>decizie</w:t>
            </w:r>
            <w:proofErr w:type="spellEnd"/>
            <w:r w:rsidRPr="00276B39">
              <w:rPr>
                <w:rFonts w:cs="Times New Roman"/>
                <w:color w:val="000000"/>
                <w:sz w:val="22"/>
              </w:rPr>
              <w:t xml:space="preserve"> de </w:t>
            </w:r>
            <w:proofErr w:type="spellStart"/>
            <w:r w:rsidRPr="00276B39">
              <w:rPr>
                <w:rFonts w:cs="Times New Roman"/>
                <w:color w:val="000000"/>
                <w:sz w:val="22"/>
              </w:rPr>
              <w:t>înregistrare</w:t>
            </w:r>
            <w:proofErr w:type="spellEnd"/>
            <w:r w:rsidRPr="00276B39">
              <w:rPr>
                <w:rFonts w:cs="Times New Roman"/>
                <w:color w:val="000000"/>
                <w:sz w:val="22"/>
              </w:rPr>
              <w:t xml:space="preserve">/Extras din </w:t>
            </w:r>
            <w:proofErr w:type="spellStart"/>
            <w:r w:rsidRPr="00276B39">
              <w:rPr>
                <w:rFonts w:cs="Times New Roman"/>
                <w:color w:val="000000"/>
                <w:sz w:val="22"/>
              </w:rPr>
              <w:t>Registrul</w:t>
            </w:r>
            <w:proofErr w:type="spellEnd"/>
            <w:r w:rsidRPr="00276B39">
              <w:rPr>
                <w:rFonts w:cs="Times New Roman"/>
                <w:color w:val="000000"/>
                <w:sz w:val="22"/>
              </w:rPr>
              <w:t xml:space="preserve"> de Stat al </w:t>
            </w:r>
            <w:proofErr w:type="spellStart"/>
            <w:r w:rsidRPr="00276B39">
              <w:rPr>
                <w:rFonts w:cs="Times New Roman"/>
                <w:color w:val="000000"/>
                <w:sz w:val="22"/>
              </w:rPr>
              <w:t>persoanelor</w:t>
            </w:r>
            <w:proofErr w:type="spellEnd"/>
            <w:r w:rsidRPr="00276B39">
              <w:rPr>
                <w:rFonts w:cs="Times New Roman"/>
                <w:color w:val="000000"/>
                <w:sz w:val="22"/>
              </w:rPr>
              <w:t xml:space="preserve"> </w:t>
            </w:r>
            <w:proofErr w:type="spellStart"/>
            <w:r w:rsidRPr="00276B39">
              <w:rPr>
                <w:rFonts w:cs="Times New Roman"/>
                <w:color w:val="000000"/>
                <w:sz w:val="22"/>
              </w:rPr>
              <w:t>juridice</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Copia</w:t>
            </w:r>
            <w:proofErr w:type="spellEnd"/>
            <w:r w:rsidRPr="00276B39">
              <w:rPr>
                <w:rFonts w:cs="Times New Roman"/>
                <w:color w:val="000000"/>
                <w:sz w:val="22"/>
              </w:rPr>
              <w:t xml:space="preserve">.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w:t>
            </w:r>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7</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Documente</w:t>
            </w:r>
            <w:proofErr w:type="spellEnd"/>
            <w:r w:rsidRPr="00276B39">
              <w:rPr>
                <w:rFonts w:cs="Times New Roman"/>
                <w:color w:val="000000"/>
                <w:sz w:val="22"/>
              </w:rPr>
              <w:t xml:space="preserve"> </w:t>
            </w:r>
            <w:proofErr w:type="spellStart"/>
            <w:r w:rsidRPr="00276B39">
              <w:rPr>
                <w:rFonts w:cs="Times New Roman"/>
                <w:color w:val="000000"/>
                <w:sz w:val="22"/>
              </w:rPr>
              <w:t>privind</w:t>
            </w:r>
            <w:proofErr w:type="spellEnd"/>
            <w:r w:rsidRPr="00276B39">
              <w:rPr>
                <w:rFonts w:cs="Times New Roman"/>
                <w:color w:val="000000"/>
                <w:sz w:val="22"/>
              </w:rPr>
              <w:t xml:space="preserve"> </w:t>
            </w:r>
            <w:proofErr w:type="spellStart"/>
            <w:r w:rsidRPr="00276B39">
              <w:rPr>
                <w:rFonts w:cs="Times New Roman"/>
                <w:color w:val="000000"/>
                <w:sz w:val="22"/>
              </w:rPr>
              <w:t>calitatea</w:t>
            </w:r>
            <w:proofErr w:type="spellEnd"/>
            <w:r w:rsidRPr="00276B39">
              <w:rPr>
                <w:rFonts w:cs="Times New Roman"/>
                <w:color w:val="000000"/>
                <w:sz w:val="22"/>
              </w:rPr>
              <w:t>/</w:t>
            </w:r>
            <w:proofErr w:type="spellStart"/>
            <w:r w:rsidRPr="00276B39">
              <w:rPr>
                <w:rFonts w:cs="Times New Roman"/>
                <w:color w:val="000000"/>
                <w:sz w:val="22"/>
              </w:rPr>
              <w:t>conformitatea</w:t>
            </w:r>
            <w:proofErr w:type="spellEnd"/>
            <w:r w:rsidRPr="00276B39">
              <w:rPr>
                <w:rFonts w:cs="Times New Roman"/>
                <w:color w:val="000000"/>
                <w:sz w:val="22"/>
              </w:rPr>
              <w:t xml:space="preserve"> </w:t>
            </w:r>
            <w:proofErr w:type="spellStart"/>
            <w:r w:rsidRPr="00276B39">
              <w:rPr>
                <w:rFonts w:cs="Times New Roman"/>
                <w:color w:val="000000"/>
                <w:sz w:val="22"/>
              </w:rPr>
              <w:t>serviciilor</w:t>
            </w:r>
            <w:proofErr w:type="spellEnd"/>
            <w:r w:rsidRPr="00276B39">
              <w:rPr>
                <w:rFonts w:cs="Times New Roman"/>
                <w:color w:val="000000"/>
                <w:sz w:val="22"/>
              </w:rPr>
              <w:t>/</w:t>
            </w:r>
            <w:proofErr w:type="spellStart"/>
            <w:r w:rsidRPr="00276B39">
              <w:rPr>
                <w:rFonts w:cs="Times New Roman"/>
                <w:color w:val="000000"/>
                <w:sz w:val="22"/>
              </w:rPr>
              <w:t>licențelor</w:t>
            </w:r>
            <w:proofErr w:type="spellEnd"/>
            <w:r w:rsidRPr="00276B39">
              <w:rPr>
                <w:rFonts w:cs="Times New Roman"/>
                <w:color w:val="000000"/>
                <w:sz w:val="22"/>
              </w:rPr>
              <w:t xml:space="preserve"> </w:t>
            </w:r>
            <w:proofErr w:type="spellStart"/>
            <w:r w:rsidRPr="00276B39">
              <w:rPr>
                <w:rFonts w:cs="Times New Roman"/>
                <w:color w:val="000000"/>
                <w:sz w:val="22"/>
              </w:rPr>
              <w:t>ofertate</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Copie/documente confirmative emise de producător/distribuitor autorizat sau documentație tehnică oficială aplicabilă.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 xml:space="preserve">*, </w:t>
            </w:r>
            <w:proofErr w:type="spellStart"/>
            <w:r w:rsidRPr="00276B39">
              <w:rPr>
                <w:rFonts w:cs="Times New Roman"/>
                <w:color w:val="000000"/>
                <w:sz w:val="22"/>
              </w:rPr>
              <w:t>după</w:t>
            </w:r>
            <w:proofErr w:type="spellEnd"/>
            <w:r w:rsidRPr="00276B39">
              <w:rPr>
                <w:rFonts w:cs="Times New Roman"/>
                <w:color w:val="000000"/>
                <w:sz w:val="22"/>
              </w:rPr>
              <w:t xml:space="preserve"> </w:t>
            </w:r>
            <w:proofErr w:type="spellStart"/>
            <w:r w:rsidRPr="00276B39">
              <w:rPr>
                <w:rFonts w:cs="Times New Roman"/>
                <w:color w:val="000000"/>
                <w:sz w:val="22"/>
              </w:rPr>
              <w:t>caz</w:t>
            </w:r>
            <w:proofErr w:type="spellEnd"/>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8</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Documente</w:t>
            </w:r>
            <w:proofErr w:type="spellEnd"/>
            <w:r w:rsidRPr="00276B39">
              <w:rPr>
                <w:rFonts w:cs="Times New Roman"/>
                <w:color w:val="000000"/>
                <w:sz w:val="22"/>
              </w:rPr>
              <w:t xml:space="preserve"> </w:t>
            </w:r>
            <w:proofErr w:type="spellStart"/>
            <w:r w:rsidRPr="00276B39">
              <w:rPr>
                <w:rFonts w:cs="Times New Roman"/>
                <w:color w:val="000000"/>
                <w:sz w:val="22"/>
              </w:rPr>
              <w:t>ce</w:t>
            </w:r>
            <w:proofErr w:type="spellEnd"/>
            <w:r w:rsidRPr="00276B39">
              <w:rPr>
                <w:rFonts w:cs="Times New Roman"/>
                <w:color w:val="000000"/>
                <w:sz w:val="22"/>
              </w:rPr>
              <w:t xml:space="preserve"> </w:t>
            </w:r>
            <w:proofErr w:type="spellStart"/>
            <w:r w:rsidRPr="00276B39">
              <w:rPr>
                <w:rFonts w:cs="Times New Roman"/>
                <w:color w:val="000000"/>
                <w:sz w:val="22"/>
              </w:rPr>
              <w:t>atestă</w:t>
            </w:r>
            <w:proofErr w:type="spellEnd"/>
            <w:r w:rsidRPr="00276B39">
              <w:rPr>
                <w:rFonts w:cs="Times New Roman"/>
                <w:color w:val="000000"/>
                <w:sz w:val="22"/>
              </w:rPr>
              <w:t xml:space="preserve"> </w:t>
            </w:r>
            <w:proofErr w:type="spellStart"/>
            <w:r w:rsidRPr="00276B39">
              <w:rPr>
                <w:rFonts w:cs="Times New Roman"/>
                <w:color w:val="000000"/>
                <w:sz w:val="22"/>
              </w:rPr>
              <w:t>conformitatea</w:t>
            </w:r>
            <w:proofErr w:type="spellEnd"/>
            <w:r w:rsidRPr="00276B39">
              <w:rPr>
                <w:rFonts w:cs="Times New Roman"/>
                <w:color w:val="000000"/>
                <w:sz w:val="22"/>
              </w:rPr>
              <w:t xml:space="preserve"> </w:t>
            </w:r>
            <w:proofErr w:type="spellStart"/>
            <w:r w:rsidRPr="00276B39">
              <w:rPr>
                <w:rFonts w:cs="Times New Roman"/>
                <w:color w:val="000000"/>
                <w:sz w:val="22"/>
              </w:rPr>
              <w:t>serviciilor</w:t>
            </w:r>
            <w:proofErr w:type="spellEnd"/>
            <w:r w:rsidRPr="00276B39">
              <w:rPr>
                <w:rFonts w:cs="Times New Roman"/>
                <w:color w:val="000000"/>
                <w:sz w:val="22"/>
              </w:rPr>
              <w:t>/</w:t>
            </w:r>
            <w:proofErr w:type="spellStart"/>
            <w:r w:rsidRPr="00276B39">
              <w:rPr>
                <w:rFonts w:cs="Times New Roman"/>
                <w:color w:val="000000"/>
                <w:sz w:val="22"/>
              </w:rPr>
              <w:t>licențelor</w:t>
            </w:r>
            <w:proofErr w:type="spellEnd"/>
            <w:r w:rsidRPr="00276B39">
              <w:rPr>
                <w:rFonts w:cs="Times New Roman"/>
                <w:color w:val="000000"/>
                <w:sz w:val="22"/>
              </w:rPr>
              <w:t xml:space="preserve"> </w:t>
            </w:r>
            <w:proofErr w:type="spellStart"/>
            <w:r w:rsidRPr="00276B39">
              <w:rPr>
                <w:rFonts w:cs="Times New Roman"/>
                <w:color w:val="000000"/>
                <w:sz w:val="22"/>
              </w:rPr>
              <w:t>ofertate</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Copie</w:t>
            </w:r>
            <w:proofErr w:type="spellEnd"/>
            <w:r w:rsidRPr="00276B39">
              <w:rPr>
                <w:rFonts w:cs="Times New Roman"/>
                <w:color w:val="000000"/>
                <w:sz w:val="22"/>
              </w:rPr>
              <w:t xml:space="preserve">.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 </w:t>
            </w:r>
            <w:proofErr w:type="spellStart"/>
            <w:r w:rsidRPr="00276B39">
              <w:rPr>
                <w:rFonts w:cs="Times New Roman"/>
                <w:color w:val="000000"/>
                <w:sz w:val="22"/>
              </w:rPr>
              <w:t>Documentele</w:t>
            </w:r>
            <w:proofErr w:type="spellEnd"/>
            <w:r w:rsidRPr="00276B39">
              <w:rPr>
                <w:rFonts w:cs="Times New Roman"/>
                <w:color w:val="000000"/>
                <w:sz w:val="22"/>
              </w:rPr>
              <w:t xml:space="preserve"> </w:t>
            </w:r>
            <w:proofErr w:type="spellStart"/>
            <w:r w:rsidRPr="00276B39">
              <w:rPr>
                <w:rFonts w:cs="Times New Roman"/>
                <w:color w:val="000000"/>
                <w:sz w:val="22"/>
              </w:rPr>
              <w:t>vor</w:t>
            </w:r>
            <w:proofErr w:type="spellEnd"/>
            <w:r w:rsidRPr="00276B39">
              <w:rPr>
                <w:rFonts w:cs="Times New Roman"/>
                <w:color w:val="000000"/>
                <w:sz w:val="22"/>
              </w:rPr>
              <w:t xml:space="preserve"> </w:t>
            </w:r>
            <w:proofErr w:type="spellStart"/>
            <w:r w:rsidRPr="00276B39">
              <w:rPr>
                <w:rFonts w:cs="Times New Roman"/>
                <w:color w:val="000000"/>
                <w:sz w:val="22"/>
              </w:rPr>
              <w:t>confirma</w:t>
            </w:r>
            <w:proofErr w:type="spellEnd"/>
            <w:r w:rsidRPr="00276B39">
              <w:rPr>
                <w:rFonts w:cs="Times New Roman"/>
                <w:color w:val="000000"/>
                <w:sz w:val="22"/>
              </w:rPr>
              <w:t xml:space="preserve"> </w:t>
            </w:r>
            <w:proofErr w:type="spellStart"/>
            <w:r w:rsidRPr="00276B39">
              <w:rPr>
                <w:rFonts w:cs="Times New Roman"/>
                <w:color w:val="000000"/>
                <w:sz w:val="22"/>
              </w:rPr>
              <w:t>compatibilitatea</w:t>
            </w:r>
            <w:proofErr w:type="spellEnd"/>
            <w:r w:rsidRPr="00276B39">
              <w:rPr>
                <w:rFonts w:cs="Times New Roman"/>
                <w:color w:val="000000"/>
                <w:sz w:val="22"/>
              </w:rPr>
              <w:t xml:space="preserve"> cu </w:t>
            </w:r>
            <w:proofErr w:type="spellStart"/>
            <w:r w:rsidRPr="00276B39">
              <w:rPr>
                <w:rFonts w:cs="Times New Roman"/>
                <w:color w:val="000000"/>
                <w:sz w:val="22"/>
              </w:rPr>
              <w:t>echipamentele</w:t>
            </w:r>
            <w:proofErr w:type="spellEnd"/>
            <w:r w:rsidRPr="00276B39">
              <w:rPr>
                <w:rFonts w:cs="Times New Roman"/>
                <w:color w:val="000000"/>
                <w:sz w:val="22"/>
              </w:rPr>
              <w:t xml:space="preserve"> Fortinet </w:t>
            </w:r>
            <w:proofErr w:type="spellStart"/>
            <w:r w:rsidRPr="00276B39">
              <w:rPr>
                <w:rFonts w:cs="Times New Roman"/>
                <w:color w:val="000000"/>
                <w:sz w:val="22"/>
              </w:rPr>
              <w:t>existente</w:t>
            </w:r>
            <w:proofErr w:type="spellEnd"/>
            <w:r w:rsidRPr="00276B39">
              <w:rPr>
                <w:rFonts w:cs="Times New Roman"/>
                <w:color w:val="000000"/>
                <w:sz w:val="22"/>
              </w:rPr>
              <w:t xml:space="preserve"> ale ANSP.</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r w:rsidRPr="00276B39">
              <w:rPr>
                <w:rFonts w:cs="Times New Roman"/>
                <w:color w:val="000000"/>
                <w:sz w:val="22"/>
              </w:rPr>
              <w:t xml:space="preserve">*, </w:t>
            </w:r>
            <w:proofErr w:type="spellStart"/>
            <w:r w:rsidRPr="00276B39">
              <w:rPr>
                <w:rFonts w:cs="Times New Roman"/>
                <w:color w:val="000000"/>
                <w:sz w:val="22"/>
              </w:rPr>
              <w:t>după</w:t>
            </w:r>
            <w:proofErr w:type="spellEnd"/>
            <w:r w:rsidRPr="00276B39">
              <w:rPr>
                <w:rFonts w:cs="Times New Roman"/>
                <w:color w:val="000000"/>
                <w:sz w:val="22"/>
              </w:rPr>
              <w:t xml:space="preserve"> </w:t>
            </w:r>
            <w:proofErr w:type="spellStart"/>
            <w:r w:rsidRPr="00276B39">
              <w:rPr>
                <w:rFonts w:cs="Times New Roman"/>
                <w:color w:val="000000"/>
                <w:sz w:val="22"/>
              </w:rPr>
              <w:t>caz</w:t>
            </w:r>
            <w:proofErr w:type="spellEnd"/>
          </w:p>
        </w:tc>
      </w:tr>
      <w:tr w:rsidR="0022270F" w:rsidRPr="00276B39" w:rsidTr="007E7CF6">
        <w:trPr>
          <w:cantSplit/>
          <w:jc w:val="center"/>
        </w:trPr>
        <w:tc>
          <w:tcPr>
            <w:tcW w:w="624" w:type="dxa"/>
            <w:tcMar>
              <w:top w:w="40" w:type="dxa"/>
              <w:left w:w="60" w:type="dxa"/>
              <w:bottom w:w="40" w:type="dxa"/>
              <w:right w:w="60" w:type="dxa"/>
            </w:tcMar>
          </w:tcPr>
          <w:p w:rsidR="0022270F" w:rsidRPr="00276B39" w:rsidRDefault="0022270F" w:rsidP="0018691C">
            <w:pPr>
              <w:pStyle w:val="Listparagraf"/>
              <w:widowControl w:val="0"/>
              <w:ind w:left="928"/>
              <w:rPr>
                <w:rFonts w:cs="Times New Roman"/>
                <w:sz w:val="22"/>
              </w:rPr>
            </w:pPr>
            <w:r>
              <w:rPr>
                <w:color w:val="000000"/>
              </w:rPr>
              <w:t>9</w:t>
            </w:r>
          </w:p>
        </w:tc>
        <w:tc>
          <w:tcPr>
            <w:tcW w:w="2268"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Declarație</w:t>
            </w:r>
            <w:proofErr w:type="spellEnd"/>
            <w:r w:rsidRPr="00276B39">
              <w:rPr>
                <w:rFonts w:cs="Times New Roman"/>
                <w:color w:val="000000"/>
                <w:sz w:val="22"/>
              </w:rPr>
              <w:t xml:space="preserve"> </w:t>
            </w:r>
            <w:proofErr w:type="spellStart"/>
            <w:r w:rsidRPr="00276B39">
              <w:rPr>
                <w:rFonts w:cs="Times New Roman"/>
                <w:color w:val="000000"/>
                <w:sz w:val="22"/>
              </w:rPr>
              <w:t>privind</w:t>
            </w:r>
            <w:proofErr w:type="spellEnd"/>
            <w:r w:rsidRPr="00276B39">
              <w:rPr>
                <w:rFonts w:cs="Times New Roman"/>
                <w:color w:val="000000"/>
                <w:sz w:val="22"/>
              </w:rPr>
              <w:t xml:space="preserve"> </w:t>
            </w:r>
            <w:proofErr w:type="spellStart"/>
            <w:r w:rsidRPr="00276B39">
              <w:rPr>
                <w:rFonts w:cs="Times New Roman"/>
                <w:color w:val="000000"/>
                <w:sz w:val="22"/>
              </w:rPr>
              <w:t>valabilitatea</w:t>
            </w:r>
            <w:proofErr w:type="spellEnd"/>
            <w:r w:rsidRPr="00276B39">
              <w:rPr>
                <w:rFonts w:cs="Times New Roman"/>
                <w:color w:val="000000"/>
                <w:sz w:val="22"/>
              </w:rPr>
              <w:t xml:space="preserve"> </w:t>
            </w:r>
            <w:proofErr w:type="spellStart"/>
            <w:r w:rsidRPr="00276B39">
              <w:rPr>
                <w:rFonts w:cs="Times New Roman"/>
                <w:color w:val="000000"/>
                <w:sz w:val="22"/>
              </w:rPr>
              <w:t>serviciilor</w:t>
            </w:r>
            <w:proofErr w:type="spellEnd"/>
            <w:r w:rsidRPr="00276B39">
              <w:rPr>
                <w:rFonts w:cs="Times New Roman"/>
                <w:color w:val="000000"/>
                <w:sz w:val="22"/>
              </w:rPr>
              <w:t>/</w:t>
            </w:r>
            <w:proofErr w:type="spellStart"/>
            <w:r w:rsidRPr="00276B39">
              <w:rPr>
                <w:rFonts w:cs="Times New Roman"/>
                <w:color w:val="000000"/>
                <w:sz w:val="22"/>
              </w:rPr>
              <w:t>licențelor</w:t>
            </w:r>
            <w:proofErr w:type="spellEnd"/>
            <w:r w:rsidRPr="00276B39">
              <w:rPr>
                <w:rFonts w:cs="Times New Roman"/>
                <w:color w:val="000000"/>
                <w:sz w:val="22"/>
              </w:rPr>
              <w:t xml:space="preserve">, min. 36 </w:t>
            </w:r>
            <w:proofErr w:type="spellStart"/>
            <w:r w:rsidRPr="00276B39">
              <w:rPr>
                <w:rFonts w:cs="Times New Roman"/>
                <w:color w:val="000000"/>
                <w:sz w:val="22"/>
              </w:rPr>
              <w:t>luni</w:t>
            </w:r>
            <w:proofErr w:type="spellEnd"/>
          </w:p>
        </w:tc>
        <w:tc>
          <w:tcPr>
            <w:tcW w:w="56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color w:val="000000"/>
                <w:sz w:val="22"/>
              </w:rPr>
              <w:t xml:space="preserve">Original. </w:t>
            </w:r>
            <w:proofErr w:type="spellStart"/>
            <w:r w:rsidRPr="00276B39">
              <w:rPr>
                <w:rFonts w:cs="Times New Roman"/>
                <w:color w:val="000000"/>
                <w:sz w:val="22"/>
              </w:rPr>
              <w:t>Semnat</w:t>
            </w:r>
            <w:proofErr w:type="spellEnd"/>
            <w:r w:rsidRPr="00276B39">
              <w:rPr>
                <w:rFonts w:cs="Times New Roman"/>
                <w:color w:val="000000"/>
                <w:sz w:val="22"/>
              </w:rPr>
              <w:t xml:space="preserve"> electronic de </w:t>
            </w:r>
            <w:proofErr w:type="spellStart"/>
            <w:r w:rsidRPr="00276B39">
              <w:rPr>
                <w:rFonts w:cs="Times New Roman"/>
                <w:color w:val="000000"/>
                <w:sz w:val="22"/>
              </w:rPr>
              <w:t>către</w:t>
            </w:r>
            <w:proofErr w:type="spellEnd"/>
            <w:r w:rsidRPr="00276B39">
              <w:rPr>
                <w:rFonts w:cs="Times New Roman"/>
                <w:color w:val="000000"/>
                <w:sz w:val="22"/>
              </w:rPr>
              <w:t xml:space="preserve"> participant.</w:t>
            </w:r>
          </w:p>
        </w:tc>
        <w:tc>
          <w:tcPr>
            <w:tcW w:w="1417"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color w:val="000000"/>
                <w:sz w:val="22"/>
              </w:rPr>
              <w:t>Obligatoriu</w:t>
            </w:r>
            <w:proofErr w:type="spellEnd"/>
          </w:p>
        </w:tc>
      </w:tr>
      <w:tr w:rsidR="0022270F" w:rsidRPr="00276B39" w:rsidTr="007E7CF6">
        <w:trPr>
          <w:cantSplit/>
          <w:jc w:val="center"/>
        </w:trPr>
        <w:tc>
          <w:tcPr>
            <w:tcW w:w="624" w:type="dxa"/>
            <w:tcMar>
              <w:top w:w="40" w:type="dxa"/>
              <w:left w:w="60" w:type="dxa"/>
              <w:bottom w:w="40" w:type="dxa"/>
              <w:right w:w="60" w:type="dxa"/>
            </w:tcMar>
          </w:tcPr>
          <w:p w:rsidR="0098480E" w:rsidRPr="00276B39" w:rsidRDefault="0098480E" w:rsidP="0018691C">
            <w:pPr>
              <w:pStyle w:val="Listparagraf"/>
              <w:widowControl w:val="0"/>
              <w:ind w:left="928"/>
              <w:rPr>
                <w:rFonts w:cs="Times New Roman"/>
                <w:sz w:val="22"/>
              </w:rPr>
            </w:pPr>
            <w:r>
              <w:rPr>
                <w:color w:val="000000"/>
              </w:rPr>
              <w:t>10</w:t>
            </w:r>
          </w:p>
        </w:tc>
        <w:tc>
          <w:tcPr>
            <w:tcW w:w="2268" w:type="dxa"/>
            <w:tcMar>
              <w:top w:w="40" w:type="dxa"/>
              <w:left w:w="60" w:type="dxa"/>
              <w:bottom w:w="40" w:type="dxa"/>
              <w:right w:w="60" w:type="dxa"/>
            </w:tcMar>
          </w:tcPr>
          <w:p w:rsidR="0098480E" w:rsidRPr="00276B39" w:rsidRDefault="005F130F" w:rsidP="00531B9B">
            <w:pPr>
              <w:widowControl w:val="0"/>
              <w:jc w:val="center"/>
              <w:rPr>
                <w:rFonts w:cs="Times New Roman"/>
                <w:sz w:val="22"/>
              </w:rPr>
            </w:pPr>
            <w:proofErr w:type="spellStart"/>
            <w:r w:rsidRPr="00276B39">
              <w:rPr>
                <w:rFonts w:cs="Times New Roman"/>
                <w:color w:val="000000"/>
                <w:sz w:val="22"/>
              </w:rPr>
              <w:t>Documente</w:t>
            </w:r>
            <w:proofErr w:type="spellEnd"/>
            <w:r w:rsidRPr="00276B39">
              <w:rPr>
                <w:rFonts w:cs="Times New Roman"/>
                <w:color w:val="000000"/>
                <w:sz w:val="22"/>
              </w:rPr>
              <w:t xml:space="preserve"> </w:t>
            </w:r>
            <w:proofErr w:type="spellStart"/>
            <w:r w:rsidRPr="00276B39">
              <w:rPr>
                <w:rFonts w:cs="Times New Roman"/>
                <w:color w:val="000000"/>
                <w:sz w:val="22"/>
              </w:rPr>
              <w:t>specifice</w:t>
            </w:r>
            <w:proofErr w:type="spellEnd"/>
            <w:r w:rsidRPr="00276B39">
              <w:rPr>
                <w:rFonts w:cs="Times New Roman"/>
                <w:color w:val="000000"/>
                <w:sz w:val="22"/>
              </w:rPr>
              <w:t xml:space="preserve"> </w:t>
            </w:r>
            <w:proofErr w:type="spellStart"/>
            <w:r w:rsidRPr="00276B39">
              <w:rPr>
                <w:rFonts w:cs="Times New Roman"/>
                <w:color w:val="000000"/>
                <w:sz w:val="22"/>
              </w:rPr>
              <w:t>pentru</w:t>
            </w:r>
            <w:proofErr w:type="spellEnd"/>
            <w:r w:rsidRPr="00276B39">
              <w:rPr>
                <w:rFonts w:cs="Times New Roman"/>
                <w:color w:val="000000"/>
                <w:sz w:val="22"/>
              </w:rPr>
              <w:t xml:space="preserve"> </w:t>
            </w:r>
            <w:proofErr w:type="spellStart"/>
            <w:r w:rsidRPr="00276B39">
              <w:rPr>
                <w:rFonts w:cs="Times New Roman"/>
                <w:color w:val="000000"/>
                <w:sz w:val="22"/>
              </w:rPr>
              <w:t>serviciile</w:t>
            </w:r>
            <w:proofErr w:type="spellEnd"/>
            <w:r w:rsidRPr="00276B39">
              <w:rPr>
                <w:rFonts w:cs="Times New Roman"/>
                <w:color w:val="000000"/>
                <w:sz w:val="22"/>
              </w:rPr>
              <w:t xml:space="preserve"> Fortinet</w:t>
            </w:r>
          </w:p>
        </w:tc>
        <w:tc>
          <w:tcPr>
            <w:tcW w:w="5669" w:type="dxa"/>
            <w:tcMar>
              <w:top w:w="40" w:type="dxa"/>
              <w:left w:w="60" w:type="dxa"/>
              <w:bottom w:w="40" w:type="dxa"/>
              <w:right w:w="60" w:type="dxa"/>
            </w:tcMar>
          </w:tcPr>
          <w:p w:rsidR="0098480E" w:rsidRPr="00276B39" w:rsidRDefault="005F130F" w:rsidP="00531B9B">
            <w:pPr>
              <w:widowControl w:val="0"/>
              <w:jc w:val="center"/>
              <w:rPr>
                <w:rFonts w:cs="Times New Roman"/>
                <w:sz w:val="22"/>
              </w:rPr>
            </w:pPr>
            <w:r w:rsidRPr="00276B39">
              <w:rPr>
                <w:rFonts w:cs="Times New Roman"/>
                <w:color w:val="000000"/>
                <w:sz w:val="22"/>
              </w:rPr>
              <w:t>Documente care confirmă dreptul de furnizare/comercializare a serviciilor Fortinet ofertate, inclusiv statutul de partener autorizat sau relația contractuală cu un distribuitor autorizat, după caz; SKU/coduri comerciale și confirmarea perioadei de valabilitate de 36 luni.</w:t>
            </w:r>
          </w:p>
        </w:tc>
        <w:tc>
          <w:tcPr>
            <w:tcW w:w="1417" w:type="dxa"/>
            <w:tcMar>
              <w:top w:w="40" w:type="dxa"/>
              <w:left w:w="60" w:type="dxa"/>
              <w:bottom w:w="40" w:type="dxa"/>
              <w:right w:w="60" w:type="dxa"/>
            </w:tcMar>
          </w:tcPr>
          <w:p w:rsidR="0098480E" w:rsidRPr="00276B39" w:rsidRDefault="005F130F" w:rsidP="00531B9B">
            <w:pPr>
              <w:widowControl w:val="0"/>
              <w:jc w:val="center"/>
              <w:rPr>
                <w:rFonts w:cs="Times New Roman"/>
                <w:sz w:val="22"/>
              </w:rPr>
            </w:pPr>
            <w:r w:rsidRPr="00276B39">
              <w:rPr>
                <w:rFonts w:cs="Times New Roman"/>
                <w:color w:val="000000"/>
                <w:sz w:val="22"/>
              </w:rPr>
              <w:t>Obligatoriu</w:t>
            </w:r>
          </w:p>
        </w:tc>
      </w:tr>
      <w:tr w:rsidR="006E2DA4">
        <w:trPr>
          <w:jc w:val="center"/>
        </w:trPr>
        <w:tc>
          <w:tcPr>
            <w:tcW w:w="1288" w:type="dxa"/>
          </w:tcPr>
          <w:p w:rsidR="006E2DA4" w:rsidRPr="00D26613" w:rsidRDefault="007A4A9F" w:rsidP="00D26613">
            <w:pPr>
              <w:rPr>
                <w:szCs w:val="24"/>
              </w:rPr>
            </w:pPr>
            <w:r w:rsidRPr="00D26613">
              <w:rPr>
                <w:szCs w:val="24"/>
              </w:rPr>
              <w:t>11</w:t>
            </w:r>
          </w:p>
        </w:tc>
        <w:tc>
          <w:tcPr>
            <w:tcW w:w="2201" w:type="dxa"/>
          </w:tcPr>
          <w:p w:rsidR="006E2DA4" w:rsidRPr="00D26613" w:rsidRDefault="007A4A9F" w:rsidP="00D26613">
            <w:pPr>
              <w:rPr>
                <w:szCs w:val="24"/>
              </w:rPr>
            </w:pPr>
            <w:r w:rsidRPr="00D26613">
              <w:rPr>
                <w:szCs w:val="24"/>
              </w:rPr>
              <w:t>Experiență similară</w:t>
            </w:r>
          </w:p>
        </w:tc>
        <w:tc>
          <w:tcPr>
            <w:tcW w:w="3935" w:type="dxa"/>
          </w:tcPr>
          <w:p w:rsidR="006E2DA4" w:rsidRPr="00D26613" w:rsidRDefault="007A4A9F" w:rsidP="00D26613">
            <w:pPr>
              <w:rPr>
                <w:szCs w:val="24"/>
              </w:rPr>
            </w:pPr>
            <w:r w:rsidRPr="00D26613">
              <w:rPr>
                <w:szCs w:val="24"/>
              </w:rPr>
              <w:t>Declarație/lista principalelor prestări similare în domeniul serviciilor/licențelor IT sau Fortinet/FortiGuard/FortiCare, ori contracte/documente confirmative, la solicitarea autorității contractante. Semnat electronic de către participant.</w:t>
            </w:r>
          </w:p>
        </w:tc>
        <w:tc>
          <w:tcPr>
            <w:tcW w:w="2198" w:type="dxa"/>
          </w:tcPr>
          <w:p w:rsidR="006E2DA4" w:rsidRPr="00D26613" w:rsidRDefault="007A4A9F" w:rsidP="00D26613">
            <w:pPr>
              <w:rPr>
                <w:szCs w:val="24"/>
              </w:rPr>
            </w:pPr>
            <w:r w:rsidRPr="00D26613">
              <w:rPr>
                <w:szCs w:val="24"/>
              </w:rPr>
              <w:t>Obligatoriu*, după caz</w:t>
            </w:r>
          </w:p>
        </w:tc>
      </w:tr>
      <w:tr w:rsidR="006E2DA4">
        <w:trPr>
          <w:jc w:val="center"/>
        </w:trPr>
        <w:tc>
          <w:tcPr>
            <w:tcW w:w="1288" w:type="dxa"/>
          </w:tcPr>
          <w:p w:rsidR="006E2DA4" w:rsidRPr="00D26613" w:rsidRDefault="007A4A9F" w:rsidP="00D26613">
            <w:pPr>
              <w:rPr>
                <w:szCs w:val="24"/>
              </w:rPr>
            </w:pPr>
            <w:r w:rsidRPr="00D26613">
              <w:rPr>
                <w:szCs w:val="24"/>
              </w:rPr>
              <w:t>12</w:t>
            </w:r>
          </w:p>
        </w:tc>
        <w:tc>
          <w:tcPr>
            <w:tcW w:w="2201" w:type="dxa"/>
          </w:tcPr>
          <w:p w:rsidR="006E2DA4" w:rsidRPr="00D26613" w:rsidRDefault="007A4A9F" w:rsidP="00D26613">
            <w:pPr>
              <w:rPr>
                <w:szCs w:val="24"/>
              </w:rPr>
            </w:pPr>
            <w:r w:rsidRPr="00D26613">
              <w:rPr>
                <w:szCs w:val="24"/>
              </w:rPr>
              <w:t>Personal calificat pentru activarea și gestionarea subscripțiilor</w:t>
            </w:r>
          </w:p>
        </w:tc>
        <w:tc>
          <w:tcPr>
            <w:tcW w:w="3935" w:type="dxa"/>
          </w:tcPr>
          <w:p w:rsidR="006E2DA4" w:rsidRPr="00D26613" w:rsidRDefault="007A4A9F" w:rsidP="00D26613">
            <w:pPr>
              <w:rPr>
                <w:szCs w:val="24"/>
              </w:rPr>
            </w:pPr>
            <w:r w:rsidRPr="00D26613">
              <w:rPr>
                <w:szCs w:val="24"/>
              </w:rPr>
              <w:t>Declarație privind personalul responsabil și/sau certificate/CV-uri/documente confirmative relevante, la solicitarea autorității contractante. Semnat electronic de către participant.</w:t>
            </w:r>
          </w:p>
        </w:tc>
        <w:tc>
          <w:tcPr>
            <w:tcW w:w="2198" w:type="dxa"/>
          </w:tcPr>
          <w:p w:rsidR="006E2DA4" w:rsidRPr="00D26613" w:rsidRDefault="007A4A9F" w:rsidP="00D26613">
            <w:pPr>
              <w:rPr>
                <w:szCs w:val="24"/>
              </w:rPr>
            </w:pPr>
            <w:r w:rsidRPr="00D26613">
              <w:rPr>
                <w:szCs w:val="24"/>
              </w:rPr>
              <w:t>Obligatoriu*, după caz</w:t>
            </w:r>
          </w:p>
        </w:tc>
      </w:tr>
      <w:tr w:rsidR="00DA768A" w:rsidRPr="00276B39" w:rsidTr="007E7CF6">
        <w:trPr>
          <w:cantSplit/>
          <w:jc w:val="center"/>
        </w:trPr>
        <w:tc>
          <w:tcPr>
            <w:tcW w:w="624" w:type="dxa"/>
            <w:tcMar>
              <w:top w:w="40" w:type="dxa"/>
              <w:left w:w="60" w:type="dxa"/>
              <w:bottom w:w="40" w:type="dxa"/>
              <w:right w:w="60" w:type="dxa"/>
            </w:tcMar>
          </w:tcPr>
          <w:p w:rsidR="006E2DA4" w:rsidRPr="00D26613" w:rsidRDefault="007A4A9F" w:rsidP="00D26613">
            <w:pPr>
              <w:rPr>
                <w:szCs w:val="24"/>
              </w:rPr>
            </w:pPr>
            <w:r w:rsidRPr="00D26613">
              <w:rPr>
                <w:szCs w:val="24"/>
              </w:rPr>
              <w:t>13</w:t>
            </w:r>
          </w:p>
        </w:tc>
        <w:tc>
          <w:tcPr>
            <w:tcW w:w="2268" w:type="dxa"/>
            <w:tcMar>
              <w:top w:w="40" w:type="dxa"/>
              <w:left w:w="60" w:type="dxa"/>
              <w:bottom w:w="40" w:type="dxa"/>
              <w:right w:w="60" w:type="dxa"/>
            </w:tcMar>
          </w:tcPr>
          <w:p w:rsidR="0098480E" w:rsidRPr="00D26613" w:rsidRDefault="005F130F" w:rsidP="00D26613">
            <w:pPr>
              <w:widowControl w:val="0"/>
              <w:rPr>
                <w:rFonts w:cs="Times New Roman"/>
                <w:szCs w:val="24"/>
              </w:rPr>
            </w:pPr>
            <w:r w:rsidRPr="00D26613">
              <w:rPr>
                <w:rFonts w:cs="Times New Roman"/>
                <w:color w:val="000000"/>
                <w:szCs w:val="24"/>
              </w:rPr>
              <w:t>Solicitarea clarificărilor</w:t>
            </w:r>
          </w:p>
        </w:tc>
        <w:tc>
          <w:tcPr>
            <w:tcW w:w="5669" w:type="dxa"/>
            <w:tcMar>
              <w:top w:w="40" w:type="dxa"/>
              <w:left w:w="60" w:type="dxa"/>
              <w:bottom w:w="40" w:type="dxa"/>
              <w:right w:w="60" w:type="dxa"/>
            </w:tcMar>
          </w:tcPr>
          <w:p w:rsidR="0098480E" w:rsidRPr="00D26613" w:rsidRDefault="005F130F" w:rsidP="00D26613">
            <w:pPr>
              <w:widowControl w:val="0"/>
              <w:rPr>
                <w:rFonts w:cs="Times New Roman"/>
                <w:szCs w:val="24"/>
              </w:rPr>
            </w:pPr>
            <w:r w:rsidRPr="00D26613">
              <w:rPr>
                <w:rFonts w:cs="Times New Roman"/>
                <w:color w:val="000000"/>
                <w:szCs w:val="24"/>
              </w:rPr>
              <w:t xml:space="preserve">Clarificările pot fi solicitate în termen de 3 zile până la termenul-limită de depunere </w:t>
            </w:r>
            <w:proofErr w:type="gramStart"/>
            <w:r w:rsidRPr="00D26613">
              <w:rPr>
                <w:rFonts w:cs="Times New Roman"/>
                <w:color w:val="000000"/>
                <w:szCs w:val="24"/>
              </w:rPr>
              <w:t>a</w:t>
            </w:r>
            <w:proofErr w:type="gramEnd"/>
            <w:r w:rsidRPr="00D26613">
              <w:rPr>
                <w:rFonts w:cs="Times New Roman"/>
                <w:color w:val="000000"/>
                <w:szCs w:val="24"/>
              </w:rPr>
              <w:t xml:space="preserve"> ofertelor, prin intermediul SIA RSAP.</w:t>
            </w:r>
          </w:p>
        </w:tc>
        <w:tc>
          <w:tcPr>
            <w:tcW w:w="1417" w:type="dxa"/>
            <w:tcMar>
              <w:top w:w="40" w:type="dxa"/>
              <w:left w:w="60" w:type="dxa"/>
              <w:bottom w:w="40" w:type="dxa"/>
              <w:right w:w="60" w:type="dxa"/>
            </w:tcMar>
          </w:tcPr>
          <w:p w:rsidR="0098480E" w:rsidRPr="00D26613" w:rsidRDefault="005F130F" w:rsidP="00D26613">
            <w:pPr>
              <w:widowControl w:val="0"/>
              <w:rPr>
                <w:rFonts w:cs="Times New Roman"/>
                <w:szCs w:val="24"/>
              </w:rPr>
            </w:pPr>
            <w:r w:rsidRPr="00D26613">
              <w:rPr>
                <w:rFonts w:cs="Times New Roman"/>
                <w:color w:val="000000"/>
                <w:szCs w:val="24"/>
              </w:rPr>
              <w:t>Obligatoriu</w:t>
            </w:r>
          </w:p>
        </w:tc>
      </w:tr>
    </w:tbl>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17. </w:t>
      </w:r>
      <w:proofErr w:type="spellStart"/>
      <w:r w:rsidRPr="00276B39">
        <w:rPr>
          <w:rFonts w:cs="Times New Roman"/>
          <w:b/>
          <w:color w:val="000000"/>
          <w:sz w:val="22"/>
        </w:rPr>
        <w:t>Garanția</w:t>
      </w:r>
      <w:proofErr w:type="spellEnd"/>
      <w:r w:rsidRPr="00276B39">
        <w:rPr>
          <w:rFonts w:cs="Times New Roman"/>
          <w:b/>
          <w:color w:val="000000"/>
          <w:sz w:val="22"/>
        </w:rPr>
        <w:t xml:space="preserve"> </w:t>
      </w:r>
      <w:proofErr w:type="spellStart"/>
      <w:r w:rsidRPr="00276B39">
        <w:rPr>
          <w:rFonts w:cs="Times New Roman"/>
          <w:b/>
          <w:color w:val="000000"/>
          <w:sz w:val="22"/>
        </w:rPr>
        <w:t>pentru</w:t>
      </w:r>
      <w:proofErr w:type="spellEnd"/>
      <w:r w:rsidRPr="00276B39">
        <w:rPr>
          <w:rFonts w:cs="Times New Roman"/>
          <w:b/>
          <w:color w:val="000000"/>
          <w:sz w:val="22"/>
        </w:rPr>
        <w:t xml:space="preserve"> </w:t>
      </w:r>
      <w:proofErr w:type="spellStart"/>
      <w:r w:rsidRPr="00276B39">
        <w:rPr>
          <w:rFonts w:cs="Times New Roman"/>
          <w:b/>
          <w:color w:val="000000"/>
          <w:sz w:val="22"/>
        </w:rPr>
        <w:t>ofertă</w:t>
      </w:r>
      <w:proofErr w:type="spellEnd"/>
      <w:proofErr w:type="gramStart"/>
      <w:r w:rsidRPr="00276B39">
        <w:rPr>
          <w:rFonts w:cs="Times New Roman"/>
          <w:b/>
          <w:color w:val="000000"/>
          <w:sz w:val="22"/>
        </w:rPr>
        <w:t xml:space="preserve">: </w:t>
      </w:r>
      <w:r w:rsidR="00110FDC" w:rsidRPr="00276B39">
        <w:rPr>
          <w:rFonts w:cs="Times New Roman"/>
          <w:color w:val="000000"/>
          <w:sz w:val="22"/>
        </w:rPr>
        <w:t>:</w:t>
      </w:r>
      <w:proofErr w:type="gramEnd"/>
      <w:r w:rsidR="00110FDC" w:rsidRPr="00276B39">
        <w:rPr>
          <w:rFonts w:cs="Times New Roman"/>
          <w:color w:val="000000"/>
          <w:sz w:val="22"/>
        </w:rPr>
        <w:t xml:space="preserve"> nu se </w:t>
      </w:r>
      <w:proofErr w:type="spellStart"/>
      <w:r w:rsidR="00110FDC" w:rsidRPr="00276B39">
        <w:rPr>
          <w:rFonts w:cs="Times New Roman"/>
          <w:color w:val="000000"/>
          <w:sz w:val="22"/>
        </w:rPr>
        <w:t>aplică</w:t>
      </w:r>
      <w:proofErr w:type="spellEnd"/>
      <w:r w:rsidR="00110FDC"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18. Termenul de garanție a bunurilor/serviciilor/lucrărilor: </w:t>
      </w:r>
      <w:r w:rsidRPr="00D26613">
        <w:rPr>
          <w:rFonts w:cs="Times New Roman"/>
          <w:bCs/>
          <w:color w:val="000000"/>
          <w:sz w:val="22"/>
        </w:rPr>
        <w:t xml:space="preserve">conform documentației producătorului, dar nu mai </w:t>
      </w:r>
      <w:proofErr w:type="spellStart"/>
      <w:r w:rsidRPr="00D26613">
        <w:rPr>
          <w:rFonts w:cs="Times New Roman"/>
          <w:bCs/>
          <w:color w:val="000000"/>
          <w:sz w:val="22"/>
        </w:rPr>
        <w:t>puțin</w:t>
      </w:r>
      <w:proofErr w:type="spellEnd"/>
      <w:r w:rsidRPr="00D26613">
        <w:rPr>
          <w:rFonts w:cs="Times New Roman"/>
          <w:bCs/>
          <w:color w:val="000000"/>
          <w:sz w:val="22"/>
        </w:rPr>
        <w:t xml:space="preserve"> de 36 </w:t>
      </w:r>
      <w:proofErr w:type="spellStart"/>
      <w:r w:rsidRPr="00D26613">
        <w:rPr>
          <w:rFonts w:cs="Times New Roman"/>
          <w:bCs/>
          <w:color w:val="000000"/>
          <w:sz w:val="22"/>
        </w:rPr>
        <w:t>luni</w:t>
      </w:r>
      <w:proofErr w:type="spellEnd"/>
      <w:r w:rsidRPr="00D26613">
        <w:rPr>
          <w:rFonts w:cs="Times New Roman"/>
          <w:bCs/>
          <w:color w:val="000000"/>
          <w:sz w:val="22"/>
        </w:rPr>
        <w:t xml:space="preserve"> din data </w:t>
      </w:r>
      <w:proofErr w:type="spellStart"/>
      <w:r w:rsidRPr="00D26613">
        <w:rPr>
          <w:rFonts w:cs="Times New Roman"/>
          <w:bCs/>
          <w:color w:val="000000"/>
          <w:sz w:val="22"/>
        </w:rPr>
        <w:t>activării</w:t>
      </w:r>
      <w:proofErr w:type="spellEnd"/>
      <w:r w:rsidRPr="00D26613">
        <w:rPr>
          <w:rFonts w:cs="Times New Roman"/>
          <w:bCs/>
          <w:color w:val="000000"/>
          <w:sz w:val="22"/>
        </w:rPr>
        <w:t xml:space="preserve"> </w:t>
      </w:r>
      <w:proofErr w:type="spellStart"/>
      <w:r w:rsidRPr="00D26613">
        <w:rPr>
          <w:rFonts w:cs="Times New Roman"/>
          <w:bCs/>
          <w:color w:val="000000"/>
          <w:sz w:val="22"/>
        </w:rPr>
        <w:t>serviciilor</w:t>
      </w:r>
      <w:proofErr w:type="spellEnd"/>
      <w:r w:rsidRPr="00D26613">
        <w:rPr>
          <w:rFonts w:cs="Times New Roman"/>
          <w:bCs/>
          <w:color w:val="000000"/>
          <w:sz w:val="22"/>
        </w:rPr>
        <w:t>/</w:t>
      </w:r>
      <w:proofErr w:type="spellStart"/>
      <w:r w:rsidRPr="00D26613">
        <w:rPr>
          <w:rFonts w:cs="Times New Roman"/>
          <w:bCs/>
          <w:color w:val="000000"/>
          <w:sz w:val="22"/>
        </w:rPr>
        <w:t>licențelor</w:t>
      </w:r>
      <w:proofErr w:type="spellEnd"/>
      <w:r w:rsidRPr="00D26613">
        <w:rPr>
          <w:rFonts w:cs="Times New Roman"/>
          <w:bCs/>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bCs/>
          <w:color w:val="000000"/>
          <w:sz w:val="22"/>
        </w:rPr>
        <w:t xml:space="preserve">21. </w:t>
      </w:r>
      <w:proofErr w:type="spellStart"/>
      <w:r w:rsidRPr="00276B39">
        <w:rPr>
          <w:rFonts w:cs="Times New Roman"/>
          <w:b/>
          <w:bCs/>
          <w:color w:val="000000"/>
          <w:sz w:val="22"/>
        </w:rPr>
        <w:t>Tehnici</w:t>
      </w:r>
      <w:proofErr w:type="spellEnd"/>
      <w:r w:rsidRPr="00276B39">
        <w:rPr>
          <w:rFonts w:cs="Times New Roman"/>
          <w:b/>
          <w:bCs/>
          <w:color w:val="000000"/>
          <w:sz w:val="22"/>
        </w:rPr>
        <w:t xml:space="preserve"> </w:t>
      </w:r>
      <w:proofErr w:type="spellStart"/>
      <w:r w:rsidRPr="00276B39">
        <w:rPr>
          <w:rFonts w:cs="Times New Roman"/>
          <w:b/>
          <w:bCs/>
          <w:color w:val="000000"/>
          <w:sz w:val="22"/>
        </w:rPr>
        <w:t>și</w:t>
      </w:r>
      <w:proofErr w:type="spellEnd"/>
      <w:r w:rsidRPr="00276B39">
        <w:rPr>
          <w:rFonts w:cs="Times New Roman"/>
          <w:b/>
          <w:bCs/>
          <w:color w:val="000000"/>
          <w:sz w:val="22"/>
        </w:rPr>
        <w:t xml:space="preserve"> </w:t>
      </w:r>
      <w:proofErr w:type="spellStart"/>
      <w:r w:rsidRPr="00276B39">
        <w:rPr>
          <w:rFonts w:cs="Times New Roman"/>
          <w:b/>
          <w:bCs/>
          <w:color w:val="000000"/>
          <w:sz w:val="22"/>
        </w:rPr>
        <w:t>instrumente</w:t>
      </w:r>
      <w:proofErr w:type="spellEnd"/>
      <w:r w:rsidRPr="00276B39">
        <w:rPr>
          <w:rFonts w:cs="Times New Roman"/>
          <w:b/>
          <w:bCs/>
          <w:color w:val="000000"/>
          <w:sz w:val="22"/>
        </w:rPr>
        <w:t xml:space="preserve"> </w:t>
      </w:r>
      <w:proofErr w:type="spellStart"/>
      <w:r w:rsidRPr="00276B39">
        <w:rPr>
          <w:rFonts w:cs="Times New Roman"/>
          <w:b/>
          <w:bCs/>
          <w:color w:val="000000"/>
          <w:sz w:val="22"/>
        </w:rPr>
        <w:t>specifice</w:t>
      </w:r>
      <w:proofErr w:type="spellEnd"/>
      <w:r w:rsidRPr="00276B39">
        <w:rPr>
          <w:rFonts w:cs="Times New Roman"/>
          <w:b/>
          <w:bCs/>
          <w:color w:val="000000"/>
          <w:sz w:val="22"/>
        </w:rPr>
        <w:t xml:space="preserve"> de </w:t>
      </w:r>
      <w:proofErr w:type="spellStart"/>
      <w:r w:rsidRPr="00276B39">
        <w:rPr>
          <w:rFonts w:cs="Times New Roman"/>
          <w:b/>
          <w:bCs/>
          <w:color w:val="000000"/>
          <w:sz w:val="22"/>
        </w:rPr>
        <w:t>atribuire</w:t>
      </w:r>
      <w:proofErr w:type="spellEnd"/>
      <w:r w:rsidRPr="00276B39">
        <w:rPr>
          <w:rFonts w:cs="Times New Roman"/>
          <w:b/>
          <w:bCs/>
          <w:color w:val="000000"/>
          <w:sz w:val="22"/>
        </w:rPr>
        <w:t>:</w:t>
      </w:r>
      <w:r w:rsidR="00A20347" w:rsidRPr="00276B39">
        <w:rPr>
          <w:rFonts w:cs="Times New Roman"/>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CB7340"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20. </w:t>
      </w:r>
      <w:proofErr w:type="spellStart"/>
      <w:r w:rsidRPr="00276B39">
        <w:rPr>
          <w:rFonts w:cs="Times New Roman"/>
          <w:b/>
          <w:color w:val="000000"/>
          <w:sz w:val="22"/>
        </w:rPr>
        <w:t>Motivul</w:t>
      </w:r>
      <w:proofErr w:type="spellEnd"/>
      <w:r w:rsidRPr="00276B39">
        <w:rPr>
          <w:rFonts w:cs="Times New Roman"/>
          <w:b/>
          <w:color w:val="000000"/>
          <w:sz w:val="22"/>
        </w:rPr>
        <w:t xml:space="preserve"> </w:t>
      </w:r>
      <w:proofErr w:type="spellStart"/>
      <w:r w:rsidRPr="00276B39">
        <w:rPr>
          <w:rFonts w:cs="Times New Roman"/>
          <w:b/>
          <w:color w:val="000000"/>
          <w:sz w:val="22"/>
        </w:rPr>
        <w:t>recurgerii</w:t>
      </w:r>
      <w:proofErr w:type="spellEnd"/>
      <w:r w:rsidRPr="00276B39">
        <w:rPr>
          <w:rFonts w:cs="Times New Roman"/>
          <w:b/>
          <w:color w:val="000000"/>
          <w:sz w:val="22"/>
        </w:rPr>
        <w:t xml:space="preserve"> la </w:t>
      </w:r>
      <w:proofErr w:type="spellStart"/>
      <w:r w:rsidRPr="00276B39">
        <w:rPr>
          <w:rFonts w:cs="Times New Roman"/>
          <w:b/>
          <w:color w:val="000000"/>
          <w:sz w:val="22"/>
        </w:rPr>
        <w:t>procedura</w:t>
      </w:r>
      <w:proofErr w:type="spellEnd"/>
      <w:r w:rsidRPr="00276B39">
        <w:rPr>
          <w:rFonts w:cs="Times New Roman"/>
          <w:b/>
          <w:color w:val="000000"/>
          <w:sz w:val="22"/>
        </w:rPr>
        <w:t xml:space="preserve"> </w:t>
      </w:r>
      <w:proofErr w:type="spellStart"/>
      <w:r w:rsidRPr="00276B39">
        <w:rPr>
          <w:rFonts w:cs="Times New Roman"/>
          <w:b/>
          <w:color w:val="000000"/>
          <w:sz w:val="22"/>
        </w:rPr>
        <w:t>accelerată</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803D8D" w:rsidRPr="00276B39" w:rsidRDefault="00374C8A" w:rsidP="00531B9B">
      <w:pPr>
        <w:widowControl w:val="0"/>
        <w:spacing w:after="0" w:line="240" w:lineRule="auto"/>
        <w:jc w:val="both"/>
        <w:rPr>
          <w:rFonts w:cs="Times New Roman"/>
          <w:bCs/>
          <w:sz w:val="22"/>
        </w:rPr>
      </w:pPr>
      <w:r w:rsidRPr="00276B39">
        <w:rPr>
          <w:rFonts w:cs="Times New Roman"/>
          <w:b/>
          <w:color w:val="000000"/>
          <w:sz w:val="22"/>
        </w:rPr>
        <w:t xml:space="preserve">21. </w:t>
      </w:r>
      <w:proofErr w:type="spellStart"/>
      <w:r w:rsidRPr="00276B39">
        <w:rPr>
          <w:rFonts w:cs="Times New Roman"/>
          <w:b/>
          <w:color w:val="000000"/>
          <w:sz w:val="22"/>
        </w:rPr>
        <w:t>Tehnici</w:t>
      </w:r>
      <w:proofErr w:type="spellEnd"/>
      <w:r w:rsidRPr="00276B39">
        <w:rPr>
          <w:rFonts w:cs="Times New Roman"/>
          <w:b/>
          <w:color w:val="000000"/>
          <w:sz w:val="22"/>
        </w:rPr>
        <w:t xml:space="preserve"> </w:t>
      </w:r>
      <w:proofErr w:type="spellStart"/>
      <w:r w:rsidRPr="00276B39">
        <w:rPr>
          <w:rFonts w:cs="Times New Roman"/>
          <w:b/>
          <w:color w:val="000000"/>
          <w:sz w:val="22"/>
        </w:rPr>
        <w:t>și</w:t>
      </w:r>
      <w:proofErr w:type="spellEnd"/>
      <w:r w:rsidRPr="00276B39">
        <w:rPr>
          <w:rFonts w:cs="Times New Roman"/>
          <w:b/>
          <w:color w:val="000000"/>
          <w:sz w:val="22"/>
        </w:rPr>
        <w:t xml:space="preserve"> </w:t>
      </w:r>
      <w:proofErr w:type="spellStart"/>
      <w:r w:rsidRPr="00276B39">
        <w:rPr>
          <w:rFonts w:cs="Times New Roman"/>
          <w:b/>
          <w:color w:val="000000"/>
          <w:sz w:val="22"/>
        </w:rPr>
        <w:t>instrumente</w:t>
      </w:r>
      <w:proofErr w:type="spellEnd"/>
      <w:r w:rsidRPr="00276B39">
        <w:rPr>
          <w:rFonts w:cs="Times New Roman"/>
          <w:b/>
          <w:color w:val="000000"/>
          <w:sz w:val="22"/>
        </w:rPr>
        <w:t xml:space="preserve"> </w:t>
      </w:r>
      <w:proofErr w:type="spellStart"/>
      <w:r w:rsidRPr="00276B39">
        <w:rPr>
          <w:rFonts w:cs="Times New Roman"/>
          <w:b/>
          <w:color w:val="000000"/>
          <w:sz w:val="22"/>
        </w:rPr>
        <w:t>specifice</w:t>
      </w:r>
      <w:proofErr w:type="spellEnd"/>
      <w:r w:rsidRPr="00276B39">
        <w:rPr>
          <w:rFonts w:cs="Times New Roman"/>
          <w:b/>
          <w:color w:val="000000"/>
          <w:sz w:val="22"/>
        </w:rPr>
        <w:t xml:space="preserve"> de </w:t>
      </w:r>
      <w:proofErr w:type="spellStart"/>
      <w:r w:rsidRPr="00276B39">
        <w:rPr>
          <w:rFonts w:cs="Times New Roman"/>
          <w:b/>
          <w:color w:val="000000"/>
          <w:sz w:val="22"/>
        </w:rPr>
        <w:t>atribuire</w:t>
      </w:r>
      <w:proofErr w:type="spellEnd"/>
      <w:r w:rsidRPr="00276B39">
        <w:rPr>
          <w:rFonts w:cs="Times New Roman"/>
          <w:b/>
          <w:color w:val="000000"/>
          <w:sz w:val="22"/>
        </w:rPr>
        <w:t xml:space="preserve">: </w:t>
      </w:r>
      <w:r w:rsidR="00A20347" w:rsidRPr="00276B39">
        <w:rPr>
          <w:rFonts w:cs="Times New Roman"/>
          <w:bCs/>
          <w:color w:val="000000"/>
          <w:sz w:val="22"/>
        </w:rPr>
        <w:t>n</w:t>
      </w:r>
      <w:r w:rsidR="00803D8D" w:rsidRPr="00276B39">
        <w:rPr>
          <w:rFonts w:cs="Times New Roman"/>
          <w:bCs/>
          <w:color w:val="000000"/>
          <w:sz w:val="22"/>
        </w:rPr>
        <w:t xml:space="preserve">u se </w:t>
      </w:r>
      <w:proofErr w:type="spellStart"/>
      <w:r w:rsidR="00803D8D" w:rsidRPr="00276B39">
        <w:rPr>
          <w:rFonts w:cs="Times New Roman"/>
          <w:bCs/>
          <w:color w:val="000000"/>
          <w:sz w:val="22"/>
        </w:rPr>
        <w:t>aplică</w:t>
      </w:r>
      <w:proofErr w:type="spellEnd"/>
      <w:r w:rsidR="00803D8D" w:rsidRPr="00276B39">
        <w:rPr>
          <w:rFonts w:cs="Times New Roman"/>
          <w:bCs/>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22. </w:t>
      </w:r>
      <w:proofErr w:type="spellStart"/>
      <w:r w:rsidRPr="00276B39">
        <w:rPr>
          <w:rFonts w:cs="Times New Roman"/>
          <w:b/>
          <w:color w:val="000000"/>
          <w:sz w:val="22"/>
        </w:rPr>
        <w:t>Condiții</w:t>
      </w:r>
      <w:proofErr w:type="spellEnd"/>
      <w:r w:rsidRPr="00276B39">
        <w:rPr>
          <w:rFonts w:cs="Times New Roman"/>
          <w:b/>
          <w:color w:val="000000"/>
          <w:sz w:val="22"/>
        </w:rPr>
        <w:t xml:space="preserve"> </w:t>
      </w:r>
      <w:proofErr w:type="spellStart"/>
      <w:r w:rsidRPr="00276B39">
        <w:rPr>
          <w:rFonts w:cs="Times New Roman"/>
          <w:b/>
          <w:color w:val="000000"/>
          <w:sz w:val="22"/>
        </w:rPr>
        <w:t>speciale</w:t>
      </w:r>
      <w:proofErr w:type="spellEnd"/>
      <w:r w:rsidRPr="00276B39">
        <w:rPr>
          <w:rFonts w:cs="Times New Roman"/>
          <w:b/>
          <w:color w:val="000000"/>
          <w:sz w:val="22"/>
        </w:rPr>
        <w:t xml:space="preserve"> de care </w:t>
      </w:r>
      <w:proofErr w:type="spellStart"/>
      <w:r w:rsidRPr="00276B39">
        <w:rPr>
          <w:rFonts w:cs="Times New Roman"/>
          <w:b/>
          <w:color w:val="000000"/>
          <w:sz w:val="22"/>
        </w:rPr>
        <w:t>depinde</w:t>
      </w:r>
      <w:proofErr w:type="spellEnd"/>
      <w:r w:rsidRPr="00276B39">
        <w:rPr>
          <w:rFonts w:cs="Times New Roman"/>
          <w:b/>
          <w:color w:val="000000"/>
          <w:sz w:val="22"/>
        </w:rPr>
        <w:t xml:space="preserve"> </w:t>
      </w:r>
      <w:proofErr w:type="spellStart"/>
      <w:r w:rsidRPr="00276B39">
        <w:rPr>
          <w:rFonts w:cs="Times New Roman"/>
          <w:b/>
          <w:color w:val="000000"/>
          <w:sz w:val="22"/>
        </w:rPr>
        <w:t>îndeplinirea</w:t>
      </w:r>
      <w:proofErr w:type="spellEnd"/>
      <w:r w:rsidRPr="00276B39">
        <w:rPr>
          <w:rFonts w:cs="Times New Roman"/>
          <w:b/>
          <w:color w:val="000000"/>
          <w:sz w:val="22"/>
        </w:rPr>
        <w:t xml:space="preserve"> </w:t>
      </w:r>
      <w:proofErr w:type="spellStart"/>
      <w:r w:rsidRPr="00276B39">
        <w:rPr>
          <w:rFonts w:cs="Times New Roman"/>
          <w:b/>
          <w:color w:val="000000"/>
          <w:sz w:val="22"/>
        </w:rPr>
        <w:t>contractului</w:t>
      </w:r>
      <w:proofErr w:type="spellEnd"/>
      <w:r w:rsidRPr="00276B39">
        <w:rPr>
          <w:rFonts w:cs="Times New Roman"/>
          <w:b/>
          <w:color w:val="000000"/>
          <w:sz w:val="22"/>
        </w:rPr>
        <w:t xml:space="preserve">: </w:t>
      </w:r>
      <w:r w:rsidRPr="00D26613">
        <w:rPr>
          <w:rFonts w:cs="Times New Roman"/>
          <w:bCs/>
          <w:color w:val="000000"/>
          <w:sz w:val="22"/>
        </w:rPr>
        <w:t xml:space="preserve">nu se </w:t>
      </w:r>
      <w:proofErr w:type="spellStart"/>
      <w:r w:rsidRPr="00D26613">
        <w:rPr>
          <w:rFonts w:cs="Times New Roman"/>
          <w:bCs/>
          <w:color w:val="000000"/>
          <w:sz w:val="22"/>
        </w:rPr>
        <w:t>aplică</w:t>
      </w:r>
      <w:proofErr w:type="spellEnd"/>
      <w:r w:rsidRPr="00D26613">
        <w:rPr>
          <w:rFonts w:cs="Times New Roman"/>
          <w:bCs/>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23. </w:t>
      </w:r>
      <w:proofErr w:type="spellStart"/>
      <w:r w:rsidRPr="00276B39">
        <w:rPr>
          <w:rFonts w:cs="Times New Roman"/>
          <w:b/>
          <w:color w:val="000000"/>
          <w:sz w:val="22"/>
        </w:rPr>
        <w:t>Ofertele</w:t>
      </w:r>
      <w:proofErr w:type="spellEnd"/>
      <w:r w:rsidRPr="00276B39">
        <w:rPr>
          <w:rFonts w:cs="Times New Roman"/>
          <w:b/>
          <w:color w:val="000000"/>
          <w:sz w:val="22"/>
        </w:rPr>
        <w:t xml:space="preserve"> se </w:t>
      </w:r>
      <w:proofErr w:type="spellStart"/>
      <w:r w:rsidRPr="00276B39">
        <w:rPr>
          <w:rFonts w:cs="Times New Roman"/>
          <w:b/>
          <w:color w:val="000000"/>
          <w:sz w:val="22"/>
        </w:rPr>
        <w:t>prezintă</w:t>
      </w:r>
      <w:proofErr w:type="spellEnd"/>
      <w:r w:rsidRPr="00276B39">
        <w:rPr>
          <w:rFonts w:cs="Times New Roman"/>
          <w:b/>
          <w:color w:val="000000"/>
          <w:sz w:val="22"/>
        </w:rPr>
        <w:t xml:space="preserve">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valută</w:t>
      </w:r>
      <w:proofErr w:type="spellEnd"/>
      <w:r w:rsidRPr="00276B39">
        <w:rPr>
          <w:rFonts w:cs="Times New Roman"/>
          <w:b/>
          <w:color w:val="000000"/>
          <w:sz w:val="22"/>
        </w:rPr>
        <w:t xml:space="preserve">: </w:t>
      </w:r>
      <w:r w:rsidRPr="00276B39">
        <w:rPr>
          <w:rFonts w:cs="Times New Roman"/>
          <w:color w:val="000000"/>
          <w:sz w:val="22"/>
        </w:rPr>
        <w:t>lei MD.</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24. </w:t>
      </w:r>
      <w:proofErr w:type="spellStart"/>
      <w:r w:rsidRPr="00276B39">
        <w:rPr>
          <w:rFonts w:cs="Times New Roman"/>
          <w:b/>
          <w:color w:val="000000"/>
          <w:sz w:val="22"/>
        </w:rPr>
        <w:t>Criteriul</w:t>
      </w:r>
      <w:proofErr w:type="spellEnd"/>
      <w:r w:rsidRPr="00276B39">
        <w:rPr>
          <w:rFonts w:cs="Times New Roman"/>
          <w:b/>
          <w:color w:val="000000"/>
          <w:sz w:val="22"/>
        </w:rPr>
        <w:t xml:space="preserve"> de </w:t>
      </w:r>
      <w:proofErr w:type="spellStart"/>
      <w:r w:rsidRPr="00276B39">
        <w:rPr>
          <w:rFonts w:cs="Times New Roman"/>
          <w:b/>
          <w:color w:val="000000"/>
          <w:sz w:val="22"/>
        </w:rPr>
        <w:t>evaluare</w:t>
      </w:r>
      <w:proofErr w:type="spellEnd"/>
      <w:r w:rsidRPr="00276B39">
        <w:rPr>
          <w:rFonts w:cs="Times New Roman"/>
          <w:b/>
          <w:color w:val="000000"/>
          <w:sz w:val="22"/>
        </w:rPr>
        <w:t xml:space="preserve"> </w:t>
      </w:r>
      <w:proofErr w:type="spellStart"/>
      <w:r w:rsidRPr="00276B39">
        <w:rPr>
          <w:rFonts w:cs="Times New Roman"/>
          <w:b/>
          <w:color w:val="000000"/>
          <w:sz w:val="22"/>
        </w:rPr>
        <w:t>aplicat</w:t>
      </w:r>
      <w:proofErr w:type="spellEnd"/>
      <w:r w:rsidRPr="00276B39">
        <w:rPr>
          <w:rFonts w:cs="Times New Roman"/>
          <w:b/>
          <w:color w:val="000000"/>
          <w:sz w:val="22"/>
        </w:rPr>
        <w:t xml:space="preserve"> </w:t>
      </w:r>
      <w:proofErr w:type="spellStart"/>
      <w:r w:rsidRPr="00276B39">
        <w:rPr>
          <w:rFonts w:cs="Times New Roman"/>
          <w:b/>
          <w:color w:val="000000"/>
          <w:sz w:val="22"/>
        </w:rPr>
        <w:t>pentru</w:t>
      </w:r>
      <w:proofErr w:type="spellEnd"/>
      <w:r w:rsidRPr="00276B39">
        <w:rPr>
          <w:rFonts w:cs="Times New Roman"/>
          <w:b/>
          <w:color w:val="000000"/>
          <w:sz w:val="22"/>
        </w:rPr>
        <w:t xml:space="preserve"> </w:t>
      </w:r>
      <w:proofErr w:type="spellStart"/>
      <w:r w:rsidRPr="00276B39">
        <w:rPr>
          <w:rFonts w:cs="Times New Roman"/>
          <w:b/>
          <w:color w:val="000000"/>
          <w:sz w:val="22"/>
        </w:rPr>
        <w:t>atribuirea</w:t>
      </w:r>
      <w:proofErr w:type="spellEnd"/>
      <w:r w:rsidRPr="00276B39">
        <w:rPr>
          <w:rFonts w:cs="Times New Roman"/>
          <w:b/>
          <w:color w:val="000000"/>
          <w:sz w:val="22"/>
        </w:rPr>
        <w:t xml:space="preserve"> </w:t>
      </w:r>
      <w:proofErr w:type="spellStart"/>
      <w:r w:rsidRPr="00276B39">
        <w:rPr>
          <w:rFonts w:cs="Times New Roman"/>
          <w:b/>
          <w:color w:val="000000"/>
          <w:sz w:val="22"/>
        </w:rPr>
        <w:t>contractului</w:t>
      </w:r>
      <w:proofErr w:type="spellEnd"/>
      <w:r w:rsidRPr="00276B39">
        <w:rPr>
          <w:rFonts w:cs="Times New Roman"/>
          <w:b/>
          <w:color w:val="000000"/>
          <w:sz w:val="22"/>
        </w:rPr>
        <w:t xml:space="preserve">: </w:t>
      </w:r>
      <w:proofErr w:type="spellStart"/>
      <w:r w:rsidRPr="00276B39">
        <w:rPr>
          <w:rFonts w:cs="Times New Roman"/>
          <w:color w:val="000000"/>
          <w:sz w:val="22"/>
        </w:rPr>
        <w:t>prețul</w:t>
      </w:r>
      <w:proofErr w:type="spellEnd"/>
      <w:r w:rsidRPr="00276B39">
        <w:rPr>
          <w:rFonts w:cs="Times New Roman"/>
          <w:color w:val="000000"/>
          <w:sz w:val="22"/>
        </w:rPr>
        <w:t xml:space="preserve"> </w:t>
      </w:r>
      <w:proofErr w:type="spellStart"/>
      <w:r w:rsidRPr="00276B39">
        <w:rPr>
          <w:rFonts w:cs="Times New Roman"/>
          <w:color w:val="000000"/>
          <w:sz w:val="22"/>
        </w:rPr>
        <w:t>cel</w:t>
      </w:r>
      <w:proofErr w:type="spellEnd"/>
      <w:r w:rsidRPr="00276B39">
        <w:rPr>
          <w:rFonts w:cs="Times New Roman"/>
          <w:color w:val="000000"/>
          <w:sz w:val="22"/>
        </w:rPr>
        <w:t xml:space="preserve"> </w:t>
      </w:r>
      <w:proofErr w:type="spellStart"/>
      <w:r w:rsidRPr="00276B39">
        <w:rPr>
          <w:rFonts w:cs="Times New Roman"/>
          <w:color w:val="000000"/>
          <w:sz w:val="22"/>
        </w:rPr>
        <w:t>mai</w:t>
      </w:r>
      <w:proofErr w:type="spellEnd"/>
      <w:r w:rsidRPr="00276B39">
        <w:rPr>
          <w:rFonts w:cs="Times New Roman"/>
          <w:color w:val="000000"/>
          <w:sz w:val="22"/>
        </w:rPr>
        <w:t xml:space="preserve"> </w:t>
      </w:r>
      <w:proofErr w:type="spellStart"/>
      <w:r w:rsidRPr="00276B39">
        <w:rPr>
          <w:rFonts w:cs="Times New Roman"/>
          <w:color w:val="000000"/>
          <w:sz w:val="22"/>
        </w:rPr>
        <w:t>scăzut</w:t>
      </w:r>
      <w:proofErr w:type="spellEnd"/>
      <w:r w:rsidRPr="00276B39">
        <w:rPr>
          <w:rFonts w:cs="Times New Roman"/>
          <w:color w:val="000000"/>
          <w:sz w:val="22"/>
        </w:rPr>
        <w:t xml:space="preserve"> cu </w:t>
      </w:r>
      <w:proofErr w:type="spellStart"/>
      <w:r w:rsidRPr="00276B39">
        <w:rPr>
          <w:rFonts w:cs="Times New Roman"/>
          <w:color w:val="000000"/>
          <w:sz w:val="22"/>
        </w:rPr>
        <w:t>corespunderea</w:t>
      </w:r>
      <w:proofErr w:type="spellEnd"/>
      <w:r w:rsidRPr="00276B39">
        <w:rPr>
          <w:rFonts w:cs="Times New Roman"/>
          <w:color w:val="000000"/>
          <w:sz w:val="22"/>
        </w:rPr>
        <w:t xml:space="preserve"> </w:t>
      </w:r>
      <w:proofErr w:type="spellStart"/>
      <w:r w:rsidRPr="00276B39">
        <w:rPr>
          <w:rFonts w:cs="Times New Roman"/>
          <w:color w:val="000000"/>
          <w:sz w:val="22"/>
        </w:rPr>
        <w:lastRenderedPageBreak/>
        <w:t>tuturor</w:t>
      </w:r>
      <w:proofErr w:type="spellEnd"/>
      <w:r w:rsidRPr="00276B39">
        <w:rPr>
          <w:rFonts w:cs="Times New Roman"/>
          <w:color w:val="000000"/>
          <w:sz w:val="22"/>
        </w:rPr>
        <w:t xml:space="preserve"> </w:t>
      </w:r>
      <w:proofErr w:type="spellStart"/>
      <w:r w:rsidRPr="00276B39">
        <w:rPr>
          <w:rFonts w:cs="Times New Roman"/>
          <w:color w:val="000000"/>
          <w:sz w:val="22"/>
        </w:rPr>
        <w:t>cerințelor</w:t>
      </w:r>
      <w:proofErr w:type="spellEnd"/>
      <w:r w:rsidRPr="00276B39">
        <w:rPr>
          <w:rFonts w:cs="Times New Roman"/>
          <w:color w:val="000000"/>
          <w:sz w:val="22"/>
        </w:rPr>
        <w:t xml:space="preserve"> </w:t>
      </w:r>
      <w:proofErr w:type="spellStart"/>
      <w:r w:rsidRPr="00276B39">
        <w:rPr>
          <w:rFonts w:cs="Times New Roman"/>
          <w:color w:val="000000"/>
          <w:sz w:val="22"/>
        </w:rPr>
        <w:t>obligatorii</w:t>
      </w:r>
      <w:proofErr w:type="spellEnd"/>
      <w:r w:rsidRPr="00276B39">
        <w:rPr>
          <w:rFonts w:cs="Times New Roman"/>
          <w:color w:val="000000"/>
          <w:sz w:val="22"/>
        </w:rPr>
        <w:t xml:space="preserve"> solicitate </w:t>
      </w:r>
      <w:proofErr w:type="spellStart"/>
      <w:r w:rsidRPr="00276B39">
        <w:rPr>
          <w:rFonts w:cs="Times New Roman"/>
          <w:color w:val="000000"/>
          <w:sz w:val="22"/>
        </w:rPr>
        <w:t>privind</w:t>
      </w:r>
      <w:proofErr w:type="spellEnd"/>
      <w:r w:rsidRPr="00276B39">
        <w:rPr>
          <w:rFonts w:cs="Times New Roman"/>
          <w:color w:val="000000"/>
          <w:sz w:val="22"/>
        </w:rPr>
        <w:t xml:space="preserve"> </w:t>
      </w:r>
      <w:proofErr w:type="spellStart"/>
      <w:r w:rsidRPr="00276B39">
        <w:rPr>
          <w:rFonts w:cs="Times New Roman"/>
          <w:color w:val="000000"/>
          <w:sz w:val="22"/>
        </w:rPr>
        <w:t>obiectul</w:t>
      </w:r>
      <w:proofErr w:type="spellEnd"/>
      <w:r w:rsidRPr="00276B39">
        <w:rPr>
          <w:rFonts w:cs="Times New Roman"/>
          <w:color w:val="000000"/>
          <w:sz w:val="22"/>
        </w:rPr>
        <w:t xml:space="preserve"> </w:t>
      </w:r>
      <w:proofErr w:type="spellStart"/>
      <w:r w:rsidRPr="00276B39">
        <w:rPr>
          <w:rFonts w:cs="Times New Roman"/>
          <w:color w:val="000000"/>
          <w:sz w:val="22"/>
        </w:rPr>
        <w:t>achiziției</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25. </w:t>
      </w:r>
      <w:proofErr w:type="spellStart"/>
      <w:r w:rsidRPr="00276B39">
        <w:rPr>
          <w:rFonts w:cs="Times New Roman"/>
          <w:b/>
          <w:color w:val="000000"/>
          <w:sz w:val="22"/>
        </w:rPr>
        <w:t>Factorii</w:t>
      </w:r>
      <w:proofErr w:type="spellEnd"/>
      <w:r w:rsidRPr="00276B39">
        <w:rPr>
          <w:rFonts w:cs="Times New Roman"/>
          <w:b/>
          <w:color w:val="000000"/>
          <w:sz w:val="22"/>
        </w:rPr>
        <w:t xml:space="preserve"> de </w:t>
      </w:r>
      <w:proofErr w:type="spellStart"/>
      <w:r w:rsidRPr="00276B39">
        <w:rPr>
          <w:rFonts w:cs="Times New Roman"/>
          <w:b/>
          <w:color w:val="000000"/>
          <w:sz w:val="22"/>
        </w:rPr>
        <w:t>evaluare</w:t>
      </w:r>
      <w:proofErr w:type="spellEnd"/>
      <w:r w:rsidRPr="00276B39">
        <w:rPr>
          <w:rFonts w:cs="Times New Roman"/>
          <w:b/>
          <w:color w:val="000000"/>
          <w:sz w:val="22"/>
        </w:rPr>
        <w:t xml:space="preserve"> </w:t>
      </w:r>
      <w:proofErr w:type="gramStart"/>
      <w:r w:rsidRPr="00276B39">
        <w:rPr>
          <w:rFonts w:cs="Times New Roman"/>
          <w:b/>
          <w:color w:val="000000"/>
          <w:sz w:val="22"/>
        </w:rPr>
        <w:t>a</w:t>
      </w:r>
      <w:proofErr w:type="gramEnd"/>
      <w:r w:rsidRPr="00276B39">
        <w:rPr>
          <w:rFonts w:cs="Times New Roman"/>
          <w:b/>
          <w:color w:val="000000"/>
          <w:sz w:val="22"/>
        </w:rPr>
        <w:t xml:space="preserve"> </w:t>
      </w:r>
      <w:proofErr w:type="spellStart"/>
      <w:r w:rsidRPr="00276B39">
        <w:rPr>
          <w:rFonts w:cs="Times New Roman"/>
          <w:b/>
          <w:color w:val="000000"/>
          <w:sz w:val="22"/>
        </w:rPr>
        <w:t>ofertei</w:t>
      </w:r>
      <w:proofErr w:type="spellEnd"/>
      <w:r w:rsidRPr="00276B39">
        <w:rPr>
          <w:rFonts w:cs="Times New Roman"/>
          <w:b/>
          <w:color w:val="000000"/>
          <w:sz w:val="22"/>
        </w:rPr>
        <w:t xml:space="preserve"> </w:t>
      </w:r>
      <w:proofErr w:type="spellStart"/>
      <w:r w:rsidRPr="00276B39">
        <w:rPr>
          <w:rFonts w:cs="Times New Roman"/>
          <w:b/>
          <w:color w:val="000000"/>
          <w:sz w:val="22"/>
        </w:rPr>
        <w:t>celei</w:t>
      </w:r>
      <w:proofErr w:type="spellEnd"/>
      <w:r w:rsidRPr="00276B39">
        <w:rPr>
          <w:rFonts w:cs="Times New Roman"/>
          <w:b/>
          <w:color w:val="000000"/>
          <w:sz w:val="22"/>
        </w:rPr>
        <w:t xml:space="preserve"> </w:t>
      </w:r>
      <w:proofErr w:type="spellStart"/>
      <w:r w:rsidRPr="00276B39">
        <w:rPr>
          <w:rFonts w:cs="Times New Roman"/>
          <w:b/>
          <w:color w:val="000000"/>
          <w:sz w:val="22"/>
        </w:rPr>
        <w:t>mai</w:t>
      </w:r>
      <w:proofErr w:type="spellEnd"/>
      <w:r w:rsidRPr="00276B39">
        <w:rPr>
          <w:rFonts w:cs="Times New Roman"/>
          <w:b/>
          <w:color w:val="000000"/>
          <w:sz w:val="22"/>
        </w:rPr>
        <w:t xml:space="preserve"> </w:t>
      </w:r>
      <w:proofErr w:type="spellStart"/>
      <w:r w:rsidRPr="00276B39">
        <w:rPr>
          <w:rFonts w:cs="Times New Roman"/>
          <w:b/>
          <w:color w:val="000000"/>
          <w:sz w:val="22"/>
        </w:rPr>
        <w:t>avantajoase</w:t>
      </w:r>
      <w:proofErr w:type="spellEnd"/>
      <w:r w:rsidRPr="00276B39">
        <w:rPr>
          <w:rFonts w:cs="Times New Roman"/>
          <w:b/>
          <w:color w:val="000000"/>
          <w:sz w:val="22"/>
        </w:rPr>
        <w:t xml:space="preserve"> din </w:t>
      </w:r>
      <w:proofErr w:type="spellStart"/>
      <w:r w:rsidRPr="00276B39">
        <w:rPr>
          <w:rFonts w:cs="Times New Roman"/>
          <w:b/>
          <w:color w:val="000000"/>
          <w:sz w:val="22"/>
        </w:rPr>
        <w:t>punct</w:t>
      </w:r>
      <w:proofErr w:type="spellEnd"/>
      <w:r w:rsidRPr="00276B39">
        <w:rPr>
          <w:rFonts w:cs="Times New Roman"/>
          <w:b/>
          <w:color w:val="000000"/>
          <w:sz w:val="22"/>
        </w:rPr>
        <w:t xml:space="preserve"> de </w:t>
      </w:r>
      <w:proofErr w:type="spellStart"/>
      <w:r w:rsidRPr="00276B39">
        <w:rPr>
          <w:rFonts w:cs="Times New Roman"/>
          <w:b/>
          <w:color w:val="000000"/>
          <w:sz w:val="22"/>
        </w:rPr>
        <w:t>vedere</w:t>
      </w:r>
      <w:proofErr w:type="spellEnd"/>
      <w:r w:rsidRPr="00276B39">
        <w:rPr>
          <w:rFonts w:cs="Times New Roman"/>
          <w:b/>
          <w:color w:val="000000"/>
          <w:sz w:val="22"/>
        </w:rPr>
        <w:t xml:space="preserve"> economic, precum </w:t>
      </w:r>
      <w:proofErr w:type="spellStart"/>
      <w:r w:rsidRPr="00276B39">
        <w:rPr>
          <w:rFonts w:cs="Times New Roman"/>
          <w:b/>
          <w:color w:val="000000"/>
          <w:sz w:val="22"/>
        </w:rPr>
        <w:t>și</w:t>
      </w:r>
      <w:proofErr w:type="spellEnd"/>
      <w:r w:rsidRPr="00276B39">
        <w:rPr>
          <w:rFonts w:cs="Times New Roman"/>
          <w:b/>
          <w:color w:val="000000"/>
          <w:sz w:val="22"/>
        </w:rPr>
        <w:t xml:space="preserve"> </w:t>
      </w:r>
      <w:proofErr w:type="spellStart"/>
      <w:r w:rsidRPr="00276B39">
        <w:rPr>
          <w:rFonts w:cs="Times New Roman"/>
          <w:b/>
          <w:color w:val="000000"/>
          <w:sz w:val="22"/>
        </w:rPr>
        <w:t>ponderile</w:t>
      </w:r>
      <w:proofErr w:type="spellEnd"/>
      <w:r w:rsidRPr="00276B39">
        <w:rPr>
          <w:rFonts w:cs="Times New Roman"/>
          <w:b/>
          <w:color w:val="000000"/>
          <w:sz w:val="22"/>
        </w:rPr>
        <w:t xml:space="preserve"> </w:t>
      </w:r>
      <w:proofErr w:type="spellStart"/>
      <w:r w:rsidRPr="00276B39">
        <w:rPr>
          <w:rFonts w:cs="Times New Roman"/>
          <w:b/>
          <w:color w:val="000000"/>
          <w:sz w:val="22"/>
        </w:rPr>
        <w:t>lor</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26. </w:t>
      </w:r>
      <w:proofErr w:type="spellStart"/>
      <w:r w:rsidRPr="00276B39">
        <w:rPr>
          <w:rFonts w:cs="Times New Roman"/>
          <w:b/>
          <w:color w:val="000000"/>
          <w:sz w:val="22"/>
        </w:rPr>
        <w:t>Termenul</w:t>
      </w:r>
      <w:proofErr w:type="spellEnd"/>
      <w:r w:rsidRPr="00276B39">
        <w:rPr>
          <w:rFonts w:cs="Times New Roman"/>
          <w:b/>
          <w:color w:val="000000"/>
          <w:sz w:val="22"/>
        </w:rPr>
        <w:t xml:space="preserve"> </w:t>
      </w:r>
      <w:proofErr w:type="spellStart"/>
      <w:r w:rsidRPr="00276B39">
        <w:rPr>
          <w:rFonts w:cs="Times New Roman"/>
          <w:b/>
          <w:color w:val="000000"/>
          <w:sz w:val="22"/>
        </w:rPr>
        <w:t>limită</w:t>
      </w:r>
      <w:proofErr w:type="spellEnd"/>
      <w:r w:rsidRPr="00276B39">
        <w:rPr>
          <w:rFonts w:cs="Times New Roman"/>
          <w:b/>
          <w:color w:val="000000"/>
          <w:sz w:val="22"/>
        </w:rPr>
        <w:t xml:space="preserve"> de </w:t>
      </w:r>
      <w:proofErr w:type="spellStart"/>
      <w:r w:rsidRPr="00276B39">
        <w:rPr>
          <w:rFonts w:cs="Times New Roman"/>
          <w:b/>
          <w:color w:val="000000"/>
          <w:sz w:val="22"/>
        </w:rPr>
        <w:t>depunere</w:t>
      </w:r>
      <w:proofErr w:type="spellEnd"/>
      <w:r w:rsidRPr="00276B39">
        <w:rPr>
          <w:rFonts w:cs="Times New Roman"/>
          <w:b/>
          <w:color w:val="000000"/>
          <w:sz w:val="22"/>
        </w:rPr>
        <w:t>/</w:t>
      </w:r>
      <w:proofErr w:type="spellStart"/>
      <w:r w:rsidRPr="00276B39">
        <w:rPr>
          <w:rFonts w:cs="Times New Roman"/>
          <w:b/>
          <w:color w:val="000000"/>
          <w:sz w:val="22"/>
        </w:rPr>
        <w:t>deschidere</w:t>
      </w:r>
      <w:proofErr w:type="spellEnd"/>
      <w:r w:rsidRPr="00276B39">
        <w:rPr>
          <w:rFonts w:cs="Times New Roman"/>
          <w:b/>
          <w:color w:val="000000"/>
          <w:sz w:val="22"/>
        </w:rPr>
        <w:t xml:space="preserve"> </w:t>
      </w:r>
      <w:proofErr w:type="gramStart"/>
      <w:r w:rsidRPr="00276B39">
        <w:rPr>
          <w:rFonts w:cs="Times New Roman"/>
          <w:b/>
          <w:color w:val="000000"/>
          <w:sz w:val="22"/>
        </w:rPr>
        <w:t>a</w:t>
      </w:r>
      <w:proofErr w:type="gramEnd"/>
      <w:r w:rsidRPr="00276B39">
        <w:rPr>
          <w:rFonts w:cs="Times New Roman"/>
          <w:b/>
          <w:color w:val="000000"/>
          <w:sz w:val="22"/>
        </w:rPr>
        <w:t xml:space="preserve"> </w:t>
      </w:r>
      <w:proofErr w:type="spellStart"/>
      <w:r w:rsidRPr="00276B39">
        <w:rPr>
          <w:rFonts w:cs="Times New Roman"/>
          <w:b/>
          <w:color w:val="000000"/>
          <w:sz w:val="22"/>
        </w:rPr>
        <w:t>ofertelor</w:t>
      </w:r>
      <w:proofErr w:type="spellEnd"/>
      <w:r w:rsidRPr="00276B39">
        <w:rPr>
          <w:rFonts w:cs="Times New Roman"/>
          <w:b/>
          <w:color w:val="000000"/>
          <w:sz w:val="22"/>
        </w:rPr>
        <w:t xml:space="preserve">: </w:t>
      </w:r>
      <w:r w:rsidRPr="00276B39">
        <w:rPr>
          <w:rFonts w:cs="Times New Roman"/>
          <w:color w:val="000000"/>
          <w:sz w:val="22"/>
        </w:rPr>
        <w:t>conform SIA RSAP.</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27. </w:t>
      </w:r>
      <w:proofErr w:type="spellStart"/>
      <w:r w:rsidRPr="00276B39">
        <w:rPr>
          <w:rFonts w:cs="Times New Roman"/>
          <w:b/>
          <w:color w:val="000000"/>
          <w:sz w:val="22"/>
        </w:rPr>
        <w:t>Adresa</w:t>
      </w:r>
      <w:proofErr w:type="spellEnd"/>
      <w:r w:rsidRPr="00276B39">
        <w:rPr>
          <w:rFonts w:cs="Times New Roman"/>
          <w:b/>
          <w:color w:val="000000"/>
          <w:sz w:val="22"/>
        </w:rPr>
        <w:t xml:space="preserve"> la care </w:t>
      </w:r>
      <w:proofErr w:type="spellStart"/>
      <w:r w:rsidRPr="00276B39">
        <w:rPr>
          <w:rFonts w:cs="Times New Roman"/>
          <w:b/>
          <w:color w:val="000000"/>
          <w:sz w:val="22"/>
        </w:rPr>
        <w:t>trebuie</w:t>
      </w:r>
      <w:proofErr w:type="spellEnd"/>
      <w:r w:rsidRPr="00276B39">
        <w:rPr>
          <w:rFonts w:cs="Times New Roman"/>
          <w:b/>
          <w:color w:val="000000"/>
          <w:sz w:val="22"/>
        </w:rPr>
        <w:t xml:space="preserve"> </w:t>
      </w:r>
      <w:proofErr w:type="spellStart"/>
      <w:r w:rsidRPr="00276B39">
        <w:rPr>
          <w:rFonts w:cs="Times New Roman"/>
          <w:b/>
          <w:color w:val="000000"/>
          <w:sz w:val="22"/>
        </w:rPr>
        <w:t>transmise</w:t>
      </w:r>
      <w:proofErr w:type="spellEnd"/>
      <w:r w:rsidRPr="00276B39">
        <w:rPr>
          <w:rFonts w:cs="Times New Roman"/>
          <w:b/>
          <w:color w:val="000000"/>
          <w:sz w:val="22"/>
        </w:rPr>
        <w:t xml:space="preserve"> </w:t>
      </w:r>
      <w:proofErr w:type="spellStart"/>
      <w:r w:rsidRPr="00276B39">
        <w:rPr>
          <w:rFonts w:cs="Times New Roman"/>
          <w:b/>
          <w:color w:val="000000"/>
          <w:sz w:val="22"/>
        </w:rPr>
        <w:t>ofertele</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cererile</w:t>
      </w:r>
      <w:proofErr w:type="spellEnd"/>
      <w:r w:rsidRPr="00276B39">
        <w:rPr>
          <w:rFonts w:cs="Times New Roman"/>
          <w:b/>
          <w:color w:val="000000"/>
          <w:sz w:val="22"/>
        </w:rPr>
        <w:t xml:space="preserve"> de </w:t>
      </w:r>
      <w:proofErr w:type="spellStart"/>
      <w:r w:rsidRPr="00276B39">
        <w:rPr>
          <w:rFonts w:cs="Times New Roman"/>
          <w:b/>
          <w:color w:val="000000"/>
          <w:sz w:val="22"/>
        </w:rPr>
        <w:t>participare</w:t>
      </w:r>
      <w:proofErr w:type="spellEnd"/>
      <w:r w:rsidRPr="00276B39">
        <w:rPr>
          <w:rFonts w:cs="Times New Roman"/>
          <w:b/>
          <w:color w:val="000000"/>
          <w:sz w:val="22"/>
        </w:rPr>
        <w:t xml:space="preserve">: </w:t>
      </w:r>
      <w:proofErr w:type="spellStart"/>
      <w:r w:rsidRPr="00276B39">
        <w:rPr>
          <w:rFonts w:cs="Times New Roman"/>
          <w:color w:val="000000"/>
          <w:sz w:val="22"/>
        </w:rPr>
        <w:t>Ofertele</w:t>
      </w:r>
      <w:proofErr w:type="spellEnd"/>
      <w:r w:rsidRPr="00276B39">
        <w:rPr>
          <w:rFonts w:cs="Times New Roman"/>
          <w:color w:val="000000"/>
          <w:sz w:val="22"/>
        </w:rPr>
        <w:t xml:space="preserve"> </w:t>
      </w:r>
      <w:proofErr w:type="spellStart"/>
      <w:r w:rsidRPr="00276B39">
        <w:rPr>
          <w:rFonts w:cs="Times New Roman"/>
          <w:color w:val="000000"/>
          <w:sz w:val="22"/>
        </w:rPr>
        <w:t>sau</w:t>
      </w:r>
      <w:proofErr w:type="spellEnd"/>
      <w:r w:rsidRPr="00276B39">
        <w:rPr>
          <w:rFonts w:cs="Times New Roman"/>
          <w:color w:val="000000"/>
          <w:sz w:val="22"/>
        </w:rPr>
        <w:t xml:space="preserve"> </w:t>
      </w:r>
      <w:proofErr w:type="spellStart"/>
      <w:r w:rsidRPr="00276B39">
        <w:rPr>
          <w:rFonts w:cs="Times New Roman"/>
          <w:color w:val="000000"/>
          <w:sz w:val="22"/>
        </w:rPr>
        <w:t>cererile</w:t>
      </w:r>
      <w:proofErr w:type="spellEnd"/>
      <w:r w:rsidRPr="00276B39">
        <w:rPr>
          <w:rFonts w:cs="Times New Roman"/>
          <w:color w:val="000000"/>
          <w:sz w:val="22"/>
        </w:rPr>
        <w:t xml:space="preserve"> de </w:t>
      </w:r>
      <w:proofErr w:type="spellStart"/>
      <w:r w:rsidRPr="00276B39">
        <w:rPr>
          <w:rFonts w:cs="Times New Roman"/>
          <w:color w:val="000000"/>
          <w:sz w:val="22"/>
        </w:rPr>
        <w:t>participare</w:t>
      </w:r>
      <w:proofErr w:type="spellEnd"/>
      <w:r w:rsidRPr="00276B39">
        <w:rPr>
          <w:rFonts w:cs="Times New Roman"/>
          <w:color w:val="000000"/>
          <w:sz w:val="22"/>
        </w:rPr>
        <w:t xml:space="preserve"> </w:t>
      </w:r>
      <w:proofErr w:type="spellStart"/>
      <w:r w:rsidRPr="00276B39">
        <w:rPr>
          <w:rFonts w:cs="Times New Roman"/>
          <w:color w:val="000000"/>
          <w:sz w:val="22"/>
        </w:rPr>
        <w:t>vor</w:t>
      </w:r>
      <w:proofErr w:type="spellEnd"/>
      <w:r w:rsidRPr="00276B39">
        <w:rPr>
          <w:rFonts w:cs="Times New Roman"/>
          <w:color w:val="000000"/>
          <w:sz w:val="22"/>
        </w:rPr>
        <w:t xml:space="preserve"> fi </w:t>
      </w:r>
      <w:proofErr w:type="spellStart"/>
      <w:r w:rsidRPr="00276B39">
        <w:rPr>
          <w:rFonts w:cs="Times New Roman"/>
          <w:color w:val="000000"/>
          <w:sz w:val="22"/>
        </w:rPr>
        <w:t>depuse</w:t>
      </w:r>
      <w:proofErr w:type="spellEnd"/>
      <w:r w:rsidRPr="00276B39">
        <w:rPr>
          <w:rFonts w:cs="Times New Roman"/>
          <w:color w:val="000000"/>
          <w:sz w:val="22"/>
        </w:rPr>
        <w:t xml:space="preserve"> electronic </w:t>
      </w:r>
      <w:proofErr w:type="spellStart"/>
      <w:r w:rsidRPr="00276B39">
        <w:rPr>
          <w:rFonts w:cs="Times New Roman"/>
          <w:color w:val="000000"/>
          <w:sz w:val="22"/>
        </w:rPr>
        <w:t>prin</w:t>
      </w:r>
      <w:proofErr w:type="spellEnd"/>
      <w:r w:rsidRPr="00276B39">
        <w:rPr>
          <w:rFonts w:cs="Times New Roman"/>
          <w:color w:val="000000"/>
          <w:sz w:val="22"/>
        </w:rPr>
        <w:t xml:space="preserve"> </w:t>
      </w:r>
      <w:proofErr w:type="spellStart"/>
      <w:r w:rsidRPr="00276B39">
        <w:rPr>
          <w:rFonts w:cs="Times New Roman"/>
          <w:color w:val="000000"/>
          <w:sz w:val="22"/>
        </w:rPr>
        <w:t>intermediul</w:t>
      </w:r>
      <w:proofErr w:type="spellEnd"/>
      <w:r w:rsidRPr="00276B39">
        <w:rPr>
          <w:rFonts w:cs="Times New Roman"/>
          <w:color w:val="000000"/>
          <w:sz w:val="22"/>
        </w:rPr>
        <w:t xml:space="preserve"> SIA RSAP.</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28. </w:t>
      </w:r>
      <w:proofErr w:type="spellStart"/>
      <w:r w:rsidRPr="00276B39">
        <w:rPr>
          <w:rFonts w:cs="Times New Roman"/>
          <w:b/>
          <w:color w:val="000000"/>
          <w:sz w:val="22"/>
        </w:rPr>
        <w:t>Termenul</w:t>
      </w:r>
      <w:proofErr w:type="spellEnd"/>
      <w:r w:rsidRPr="00276B39">
        <w:rPr>
          <w:rFonts w:cs="Times New Roman"/>
          <w:b/>
          <w:color w:val="000000"/>
          <w:sz w:val="22"/>
        </w:rPr>
        <w:t xml:space="preserve"> de </w:t>
      </w:r>
      <w:proofErr w:type="spellStart"/>
      <w:r w:rsidRPr="00276B39">
        <w:rPr>
          <w:rFonts w:cs="Times New Roman"/>
          <w:b/>
          <w:color w:val="000000"/>
          <w:sz w:val="22"/>
        </w:rPr>
        <w:t>valabilitate</w:t>
      </w:r>
      <w:proofErr w:type="spellEnd"/>
      <w:r w:rsidRPr="00276B39">
        <w:rPr>
          <w:rFonts w:cs="Times New Roman"/>
          <w:b/>
          <w:color w:val="000000"/>
          <w:sz w:val="22"/>
        </w:rPr>
        <w:t xml:space="preserve"> </w:t>
      </w:r>
      <w:proofErr w:type="gramStart"/>
      <w:r w:rsidRPr="00276B39">
        <w:rPr>
          <w:rFonts w:cs="Times New Roman"/>
          <w:b/>
          <w:color w:val="000000"/>
          <w:sz w:val="22"/>
        </w:rPr>
        <w:t>a</w:t>
      </w:r>
      <w:proofErr w:type="gramEnd"/>
      <w:r w:rsidRPr="00276B39">
        <w:rPr>
          <w:rFonts w:cs="Times New Roman"/>
          <w:b/>
          <w:color w:val="000000"/>
          <w:sz w:val="22"/>
        </w:rPr>
        <w:t xml:space="preserve"> </w:t>
      </w:r>
      <w:proofErr w:type="spellStart"/>
      <w:r w:rsidRPr="00276B39">
        <w:rPr>
          <w:rFonts w:cs="Times New Roman"/>
          <w:b/>
          <w:color w:val="000000"/>
          <w:sz w:val="22"/>
        </w:rPr>
        <w:t>ofertelor</w:t>
      </w:r>
      <w:proofErr w:type="spellEnd"/>
      <w:r w:rsidRPr="00276B39">
        <w:rPr>
          <w:rFonts w:cs="Times New Roman"/>
          <w:b/>
          <w:color w:val="000000"/>
          <w:sz w:val="22"/>
        </w:rPr>
        <w:t xml:space="preserve">: </w:t>
      </w:r>
      <w:r w:rsidRPr="00276B39">
        <w:rPr>
          <w:rFonts w:cs="Times New Roman"/>
          <w:bCs/>
          <w:color w:val="000000"/>
          <w:sz w:val="22"/>
        </w:rPr>
        <w:t xml:space="preserve">60 </w:t>
      </w:r>
      <w:proofErr w:type="spellStart"/>
      <w:r w:rsidRPr="00276B39">
        <w:rPr>
          <w:rFonts w:cs="Times New Roman"/>
          <w:bCs/>
          <w:color w:val="000000"/>
          <w:sz w:val="22"/>
        </w:rPr>
        <w:t>zile</w:t>
      </w:r>
      <w:proofErr w:type="spellEnd"/>
      <w:r w:rsidRPr="00276B39">
        <w:rPr>
          <w:rFonts w:cs="Times New Roman"/>
          <w:bCs/>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29. </w:t>
      </w:r>
      <w:proofErr w:type="spellStart"/>
      <w:r w:rsidRPr="00276B39">
        <w:rPr>
          <w:rFonts w:cs="Times New Roman"/>
          <w:b/>
          <w:color w:val="000000"/>
          <w:sz w:val="22"/>
        </w:rPr>
        <w:t>Locul</w:t>
      </w:r>
      <w:proofErr w:type="spellEnd"/>
      <w:r w:rsidRPr="00276B39">
        <w:rPr>
          <w:rFonts w:cs="Times New Roman"/>
          <w:b/>
          <w:color w:val="000000"/>
          <w:sz w:val="22"/>
        </w:rPr>
        <w:t xml:space="preserve"> </w:t>
      </w:r>
      <w:proofErr w:type="spellStart"/>
      <w:r w:rsidRPr="00276B39">
        <w:rPr>
          <w:rFonts w:cs="Times New Roman"/>
          <w:b/>
          <w:color w:val="000000"/>
          <w:sz w:val="22"/>
        </w:rPr>
        <w:t>deschiderii</w:t>
      </w:r>
      <w:proofErr w:type="spellEnd"/>
      <w:r w:rsidRPr="00276B39">
        <w:rPr>
          <w:rFonts w:cs="Times New Roman"/>
          <w:b/>
          <w:color w:val="000000"/>
          <w:sz w:val="22"/>
        </w:rPr>
        <w:t xml:space="preserve"> </w:t>
      </w:r>
      <w:proofErr w:type="spellStart"/>
      <w:r w:rsidRPr="00276B39">
        <w:rPr>
          <w:rFonts w:cs="Times New Roman"/>
          <w:b/>
          <w:color w:val="000000"/>
          <w:sz w:val="22"/>
        </w:rPr>
        <w:t>ofertelor</w:t>
      </w:r>
      <w:proofErr w:type="spellEnd"/>
      <w:r w:rsidRPr="00276B39">
        <w:rPr>
          <w:rFonts w:cs="Times New Roman"/>
          <w:b/>
          <w:color w:val="000000"/>
          <w:sz w:val="22"/>
        </w:rPr>
        <w:t xml:space="preserve">: </w:t>
      </w:r>
      <w:r w:rsidRPr="00276B39">
        <w:rPr>
          <w:rFonts w:cs="Times New Roman"/>
          <w:color w:val="000000"/>
          <w:sz w:val="22"/>
        </w:rPr>
        <w:t xml:space="preserve">SIA RSAP, </w:t>
      </w:r>
      <w:proofErr w:type="spellStart"/>
      <w:r w:rsidRPr="00276B39">
        <w:rPr>
          <w:rFonts w:cs="Times New Roman"/>
          <w:color w:val="000000"/>
          <w:sz w:val="22"/>
        </w:rPr>
        <w:t>platforma</w:t>
      </w:r>
      <w:proofErr w:type="spellEnd"/>
      <w:r w:rsidRPr="00276B39">
        <w:rPr>
          <w:rFonts w:cs="Times New Roman"/>
          <w:color w:val="000000"/>
          <w:sz w:val="22"/>
        </w:rPr>
        <w:t xml:space="preserve"> achiziții.md. </w:t>
      </w:r>
      <w:proofErr w:type="spellStart"/>
      <w:r w:rsidRPr="00276B39">
        <w:rPr>
          <w:rFonts w:cs="Times New Roman"/>
          <w:color w:val="000000"/>
          <w:sz w:val="22"/>
        </w:rPr>
        <w:t>Ofertele</w:t>
      </w:r>
      <w:proofErr w:type="spellEnd"/>
      <w:r w:rsidRPr="00276B39">
        <w:rPr>
          <w:rFonts w:cs="Times New Roman"/>
          <w:color w:val="000000"/>
          <w:sz w:val="22"/>
        </w:rPr>
        <w:t xml:space="preserve"> </w:t>
      </w:r>
      <w:proofErr w:type="spellStart"/>
      <w:r w:rsidRPr="00276B39">
        <w:rPr>
          <w:rFonts w:cs="Times New Roman"/>
          <w:color w:val="000000"/>
          <w:sz w:val="22"/>
        </w:rPr>
        <w:t>întârziate</w:t>
      </w:r>
      <w:proofErr w:type="spellEnd"/>
      <w:r w:rsidRPr="00276B39">
        <w:rPr>
          <w:rFonts w:cs="Times New Roman"/>
          <w:color w:val="000000"/>
          <w:sz w:val="22"/>
        </w:rPr>
        <w:t xml:space="preserve"> </w:t>
      </w:r>
      <w:proofErr w:type="spellStart"/>
      <w:r w:rsidRPr="00276B39">
        <w:rPr>
          <w:rFonts w:cs="Times New Roman"/>
          <w:color w:val="000000"/>
          <w:sz w:val="22"/>
        </w:rPr>
        <w:t>vor</w:t>
      </w:r>
      <w:proofErr w:type="spellEnd"/>
      <w:r w:rsidRPr="00276B39">
        <w:rPr>
          <w:rFonts w:cs="Times New Roman"/>
          <w:color w:val="000000"/>
          <w:sz w:val="22"/>
        </w:rPr>
        <w:t xml:space="preserve"> fi </w:t>
      </w:r>
      <w:proofErr w:type="spellStart"/>
      <w:r w:rsidRPr="00276B39">
        <w:rPr>
          <w:rFonts w:cs="Times New Roman"/>
          <w:color w:val="000000"/>
          <w:sz w:val="22"/>
        </w:rPr>
        <w:t>respinse</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30. </w:t>
      </w:r>
      <w:proofErr w:type="spellStart"/>
      <w:r w:rsidRPr="00276B39">
        <w:rPr>
          <w:rFonts w:cs="Times New Roman"/>
          <w:b/>
          <w:color w:val="000000"/>
          <w:sz w:val="22"/>
        </w:rPr>
        <w:t>Persoanele</w:t>
      </w:r>
      <w:proofErr w:type="spellEnd"/>
      <w:r w:rsidRPr="00276B39">
        <w:rPr>
          <w:rFonts w:cs="Times New Roman"/>
          <w:b/>
          <w:color w:val="000000"/>
          <w:sz w:val="22"/>
        </w:rPr>
        <w:t xml:space="preserve"> </w:t>
      </w:r>
      <w:proofErr w:type="spellStart"/>
      <w:r w:rsidRPr="00276B39">
        <w:rPr>
          <w:rFonts w:cs="Times New Roman"/>
          <w:b/>
          <w:color w:val="000000"/>
          <w:sz w:val="22"/>
        </w:rPr>
        <w:t>autorizate</w:t>
      </w:r>
      <w:proofErr w:type="spellEnd"/>
      <w:r w:rsidRPr="00276B39">
        <w:rPr>
          <w:rFonts w:cs="Times New Roman"/>
          <w:b/>
          <w:color w:val="000000"/>
          <w:sz w:val="22"/>
        </w:rPr>
        <w:t xml:space="preserve"> </w:t>
      </w:r>
      <w:proofErr w:type="spellStart"/>
      <w:r w:rsidRPr="00276B39">
        <w:rPr>
          <w:rFonts w:cs="Times New Roman"/>
          <w:b/>
          <w:color w:val="000000"/>
          <w:sz w:val="22"/>
        </w:rPr>
        <w:t>să</w:t>
      </w:r>
      <w:proofErr w:type="spellEnd"/>
      <w:r w:rsidRPr="00276B39">
        <w:rPr>
          <w:rFonts w:cs="Times New Roman"/>
          <w:b/>
          <w:color w:val="000000"/>
          <w:sz w:val="22"/>
        </w:rPr>
        <w:t xml:space="preserve"> </w:t>
      </w:r>
      <w:proofErr w:type="spellStart"/>
      <w:r w:rsidRPr="00276B39">
        <w:rPr>
          <w:rFonts w:cs="Times New Roman"/>
          <w:b/>
          <w:color w:val="000000"/>
          <w:sz w:val="22"/>
        </w:rPr>
        <w:t>asiste</w:t>
      </w:r>
      <w:proofErr w:type="spellEnd"/>
      <w:r w:rsidRPr="00276B39">
        <w:rPr>
          <w:rFonts w:cs="Times New Roman"/>
          <w:b/>
          <w:color w:val="000000"/>
          <w:sz w:val="22"/>
        </w:rPr>
        <w:t xml:space="preserve"> la </w:t>
      </w:r>
      <w:proofErr w:type="spellStart"/>
      <w:r w:rsidRPr="00276B39">
        <w:rPr>
          <w:rFonts w:cs="Times New Roman"/>
          <w:b/>
          <w:color w:val="000000"/>
          <w:sz w:val="22"/>
        </w:rPr>
        <w:t>deschiderea</w:t>
      </w:r>
      <w:proofErr w:type="spellEnd"/>
      <w:r w:rsidRPr="00276B39">
        <w:rPr>
          <w:rFonts w:cs="Times New Roman"/>
          <w:b/>
          <w:color w:val="000000"/>
          <w:sz w:val="22"/>
        </w:rPr>
        <w:t xml:space="preserve"> </w:t>
      </w:r>
      <w:proofErr w:type="spellStart"/>
      <w:r w:rsidRPr="00276B39">
        <w:rPr>
          <w:rFonts w:cs="Times New Roman"/>
          <w:b/>
          <w:color w:val="000000"/>
          <w:sz w:val="22"/>
        </w:rPr>
        <w:t>ofertelor</w:t>
      </w:r>
      <w:proofErr w:type="spellEnd"/>
      <w:r w:rsidRPr="00276B39">
        <w:rPr>
          <w:rFonts w:cs="Times New Roman"/>
          <w:b/>
          <w:color w:val="000000"/>
          <w:sz w:val="22"/>
        </w:rPr>
        <w:t xml:space="preserve">: </w:t>
      </w:r>
      <w:proofErr w:type="spellStart"/>
      <w:r w:rsidRPr="00276B39">
        <w:rPr>
          <w:rFonts w:cs="Times New Roman"/>
          <w:color w:val="000000"/>
          <w:sz w:val="22"/>
        </w:rPr>
        <w:t>Ofertanții</w:t>
      </w:r>
      <w:proofErr w:type="spellEnd"/>
      <w:r w:rsidRPr="00276B39">
        <w:rPr>
          <w:rFonts w:cs="Times New Roman"/>
          <w:color w:val="000000"/>
          <w:sz w:val="22"/>
        </w:rPr>
        <w:t xml:space="preserve"> </w:t>
      </w:r>
      <w:proofErr w:type="spellStart"/>
      <w:r w:rsidRPr="00276B39">
        <w:rPr>
          <w:rFonts w:cs="Times New Roman"/>
          <w:color w:val="000000"/>
          <w:sz w:val="22"/>
        </w:rPr>
        <w:t>sau</w:t>
      </w:r>
      <w:proofErr w:type="spellEnd"/>
      <w:r w:rsidRPr="00276B39">
        <w:rPr>
          <w:rFonts w:cs="Times New Roman"/>
          <w:color w:val="000000"/>
          <w:sz w:val="22"/>
        </w:rPr>
        <w:t xml:space="preserve"> </w:t>
      </w:r>
      <w:proofErr w:type="spellStart"/>
      <w:r w:rsidRPr="00276B39">
        <w:rPr>
          <w:rFonts w:cs="Times New Roman"/>
          <w:color w:val="000000"/>
          <w:sz w:val="22"/>
        </w:rPr>
        <w:t>reprezentanții</w:t>
      </w:r>
      <w:proofErr w:type="spellEnd"/>
      <w:r w:rsidRPr="00276B39">
        <w:rPr>
          <w:rFonts w:cs="Times New Roman"/>
          <w:color w:val="000000"/>
          <w:sz w:val="22"/>
        </w:rPr>
        <w:t xml:space="preserve"> </w:t>
      </w:r>
      <w:proofErr w:type="spellStart"/>
      <w:r w:rsidRPr="00276B39">
        <w:rPr>
          <w:rFonts w:cs="Times New Roman"/>
          <w:color w:val="000000"/>
          <w:sz w:val="22"/>
        </w:rPr>
        <w:t>acestora</w:t>
      </w:r>
      <w:proofErr w:type="spellEnd"/>
      <w:r w:rsidRPr="00276B39">
        <w:rPr>
          <w:rFonts w:cs="Times New Roman"/>
          <w:color w:val="000000"/>
          <w:sz w:val="22"/>
        </w:rPr>
        <w:t xml:space="preserve"> au </w:t>
      </w:r>
      <w:proofErr w:type="spellStart"/>
      <w:r w:rsidRPr="00276B39">
        <w:rPr>
          <w:rFonts w:cs="Times New Roman"/>
          <w:color w:val="000000"/>
          <w:sz w:val="22"/>
        </w:rPr>
        <w:t>dreptul</w:t>
      </w:r>
      <w:proofErr w:type="spellEnd"/>
      <w:r w:rsidRPr="00276B39">
        <w:rPr>
          <w:rFonts w:cs="Times New Roman"/>
          <w:color w:val="000000"/>
          <w:sz w:val="22"/>
        </w:rPr>
        <w:t xml:space="preserve"> </w:t>
      </w:r>
      <w:proofErr w:type="spellStart"/>
      <w:r w:rsidRPr="00276B39">
        <w:rPr>
          <w:rFonts w:cs="Times New Roman"/>
          <w:color w:val="000000"/>
          <w:sz w:val="22"/>
        </w:rPr>
        <w:t>să</w:t>
      </w:r>
      <w:proofErr w:type="spellEnd"/>
      <w:r w:rsidRPr="00276B39">
        <w:rPr>
          <w:rFonts w:cs="Times New Roman"/>
          <w:color w:val="000000"/>
          <w:sz w:val="22"/>
        </w:rPr>
        <w:t xml:space="preserve"> </w:t>
      </w:r>
      <w:proofErr w:type="spellStart"/>
      <w:r w:rsidRPr="00276B39">
        <w:rPr>
          <w:rFonts w:cs="Times New Roman"/>
          <w:color w:val="000000"/>
          <w:sz w:val="22"/>
        </w:rPr>
        <w:t>participe</w:t>
      </w:r>
      <w:proofErr w:type="spellEnd"/>
      <w:r w:rsidRPr="00276B39">
        <w:rPr>
          <w:rFonts w:cs="Times New Roman"/>
          <w:color w:val="000000"/>
          <w:sz w:val="22"/>
        </w:rPr>
        <w:t xml:space="preserve"> la </w:t>
      </w:r>
      <w:proofErr w:type="spellStart"/>
      <w:r w:rsidRPr="00276B39">
        <w:rPr>
          <w:rFonts w:cs="Times New Roman"/>
          <w:color w:val="000000"/>
          <w:sz w:val="22"/>
        </w:rPr>
        <w:t>deschiderea</w:t>
      </w:r>
      <w:proofErr w:type="spellEnd"/>
      <w:r w:rsidRPr="00276B39">
        <w:rPr>
          <w:rFonts w:cs="Times New Roman"/>
          <w:color w:val="000000"/>
          <w:sz w:val="22"/>
        </w:rPr>
        <w:t xml:space="preserve"> </w:t>
      </w:r>
      <w:proofErr w:type="spellStart"/>
      <w:r w:rsidRPr="00276B39">
        <w:rPr>
          <w:rFonts w:cs="Times New Roman"/>
          <w:color w:val="000000"/>
          <w:sz w:val="22"/>
        </w:rPr>
        <w:t>ofertelor</w:t>
      </w:r>
      <w:proofErr w:type="spellEnd"/>
      <w:r w:rsidRPr="00276B39">
        <w:rPr>
          <w:rFonts w:cs="Times New Roman"/>
          <w:color w:val="000000"/>
          <w:sz w:val="22"/>
        </w:rPr>
        <w:t xml:space="preserve">, cu </w:t>
      </w:r>
      <w:proofErr w:type="spellStart"/>
      <w:r w:rsidRPr="00276B39">
        <w:rPr>
          <w:rFonts w:cs="Times New Roman"/>
          <w:color w:val="000000"/>
          <w:sz w:val="22"/>
        </w:rPr>
        <w:t>excepția</w:t>
      </w:r>
      <w:proofErr w:type="spellEnd"/>
      <w:r w:rsidRPr="00276B39">
        <w:rPr>
          <w:rFonts w:cs="Times New Roman"/>
          <w:color w:val="000000"/>
          <w:sz w:val="22"/>
        </w:rPr>
        <w:t xml:space="preserve"> </w:t>
      </w:r>
      <w:proofErr w:type="spellStart"/>
      <w:r w:rsidRPr="00276B39">
        <w:rPr>
          <w:rFonts w:cs="Times New Roman"/>
          <w:color w:val="000000"/>
          <w:sz w:val="22"/>
        </w:rPr>
        <w:t>cazului</w:t>
      </w:r>
      <w:proofErr w:type="spellEnd"/>
      <w:r w:rsidRPr="00276B39">
        <w:rPr>
          <w:rFonts w:cs="Times New Roman"/>
          <w:color w:val="000000"/>
          <w:sz w:val="22"/>
        </w:rPr>
        <w:t xml:space="preserve"> </w:t>
      </w:r>
      <w:proofErr w:type="spellStart"/>
      <w:r w:rsidRPr="00276B39">
        <w:rPr>
          <w:rFonts w:cs="Times New Roman"/>
          <w:color w:val="000000"/>
          <w:sz w:val="22"/>
        </w:rPr>
        <w:t>când</w:t>
      </w:r>
      <w:proofErr w:type="spellEnd"/>
      <w:r w:rsidRPr="00276B39">
        <w:rPr>
          <w:rFonts w:cs="Times New Roman"/>
          <w:color w:val="000000"/>
          <w:sz w:val="22"/>
        </w:rPr>
        <w:t xml:space="preserve"> </w:t>
      </w:r>
      <w:proofErr w:type="spellStart"/>
      <w:r w:rsidRPr="00276B39">
        <w:rPr>
          <w:rFonts w:cs="Times New Roman"/>
          <w:color w:val="000000"/>
          <w:sz w:val="22"/>
        </w:rPr>
        <w:t>ofertele</w:t>
      </w:r>
      <w:proofErr w:type="spellEnd"/>
      <w:r w:rsidRPr="00276B39">
        <w:rPr>
          <w:rFonts w:cs="Times New Roman"/>
          <w:color w:val="000000"/>
          <w:sz w:val="22"/>
        </w:rPr>
        <w:t xml:space="preserve"> au </w:t>
      </w:r>
      <w:proofErr w:type="spellStart"/>
      <w:r w:rsidRPr="00276B39">
        <w:rPr>
          <w:rFonts w:cs="Times New Roman"/>
          <w:color w:val="000000"/>
          <w:sz w:val="22"/>
        </w:rPr>
        <w:t>fost</w:t>
      </w:r>
      <w:proofErr w:type="spellEnd"/>
      <w:r w:rsidRPr="00276B39">
        <w:rPr>
          <w:rFonts w:cs="Times New Roman"/>
          <w:color w:val="000000"/>
          <w:sz w:val="22"/>
        </w:rPr>
        <w:t xml:space="preserve"> </w:t>
      </w:r>
      <w:proofErr w:type="spellStart"/>
      <w:r w:rsidRPr="00276B39">
        <w:rPr>
          <w:rFonts w:cs="Times New Roman"/>
          <w:color w:val="000000"/>
          <w:sz w:val="22"/>
        </w:rPr>
        <w:t>depuse</w:t>
      </w:r>
      <w:proofErr w:type="spellEnd"/>
      <w:r w:rsidRPr="00276B39">
        <w:rPr>
          <w:rFonts w:cs="Times New Roman"/>
          <w:color w:val="000000"/>
          <w:sz w:val="22"/>
        </w:rPr>
        <w:t xml:space="preserve"> </w:t>
      </w:r>
      <w:proofErr w:type="spellStart"/>
      <w:r w:rsidRPr="00276B39">
        <w:rPr>
          <w:rFonts w:cs="Times New Roman"/>
          <w:color w:val="000000"/>
          <w:sz w:val="22"/>
        </w:rPr>
        <w:t>prin</w:t>
      </w:r>
      <w:proofErr w:type="spellEnd"/>
      <w:r w:rsidRPr="00276B39">
        <w:rPr>
          <w:rFonts w:cs="Times New Roman"/>
          <w:color w:val="000000"/>
          <w:sz w:val="22"/>
        </w:rPr>
        <w:t xml:space="preserve"> SIA RSAP.</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31. </w:t>
      </w:r>
      <w:proofErr w:type="spellStart"/>
      <w:r w:rsidRPr="00276B39">
        <w:rPr>
          <w:rFonts w:cs="Times New Roman"/>
          <w:b/>
          <w:color w:val="000000"/>
          <w:sz w:val="22"/>
        </w:rPr>
        <w:t>Limba</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limbile</w:t>
      </w:r>
      <w:proofErr w:type="spellEnd"/>
      <w:r w:rsidRPr="00276B39">
        <w:rPr>
          <w:rFonts w:cs="Times New Roman"/>
          <w:b/>
          <w:color w:val="000000"/>
          <w:sz w:val="22"/>
        </w:rPr>
        <w:t xml:space="preserve"> </w:t>
      </w:r>
      <w:proofErr w:type="spellStart"/>
      <w:r w:rsidRPr="00276B39">
        <w:rPr>
          <w:rFonts w:cs="Times New Roman"/>
          <w:b/>
          <w:color w:val="000000"/>
          <w:sz w:val="22"/>
        </w:rPr>
        <w:t>în</w:t>
      </w:r>
      <w:proofErr w:type="spellEnd"/>
      <w:r w:rsidRPr="00276B39">
        <w:rPr>
          <w:rFonts w:cs="Times New Roman"/>
          <w:b/>
          <w:color w:val="000000"/>
          <w:sz w:val="22"/>
        </w:rPr>
        <w:t xml:space="preserve"> care </w:t>
      </w:r>
      <w:proofErr w:type="spellStart"/>
      <w:r w:rsidRPr="00276B39">
        <w:rPr>
          <w:rFonts w:cs="Times New Roman"/>
          <w:b/>
          <w:color w:val="000000"/>
          <w:sz w:val="22"/>
        </w:rPr>
        <w:t>trebuie</w:t>
      </w:r>
      <w:proofErr w:type="spellEnd"/>
      <w:r w:rsidRPr="00276B39">
        <w:rPr>
          <w:rFonts w:cs="Times New Roman"/>
          <w:b/>
          <w:color w:val="000000"/>
          <w:sz w:val="22"/>
        </w:rPr>
        <w:t xml:space="preserve"> </w:t>
      </w:r>
      <w:proofErr w:type="spellStart"/>
      <w:r w:rsidRPr="00276B39">
        <w:rPr>
          <w:rFonts w:cs="Times New Roman"/>
          <w:b/>
          <w:color w:val="000000"/>
          <w:sz w:val="22"/>
        </w:rPr>
        <w:t>redactate</w:t>
      </w:r>
      <w:proofErr w:type="spellEnd"/>
      <w:r w:rsidRPr="00276B39">
        <w:rPr>
          <w:rFonts w:cs="Times New Roman"/>
          <w:b/>
          <w:color w:val="000000"/>
          <w:sz w:val="22"/>
        </w:rPr>
        <w:t xml:space="preserve"> </w:t>
      </w:r>
      <w:proofErr w:type="spellStart"/>
      <w:r w:rsidRPr="00276B39">
        <w:rPr>
          <w:rFonts w:cs="Times New Roman"/>
          <w:b/>
          <w:color w:val="000000"/>
          <w:sz w:val="22"/>
        </w:rPr>
        <w:t>ofertele</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cererile</w:t>
      </w:r>
      <w:proofErr w:type="spellEnd"/>
      <w:r w:rsidRPr="00276B39">
        <w:rPr>
          <w:rFonts w:cs="Times New Roman"/>
          <w:b/>
          <w:color w:val="000000"/>
          <w:sz w:val="22"/>
        </w:rPr>
        <w:t xml:space="preserve"> de </w:t>
      </w:r>
      <w:proofErr w:type="spellStart"/>
      <w:r w:rsidRPr="00276B39">
        <w:rPr>
          <w:rFonts w:cs="Times New Roman"/>
          <w:b/>
          <w:color w:val="000000"/>
          <w:sz w:val="22"/>
        </w:rPr>
        <w:t>participare</w:t>
      </w:r>
      <w:proofErr w:type="spellEnd"/>
      <w:r w:rsidRPr="00276B39">
        <w:rPr>
          <w:rFonts w:cs="Times New Roman"/>
          <w:b/>
          <w:color w:val="000000"/>
          <w:sz w:val="22"/>
        </w:rPr>
        <w:t xml:space="preserve">: </w:t>
      </w:r>
      <w:proofErr w:type="spellStart"/>
      <w:r w:rsidRPr="00276B39">
        <w:rPr>
          <w:rFonts w:cs="Times New Roman"/>
          <w:color w:val="000000"/>
          <w:sz w:val="22"/>
        </w:rPr>
        <w:t>limba</w:t>
      </w:r>
      <w:proofErr w:type="spellEnd"/>
      <w:r w:rsidRPr="00276B39">
        <w:rPr>
          <w:rFonts w:cs="Times New Roman"/>
          <w:color w:val="000000"/>
          <w:sz w:val="22"/>
        </w:rPr>
        <w:t xml:space="preserve"> de stat.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32. </w:t>
      </w:r>
      <w:proofErr w:type="spellStart"/>
      <w:r w:rsidRPr="00276B39">
        <w:rPr>
          <w:rFonts w:cs="Times New Roman"/>
          <w:b/>
          <w:color w:val="000000"/>
          <w:sz w:val="22"/>
        </w:rPr>
        <w:t>Semnarea</w:t>
      </w:r>
      <w:proofErr w:type="spellEnd"/>
      <w:r w:rsidRPr="00276B39">
        <w:rPr>
          <w:rFonts w:cs="Times New Roman"/>
          <w:b/>
          <w:color w:val="000000"/>
          <w:sz w:val="22"/>
        </w:rPr>
        <w:t xml:space="preserve"> </w:t>
      </w:r>
      <w:proofErr w:type="spellStart"/>
      <w:r w:rsidRPr="00276B39">
        <w:rPr>
          <w:rFonts w:cs="Times New Roman"/>
          <w:b/>
          <w:color w:val="000000"/>
          <w:sz w:val="22"/>
        </w:rPr>
        <w:t>contractului</w:t>
      </w:r>
      <w:proofErr w:type="spellEnd"/>
      <w:r w:rsidRPr="00276B39">
        <w:rPr>
          <w:rFonts w:cs="Times New Roman"/>
          <w:b/>
          <w:color w:val="000000"/>
          <w:sz w:val="22"/>
        </w:rPr>
        <w:t xml:space="preserve">: </w:t>
      </w:r>
      <w:proofErr w:type="spellStart"/>
      <w:r w:rsidRPr="00276B39">
        <w:rPr>
          <w:rFonts w:cs="Times New Roman"/>
          <w:color w:val="000000"/>
          <w:sz w:val="22"/>
        </w:rPr>
        <w:t>în</w:t>
      </w:r>
      <w:proofErr w:type="spellEnd"/>
      <w:r w:rsidRPr="00276B39">
        <w:rPr>
          <w:rFonts w:cs="Times New Roman"/>
          <w:color w:val="000000"/>
          <w:sz w:val="22"/>
        </w:rPr>
        <w:t xml:space="preserve"> </w:t>
      </w:r>
      <w:proofErr w:type="spellStart"/>
      <w:r w:rsidRPr="00276B39">
        <w:rPr>
          <w:rFonts w:cs="Times New Roman"/>
          <w:color w:val="000000"/>
          <w:sz w:val="22"/>
        </w:rPr>
        <w:t>termen</w:t>
      </w:r>
      <w:proofErr w:type="spellEnd"/>
      <w:r w:rsidRPr="00276B39">
        <w:rPr>
          <w:rFonts w:cs="Times New Roman"/>
          <w:color w:val="000000"/>
          <w:sz w:val="22"/>
        </w:rPr>
        <w:t xml:space="preserve"> de 2 </w:t>
      </w:r>
      <w:proofErr w:type="spellStart"/>
      <w:r w:rsidRPr="00276B39">
        <w:rPr>
          <w:rFonts w:cs="Times New Roman"/>
          <w:color w:val="000000"/>
          <w:sz w:val="22"/>
        </w:rPr>
        <w:t>zile</w:t>
      </w:r>
      <w:proofErr w:type="spellEnd"/>
      <w:r w:rsidRPr="00276B39">
        <w:rPr>
          <w:rFonts w:cs="Times New Roman"/>
          <w:color w:val="000000"/>
          <w:sz w:val="22"/>
        </w:rPr>
        <w:t xml:space="preserve"> de la </w:t>
      </w:r>
      <w:proofErr w:type="spellStart"/>
      <w:r w:rsidRPr="00276B39">
        <w:rPr>
          <w:rFonts w:cs="Times New Roman"/>
          <w:color w:val="000000"/>
          <w:sz w:val="22"/>
        </w:rPr>
        <w:t>transmiterea</w:t>
      </w:r>
      <w:proofErr w:type="spellEnd"/>
      <w:r w:rsidRPr="00276B39">
        <w:rPr>
          <w:rFonts w:cs="Times New Roman"/>
          <w:color w:val="000000"/>
          <w:sz w:val="22"/>
        </w:rPr>
        <w:t xml:space="preserve"> </w:t>
      </w:r>
      <w:proofErr w:type="spellStart"/>
      <w:r w:rsidRPr="00276B39">
        <w:rPr>
          <w:rFonts w:cs="Times New Roman"/>
          <w:color w:val="000000"/>
          <w:sz w:val="22"/>
        </w:rPr>
        <w:t>contractului</w:t>
      </w:r>
      <w:proofErr w:type="spellEnd"/>
      <w:r w:rsidRPr="00276B39">
        <w:rPr>
          <w:rFonts w:cs="Times New Roman"/>
          <w:color w:val="000000"/>
          <w:sz w:val="22"/>
        </w:rPr>
        <w:t xml:space="preserve"> </w:t>
      </w:r>
      <w:proofErr w:type="spellStart"/>
      <w:r w:rsidRPr="00276B39">
        <w:rPr>
          <w:rFonts w:cs="Times New Roman"/>
          <w:color w:val="000000"/>
          <w:sz w:val="22"/>
        </w:rPr>
        <w:t>spre</w:t>
      </w:r>
      <w:proofErr w:type="spellEnd"/>
      <w:r w:rsidRPr="00276B39">
        <w:rPr>
          <w:rFonts w:cs="Times New Roman"/>
          <w:color w:val="000000"/>
          <w:sz w:val="22"/>
        </w:rPr>
        <w:t xml:space="preserve"> </w:t>
      </w:r>
      <w:proofErr w:type="spellStart"/>
      <w:r w:rsidRPr="00276B39">
        <w:rPr>
          <w:rFonts w:cs="Times New Roman"/>
          <w:color w:val="000000"/>
          <w:sz w:val="22"/>
        </w:rPr>
        <w:t>semnare</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33. </w:t>
      </w:r>
      <w:proofErr w:type="spellStart"/>
      <w:r w:rsidRPr="00276B39">
        <w:rPr>
          <w:rFonts w:cs="Times New Roman"/>
          <w:b/>
          <w:color w:val="000000"/>
          <w:sz w:val="22"/>
        </w:rPr>
        <w:t>Respectivul</w:t>
      </w:r>
      <w:proofErr w:type="spellEnd"/>
      <w:r w:rsidRPr="00276B39">
        <w:rPr>
          <w:rFonts w:cs="Times New Roman"/>
          <w:b/>
          <w:color w:val="000000"/>
          <w:sz w:val="22"/>
        </w:rPr>
        <w:t xml:space="preserve"> contract se </w:t>
      </w:r>
      <w:proofErr w:type="spellStart"/>
      <w:r w:rsidRPr="00276B39">
        <w:rPr>
          <w:rFonts w:cs="Times New Roman"/>
          <w:b/>
          <w:color w:val="000000"/>
          <w:sz w:val="22"/>
        </w:rPr>
        <w:t>referă</w:t>
      </w:r>
      <w:proofErr w:type="spellEnd"/>
      <w:r w:rsidRPr="00276B39">
        <w:rPr>
          <w:rFonts w:cs="Times New Roman"/>
          <w:b/>
          <w:color w:val="000000"/>
          <w:sz w:val="22"/>
        </w:rPr>
        <w:t xml:space="preserve"> la un </w:t>
      </w:r>
      <w:proofErr w:type="spellStart"/>
      <w:r w:rsidRPr="00276B39">
        <w:rPr>
          <w:rFonts w:cs="Times New Roman"/>
          <w:b/>
          <w:color w:val="000000"/>
          <w:sz w:val="22"/>
        </w:rPr>
        <w:t>proiect</w:t>
      </w:r>
      <w:proofErr w:type="spellEnd"/>
      <w:r w:rsidRPr="00276B39">
        <w:rPr>
          <w:rFonts w:cs="Times New Roman"/>
          <w:b/>
          <w:color w:val="000000"/>
          <w:sz w:val="22"/>
        </w:rPr>
        <w:t xml:space="preserve"> </w:t>
      </w:r>
      <w:proofErr w:type="spellStart"/>
      <w:r w:rsidRPr="00276B39">
        <w:rPr>
          <w:rFonts w:cs="Times New Roman"/>
          <w:b/>
          <w:color w:val="000000"/>
          <w:sz w:val="22"/>
        </w:rPr>
        <w:t>și</w:t>
      </w:r>
      <w:proofErr w:type="spellEnd"/>
      <w:r w:rsidRPr="00276B39">
        <w:rPr>
          <w:rFonts w:cs="Times New Roman"/>
          <w:b/>
          <w:color w:val="000000"/>
          <w:sz w:val="22"/>
        </w:rPr>
        <w:t>/</w:t>
      </w:r>
      <w:proofErr w:type="spellStart"/>
      <w:r w:rsidRPr="00276B39">
        <w:rPr>
          <w:rFonts w:cs="Times New Roman"/>
          <w:b/>
          <w:color w:val="000000"/>
          <w:sz w:val="22"/>
        </w:rPr>
        <w:t>sau</w:t>
      </w:r>
      <w:proofErr w:type="spellEnd"/>
      <w:r w:rsidRPr="00276B39">
        <w:rPr>
          <w:rFonts w:cs="Times New Roman"/>
          <w:b/>
          <w:color w:val="000000"/>
          <w:sz w:val="22"/>
        </w:rPr>
        <w:t xml:space="preserve"> program </w:t>
      </w:r>
      <w:proofErr w:type="spellStart"/>
      <w:r w:rsidRPr="00276B39">
        <w:rPr>
          <w:rFonts w:cs="Times New Roman"/>
          <w:b/>
          <w:color w:val="000000"/>
          <w:sz w:val="22"/>
        </w:rPr>
        <w:t>finanțat</w:t>
      </w:r>
      <w:proofErr w:type="spellEnd"/>
      <w:r w:rsidRPr="00276B39">
        <w:rPr>
          <w:rFonts w:cs="Times New Roman"/>
          <w:b/>
          <w:color w:val="000000"/>
          <w:sz w:val="22"/>
        </w:rPr>
        <w:t xml:space="preserve"> din </w:t>
      </w:r>
      <w:proofErr w:type="spellStart"/>
      <w:r w:rsidRPr="00276B39">
        <w:rPr>
          <w:rFonts w:cs="Times New Roman"/>
          <w:b/>
          <w:color w:val="000000"/>
          <w:sz w:val="22"/>
        </w:rPr>
        <w:t>fonduri</w:t>
      </w:r>
      <w:proofErr w:type="spellEnd"/>
      <w:r w:rsidRPr="00276B39">
        <w:rPr>
          <w:rFonts w:cs="Times New Roman"/>
          <w:b/>
          <w:color w:val="000000"/>
          <w:sz w:val="22"/>
        </w:rPr>
        <w:t xml:space="preserve"> ale </w:t>
      </w:r>
      <w:proofErr w:type="spellStart"/>
      <w:r w:rsidRPr="00276B39">
        <w:rPr>
          <w:rFonts w:cs="Times New Roman"/>
          <w:b/>
          <w:color w:val="000000"/>
          <w:sz w:val="22"/>
        </w:rPr>
        <w:t>Uniunii</w:t>
      </w:r>
      <w:proofErr w:type="spellEnd"/>
      <w:r w:rsidRPr="00276B39">
        <w:rPr>
          <w:rFonts w:cs="Times New Roman"/>
          <w:b/>
          <w:color w:val="000000"/>
          <w:sz w:val="22"/>
        </w:rPr>
        <w:t xml:space="preserve"> </w:t>
      </w:r>
      <w:proofErr w:type="spellStart"/>
      <w:r w:rsidRPr="00276B39">
        <w:rPr>
          <w:rFonts w:cs="Times New Roman"/>
          <w:b/>
          <w:color w:val="000000"/>
          <w:sz w:val="22"/>
        </w:rPr>
        <w:t>Europene</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34. </w:t>
      </w:r>
      <w:proofErr w:type="spellStart"/>
      <w:r w:rsidRPr="00276B39">
        <w:rPr>
          <w:rFonts w:cs="Times New Roman"/>
          <w:b/>
          <w:color w:val="000000"/>
          <w:sz w:val="22"/>
        </w:rPr>
        <w:t>Denumirea</w:t>
      </w:r>
      <w:proofErr w:type="spellEnd"/>
      <w:r w:rsidRPr="00276B39">
        <w:rPr>
          <w:rFonts w:cs="Times New Roman"/>
          <w:b/>
          <w:color w:val="000000"/>
          <w:sz w:val="22"/>
        </w:rPr>
        <w:t xml:space="preserve"> </w:t>
      </w:r>
      <w:proofErr w:type="spellStart"/>
      <w:r w:rsidRPr="00276B39">
        <w:rPr>
          <w:rFonts w:cs="Times New Roman"/>
          <w:b/>
          <w:color w:val="000000"/>
          <w:sz w:val="22"/>
        </w:rPr>
        <w:t>și</w:t>
      </w:r>
      <w:proofErr w:type="spellEnd"/>
      <w:r w:rsidRPr="00276B39">
        <w:rPr>
          <w:rFonts w:cs="Times New Roman"/>
          <w:b/>
          <w:color w:val="000000"/>
          <w:sz w:val="22"/>
        </w:rPr>
        <w:t xml:space="preserve"> </w:t>
      </w:r>
      <w:proofErr w:type="spellStart"/>
      <w:r w:rsidRPr="00276B39">
        <w:rPr>
          <w:rFonts w:cs="Times New Roman"/>
          <w:b/>
          <w:color w:val="000000"/>
          <w:sz w:val="22"/>
        </w:rPr>
        <w:t>adresa</w:t>
      </w:r>
      <w:proofErr w:type="spellEnd"/>
      <w:r w:rsidRPr="00276B39">
        <w:rPr>
          <w:rFonts w:cs="Times New Roman"/>
          <w:b/>
          <w:color w:val="000000"/>
          <w:sz w:val="22"/>
        </w:rPr>
        <w:t xml:space="preserve"> </w:t>
      </w:r>
      <w:proofErr w:type="spellStart"/>
      <w:r w:rsidRPr="00276B39">
        <w:rPr>
          <w:rFonts w:cs="Times New Roman"/>
          <w:b/>
          <w:color w:val="000000"/>
          <w:sz w:val="22"/>
        </w:rPr>
        <w:t>organismului</w:t>
      </w:r>
      <w:proofErr w:type="spellEnd"/>
      <w:r w:rsidRPr="00276B39">
        <w:rPr>
          <w:rFonts w:cs="Times New Roman"/>
          <w:b/>
          <w:color w:val="000000"/>
          <w:sz w:val="22"/>
        </w:rPr>
        <w:t xml:space="preserve"> competent de </w:t>
      </w:r>
      <w:proofErr w:type="spellStart"/>
      <w:r w:rsidRPr="00276B39">
        <w:rPr>
          <w:rFonts w:cs="Times New Roman"/>
          <w:b/>
          <w:color w:val="000000"/>
          <w:sz w:val="22"/>
        </w:rPr>
        <w:t>soluționare</w:t>
      </w:r>
      <w:proofErr w:type="spellEnd"/>
      <w:r w:rsidRPr="00276B39">
        <w:rPr>
          <w:rFonts w:cs="Times New Roman"/>
          <w:b/>
          <w:color w:val="000000"/>
          <w:sz w:val="22"/>
        </w:rPr>
        <w:t xml:space="preserve"> a </w:t>
      </w:r>
      <w:proofErr w:type="spellStart"/>
      <w:r w:rsidRPr="00276B39">
        <w:rPr>
          <w:rFonts w:cs="Times New Roman"/>
          <w:b/>
          <w:color w:val="000000"/>
          <w:sz w:val="22"/>
        </w:rPr>
        <w:t>contestațiilor</w:t>
      </w:r>
      <w:proofErr w:type="spellEnd"/>
      <w:r w:rsidRPr="00276B39">
        <w:rPr>
          <w:rFonts w:cs="Times New Roman"/>
          <w:b/>
          <w:color w:val="000000"/>
          <w:sz w:val="22"/>
        </w:rPr>
        <w:t xml:space="preserve">: </w:t>
      </w:r>
      <w:proofErr w:type="spellStart"/>
      <w:r w:rsidRPr="00276B39">
        <w:rPr>
          <w:rFonts w:cs="Times New Roman"/>
          <w:color w:val="000000"/>
          <w:sz w:val="22"/>
        </w:rPr>
        <w:t>Agenția</w:t>
      </w:r>
      <w:proofErr w:type="spellEnd"/>
      <w:r w:rsidRPr="00276B39">
        <w:rPr>
          <w:rFonts w:cs="Times New Roman"/>
          <w:color w:val="000000"/>
          <w:sz w:val="22"/>
        </w:rPr>
        <w:t xml:space="preserve"> </w:t>
      </w:r>
      <w:proofErr w:type="spellStart"/>
      <w:r w:rsidRPr="00276B39">
        <w:rPr>
          <w:rFonts w:cs="Times New Roman"/>
          <w:color w:val="000000"/>
          <w:sz w:val="22"/>
        </w:rPr>
        <w:t>Națională</w:t>
      </w:r>
      <w:proofErr w:type="spellEnd"/>
      <w:r w:rsidRPr="00276B39">
        <w:rPr>
          <w:rFonts w:cs="Times New Roman"/>
          <w:color w:val="000000"/>
          <w:sz w:val="22"/>
        </w:rPr>
        <w:t xml:space="preserve"> </w:t>
      </w:r>
      <w:proofErr w:type="spellStart"/>
      <w:r w:rsidRPr="00276B39">
        <w:rPr>
          <w:rFonts w:cs="Times New Roman"/>
          <w:color w:val="000000"/>
          <w:sz w:val="22"/>
        </w:rPr>
        <w:t>pentru</w:t>
      </w:r>
      <w:proofErr w:type="spellEnd"/>
      <w:r w:rsidRPr="00276B39">
        <w:rPr>
          <w:rFonts w:cs="Times New Roman"/>
          <w:color w:val="000000"/>
          <w:sz w:val="22"/>
        </w:rPr>
        <w:t xml:space="preserve"> </w:t>
      </w:r>
      <w:proofErr w:type="spellStart"/>
      <w:r w:rsidRPr="00276B39">
        <w:rPr>
          <w:rFonts w:cs="Times New Roman"/>
          <w:color w:val="000000"/>
          <w:sz w:val="22"/>
        </w:rPr>
        <w:t>Soluționarea</w:t>
      </w:r>
      <w:proofErr w:type="spellEnd"/>
      <w:r w:rsidRPr="00276B39">
        <w:rPr>
          <w:rFonts w:cs="Times New Roman"/>
          <w:color w:val="000000"/>
          <w:sz w:val="22"/>
        </w:rPr>
        <w:t xml:space="preserve"> </w:t>
      </w:r>
      <w:proofErr w:type="spellStart"/>
      <w:r w:rsidRPr="00276B39">
        <w:rPr>
          <w:rFonts w:cs="Times New Roman"/>
          <w:color w:val="000000"/>
          <w:sz w:val="22"/>
        </w:rPr>
        <w:t>Contestațiilor</w:t>
      </w:r>
      <w:proofErr w:type="spellEnd"/>
      <w:r w:rsidRPr="00276B39">
        <w:rPr>
          <w:rFonts w:cs="Times New Roman"/>
          <w:color w:val="000000"/>
          <w:sz w:val="22"/>
        </w:rPr>
        <w:t xml:space="preserve">, </w:t>
      </w:r>
      <w:proofErr w:type="spellStart"/>
      <w:r w:rsidRPr="00276B39">
        <w:rPr>
          <w:rFonts w:cs="Times New Roman"/>
          <w:color w:val="000000"/>
          <w:sz w:val="22"/>
        </w:rPr>
        <w:t>mun</w:t>
      </w:r>
      <w:proofErr w:type="spellEnd"/>
      <w:r w:rsidRPr="00276B39">
        <w:rPr>
          <w:rFonts w:cs="Times New Roman"/>
          <w:color w:val="000000"/>
          <w:sz w:val="22"/>
        </w:rPr>
        <w:t xml:space="preserve">. </w:t>
      </w:r>
      <w:proofErr w:type="spellStart"/>
      <w:r w:rsidRPr="00276B39">
        <w:rPr>
          <w:rFonts w:cs="Times New Roman"/>
          <w:color w:val="000000"/>
          <w:sz w:val="22"/>
        </w:rPr>
        <w:t>Chișinău</w:t>
      </w:r>
      <w:proofErr w:type="spellEnd"/>
      <w:r w:rsidRPr="00276B39">
        <w:rPr>
          <w:rFonts w:cs="Times New Roman"/>
          <w:color w:val="000000"/>
          <w:sz w:val="22"/>
        </w:rPr>
        <w:t xml:space="preserve">, bd. </w:t>
      </w:r>
      <w:proofErr w:type="spellStart"/>
      <w:r w:rsidRPr="00276B39">
        <w:rPr>
          <w:rFonts w:cs="Times New Roman"/>
          <w:color w:val="000000"/>
          <w:sz w:val="22"/>
        </w:rPr>
        <w:t>Ștefan</w:t>
      </w:r>
      <w:proofErr w:type="spellEnd"/>
      <w:r w:rsidRPr="00276B39">
        <w:rPr>
          <w:rFonts w:cs="Times New Roman"/>
          <w:color w:val="000000"/>
          <w:sz w:val="22"/>
        </w:rPr>
        <w:t xml:space="preserve"> </w:t>
      </w:r>
      <w:proofErr w:type="spellStart"/>
      <w:r w:rsidRPr="00276B39">
        <w:rPr>
          <w:rFonts w:cs="Times New Roman"/>
          <w:color w:val="000000"/>
          <w:sz w:val="22"/>
        </w:rPr>
        <w:t>cel</w:t>
      </w:r>
      <w:proofErr w:type="spellEnd"/>
      <w:r w:rsidRPr="00276B39">
        <w:rPr>
          <w:rFonts w:cs="Times New Roman"/>
          <w:color w:val="000000"/>
          <w:sz w:val="22"/>
        </w:rPr>
        <w:t xml:space="preserve"> Mare </w:t>
      </w:r>
      <w:proofErr w:type="spellStart"/>
      <w:r w:rsidRPr="00276B39">
        <w:rPr>
          <w:rFonts w:cs="Times New Roman"/>
          <w:color w:val="000000"/>
          <w:sz w:val="22"/>
        </w:rPr>
        <w:t>și</w:t>
      </w:r>
      <w:proofErr w:type="spellEnd"/>
      <w:r w:rsidRPr="00276B39">
        <w:rPr>
          <w:rFonts w:cs="Times New Roman"/>
          <w:color w:val="000000"/>
          <w:sz w:val="22"/>
        </w:rPr>
        <w:t xml:space="preserve"> </w:t>
      </w:r>
      <w:proofErr w:type="spellStart"/>
      <w:r w:rsidRPr="00276B39">
        <w:rPr>
          <w:rFonts w:cs="Times New Roman"/>
          <w:color w:val="000000"/>
          <w:sz w:val="22"/>
        </w:rPr>
        <w:t>Sfânt</w:t>
      </w:r>
      <w:proofErr w:type="spellEnd"/>
      <w:r w:rsidRPr="00276B39">
        <w:rPr>
          <w:rFonts w:cs="Times New Roman"/>
          <w:color w:val="000000"/>
          <w:sz w:val="22"/>
        </w:rPr>
        <w:t xml:space="preserve"> nr. 124 (et. 4), MD 2001; Tel/Fax/email: 022-820 652, 022 820-651, </w:t>
      </w:r>
      <w:hyperlink r:id="rId6" w:history="1">
        <w:r w:rsidR="001B08D7" w:rsidRPr="00276B39">
          <w:rPr>
            <w:rStyle w:val="Hyperlink"/>
            <w:rFonts w:cs="Times New Roman"/>
            <w:sz w:val="22"/>
          </w:rPr>
          <w:t>contestatii@ansc.md</w:t>
        </w:r>
      </w:hyperlink>
      <w:r w:rsidR="001B08D7" w:rsidRPr="00276B39">
        <w:rPr>
          <w:rFonts w:cs="Times New Roman"/>
          <w:color w:val="000000"/>
          <w:sz w:val="22"/>
        </w:rPr>
        <w:t xml:space="preserve"> </w:t>
      </w:r>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35. Data </w:t>
      </w:r>
      <w:proofErr w:type="spellStart"/>
      <w:r w:rsidRPr="00276B39">
        <w:rPr>
          <w:rFonts w:cs="Times New Roman"/>
          <w:b/>
          <w:color w:val="000000"/>
          <w:sz w:val="22"/>
        </w:rPr>
        <w:t>și</w:t>
      </w:r>
      <w:proofErr w:type="spellEnd"/>
      <w:r w:rsidRPr="00276B39">
        <w:rPr>
          <w:rFonts w:cs="Times New Roman"/>
          <w:b/>
          <w:color w:val="000000"/>
          <w:sz w:val="22"/>
        </w:rPr>
        <w:t xml:space="preserve"> </w:t>
      </w:r>
      <w:proofErr w:type="spellStart"/>
      <w:r w:rsidRPr="00276B39">
        <w:rPr>
          <w:rFonts w:cs="Times New Roman"/>
          <w:b/>
          <w:color w:val="000000"/>
          <w:sz w:val="22"/>
        </w:rPr>
        <w:t>referința</w:t>
      </w:r>
      <w:proofErr w:type="spellEnd"/>
      <w:r w:rsidRPr="00276B39">
        <w:rPr>
          <w:rFonts w:cs="Times New Roman"/>
          <w:b/>
          <w:color w:val="000000"/>
          <w:sz w:val="22"/>
        </w:rPr>
        <w:t xml:space="preserve"> </w:t>
      </w:r>
      <w:proofErr w:type="spellStart"/>
      <w:r w:rsidRPr="00276B39">
        <w:rPr>
          <w:rFonts w:cs="Times New Roman"/>
          <w:b/>
          <w:color w:val="000000"/>
          <w:sz w:val="22"/>
        </w:rPr>
        <w:t>publicărilor</w:t>
      </w:r>
      <w:proofErr w:type="spellEnd"/>
      <w:r w:rsidRPr="00276B39">
        <w:rPr>
          <w:rFonts w:cs="Times New Roman"/>
          <w:b/>
          <w:color w:val="000000"/>
          <w:sz w:val="22"/>
        </w:rPr>
        <w:t xml:space="preserve"> </w:t>
      </w:r>
      <w:proofErr w:type="spellStart"/>
      <w:r w:rsidRPr="00276B39">
        <w:rPr>
          <w:rFonts w:cs="Times New Roman"/>
          <w:b/>
          <w:color w:val="000000"/>
          <w:sz w:val="22"/>
        </w:rPr>
        <w:t>anterioare</w:t>
      </w:r>
      <w:proofErr w:type="spellEnd"/>
      <w:r w:rsidRPr="00276B39">
        <w:rPr>
          <w:rFonts w:cs="Times New Roman"/>
          <w:b/>
          <w:color w:val="000000"/>
          <w:sz w:val="22"/>
        </w:rPr>
        <w:t xml:space="preserve">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Jurnalul</w:t>
      </w:r>
      <w:proofErr w:type="spellEnd"/>
      <w:r w:rsidRPr="00276B39">
        <w:rPr>
          <w:rFonts w:cs="Times New Roman"/>
          <w:b/>
          <w:color w:val="000000"/>
          <w:sz w:val="22"/>
        </w:rPr>
        <w:t xml:space="preserve"> </w:t>
      </w:r>
      <w:proofErr w:type="spellStart"/>
      <w:r w:rsidRPr="00276B39">
        <w:rPr>
          <w:rFonts w:cs="Times New Roman"/>
          <w:b/>
          <w:color w:val="000000"/>
          <w:sz w:val="22"/>
        </w:rPr>
        <w:t>Oficial</w:t>
      </w:r>
      <w:proofErr w:type="spellEnd"/>
      <w:r w:rsidRPr="00276B39">
        <w:rPr>
          <w:rFonts w:cs="Times New Roman"/>
          <w:b/>
          <w:color w:val="000000"/>
          <w:sz w:val="22"/>
        </w:rPr>
        <w:t xml:space="preserve"> al </w:t>
      </w:r>
      <w:proofErr w:type="spellStart"/>
      <w:r w:rsidRPr="00276B39">
        <w:rPr>
          <w:rFonts w:cs="Times New Roman"/>
          <w:b/>
          <w:color w:val="000000"/>
          <w:sz w:val="22"/>
        </w:rPr>
        <w:t>Uniunii</w:t>
      </w:r>
      <w:proofErr w:type="spellEnd"/>
      <w:r w:rsidRPr="00276B39">
        <w:rPr>
          <w:rFonts w:cs="Times New Roman"/>
          <w:b/>
          <w:color w:val="000000"/>
          <w:sz w:val="22"/>
        </w:rPr>
        <w:t xml:space="preserve"> </w:t>
      </w:r>
      <w:proofErr w:type="spellStart"/>
      <w:r w:rsidRPr="00276B39">
        <w:rPr>
          <w:rFonts w:cs="Times New Roman"/>
          <w:b/>
          <w:color w:val="000000"/>
          <w:sz w:val="22"/>
        </w:rPr>
        <w:t>Europene</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36. </w:t>
      </w:r>
      <w:proofErr w:type="spellStart"/>
      <w:r w:rsidRPr="00276B39">
        <w:rPr>
          <w:rFonts w:cs="Times New Roman"/>
          <w:b/>
          <w:color w:val="000000"/>
          <w:sz w:val="22"/>
        </w:rPr>
        <w:t>În</w:t>
      </w:r>
      <w:proofErr w:type="spellEnd"/>
      <w:r w:rsidRPr="00276B39">
        <w:rPr>
          <w:rFonts w:cs="Times New Roman"/>
          <w:b/>
          <w:color w:val="000000"/>
          <w:sz w:val="22"/>
        </w:rPr>
        <w:t xml:space="preserve"> </w:t>
      </w:r>
      <w:proofErr w:type="spellStart"/>
      <w:r w:rsidRPr="00276B39">
        <w:rPr>
          <w:rFonts w:cs="Times New Roman"/>
          <w:b/>
          <w:color w:val="000000"/>
          <w:sz w:val="22"/>
        </w:rPr>
        <w:t>cazul</w:t>
      </w:r>
      <w:proofErr w:type="spellEnd"/>
      <w:r w:rsidRPr="00276B39">
        <w:rPr>
          <w:rFonts w:cs="Times New Roman"/>
          <w:b/>
          <w:color w:val="000000"/>
          <w:sz w:val="22"/>
        </w:rPr>
        <w:t xml:space="preserve"> </w:t>
      </w:r>
      <w:proofErr w:type="spellStart"/>
      <w:r w:rsidRPr="00276B39">
        <w:rPr>
          <w:rFonts w:cs="Times New Roman"/>
          <w:b/>
          <w:color w:val="000000"/>
          <w:sz w:val="22"/>
        </w:rPr>
        <w:t>achizițiilor</w:t>
      </w:r>
      <w:proofErr w:type="spellEnd"/>
      <w:r w:rsidRPr="00276B39">
        <w:rPr>
          <w:rFonts w:cs="Times New Roman"/>
          <w:b/>
          <w:color w:val="000000"/>
          <w:sz w:val="22"/>
        </w:rPr>
        <w:t xml:space="preserve"> </w:t>
      </w:r>
      <w:proofErr w:type="spellStart"/>
      <w:r w:rsidRPr="00276B39">
        <w:rPr>
          <w:rFonts w:cs="Times New Roman"/>
          <w:b/>
          <w:color w:val="000000"/>
          <w:sz w:val="22"/>
        </w:rPr>
        <w:t>periodice</w:t>
      </w:r>
      <w:proofErr w:type="spellEnd"/>
      <w:r w:rsidRPr="00276B39">
        <w:rPr>
          <w:rFonts w:cs="Times New Roman"/>
          <w:b/>
          <w:color w:val="000000"/>
          <w:sz w:val="22"/>
        </w:rPr>
        <w:t xml:space="preserve">, </w:t>
      </w:r>
      <w:proofErr w:type="spellStart"/>
      <w:r w:rsidRPr="00276B39">
        <w:rPr>
          <w:rFonts w:cs="Times New Roman"/>
          <w:b/>
          <w:color w:val="000000"/>
          <w:sz w:val="22"/>
        </w:rPr>
        <w:t>calendarul</w:t>
      </w:r>
      <w:proofErr w:type="spellEnd"/>
      <w:r w:rsidRPr="00276B39">
        <w:rPr>
          <w:rFonts w:cs="Times New Roman"/>
          <w:b/>
          <w:color w:val="000000"/>
          <w:sz w:val="22"/>
        </w:rPr>
        <w:t xml:space="preserve"> </w:t>
      </w:r>
      <w:proofErr w:type="spellStart"/>
      <w:r w:rsidRPr="00276B39">
        <w:rPr>
          <w:rFonts w:cs="Times New Roman"/>
          <w:b/>
          <w:color w:val="000000"/>
          <w:sz w:val="22"/>
        </w:rPr>
        <w:t>estimat</w:t>
      </w:r>
      <w:proofErr w:type="spellEnd"/>
      <w:r w:rsidRPr="00276B39">
        <w:rPr>
          <w:rFonts w:cs="Times New Roman"/>
          <w:b/>
          <w:color w:val="000000"/>
          <w:sz w:val="22"/>
        </w:rPr>
        <w:t xml:space="preserve"> </w:t>
      </w:r>
      <w:proofErr w:type="spellStart"/>
      <w:r w:rsidRPr="00276B39">
        <w:rPr>
          <w:rFonts w:cs="Times New Roman"/>
          <w:b/>
          <w:color w:val="000000"/>
          <w:sz w:val="22"/>
        </w:rPr>
        <w:t>pentru</w:t>
      </w:r>
      <w:proofErr w:type="spellEnd"/>
      <w:r w:rsidRPr="00276B39">
        <w:rPr>
          <w:rFonts w:cs="Times New Roman"/>
          <w:b/>
          <w:color w:val="000000"/>
          <w:sz w:val="22"/>
        </w:rPr>
        <w:t xml:space="preserve"> </w:t>
      </w:r>
      <w:proofErr w:type="spellStart"/>
      <w:r w:rsidRPr="00276B39">
        <w:rPr>
          <w:rFonts w:cs="Times New Roman"/>
          <w:b/>
          <w:color w:val="000000"/>
          <w:sz w:val="22"/>
        </w:rPr>
        <w:t>publicarea</w:t>
      </w:r>
      <w:proofErr w:type="spellEnd"/>
      <w:r w:rsidRPr="00276B39">
        <w:rPr>
          <w:rFonts w:cs="Times New Roman"/>
          <w:b/>
          <w:color w:val="000000"/>
          <w:sz w:val="22"/>
        </w:rPr>
        <w:t xml:space="preserve"> </w:t>
      </w:r>
      <w:proofErr w:type="spellStart"/>
      <w:r w:rsidRPr="00276B39">
        <w:rPr>
          <w:rFonts w:cs="Times New Roman"/>
          <w:b/>
          <w:color w:val="000000"/>
          <w:sz w:val="22"/>
        </w:rPr>
        <w:t>anunțurilor</w:t>
      </w:r>
      <w:proofErr w:type="spellEnd"/>
      <w:r w:rsidRPr="00276B39">
        <w:rPr>
          <w:rFonts w:cs="Times New Roman"/>
          <w:b/>
          <w:color w:val="000000"/>
          <w:sz w:val="22"/>
        </w:rPr>
        <w:t xml:space="preserve"> </w:t>
      </w:r>
      <w:proofErr w:type="spellStart"/>
      <w:r w:rsidRPr="00276B39">
        <w:rPr>
          <w:rFonts w:cs="Times New Roman"/>
          <w:b/>
          <w:color w:val="000000"/>
          <w:sz w:val="22"/>
        </w:rPr>
        <w:t>viitoare</w:t>
      </w:r>
      <w:proofErr w:type="spellEnd"/>
      <w:r w:rsidRPr="00276B39">
        <w:rPr>
          <w:rFonts w:cs="Times New Roman"/>
          <w:b/>
          <w:color w:val="000000"/>
          <w:sz w:val="22"/>
        </w:rPr>
        <w:t xml:space="preserve">: </w:t>
      </w:r>
      <w:r w:rsidRPr="00276B39">
        <w:rPr>
          <w:rFonts w:cs="Times New Roman"/>
          <w:color w:val="000000"/>
          <w:sz w:val="22"/>
        </w:rPr>
        <w:t xml:space="preserve">nu se </w:t>
      </w:r>
      <w:proofErr w:type="spellStart"/>
      <w:r w:rsidRPr="00276B39">
        <w:rPr>
          <w:rFonts w:cs="Times New Roman"/>
          <w:color w:val="000000"/>
          <w:sz w:val="22"/>
        </w:rPr>
        <w:t>aplică</w:t>
      </w:r>
      <w:proofErr w:type="spellEnd"/>
      <w:r w:rsidRPr="00276B39">
        <w:rPr>
          <w:rFonts w:cs="Times New Roman"/>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37. Data </w:t>
      </w:r>
      <w:proofErr w:type="spellStart"/>
      <w:r w:rsidRPr="00276B39">
        <w:rPr>
          <w:rFonts w:cs="Times New Roman"/>
          <w:b/>
          <w:color w:val="000000"/>
          <w:sz w:val="22"/>
        </w:rPr>
        <w:t>publicării</w:t>
      </w:r>
      <w:proofErr w:type="spellEnd"/>
      <w:r w:rsidRPr="00276B39">
        <w:rPr>
          <w:rFonts w:cs="Times New Roman"/>
          <w:b/>
          <w:color w:val="000000"/>
          <w:sz w:val="22"/>
        </w:rPr>
        <w:t xml:space="preserve"> </w:t>
      </w:r>
      <w:proofErr w:type="spellStart"/>
      <w:r w:rsidRPr="00276B39">
        <w:rPr>
          <w:rFonts w:cs="Times New Roman"/>
          <w:b/>
          <w:color w:val="000000"/>
          <w:sz w:val="22"/>
        </w:rPr>
        <w:t>anunțului</w:t>
      </w:r>
      <w:proofErr w:type="spellEnd"/>
      <w:r w:rsidRPr="00276B39">
        <w:rPr>
          <w:rFonts w:cs="Times New Roman"/>
          <w:b/>
          <w:color w:val="000000"/>
          <w:sz w:val="22"/>
        </w:rPr>
        <w:t xml:space="preserve"> de </w:t>
      </w:r>
      <w:proofErr w:type="spellStart"/>
      <w:r w:rsidRPr="00276B39">
        <w:rPr>
          <w:rFonts w:cs="Times New Roman"/>
          <w:b/>
          <w:color w:val="000000"/>
          <w:sz w:val="22"/>
        </w:rPr>
        <w:t>intenție</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w:t>
      </w:r>
      <w:proofErr w:type="spellStart"/>
      <w:r w:rsidRPr="00276B39">
        <w:rPr>
          <w:rFonts w:cs="Times New Roman"/>
          <w:b/>
          <w:color w:val="000000"/>
          <w:sz w:val="22"/>
        </w:rPr>
        <w:t>precizarea</w:t>
      </w:r>
      <w:proofErr w:type="spellEnd"/>
      <w:r w:rsidRPr="00276B39">
        <w:rPr>
          <w:rFonts w:cs="Times New Roman"/>
          <w:b/>
          <w:color w:val="000000"/>
          <w:sz w:val="22"/>
        </w:rPr>
        <w:t xml:space="preserve"> </w:t>
      </w:r>
      <w:proofErr w:type="spellStart"/>
      <w:r w:rsidRPr="00276B39">
        <w:rPr>
          <w:rFonts w:cs="Times New Roman"/>
          <w:b/>
          <w:color w:val="000000"/>
          <w:sz w:val="22"/>
        </w:rPr>
        <w:t>că</w:t>
      </w:r>
      <w:proofErr w:type="spellEnd"/>
      <w:r w:rsidRPr="00276B39">
        <w:rPr>
          <w:rFonts w:cs="Times New Roman"/>
          <w:b/>
          <w:color w:val="000000"/>
          <w:sz w:val="22"/>
        </w:rPr>
        <w:t xml:space="preserve"> nu a </w:t>
      </w:r>
      <w:proofErr w:type="spellStart"/>
      <w:r w:rsidRPr="00276B39">
        <w:rPr>
          <w:rFonts w:cs="Times New Roman"/>
          <w:b/>
          <w:color w:val="000000"/>
          <w:sz w:val="22"/>
        </w:rPr>
        <w:t>fost</w:t>
      </w:r>
      <w:proofErr w:type="spellEnd"/>
      <w:r w:rsidRPr="00276B39">
        <w:rPr>
          <w:rFonts w:cs="Times New Roman"/>
          <w:b/>
          <w:color w:val="000000"/>
          <w:sz w:val="22"/>
        </w:rPr>
        <w:t xml:space="preserve"> </w:t>
      </w:r>
      <w:proofErr w:type="spellStart"/>
      <w:r w:rsidRPr="00276B39">
        <w:rPr>
          <w:rFonts w:cs="Times New Roman"/>
          <w:b/>
          <w:color w:val="000000"/>
          <w:sz w:val="22"/>
        </w:rPr>
        <w:t>publicat</w:t>
      </w:r>
      <w:proofErr w:type="spellEnd"/>
      <w:r w:rsidRPr="00276B39">
        <w:rPr>
          <w:rFonts w:cs="Times New Roman"/>
          <w:b/>
          <w:color w:val="000000"/>
          <w:sz w:val="22"/>
        </w:rPr>
        <w:t xml:space="preserve"> un </w:t>
      </w:r>
      <w:proofErr w:type="spellStart"/>
      <w:r w:rsidRPr="00276B39">
        <w:rPr>
          <w:rFonts w:cs="Times New Roman"/>
          <w:b/>
          <w:color w:val="000000"/>
          <w:sz w:val="22"/>
        </w:rPr>
        <w:t>astfel</w:t>
      </w:r>
      <w:proofErr w:type="spellEnd"/>
      <w:r w:rsidRPr="00276B39">
        <w:rPr>
          <w:rFonts w:cs="Times New Roman"/>
          <w:b/>
          <w:color w:val="000000"/>
          <w:sz w:val="22"/>
        </w:rPr>
        <w:t xml:space="preserve"> de </w:t>
      </w:r>
      <w:proofErr w:type="spellStart"/>
      <w:r w:rsidRPr="00276B39">
        <w:rPr>
          <w:rFonts w:cs="Times New Roman"/>
          <w:b/>
          <w:color w:val="000000"/>
          <w:sz w:val="22"/>
        </w:rPr>
        <w:t>anunț</w:t>
      </w:r>
      <w:proofErr w:type="spellEnd"/>
      <w:r w:rsidRPr="00276B39">
        <w:rPr>
          <w:rFonts w:cs="Times New Roman"/>
          <w:b/>
          <w:color w:val="000000"/>
          <w:sz w:val="22"/>
        </w:rPr>
        <w:t xml:space="preserve">: nu a </w:t>
      </w:r>
      <w:proofErr w:type="spellStart"/>
      <w:r w:rsidRPr="00276B39">
        <w:rPr>
          <w:rFonts w:cs="Times New Roman"/>
          <w:b/>
          <w:color w:val="000000"/>
          <w:sz w:val="22"/>
        </w:rPr>
        <w:t>fost</w:t>
      </w:r>
      <w:proofErr w:type="spellEnd"/>
      <w:r w:rsidRPr="00276B39">
        <w:rPr>
          <w:rFonts w:cs="Times New Roman"/>
          <w:b/>
          <w:color w:val="000000"/>
          <w:sz w:val="22"/>
        </w:rPr>
        <w:t xml:space="preserve"> </w:t>
      </w:r>
      <w:proofErr w:type="spellStart"/>
      <w:r w:rsidRPr="00276B39">
        <w:rPr>
          <w:rFonts w:cs="Times New Roman"/>
          <w:b/>
          <w:color w:val="000000"/>
          <w:sz w:val="22"/>
        </w:rPr>
        <w:t>publicat</w:t>
      </w:r>
      <w:proofErr w:type="spellEnd"/>
      <w:r w:rsidRPr="00276B39">
        <w:rPr>
          <w:rFonts w:cs="Times New Roman"/>
          <w:b/>
          <w:color w:val="000000"/>
          <w:sz w:val="22"/>
        </w:rPr>
        <w:t>.</w:t>
      </w:r>
    </w:p>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38. Data </w:t>
      </w:r>
      <w:proofErr w:type="spellStart"/>
      <w:r w:rsidRPr="00276B39">
        <w:rPr>
          <w:rFonts w:cs="Times New Roman"/>
          <w:b/>
          <w:color w:val="000000"/>
          <w:sz w:val="22"/>
        </w:rPr>
        <w:t>transmiterii</w:t>
      </w:r>
      <w:proofErr w:type="spellEnd"/>
      <w:r w:rsidRPr="00276B39">
        <w:rPr>
          <w:rFonts w:cs="Times New Roman"/>
          <w:b/>
          <w:color w:val="000000"/>
          <w:sz w:val="22"/>
        </w:rPr>
        <w:t xml:space="preserve"> </w:t>
      </w:r>
      <w:proofErr w:type="spellStart"/>
      <w:r w:rsidRPr="00276B39">
        <w:rPr>
          <w:rFonts w:cs="Times New Roman"/>
          <w:b/>
          <w:color w:val="000000"/>
          <w:sz w:val="22"/>
        </w:rPr>
        <w:t>spre</w:t>
      </w:r>
      <w:proofErr w:type="spellEnd"/>
      <w:r w:rsidRPr="00276B39">
        <w:rPr>
          <w:rFonts w:cs="Times New Roman"/>
          <w:b/>
          <w:color w:val="000000"/>
          <w:sz w:val="22"/>
        </w:rPr>
        <w:t xml:space="preserve"> </w:t>
      </w:r>
      <w:proofErr w:type="spellStart"/>
      <w:r w:rsidRPr="00276B39">
        <w:rPr>
          <w:rFonts w:cs="Times New Roman"/>
          <w:b/>
          <w:color w:val="000000"/>
          <w:sz w:val="22"/>
        </w:rPr>
        <w:t>publicare</w:t>
      </w:r>
      <w:proofErr w:type="spellEnd"/>
      <w:r w:rsidRPr="00276B39">
        <w:rPr>
          <w:rFonts w:cs="Times New Roman"/>
          <w:b/>
          <w:color w:val="000000"/>
          <w:sz w:val="22"/>
        </w:rPr>
        <w:t xml:space="preserve"> </w:t>
      </w:r>
      <w:proofErr w:type="gramStart"/>
      <w:r w:rsidRPr="00276B39">
        <w:rPr>
          <w:rFonts w:cs="Times New Roman"/>
          <w:b/>
          <w:color w:val="000000"/>
          <w:sz w:val="22"/>
        </w:rPr>
        <w:t>a</w:t>
      </w:r>
      <w:proofErr w:type="gramEnd"/>
      <w:r w:rsidRPr="00276B39">
        <w:rPr>
          <w:rFonts w:cs="Times New Roman"/>
          <w:b/>
          <w:color w:val="000000"/>
          <w:sz w:val="22"/>
        </w:rPr>
        <w:t xml:space="preserve"> </w:t>
      </w:r>
      <w:proofErr w:type="spellStart"/>
      <w:r w:rsidRPr="00276B39">
        <w:rPr>
          <w:rFonts w:cs="Times New Roman"/>
          <w:b/>
          <w:color w:val="000000"/>
          <w:sz w:val="22"/>
        </w:rPr>
        <w:t>anunțului</w:t>
      </w:r>
      <w:proofErr w:type="spellEnd"/>
      <w:r w:rsidRPr="00276B39">
        <w:rPr>
          <w:rFonts w:cs="Times New Roman"/>
          <w:b/>
          <w:color w:val="000000"/>
          <w:sz w:val="22"/>
        </w:rPr>
        <w:t xml:space="preserve"> de </w:t>
      </w:r>
      <w:proofErr w:type="spellStart"/>
      <w:r w:rsidRPr="00276B39">
        <w:rPr>
          <w:rFonts w:cs="Times New Roman"/>
          <w:b/>
          <w:color w:val="000000"/>
          <w:sz w:val="22"/>
        </w:rPr>
        <w:t>participare</w:t>
      </w:r>
      <w:proofErr w:type="spellEnd"/>
      <w:r w:rsidRPr="00276B39">
        <w:rPr>
          <w:rFonts w:cs="Times New Roman"/>
          <w:b/>
          <w:color w:val="000000"/>
          <w:sz w:val="22"/>
        </w:rPr>
        <w:t xml:space="preserve">: </w:t>
      </w:r>
      <w:r w:rsidRPr="00276B39">
        <w:rPr>
          <w:rFonts w:cs="Times New Roman"/>
          <w:color w:val="000000"/>
          <w:sz w:val="22"/>
        </w:rPr>
        <w:t>conform SIA RSAP.</w:t>
      </w:r>
    </w:p>
    <w:p w:rsidR="0022270F" w:rsidRPr="00276B39" w:rsidRDefault="00374C8A" w:rsidP="00531B9B">
      <w:pPr>
        <w:widowControl w:val="0"/>
        <w:spacing w:after="0" w:line="240" w:lineRule="auto"/>
        <w:jc w:val="both"/>
        <w:rPr>
          <w:rFonts w:cs="Times New Roman"/>
          <w:sz w:val="22"/>
        </w:rPr>
      </w:pPr>
      <w:r w:rsidRPr="00276B39">
        <w:rPr>
          <w:rFonts w:cs="Times New Roman"/>
          <w:color w:val="000000"/>
          <w:sz w:val="22"/>
        </w:rPr>
        <w:t xml:space="preserve">41. Alte informații relevante: Termenul pentru solicitarea clarificărilor: 3 zile până la termenul-limită de depunere </w:t>
      </w:r>
      <w:proofErr w:type="gramStart"/>
      <w:r w:rsidRPr="00276B39">
        <w:rPr>
          <w:rFonts w:cs="Times New Roman"/>
          <w:color w:val="000000"/>
          <w:sz w:val="22"/>
        </w:rPr>
        <w:t>a</w:t>
      </w:r>
      <w:proofErr w:type="gramEnd"/>
      <w:r w:rsidRPr="00276B39">
        <w:rPr>
          <w:rFonts w:cs="Times New Roman"/>
          <w:color w:val="000000"/>
          <w:sz w:val="22"/>
        </w:rPr>
        <w:t xml:space="preserve"> ofertelor. Toate documentele vor fi semnate electronic de către participant.</w:t>
      </w:r>
    </w:p>
    <w:tbl>
      <w:tblPr>
        <w:tblStyle w:val="Tabelgri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811"/>
        <w:gridCol w:w="4811"/>
      </w:tblGrid>
      <w:tr w:rsidR="0022270F" w:rsidRPr="00276B39">
        <w:trPr>
          <w:cantSplit/>
          <w:tblHeader/>
          <w:jc w:val="center"/>
        </w:trPr>
        <w:tc>
          <w:tcPr>
            <w:tcW w:w="39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proofErr w:type="spellStart"/>
            <w:r w:rsidRPr="00276B39">
              <w:rPr>
                <w:rFonts w:cs="Times New Roman"/>
                <w:b/>
                <w:color w:val="000000"/>
                <w:sz w:val="22"/>
              </w:rPr>
              <w:t>Denumirea</w:t>
            </w:r>
            <w:proofErr w:type="spellEnd"/>
            <w:r w:rsidRPr="00276B39">
              <w:rPr>
                <w:rFonts w:cs="Times New Roman"/>
                <w:b/>
                <w:color w:val="000000"/>
                <w:sz w:val="22"/>
              </w:rPr>
              <w:t xml:space="preserve"> </w:t>
            </w:r>
            <w:proofErr w:type="spellStart"/>
            <w:r w:rsidRPr="00276B39">
              <w:rPr>
                <w:rFonts w:cs="Times New Roman"/>
                <w:b/>
                <w:color w:val="000000"/>
                <w:sz w:val="22"/>
              </w:rPr>
              <w:t>instrumentului</w:t>
            </w:r>
            <w:proofErr w:type="spellEnd"/>
            <w:r w:rsidRPr="00276B39">
              <w:rPr>
                <w:rFonts w:cs="Times New Roman"/>
                <w:b/>
                <w:color w:val="000000"/>
                <w:sz w:val="22"/>
              </w:rPr>
              <w:t xml:space="preserve"> electronic</w:t>
            </w:r>
          </w:p>
        </w:tc>
        <w:tc>
          <w:tcPr>
            <w:tcW w:w="3969" w:type="dxa"/>
            <w:tcMar>
              <w:top w:w="40" w:type="dxa"/>
              <w:left w:w="60" w:type="dxa"/>
              <w:bottom w:w="40" w:type="dxa"/>
              <w:right w:w="60" w:type="dxa"/>
            </w:tcMar>
          </w:tcPr>
          <w:p w:rsidR="0022270F" w:rsidRPr="00276B39" w:rsidRDefault="00374C8A" w:rsidP="00531B9B">
            <w:pPr>
              <w:widowControl w:val="0"/>
              <w:jc w:val="center"/>
              <w:rPr>
                <w:rFonts w:cs="Times New Roman"/>
                <w:sz w:val="22"/>
              </w:rPr>
            </w:pPr>
            <w:r w:rsidRPr="00276B39">
              <w:rPr>
                <w:rFonts w:cs="Times New Roman"/>
                <w:b/>
                <w:color w:val="000000"/>
                <w:sz w:val="22"/>
              </w:rPr>
              <w:t xml:space="preserve">Se </w:t>
            </w:r>
            <w:proofErr w:type="spellStart"/>
            <w:r w:rsidRPr="00276B39">
              <w:rPr>
                <w:rFonts w:cs="Times New Roman"/>
                <w:b/>
                <w:color w:val="000000"/>
                <w:sz w:val="22"/>
              </w:rPr>
              <w:t>va</w:t>
            </w:r>
            <w:proofErr w:type="spellEnd"/>
            <w:r w:rsidRPr="00276B39">
              <w:rPr>
                <w:rFonts w:cs="Times New Roman"/>
                <w:b/>
                <w:color w:val="000000"/>
                <w:sz w:val="22"/>
              </w:rPr>
              <w:t xml:space="preserve"> </w:t>
            </w:r>
            <w:proofErr w:type="spellStart"/>
            <w:r w:rsidRPr="00276B39">
              <w:rPr>
                <w:rFonts w:cs="Times New Roman"/>
                <w:b/>
                <w:color w:val="000000"/>
                <w:sz w:val="22"/>
              </w:rPr>
              <w:t>utiliza</w:t>
            </w:r>
            <w:proofErr w:type="spellEnd"/>
            <w:r w:rsidRPr="00276B39">
              <w:rPr>
                <w:rFonts w:cs="Times New Roman"/>
                <w:b/>
                <w:color w:val="000000"/>
                <w:sz w:val="22"/>
              </w:rPr>
              <w:t>/</w:t>
            </w:r>
            <w:proofErr w:type="spellStart"/>
            <w:r w:rsidRPr="00276B39">
              <w:rPr>
                <w:rFonts w:cs="Times New Roman"/>
                <w:b/>
                <w:color w:val="000000"/>
                <w:sz w:val="22"/>
              </w:rPr>
              <w:t>accepta</w:t>
            </w:r>
            <w:proofErr w:type="spellEnd"/>
            <w:r w:rsidRPr="00276B39">
              <w:rPr>
                <w:rFonts w:cs="Times New Roman"/>
                <w:b/>
                <w:color w:val="000000"/>
                <w:sz w:val="22"/>
              </w:rPr>
              <w:t xml:space="preserve"> </w:t>
            </w:r>
            <w:proofErr w:type="spellStart"/>
            <w:r w:rsidRPr="00276B39">
              <w:rPr>
                <w:rFonts w:cs="Times New Roman"/>
                <w:b/>
                <w:color w:val="000000"/>
                <w:sz w:val="22"/>
              </w:rPr>
              <w:t>sau</w:t>
            </w:r>
            <w:proofErr w:type="spellEnd"/>
            <w:r w:rsidRPr="00276B39">
              <w:rPr>
                <w:rFonts w:cs="Times New Roman"/>
                <w:b/>
                <w:color w:val="000000"/>
                <w:sz w:val="22"/>
              </w:rPr>
              <w:t xml:space="preserve"> nu</w:t>
            </w:r>
          </w:p>
        </w:tc>
      </w:tr>
      <w:tr w:rsidR="0022270F" w:rsidRPr="00276B39">
        <w:trPr>
          <w:cantSplit/>
          <w:jc w:val="center"/>
        </w:trPr>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proofErr w:type="spellStart"/>
            <w:r w:rsidRPr="00276B39">
              <w:rPr>
                <w:rFonts w:cs="Times New Roman"/>
                <w:color w:val="000000"/>
                <w:sz w:val="22"/>
              </w:rPr>
              <w:t>depunerea</w:t>
            </w:r>
            <w:proofErr w:type="spellEnd"/>
            <w:r w:rsidRPr="00276B39">
              <w:rPr>
                <w:rFonts w:cs="Times New Roman"/>
                <w:color w:val="000000"/>
                <w:sz w:val="22"/>
              </w:rPr>
              <w:t xml:space="preserve"> </w:t>
            </w:r>
            <w:proofErr w:type="spellStart"/>
            <w:r w:rsidRPr="00276B39">
              <w:rPr>
                <w:rFonts w:cs="Times New Roman"/>
                <w:color w:val="000000"/>
                <w:sz w:val="22"/>
              </w:rPr>
              <w:t>electronică</w:t>
            </w:r>
            <w:proofErr w:type="spellEnd"/>
            <w:r w:rsidRPr="00276B39">
              <w:rPr>
                <w:rFonts w:cs="Times New Roman"/>
                <w:color w:val="000000"/>
                <w:sz w:val="22"/>
              </w:rPr>
              <w:t xml:space="preserve"> </w:t>
            </w:r>
            <w:proofErr w:type="gramStart"/>
            <w:r w:rsidRPr="00276B39">
              <w:rPr>
                <w:rFonts w:cs="Times New Roman"/>
                <w:color w:val="000000"/>
                <w:sz w:val="22"/>
              </w:rPr>
              <w:t>a</w:t>
            </w:r>
            <w:proofErr w:type="gramEnd"/>
            <w:r w:rsidRPr="00276B39">
              <w:rPr>
                <w:rFonts w:cs="Times New Roman"/>
                <w:color w:val="000000"/>
                <w:sz w:val="22"/>
              </w:rPr>
              <w:t xml:space="preserve"> </w:t>
            </w:r>
            <w:proofErr w:type="spellStart"/>
            <w:r w:rsidRPr="00276B39">
              <w:rPr>
                <w:rFonts w:cs="Times New Roman"/>
                <w:color w:val="000000"/>
                <w:sz w:val="22"/>
              </w:rPr>
              <w:t>ofertelor</w:t>
            </w:r>
            <w:proofErr w:type="spellEnd"/>
            <w:r w:rsidRPr="00276B39">
              <w:rPr>
                <w:rFonts w:cs="Times New Roman"/>
                <w:color w:val="000000"/>
                <w:sz w:val="22"/>
              </w:rPr>
              <w:t xml:space="preserve"> </w:t>
            </w:r>
            <w:proofErr w:type="spellStart"/>
            <w:r w:rsidRPr="00276B39">
              <w:rPr>
                <w:rFonts w:cs="Times New Roman"/>
                <w:color w:val="000000"/>
                <w:sz w:val="22"/>
              </w:rPr>
              <w:t>sau</w:t>
            </w:r>
            <w:proofErr w:type="spellEnd"/>
            <w:r w:rsidRPr="00276B39">
              <w:rPr>
                <w:rFonts w:cs="Times New Roman"/>
                <w:color w:val="000000"/>
                <w:sz w:val="22"/>
              </w:rPr>
              <w:t xml:space="preserve"> a </w:t>
            </w:r>
            <w:proofErr w:type="spellStart"/>
            <w:r w:rsidRPr="00276B39">
              <w:rPr>
                <w:rFonts w:cs="Times New Roman"/>
                <w:color w:val="000000"/>
                <w:sz w:val="22"/>
              </w:rPr>
              <w:t>cererilor</w:t>
            </w:r>
            <w:proofErr w:type="spellEnd"/>
            <w:r w:rsidRPr="00276B39">
              <w:rPr>
                <w:rFonts w:cs="Times New Roman"/>
                <w:color w:val="000000"/>
                <w:sz w:val="22"/>
              </w:rPr>
              <w:t xml:space="preserve"> de </w:t>
            </w:r>
            <w:proofErr w:type="spellStart"/>
            <w:r w:rsidRPr="00276B39">
              <w:rPr>
                <w:rFonts w:cs="Times New Roman"/>
                <w:color w:val="000000"/>
                <w:sz w:val="22"/>
              </w:rPr>
              <w:t>participare</w:t>
            </w:r>
            <w:proofErr w:type="spellEnd"/>
          </w:p>
        </w:tc>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r w:rsidRPr="00276B39">
              <w:rPr>
                <w:rFonts w:cs="Times New Roman"/>
                <w:color w:val="000000"/>
                <w:sz w:val="22"/>
              </w:rPr>
              <w:t xml:space="preserve">Se </w:t>
            </w:r>
            <w:proofErr w:type="spellStart"/>
            <w:r w:rsidRPr="00276B39">
              <w:rPr>
                <w:rFonts w:cs="Times New Roman"/>
                <w:color w:val="000000"/>
                <w:sz w:val="22"/>
              </w:rPr>
              <w:t>acceptă</w:t>
            </w:r>
            <w:proofErr w:type="spellEnd"/>
          </w:p>
        </w:tc>
      </w:tr>
      <w:tr w:rsidR="0022270F" w:rsidRPr="00276B39">
        <w:trPr>
          <w:cantSplit/>
          <w:jc w:val="center"/>
        </w:trPr>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proofErr w:type="spellStart"/>
            <w:r w:rsidRPr="00276B39">
              <w:rPr>
                <w:rFonts w:cs="Times New Roman"/>
                <w:color w:val="000000"/>
                <w:sz w:val="22"/>
              </w:rPr>
              <w:t>sistemul</w:t>
            </w:r>
            <w:proofErr w:type="spellEnd"/>
            <w:r w:rsidRPr="00276B39">
              <w:rPr>
                <w:rFonts w:cs="Times New Roman"/>
                <w:color w:val="000000"/>
                <w:sz w:val="22"/>
              </w:rPr>
              <w:t xml:space="preserve"> de </w:t>
            </w:r>
            <w:proofErr w:type="spellStart"/>
            <w:r w:rsidRPr="00276B39">
              <w:rPr>
                <w:rFonts w:cs="Times New Roman"/>
                <w:color w:val="000000"/>
                <w:sz w:val="22"/>
              </w:rPr>
              <w:t>comenzi</w:t>
            </w:r>
            <w:proofErr w:type="spellEnd"/>
            <w:r w:rsidRPr="00276B39">
              <w:rPr>
                <w:rFonts w:cs="Times New Roman"/>
                <w:color w:val="000000"/>
                <w:sz w:val="22"/>
              </w:rPr>
              <w:t xml:space="preserve"> </w:t>
            </w:r>
            <w:proofErr w:type="spellStart"/>
            <w:r w:rsidRPr="00276B39">
              <w:rPr>
                <w:rFonts w:cs="Times New Roman"/>
                <w:color w:val="000000"/>
                <w:sz w:val="22"/>
              </w:rPr>
              <w:t>electronice</w:t>
            </w:r>
            <w:proofErr w:type="spellEnd"/>
          </w:p>
        </w:tc>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r w:rsidRPr="00276B39">
              <w:rPr>
                <w:rFonts w:cs="Times New Roman"/>
                <w:color w:val="000000"/>
                <w:sz w:val="22"/>
              </w:rPr>
              <w:t xml:space="preserve">Nu se </w:t>
            </w:r>
            <w:proofErr w:type="spellStart"/>
            <w:r w:rsidRPr="00276B39">
              <w:rPr>
                <w:rFonts w:cs="Times New Roman"/>
                <w:color w:val="000000"/>
                <w:sz w:val="22"/>
              </w:rPr>
              <w:t>acceptă</w:t>
            </w:r>
            <w:proofErr w:type="spellEnd"/>
          </w:p>
        </w:tc>
      </w:tr>
      <w:tr w:rsidR="0022270F" w:rsidRPr="00276B39">
        <w:trPr>
          <w:cantSplit/>
          <w:jc w:val="center"/>
        </w:trPr>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proofErr w:type="spellStart"/>
            <w:r w:rsidRPr="00276B39">
              <w:rPr>
                <w:rFonts w:cs="Times New Roman"/>
                <w:color w:val="000000"/>
                <w:sz w:val="22"/>
              </w:rPr>
              <w:t>facturarea</w:t>
            </w:r>
            <w:proofErr w:type="spellEnd"/>
            <w:r w:rsidRPr="00276B39">
              <w:rPr>
                <w:rFonts w:cs="Times New Roman"/>
                <w:color w:val="000000"/>
                <w:sz w:val="22"/>
              </w:rPr>
              <w:t xml:space="preserve"> </w:t>
            </w:r>
            <w:proofErr w:type="spellStart"/>
            <w:r w:rsidRPr="00276B39">
              <w:rPr>
                <w:rFonts w:cs="Times New Roman"/>
                <w:color w:val="000000"/>
                <w:sz w:val="22"/>
              </w:rPr>
              <w:t>electronică</w:t>
            </w:r>
            <w:proofErr w:type="spellEnd"/>
          </w:p>
        </w:tc>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r w:rsidRPr="00276B39">
              <w:rPr>
                <w:rFonts w:cs="Times New Roman"/>
                <w:color w:val="000000"/>
                <w:sz w:val="22"/>
              </w:rPr>
              <w:t xml:space="preserve">Se </w:t>
            </w:r>
            <w:proofErr w:type="spellStart"/>
            <w:r w:rsidRPr="00276B39">
              <w:rPr>
                <w:rFonts w:cs="Times New Roman"/>
                <w:color w:val="000000"/>
                <w:sz w:val="22"/>
              </w:rPr>
              <w:t>acceptă</w:t>
            </w:r>
            <w:proofErr w:type="spellEnd"/>
          </w:p>
        </w:tc>
      </w:tr>
      <w:tr w:rsidR="0022270F" w:rsidRPr="00276B39">
        <w:trPr>
          <w:cantSplit/>
          <w:jc w:val="center"/>
        </w:trPr>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proofErr w:type="spellStart"/>
            <w:r w:rsidRPr="00276B39">
              <w:rPr>
                <w:rFonts w:cs="Times New Roman"/>
                <w:color w:val="000000"/>
                <w:sz w:val="22"/>
              </w:rPr>
              <w:t>plățile</w:t>
            </w:r>
            <w:proofErr w:type="spellEnd"/>
            <w:r w:rsidRPr="00276B39">
              <w:rPr>
                <w:rFonts w:cs="Times New Roman"/>
                <w:color w:val="000000"/>
                <w:sz w:val="22"/>
              </w:rPr>
              <w:t xml:space="preserve"> </w:t>
            </w:r>
            <w:proofErr w:type="spellStart"/>
            <w:r w:rsidRPr="00276B39">
              <w:rPr>
                <w:rFonts w:cs="Times New Roman"/>
                <w:color w:val="000000"/>
                <w:sz w:val="22"/>
              </w:rPr>
              <w:t>electronice</w:t>
            </w:r>
            <w:proofErr w:type="spellEnd"/>
          </w:p>
        </w:tc>
        <w:tc>
          <w:tcPr>
            <w:tcW w:w="3969" w:type="dxa"/>
            <w:tcMar>
              <w:top w:w="40" w:type="dxa"/>
              <w:left w:w="60" w:type="dxa"/>
              <w:bottom w:w="40" w:type="dxa"/>
              <w:right w:w="60" w:type="dxa"/>
            </w:tcMar>
          </w:tcPr>
          <w:p w:rsidR="0022270F" w:rsidRPr="00276B39" w:rsidRDefault="00374C8A" w:rsidP="0018691C">
            <w:pPr>
              <w:widowControl w:val="0"/>
              <w:rPr>
                <w:rFonts w:cs="Times New Roman"/>
                <w:sz w:val="22"/>
              </w:rPr>
            </w:pPr>
            <w:r w:rsidRPr="00276B39">
              <w:rPr>
                <w:rFonts w:cs="Times New Roman"/>
                <w:color w:val="000000"/>
                <w:sz w:val="22"/>
              </w:rPr>
              <w:t xml:space="preserve">Se </w:t>
            </w:r>
            <w:proofErr w:type="spellStart"/>
            <w:r w:rsidRPr="00276B39">
              <w:rPr>
                <w:rFonts w:cs="Times New Roman"/>
                <w:color w:val="000000"/>
                <w:sz w:val="22"/>
              </w:rPr>
              <w:t>acceptă</w:t>
            </w:r>
            <w:proofErr w:type="spellEnd"/>
          </w:p>
        </w:tc>
      </w:tr>
    </w:tbl>
    <w:p w:rsidR="0022270F" w:rsidRPr="00276B39" w:rsidRDefault="00374C8A" w:rsidP="00531B9B">
      <w:pPr>
        <w:widowControl w:val="0"/>
        <w:spacing w:after="0" w:line="240" w:lineRule="auto"/>
        <w:jc w:val="both"/>
        <w:rPr>
          <w:rFonts w:cs="Times New Roman"/>
          <w:sz w:val="22"/>
        </w:rPr>
      </w:pPr>
      <w:r w:rsidRPr="00276B39">
        <w:rPr>
          <w:rFonts w:cs="Times New Roman"/>
          <w:b/>
          <w:color w:val="000000"/>
          <w:sz w:val="22"/>
        </w:rPr>
        <w:t xml:space="preserve">40. </w:t>
      </w:r>
      <w:proofErr w:type="spellStart"/>
      <w:r w:rsidRPr="00276B39">
        <w:rPr>
          <w:rFonts w:cs="Times New Roman"/>
          <w:b/>
          <w:color w:val="000000"/>
          <w:sz w:val="22"/>
        </w:rPr>
        <w:t>Contractul</w:t>
      </w:r>
      <w:proofErr w:type="spellEnd"/>
      <w:r w:rsidRPr="00276B39">
        <w:rPr>
          <w:rFonts w:cs="Times New Roman"/>
          <w:b/>
          <w:color w:val="000000"/>
          <w:sz w:val="22"/>
        </w:rPr>
        <w:t xml:space="preserve"> </w:t>
      </w:r>
      <w:proofErr w:type="spellStart"/>
      <w:r w:rsidRPr="00276B39">
        <w:rPr>
          <w:rFonts w:cs="Times New Roman"/>
          <w:b/>
          <w:color w:val="000000"/>
          <w:sz w:val="22"/>
        </w:rPr>
        <w:t>intră</w:t>
      </w:r>
      <w:proofErr w:type="spellEnd"/>
      <w:r w:rsidRPr="00276B39">
        <w:rPr>
          <w:rFonts w:cs="Times New Roman"/>
          <w:b/>
          <w:color w:val="000000"/>
          <w:sz w:val="22"/>
        </w:rPr>
        <w:t xml:space="preserve"> sub </w:t>
      </w:r>
      <w:proofErr w:type="spellStart"/>
      <w:r w:rsidRPr="00276B39">
        <w:rPr>
          <w:rFonts w:cs="Times New Roman"/>
          <w:b/>
          <w:color w:val="000000"/>
          <w:sz w:val="22"/>
        </w:rPr>
        <w:t>incidența</w:t>
      </w:r>
      <w:proofErr w:type="spellEnd"/>
      <w:r w:rsidRPr="00276B39">
        <w:rPr>
          <w:rFonts w:cs="Times New Roman"/>
          <w:b/>
          <w:color w:val="000000"/>
          <w:sz w:val="22"/>
        </w:rPr>
        <w:t xml:space="preserve"> </w:t>
      </w:r>
      <w:proofErr w:type="spellStart"/>
      <w:r w:rsidRPr="00276B39">
        <w:rPr>
          <w:rFonts w:cs="Times New Roman"/>
          <w:b/>
          <w:color w:val="000000"/>
          <w:sz w:val="22"/>
        </w:rPr>
        <w:t>Acordului</w:t>
      </w:r>
      <w:proofErr w:type="spellEnd"/>
      <w:r w:rsidRPr="00276B39">
        <w:rPr>
          <w:rFonts w:cs="Times New Roman"/>
          <w:b/>
          <w:color w:val="000000"/>
          <w:sz w:val="22"/>
        </w:rPr>
        <w:t xml:space="preserve"> </w:t>
      </w:r>
      <w:proofErr w:type="spellStart"/>
      <w:r w:rsidRPr="00276B39">
        <w:rPr>
          <w:rFonts w:cs="Times New Roman"/>
          <w:b/>
          <w:color w:val="000000"/>
          <w:sz w:val="22"/>
        </w:rPr>
        <w:t>privind</w:t>
      </w:r>
      <w:proofErr w:type="spellEnd"/>
      <w:r w:rsidRPr="00276B39">
        <w:rPr>
          <w:rFonts w:cs="Times New Roman"/>
          <w:b/>
          <w:color w:val="000000"/>
          <w:sz w:val="22"/>
        </w:rPr>
        <w:t xml:space="preserve"> </w:t>
      </w:r>
      <w:proofErr w:type="spellStart"/>
      <w:r w:rsidRPr="00276B39">
        <w:rPr>
          <w:rFonts w:cs="Times New Roman"/>
          <w:b/>
          <w:color w:val="000000"/>
          <w:sz w:val="22"/>
        </w:rPr>
        <w:t>achizițiile</w:t>
      </w:r>
      <w:proofErr w:type="spellEnd"/>
      <w:r w:rsidRPr="00276B39">
        <w:rPr>
          <w:rFonts w:cs="Times New Roman"/>
          <w:b/>
          <w:color w:val="000000"/>
          <w:sz w:val="22"/>
        </w:rPr>
        <w:t xml:space="preserve"> </w:t>
      </w:r>
      <w:proofErr w:type="spellStart"/>
      <w:r w:rsidRPr="00276B39">
        <w:rPr>
          <w:rFonts w:cs="Times New Roman"/>
          <w:b/>
          <w:color w:val="000000"/>
          <w:sz w:val="22"/>
        </w:rPr>
        <w:t>guvernamentale</w:t>
      </w:r>
      <w:proofErr w:type="spellEnd"/>
      <w:r w:rsidRPr="00276B39">
        <w:rPr>
          <w:rFonts w:cs="Times New Roman"/>
          <w:b/>
          <w:color w:val="000000"/>
          <w:sz w:val="22"/>
        </w:rPr>
        <w:t xml:space="preserve"> al OMC: </w:t>
      </w:r>
      <w:r w:rsidR="001B08D7" w:rsidRPr="00276B39">
        <w:rPr>
          <w:rFonts w:cs="Times New Roman"/>
          <w:color w:val="000000"/>
          <w:sz w:val="22"/>
        </w:rPr>
        <w:t>N</w:t>
      </w:r>
      <w:r w:rsidRPr="00276B39">
        <w:rPr>
          <w:rFonts w:cs="Times New Roman"/>
          <w:color w:val="000000"/>
          <w:sz w:val="22"/>
        </w:rPr>
        <w:t>u.</w:t>
      </w:r>
    </w:p>
    <w:p w:rsidR="006E0A3D" w:rsidRPr="00276B39" w:rsidRDefault="00374C8A" w:rsidP="00531B9B">
      <w:pPr>
        <w:widowControl w:val="0"/>
        <w:spacing w:after="0" w:line="240" w:lineRule="auto"/>
        <w:jc w:val="both"/>
        <w:rPr>
          <w:rFonts w:cs="Times New Roman"/>
          <w:bCs/>
          <w:sz w:val="22"/>
        </w:rPr>
      </w:pPr>
      <w:r w:rsidRPr="00276B39">
        <w:rPr>
          <w:rFonts w:cs="Times New Roman"/>
          <w:b/>
          <w:color w:val="000000"/>
          <w:sz w:val="22"/>
        </w:rPr>
        <w:t xml:space="preserve">41. Alte </w:t>
      </w:r>
      <w:proofErr w:type="spellStart"/>
      <w:r w:rsidRPr="00276B39">
        <w:rPr>
          <w:rFonts w:cs="Times New Roman"/>
          <w:b/>
          <w:color w:val="000000"/>
          <w:sz w:val="22"/>
        </w:rPr>
        <w:t>informații</w:t>
      </w:r>
      <w:proofErr w:type="spellEnd"/>
      <w:r w:rsidRPr="00276B39">
        <w:rPr>
          <w:rFonts w:cs="Times New Roman"/>
          <w:b/>
          <w:color w:val="000000"/>
          <w:sz w:val="22"/>
        </w:rPr>
        <w:t xml:space="preserve"> </w:t>
      </w:r>
      <w:proofErr w:type="spellStart"/>
      <w:r w:rsidRPr="00276B39">
        <w:rPr>
          <w:rFonts w:cs="Times New Roman"/>
          <w:b/>
          <w:color w:val="000000"/>
          <w:sz w:val="22"/>
        </w:rPr>
        <w:t>relevante</w:t>
      </w:r>
      <w:proofErr w:type="spellEnd"/>
      <w:r w:rsidRPr="00276B39">
        <w:rPr>
          <w:rFonts w:cs="Times New Roman"/>
          <w:b/>
          <w:color w:val="000000"/>
          <w:sz w:val="22"/>
        </w:rPr>
        <w:t xml:space="preserve">: </w:t>
      </w:r>
      <w:proofErr w:type="spellStart"/>
      <w:r w:rsidRPr="00276B39">
        <w:rPr>
          <w:rFonts w:cs="Times New Roman"/>
          <w:bCs/>
          <w:color w:val="000000"/>
          <w:sz w:val="22"/>
        </w:rPr>
        <w:t>Termenul</w:t>
      </w:r>
      <w:proofErr w:type="spellEnd"/>
      <w:r w:rsidRPr="00276B39">
        <w:rPr>
          <w:rFonts w:cs="Times New Roman"/>
          <w:bCs/>
          <w:color w:val="000000"/>
          <w:sz w:val="22"/>
        </w:rPr>
        <w:t xml:space="preserve"> </w:t>
      </w:r>
      <w:proofErr w:type="spellStart"/>
      <w:r w:rsidRPr="00276B39">
        <w:rPr>
          <w:rFonts w:cs="Times New Roman"/>
          <w:bCs/>
          <w:color w:val="000000"/>
          <w:sz w:val="22"/>
        </w:rPr>
        <w:t>pentru</w:t>
      </w:r>
      <w:proofErr w:type="spellEnd"/>
      <w:r w:rsidRPr="00276B39">
        <w:rPr>
          <w:rFonts w:cs="Times New Roman"/>
          <w:bCs/>
          <w:color w:val="000000"/>
          <w:sz w:val="22"/>
        </w:rPr>
        <w:t xml:space="preserve"> </w:t>
      </w:r>
      <w:proofErr w:type="spellStart"/>
      <w:r w:rsidRPr="00276B39">
        <w:rPr>
          <w:rFonts w:cs="Times New Roman"/>
          <w:bCs/>
          <w:color w:val="000000"/>
          <w:sz w:val="22"/>
        </w:rPr>
        <w:t>solicitarea</w:t>
      </w:r>
      <w:proofErr w:type="spellEnd"/>
      <w:r w:rsidRPr="00276B39">
        <w:rPr>
          <w:rFonts w:cs="Times New Roman"/>
          <w:bCs/>
          <w:color w:val="000000"/>
          <w:sz w:val="22"/>
        </w:rPr>
        <w:t xml:space="preserve"> </w:t>
      </w:r>
      <w:proofErr w:type="spellStart"/>
      <w:r w:rsidRPr="00276B39">
        <w:rPr>
          <w:rFonts w:cs="Times New Roman"/>
          <w:bCs/>
          <w:color w:val="000000"/>
          <w:sz w:val="22"/>
        </w:rPr>
        <w:t>clarificărilor</w:t>
      </w:r>
      <w:proofErr w:type="spellEnd"/>
      <w:r w:rsidRPr="00276B39">
        <w:rPr>
          <w:rFonts w:cs="Times New Roman"/>
          <w:bCs/>
          <w:color w:val="000000"/>
          <w:sz w:val="22"/>
        </w:rPr>
        <w:t xml:space="preserve">: 3 </w:t>
      </w:r>
      <w:proofErr w:type="spellStart"/>
      <w:r w:rsidRPr="00276B39">
        <w:rPr>
          <w:rFonts w:cs="Times New Roman"/>
          <w:bCs/>
          <w:color w:val="000000"/>
          <w:sz w:val="22"/>
        </w:rPr>
        <w:t>zile</w:t>
      </w:r>
      <w:proofErr w:type="spellEnd"/>
      <w:r w:rsidRPr="00276B39">
        <w:rPr>
          <w:rFonts w:cs="Times New Roman"/>
          <w:bCs/>
          <w:color w:val="000000"/>
          <w:sz w:val="22"/>
        </w:rPr>
        <w:t xml:space="preserve"> </w:t>
      </w:r>
      <w:proofErr w:type="spellStart"/>
      <w:r w:rsidRPr="00276B39">
        <w:rPr>
          <w:rFonts w:cs="Times New Roman"/>
          <w:bCs/>
          <w:color w:val="000000"/>
          <w:sz w:val="22"/>
        </w:rPr>
        <w:t>până</w:t>
      </w:r>
      <w:proofErr w:type="spellEnd"/>
      <w:r w:rsidRPr="00276B39">
        <w:rPr>
          <w:rFonts w:cs="Times New Roman"/>
          <w:bCs/>
          <w:color w:val="000000"/>
          <w:sz w:val="22"/>
        </w:rPr>
        <w:t xml:space="preserve"> la </w:t>
      </w:r>
      <w:proofErr w:type="spellStart"/>
      <w:r w:rsidRPr="00276B39">
        <w:rPr>
          <w:rFonts w:cs="Times New Roman"/>
          <w:bCs/>
          <w:color w:val="000000"/>
          <w:sz w:val="22"/>
        </w:rPr>
        <w:t>termenul-limită</w:t>
      </w:r>
      <w:proofErr w:type="spellEnd"/>
      <w:r w:rsidRPr="00276B39">
        <w:rPr>
          <w:rFonts w:cs="Times New Roman"/>
          <w:bCs/>
          <w:color w:val="000000"/>
          <w:sz w:val="22"/>
        </w:rPr>
        <w:t xml:space="preserve"> de </w:t>
      </w:r>
      <w:proofErr w:type="spellStart"/>
      <w:r w:rsidRPr="00276B39">
        <w:rPr>
          <w:rFonts w:cs="Times New Roman"/>
          <w:bCs/>
          <w:color w:val="000000"/>
          <w:sz w:val="22"/>
        </w:rPr>
        <w:t>depunere</w:t>
      </w:r>
      <w:proofErr w:type="spellEnd"/>
      <w:r w:rsidRPr="00276B39">
        <w:rPr>
          <w:rFonts w:cs="Times New Roman"/>
          <w:bCs/>
          <w:color w:val="000000"/>
          <w:sz w:val="22"/>
        </w:rPr>
        <w:t xml:space="preserve"> </w:t>
      </w:r>
      <w:proofErr w:type="gramStart"/>
      <w:r w:rsidRPr="00276B39">
        <w:rPr>
          <w:rFonts w:cs="Times New Roman"/>
          <w:bCs/>
          <w:color w:val="000000"/>
          <w:sz w:val="22"/>
        </w:rPr>
        <w:t>a</w:t>
      </w:r>
      <w:proofErr w:type="gramEnd"/>
      <w:r w:rsidRPr="00276B39">
        <w:rPr>
          <w:rFonts w:cs="Times New Roman"/>
          <w:bCs/>
          <w:color w:val="000000"/>
          <w:sz w:val="22"/>
        </w:rPr>
        <w:t xml:space="preserve"> </w:t>
      </w:r>
      <w:proofErr w:type="spellStart"/>
      <w:r w:rsidRPr="00276B39">
        <w:rPr>
          <w:rFonts w:cs="Times New Roman"/>
          <w:bCs/>
          <w:color w:val="000000"/>
          <w:sz w:val="22"/>
        </w:rPr>
        <w:t>ofertelor</w:t>
      </w:r>
      <w:proofErr w:type="spellEnd"/>
      <w:r w:rsidRPr="00276B39">
        <w:rPr>
          <w:rFonts w:cs="Times New Roman"/>
          <w:bCs/>
          <w:color w:val="000000"/>
          <w:sz w:val="22"/>
        </w:rPr>
        <w:t xml:space="preserve">. </w:t>
      </w:r>
      <w:proofErr w:type="spellStart"/>
      <w:r w:rsidRPr="00276B39">
        <w:rPr>
          <w:rFonts w:cs="Times New Roman"/>
          <w:bCs/>
          <w:color w:val="000000"/>
          <w:sz w:val="22"/>
        </w:rPr>
        <w:t>Toate</w:t>
      </w:r>
      <w:proofErr w:type="spellEnd"/>
      <w:r w:rsidRPr="00276B39">
        <w:rPr>
          <w:rFonts w:cs="Times New Roman"/>
          <w:bCs/>
          <w:color w:val="000000"/>
          <w:sz w:val="22"/>
        </w:rPr>
        <w:t xml:space="preserve"> </w:t>
      </w:r>
      <w:proofErr w:type="spellStart"/>
      <w:r w:rsidRPr="00276B39">
        <w:rPr>
          <w:rFonts w:cs="Times New Roman"/>
          <w:bCs/>
          <w:color w:val="000000"/>
          <w:sz w:val="22"/>
        </w:rPr>
        <w:t>documentele</w:t>
      </w:r>
      <w:proofErr w:type="spellEnd"/>
      <w:r w:rsidRPr="00276B39">
        <w:rPr>
          <w:rFonts w:cs="Times New Roman"/>
          <w:bCs/>
          <w:color w:val="000000"/>
          <w:sz w:val="22"/>
        </w:rPr>
        <w:t xml:space="preserve"> </w:t>
      </w:r>
      <w:proofErr w:type="spellStart"/>
      <w:r w:rsidRPr="00276B39">
        <w:rPr>
          <w:rFonts w:cs="Times New Roman"/>
          <w:bCs/>
          <w:color w:val="000000"/>
          <w:sz w:val="22"/>
        </w:rPr>
        <w:t>vor</w:t>
      </w:r>
      <w:proofErr w:type="spellEnd"/>
      <w:r w:rsidRPr="00276B39">
        <w:rPr>
          <w:rFonts w:cs="Times New Roman"/>
          <w:bCs/>
          <w:color w:val="000000"/>
          <w:sz w:val="22"/>
        </w:rPr>
        <w:t xml:space="preserve"> fi </w:t>
      </w:r>
      <w:proofErr w:type="spellStart"/>
      <w:r w:rsidRPr="00276B39">
        <w:rPr>
          <w:rFonts w:cs="Times New Roman"/>
          <w:bCs/>
          <w:color w:val="000000"/>
          <w:sz w:val="22"/>
        </w:rPr>
        <w:t>semnate</w:t>
      </w:r>
      <w:proofErr w:type="spellEnd"/>
      <w:r w:rsidRPr="00276B39">
        <w:rPr>
          <w:rFonts w:cs="Times New Roman"/>
          <w:bCs/>
          <w:color w:val="000000"/>
          <w:sz w:val="22"/>
        </w:rPr>
        <w:t xml:space="preserve"> electronic de </w:t>
      </w:r>
      <w:proofErr w:type="spellStart"/>
      <w:r w:rsidRPr="00276B39">
        <w:rPr>
          <w:rFonts w:cs="Times New Roman"/>
          <w:bCs/>
          <w:color w:val="000000"/>
          <w:sz w:val="22"/>
        </w:rPr>
        <w:t>către</w:t>
      </w:r>
      <w:proofErr w:type="spellEnd"/>
      <w:r w:rsidRPr="00276B39">
        <w:rPr>
          <w:rFonts w:cs="Times New Roman"/>
          <w:bCs/>
          <w:color w:val="000000"/>
          <w:sz w:val="22"/>
        </w:rPr>
        <w:t xml:space="preserve"> participant.</w:t>
      </w:r>
    </w:p>
    <w:p w:rsidR="00A20347" w:rsidRPr="00276B39" w:rsidRDefault="00A20347" w:rsidP="00531B9B">
      <w:pPr>
        <w:widowControl w:val="0"/>
        <w:spacing w:after="0" w:line="240" w:lineRule="auto"/>
        <w:jc w:val="both"/>
        <w:rPr>
          <w:rFonts w:cs="Times New Roman"/>
          <w:b/>
          <w:szCs w:val="24"/>
        </w:rPr>
      </w:pPr>
    </w:p>
    <w:p w:rsidR="00BD4525" w:rsidRPr="00276B39" w:rsidRDefault="00374C8A" w:rsidP="00BD4525">
      <w:pPr>
        <w:widowControl w:val="0"/>
        <w:spacing w:after="0" w:line="240" w:lineRule="auto"/>
        <w:jc w:val="both"/>
        <w:rPr>
          <w:rFonts w:cs="Times New Roman"/>
          <w:szCs w:val="24"/>
        </w:rPr>
      </w:pPr>
      <w:proofErr w:type="spellStart"/>
      <w:r w:rsidRPr="00276B39">
        <w:rPr>
          <w:rFonts w:cs="Times New Roman"/>
          <w:b/>
          <w:color w:val="000000"/>
          <w:szCs w:val="24"/>
        </w:rPr>
        <w:t>Conducătorul</w:t>
      </w:r>
      <w:proofErr w:type="spellEnd"/>
      <w:r w:rsidRPr="00276B39">
        <w:rPr>
          <w:rFonts w:cs="Times New Roman"/>
          <w:b/>
          <w:color w:val="000000"/>
          <w:szCs w:val="24"/>
        </w:rPr>
        <w:t xml:space="preserve"> </w:t>
      </w:r>
      <w:proofErr w:type="spellStart"/>
      <w:r w:rsidRPr="00276B39">
        <w:rPr>
          <w:rFonts w:cs="Times New Roman"/>
          <w:b/>
          <w:color w:val="000000"/>
          <w:szCs w:val="24"/>
        </w:rPr>
        <w:t>grupului</w:t>
      </w:r>
      <w:proofErr w:type="spellEnd"/>
      <w:r w:rsidRPr="00276B39">
        <w:rPr>
          <w:rFonts w:cs="Times New Roman"/>
          <w:b/>
          <w:color w:val="000000"/>
          <w:szCs w:val="24"/>
        </w:rPr>
        <w:t xml:space="preserve"> de </w:t>
      </w:r>
      <w:proofErr w:type="spellStart"/>
      <w:r w:rsidRPr="00276B39">
        <w:rPr>
          <w:rFonts w:cs="Times New Roman"/>
          <w:b/>
          <w:color w:val="000000"/>
          <w:szCs w:val="24"/>
        </w:rPr>
        <w:t>lucru</w:t>
      </w:r>
      <w:proofErr w:type="spellEnd"/>
      <w:r w:rsidRPr="00276B39">
        <w:rPr>
          <w:rFonts w:cs="Times New Roman"/>
          <w:b/>
          <w:color w:val="000000"/>
          <w:szCs w:val="24"/>
        </w:rPr>
        <w:t xml:space="preserve">: </w:t>
      </w:r>
      <w:r w:rsidRPr="00276B39">
        <w:rPr>
          <w:rFonts w:cs="Times New Roman"/>
          <w:color w:val="000000"/>
          <w:szCs w:val="24"/>
        </w:rPr>
        <w:t xml:space="preserve">________________________ </w:t>
      </w:r>
      <w:r w:rsidR="000B6594" w:rsidRPr="00276B39">
        <w:rPr>
          <w:rFonts w:cs="Times New Roman"/>
          <w:color w:val="000000"/>
          <w:szCs w:val="24"/>
        </w:rPr>
        <w:tab/>
      </w:r>
      <w:r w:rsidR="00BD4525" w:rsidRPr="00276B39">
        <w:rPr>
          <w:rFonts w:cs="Times New Roman"/>
          <w:color w:val="000000"/>
          <w:szCs w:val="24"/>
        </w:rPr>
        <w:t>Nicolae JELAMSCHI</w:t>
      </w:r>
    </w:p>
    <w:p w:rsidR="00276B39" w:rsidRPr="00276B39" w:rsidRDefault="00276B39" w:rsidP="00D92004">
      <w:pPr>
        <w:widowControl w:val="0"/>
        <w:spacing w:after="0" w:line="240" w:lineRule="auto"/>
        <w:rPr>
          <w:rFonts w:cs="Times New Roman"/>
          <w:color w:val="000000"/>
          <w:szCs w:val="24"/>
        </w:rPr>
      </w:pPr>
    </w:p>
    <w:p w:rsidR="00276B39" w:rsidRPr="00276B39" w:rsidRDefault="00276B39" w:rsidP="00D92004">
      <w:pPr>
        <w:widowControl w:val="0"/>
        <w:spacing w:after="0" w:line="240" w:lineRule="auto"/>
        <w:rPr>
          <w:rFonts w:cs="Times New Roman"/>
          <w:color w:val="000000"/>
          <w:szCs w:val="24"/>
        </w:rPr>
      </w:pPr>
    </w:p>
    <w:p w:rsidR="00276B39" w:rsidRPr="00276B39" w:rsidRDefault="00276B39" w:rsidP="00D92004">
      <w:pPr>
        <w:widowControl w:val="0"/>
        <w:spacing w:after="0" w:line="240" w:lineRule="auto"/>
        <w:rPr>
          <w:rFonts w:cs="Times New Roman"/>
          <w:color w:val="000000"/>
          <w:szCs w:val="24"/>
        </w:rPr>
      </w:pPr>
    </w:p>
    <w:p w:rsidR="00276B39" w:rsidRPr="00276B39" w:rsidRDefault="00276B39" w:rsidP="00D92004">
      <w:pPr>
        <w:widowControl w:val="0"/>
        <w:spacing w:after="0" w:line="240" w:lineRule="auto"/>
        <w:rPr>
          <w:rFonts w:cs="Times New Roman"/>
          <w:color w:val="000000"/>
          <w:szCs w:val="24"/>
        </w:rPr>
      </w:pPr>
    </w:p>
    <w:p w:rsidR="00276B39" w:rsidRPr="00276B39" w:rsidRDefault="00276B39" w:rsidP="00D92004">
      <w:pPr>
        <w:widowControl w:val="0"/>
        <w:spacing w:after="0" w:line="240" w:lineRule="auto"/>
        <w:rPr>
          <w:rFonts w:cs="Times New Roman"/>
          <w:color w:val="000000"/>
          <w:szCs w:val="24"/>
        </w:rPr>
      </w:pPr>
    </w:p>
    <w:p w:rsidR="00276B39" w:rsidRDefault="00276B39" w:rsidP="00D92004">
      <w:pPr>
        <w:widowControl w:val="0"/>
        <w:spacing w:after="0" w:line="240" w:lineRule="auto"/>
        <w:rPr>
          <w:rFonts w:cs="Times New Roman"/>
          <w:color w:val="000000"/>
          <w:szCs w:val="24"/>
        </w:rPr>
      </w:pPr>
    </w:p>
    <w:p w:rsidR="00276B39" w:rsidRDefault="00276B39" w:rsidP="00D92004">
      <w:pPr>
        <w:widowControl w:val="0"/>
        <w:spacing w:after="0" w:line="240" w:lineRule="auto"/>
        <w:rPr>
          <w:rFonts w:cs="Times New Roman"/>
          <w:color w:val="000000"/>
          <w:szCs w:val="24"/>
        </w:rPr>
      </w:pPr>
    </w:p>
    <w:p w:rsidR="00276B39" w:rsidRDefault="00276B39" w:rsidP="00D92004">
      <w:pPr>
        <w:widowControl w:val="0"/>
        <w:spacing w:after="0" w:line="240" w:lineRule="auto"/>
        <w:rPr>
          <w:rFonts w:cs="Times New Roman"/>
          <w:color w:val="000000"/>
          <w:szCs w:val="24"/>
        </w:rPr>
      </w:pPr>
    </w:p>
    <w:p w:rsidR="00276B39" w:rsidRDefault="00276B39" w:rsidP="00D92004">
      <w:pPr>
        <w:widowControl w:val="0"/>
        <w:spacing w:after="0" w:line="240" w:lineRule="auto"/>
        <w:rPr>
          <w:rFonts w:cs="Times New Roman"/>
          <w:color w:val="000000"/>
          <w:szCs w:val="24"/>
        </w:rPr>
      </w:pPr>
    </w:p>
    <w:p w:rsidR="00276B39" w:rsidRDefault="00276B39" w:rsidP="00D92004">
      <w:pPr>
        <w:widowControl w:val="0"/>
        <w:spacing w:after="0" w:line="240" w:lineRule="auto"/>
        <w:rPr>
          <w:rFonts w:cs="Times New Roman"/>
          <w:color w:val="000000"/>
          <w:sz w:val="18"/>
          <w:szCs w:val="18"/>
        </w:rPr>
      </w:pPr>
    </w:p>
    <w:p w:rsidR="0018691C" w:rsidRDefault="0018691C" w:rsidP="00D92004">
      <w:pPr>
        <w:widowControl w:val="0"/>
        <w:spacing w:after="0" w:line="240" w:lineRule="auto"/>
        <w:rPr>
          <w:rFonts w:cs="Times New Roman"/>
          <w:color w:val="000000"/>
          <w:sz w:val="18"/>
          <w:szCs w:val="18"/>
        </w:rPr>
      </w:pPr>
    </w:p>
    <w:p w:rsidR="0018691C" w:rsidRDefault="0018691C" w:rsidP="00D92004">
      <w:pPr>
        <w:widowControl w:val="0"/>
        <w:spacing w:after="0" w:line="240" w:lineRule="auto"/>
        <w:rPr>
          <w:rFonts w:cs="Times New Roman"/>
          <w:color w:val="000000"/>
          <w:sz w:val="18"/>
          <w:szCs w:val="18"/>
        </w:rPr>
      </w:pPr>
    </w:p>
    <w:p w:rsidR="0018691C" w:rsidRDefault="0018691C" w:rsidP="00D92004">
      <w:pPr>
        <w:widowControl w:val="0"/>
        <w:spacing w:after="0" w:line="240" w:lineRule="auto"/>
        <w:rPr>
          <w:rFonts w:cs="Times New Roman"/>
          <w:color w:val="000000"/>
          <w:sz w:val="18"/>
          <w:szCs w:val="18"/>
        </w:rPr>
      </w:pPr>
    </w:p>
    <w:p w:rsidR="0018691C" w:rsidRDefault="0018691C" w:rsidP="00D92004">
      <w:pPr>
        <w:widowControl w:val="0"/>
        <w:spacing w:after="0" w:line="240" w:lineRule="auto"/>
        <w:rPr>
          <w:rFonts w:cs="Times New Roman"/>
          <w:color w:val="000000"/>
          <w:sz w:val="18"/>
          <w:szCs w:val="18"/>
        </w:rPr>
      </w:pPr>
    </w:p>
    <w:p w:rsidR="0018691C" w:rsidRPr="00276B39" w:rsidRDefault="0018691C" w:rsidP="00D92004">
      <w:pPr>
        <w:widowControl w:val="0"/>
        <w:spacing w:after="0" w:line="240" w:lineRule="auto"/>
        <w:rPr>
          <w:rFonts w:cs="Times New Roman"/>
          <w:color w:val="000000"/>
          <w:sz w:val="18"/>
          <w:szCs w:val="18"/>
        </w:rPr>
      </w:pPr>
    </w:p>
    <w:p w:rsidR="0022270F" w:rsidRPr="00276B39" w:rsidRDefault="00374C8A" w:rsidP="00D92004">
      <w:pPr>
        <w:widowControl w:val="0"/>
        <w:spacing w:after="0" w:line="240" w:lineRule="auto"/>
        <w:rPr>
          <w:rFonts w:cs="Times New Roman"/>
          <w:sz w:val="18"/>
          <w:szCs w:val="18"/>
        </w:rPr>
      </w:pPr>
      <w:r w:rsidRPr="00276B39">
        <w:rPr>
          <w:rFonts w:cs="Times New Roman"/>
          <w:color w:val="000000"/>
          <w:sz w:val="18"/>
          <w:szCs w:val="18"/>
        </w:rPr>
        <w:t>Executor: Vladimir Vornic</w:t>
      </w:r>
    </w:p>
    <w:p w:rsidR="0022270F" w:rsidRPr="00276B39" w:rsidRDefault="00374C8A" w:rsidP="00531B9B">
      <w:pPr>
        <w:widowControl w:val="0"/>
        <w:spacing w:after="0" w:line="240" w:lineRule="auto"/>
        <w:rPr>
          <w:rFonts w:cs="Times New Roman"/>
          <w:sz w:val="18"/>
          <w:szCs w:val="18"/>
        </w:rPr>
      </w:pPr>
      <w:r w:rsidRPr="00276B39">
        <w:rPr>
          <w:rFonts w:cs="Times New Roman"/>
          <w:color w:val="000000"/>
          <w:sz w:val="18"/>
          <w:szCs w:val="18"/>
        </w:rPr>
        <w:t>Tel.: 067493406</w:t>
      </w:r>
    </w:p>
    <w:p w:rsidR="00BD4525" w:rsidRPr="00276B39" w:rsidRDefault="00374C8A" w:rsidP="00531B9B">
      <w:pPr>
        <w:widowControl w:val="0"/>
        <w:spacing w:after="0" w:line="240" w:lineRule="auto"/>
        <w:rPr>
          <w:rStyle w:val="Hyperlink"/>
          <w:rFonts w:cs="Times New Roman"/>
          <w:sz w:val="18"/>
          <w:szCs w:val="18"/>
        </w:rPr>
        <w:sectPr w:rsidR="00BD4525" w:rsidRPr="00276B39" w:rsidSect="00445362">
          <w:pgSz w:w="11906" w:h="16838"/>
          <w:pgMar w:top="850" w:right="1134" w:bottom="1701" w:left="1134" w:header="709" w:footer="709" w:gutter="0"/>
          <w:cols w:space="720"/>
          <w:docGrid w:linePitch="326"/>
        </w:sectPr>
      </w:pPr>
      <w:r w:rsidRPr="00276B39">
        <w:rPr>
          <w:rFonts w:cs="Times New Roman"/>
          <w:color w:val="000000"/>
          <w:sz w:val="18"/>
          <w:szCs w:val="18"/>
        </w:rPr>
        <w:t xml:space="preserve">e-mail: </w:t>
      </w:r>
      <w:r w:rsidR="00FF1E07" w:rsidRPr="00276B39">
        <w:rPr>
          <w:rFonts w:cs="Times New Roman"/>
          <w:color w:val="000000"/>
          <w:sz w:val="18"/>
          <w:szCs w:val="18"/>
        </w:rPr>
        <w:t>achizitii@ansp.gov.md</w:t>
      </w:r>
    </w:p>
    <w:p w:rsidR="00BD4525" w:rsidRPr="00276B39" w:rsidRDefault="00BD4525" w:rsidP="00276B39">
      <w:pPr>
        <w:widowControl w:val="0"/>
        <w:spacing w:after="0" w:line="240" w:lineRule="auto"/>
        <w:jc w:val="right"/>
        <w:rPr>
          <w:rFonts w:cs="Times New Roman"/>
          <w:bCs/>
          <w:szCs w:val="24"/>
        </w:rPr>
      </w:pPr>
      <w:proofErr w:type="spellStart"/>
      <w:r w:rsidRPr="00276B39">
        <w:rPr>
          <w:rFonts w:cs="Times New Roman"/>
          <w:bCs/>
          <w:color w:val="000000"/>
          <w:szCs w:val="24"/>
        </w:rPr>
        <w:lastRenderedPageBreak/>
        <w:t>Anexa</w:t>
      </w:r>
      <w:proofErr w:type="spellEnd"/>
      <w:r w:rsidRPr="00276B39">
        <w:rPr>
          <w:rFonts w:cs="Times New Roman"/>
          <w:bCs/>
          <w:color w:val="000000"/>
          <w:szCs w:val="24"/>
        </w:rPr>
        <w:t xml:space="preserve"> nr. 1</w:t>
      </w:r>
    </w:p>
    <w:p w:rsidR="00BD4525" w:rsidRPr="00276B39" w:rsidRDefault="00BD4525" w:rsidP="00BD4525">
      <w:pPr>
        <w:widowControl w:val="0"/>
        <w:spacing w:after="0" w:line="240" w:lineRule="auto"/>
        <w:jc w:val="center"/>
        <w:rPr>
          <w:rFonts w:cs="Times New Roman"/>
          <w:szCs w:val="24"/>
        </w:rPr>
      </w:pPr>
      <w:r w:rsidRPr="00276B39">
        <w:rPr>
          <w:rFonts w:cs="Times New Roman"/>
          <w:b/>
          <w:color w:val="000000"/>
          <w:szCs w:val="24"/>
        </w:rPr>
        <w:t>CERERE DE PARTICIPARE</w:t>
      </w:r>
    </w:p>
    <w:p w:rsidR="00BD4525" w:rsidRPr="00276B39" w:rsidRDefault="00BD4525" w:rsidP="00BD4525">
      <w:pPr>
        <w:widowControl w:val="0"/>
        <w:spacing w:after="0" w:line="240" w:lineRule="auto"/>
        <w:jc w:val="both"/>
        <w:rPr>
          <w:rFonts w:cs="Times New Roman"/>
          <w:szCs w:val="24"/>
        </w:rPr>
      </w:pPr>
      <w:proofErr w:type="spellStart"/>
      <w:r w:rsidRPr="00276B39">
        <w:rPr>
          <w:rFonts w:cs="Times New Roman"/>
          <w:color w:val="000000"/>
          <w:szCs w:val="24"/>
        </w:rPr>
        <w:t>Către</w:t>
      </w:r>
      <w:proofErr w:type="spellEnd"/>
      <w:r w:rsidRPr="00276B39">
        <w:rPr>
          <w:rFonts w:cs="Times New Roman"/>
          <w:color w:val="000000"/>
          <w:szCs w:val="24"/>
        </w:rPr>
        <w:t xml:space="preserve"> [</w:t>
      </w:r>
      <w:proofErr w:type="spellStart"/>
      <w:r w:rsidRPr="00276B39">
        <w:rPr>
          <w:rFonts w:cs="Times New Roman"/>
          <w:color w:val="000000"/>
          <w:szCs w:val="24"/>
        </w:rPr>
        <w:t>denumirea</w:t>
      </w:r>
      <w:proofErr w:type="spellEnd"/>
      <w:r w:rsidRPr="00276B39">
        <w:rPr>
          <w:rFonts w:cs="Times New Roman"/>
          <w:color w:val="000000"/>
          <w:szCs w:val="24"/>
        </w:rPr>
        <w:t xml:space="preserve"> </w:t>
      </w:r>
      <w:proofErr w:type="spellStart"/>
      <w:r w:rsidRPr="00276B39">
        <w:rPr>
          <w:rFonts w:cs="Times New Roman"/>
          <w:color w:val="000000"/>
          <w:szCs w:val="24"/>
        </w:rPr>
        <w:t>autorității</w:t>
      </w:r>
      <w:proofErr w:type="spellEnd"/>
      <w:r w:rsidRPr="00276B39">
        <w:rPr>
          <w:rFonts w:cs="Times New Roman"/>
          <w:color w:val="000000"/>
          <w:szCs w:val="24"/>
        </w:rPr>
        <w:t xml:space="preserve"> </w:t>
      </w:r>
      <w:proofErr w:type="spellStart"/>
      <w:r w:rsidRPr="00276B39">
        <w:rPr>
          <w:rFonts w:cs="Times New Roman"/>
          <w:color w:val="000000"/>
          <w:szCs w:val="24"/>
        </w:rPr>
        <w:t>contractante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adresa</w:t>
      </w:r>
      <w:proofErr w:type="spellEnd"/>
      <w:r w:rsidRPr="00276B39">
        <w:rPr>
          <w:rFonts w:cs="Times New Roman"/>
          <w:color w:val="000000"/>
          <w:szCs w:val="24"/>
        </w:rPr>
        <w:t xml:space="preserve"> </w:t>
      </w:r>
      <w:proofErr w:type="spellStart"/>
      <w:r w:rsidRPr="00276B39">
        <w:rPr>
          <w:rFonts w:cs="Times New Roman"/>
          <w:color w:val="000000"/>
          <w:szCs w:val="24"/>
        </w:rPr>
        <w:t>completă</w:t>
      </w:r>
      <w:proofErr w:type="spellEnd"/>
      <w:r w:rsidRPr="00276B39">
        <w:rPr>
          <w:rFonts w:cs="Times New Roman"/>
          <w:color w:val="000000"/>
          <w:szCs w:val="24"/>
        </w:rPr>
        <w:t>]</w:t>
      </w:r>
    </w:p>
    <w:p w:rsidR="00BD4525" w:rsidRPr="00276B39" w:rsidRDefault="00BD4525" w:rsidP="00BD4525">
      <w:pPr>
        <w:widowControl w:val="0"/>
        <w:spacing w:after="0" w:line="240" w:lineRule="auto"/>
        <w:jc w:val="both"/>
        <w:rPr>
          <w:rFonts w:cs="Times New Roman"/>
          <w:szCs w:val="24"/>
        </w:rPr>
      </w:pPr>
      <w:proofErr w:type="spellStart"/>
      <w:r w:rsidRPr="00276B39">
        <w:rPr>
          <w:rFonts w:cs="Times New Roman"/>
          <w:color w:val="000000"/>
          <w:szCs w:val="24"/>
        </w:rPr>
        <w:t>Stimaţi</w:t>
      </w:r>
      <w:proofErr w:type="spellEnd"/>
      <w:r w:rsidRPr="00276B39">
        <w:rPr>
          <w:rFonts w:cs="Times New Roman"/>
          <w:color w:val="000000"/>
          <w:szCs w:val="24"/>
        </w:rPr>
        <w:t xml:space="preserve"> </w:t>
      </w:r>
      <w:proofErr w:type="spellStart"/>
      <w:r w:rsidRPr="00276B39">
        <w:rPr>
          <w:rFonts w:cs="Times New Roman"/>
          <w:color w:val="000000"/>
          <w:szCs w:val="24"/>
        </w:rPr>
        <w:t>domni</w:t>
      </w:r>
      <w:proofErr w:type="spellEnd"/>
      <w:r w:rsidRPr="00276B39">
        <w:rPr>
          <w:rFonts w:cs="Times New Roman"/>
          <w:color w:val="000000"/>
          <w:szCs w:val="24"/>
        </w:rPr>
        <w:t>,</w:t>
      </w:r>
    </w:p>
    <w:p w:rsidR="00BD4525" w:rsidRPr="00276B39" w:rsidRDefault="00BD4525" w:rsidP="00BD4525">
      <w:pPr>
        <w:widowControl w:val="0"/>
        <w:spacing w:after="0" w:line="240" w:lineRule="auto"/>
        <w:jc w:val="both"/>
        <w:rPr>
          <w:rFonts w:cs="Times New Roman"/>
          <w:szCs w:val="24"/>
        </w:rPr>
      </w:pPr>
      <w:r w:rsidRPr="00276B39">
        <w:rPr>
          <w:rFonts w:cs="Times New Roman"/>
          <w:color w:val="000000"/>
          <w:szCs w:val="24"/>
        </w:rPr>
        <w:t xml:space="preserve">Ca </w:t>
      </w:r>
      <w:proofErr w:type="spellStart"/>
      <w:r w:rsidRPr="00276B39">
        <w:rPr>
          <w:rFonts w:cs="Times New Roman"/>
          <w:color w:val="000000"/>
          <w:szCs w:val="24"/>
        </w:rPr>
        <w:t>urmare</w:t>
      </w:r>
      <w:proofErr w:type="spellEnd"/>
      <w:r w:rsidRPr="00276B39">
        <w:rPr>
          <w:rFonts w:cs="Times New Roman"/>
          <w:color w:val="000000"/>
          <w:szCs w:val="24"/>
        </w:rPr>
        <w:t xml:space="preserve"> a </w:t>
      </w:r>
      <w:proofErr w:type="spellStart"/>
      <w:r w:rsidRPr="00276B39">
        <w:rPr>
          <w:rFonts w:cs="Times New Roman"/>
          <w:color w:val="000000"/>
          <w:szCs w:val="24"/>
        </w:rPr>
        <w:t>invitației</w:t>
      </w:r>
      <w:proofErr w:type="spellEnd"/>
      <w:r w:rsidRPr="00276B39">
        <w:rPr>
          <w:rFonts w:cs="Times New Roman"/>
          <w:color w:val="000000"/>
          <w:szCs w:val="24"/>
        </w:rPr>
        <w:t xml:space="preserve"> de </w:t>
      </w:r>
      <w:proofErr w:type="spellStart"/>
      <w:r w:rsidRPr="00276B39">
        <w:rPr>
          <w:rFonts w:cs="Times New Roman"/>
          <w:color w:val="000000"/>
          <w:szCs w:val="24"/>
        </w:rPr>
        <w:t>participare</w:t>
      </w:r>
      <w:proofErr w:type="spellEnd"/>
      <w:r w:rsidRPr="00276B39">
        <w:rPr>
          <w:rFonts w:cs="Times New Roman"/>
          <w:color w:val="000000"/>
          <w:szCs w:val="24"/>
        </w:rPr>
        <w:t xml:space="preserve"> din [</w:t>
      </w:r>
      <w:proofErr w:type="spellStart"/>
      <w:r w:rsidRPr="00276B39">
        <w:rPr>
          <w:rFonts w:cs="Times New Roman"/>
          <w:color w:val="000000"/>
          <w:szCs w:val="24"/>
        </w:rPr>
        <w:t>ziua</w:t>
      </w:r>
      <w:proofErr w:type="spellEnd"/>
      <w:r w:rsidRPr="00276B39">
        <w:rPr>
          <w:rFonts w:cs="Times New Roman"/>
          <w:color w:val="000000"/>
          <w:szCs w:val="24"/>
        </w:rPr>
        <w:t>/</w:t>
      </w:r>
      <w:proofErr w:type="spellStart"/>
      <w:r w:rsidRPr="00276B39">
        <w:rPr>
          <w:rFonts w:cs="Times New Roman"/>
          <w:color w:val="000000"/>
          <w:szCs w:val="24"/>
        </w:rPr>
        <w:t>luna</w:t>
      </w:r>
      <w:proofErr w:type="spellEnd"/>
      <w:r w:rsidRPr="00276B39">
        <w:rPr>
          <w:rFonts w:cs="Times New Roman"/>
          <w:color w:val="000000"/>
          <w:szCs w:val="24"/>
        </w:rPr>
        <w:t>/</w:t>
      </w:r>
      <w:proofErr w:type="spellStart"/>
      <w:r w:rsidRPr="00276B39">
        <w:rPr>
          <w:rFonts w:cs="Times New Roman"/>
          <w:color w:val="000000"/>
          <w:szCs w:val="24"/>
        </w:rPr>
        <w:t>anul</w:t>
      </w:r>
      <w:proofErr w:type="spellEnd"/>
      <w:r w:rsidRPr="00276B39">
        <w:rPr>
          <w:rFonts w:cs="Times New Roman"/>
          <w:color w:val="000000"/>
          <w:szCs w:val="24"/>
        </w:rPr>
        <w:t xml:space="preserve">], </w:t>
      </w:r>
      <w:proofErr w:type="spellStart"/>
      <w:r w:rsidRPr="00276B39">
        <w:rPr>
          <w:rFonts w:cs="Times New Roman"/>
          <w:color w:val="000000"/>
          <w:szCs w:val="24"/>
        </w:rPr>
        <w:t>privind</w:t>
      </w:r>
      <w:proofErr w:type="spellEnd"/>
      <w:r w:rsidRPr="00276B39">
        <w:rPr>
          <w:rFonts w:cs="Times New Roman"/>
          <w:color w:val="000000"/>
          <w:szCs w:val="24"/>
        </w:rPr>
        <w:t xml:space="preserve"> </w:t>
      </w:r>
      <w:proofErr w:type="spellStart"/>
      <w:r w:rsidRPr="00276B39">
        <w:rPr>
          <w:rFonts w:cs="Times New Roman"/>
          <w:color w:val="000000"/>
          <w:szCs w:val="24"/>
        </w:rPr>
        <w:t>aplicarea</w:t>
      </w:r>
      <w:proofErr w:type="spellEnd"/>
      <w:r w:rsidRPr="00276B39">
        <w:rPr>
          <w:rFonts w:cs="Times New Roman"/>
          <w:color w:val="000000"/>
          <w:szCs w:val="24"/>
        </w:rPr>
        <w:t xml:space="preserve"> </w:t>
      </w:r>
      <w:proofErr w:type="spellStart"/>
      <w:r w:rsidRPr="00276B39">
        <w:rPr>
          <w:rFonts w:cs="Times New Roman"/>
          <w:color w:val="000000"/>
          <w:szCs w:val="24"/>
        </w:rPr>
        <w:t>procedurii</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atribuirea</w:t>
      </w:r>
      <w:proofErr w:type="spellEnd"/>
      <w:r w:rsidRPr="00276B39">
        <w:rPr>
          <w:rFonts w:cs="Times New Roman"/>
          <w:color w:val="000000"/>
          <w:szCs w:val="24"/>
        </w:rPr>
        <w:t xml:space="preserve"> </w:t>
      </w:r>
      <w:proofErr w:type="spellStart"/>
      <w:r w:rsidRPr="00276B39">
        <w:rPr>
          <w:rFonts w:cs="Times New Roman"/>
          <w:color w:val="000000"/>
          <w:szCs w:val="24"/>
        </w:rPr>
        <w:t>contractului</w:t>
      </w:r>
      <w:proofErr w:type="spellEnd"/>
      <w:r w:rsidRPr="00276B39">
        <w:rPr>
          <w:rFonts w:cs="Times New Roman"/>
          <w:color w:val="000000"/>
          <w:szCs w:val="24"/>
        </w:rPr>
        <w:t xml:space="preserve"> [</w:t>
      </w:r>
      <w:proofErr w:type="spellStart"/>
      <w:r w:rsidRPr="00276B39">
        <w:rPr>
          <w:rFonts w:cs="Times New Roman"/>
          <w:color w:val="000000"/>
          <w:szCs w:val="24"/>
        </w:rPr>
        <w:t>denumirea</w:t>
      </w:r>
      <w:proofErr w:type="spellEnd"/>
      <w:r w:rsidRPr="00276B39">
        <w:rPr>
          <w:rFonts w:cs="Times New Roman"/>
          <w:color w:val="000000"/>
          <w:szCs w:val="24"/>
        </w:rPr>
        <w:t xml:space="preserve"> </w:t>
      </w:r>
      <w:proofErr w:type="spellStart"/>
      <w:r w:rsidRPr="00276B39">
        <w:rPr>
          <w:rFonts w:cs="Times New Roman"/>
          <w:color w:val="000000"/>
          <w:szCs w:val="24"/>
        </w:rPr>
        <w:t>contractului</w:t>
      </w:r>
      <w:proofErr w:type="spellEnd"/>
      <w:r w:rsidRPr="00276B39">
        <w:rPr>
          <w:rFonts w:cs="Times New Roman"/>
          <w:color w:val="000000"/>
          <w:szCs w:val="24"/>
        </w:rPr>
        <w:t xml:space="preserve"> de </w:t>
      </w:r>
      <w:proofErr w:type="spellStart"/>
      <w:r w:rsidRPr="00276B39">
        <w:rPr>
          <w:rFonts w:cs="Times New Roman"/>
          <w:color w:val="000000"/>
          <w:szCs w:val="24"/>
        </w:rPr>
        <w:t>achiziție</w:t>
      </w:r>
      <w:proofErr w:type="spellEnd"/>
      <w:r w:rsidRPr="00276B39">
        <w:rPr>
          <w:rFonts w:cs="Times New Roman"/>
          <w:color w:val="000000"/>
          <w:szCs w:val="24"/>
        </w:rPr>
        <w:t xml:space="preserve">], </w:t>
      </w:r>
      <w:proofErr w:type="spellStart"/>
      <w:r w:rsidRPr="00276B39">
        <w:rPr>
          <w:rFonts w:cs="Times New Roman"/>
          <w:color w:val="000000"/>
          <w:szCs w:val="24"/>
        </w:rPr>
        <w:t>noi</w:t>
      </w:r>
      <w:proofErr w:type="spellEnd"/>
      <w:r w:rsidRPr="00276B39">
        <w:rPr>
          <w:rFonts w:cs="Times New Roman"/>
          <w:color w:val="000000"/>
          <w:szCs w:val="24"/>
        </w:rPr>
        <w:t xml:space="preserve"> [</w:t>
      </w:r>
      <w:proofErr w:type="spellStart"/>
      <w:r w:rsidRPr="00276B39">
        <w:rPr>
          <w:rFonts w:cs="Times New Roman"/>
          <w:color w:val="000000"/>
          <w:szCs w:val="24"/>
        </w:rPr>
        <w:t>denumirea</w:t>
      </w:r>
      <w:proofErr w:type="spellEnd"/>
      <w:r w:rsidRPr="00276B39">
        <w:rPr>
          <w:rFonts w:cs="Times New Roman"/>
          <w:color w:val="000000"/>
          <w:szCs w:val="24"/>
        </w:rPr>
        <w:t>/</w:t>
      </w:r>
      <w:proofErr w:type="spellStart"/>
      <w:r w:rsidRPr="00276B39">
        <w:rPr>
          <w:rFonts w:cs="Times New Roman"/>
          <w:color w:val="000000"/>
          <w:szCs w:val="24"/>
        </w:rPr>
        <w:t>numele</w:t>
      </w:r>
      <w:proofErr w:type="spellEnd"/>
      <w:r w:rsidRPr="00276B39">
        <w:rPr>
          <w:rFonts w:cs="Times New Roman"/>
          <w:color w:val="000000"/>
          <w:szCs w:val="24"/>
        </w:rPr>
        <w:t xml:space="preserve"> </w:t>
      </w:r>
      <w:proofErr w:type="spellStart"/>
      <w:r w:rsidRPr="00276B39">
        <w:rPr>
          <w:rFonts w:cs="Times New Roman"/>
          <w:color w:val="000000"/>
          <w:szCs w:val="24"/>
        </w:rPr>
        <w:t>ofertantului</w:t>
      </w:r>
      <w:proofErr w:type="spellEnd"/>
      <w:r w:rsidRPr="00276B39">
        <w:rPr>
          <w:rFonts w:cs="Times New Roman"/>
          <w:color w:val="000000"/>
          <w:szCs w:val="24"/>
        </w:rPr>
        <w:t>/</w:t>
      </w:r>
      <w:proofErr w:type="spellStart"/>
      <w:r w:rsidRPr="00276B39">
        <w:rPr>
          <w:rFonts w:cs="Times New Roman"/>
          <w:color w:val="000000"/>
          <w:szCs w:val="24"/>
        </w:rPr>
        <w:t>candidatului</w:t>
      </w:r>
      <w:proofErr w:type="spellEnd"/>
      <w:r w:rsidRPr="00276B39">
        <w:rPr>
          <w:rFonts w:cs="Times New Roman"/>
          <w:color w:val="000000"/>
          <w:szCs w:val="24"/>
        </w:rPr>
        <w:t xml:space="preserve">], am </w:t>
      </w:r>
      <w:proofErr w:type="spellStart"/>
      <w:r w:rsidRPr="00276B39">
        <w:rPr>
          <w:rFonts w:cs="Times New Roman"/>
          <w:color w:val="000000"/>
          <w:szCs w:val="24"/>
        </w:rPr>
        <w:t>luat</w:t>
      </w:r>
      <w:proofErr w:type="spellEnd"/>
      <w:r w:rsidRPr="00276B39">
        <w:rPr>
          <w:rFonts w:cs="Times New Roman"/>
          <w:color w:val="000000"/>
          <w:szCs w:val="24"/>
        </w:rPr>
        <w:t xml:space="preserve"> </w:t>
      </w:r>
      <w:proofErr w:type="spellStart"/>
      <w:r w:rsidRPr="00276B39">
        <w:rPr>
          <w:rFonts w:cs="Times New Roman"/>
          <w:color w:val="000000"/>
          <w:szCs w:val="24"/>
        </w:rPr>
        <w:t>cunoştinţă</w:t>
      </w:r>
      <w:proofErr w:type="spellEnd"/>
      <w:r w:rsidRPr="00276B39">
        <w:rPr>
          <w:rFonts w:cs="Times New Roman"/>
          <w:color w:val="000000"/>
          <w:szCs w:val="24"/>
        </w:rPr>
        <w:t xml:space="preserve"> de </w:t>
      </w:r>
      <w:proofErr w:type="spellStart"/>
      <w:r w:rsidRPr="00276B39">
        <w:rPr>
          <w:rFonts w:cs="Times New Roman"/>
          <w:color w:val="000000"/>
          <w:szCs w:val="24"/>
        </w:rPr>
        <w:t>condițiile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cerințele</w:t>
      </w:r>
      <w:proofErr w:type="spellEnd"/>
      <w:r w:rsidRPr="00276B39">
        <w:rPr>
          <w:rFonts w:cs="Times New Roman"/>
          <w:color w:val="000000"/>
          <w:szCs w:val="24"/>
        </w:rPr>
        <w:t xml:space="preserve"> </w:t>
      </w:r>
      <w:proofErr w:type="spellStart"/>
      <w:r w:rsidRPr="00276B39">
        <w:rPr>
          <w:rFonts w:cs="Times New Roman"/>
          <w:color w:val="000000"/>
          <w:szCs w:val="24"/>
        </w:rPr>
        <w:t>expuse</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documentația</w:t>
      </w:r>
      <w:proofErr w:type="spellEnd"/>
      <w:r w:rsidRPr="00276B39">
        <w:rPr>
          <w:rFonts w:cs="Times New Roman"/>
          <w:color w:val="000000"/>
          <w:szCs w:val="24"/>
        </w:rPr>
        <w:t xml:space="preserve"> de </w:t>
      </w:r>
      <w:proofErr w:type="spellStart"/>
      <w:r w:rsidRPr="00276B39">
        <w:rPr>
          <w:rFonts w:cs="Times New Roman"/>
          <w:color w:val="000000"/>
          <w:szCs w:val="24"/>
        </w:rPr>
        <w:t>atribuire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exprimăm</w:t>
      </w:r>
      <w:proofErr w:type="spellEnd"/>
      <w:r w:rsidRPr="00276B39">
        <w:rPr>
          <w:rFonts w:cs="Times New Roman"/>
          <w:color w:val="000000"/>
          <w:szCs w:val="24"/>
        </w:rPr>
        <w:t xml:space="preserve"> </w:t>
      </w:r>
      <w:proofErr w:type="spellStart"/>
      <w:r w:rsidRPr="00276B39">
        <w:rPr>
          <w:rFonts w:cs="Times New Roman"/>
          <w:color w:val="000000"/>
          <w:szCs w:val="24"/>
        </w:rPr>
        <w:t>prin</w:t>
      </w:r>
      <w:proofErr w:type="spellEnd"/>
      <w:r w:rsidRPr="00276B39">
        <w:rPr>
          <w:rFonts w:cs="Times New Roman"/>
          <w:color w:val="000000"/>
          <w:szCs w:val="24"/>
        </w:rPr>
        <w:t xml:space="preserve"> </w:t>
      </w:r>
      <w:proofErr w:type="spellStart"/>
      <w:r w:rsidRPr="00276B39">
        <w:rPr>
          <w:rFonts w:cs="Times New Roman"/>
          <w:color w:val="000000"/>
          <w:szCs w:val="24"/>
        </w:rPr>
        <w:t>prezenta</w:t>
      </w:r>
      <w:proofErr w:type="spellEnd"/>
      <w:r w:rsidRPr="00276B39">
        <w:rPr>
          <w:rFonts w:cs="Times New Roman"/>
          <w:color w:val="000000"/>
          <w:szCs w:val="24"/>
        </w:rPr>
        <w:t xml:space="preserve"> </w:t>
      </w:r>
      <w:proofErr w:type="spellStart"/>
      <w:r w:rsidRPr="00276B39">
        <w:rPr>
          <w:rFonts w:cs="Times New Roman"/>
          <w:color w:val="000000"/>
          <w:szCs w:val="24"/>
        </w:rPr>
        <w:t>interesul</w:t>
      </w:r>
      <w:proofErr w:type="spellEnd"/>
      <w:r w:rsidRPr="00276B39">
        <w:rPr>
          <w:rFonts w:cs="Times New Roman"/>
          <w:color w:val="000000"/>
          <w:szCs w:val="24"/>
        </w:rPr>
        <w:t xml:space="preserve"> de a </w:t>
      </w:r>
      <w:proofErr w:type="spellStart"/>
      <w:r w:rsidRPr="00276B39">
        <w:rPr>
          <w:rFonts w:cs="Times New Roman"/>
          <w:color w:val="000000"/>
          <w:szCs w:val="24"/>
        </w:rPr>
        <w:t>participa</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calitate</w:t>
      </w:r>
      <w:proofErr w:type="spellEnd"/>
      <w:r w:rsidRPr="00276B39">
        <w:rPr>
          <w:rFonts w:cs="Times New Roman"/>
          <w:color w:val="000000"/>
          <w:szCs w:val="24"/>
        </w:rPr>
        <w:t xml:space="preserve"> de </w:t>
      </w:r>
      <w:proofErr w:type="spellStart"/>
      <w:r w:rsidRPr="00276B39">
        <w:rPr>
          <w:rFonts w:cs="Times New Roman"/>
          <w:color w:val="000000"/>
          <w:szCs w:val="24"/>
        </w:rPr>
        <w:t>ofertant</w:t>
      </w:r>
      <w:proofErr w:type="spellEnd"/>
      <w:r w:rsidRPr="00276B39">
        <w:rPr>
          <w:rFonts w:cs="Times New Roman"/>
          <w:color w:val="000000"/>
          <w:szCs w:val="24"/>
        </w:rPr>
        <w:t>/</w:t>
      </w:r>
      <w:proofErr w:type="spellStart"/>
      <w:r w:rsidRPr="00276B39">
        <w:rPr>
          <w:rFonts w:cs="Times New Roman"/>
          <w:color w:val="000000"/>
          <w:szCs w:val="24"/>
        </w:rPr>
        <w:t>candidat</w:t>
      </w:r>
      <w:proofErr w:type="spellEnd"/>
      <w:r w:rsidRPr="00276B39">
        <w:rPr>
          <w:rFonts w:cs="Times New Roman"/>
          <w:color w:val="000000"/>
          <w:szCs w:val="24"/>
        </w:rPr>
        <w:t xml:space="preserve">, </w:t>
      </w:r>
      <w:proofErr w:type="spellStart"/>
      <w:r w:rsidRPr="00276B39">
        <w:rPr>
          <w:rFonts w:cs="Times New Roman"/>
          <w:color w:val="000000"/>
          <w:szCs w:val="24"/>
        </w:rPr>
        <w:t>neavând</w:t>
      </w:r>
      <w:proofErr w:type="spellEnd"/>
      <w:r w:rsidRPr="00276B39">
        <w:rPr>
          <w:rFonts w:cs="Times New Roman"/>
          <w:color w:val="000000"/>
          <w:szCs w:val="24"/>
        </w:rPr>
        <w:t xml:space="preserve"> </w:t>
      </w:r>
      <w:proofErr w:type="spellStart"/>
      <w:r w:rsidRPr="00276B39">
        <w:rPr>
          <w:rFonts w:cs="Times New Roman"/>
          <w:color w:val="000000"/>
          <w:szCs w:val="24"/>
        </w:rPr>
        <w:t>obiecții</w:t>
      </w:r>
      <w:proofErr w:type="spellEnd"/>
      <w:r w:rsidRPr="00276B39">
        <w:rPr>
          <w:rFonts w:cs="Times New Roman"/>
          <w:color w:val="000000"/>
          <w:szCs w:val="24"/>
        </w:rPr>
        <w:t xml:space="preserve"> la </w:t>
      </w:r>
      <w:proofErr w:type="spellStart"/>
      <w:r w:rsidRPr="00276B39">
        <w:rPr>
          <w:rFonts w:cs="Times New Roman"/>
          <w:color w:val="000000"/>
          <w:szCs w:val="24"/>
        </w:rPr>
        <w:t>documentația</w:t>
      </w:r>
      <w:proofErr w:type="spellEnd"/>
      <w:r w:rsidRPr="00276B39">
        <w:rPr>
          <w:rFonts w:cs="Times New Roman"/>
          <w:color w:val="000000"/>
          <w:szCs w:val="24"/>
        </w:rPr>
        <w:t xml:space="preserve"> de </w:t>
      </w:r>
      <w:proofErr w:type="spellStart"/>
      <w:r w:rsidRPr="00276B39">
        <w:rPr>
          <w:rFonts w:cs="Times New Roman"/>
          <w:color w:val="000000"/>
          <w:szCs w:val="24"/>
        </w:rPr>
        <w:t>atribuire</w:t>
      </w:r>
      <w:proofErr w:type="spellEnd"/>
      <w:r w:rsidRPr="00276B39">
        <w:rPr>
          <w:rFonts w:cs="Times New Roman"/>
          <w:color w:val="000000"/>
          <w:szCs w:val="24"/>
        </w:rPr>
        <w:t>.</w:t>
      </w:r>
    </w:p>
    <w:p w:rsidR="00BD4525" w:rsidRPr="00276B39" w:rsidRDefault="00BD4525" w:rsidP="00BD4525">
      <w:pPr>
        <w:widowControl w:val="0"/>
        <w:spacing w:after="0" w:line="240" w:lineRule="auto"/>
        <w:jc w:val="both"/>
        <w:rPr>
          <w:rFonts w:cs="Times New Roman"/>
          <w:szCs w:val="24"/>
        </w:rPr>
      </w:pPr>
      <w:r w:rsidRPr="00276B39">
        <w:rPr>
          <w:rFonts w:cs="Times New Roman"/>
          <w:color w:val="000000"/>
          <w:szCs w:val="24"/>
        </w:rPr>
        <w:t xml:space="preserve">Data </w:t>
      </w:r>
      <w:proofErr w:type="spellStart"/>
      <w:r w:rsidRPr="00276B39">
        <w:rPr>
          <w:rFonts w:cs="Times New Roman"/>
          <w:color w:val="000000"/>
          <w:szCs w:val="24"/>
        </w:rPr>
        <w:t>completării</w:t>
      </w:r>
      <w:proofErr w:type="spellEnd"/>
      <w:r w:rsidRPr="00276B39">
        <w:rPr>
          <w:rFonts w:cs="Times New Roman"/>
          <w:color w:val="000000"/>
          <w:szCs w:val="24"/>
        </w:rPr>
        <w:t xml:space="preserve"> [data]</w:t>
      </w:r>
    </w:p>
    <w:p w:rsidR="00BD4525" w:rsidRPr="00276B39" w:rsidRDefault="00BD4525" w:rsidP="00BD4525">
      <w:pPr>
        <w:widowControl w:val="0"/>
        <w:spacing w:after="0" w:line="240" w:lineRule="auto"/>
        <w:jc w:val="both"/>
        <w:rPr>
          <w:rFonts w:cs="Times New Roman"/>
          <w:szCs w:val="24"/>
        </w:rPr>
      </w:pPr>
      <w:r w:rsidRPr="00276B39">
        <w:rPr>
          <w:rFonts w:cs="Times New Roman"/>
          <w:color w:val="000000"/>
          <w:szCs w:val="24"/>
        </w:rPr>
        <w:t xml:space="preserve">Cu </w:t>
      </w:r>
      <w:proofErr w:type="spellStart"/>
      <w:r w:rsidRPr="00276B39">
        <w:rPr>
          <w:rFonts w:cs="Times New Roman"/>
          <w:color w:val="000000"/>
          <w:szCs w:val="24"/>
        </w:rPr>
        <w:t>stimă</w:t>
      </w:r>
      <w:proofErr w:type="spellEnd"/>
      <w:r w:rsidRPr="00276B39">
        <w:rPr>
          <w:rFonts w:cs="Times New Roman"/>
          <w:color w:val="000000"/>
          <w:szCs w:val="24"/>
        </w:rPr>
        <w:t>,</w:t>
      </w:r>
    </w:p>
    <w:p w:rsidR="00BD4525" w:rsidRPr="00276B39" w:rsidRDefault="00BD4525" w:rsidP="00BD4525">
      <w:pPr>
        <w:widowControl w:val="0"/>
        <w:spacing w:after="0" w:line="240" w:lineRule="auto"/>
        <w:jc w:val="both"/>
        <w:rPr>
          <w:rFonts w:cs="Times New Roman"/>
          <w:szCs w:val="24"/>
        </w:rPr>
      </w:pPr>
      <w:proofErr w:type="spellStart"/>
      <w:r w:rsidRPr="00276B39">
        <w:rPr>
          <w:rFonts w:cs="Times New Roman"/>
          <w:color w:val="000000"/>
          <w:szCs w:val="24"/>
        </w:rPr>
        <w:t>Ofertant</w:t>
      </w:r>
      <w:proofErr w:type="spellEnd"/>
      <w:r w:rsidRPr="00276B39">
        <w:rPr>
          <w:rFonts w:cs="Times New Roman"/>
          <w:color w:val="000000"/>
          <w:szCs w:val="24"/>
        </w:rPr>
        <w:t>/</w:t>
      </w:r>
      <w:proofErr w:type="spellStart"/>
      <w:r w:rsidRPr="00276B39">
        <w:rPr>
          <w:rFonts w:cs="Times New Roman"/>
          <w:color w:val="000000"/>
          <w:szCs w:val="24"/>
        </w:rPr>
        <w:t>candidat</w:t>
      </w:r>
      <w:proofErr w:type="spellEnd"/>
      <w:r w:rsidRPr="00276B39">
        <w:rPr>
          <w:rFonts w:cs="Times New Roman"/>
          <w:color w:val="000000"/>
          <w:szCs w:val="24"/>
        </w:rPr>
        <w:t xml:space="preserve"> [</w:t>
      </w:r>
      <w:proofErr w:type="spellStart"/>
      <w:r w:rsidRPr="00276B39">
        <w:rPr>
          <w:rFonts w:cs="Times New Roman"/>
          <w:color w:val="000000"/>
          <w:szCs w:val="24"/>
        </w:rPr>
        <w:t>denumirea</w:t>
      </w:r>
      <w:proofErr w:type="spellEnd"/>
      <w:r w:rsidRPr="00276B39">
        <w:rPr>
          <w:rFonts w:cs="Times New Roman"/>
          <w:color w:val="000000"/>
          <w:szCs w:val="24"/>
        </w:rPr>
        <w:t xml:space="preserve"> </w:t>
      </w:r>
      <w:proofErr w:type="spellStart"/>
      <w:r w:rsidRPr="00276B39">
        <w:rPr>
          <w:rFonts w:cs="Times New Roman"/>
          <w:color w:val="000000"/>
          <w:szCs w:val="24"/>
        </w:rPr>
        <w:t>operatorului</w:t>
      </w:r>
      <w:proofErr w:type="spellEnd"/>
      <w:r w:rsidRPr="00276B39">
        <w:rPr>
          <w:rFonts w:cs="Times New Roman"/>
          <w:color w:val="000000"/>
          <w:szCs w:val="24"/>
        </w:rPr>
        <w:t xml:space="preserve"> economic]</w:t>
      </w:r>
    </w:p>
    <w:p w:rsidR="00BD4525" w:rsidRPr="00276B39" w:rsidRDefault="00BD4525" w:rsidP="00BD4525">
      <w:pPr>
        <w:widowControl w:val="0"/>
        <w:spacing w:after="0" w:line="240" w:lineRule="auto"/>
        <w:jc w:val="both"/>
        <w:rPr>
          <w:rFonts w:cs="Times New Roman"/>
          <w:szCs w:val="24"/>
        </w:rPr>
        <w:sectPr w:rsidR="00BD4525" w:rsidRPr="00276B39">
          <w:pgSz w:w="11906" w:h="16838"/>
          <w:pgMar w:top="1134" w:right="850" w:bottom="1134" w:left="1701" w:header="720" w:footer="720" w:gutter="0"/>
          <w:cols w:space="720"/>
          <w:docGrid w:linePitch="360"/>
        </w:sectPr>
      </w:pPr>
      <w:r w:rsidRPr="00276B39">
        <w:rPr>
          <w:rFonts w:cs="Times New Roman"/>
          <w:color w:val="000000"/>
          <w:szCs w:val="24"/>
        </w:rPr>
        <w:t>[</w:t>
      </w:r>
      <w:proofErr w:type="spellStart"/>
      <w:r w:rsidRPr="00276B39">
        <w:rPr>
          <w:rFonts w:cs="Times New Roman"/>
          <w:color w:val="000000"/>
          <w:szCs w:val="24"/>
        </w:rPr>
        <w:t>semnătura</w:t>
      </w:r>
      <w:proofErr w:type="spellEnd"/>
      <w:r w:rsidRPr="00276B39">
        <w:rPr>
          <w:rFonts w:cs="Times New Roman"/>
          <w:color w:val="000000"/>
          <w:szCs w:val="24"/>
        </w:rPr>
        <w:t xml:space="preserve"> </w:t>
      </w:r>
      <w:proofErr w:type="spellStart"/>
      <w:r w:rsidRPr="00276B39">
        <w:rPr>
          <w:rFonts w:cs="Times New Roman"/>
          <w:color w:val="000000"/>
          <w:szCs w:val="24"/>
        </w:rPr>
        <w:t>autorizată</w:t>
      </w:r>
      <w:proofErr w:type="spellEnd"/>
      <w:r w:rsidRPr="00276B39">
        <w:rPr>
          <w:rFonts w:cs="Times New Roman"/>
          <w:color w:val="000000"/>
          <w:szCs w:val="24"/>
        </w:rPr>
        <w:t>]</w:t>
      </w:r>
    </w:p>
    <w:p w:rsidR="00127E6A" w:rsidRPr="00276B39" w:rsidRDefault="00127E6A" w:rsidP="00276B39">
      <w:pPr>
        <w:widowControl w:val="0"/>
        <w:spacing w:after="0" w:line="240" w:lineRule="auto"/>
        <w:jc w:val="right"/>
        <w:rPr>
          <w:rFonts w:cs="Times New Roman"/>
          <w:bCs/>
          <w:szCs w:val="24"/>
        </w:rPr>
      </w:pPr>
      <w:proofErr w:type="spellStart"/>
      <w:r w:rsidRPr="00276B39">
        <w:rPr>
          <w:rFonts w:cs="Times New Roman"/>
          <w:bCs/>
          <w:color w:val="000000"/>
          <w:szCs w:val="24"/>
        </w:rPr>
        <w:lastRenderedPageBreak/>
        <w:t>Anexa</w:t>
      </w:r>
      <w:proofErr w:type="spellEnd"/>
      <w:r w:rsidRPr="00276B39">
        <w:rPr>
          <w:rFonts w:cs="Times New Roman"/>
          <w:bCs/>
          <w:color w:val="000000"/>
          <w:szCs w:val="24"/>
        </w:rPr>
        <w:t xml:space="preserve"> nr. 22</w:t>
      </w:r>
    </w:p>
    <w:p w:rsidR="00127E6A" w:rsidRPr="00276B39" w:rsidRDefault="00127E6A" w:rsidP="00531B9B">
      <w:pPr>
        <w:widowControl w:val="0"/>
        <w:spacing w:after="0" w:line="240" w:lineRule="auto"/>
        <w:jc w:val="center"/>
        <w:rPr>
          <w:rFonts w:cs="Times New Roman"/>
          <w:szCs w:val="24"/>
        </w:rPr>
      </w:pPr>
      <w:proofErr w:type="spellStart"/>
      <w:r w:rsidRPr="00276B39">
        <w:rPr>
          <w:rFonts w:cs="Times New Roman"/>
          <w:b/>
          <w:bCs/>
          <w:color w:val="000000"/>
          <w:szCs w:val="24"/>
        </w:rPr>
        <w:t>Specificaţii</w:t>
      </w:r>
      <w:proofErr w:type="spellEnd"/>
      <w:r w:rsidRPr="00276B39">
        <w:rPr>
          <w:rFonts w:cs="Times New Roman"/>
          <w:b/>
          <w:bCs/>
          <w:color w:val="000000"/>
          <w:szCs w:val="24"/>
        </w:rPr>
        <w:t xml:space="preserve"> </w:t>
      </w:r>
      <w:proofErr w:type="spellStart"/>
      <w:r w:rsidRPr="00276B39">
        <w:rPr>
          <w:rFonts w:cs="Times New Roman"/>
          <w:b/>
          <w:bCs/>
          <w:color w:val="000000"/>
          <w:szCs w:val="24"/>
        </w:rPr>
        <w:t>tehnice</w:t>
      </w:r>
      <w:proofErr w:type="spellEnd"/>
      <w:r w:rsidRPr="00276B39">
        <w:rPr>
          <w:rFonts w:cs="Times New Roman"/>
          <w:b/>
          <w:color w:val="000000"/>
          <w:szCs w:val="24"/>
        </w:rPr>
        <w:t> </w:t>
      </w:r>
    </w:p>
    <w:p w:rsidR="00127E6A" w:rsidRPr="00276B39" w:rsidRDefault="00127E6A" w:rsidP="00531B9B">
      <w:pPr>
        <w:widowControl w:val="0"/>
        <w:spacing w:after="0" w:line="240" w:lineRule="auto"/>
        <w:jc w:val="both"/>
        <w:rPr>
          <w:rFonts w:cs="Times New Roman"/>
          <w:i/>
          <w:iCs/>
          <w:szCs w:val="24"/>
        </w:rPr>
      </w:pPr>
      <w:r w:rsidRPr="00276B39">
        <w:rPr>
          <w:rFonts w:cs="Times New Roman"/>
          <w:i/>
          <w:iCs/>
          <w:color w:val="000000"/>
          <w:szCs w:val="24"/>
        </w:rPr>
        <w:t>[</w:t>
      </w:r>
      <w:proofErr w:type="spellStart"/>
      <w:r w:rsidRPr="00276B39">
        <w:rPr>
          <w:rFonts w:cs="Times New Roman"/>
          <w:i/>
          <w:iCs/>
          <w:color w:val="000000"/>
          <w:szCs w:val="24"/>
        </w:rPr>
        <w:t>Acest</w:t>
      </w:r>
      <w:proofErr w:type="spellEnd"/>
      <w:r w:rsidRPr="00276B39">
        <w:rPr>
          <w:rFonts w:cs="Times New Roman"/>
          <w:i/>
          <w:iCs/>
          <w:color w:val="000000"/>
          <w:szCs w:val="24"/>
        </w:rPr>
        <w:t xml:space="preserve"> </w:t>
      </w:r>
      <w:proofErr w:type="spellStart"/>
      <w:r w:rsidRPr="00276B39">
        <w:rPr>
          <w:rFonts w:cs="Times New Roman"/>
          <w:i/>
          <w:iCs/>
          <w:color w:val="000000"/>
          <w:szCs w:val="24"/>
        </w:rPr>
        <w:t>tabel</w:t>
      </w:r>
      <w:proofErr w:type="spellEnd"/>
      <w:r w:rsidRPr="00276B39">
        <w:rPr>
          <w:rFonts w:cs="Times New Roman"/>
          <w:i/>
          <w:iCs/>
          <w:color w:val="000000"/>
          <w:szCs w:val="24"/>
        </w:rPr>
        <w:t xml:space="preserve"> </w:t>
      </w:r>
      <w:proofErr w:type="spellStart"/>
      <w:r w:rsidRPr="00276B39">
        <w:rPr>
          <w:rFonts w:cs="Times New Roman"/>
          <w:i/>
          <w:iCs/>
          <w:color w:val="000000"/>
          <w:szCs w:val="24"/>
        </w:rPr>
        <w:t>va</w:t>
      </w:r>
      <w:proofErr w:type="spellEnd"/>
      <w:r w:rsidRPr="00276B39">
        <w:rPr>
          <w:rFonts w:cs="Times New Roman"/>
          <w:i/>
          <w:iCs/>
          <w:color w:val="000000"/>
          <w:szCs w:val="24"/>
        </w:rPr>
        <w:t xml:space="preserve"> fi </w:t>
      </w:r>
      <w:proofErr w:type="spellStart"/>
      <w:r w:rsidRPr="00276B39">
        <w:rPr>
          <w:rFonts w:cs="Times New Roman"/>
          <w:i/>
          <w:iCs/>
          <w:color w:val="000000"/>
          <w:szCs w:val="24"/>
        </w:rPr>
        <w:t>completat</w:t>
      </w:r>
      <w:proofErr w:type="spellEnd"/>
      <w:r w:rsidRPr="00276B39">
        <w:rPr>
          <w:rFonts w:cs="Times New Roman"/>
          <w:i/>
          <w:iCs/>
          <w:color w:val="000000"/>
          <w:szCs w:val="24"/>
        </w:rPr>
        <w:t xml:space="preserve"> de </w:t>
      </w:r>
      <w:proofErr w:type="spellStart"/>
      <w:r w:rsidRPr="00276B39">
        <w:rPr>
          <w:rFonts w:cs="Times New Roman"/>
          <w:i/>
          <w:iCs/>
          <w:color w:val="000000"/>
          <w:szCs w:val="24"/>
        </w:rPr>
        <w:t>către</w:t>
      </w:r>
      <w:proofErr w:type="spellEnd"/>
      <w:r w:rsidRPr="00276B39">
        <w:rPr>
          <w:rFonts w:cs="Times New Roman"/>
          <w:i/>
          <w:iCs/>
          <w:color w:val="000000"/>
          <w:szCs w:val="24"/>
        </w:rPr>
        <w:t xml:space="preserve"> </w:t>
      </w:r>
      <w:proofErr w:type="spellStart"/>
      <w:r w:rsidRPr="00276B39">
        <w:rPr>
          <w:rFonts w:cs="Times New Roman"/>
          <w:i/>
          <w:iCs/>
          <w:color w:val="000000"/>
          <w:szCs w:val="24"/>
        </w:rPr>
        <w:t>ofertant</w:t>
      </w:r>
      <w:proofErr w:type="spellEnd"/>
      <w:r w:rsidRPr="00276B39">
        <w:rPr>
          <w:rFonts w:cs="Times New Roman"/>
          <w:i/>
          <w:iCs/>
          <w:color w:val="000000"/>
          <w:szCs w:val="24"/>
        </w:rPr>
        <w:t xml:space="preserve"> </w:t>
      </w:r>
      <w:proofErr w:type="spellStart"/>
      <w:r w:rsidRPr="00276B39">
        <w:rPr>
          <w:rFonts w:cs="Times New Roman"/>
          <w:i/>
          <w:iCs/>
          <w:color w:val="000000"/>
          <w:szCs w:val="24"/>
        </w:rPr>
        <w:t>în</w:t>
      </w:r>
      <w:proofErr w:type="spellEnd"/>
      <w:r w:rsidRPr="00276B39">
        <w:rPr>
          <w:rFonts w:cs="Times New Roman"/>
          <w:i/>
          <w:iCs/>
          <w:color w:val="000000"/>
          <w:szCs w:val="24"/>
        </w:rPr>
        <w:t xml:space="preserve"> </w:t>
      </w:r>
      <w:proofErr w:type="spellStart"/>
      <w:r w:rsidRPr="00276B39">
        <w:rPr>
          <w:rFonts w:cs="Times New Roman"/>
          <w:i/>
          <w:iCs/>
          <w:color w:val="000000"/>
          <w:szCs w:val="24"/>
        </w:rPr>
        <w:t>coloanele</w:t>
      </w:r>
      <w:proofErr w:type="spellEnd"/>
      <w:r w:rsidRPr="00276B39">
        <w:rPr>
          <w:rFonts w:cs="Times New Roman"/>
          <w:i/>
          <w:iCs/>
          <w:color w:val="000000"/>
          <w:szCs w:val="24"/>
        </w:rPr>
        <w:t xml:space="preserve"> 2, 3, 4, 6, 7, </w:t>
      </w:r>
    </w:p>
    <w:p w:rsidR="00127E6A" w:rsidRPr="00276B39" w:rsidRDefault="00127E6A" w:rsidP="00531B9B">
      <w:pPr>
        <w:widowControl w:val="0"/>
        <w:spacing w:after="0" w:line="240" w:lineRule="auto"/>
        <w:jc w:val="both"/>
        <w:rPr>
          <w:rFonts w:cs="Times New Roman"/>
          <w:i/>
          <w:iCs/>
          <w:szCs w:val="24"/>
        </w:rPr>
      </w:pPr>
      <w:proofErr w:type="spellStart"/>
      <w:r w:rsidRPr="00276B39">
        <w:rPr>
          <w:rFonts w:cs="Times New Roman"/>
          <w:i/>
          <w:iCs/>
          <w:color w:val="000000"/>
          <w:szCs w:val="24"/>
        </w:rPr>
        <w:t>iar</w:t>
      </w:r>
      <w:proofErr w:type="spellEnd"/>
      <w:r w:rsidRPr="00276B39">
        <w:rPr>
          <w:rFonts w:cs="Times New Roman"/>
          <w:i/>
          <w:iCs/>
          <w:color w:val="000000"/>
          <w:szCs w:val="24"/>
        </w:rPr>
        <w:t xml:space="preserve"> de </w:t>
      </w:r>
      <w:proofErr w:type="spellStart"/>
      <w:r w:rsidRPr="00276B39">
        <w:rPr>
          <w:rFonts w:cs="Times New Roman"/>
          <w:i/>
          <w:iCs/>
          <w:color w:val="000000"/>
          <w:szCs w:val="24"/>
        </w:rPr>
        <w:t>către</w:t>
      </w:r>
      <w:proofErr w:type="spellEnd"/>
      <w:r w:rsidRPr="00276B39">
        <w:rPr>
          <w:rFonts w:cs="Times New Roman"/>
          <w:i/>
          <w:iCs/>
          <w:color w:val="000000"/>
          <w:szCs w:val="24"/>
        </w:rPr>
        <w:t xml:space="preserve"> </w:t>
      </w:r>
      <w:proofErr w:type="spellStart"/>
      <w:r w:rsidRPr="00276B39">
        <w:rPr>
          <w:rFonts w:cs="Times New Roman"/>
          <w:i/>
          <w:iCs/>
          <w:color w:val="000000"/>
          <w:szCs w:val="24"/>
        </w:rPr>
        <w:t>autoritatea</w:t>
      </w:r>
      <w:proofErr w:type="spellEnd"/>
      <w:r w:rsidRPr="00276B39">
        <w:rPr>
          <w:rFonts w:cs="Times New Roman"/>
          <w:i/>
          <w:iCs/>
          <w:color w:val="000000"/>
          <w:szCs w:val="24"/>
        </w:rPr>
        <w:t xml:space="preserve"> </w:t>
      </w:r>
      <w:proofErr w:type="spellStart"/>
      <w:r w:rsidRPr="00276B39">
        <w:rPr>
          <w:rFonts w:cs="Times New Roman"/>
          <w:i/>
          <w:iCs/>
          <w:color w:val="000000"/>
          <w:szCs w:val="24"/>
        </w:rPr>
        <w:t>contractantă</w:t>
      </w:r>
      <w:proofErr w:type="spellEnd"/>
      <w:r w:rsidRPr="00276B39">
        <w:rPr>
          <w:rFonts w:cs="Times New Roman"/>
          <w:i/>
          <w:iCs/>
          <w:color w:val="000000"/>
          <w:szCs w:val="24"/>
        </w:rPr>
        <w:t xml:space="preserve"> – </w:t>
      </w:r>
      <w:proofErr w:type="spellStart"/>
      <w:r w:rsidRPr="00276B39">
        <w:rPr>
          <w:rFonts w:cs="Times New Roman"/>
          <w:i/>
          <w:iCs/>
          <w:color w:val="000000"/>
          <w:szCs w:val="24"/>
        </w:rPr>
        <w:t>în</w:t>
      </w:r>
      <w:proofErr w:type="spellEnd"/>
      <w:r w:rsidRPr="00276B39">
        <w:rPr>
          <w:rFonts w:cs="Times New Roman"/>
          <w:i/>
          <w:iCs/>
          <w:color w:val="000000"/>
          <w:szCs w:val="24"/>
        </w:rPr>
        <w:t xml:space="preserve"> </w:t>
      </w:r>
      <w:proofErr w:type="spellStart"/>
      <w:r w:rsidRPr="00276B39">
        <w:rPr>
          <w:rFonts w:cs="Times New Roman"/>
          <w:i/>
          <w:iCs/>
          <w:color w:val="000000"/>
          <w:szCs w:val="24"/>
        </w:rPr>
        <w:t>coloanele</w:t>
      </w:r>
      <w:proofErr w:type="spellEnd"/>
      <w:r w:rsidRPr="00276B39">
        <w:rPr>
          <w:rFonts w:cs="Times New Roman"/>
          <w:i/>
          <w:iCs/>
          <w:color w:val="000000"/>
          <w:szCs w:val="24"/>
        </w:rPr>
        <w:t xml:space="preserve"> 1, 5,]</w:t>
      </w:r>
    </w:p>
    <w:tbl>
      <w:tblPr>
        <w:tblStyle w:val="Tabelgril"/>
        <w:tblpPr w:leftFromText="180" w:rightFromText="180" w:vertAnchor="text" w:horzAnchor="margin" w:tblpXSpec="center" w:tblpY="24"/>
        <w:tblW w:w="5000" w:type="pct"/>
        <w:jc w:val="center"/>
        <w:tblLook w:val="04A0" w:firstRow="1" w:lastRow="0" w:firstColumn="1" w:lastColumn="0" w:noHBand="0" w:noVBand="1"/>
      </w:tblPr>
      <w:tblGrid>
        <w:gridCol w:w="14277"/>
      </w:tblGrid>
      <w:tr w:rsidR="00127E6A" w:rsidRPr="00276B39" w:rsidTr="00127E6A">
        <w:trPr>
          <w:cantSplit/>
          <w:trHeight w:val="417"/>
          <w:tblHeader/>
          <w:jc w:val="center"/>
        </w:trPr>
        <w:tc>
          <w:tcPr>
            <w:tcW w:w="9071"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hideMark/>
          </w:tcPr>
          <w:p w:rsidR="00127E6A" w:rsidRPr="00276B39" w:rsidRDefault="00127E6A" w:rsidP="00531B9B">
            <w:pPr>
              <w:widowControl w:val="0"/>
              <w:jc w:val="both"/>
              <w:rPr>
                <w:rFonts w:cs="Times New Roman"/>
                <w:szCs w:val="24"/>
              </w:rPr>
            </w:pPr>
            <w:proofErr w:type="spellStart"/>
            <w:r w:rsidRPr="00276B39">
              <w:rPr>
                <w:rFonts w:cs="Times New Roman"/>
                <w:b/>
                <w:color w:val="000000"/>
                <w:szCs w:val="24"/>
              </w:rPr>
              <w:t>Numărul</w:t>
            </w:r>
            <w:proofErr w:type="spellEnd"/>
            <w:r w:rsidRPr="00276B39">
              <w:rPr>
                <w:rFonts w:cs="Times New Roman"/>
                <w:b/>
                <w:color w:val="000000"/>
                <w:szCs w:val="24"/>
              </w:rPr>
              <w:t xml:space="preserve"> </w:t>
            </w:r>
            <w:proofErr w:type="spellStart"/>
            <w:r w:rsidRPr="00276B39">
              <w:rPr>
                <w:rFonts w:cs="Times New Roman"/>
                <w:b/>
                <w:color w:val="000000"/>
                <w:szCs w:val="24"/>
              </w:rPr>
              <w:t>procedurii</w:t>
            </w:r>
            <w:proofErr w:type="spellEnd"/>
            <w:r w:rsidRPr="00276B39">
              <w:rPr>
                <w:rFonts w:cs="Times New Roman"/>
                <w:b/>
                <w:color w:val="000000"/>
                <w:szCs w:val="24"/>
              </w:rPr>
              <w:t xml:space="preserve"> de </w:t>
            </w:r>
            <w:proofErr w:type="spellStart"/>
            <w:r w:rsidRPr="00276B39">
              <w:rPr>
                <w:rFonts w:cs="Times New Roman"/>
                <w:b/>
                <w:color w:val="000000"/>
                <w:szCs w:val="24"/>
              </w:rPr>
              <w:t>achiziție</w:t>
            </w:r>
            <w:proofErr w:type="spellEnd"/>
            <w:r w:rsidRPr="00276B39">
              <w:rPr>
                <w:rFonts w:cs="Times New Roman"/>
                <w:b/>
                <w:color w:val="000000"/>
                <w:szCs w:val="24"/>
              </w:rPr>
              <w:t>______________din___________</w:t>
            </w:r>
          </w:p>
        </w:tc>
      </w:tr>
      <w:tr w:rsidR="00127E6A" w:rsidRPr="00276B39" w:rsidTr="00127E6A">
        <w:trPr>
          <w:cantSplit/>
          <w:trHeight w:val="616"/>
          <w:jc w:val="center"/>
        </w:trPr>
        <w:tc>
          <w:tcPr>
            <w:tcW w:w="9071"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hideMark/>
          </w:tcPr>
          <w:p w:rsidR="00127E6A" w:rsidRPr="00276B39" w:rsidRDefault="00127E6A" w:rsidP="00531B9B">
            <w:pPr>
              <w:widowControl w:val="0"/>
              <w:jc w:val="both"/>
              <w:rPr>
                <w:rFonts w:cs="Times New Roman"/>
                <w:szCs w:val="24"/>
              </w:rPr>
            </w:pPr>
            <w:proofErr w:type="spellStart"/>
            <w:r w:rsidRPr="00276B39">
              <w:rPr>
                <w:rFonts w:cs="Times New Roman"/>
                <w:color w:val="000000"/>
                <w:szCs w:val="24"/>
              </w:rPr>
              <w:t>Obiectul</w:t>
            </w:r>
            <w:proofErr w:type="spellEnd"/>
            <w:r w:rsidRPr="00276B39">
              <w:rPr>
                <w:rFonts w:cs="Times New Roman"/>
                <w:color w:val="000000"/>
                <w:szCs w:val="24"/>
              </w:rPr>
              <w:t xml:space="preserve"> </w:t>
            </w:r>
            <w:proofErr w:type="spellStart"/>
            <w:r w:rsidRPr="00276B39">
              <w:rPr>
                <w:rFonts w:cs="Times New Roman"/>
                <w:color w:val="000000"/>
                <w:szCs w:val="24"/>
              </w:rPr>
              <w:t>achiziției</w:t>
            </w:r>
            <w:proofErr w:type="spellEnd"/>
            <w:r w:rsidRPr="00276B39">
              <w:rPr>
                <w:rFonts w:cs="Times New Roman"/>
                <w:color w:val="000000"/>
                <w:szCs w:val="24"/>
              </w:rPr>
              <w:t xml:space="preserve">: </w:t>
            </w:r>
            <w:proofErr w:type="spellStart"/>
            <w:r w:rsidRPr="00276B39">
              <w:rPr>
                <w:rFonts w:cs="Times New Roman"/>
                <w:color w:val="000000"/>
                <w:szCs w:val="24"/>
              </w:rPr>
              <w:t>Servicii</w:t>
            </w:r>
            <w:proofErr w:type="spellEnd"/>
            <w:r w:rsidRPr="00276B39">
              <w:rPr>
                <w:rFonts w:cs="Times New Roman"/>
                <w:color w:val="000000"/>
                <w:szCs w:val="24"/>
              </w:rPr>
              <w:t xml:space="preserve"> de </w:t>
            </w:r>
            <w:proofErr w:type="spellStart"/>
            <w:r w:rsidRPr="00276B39">
              <w:rPr>
                <w:rFonts w:cs="Times New Roman"/>
                <w:color w:val="000000"/>
                <w:szCs w:val="24"/>
              </w:rPr>
              <w:t>actualizare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securitate</w:t>
            </w:r>
            <w:proofErr w:type="spellEnd"/>
            <w:r w:rsidRPr="00276B39">
              <w:rPr>
                <w:rFonts w:cs="Times New Roman"/>
                <w:color w:val="000000"/>
                <w:szCs w:val="24"/>
              </w:rPr>
              <w:t xml:space="preserve"> FortiGuard cu </w:t>
            </w:r>
            <w:proofErr w:type="spellStart"/>
            <w:r w:rsidRPr="00276B39">
              <w:rPr>
                <w:rFonts w:cs="Times New Roman"/>
                <w:color w:val="000000"/>
                <w:szCs w:val="24"/>
              </w:rPr>
              <w:t>suportul</w:t>
            </w:r>
            <w:proofErr w:type="spellEnd"/>
            <w:r w:rsidRPr="00276B39">
              <w:rPr>
                <w:rFonts w:cs="Times New Roman"/>
                <w:color w:val="000000"/>
                <w:szCs w:val="24"/>
              </w:rPr>
              <w:t xml:space="preserve"> </w:t>
            </w:r>
            <w:proofErr w:type="spellStart"/>
            <w:r w:rsidRPr="00276B39">
              <w:rPr>
                <w:rFonts w:cs="Times New Roman"/>
                <w:color w:val="000000"/>
                <w:szCs w:val="24"/>
              </w:rPr>
              <w:t>producătorului</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echipamentele</w:t>
            </w:r>
            <w:proofErr w:type="spellEnd"/>
            <w:r w:rsidRPr="00276B39">
              <w:rPr>
                <w:rFonts w:cs="Times New Roman"/>
                <w:color w:val="000000"/>
                <w:szCs w:val="24"/>
              </w:rPr>
              <w:t xml:space="preserve"> de </w:t>
            </w:r>
            <w:proofErr w:type="spellStart"/>
            <w:r w:rsidRPr="00276B39">
              <w:rPr>
                <w:rFonts w:cs="Times New Roman"/>
                <w:color w:val="000000"/>
                <w:szCs w:val="24"/>
              </w:rPr>
              <w:t>rețea</w:t>
            </w:r>
            <w:proofErr w:type="spellEnd"/>
            <w:r w:rsidRPr="00276B39">
              <w:rPr>
                <w:rFonts w:cs="Times New Roman"/>
                <w:color w:val="000000"/>
                <w:szCs w:val="24"/>
              </w:rPr>
              <w:t xml:space="preserve"> Fortinet</w:t>
            </w:r>
          </w:p>
        </w:tc>
      </w:tr>
    </w:tbl>
    <w:p w:rsidR="00127E6A" w:rsidRPr="00276B39" w:rsidRDefault="00127E6A" w:rsidP="00531B9B">
      <w:pPr>
        <w:widowControl w:val="0"/>
        <w:spacing w:after="0" w:line="240" w:lineRule="auto"/>
        <w:jc w:val="both"/>
        <w:rPr>
          <w:rFonts w:cs="Times New Roman"/>
          <w:szCs w:val="24"/>
        </w:rPr>
      </w:pPr>
    </w:p>
    <w:tbl>
      <w:tblPr>
        <w:tblStyle w:val="Tabelgril"/>
        <w:tblpPr w:leftFromText="180" w:rightFromText="180" w:vertAnchor="text" w:horzAnchor="margin" w:tblpXSpec="center" w:tblpY="36"/>
        <w:tblW w:w="5000" w:type="pct"/>
        <w:jc w:val="center"/>
        <w:tblLayout w:type="fixed"/>
        <w:tblLook w:val="04A0" w:firstRow="1" w:lastRow="0" w:firstColumn="1" w:lastColumn="0" w:noHBand="0" w:noVBand="1"/>
      </w:tblPr>
      <w:tblGrid>
        <w:gridCol w:w="2073"/>
        <w:gridCol w:w="1584"/>
        <w:gridCol w:w="998"/>
        <w:gridCol w:w="1340"/>
        <w:gridCol w:w="4324"/>
        <w:gridCol w:w="2465"/>
        <w:gridCol w:w="1487"/>
      </w:tblGrid>
      <w:tr w:rsidR="00127E6A" w:rsidRPr="00276B39" w:rsidTr="00127E6A">
        <w:trPr>
          <w:cantSplit/>
          <w:tblHeader/>
          <w:jc w:val="center"/>
        </w:trPr>
        <w:tc>
          <w:tcPr>
            <w:tcW w:w="2381"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Denumirea</w:t>
            </w:r>
            <w:proofErr w:type="spellEnd"/>
            <w:r w:rsidRPr="00276B39">
              <w:rPr>
                <w:rFonts w:cs="Times New Roman"/>
                <w:b/>
                <w:color w:val="000000"/>
                <w:szCs w:val="24"/>
              </w:rPr>
              <w:t xml:space="preserve"> </w:t>
            </w:r>
            <w:proofErr w:type="spellStart"/>
            <w:r w:rsidRPr="00276B39">
              <w:rPr>
                <w:rFonts w:cs="Times New Roman"/>
                <w:b/>
                <w:color w:val="000000"/>
                <w:szCs w:val="24"/>
              </w:rPr>
              <w:t>bunurilor</w:t>
            </w:r>
            <w:proofErr w:type="spellEnd"/>
            <w:r w:rsidRPr="00276B39">
              <w:rPr>
                <w:rFonts w:cs="Times New Roman"/>
                <w:b/>
                <w:color w:val="000000"/>
                <w:szCs w:val="24"/>
              </w:rPr>
              <w:t>/</w:t>
            </w:r>
            <w:proofErr w:type="spellStart"/>
            <w:r w:rsidRPr="00276B39">
              <w:rPr>
                <w:rFonts w:cs="Times New Roman"/>
                <w:b/>
                <w:color w:val="000000"/>
                <w:szCs w:val="24"/>
              </w:rPr>
              <w:t>serviciilor</w:t>
            </w:r>
            <w:proofErr w:type="spellEnd"/>
          </w:p>
        </w:tc>
        <w:tc>
          <w:tcPr>
            <w:tcW w:w="1814"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Denumirea</w:t>
            </w:r>
            <w:proofErr w:type="spellEnd"/>
            <w:r w:rsidRPr="00276B39">
              <w:rPr>
                <w:rFonts w:cs="Times New Roman"/>
                <w:b/>
                <w:color w:val="000000"/>
                <w:szCs w:val="24"/>
              </w:rPr>
              <w:t xml:space="preserve"> </w:t>
            </w:r>
            <w:proofErr w:type="spellStart"/>
            <w:r w:rsidRPr="00276B39">
              <w:rPr>
                <w:rFonts w:cs="Times New Roman"/>
                <w:b/>
                <w:color w:val="000000"/>
                <w:szCs w:val="24"/>
              </w:rPr>
              <w:t>modelului</w:t>
            </w:r>
            <w:proofErr w:type="spellEnd"/>
            <w:r w:rsidRPr="00276B39">
              <w:rPr>
                <w:rFonts w:cs="Times New Roman"/>
                <w:b/>
                <w:color w:val="000000"/>
                <w:szCs w:val="24"/>
              </w:rPr>
              <w:t xml:space="preserve"> </w:t>
            </w:r>
            <w:proofErr w:type="spellStart"/>
            <w:r w:rsidRPr="00276B39">
              <w:rPr>
                <w:rFonts w:cs="Times New Roman"/>
                <w:b/>
                <w:color w:val="000000"/>
                <w:szCs w:val="24"/>
              </w:rPr>
              <w:t>bunului</w:t>
            </w:r>
            <w:proofErr w:type="spellEnd"/>
            <w:r w:rsidRPr="00276B39">
              <w:rPr>
                <w:rFonts w:cs="Times New Roman"/>
                <w:b/>
                <w:color w:val="000000"/>
                <w:szCs w:val="24"/>
              </w:rPr>
              <w:t>/</w:t>
            </w:r>
            <w:proofErr w:type="spellStart"/>
            <w:r w:rsidRPr="00276B39">
              <w:rPr>
                <w:rFonts w:cs="Times New Roman"/>
                <w:b/>
                <w:color w:val="000000"/>
                <w:szCs w:val="24"/>
              </w:rPr>
              <w:t>serviciului</w:t>
            </w:r>
            <w:proofErr w:type="spellEnd"/>
          </w:p>
        </w:tc>
        <w:tc>
          <w:tcPr>
            <w:tcW w:w="1134"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Ţara</w:t>
            </w:r>
            <w:proofErr w:type="spellEnd"/>
            <w:r w:rsidRPr="00276B39">
              <w:rPr>
                <w:rFonts w:cs="Times New Roman"/>
                <w:b/>
                <w:color w:val="000000"/>
                <w:szCs w:val="24"/>
              </w:rPr>
              <w:t xml:space="preserve"> de </w:t>
            </w:r>
            <w:proofErr w:type="spellStart"/>
            <w:r w:rsidRPr="00276B39">
              <w:rPr>
                <w:rFonts w:cs="Times New Roman"/>
                <w:b/>
                <w:color w:val="000000"/>
                <w:szCs w:val="24"/>
              </w:rPr>
              <w:t>origine</w:t>
            </w:r>
            <w:proofErr w:type="spellEnd"/>
          </w:p>
        </w:tc>
        <w:tc>
          <w:tcPr>
            <w:tcW w:w="1531"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Producătorul</w:t>
            </w:r>
            <w:proofErr w:type="spellEnd"/>
          </w:p>
        </w:tc>
        <w:tc>
          <w:tcPr>
            <w:tcW w:w="4989"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Specificarea</w:t>
            </w:r>
            <w:proofErr w:type="spellEnd"/>
            <w:r w:rsidRPr="00276B39">
              <w:rPr>
                <w:rFonts w:cs="Times New Roman"/>
                <w:b/>
                <w:color w:val="000000"/>
                <w:szCs w:val="24"/>
              </w:rPr>
              <w:t xml:space="preserve"> </w:t>
            </w:r>
            <w:proofErr w:type="spellStart"/>
            <w:r w:rsidRPr="00276B39">
              <w:rPr>
                <w:rFonts w:cs="Times New Roman"/>
                <w:b/>
                <w:color w:val="000000"/>
                <w:szCs w:val="24"/>
              </w:rPr>
              <w:t>tehnică</w:t>
            </w:r>
            <w:proofErr w:type="spellEnd"/>
            <w:r w:rsidRPr="00276B39">
              <w:rPr>
                <w:rFonts w:cs="Times New Roman"/>
                <w:b/>
                <w:color w:val="000000"/>
                <w:szCs w:val="24"/>
              </w:rPr>
              <w:t xml:space="preserve"> </w:t>
            </w:r>
            <w:proofErr w:type="spellStart"/>
            <w:r w:rsidRPr="00276B39">
              <w:rPr>
                <w:rFonts w:cs="Times New Roman"/>
                <w:b/>
                <w:color w:val="000000"/>
                <w:szCs w:val="24"/>
              </w:rPr>
              <w:t>deplină</w:t>
            </w:r>
            <w:proofErr w:type="spellEnd"/>
            <w:r w:rsidRPr="00276B39">
              <w:rPr>
                <w:rFonts w:cs="Times New Roman"/>
                <w:b/>
                <w:color w:val="000000"/>
                <w:szCs w:val="24"/>
              </w:rPr>
              <w:t xml:space="preserve"> </w:t>
            </w:r>
            <w:proofErr w:type="spellStart"/>
            <w:r w:rsidRPr="00276B39">
              <w:rPr>
                <w:rFonts w:cs="Times New Roman"/>
                <w:b/>
                <w:color w:val="000000"/>
                <w:szCs w:val="24"/>
              </w:rPr>
              <w:t>solicitată</w:t>
            </w:r>
            <w:proofErr w:type="spellEnd"/>
            <w:r w:rsidRPr="00276B39">
              <w:rPr>
                <w:rFonts w:cs="Times New Roman"/>
                <w:b/>
                <w:color w:val="000000"/>
                <w:szCs w:val="24"/>
              </w:rPr>
              <w:t xml:space="preserve"> de </w:t>
            </w:r>
            <w:proofErr w:type="spellStart"/>
            <w:r w:rsidRPr="00276B39">
              <w:rPr>
                <w:rFonts w:cs="Times New Roman"/>
                <w:b/>
                <w:color w:val="000000"/>
                <w:szCs w:val="24"/>
              </w:rPr>
              <w:t>către</w:t>
            </w:r>
            <w:proofErr w:type="spellEnd"/>
            <w:r w:rsidRPr="00276B39">
              <w:rPr>
                <w:rFonts w:cs="Times New Roman"/>
                <w:b/>
                <w:color w:val="000000"/>
                <w:szCs w:val="24"/>
              </w:rPr>
              <w:t xml:space="preserve"> </w:t>
            </w:r>
            <w:proofErr w:type="spellStart"/>
            <w:r w:rsidRPr="00276B39">
              <w:rPr>
                <w:rFonts w:cs="Times New Roman"/>
                <w:b/>
                <w:color w:val="000000"/>
                <w:szCs w:val="24"/>
              </w:rPr>
              <w:t>autoritatea</w:t>
            </w:r>
            <w:proofErr w:type="spellEnd"/>
            <w:r w:rsidRPr="00276B39">
              <w:rPr>
                <w:rFonts w:cs="Times New Roman"/>
                <w:b/>
                <w:color w:val="000000"/>
                <w:szCs w:val="24"/>
              </w:rPr>
              <w:t xml:space="preserve"> </w:t>
            </w:r>
            <w:proofErr w:type="spellStart"/>
            <w:r w:rsidRPr="00276B39">
              <w:rPr>
                <w:rFonts w:cs="Times New Roman"/>
                <w:b/>
                <w:color w:val="000000"/>
                <w:szCs w:val="24"/>
              </w:rPr>
              <w:t>contractantă</w:t>
            </w:r>
            <w:proofErr w:type="spellEnd"/>
          </w:p>
        </w:tc>
        <w:tc>
          <w:tcPr>
            <w:tcW w:w="2835"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Specificarea</w:t>
            </w:r>
            <w:proofErr w:type="spellEnd"/>
            <w:r w:rsidRPr="00276B39">
              <w:rPr>
                <w:rFonts w:cs="Times New Roman"/>
                <w:b/>
                <w:color w:val="000000"/>
                <w:szCs w:val="24"/>
              </w:rPr>
              <w:t xml:space="preserve"> </w:t>
            </w:r>
            <w:proofErr w:type="spellStart"/>
            <w:r w:rsidRPr="00276B39">
              <w:rPr>
                <w:rFonts w:cs="Times New Roman"/>
                <w:b/>
                <w:color w:val="000000"/>
                <w:szCs w:val="24"/>
              </w:rPr>
              <w:t>tehnică</w:t>
            </w:r>
            <w:proofErr w:type="spellEnd"/>
            <w:r w:rsidRPr="00276B39">
              <w:rPr>
                <w:rFonts w:cs="Times New Roman"/>
                <w:b/>
                <w:color w:val="000000"/>
                <w:szCs w:val="24"/>
              </w:rPr>
              <w:t xml:space="preserve"> </w:t>
            </w:r>
            <w:proofErr w:type="spellStart"/>
            <w:r w:rsidRPr="00276B39">
              <w:rPr>
                <w:rFonts w:cs="Times New Roman"/>
                <w:b/>
                <w:color w:val="000000"/>
                <w:szCs w:val="24"/>
              </w:rPr>
              <w:t>deplină</w:t>
            </w:r>
            <w:proofErr w:type="spellEnd"/>
            <w:r w:rsidRPr="00276B39">
              <w:rPr>
                <w:rFonts w:cs="Times New Roman"/>
                <w:b/>
                <w:color w:val="000000"/>
                <w:szCs w:val="24"/>
              </w:rPr>
              <w:t xml:space="preserve"> </w:t>
            </w:r>
            <w:proofErr w:type="spellStart"/>
            <w:r w:rsidRPr="00276B39">
              <w:rPr>
                <w:rFonts w:cs="Times New Roman"/>
                <w:b/>
                <w:color w:val="000000"/>
                <w:szCs w:val="24"/>
              </w:rPr>
              <w:t>propusă</w:t>
            </w:r>
            <w:proofErr w:type="spellEnd"/>
            <w:r w:rsidRPr="00276B39">
              <w:rPr>
                <w:rFonts w:cs="Times New Roman"/>
                <w:b/>
                <w:color w:val="000000"/>
                <w:szCs w:val="24"/>
              </w:rPr>
              <w:t xml:space="preserve"> de </w:t>
            </w:r>
            <w:proofErr w:type="spellStart"/>
            <w:r w:rsidRPr="00276B39">
              <w:rPr>
                <w:rFonts w:cs="Times New Roman"/>
                <w:b/>
                <w:color w:val="000000"/>
                <w:szCs w:val="24"/>
              </w:rPr>
              <w:t>către</w:t>
            </w:r>
            <w:proofErr w:type="spellEnd"/>
            <w:r w:rsidRPr="00276B39">
              <w:rPr>
                <w:rFonts w:cs="Times New Roman"/>
                <w:b/>
                <w:color w:val="000000"/>
                <w:szCs w:val="24"/>
              </w:rPr>
              <w:t xml:space="preserve"> </w:t>
            </w:r>
            <w:proofErr w:type="spellStart"/>
            <w:r w:rsidRPr="00276B39">
              <w:rPr>
                <w:rFonts w:cs="Times New Roman"/>
                <w:b/>
                <w:color w:val="000000"/>
                <w:szCs w:val="24"/>
              </w:rPr>
              <w:t>ofertant</w:t>
            </w:r>
            <w:proofErr w:type="spellEnd"/>
          </w:p>
        </w:tc>
        <w:tc>
          <w:tcPr>
            <w:tcW w:w="1701"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hideMark/>
          </w:tcPr>
          <w:p w:rsidR="00127E6A" w:rsidRPr="00276B39" w:rsidRDefault="00127E6A" w:rsidP="00531B9B">
            <w:pPr>
              <w:widowControl w:val="0"/>
              <w:jc w:val="center"/>
              <w:rPr>
                <w:rFonts w:cs="Times New Roman"/>
                <w:szCs w:val="24"/>
              </w:rPr>
            </w:pPr>
            <w:proofErr w:type="spellStart"/>
            <w:r w:rsidRPr="00276B39">
              <w:rPr>
                <w:rFonts w:cs="Times New Roman"/>
                <w:b/>
                <w:color w:val="000000"/>
                <w:szCs w:val="24"/>
              </w:rPr>
              <w:t>Standarde</w:t>
            </w:r>
            <w:proofErr w:type="spellEnd"/>
            <w:r w:rsidRPr="00276B39">
              <w:rPr>
                <w:rFonts w:cs="Times New Roman"/>
                <w:b/>
                <w:color w:val="000000"/>
                <w:szCs w:val="24"/>
              </w:rPr>
              <w:t xml:space="preserve"> de </w:t>
            </w:r>
            <w:proofErr w:type="spellStart"/>
            <w:r w:rsidRPr="00276B39">
              <w:rPr>
                <w:rFonts w:cs="Times New Roman"/>
                <w:b/>
                <w:color w:val="000000"/>
                <w:szCs w:val="24"/>
              </w:rPr>
              <w:t>referinţă</w:t>
            </w:r>
            <w:proofErr w:type="spellEnd"/>
          </w:p>
        </w:tc>
      </w:tr>
      <w:tr w:rsidR="0098480E" w:rsidRPr="00276B39">
        <w:trPr>
          <w:cantSplit/>
          <w:jc w:val="center"/>
        </w:trPr>
        <w:tc>
          <w:tcPr>
            <w:tcW w:w="2381"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Bunuri/servicii</w:t>
            </w:r>
            <w:r w:rsidRPr="00276B39">
              <w:rPr>
                <w:rFonts w:cs="Times New Roman"/>
                <w:color w:val="000000"/>
                <w:szCs w:val="24"/>
              </w:rPr>
              <w:br/>
              <w:t>Lotul 1</w:t>
            </w:r>
            <w:r w:rsidRPr="00276B39">
              <w:rPr>
                <w:rFonts w:cs="Times New Roman"/>
                <w:color w:val="000000"/>
                <w:szCs w:val="24"/>
              </w:rPr>
              <w:br/>
              <w:t xml:space="preserve">Servicii de actualizare și </w:t>
            </w:r>
            <w:proofErr w:type="spellStart"/>
            <w:r w:rsidRPr="00276B39">
              <w:rPr>
                <w:rFonts w:cs="Times New Roman"/>
                <w:color w:val="000000"/>
                <w:szCs w:val="24"/>
              </w:rPr>
              <w:t>securitate</w:t>
            </w:r>
            <w:proofErr w:type="spellEnd"/>
            <w:r w:rsidRPr="00276B39">
              <w:rPr>
                <w:rFonts w:cs="Times New Roman"/>
                <w:color w:val="000000"/>
                <w:szCs w:val="24"/>
              </w:rPr>
              <w:t xml:space="preserve"> FortiGuard cu </w:t>
            </w:r>
            <w:proofErr w:type="spellStart"/>
            <w:r w:rsidRPr="00276B39">
              <w:rPr>
                <w:rFonts w:cs="Times New Roman"/>
                <w:color w:val="000000"/>
                <w:szCs w:val="24"/>
              </w:rPr>
              <w:t>suportul</w:t>
            </w:r>
            <w:proofErr w:type="spellEnd"/>
            <w:r w:rsidRPr="00276B39">
              <w:rPr>
                <w:rFonts w:cs="Times New Roman"/>
                <w:color w:val="000000"/>
                <w:szCs w:val="24"/>
              </w:rPr>
              <w:t xml:space="preserve"> </w:t>
            </w:r>
            <w:proofErr w:type="spellStart"/>
            <w:r w:rsidRPr="00276B39">
              <w:rPr>
                <w:rFonts w:cs="Times New Roman"/>
                <w:color w:val="000000"/>
                <w:szCs w:val="24"/>
              </w:rPr>
              <w:t>producătorului</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echipamentele</w:t>
            </w:r>
            <w:proofErr w:type="spellEnd"/>
            <w:r w:rsidRPr="00276B39">
              <w:rPr>
                <w:rFonts w:cs="Times New Roman"/>
                <w:color w:val="000000"/>
                <w:szCs w:val="24"/>
              </w:rPr>
              <w:t xml:space="preserve"> de </w:t>
            </w:r>
            <w:proofErr w:type="spellStart"/>
            <w:r w:rsidRPr="00276B39">
              <w:rPr>
                <w:rFonts w:cs="Times New Roman"/>
                <w:color w:val="000000"/>
                <w:szCs w:val="24"/>
              </w:rPr>
              <w:t>rețea</w:t>
            </w:r>
            <w:proofErr w:type="spellEnd"/>
            <w:r w:rsidRPr="00276B39">
              <w:rPr>
                <w:rFonts w:cs="Times New Roman"/>
                <w:color w:val="000000"/>
                <w:szCs w:val="24"/>
              </w:rPr>
              <w:t xml:space="preserve"> Fortinet</w:t>
            </w:r>
          </w:p>
        </w:tc>
        <w:tc>
          <w:tcPr>
            <w:tcW w:w="1814"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[se completează de ofertant]</w:t>
            </w:r>
          </w:p>
        </w:tc>
        <w:tc>
          <w:tcPr>
            <w:tcW w:w="1134"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[se completează de ofertant]</w:t>
            </w:r>
          </w:p>
        </w:tc>
        <w:tc>
          <w:tcPr>
            <w:tcW w:w="1531"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[se completează de ofertant]</w:t>
            </w:r>
          </w:p>
        </w:tc>
        <w:tc>
          <w:tcPr>
            <w:tcW w:w="4989" w:type="dxa"/>
            <w:tcMar>
              <w:top w:w="40" w:type="dxa"/>
              <w:left w:w="60" w:type="dxa"/>
              <w:bottom w:w="40" w:type="dxa"/>
              <w:right w:w="60" w:type="dxa"/>
            </w:tcMar>
          </w:tcPr>
          <w:p w:rsidR="0098480E" w:rsidRPr="00276B39" w:rsidRDefault="005F130F" w:rsidP="0018691C">
            <w:pPr>
              <w:widowControl w:val="0"/>
              <w:rPr>
                <w:rFonts w:cs="Times New Roman"/>
                <w:szCs w:val="24"/>
              </w:rPr>
            </w:pPr>
            <w:r w:rsidRPr="00276B39">
              <w:rPr>
                <w:rFonts w:cs="Times New Roman"/>
                <w:color w:val="000000"/>
                <w:szCs w:val="24"/>
              </w:rPr>
              <w:t xml:space="preserve">Reînnoirea serviciilor FortiGuard și FortiCare pentru echipamentele Fortinet existente ale ANSP, pentru o perioadă de 36 luni, conform Caietului de sarcini. Serviciile trebuie să fie originale, activate prin canale oficiale, compatibile integral cu echipamentele existente și să asigure acces la actualizări FortiGuard, firmware/FortiOS, suport tehnic </w:t>
            </w:r>
            <w:proofErr w:type="spellStart"/>
            <w:r w:rsidRPr="00276B39">
              <w:rPr>
                <w:rFonts w:cs="Times New Roman"/>
                <w:color w:val="000000"/>
                <w:szCs w:val="24"/>
              </w:rPr>
              <w:t>oficial</w:t>
            </w:r>
            <w:proofErr w:type="spellEnd"/>
            <w:r w:rsidRPr="00276B39">
              <w:rPr>
                <w:rFonts w:cs="Times New Roman"/>
                <w:color w:val="000000"/>
                <w:szCs w:val="24"/>
              </w:rPr>
              <w:t xml:space="preserve"> al </w:t>
            </w:r>
            <w:proofErr w:type="spellStart"/>
            <w:r w:rsidRPr="00276B39">
              <w:rPr>
                <w:rFonts w:cs="Times New Roman"/>
                <w:color w:val="000000"/>
                <w:szCs w:val="24"/>
              </w:rPr>
              <w:t>producătorului</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documente</w:t>
            </w:r>
            <w:proofErr w:type="spellEnd"/>
            <w:r w:rsidRPr="00276B39">
              <w:rPr>
                <w:rFonts w:cs="Times New Roman"/>
                <w:color w:val="000000"/>
                <w:szCs w:val="24"/>
              </w:rPr>
              <w:t xml:space="preserve"> de </w:t>
            </w:r>
            <w:proofErr w:type="spellStart"/>
            <w:r w:rsidRPr="00276B39">
              <w:rPr>
                <w:rFonts w:cs="Times New Roman"/>
                <w:color w:val="000000"/>
                <w:szCs w:val="24"/>
              </w:rPr>
              <w:t>confirmare</w:t>
            </w:r>
            <w:proofErr w:type="spellEnd"/>
            <w:r w:rsidRPr="00276B39">
              <w:rPr>
                <w:rFonts w:cs="Times New Roman"/>
                <w:color w:val="000000"/>
                <w:szCs w:val="24"/>
              </w:rPr>
              <w:t xml:space="preserve"> </w:t>
            </w:r>
            <w:proofErr w:type="gramStart"/>
            <w:r w:rsidRPr="00276B39">
              <w:rPr>
                <w:rFonts w:cs="Times New Roman"/>
                <w:color w:val="000000"/>
                <w:szCs w:val="24"/>
              </w:rPr>
              <w:t>a</w:t>
            </w:r>
            <w:proofErr w:type="gramEnd"/>
            <w:r w:rsidRPr="00276B39">
              <w:rPr>
                <w:rFonts w:cs="Times New Roman"/>
                <w:color w:val="000000"/>
                <w:szCs w:val="24"/>
              </w:rPr>
              <w:t xml:space="preserve"> </w:t>
            </w:r>
            <w:proofErr w:type="spellStart"/>
            <w:r w:rsidRPr="00276B39">
              <w:rPr>
                <w:rFonts w:cs="Times New Roman"/>
                <w:color w:val="000000"/>
                <w:szCs w:val="24"/>
              </w:rPr>
              <w:t>activării</w:t>
            </w:r>
            <w:proofErr w:type="spellEnd"/>
            <w:r w:rsidRPr="00276B39">
              <w:rPr>
                <w:rFonts w:cs="Times New Roman"/>
                <w:color w:val="000000"/>
                <w:szCs w:val="24"/>
              </w:rPr>
              <w:t>.</w:t>
            </w:r>
          </w:p>
        </w:tc>
        <w:tc>
          <w:tcPr>
            <w:tcW w:w="2835"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[se completează de ofertant]</w:t>
            </w:r>
          </w:p>
        </w:tc>
        <w:tc>
          <w:tcPr>
            <w:tcW w:w="1701"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[se completează de ofertant]</w:t>
            </w:r>
          </w:p>
        </w:tc>
      </w:tr>
      <w:tr w:rsidR="0098480E" w:rsidRPr="00276B39">
        <w:trPr>
          <w:cantSplit/>
          <w:jc w:val="center"/>
        </w:trPr>
        <w:tc>
          <w:tcPr>
            <w:tcW w:w="2381" w:type="dxa"/>
            <w:tcMar>
              <w:top w:w="40" w:type="dxa"/>
              <w:left w:w="60" w:type="dxa"/>
              <w:bottom w:w="40" w:type="dxa"/>
              <w:right w:w="60" w:type="dxa"/>
            </w:tcMar>
          </w:tcPr>
          <w:p w:rsidR="0098480E" w:rsidRPr="00276B39" w:rsidRDefault="005F130F" w:rsidP="00531B9B">
            <w:pPr>
              <w:widowControl w:val="0"/>
              <w:jc w:val="center"/>
              <w:rPr>
                <w:rFonts w:cs="Times New Roman"/>
                <w:szCs w:val="24"/>
              </w:rPr>
            </w:pPr>
            <w:r w:rsidRPr="00276B39">
              <w:rPr>
                <w:rFonts w:cs="Times New Roman"/>
                <w:color w:val="000000"/>
                <w:szCs w:val="24"/>
              </w:rPr>
              <w:t>Total lot 1</w:t>
            </w:r>
          </w:p>
        </w:tc>
        <w:tc>
          <w:tcPr>
            <w:tcW w:w="1814"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c>
          <w:tcPr>
            <w:tcW w:w="1134"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c>
          <w:tcPr>
            <w:tcW w:w="1531"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c>
          <w:tcPr>
            <w:tcW w:w="4989"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c>
          <w:tcPr>
            <w:tcW w:w="2835"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c>
          <w:tcPr>
            <w:tcW w:w="1701" w:type="dxa"/>
            <w:tcMar>
              <w:top w:w="40" w:type="dxa"/>
              <w:left w:w="60" w:type="dxa"/>
              <w:bottom w:w="40" w:type="dxa"/>
              <w:right w:w="60" w:type="dxa"/>
            </w:tcMar>
          </w:tcPr>
          <w:p w:rsidR="0098480E" w:rsidRPr="00276B39" w:rsidRDefault="0098480E" w:rsidP="00531B9B">
            <w:pPr>
              <w:widowControl w:val="0"/>
              <w:jc w:val="center"/>
              <w:rPr>
                <w:rFonts w:cs="Times New Roman"/>
                <w:szCs w:val="24"/>
              </w:rPr>
            </w:pPr>
          </w:p>
        </w:tc>
      </w:tr>
    </w:tbl>
    <w:p w:rsidR="00127E6A" w:rsidRPr="00276B39" w:rsidRDefault="00127E6A" w:rsidP="00531B9B">
      <w:pPr>
        <w:widowControl w:val="0"/>
        <w:spacing w:after="0" w:line="240" w:lineRule="auto"/>
        <w:jc w:val="both"/>
        <w:rPr>
          <w:rFonts w:cs="Times New Roman"/>
          <w:szCs w:val="24"/>
        </w:rPr>
      </w:pPr>
    </w:p>
    <w:p w:rsidR="00127E6A" w:rsidRPr="00276B39" w:rsidRDefault="00127E6A" w:rsidP="00531B9B">
      <w:pPr>
        <w:widowControl w:val="0"/>
        <w:spacing w:after="0" w:line="240" w:lineRule="auto"/>
        <w:jc w:val="both"/>
        <w:rPr>
          <w:rFonts w:cs="Times New Roman"/>
          <w:szCs w:val="24"/>
        </w:rPr>
      </w:pPr>
      <w:proofErr w:type="spellStart"/>
      <w:proofErr w:type="gramStart"/>
      <w:r w:rsidRPr="00276B39">
        <w:rPr>
          <w:rFonts w:cs="Times New Roman"/>
          <w:color w:val="000000"/>
          <w:szCs w:val="24"/>
        </w:rPr>
        <w:t>Semnat</w:t>
      </w:r>
      <w:proofErr w:type="spellEnd"/>
      <w:r w:rsidRPr="00276B39">
        <w:rPr>
          <w:rFonts w:cs="Times New Roman"/>
          <w:color w:val="000000"/>
          <w:szCs w:val="24"/>
        </w:rPr>
        <w:t>:_</w:t>
      </w:r>
      <w:proofErr w:type="gramEnd"/>
      <w:r w:rsidRPr="00276B39">
        <w:rPr>
          <w:rFonts w:cs="Times New Roman"/>
          <w:color w:val="000000"/>
          <w:szCs w:val="24"/>
        </w:rPr>
        <w:t xml:space="preserve">_______ </w:t>
      </w:r>
      <w:proofErr w:type="spellStart"/>
      <w:r w:rsidRPr="00276B39">
        <w:rPr>
          <w:rFonts w:cs="Times New Roman"/>
          <w:color w:val="000000"/>
          <w:szCs w:val="24"/>
        </w:rPr>
        <w:t>Numele</w:t>
      </w:r>
      <w:proofErr w:type="spellEnd"/>
      <w:r w:rsidRPr="00276B39">
        <w:rPr>
          <w:rFonts w:cs="Times New Roman"/>
          <w:color w:val="000000"/>
          <w:szCs w:val="24"/>
        </w:rPr>
        <w:t xml:space="preserve">, </w:t>
      </w:r>
      <w:proofErr w:type="spellStart"/>
      <w:r w:rsidRPr="00276B39">
        <w:rPr>
          <w:rFonts w:cs="Times New Roman"/>
          <w:color w:val="000000"/>
          <w:szCs w:val="24"/>
        </w:rPr>
        <w:t>Prenumele</w:t>
      </w:r>
      <w:proofErr w:type="spellEnd"/>
      <w:r w:rsidRPr="00276B39">
        <w:rPr>
          <w:rFonts w:cs="Times New Roman"/>
          <w:color w:val="000000"/>
          <w:szCs w:val="24"/>
        </w:rPr>
        <w:t xml:space="preserve">:____________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calitate</w:t>
      </w:r>
      <w:proofErr w:type="spellEnd"/>
      <w:r w:rsidRPr="00276B39">
        <w:rPr>
          <w:rFonts w:cs="Times New Roman"/>
          <w:color w:val="000000"/>
          <w:szCs w:val="24"/>
        </w:rPr>
        <w:t xml:space="preserve"> de: ______________</w:t>
      </w:r>
    </w:p>
    <w:p w:rsidR="00127E6A" w:rsidRPr="00276B39" w:rsidRDefault="00127E6A" w:rsidP="00531B9B">
      <w:pPr>
        <w:widowControl w:val="0"/>
        <w:spacing w:after="0" w:line="240" w:lineRule="auto"/>
        <w:jc w:val="both"/>
        <w:rPr>
          <w:rFonts w:cs="Times New Roman"/>
          <w:szCs w:val="24"/>
        </w:rPr>
      </w:pPr>
      <w:proofErr w:type="spellStart"/>
      <w:r w:rsidRPr="00276B39">
        <w:rPr>
          <w:rFonts w:cs="Times New Roman"/>
          <w:color w:val="000000"/>
          <w:szCs w:val="24"/>
        </w:rPr>
        <w:t>Ofertantul</w:t>
      </w:r>
      <w:proofErr w:type="spellEnd"/>
      <w:r w:rsidRPr="00276B39">
        <w:rPr>
          <w:rFonts w:cs="Times New Roman"/>
          <w:color w:val="000000"/>
          <w:szCs w:val="24"/>
        </w:rPr>
        <w:t xml:space="preserve">: ______________________ </w:t>
      </w:r>
      <w:proofErr w:type="spellStart"/>
      <w:r w:rsidRPr="00276B39">
        <w:rPr>
          <w:rFonts w:cs="Times New Roman"/>
          <w:color w:val="000000"/>
          <w:szCs w:val="24"/>
        </w:rPr>
        <w:t>Adresa</w:t>
      </w:r>
      <w:proofErr w:type="spellEnd"/>
      <w:r w:rsidRPr="00276B39">
        <w:rPr>
          <w:rFonts w:cs="Times New Roman"/>
          <w:color w:val="000000"/>
          <w:szCs w:val="24"/>
        </w:rPr>
        <w:t>: _____________________</w:t>
      </w:r>
      <w:r w:rsidRPr="00276B39">
        <w:rPr>
          <w:rFonts w:cs="Times New Roman"/>
          <w:color w:val="000000"/>
          <w:szCs w:val="24"/>
        </w:rPr>
        <w:br w:type="page"/>
      </w:r>
    </w:p>
    <w:p w:rsidR="00127E6A" w:rsidRPr="00276B39" w:rsidRDefault="00127E6A" w:rsidP="00276B39">
      <w:pPr>
        <w:widowControl w:val="0"/>
        <w:spacing w:after="0" w:line="240" w:lineRule="auto"/>
        <w:jc w:val="right"/>
        <w:rPr>
          <w:rFonts w:cs="Times New Roman"/>
          <w:bCs/>
          <w:szCs w:val="24"/>
        </w:rPr>
      </w:pPr>
      <w:proofErr w:type="spellStart"/>
      <w:r w:rsidRPr="00276B39">
        <w:rPr>
          <w:rFonts w:cs="Times New Roman"/>
          <w:bCs/>
          <w:color w:val="000000"/>
          <w:szCs w:val="24"/>
        </w:rPr>
        <w:lastRenderedPageBreak/>
        <w:t>Anexa</w:t>
      </w:r>
      <w:proofErr w:type="spellEnd"/>
      <w:r w:rsidRPr="00276B39">
        <w:rPr>
          <w:rFonts w:cs="Times New Roman"/>
          <w:bCs/>
          <w:color w:val="000000"/>
          <w:szCs w:val="24"/>
        </w:rPr>
        <w:t xml:space="preserve"> nr. 23</w:t>
      </w:r>
    </w:p>
    <w:p w:rsidR="00127E6A" w:rsidRPr="00276B39" w:rsidRDefault="00127E6A" w:rsidP="00531B9B">
      <w:pPr>
        <w:widowControl w:val="0"/>
        <w:spacing w:after="0" w:line="240" w:lineRule="auto"/>
        <w:jc w:val="center"/>
        <w:rPr>
          <w:rFonts w:cs="Times New Roman"/>
          <w:bCs/>
          <w:szCs w:val="24"/>
        </w:rPr>
      </w:pPr>
      <w:proofErr w:type="spellStart"/>
      <w:r w:rsidRPr="00276B39">
        <w:rPr>
          <w:rFonts w:cs="Times New Roman"/>
          <w:b/>
          <w:bCs/>
          <w:color w:val="000000"/>
          <w:szCs w:val="24"/>
        </w:rPr>
        <w:t>Specificații</w:t>
      </w:r>
      <w:proofErr w:type="spellEnd"/>
      <w:r w:rsidRPr="00276B39">
        <w:rPr>
          <w:rFonts w:cs="Times New Roman"/>
          <w:b/>
          <w:bCs/>
          <w:color w:val="000000"/>
          <w:szCs w:val="24"/>
        </w:rPr>
        <w:t xml:space="preserve"> de </w:t>
      </w:r>
      <w:proofErr w:type="spellStart"/>
      <w:r w:rsidRPr="00276B39">
        <w:rPr>
          <w:rFonts w:cs="Times New Roman"/>
          <w:b/>
          <w:bCs/>
          <w:color w:val="000000"/>
          <w:szCs w:val="24"/>
        </w:rPr>
        <w:t>preț</w:t>
      </w:r>
      <w:proofErr w:type="spellEnd"/>
    </w:p>
    <w:p w:rsidR="00127E6A" w:rsidRPr="00276B39" w:rsidRDefault="00127E6A" w:rsidP="00531B9B">
      <w:pPr>
        <w:widowControl w:val="0"/>
        <w:spacing w:after="0" w:line="240" w:lineRule="auto"/>
        <w:jc w:val="both"/>
        <w:rPr>
          <w:rFonts w:cs="Times New Roman"/>
          <w:i/>
          <w:iCs/>
          <w:szCs w:val="24"/>
        </w:rPr>
      </w:pPr>
    </w:p>
    <w:p w:rsidR="00127E6A" w:rsidRPr="00276B39" w:rsidRDefault="00127E6A" w:rsidP="00531B9B">
      <w:pPr>
        <w:widowControl w:val="0"/>
        <w:spacing w:after="0" w:line="240" w:lineRule="auto"/>
        <w:jc w:val="both"/>
        <w:rPr>
          <w:rFonts w:cs="Times New Roman"/>
          <w:i/>
          <w:iCs/>
          <w:szCs w:val="24"/>
        </w:rPr>
      </w:pPr>
      <w:r w:rsidRPr="00276B39">
        <w:rPr>
          <w:rFonts w:cs="Times New Roman"/>
          <w:color w:val="000000"/>
          <w:szCs w:val="24"/>
        </w:rPr>
        <w:t>[</w:t>
      </w:r>
      <w:proofErr w:type="spellStart"/>
      <w:r w:rsidRPr="00276B39">
        <w:rPr>
          <w:rFonts w:cs="Times New Roman"/>
          <w:color w:val="000000"/>
          <w:szCs w:val="24"/>
        </w:rPr>
        <w:t>Acest</w:t>
      </w:r>
      <w:proofErr w:type="spellEnd"/>
      <w:r w:rsidRPr="00276B39">
        <w:rPr>
          <w:rFonts w:cs="Times New Roman"/>
          <w:color w:val="000000"/>
          <w:szCs w:val="24"/>
        </w:rPr>
        <w:t xml:space="preserve"> </w:t>
      </w:r>
      <w:proofErr w:type="spellStart"/>
      <w:r w:rsidRPr="00276B39">
        <w:rPr>
          <w:rFonts w:cs="Times New Roman"/>
          <w:color w:val="000000"/>
          <w:szCs w:val="24"/>
        </w:rPr>
        <w:t>tabel</w:t>
      </w:r>
      <w:proofErr w:type="spellEnd"/>
      <w:r w:rsidRPr="00276B39">
        <w:rPr>
          <w:rFonts w:cs="Times New Roman"/>
          <w:color w:val="000000"/>
          <w:szCs w:val="24"/>
        </w:rPr>
        <w:t xml:space="preserve"> </w:t>
      </w:r>
      <w:proofErr w:type="spellStart"/>
      <w:r w:rsidRPr="00276B39">
        <w:rPr>
          <w:rFonts w:cs="Times New Roman"/>
          <w:color w:val="000000"/>
          <w:szCs w:val="24"/>
        </w:rPr>
        <w:t>va</w:t>
      </w:r>
      <w:proofErr w:type="spellEnd"/>
      <w:r w:rsidRPr="00276B39">
        <w:rPr>
          <w:rFonts w:cs="Times New Roman"/>
          <w:color w:val="000000"/>
          <w:szCs w:val="24"/>
        </w:rPr>
        <w:t xml:space="preserve"> fi </w:t>
      </w:r>
      <w:proofErr w:type="spellStart"/>
      <w:r w:rsidRPr="00276B39">
        <w:rPr>
          <w:rFonts w:cs="Times New Roman"/>
          <w:color w:val="000000"/>
          <w:szCs w:val="24"/>
        </w:rPr>
        <w:t>completat</w:t>
      </w:r>
      <w:proofErr w:type="spellEnd"/>
      <w:r w:rsidRPr="00276B39">
        <w:rPr>
          <w:rFonts w:cs="Times New Roman"/>
          <w:color w:val="000000"/>
          <w:szCs w:val="24"/>
        </w:rPr>
        <w:t xml:space="preserve"> de </w:t>
      </w:r>
      <w:proofErr w:type="spellStart"/>
      <w:r w:rsidRPr="00276B39">
        <w:rPr>
          <w:rFonts w:cs="Times New Roman"/>
          <w:color w:val="000000"/>
          <w:szCs w:val="24"/>
        </w:rPr>
        <w:t>către</w:t>
      </w:r>
      <w:proofErr w:type="spellEnd"/>
      <w:r w:rsidRPr="00276B39">
        <w:rPr>
          <w:rFonts w:cs="Times New Roman"/>
          <w:color w:val="000000"/>
          <w:szCs w:val="24"/>
        </w:rPr>
        <w:t xml:space="preserve"> </w:t>
      </w:r>
      <w:proofErr w:type="spellStart"/>
      <w:r w:rsidRPr="00276B39">
        <w:rPr>
          <w:rFonts w:cs="Times New Roman"/>
          <w:color w:val="000000"/>
          <w:szCs w:val="24"/>
        </w:rPr>
        <w:t>ofertant</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coloanele</w:t>
      </w:r>
      <w:proofErr w:type="spellEnd"/>
      <w:r w:rsidRPr="00276B39">
        <w:rPr>
          <w:rFonts w:cs="Times New Roman"/>
          <w:color w:val="000000"/>
          <w:szCs w:val="24"/>
        </w:rPr>
        <w:t xml:space="preserve"> 5, 6, 7, 8 </w:t>
      </w:r>
      <w:proofErr w:type="spellStart"/>
      <w:r w:rsidRPr="00276B39">
        <w:rPr>
          <w:rFonts w:cs="Times New Roman"/>
          <w:color w:val="000000"/>
          <w:szCs w:val="24"/>
        </w:rPr>
        <w:t>și</w:t>
      </w:r>
      <w:proofErr w:type="spellEnd"/>
      <w:r w:rsidRPr="00276B39">
        <w:rPr>
          <w:rFonts w:cs="Times New Roman"/>
          <w:color w:val="000000"/>
          <w:szCs w:val="24"/>
        </w:rPr>
        <w:t xml:space="preserve"> 11, la </w:t>
      </w:r>
      <w:proofErr w:type="spellStart"/>
      <w:r w:rsidRPr="00276B39">
        <w:rPr>
          <w:rFonts w:cs="Times New Roman"/>
          <w:color w:val="000000"/>
          <w:szCs w:val="24"/>
        </w:rPr>
        <w:t>necesitate</w:t>
      </w:r>
      <w:proofErr w:type="spellEnd"/>
      <w:r w:rsidRPr="00276B39">
        <w:rPr>
          <w:rFonts w:cs="Times New Roman"/>
          <w:color w:val="000000"/>
          <w:szCs w:val="24"/>
        </w:rPr>
        <w:t>,</w:t>
      </w:r>
    </w:p>
    <w:p w:rsidR="00127E6A" w:rsidRPr="00276B39" w:rsidRDefault="00127E6A" w:rsidP="00531B9B">
      <w:pPr>
        <w:widowControl w:val="0"/>
        <w:spacing w:after="0" w:line="240" w:lineRule="auto"/>
        <w:jc w:val="both"/>
        <w:rPr>
          <w:rFonts w:cs="Times New Roman"/>
          <w:szCs w:val="24"/>
          <w:lang w:val="it-IT"/>
        </w:rPr>
      </w:pPr>
      <w:proofErr w:type="spellStart"/>
      <w:r w:rsidRPr="00276B39">
        <w:rPr>
          <w:rFonts w:cs="Times New Roman"/>
          <w:color w:val="000000"/>
          <w:szCs w:val="24"/>
        </w:rPr>
        <w:t>iar</w:t>
      </w:r>
      <w:proofErr w:type="spellEnd"/>
      <w:r w:rsidRPr="00276B39">
        <w:rPr>
          <w:rFonts w:cs="Times New Roman"/>
          <w:color w:val="000000"/>
          <w:szCs w:val="24"/>
        </w:rPr>
        <w:t xml:space="preserve"> de </w:t>
      </w:r>
      <w:proofErr w:type="spellStart"/>
      <w:r w:rsidRPr="00276B39">
        <w:rPr>
          <w:rFonts w:cs="Times New Roman"/>
          <w:color w:val="000000"/>
          <w:szCs w:val="24"/>
        </w:rPr>
        <w:t>către</w:t>
      </w:r>
      <w:proofErr w:type="spellEnd"/>
      <w:r w:rsidRPr="00276B39">
        <w:rPr>
          <w:rFonts w:cs="Times New Roman"/>
          <w:color w:val="000000"/>
          <w:szCs w:val="24"/>
        </w:rPr>
        <w:t xml:space="preserve"> </w:t>
      </w:r>
      <w:proofErr w:type="spellStart"/>
      <w:r w:rsidRPr="00276B39">
        <w:rPr>
          <w:rFonts w:cs="Times New Roman"/>
          <w:color w:val="000000"/>
          <w:szCs w:val="24"/>
        </w:rPr>
        <w:t>autoritatea</w:t>
      </w:r>
      <w:proofErr w:type="spellEnd"/>
      <w:r w:rsidRPr="00276B39">
        <w:rPr>
          <w:rFonts w:cs="Times New Roman"/>
          <w:color w:val="000000"/>
          <w:szCs w:val="24"/>
        </w:rPr>
        <w:t xml:space="preserve"> </w:t>
      </w:r>
      <w:proofErr w:type="spellStart"/>
      <w:r w:rsidRPr="00276B39">
        <w:rPr>
          <w:rFonts w:cs="Times New Roman"/>
          <w:color w:val="000000"/>
          <w:szCs w:val="24"/>
        </w:rPr>
        <w:t>contractantă</w:t>
      </w:r>
      <w:proofErr w:type="spellEnd"/>
      <w:r w:rsidRPr="00276B39">
        <w:rPr>
          <w:rFonts w:cs="Times New Roman"/>
          <w:color w:val="000000"/>
          <w:szCs w:val="24"/>
        </w:rPr>
        <w:t xml:space="preserve"> –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coloanele</w:t>
      </w:r>
      <w:proofErr w:type="spellEnd"/>
      <w:r w:rsidRPr="00276B39">
        <w:rPr>
          <w:rFonts w:cs="Times New Roman"/>
          <w:color w:val="000000"/>
          <w:szCs w:val="24"/>
        </w:rPr>
        <w:t xml:space="preserve"> 1, 2, 3, 4, 9, 10.]</w:t>
      </w:r>
    </w:p>
    <w:tbl>
      <w:tblPr>
        <w:tblStyle w:val="Tabelgril"/>
        <w:tblW w:w="5000" w:type="pct"/>
        <w:jc w:val="center"/>
        <w:tblLayout w:type="fixed"/>
        <w:tblLook w:val="04A0" w:firstRow="1" w:lastRow="0" w:firstColumn="1" w:lastColumn="0" w:noHBand="0" w:noVBand="1"/>
      </w:tblPr>
      <w:tblGrid>
        <w:gridCol w:w="895"/>
        <w:gridCol w:w="2515"/>
        <w:gridCol w:w="894"/>
        <w:gridCol w:w="946"/>
        <w:gridCol w:w="1155"/>
        <w:gridCol w:w="1155"/>
        <w:gridCol w:w="1155"/>
        <w:gridCol w:w="1155"/>
        <w:gridCol w:w="1678"/>
        <w:gridCol w:w="1678"/>
        <w:gridCol w:w="1051"/>
      </w:tblGrid>
      <w:tr w:rsidR="00127E6A" w:rsidRPr="00276B39" w:rsidTr="00127E6A">
        <w:trPr>
          <w:cantSplit/>
          <w:trHeight w:val="240"/>
          <w:tblHeader/>
          <w:jc w:val="center"/>
        </w:trPr>
        <w:tc>
          <w:tcPr>
            <w:tcW w:w="1134" w:type="dxa"/>
            <w:gridSpan w:val="11"/>
            <w:tcBorders>
              <w:top w:val="single" w:sz="4" w:space="0" w:color="auto"/>
              <w:left w:val="single" w:sz="4" w:space="0" w:color="auto"/>
              <w:bottom w:val="single" w:sz="4" w:space="0" w:color="auto"/>
              <w:right w:val="single" w:sz="4" w:space="0" w:color="auto"/>
            </w:tcBorders>
            <w:tcMar>
              <w:top w:w="15" w:type="dxa"/>
              <w:left w:w="25" w:type="dxa"/>
              <w:bottom w:w="15" w:type="dxa"/>
              <w:right w:w="25" w:type="dxa"/>
            </w:tcMar>
            <w:hideMark/>
          </w:tcPr>
          <w:p w:rsidR="00127E6A" w:rsidRPr="00276B39" w:rsidRDefault="00127E6A" w:rsidP="00531B9B">
            <w:pPr>
              <w:widowControl w:val="0"/>
              <w:spacing w:line="216" w:lineRule="auto"/>
              <w:jc w:val="center"/>
              <w:rPr>
                <w:rFonts w:cs="Times New Roman"/>
                <w:szCs w:val="24"/>
              </w:rPr>
            </w:pPr>
            <w:proofErr w:type="spellStart"/>
            <w:r w:rsidRPr="00276B39">
              <w:rPr>
                <w:rFonts w:cs="Times New Roman"/>
                <w:b/>
                <w:color w:val="000000"/>
                <w:szCs w:val="24"/>
              </w:rPr>
              <w:t>Numărul</w:t>
            </w:r>
            <w:proofErr w:type="spellEnd"/>
            <w:r w:rsidRPr="00276B39">
              <w:rPr>
                <w:rFonts w:cs="Times New Roman"/>
                <w:b/>
                <w:color w:val="000000"/>
                <w:szCs w:val="24"/>
              </w:rPr>
              <w:t xml:space="preserve"> </w:t>
            </w:r>
            <w:proofErr w:type="spellStart"/>
            <w:r w:rsidRPr="00276B39">
              <w:rPr>
                <w:rFonts w:cs="Times New Roman"/>
                <w:b/>
                <w:color w:val="000000"/>
                <w:szCs w:val="24"/>
              </w:rPr>
              <w:t>procedurii</w:t>
            </w:r>
            <w:proofErr w:type="spellEnd"/>
            <w:r w:rsidRPr="00276B39">
              <w:rPr>
                <w:rFonts w:cs="Times New Roman"/>
                <w:b/>
                <w:color w:val="000000"/>
                <w:szCs w:val="24"/>
              </w:rPr>
              <w:t xml:space="preserve"> de </w:t>
            </w:r>
            <w:proofErr w:type="spellStart"/>
            <w:r w:rsidRPr="00276B39">
              <w:rPr>
                <w:rFonts w:cs="Times New Roman"/>
                <w:b/>
                <w:color w:val="000000"/>
                <w:szCs w:val="24"/>
              </w:rPr>
              <w:t>achiziție</w:t>
            </w:r>
            <w:proofErr w:type="spellEnd"/>
            <w:r w:rsidRPr="00276B39">
              <w:rPr>
                <w:rFonts w:cs="Times New Roman"/>
                <w:b/>
                <w:color w:val="000000"/>
                <w:szCs w:val="24"/>
              </w:rPr>
              <w:t>______________din___________</w:t>
            </w:r>
          </w:p>
        </w:tc>
      </w:tr>
      <w:tr w:rsidR="00127E6A" w:rsidRPr="00276B39" w:rsidTr="00127E6A">
        <w:trPr>
          <w:cantSplit/>
          <w:trHeight w:val="240"/>
          <w:jc w:val="center"/>
        </w:trPr>
        <w:tc>
          <w:tcPr>
            <w:tcW w:w="1134" w:type="dxa"/>
            <w:gridSpan w:val="11"/>
            <w:tcBorders>
              <w:top w:val="single" w:sz="4" w:space="0" w:color="auto"/>
              <w:left w:val="single" w:sz="4" w:space="0" w:color="auto"/>
              <w:bottom w:val="single" w:sz="4" w:space="0" w:color="auto"/>
              <w:right w:val="single" w:sz="4" w:space="0" w:color="auto"/>
            </w:tcBorders>
            <w:tcMar>
              <w:top w:w="15" w:type="dxa"/>
              <w:left w:w="25" w:type="dxa"/>
              <w:bottom w:w="15" w:type="dxa"/>
              <w:right w:w="25" w:type="dxa"/>
            </w:tcMar>
            <w:hideMark/>
          </w:tcPr>
          <w:p w:rsidR="00127E6A" w:rsidRPr="00276B39" w:rsidRDefault="00127E6A" w:rsidP="00531B9B">
            <w:pPr>
              <w:widowControl w:val="0"/>
              <w:spacing w:line="216" w:lineRule="auto"/>
              <w:jc w:val="center"/>
              <w:rPr>
                <w:rFonts w:cs="Times New Roman"/>
                <w:szCs w:val="24"/>
              </w:rPr>
            </w:pPr>
            <w:proofErr w:type="spellStart"/>
            <w:r w:rsidRPr="00276B39">
              <w:rPr>
                <w:rFonts w:cs="Times New Roman"/>
                <w:color w:val="000000"/>
                <w:szCs w:val="24"/>
              </w:rPr>
              <w:t>Obiectul</w:t>
            </w:r>
            <w:proofErr w:type="spellEnd"/>
            <w:r w:rsidRPr="00276B39">
              <w:rPr>
                <w:rFonts w:cs="Times New Roman"/>
                <w:color w:val="000000"/>
                <w:szCs w:val="24"/>
              </w:rPr>
              <w:t xml:space="preserve"> </w:t>
            </w:r>
            <w:proofErr w:type="spellStart"/>
            <w:r w:rsidRPr="00276B39">
              <w:rPr>
                <w:rFonts w:cs="Times New Roman"/>
                <w:color w:val="000000"/>
                <w:szCs w:val="24"/>
              </w:rPr>
              <w:t>achiziției</w:t>
            </w:r>
            <w:proofErr w:type="spellEnd"/>
            <w:r w:rsidRPr="00276B39">
              <w:rPr>
                <w:rFonts w:cs="Times New Roman"/>
                <w:color w:val="000000"/>
                <w:szCs w:val="24"/>
              </w:rPr>
              <w:t xml:space="preserve">: </w:t>
            </w:r>
            <w:proofErr w:type="spellStart"/>
            <w:r w:rsidRPr="00276B39">
              <w:rPr>
                <w:rFonts w:cs="Times New Roman"/>
                <w:color w:val="000000"/>
                <w:szCs w:val="24"/>
              </w:rPr>
              <w:t>Servicii</w:t>
            </w:r>
            <w:proofErr w:type="spellEnd"/>
            <w:r w:rsidRPr="00276B39">
              <w:rPr>
                <w:rFonts w:cs="Times New Roman"/>
                <w:color w:val="000000"/>
                <w:szCs w:val="24"/>
              </w:rPr>
              <w:t xml:space="preserve"> de </w:t>
            </w:r>
            <w:proofErr w:type="spellStart"/>
            <w:r w:rsidRPr="00276B39">
              <w:rPr>
                <w:rFonts w:cs="Times New Roman"/>
                <w:color w:val="000000"/>
                <w:szCs w:val="24"/>
              </w:rPr>
              <w:t>actualizare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securitate</w:t>
            </w:r>
            <w:proofErr w:type="spellEnd"/>
            <w:r w:rsidRPr="00276B39">
              <w:rPr>
                <w:rFonts w:cs="Times New Roman"/>
                <w:color w:val="000000"/>
                <w:szCs w:val="24"/>
              </w:rPr>
              <w:t xml:space="preserve"> FortiGuard cu </w:t>
            </w:r>
            <w:proofErr w:type="spellStart"/>
            <w:r w:rsidRPr="00276B39">
              <w:rPr>
                <w:rFonts w:cs="Times New Roman"/>
                <w:color w:val="000000"/>
                <w:szCs w:val="24"/>
              </w:rPr>
              <w:t>suportul</w:t>
            </w:r>
            <w:proofErr w:type="spellEnd"/>
            <w:r w:rsidRPr="00276B39">
              <w:rPr>
                <w:rFonts w:cs="Times New Roman"/>
                <w:color w:val="000000"/>
                <w:szCs w:val="24"/>
              </w:rPr>
              <w:t xml:space="preserve"> </w:t>
            </w:r>
            <w:proofErr w:type="spellStart"/>
            <w:r w:rsidRPr="00276B39">
              <w:rPr>
                <w:rFonts w:cs="Times New Roman"/>
                <w:color w:val="000000"/>
                <w:szCs w:val="24"/>
              </w:rPr>
              <w:t>producătorului</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echipamentele</w:t>
            </w:r>
            <w:proofErr w:type="spellEnd"/>
            <w:r w:rsidRPr="00276B39">
              <w:rPr>
                <w:rFonts w:cs="Times New Roman"/>
                <w:color w:val="000000"/>
                <w:szCs w:val="24"/>
              </w:rPr>
              <w:t xml:space="preserve"> de </w:t>
            </w:r>
            <w:proofErr w:type="spellStart"/>
            <w:r w:rsidRPr="00276B39">
              <w:rPr>
                <w:rFonts w:cs="Times New Roman"/>
                <w:color w:val="000000"/>
                <w:szCs w:val="24"/>
              </w:rPr>
              <w:t>rețea</w:t>
            </w:r>
            <w:proofErr w:type="spellEnd"/>
            <w:r w:rsidRPr="00276B39">
              <w:rPr>
                <w:rFonts w:cs="Times New Roman"/>
                <w:color w:val="000000"/>
                <w:szCs w:val="24"/>
              </w:rPr>
              <w:t xml:space="preserve"> Fortinet</w:t>
            </w:r>
          </w:p>
        </w:tc>
      </w:tr>
      <w:tr w:rsidR="0098480E" w:rsidRPr="00276B39" w:rsidTr="007E7CF6">
        <w:trPr>
          <w:cantSplit/>
          <w:trHeight w:val="240"/>
          <w:jc w:val="center"/>
        </w:trPr>
        <w:tc>
          <w:tcPr>
            <w:tcW w:w="96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Cod CPV</w:t>
            </w:r>
          </w:p>
        </w:tc>
        <w:tc>
          <w:tcPr>
            <w:tcW w:w="2721"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Denumirea bunurilor/serviciilor</w:t>
            </w:r>
          </w:p>
        </w:tc>
        <w:tc>
          <w:tcPr>
            <w:tcW w:w="96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Unitatea de măsură</w:t>
            </w:r>
          </w:p>
        </w:tc>
        <w:tc>
          <w:tcPr>
            <w:tcW w:w="1020"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Cantitatea</w:t>
            </w:r>
          </w:p>
        </w:tc>
        <w:tc>
          <w:tcPr>
            <w:tcW w:w="1247"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Preț unitar (fără TVA)</w:t>
            </w:r>
          </w:p>
        </w:tc>
        <w:tc>
          <w:tcPr>
            <w:tcW w:w="1247"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Preț unitar (cu TVA)</w:t>
            </w:r>
          </w:p>
        </w:tc>
        <w:tc>
          <w:tcPr>
            <w:tcW w:w="1247"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Suma fără TVA</w:t>
            </w:r>
          </w:p>
        </w:tc>
        <w:tc>
          <w:tcPr>
            <w:tcW w:w="1247"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Suma cu TVA</w:t>
            </w:r>
          </w:p>
        </w:tc>
        <w:tc>
          <w:tcPr>
            <w:tcW w:w="181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Termenul de livrare/prestare</w:t>
            </w:r>
          </w:p>
        </w:tc>
        <w:tc>
          <w:tcPr>
            <w:tcW w:w="181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Clasificație bugetară (IBAN)</w:t>
            </w:r>
          </w:p>
        </w:tc>
        <w:tc>
          <w:tcPr>
            <w:tcW w:w="113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Discount %</w:t>
            </w:r>
          </w:p>
        </w:tc>
      </w:tr>
      <w:tr w:rsidR="0098480E" w:rsidRPr="00276B39" w:rsidTr="007E7CF6">
        <w:trPr>
          <w:cantSplit/>
          <w:trHeight w:val="240"/>
          <w:jc w:val="center"/>
        </w:trPr>
        <w:tc>
          <w:tcPr>
            <w:tcW w:w="964"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r>
              <w:rPr>
                <w:color w:val="000000"/>
              </w:rPr>
              <w:t>72261000-2</w:t>
            </w:r>
          </w:p>
        </w:tc>
        <w:tc>
          <w:tcPr>
            <w:tcW w:w="2721"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Servicii de actualizare și securitate FortiGuard cu suportul producătorului pentru echipamentele de rețea Fortinet</w:t>
            </w:r>
          </w:p>
        </w:tc>
        <w:tc>
          <w:tcPr>
            <w:tcW w:w="96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serviciu / abonament</w:t>
            </w:r>
          </w:p>
        </w:tc>
        <w:tc>
          <w:tcPr>
            <w:tcW w:w="1020"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1</w:t>
            </w:r>
          </w:p>
        </w:tc>
        <w:tc>
          <w:tcPr>
            <w:tcW w:w="1247"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p>
        </w:tc>
        <w:tc>
          <w:tcPr>
            <w:tcW w:w="1247"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p>
        </w:tc>
        <w:tc>
          <w:tcPr>
            <w:tcW w:w="1247"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p>
        </w:tc>
        <w:tc>
          <w:tcPr>
            <w:tcW w:w="1247"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p>
        </w:tc>
        <w:tc>
          <w:tcPr>
            <w:tcW w:w="181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maximum 5 zile lucrătoare de la intrarea în vigoare a contractului</w:t>
            </w:r>
          </w:p>
        </w:tc>
        <w:tc>
          <w:tcPr>
            <w:tcW w:w="1814" w:type="dxa"/>
            <w:tcMar>
              <w:top w:w="15" w:type="dxa"/>
              <w:left w:w="25" w:type="dxa"/>
              <w:bottom w:w="15" w:type="dxa"/>
              <w:right w:w="25" w:type="dxa"/>
            </w:tcMar>
          </w:tcPr>
          <w:p w:rsidR="0098480E" w:rsidRPr="00276B39" w:rsidRDefault="005F130F" w:rsidP="00531B9B">
            <w:pPr>
              <w:widowControl w:val="0"/>
              <w:spacing w:line="216" w:lineRule="auto"/>
              <w:jc w:val="center"/>
              <w:rPr>
                <w:rFonts w:cs="Times New Roman"/>
                <w:szCs w:val="24"/>
              </w:rPr>
            </w:pPr>
            <w:r w:rsidRPr="00276B39">
              <w:rPr>
                <w:rFonts w:cs="Times New Roman"/>
                <w:color w:val="000000"/>
                <w:szCs w:val="24"/>
              </w:rPr>
              <w:t>ECO 222210 – Servicii informaționale</w:t>
            </w:r>
          </w:p>
        </w:tc>
        <w:tc>
          <w:tcPr>
            <w:tcW w:w="1134" w:type="dxa"/>
            <w:tcMar>
              <w:top w:w="15" w:type="dxa"/>
              <w:left w:w="25" w:type="dxa"/>
              <w:bottom w:w="15" w:type="dxa"/>
              <w:right w:w="25" w:type="dxa"/>
            </w:tcMar>
          </w:tcPr>
          <w:p w:rsidR="0098480E" w:rsidRPr="00276B39" w:rsidRDefault="0098480E" w:rsidP="00531B9B">
            <w:pPr>
              <w:widowControl w:val="0"/>
              <w:spacing w:line="216" w:lineRule="auto"/>
              <w:jc w:val="center"/>
              <w:rPr>
                <w:rFonts w:cs="Times New Roman"/>
                <w:szCs w:val="24"/>
              </w:rPr>
            </w:pPr>
          </w:p>
        </w:tc>
      </w:tr>
    </w:tbl>
    <w:p w:rsidR="00127E6A" w:rsidRPr="00276B39" w:rsidRDefault="00127E6A" w:rsidP="00531B9B">
      <w:pPr>
        <w:widowControl w:val="0"/>
        <w:spacing w:after="0" w:line="216" w:lineRule="auto"/>
        <w:jc w:val="both"/>
        <w:rPr>
          <w:rFonts w:cs="Times New Roman"/>
          <w:szCs w:val="24"/>
        </w:rPr>
      </w:pPr>
      <w:proofErr w:type="spellStart"/>
      <w:proofErr w:type="gramStart"/>
      <w:r w:rsidRPr="00276B39">
        <w:rPr>
          <w:rFonts w:cs="Times New Roman"/>
          <w:color w:val="000000"/>
          <w:szCs w:val="24"/>
        </w:rPr>
        <w:t>Semnat</w:t>
      </w:r>
      <w:proofErr w:type="spellEnd"/>
      <w:r w:rsidRPr="00276B39">
        <w:rPr>
          <w:rFonts w:cs="Times New Roman"/>
          <w:color w:val="000000"/>
          <w:szCs w:val="24"/>
        </w:rPr>
        <w:t>:_</w:t>
      </w:r>
      <w:proofErr w:type="gramEnd"/>
      <w:r w:rsidRPr="00276B39">
        <w:rPr>
          <w:rFonts w:cs="Times New Roman"/>
          <w:color w:val="000000"/>
          <w:szCs w:val="24"/>
        </w:rPr>
        <w:t xml:space="preserve">_______ </w:t>
      </w:r>
      <w:proofErr w:type="spellStart"/>
      <w:r w:rsidRPr="00276B39">
        <w:rPr>
          <w:rFonts w:cs="Times New Roman"/>
          <w:color w:val="000000"/>
          <w:szCs w:val="24"/>
        </w:rPr>
        <w:t>Numele</w:t>
      </w:r>
      <w:proofErr w:type="spellEnd"/>
      <w:r w:rsidRPr="00276B39">
        <w:rPr>
          <w:rFonts w:cs="Times New Roman"/>
          <w:color w:val="000000"/>
          <w:szCs w:val="24"/>
        </w:rPr>
        <w:t xml:space="preserve">, </w:t>
      </w:r>
      <w:proofErr w:type="spellStart"/>
      <w:r w:rsidRPr="00276B39">
        <w:rPr>
          <w:rFonts w:cs="Times New Roman"/>
          <w:color w:val="000000"/>
          <w:szCs w:val="24"/>
        </w:rPr>
        <w:t>Prenumele</w:t>
      </w:r>
      <w:proofErr w:type="spellEnd"/>
      <w:r w:rsidRPr="00276B39">
        <w:rPr>
          <w:rFonts w:cs="Times New Roman"/>
          <w:color w:val="000000"/>
          <w:szCs w:val="24"/>
        </w:rPr>
        <w:t xml:space="preserve">:____________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calitate</w:t>
      </w:r>
      <w:proofErr w:type="spellEnd"/>
      <w:r w:rsidRPr="00276B39">
        <w:rPr>
          <w:rFonts w:cs="Times New Roman"/>
          <w:color w:val="000000"/>
          <w:szCs w:val="24"/>
        </w:rPr>
        <w:t xml:space="preserve"> de: ______________</w:t>
      </w:r>
    </w:p>
    <w:p w:rsidR="00A20347" w:rsidRPr="00276B39" w:rsidRDefault="00127E6A" w:rsidP="00531B9B">
      <w:pPr>
        <w:widowControl w:val="0"/>
        <w:spacing w:after="0" w:line="216" w:lineRule="auto"/>
        <w:jc w:val="both"/>
        <w:rPr>
          <w:rFonts w:cs="Times New Roman"/>
          <w:szCs w:val="24"/>
        </w:rPr>
        <w:sectPr w:rsidR="00A20347" w:rsidRPr="00276B39">
          <w:pgSz w:w="16838" w:h="11906" w:orient="landscape"/>
          <w:pgMar w:top="1134" w:right="850" w:bottom="1134" w:left="1701" w:header="720" w:footer="720" w:gutter="0"/>
          <w:cols w:space="720"/>
          <w:docGrid w:linePitch="360"/>
        </w:sectPr>
      </w:pPr>
      <w:proofErr w:type="spellStart"/>
      <w:r w:rsidRPr="00276B39">
        <w:rPr>
          <w:rFonts w:cs="Times New Roman"/>
          <w:color w:val="000000"/>
          <w:szCs w:val="24"/>
        </w:rPr>
        <w:t>Ofertantul</w:t>
      </w:r>
      <w:proofErr w:type="spellEnd"/>
      <w:r w:rsidRPr="00276B39">
        <w:rPr>
          <w:rFonts w:cs="Times New Roman"/>
          <w:color w:val="000000"/>
          <w:szCs w:val="24"/>
        </w:rPr>
        <w:t xml:space="preserve">: ______________________ </w:t>
      </w:r>
      <w:proofErr w:type="spellStart"/>
      <w:r w:rsidRPr="00276B39">
        <w:rPr>
          <w:rFonts w:cs="Times New Roman"/>
          <w:color w:val="000000"/>
          <w:szCs w:val="24"/>
        </w:rPr>
        <w:t>Adresa</w:t>
      </w:r>
      <w:proofErr w:type="spellEnd"/>
      <w:r w:rsidRPr="00276B39">
        <w:rPr>
          <w:rFonts w:cs="Times New Roman"/>
          <w:color w:val="000000"/>
          <w:szCs w:val="24"/>
        </w:rPr>
        <w:t>: __________________________</w:t>
      </w:r>
    </w:p>
    <w:p w:rsidR="00127E6A" w:rsidRPr="00276B39" w:rsidRDefault="00127E6A" w:rsidP="00276B39">
      <w:pPr>
        <w:widowControl w:val="0"/>
        <w:spacing w:after="0" w:line="216" w:lineRule="auto"/>
        <w:jc w:val="right"/>
        <w:rPr>
          <w:rFonts w:cs="Times New Roman"/>
          <w:szCs w:val="24"/>
        </w:rPr>
      </w:pPr>
      <w:proofErr w:type="spellStart"/>
      <w:r w:rsidRPr="00276B39">
        <w:rPr>
          <w:rFonts w:cs="Times New Roman"/>
          <w:color w:val="000000"/>
          <w:szCs w:val="24"/>
        </w:rPr>
        <w:lastRenderedPageBreak/>
        <w:t>Anexa</w:t>
      </w:r>
      <w:proofErr w:type="spellEnd"/>
      <w:r w:rsidRPr="00276B39">
        <w:rPr>
          <w:rFonts w:cs="Times New Roman"/>
          <w:color w:val="000000"/>
          <w:szCs w:val="24"/>
        </w:rPr>
        <w:t xml:space="preserve"> nr. 4</w:t>
      </w:r>
    </w:p>
    <w:tbl>
      <w:tblPr>
        <w:tblStyle w:val="Tabelgril"/>
        <w:tblW w:w="5000" w:type="pct"/>
        <w:jc w:val="center"/>
        <w:tblLook w:val="04A0" w:firstRow="1" w:lastRow="0" w:firstColumn="1" w:lastColumn="0" w:noHBand="0" w:noVBand="1"/>
      </w:tblPr>
      <w:tblGrid>
        <w:gridCol w:w="4089"/>
        <w:gridCol w:w="5256"/>
      </w:tblGrid>
      <w:tr w:rsidR="00127E6A" w:rsidRPr="00276B39" w:rsidTr="00127E6A">
        <w:trPr>
          <w:cantSplit/>
          <w:tblHeader/>
          <w:jc w:val="center"/>
        </w:trPr>
        <w:tc>
          <w:tcPr>
            <w:tcW w:w="5102" w:type="dxa"/>
            <w:gridSpan w:val="2"/>
            <w:tcMar>
              <w:top w:w="40" w:type="dxa"/>
              <w:left w:w="60" w:type="dxa"/>
              <w:bottom w:w="40" w:type="dxa"/>
              <w:right w:w="60" w:type="dxa"/>
            </w:tcMar>
          </w:tcPr>
          <w:p w:rsidR="00127E6A" w:rsidRPr="00276B39" w:rsidRDefault="00127E6A" w:rsidP="00531B9B">
            <w:pPr>
              <w:widowControl w:val="0"/>
              <w:jc w:val="center"/>
              <w:rPr>
                <w:rFonts w:cs="Times New Roman"/>
                <w:szCs w:val="24"/>
                <w:lang w:eastAsia="ro-RO"/>
              </w:rPr>
            </w:pPr>
          </w:p>
          <w:p w:rsidR="00127E6A" w:rsidRPr="00276B39" w:rsidRDefault="00127E6A" w:rsidP="00531B9B">
            <w:pPr>
              <w:widowControl w:val="0"/>
              <w:jc w:val="center"/>
              <w:rPr>
                <w:rFonts w:cs="Times New Roman"/>
                <w:szCs w:val="24"/>
                <w:lang w:eastAsia="ro-RO"/>
              </w:rPr>
            </w:pPr>
            <w:r w:rsidRPr="00276B39">
              <w:rPr>
                <w:rFonts w:cs="Times New Roman"/>
                <w:b/>
                <w:bCs/>
                <w:color w:val="000000"/>
                <w:szCs w:val="24"/>
                <w:lang w:eastAsia="ro-RO"/>
              </w:rPr>
              <w:t>DECLARAŢIE DE ELIGIBILITATE</w:t>
            </w:r>
          </w:p>
          <w:p w:rsidR="00127E6A" w:rsidRPr="00276B39" w:rsidRDefault="00127E6A" w:rsidP="00531B9B">
            <w:pPr>
              <w:widowControl w:val="0"/>
              <w:jc w:val="center"/>
              <w:rPr>
                <w:rFonts w:cs="Times New Roman"/>
                <w:szCs w:val="24"/>
                <w:lang w:eastAsia="ro-RO"/>
              </w:rPr>
            </w:pPr>
            <w:r w:rsidRPr="00276B39">
              <w:rPr>
                <w:rFonts w:cs="Times New Roman"/>
                <w:b/>
                <w:color w:val="000000"/>
                <w:szCs w:val="24"/>
                <w:lang w:eastAsia="ro-RO"/>
              </w:rPr>
              <w:t> </w:t>
            </w:r>
          </w:p>
          <w:p w:rsidR="00127E6A" w:rsidRPr="00276B39" w:rsidRDefault="00127E6A" w:rsidP="00531B9B">
            <w:pPr>
              <w:widowControl w:val="0"/>
              <w:jc w:val="center"/>
              <w:rPr>
                <w:rFonts w:cs="Times New Roman"/>
                <w:szCs w:val="24"/>
                <w:lang w:eastAsia="ro-RO"/>
              </w:rPr>
            </w:pPr>
            <w:proofErr w:type="spellStart"/>
            <w:r w:rsidRPr="00276B39">
              <w:rPr>
                <w:rFonts w:cs="Times New Roman"/>
                <w:b/>
                <w:color w:val="000000"/>
                <w:szCs w:val="24"/>
                <w:lang w:eastAsia="ro-RO"/>
              </w:rPr>
              <w:t>Către</w:t>
            </w:r>
            <w:proofErr w:type="spellEnd"/>
            <w:r w:rsidRPr="00276B39">
              <w:rPr>
                <w:rFonts w:cs="Times New Roman"/>
                <w:b/>
                <w:color w:val="000000"/>
                <w:szCs w:val="24"/>
                <w:lang w:eastAsia="ro-RO"/>
              </w:rPr>
              <w:t xml:space="preserve"> __________________________________________________________________________</w:t>
            </w:r>
          </w:p>
          <w:p w:rsidR="00127E6A" w:rsidRPr="00872598" w:rsidRDefault="00127E6A" w:rsidP="00872598">
            <w:pPr>
              <w:widowControl w:val="0"/>
              <w:rPr>
                <w:rFonts w:cs="Times New Roman"/>
                <w:bCs/>
                <w:szCs w:val="24"/>
                <w:lang w:eastAsia="ro-RO"/>
              </w:rPr>
            </w:pPr>
            <w:r w:rsidRPr="00276B39">
              <w:rPr>
                <w:rFonts w:cs="Times New Roman"/>
                <w:b/>
                <w:color w:val="000000"/>
                <w:szCs w:val="24"/>
                <w:lang w:eastAsia="ro-RO"/>
              </w:rPr>
              <w:t>                                   (</w:t>
            </w:r>
            <w:proofErr w:type="spellStart"/>
            <w:r w:rsidRPr="00872598">
              <w:rPr>
                <w:rFonts w:cs="Times New Roman"/>
                <w:bCs/>
                <w:color w:val="000000"/>
                <w:szCs w:val="24"/>
                <w:lang w:eastAsia="ro-RO"/>
              </w:rPr>
              <w:t>denumirea</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autorităţii</w:t>
            </w:r>
            <w:proofErr w:type="spellEnd"/>
            <w:r w:rsidRPr="00872598">
              <w:rPr>
                <w:rFonts w:cs="Times New Roman"/>
                <w:bCs/>
                <w:color w:val="000000"/>
                <w:szCs w:val="24"/>
                <w:lang w:eastAsia="ro-RO"/>
              </w:rPr>
              <w:t>/</w:t>
            </w:r>
            <w:proofErr w:type="spellStart"/>
            <w:r w:rsidRPr="00872598">
              <w:rPr>
                <w:rFonts w:cs="Times New Roman"/>
                <w:bCs/>
                <w:color w:val="000000"/>
                <w:szCs w:val="24"/>
                <w:lang w:eastAsia="ro-RO"/>
              </w:rPr>
              <w:t>entităţii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contractante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şi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adresa</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completă</w:t>
            </w:r>
            <w:proofErr w:type="spellEnd"/>
            <w:r w:rsidRPr="00872598">
              <w:rPr>
                <w:rFonts w:cs="Times New Roman"/>
                <w:bCs/>
                <w:color w:val="000000"/>
                <w:szCs w:val="24"/>
                <w:lang w:eastAsia="ro-RO"/>
              </w:rPr>
              <w:t>)</w:t>
            </w:r>
          </w:p>
          <w:p w:rsidR="00127E6A" w:rsidRPr="00872598" w:rsidRDefault="00127E6A" w:rsidP="00872598">
            <w:pPr>
              <w:widowControl w:val="0"/>
              <w:rPr>
                <w:rFonts w:cs="Times New Roman"/>
                <w:bCs/>
                <w:szCs w:val="24"/>
                <w:lang w:eastAsia="ro-RO"/>
              </w:rPr>
            </w:pPr>
            <w:r w:rsidRPr="00872598">
              <w:rPr>
                <w:rFonts w:cs="Times New Roman"/>
                <w:bCs/>
                <w:color w:val="000000"/>
                <w:szCs w:val="24"/>
                <w:lang w:eastAsia="ro-RO"/>
              </w:rPr>
              <w:t> </w:t>
            </w:r>
          </w:p>
          <w:p w:rsidR="00127E6A" w:rsidRPr="00872598" w:rsidRDefault="00127E6A" w:rsidP="00872598">
            <w:pPr>
              <w:widowControl w:val="0"/>
              <w:rPr>
                <w:rFonts w:cs="Times New Roman"/>
                <w:bCs/>
                <w:szCs w:val="24"/>
                <w:lang w:eastAsia="ro-RO"/>
              </w:rPr>
            </w:pPr>
            <w:proofErr w:type="spellStart"/>
            <w:r w:rsidRPr="00872598">
              <w:rPr>
                <w:rFonts w:cs="Times New Roman"/>
                <w:bCs/>
                <w:color w:val="000000"/>
                <w:szCs w:val="24"/>
                <w:lang w:eastAsia="ro-RO"/>
              </w:rPr>
              <w:t>Stimaţi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domni</w:t>
            </w:r>
            <w:proofErr w:type="spellEnd"/>
            <w:r w:rsidRPr="00872598">
              <w:rPr>
                <w:rFonts w:cs="Times New Roman"/>
                <w:bCs/>
                <w:color w:val="000000"/>
                <w:szCs w:val="24"/>
                <w:lang w:eastAsia="ro-RO"/>
              </w:rPr>
              <w:t>,</w:t>
            </w:r>
          </w:p>
          <w:p w:rsidR="00127E6A" w:rsidRPr="00872598" w:rsidRDefault="00127E6A" w:rsidP="00872598">
            <w:pPr>
              <w:widowControl w:val="0"/>
              <w:rPr>
                <w:rFonts w:cs="Times New Roman"/>
                <w:bCs/>
                <w:szCs w:val="24"/>
                <w:lang w:eastAsia="ro-RO"/>
              </w:rPr>
            </w:pPr>
            <w:proofErr w:type="spellStart"/>
            <w:r w:rsidRPr="00872598">
              <w:rPr>
                <w:rFonts w:cs="Times New Roman"/>
                <w:bCs/>
                <w:color w:val="000000"/>
                <w:szCs w:val="24"/>
                <w:lang w:eastAsia="ro-RO"/>
              </w:rPr>
              <w:t>Subsemnatul</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reprezentant</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împuternicit</w:t>
            </w:r>
            <w:proofErr w:type="spellEnd"/>
            <w:r w:rsidRPr="00872598">
              <w:rPr>
                <w:rFonts w:cs="Times New Roman"/>
                <w:bCs/>
                <w:color w:val="000000"/>
                <w:szCs w:val="24"/>
                <w:lang w:eastAsia="ro-RO"/>
              </w:rPr>
              <w:t xml:space="preserve"> al _____________________________________________,</w:t>
            </w:r>
          </w:p>
          <w:p w:rsidR="00127E6A" w:rsidRPr="00872598" w:rsidRDefault="00127E6A" w:rsidP="00872598">
            <w:pPr>
              <w:widowControl w:val="0"/>
              <w:rPr>
                <w:rFonts w:cs="Times New Roman"/>
                <w:bCs/>
                <w:szCs w:val="24"/>
                <w:lang w:eastAsia="ro-RO"/>
              </w:rPr>
            </w:pPr>
            <w:r w:rsidRPr="00872598">
              <w:rPr>
                <w:rFonts w:cs="Times New Roman"/>
                <w:bCs/>
                <w:color w:val="000000"/>
                <w:szCs w:val="24"/>
                <w:lang w:eastAsia="ro-RO"/>
              </w:rPr>
              <w:t> (</w:t>
            </w:r>
            <w:proofErr w:type="spellStart"/>
            <w:r w:rsidRPr="00872598">
              <w:rPr>
                <w:rFonts w:cs="Times New Roman"/>
                <w:bCs/>
                <w:color w:val="000000"/>
                <w:szCs w:val="24"/>
                <w:lang w:eastAsia="ro-RO"/>
              </w:rPr>
              <w:t>denumirea</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oper</w:t>
            </w:r>
            <w:bookmarkStart w:id="0" w:name="_GoBack"/>
            <w:bookmarkEnd w:id="0"/>
            <w:r w:rsidRPr="00872598">
              <w:rPr>
                <w:rFonts w:cs="Times New Roman"/>
                <w:bCs/>
                <w:color w:val="000000"/>
                <w:szCs w:val="24"/>
                <w:lang w:eastAsia="ro-RO"/>
              </w:rPr>
              <w:t>atorului</w:t>
            </w:r>
            <w:proofErr w:type="spellEnd"/>
            <w:r w:rsidRPr="00872598">
              <w:rPr>
                <w:rFonts w:cs="Times New Roman"/>
                <w:bCs/>
                <w:color w:val="000000"/>
                <w:szCs w:val="24"/>
                <w:lang w:eastAsia="ro-RO"/>
              </w:rPr>
              <w:t xml:space="preserve"> economic)</w:t>
            </w:r>
          </w:p>
          <w:p w:rsidR="00127E6A" w:rsidRPr="00872598" w:rsidRDefault="00127E6A" w:rsidP="00872598">
            <w:pPr>
              <w:widowControl w:val="0"/>
              <w:rPr>
                <w:rFonts w:cs="Times New Roman"/>
                <w:bCs/>
                <w:szCs w:val="24"/>
                <w:lang w:eastAsia="ro-RO"/>
              </w:rPr>
            </w:pPr>
            <w:proofErr w:type="spellStart"/>
            <w:r w:rsidRPr="00872598">
              <w:rPr>
                <w:rFonts w:cs="Times New Roman"/>
                <w:bCs/>
                <w:color w:val="000000"/>
                <w:szCs w:val="24"/>
                <w:lang w:eastAsia="ro-RO"/>
              </w:rPr>
              <w:t>în</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calitate</w:t>
            </w:r>
            <w:proofErr w:type="spellEnd"/>
            <w:r w:rsidRPr="00872598">
              <w:rPr>
                <w:rFonts w:cs="Times New Roman"/>
                <w:bCs/>
                <w:color w:val="000000"/>
                <w:szCs w:val="24"/>
                <w:lang w:eastAsia="ro-RO"/>
              </w:rPr>
              <w:t xml:space="preserve"> de </w:t>
            </w:r>
            <w:proofErr w:type="spellStart"/>
            <w:r w:rsidRPr="00872598">
              <w:rPr>
                <w:rFonts w:cs="Times New Roman"/>
                <w:bCs/>
                <w:color w:val="000000"/>
                <w:szCs w:val="24"/>
                <w:lang w:eastAsia="ro-RO"/>
              </w:rPr>
              <w:t>ofertant</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declar</w:t>
            </w:r>
            <w:proofErr w:type="spellEnd"/>
            <w:r w:rsidRPr="00872598">
              <w:rPr>
                <w:rFonts w:cs="Times New Roman"/>
                <w:bCs/>
                <w:color w:val="000000"/>
                <w:szCs w:val="24"/>
                <w:lang w:eastAsia="ro-RO"/>
              </w:rPr>
              <w:t xml:space="preserve"> pe propria </w:t>
            </w:r>
            <w:proofErr w:type="spellStart"/>
            <w:r w:rsidRPr="00872598">
              <w:rPr>
                <w:rFonts w:cs="Times New Roman"/>
                <w:bCs/>
                <w:color w:val="000000"/>
                <w:szCs w:val="24"/>
                <w:lang w:eastAsia="ro-RO"/>
              </w:rPr>
              <w:t>răspundere</w:t>
            </w:r>
            <w:proofErr w:type="spellEnd"/>
            <w:r w:rsidRPr="00872598">
              <w:rPr>
                <w:rFonts w:cs="Times New Roman"/>
                <w:bCs/>
                <w:color w:val="000000"/>
                <w:szCs w:val="24"/>
                <w:lang w:eastAsia="ro-RO"/>
              </w:rPr>
              <w:t xml:space="preserve">, sub </w:t>
            </w:r>
            <w:proofErr w:type="spellStart"/>
            <w:r w:rsidRPr="00872598">
              <w:rPr>
                <w:rFonts w:cs="Times New Roman"/>
                <w:bCs/>
                <w:color w:val="000000"/>
                <w:szCs w:val="24"/>
                <w:lang w:eastAsia="ro-RO"/>
              </w:rPr>
              <w:t>sancţiunea</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excluderii</w:t>
            </w:r>
            <w:proofErr w:type="spellEnd"/>
            <w:r w:rsidRPr="00872598">
              <w:rPr>
                <w:rFonts w:cs="Times New Roman"/>
                <w:bCs/>
                <w:color w:val="000000"/>
                <w:szCs w:val="24"/>
                <w:lang w:eastAsia="ro-RO"/>
              </w:rPr>
              <w:t xml:space="preserve"> din </w:t>
            </w:r>
            <w:proofErr w:type="spellStart"/>
            <w:r w:rsidRPr="00872598">
              <w:rPr>
                <w:rFonts w:cs="Times New Roman"/>
                <w:bCs/>
                <w:color w:val="000000"/>
                <w:szCs w:val="24"/>
                <w:lang w:eastAsia="ro-RO"/>
              </w:rPr>
              <w:t>procedură</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şi</w:t>
            </w:r>
            <w:proofErr w:type="spellEnd"/>
            <w:r w:rsidRPr="00872598">
              <w:rPr>
                <w:rFonts w:cs="Times New Roman"/>
                <w:bCs/>
                <w:color w:val="000000"/>
                <w:szCs w:val="24"/>
                <w:lang w:eastAsia="ro-RO"/>
              </w:rPr>
              <w:t xml:space="preserve"> sub </w:t>
            </w:r>
            <w:proofErr w:type="spellStart"/>
            <w:r w:rsidRPr="00872598">
              <w:rPr>
                <w:rFonts w:cs="Times New Roman"/>
                <w:bCs/>
                <w:color w:val="000000"/>
                <w:szCs w:val="24"/>
                <w:lang w:eastAsia="ro-RO"/>
              </w:rPr>
              <w:t>sancţiunile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aplicate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faptei</w:t>
            </w:r>
            <w:proofErr w:type="spellEnd"/>
            <w:r w:rsidRPr="00872598">
              <w:rPr>
                <w:rFonts w:cs="Times New Roman"/>
                <w:bCs/>
                <w:color w:val="000000"/>
                <w:szCs w:val="24"/>
                <w:lang w:eastAsia="ro-RO"/>
              </w:rPr>
              <w:t xml:space="preserve"> de </w:t>
            </w:r>
            <w:proofErr w:type="spellStart"/>
            <w:r w:rsidRPr="00872598">
              <w:rPr>
                <w:rFonts w:cs="Times New Roman"/>
                <w:bCs/>
                <w:color w:val="000000"/>
                <w:szCs w:val="24"/>
                <w:lang w:eastAsia="ro-RO"/>
              </w:rPr>
              <w:t>fals</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în</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acte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publice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că</w:t>
            </w:r>
            <w:proofErr w:type="spellEnd"/>
            <w:r w:rsidRPr="00872598">
              <w:rPr>
                <w:rFonts w:cs="Times New Roman"/>
                <w:bCs/>
                <w:color w:val="000000"/>
                <w:szCs w:val="24"/>
                <w:lang w:eastAsia="ro-RO"/>
              </w:rPr>
              <w:t xml:space="preserve"> nu </w:t>
            </w:r>
            <w:proofErr w:type="spellStart"/>
            <w:r w:rsidRPr="00872598">
              <w:rPr>
                <w:rFonts w:cs="Times New Roman"/>
                <w:bCs/>
                <w:color w:val="000000"/>
                <w:szCs w:val="24"/>
                <w:lang w:eastAsia="ro-RO"/>
              </w:rPr>
              <w:t>mă</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aflu</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în</w:t>
            </w:r>
            <w:proofErr w:type="spellEnd"/>
            <w:r w:rsidRPr="00872598">
              <w:rPr>
                <w:rFonts w:cs="Times New Roman"/>
                <w:bCs/>
                <w:color w:val="000000"/>
                <w:szCs w:val="24"/>
                <w:lang w:eastAsia="ro-RO"/>
              </w:rPr>
              <w:t xml:space="preserve"> una </w:t>
            </w:r>
            <w:proofErr w:type="spellStart"/>
            <w:r w:rsidRPr="00872598">
              <w:rPr>
                <w:rFonts w:cs="Times New Roman"/>
                <w:bCs/>
                <w:color w:val="000000"/>
                <w:szCs w:val="24"/>
                <w:lang w:eastAsia="ro-RO"/>
              </w:rPr>
              <w:t>dintre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situaţiile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prevăzute</w:t>
            </w:r>
            <w:proofErr w:type="spellEnd"/>
            <w:r w:rsidRPr="00872598">
              <w:rPr>
                <w:rFonts w:cs="Times New Roman"/>
                <w:bCs/>
                <w:color w:val="000000"/>
                <w:szCs w:val="24"/>
                <w:lang w:eastAsia="ro-RO"/>
              </w:rPr>
              <w:t xml:space="preserve"> la art.19 din </w:t>
            </w:r>
            <w:proofErr w:type="spellStart"/>
            <w:r w:rsidRPr="00872598">
              <w:rPr>
                <w:rFonts w:cs="Times New Roman"/>
                <w:bCs/>
                <w:color w:val="000000"/>
                <w:szCs w:val="24"/>
                <w:lang w:eastAsia="ro-RO"/>
              </w:rPr>
              <w:t>Legea</w:t>
            </w:r>
            <w:proofErr w:type="spellEnd"/>
            <w:r w:rsidRPr="00872598">
              <w:rPr>
                <w:rFonts w:cs="Times New Roman"/>
                <w:bCs/>
                <w:color w:val="000000"/>
                <w:szCs w:val="24"/>
                <w:lang w:eastAsia="ro-RO"/>
              </w:rPr>
              <w:t xml:space="preserve"> nr.131/2015 </w:t>
            </w:r>
            <w:proofErr w:type="spellStart"/>
            <w:r w:rsidRPr="00872598">
              <w:rPr>
                <w:rFonts w:cs="Times New Roman"/>
                <w:bCs/>
                <w:color w:val="000000"/>
                <w:szCs w:val="24"/>
                <w:lang w:eastAsia="ro-RO"/>
              </w:rPr>
              <w:t>privind</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achiziţiile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publice</w:t>
            </w:r>
            <w:proofErr w:type="spellEnd"/>
            <w:r w:rsidRPr="00872598">
              <w:rPr>
                <w:rFonts w:cs="Times New Roman"/>
                <w:bCs/>
                <w:color w:val="000000"/>
                <w:szCs w:val="24"/>
                <w:lang w:eastAsia="ro-RO"/>
              </w:rPr>
              <w:t>.</w:t>
            </w:r>
          </w:p>
          <w:p w:rsidR="00127E6A" w:rsidRPr="00276B39" w:rsidRDefault="00127E6A" w:rsidP="00872598">
            <w:pPr>
              <w:widowControl w:val="0"/>
              <w:rPr>
                <w:rFonts w:cs="Times New Roman"/>
                <w:szCs w:val="24"/>
                <w:lang w:eastAsia="ro-RO"/>
              </w:rPr>
            </w:pPr>
            <w:proofErr w:type="spellStart"/>
            <w:r w:rsidRPr="00872598">
              <w:rPr>
                <w:rFonts w:cs="Times New Roman"/>
                <w:bCs/>
                <w:color w:val="000000"/>
                <w:szCs w:val="24"/>
                <w:lang w:eastAsia="ro-RO"/>
              </w:rPr>
              <w:t>Mă</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oblig</w:t>
            </w:r>
            <w:proofErr w:type="spellEnd"/>
            <w:r w:rsidRPr="00872598">
              <w:rPr>
                <w:rFonts w:cs="Times New Roman"/>
                <w:bCs/>
                <w:color w:val="000000"/>
                <w:szCs w:val="24"/>
                <w:lang w:eastAsia="ro-RO"/>
              </w:rPr>
              <w:t xml:space="preserve">, la </w:t>
            </w:r>
            <w:proofErr w:type="spellStart"/>
            <w:r w:rsidRPr="00872598">
              <w:rPr>
                <w:rFonts w:cs="Times New Roman"/>
                <w:bCs/>
                <w:color w:val="000000"/>
                <w:szCs w:val="24"/>
                <w:lang w:eastAsia="ro-RO"/>
              </w:rPr>
              <w:t>solicitarea</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autorităţii</w:t>
            </w:r>
            <w:proofErr w:type="spellEnd"/>
            <w:r w:rsidRPr="00872598">
              <w:rPr>
                <w:rFonts w:cs="Times New Roman"/>
                <w:bCs/>
                <w:color w:val="000000"/>
                <w:szCs w:val="24"/>
                <w:lang w:eastAsia="ro-RO"/>
              </w:rPr>
              <w:t>/</w:t>
            </w:r>
            <w:proofErr w:type="spellStart"/>
            <w:r w:rsidRPr="00872598">
              <w:rPr>
                <w:rFonts w:cs="Times New Roman"/>
                <w:bCs/>
                <w:color w:val="000000"/>
                <w:szCs w:val="24"/>
                <w:lang w:eastAsia="ro-RO"/>
              </w:rPr>
              <w:t>entităţii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contractante</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în</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scopul</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verificării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şi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confirmării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declaraţiei</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să</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prezint</w:t>
            </w:r>
            <w:proofErr w:type="spellEnd"/>
            <w:r w:rsidRPr="00872598">
              <w:rPr>
                <w:rFonts w:cs="Times New Roman"/>
                <w:bCs/>
                <w:color w:val="000000"/>
                <w:szCs w:val="24"/>
                <w:lang w:eastAsia="ro-RO"/>
              </w:rPr>
              <w:t xml:space="preserve"> </w:t>
            </w:r>
            <w:proofErr w:type="spellStart"/>
            <w:r w:rsidRPr="00872598">
              <w:rPr>
                <w:rFonts w:cs="Times New Roman"/>
                <w:bCs/>
                <w:color w:val="000000"/>
                <w:szCs w:val="24"/>
                <w:lang w:eastAsia="ro-RO"/>
              </w:rPr>
              <w:t>orice</w:t>
            </w:r>
            <w:proofErr w:type="spellEnd"/>
            <w:r w:rsidRPr="00872598">
              <w:rPr>
                <w:rFonts w:cs="Times New Roman"/>
                <w:bCs/>
                <w:color w:val="000000"/>
                <w:szCs w:val="24"/>
                <w:lang w:eastAsia="ro-RO"/>
              </w:rPr>
              <w:t xml:space="preserve"> document </w:t>
            </w:r>
            <w:proofErr w:type="spellStart"/>
            <w:r w:rsidRPr="00872598">
              <w:rPr>
                <w:rFonts w:cs="Times New Roman"/>
                <w:bCs/>
                <w:color w:val="000000"/>
                <w:szCs w:val="24"/>
                <w:lang w:eastAsia="ro-RO"/>
              </w:rPr>
              <w:t>doveditor</w:t>
            </w:r>
            <w:proofErr w:type="spellEnd"/>
            <w:r w:rsidRPr="00872598">
              <w:rPr>
                <w:rFonts w:cs="Times New Roman"/>
                <w:bCs/>
                <w:color w:val="000000"/>
                <w:szCs w:val="24"/>
                <w:lang w:eastAsia="ro-RO"/>
              </w:rPr>
              <w:t xml:space="preserve"> de care </w:t>
            </w:r>
            <w:proofErr w:type="spellStart"/>
            <w:r w:rsidRPr="00872598">
              <w:rPr>
                <w:rFonts w:cs="Times New Roman"/>
                <w:bCs/>
                <w:color w:val="000000"/>
                <w:szCs w:val="24"/>
                <w:lang w:eastAsia="ro-RO"/>
              </w:rPr>
              <w:t>dispun</w:t>
            </w:r>
            <w:proofErr w:type="spellEnd"/>
            <w:r w:rsidRPr="00872598">
              <w:rPr>
                <w:rFonts w:cs="Times New Roman"/>
                <w:bCs/>
                <w:color w:val="000000"/>
                <w:szCs w:val="24"/>
                <w:lang w:eastAsia="ro-RO"/>
              </w:rPr>
              <w:t>.</w:t>
            </w:r>
          </w:p>
        </w:tc>
      </w:tr>
      <w:tr w:rsidR="00127E6A" w:rsidRPr="00276B39" w:rsidTr="00127E6A">
        <w:trPr>
          <w:cantSplit/>
          <w:trHeight w:val="56"/>
          <w:jc w:val="center"/>
        </w:trPr>
        <w:tc>
          <w:tcPr>
            <w:tcW w:w="3969" w:type="dxa"/>
            <w:tcMar>
              <w:top w:w="40" w:type="dxa"/>
              <w:left w:w="60" w:type="dxa"/>
              <w:bottom w:w="40" w:type="dxa"/>
              <w:right w:w="60" w:type="dxa"/>
            </w:tcMar>
            <w:hideMark/>
          </w:tcPr>
          <w:p w:rsidR="00127E6A" w:rsidRPr="00276B39" w:rsidRDefault="00127E6A" w:rsidP="00531B9B">
            <w:pPr>
              <w:widowControl w:val="0"/>
              <w:jc w:val="center"/>
              <w:rPr>
                <w:rFonts w:cs="Times New Roman"/>
                <w:szCs w:val="24"/>
                <w:lang w:eastAsia="ro-RO"/>
              </w:rPr>
            </w:pPr>
            <w:r w:rsidRPr="00276B39">
              <w:rPr>
                <w:rFonts w:cs="Times New Roman"/>
                <w:color w:val="000000"/>
                <w:szCs w:val="24"/>
                <w:lang w:eastAsia="ro-RO"/>
              </w:rPr>
              <w:t xml:space="preserve">  </w:t>
            </w:r>
          </w:p>
          <w:p w:rsidR="00127E6A" w:rsidRPr="00276B39" w:rsidRDefault="00127E6A" w:rsidP="00531B9B">
            <w:pPr>
              <w:widowControl w:val="0"/>
              <w:jc w:val="center"/>
              <w:rPr>
                <w:rFonts w:cs="Times New Roman"/>
                <w:szCs w:val="24"/>
                <w:lang w:eastAsia="ro-RO"/>
              </w:rPr>
            </w:pPr>
            <w:r w:rsidRPr="00276B39">
              <w:rPr>
                <w:rFonts w:cs="Times New Roman"/>
                <w:color w:val="000000"/>
                <w:szCs w:val="24"/>
                <w:lang w:eastAsia="ro-RO"/>
              </w:rPr>
              <w:t xml:space="preserve">Data </w:t>
            </w:r>
            <w:proofErr w:type="spellStart"/>
            <w:r w:rsidRPr="00276B39">
              <w:rPr>
                <w:rFonts w:cs="Times New Roman"/>
                <w:color w:val="000000"/>
                <w:szCs w:val="24"/>
                <w:lang w:eastAsia="ro-RO"/>
              </w:rPr>
              <w:t>completării</w:t>
            </w:r>
            <w:proofErr w:type="spellEnd"/>
            <w:r w:rsidRPr="00276B39">
              <w:rPr>
                <w:rFonts w:cs="Times New Roman"/>
                <w:color w:val="000000"/>
                <w:szCs w:val="24"/>
                <w:lang w:eastAsia="ro-RO"/>
              </w:rPr>
              <w:t>_____________</w:t>
            </w:r>
          </w:p>
        </w:tc>
        <w:tc>
          <w:tcPr>
            <w:tcW w:w="5102" w:type="dxa"/>
            <w:tcMar>
              <w:top w:w="40" w:type="dxa"/>
              <w:left w:w="60" w:type="dxa"/>
              <w:bottom w:w="40" w:type="dxa"/>
              <w:right w:w="60" w:type="dxa"/>
            </w:tcMar>
            <w:hideMark/>
          </w:tcPr>
          <w:p w:rsidR="00127E6A" w:rsidRPr="00276B39" w:rsidRDefault="00127E6A" w:rsidP="00531B9B">
            <w:pPr>
              <w:widowControl w:val="0"/>
              <w:jc w:val="center"/>
              <w:rPr>
                <w:rFonts w:cs="Times New Roman"/>
                <w:szCs w:val="24"/>
                <w:lang w:eastAsia="ro-RO"/>
              </w:rPr>
            </w:pPr>
            <w:r w:rsidRPr="00276B39">
              <w:rPr>
                <w:rFonts w:cs="Times New Roman"/>
                <w:color w:val="000000"/>
                <w:szCs w:val="24"/>
                <w:lang w:eastAsia="ro-RO"/>
              </w:rPr>
              <w:t> </w:t>
            </w:r>
          </w:p>
          <w:p w:rsidR="00127E6A" w:rsidRPr="00276B39" w:rsidRDefault="00127E6A" w:rsidP="00531B9B">
            <w:pPr>
              <w:widowControl w:val="0"/>
              <w:jc w:val="center"/>
              <w:rPr>
                <w:rFonts w:cs="Times New Roman"/>
                <w:szCs w:val="24"/>
                <w:lang w:eastAsia="ro-RO"/>
              </w:rPr>
            </w:pPr>
            <w:proofErr w:type="spellStart"/>
            <w:r w:rsidRPr="00276B39">
              <w:rPr>
                <w:rFonts w:cs="Times New Roman"/>
                <w:color w:val="000000"/>
                <w:szCs w:val="24"/>
                <w:lang w:eastAsia="ro-RO"/>
              </w:rPr>
              <w:t>Ofertant</w:t>
            </w:r>
            <w:proofErr w:type="spellEnd"/>
            <w:r w:rsidRPr="00276B39">
              <w:rPr>
                <w:rFonts w:cs="Times New Roman"/>
                <w:color w:val="000000"/>
                <w:szCs w:val="24"/>
                <w:lang w:eastAsia="ro-RO"/>
              </w:rPr>
              <w:t>/</w:t>
            </w:r>
            <w:proofErr w:type="spellStart"/>
            <w:r w:rsidRPr="00276B39">
              <w:rPr>
                <w:rFonts w:cs="Times New Roman"/>
                <w:color w:val="000000"/>
                <w:szCs w:val="24"/>
                <w:lang w:eastAsia="ro-RO"/>
              </w:rPr>
              <w:t>candidat</w:t>
            </w:r>
            <w:proofErr w:type="spellEnd"/>
          </w:p>
          <w:p w:rsidR="00127E6A" w:rsidRPr="00276B39" w:rsidRDefault="00127E6A" w:rsidP="00531B9B">
            <w:pPr>
              <w:widowControl w:val="0"/>
              <w:jc w:val="center"/>
              <w:rPr>
                <w:rFonts w:cs="Times New Roman"/>
                <w:szCs w:val="24"/>
                <w:lang w:eastAsia="ro-RO"/>
              </w:rPr>
            </w:pPr>
            <w:r w:rsidRPr="00276B39">
              <w:rPr>
                <w:rFonts w:cs="Times New Roman"/>
                <w:color w:val="000000"/>
                <w:szCs w:val="24"/>
                <w:lang w:eastAsia="ro-RO"/>
              </w:rPr>
              <w:t>___________________</w:t>
            </w:r>
          </w:p>
          <w:p w:rsidR="00127E6A" w:rsidRPr="00276B39" w:rsidRDefault="00127E6A" w:rsidP="00531B9B">
            <w:pPr>
              <w:widowControl w:val="0"/>
              <w:jc w:val="center"/>
              <w:rPr>
                <w:rFonts w:cs="Times New Roman"/>
                <w:szCs w:val="24"/>
                <w:lang w:eastAsia="ro-RO"/>
              </w:rPr>
            </w:pPr>
            <w:r w:rsidRPr="00276B39">
              <w:rPr>
                <w:rFonts w:cs="Times New Roman"/>
                <w:color w:val="000000"/>
                <w:szCs w:val="24"/>
                <w:lang w:eastAsia="ro-RO"/>
              </w:rPr>
              <w:t xml:space="preserve">           (</w:t>
            </w:r>
            <w:proofErr w:type="spellStart"/>
            <w:r w:rsidRPr="00276B39">
              <w:rPr>
                <w:rFonts w:cs="Times New Roman"/>
                <w:color w:val="000000"/>
                <w:szCs w:val="24"/>
                <w:lang w:eastAsia="ro-RO"/>
              </w:rPr>
              <w:t>semnătura</w:t>
            </w:r>
            <w:proofErr w:type="spellEnd"/>
            <w:r w:rsidRPr="00276B39">
              <w:rPr>
                <w:rFonts w:cs="Times New Roman"/>
                <w:color w:val="000000"/>
                <w:szCs w:val="24"/>
                <w:lang w:eastAsia="ro-RO"/>
              </w:rPr>
              <w:t xml:space="preserve"> </w:t>
            </w:r>
            <w:proofErr w:type="spellStart"/>
            <w:r w:rsidRPr="00276B39">
              <w:rPr>
                <w:rFonts w:cs="Times New Roman"/>
                <w:color w:val="000000"/>
                <w:szCs w:val="24"/>
                <w:lang w:eastAsia="ro-RO"/>
              </w:rPr>
              <w:t>autorizată</w:t>
            </w:r>
            <w:proofErr w:type="spellEnd"/>
            <w:r w:rsidRPr="00276B39">
              <w:rPr>
                <w:rFonts w:cs="Times New Roman"/>
                <w:color w:val="000000"/>
                <w:szCs w:val="24"/>
                <w:lang w:eastAsia="ro-RO"/>
              </w:rPr>
              <w:t>)</w:t>
            </w:r>
          </w:p>
        </w:tc>
      </w:tr>
    </w:tbl>
    <w:p w:rsidR="00127E6A" w:rsidRPr="00276B39" w:rsidRDefault="00127E6A" w:rsidP="00531B9B">
      <w:pPr>
        <w:widowControl w:val="0"/>
        <w:spacing w:after="0" w:line="216" w:lineRule="auto"/>
        <w:jc w:val="both"/>
        <w:rPr>
          <w:rFonts w:cs="Times New Roman"/>
          <w:szCs w:val="24"/>
        </w:rPr>
      </w:pPr>
    </w:p>
    <w:p w:rsidR="00127E6A" w:rsidRPr="00276B39" w:rsidRDefault="00127E6A" w:rsidP="00531B9B">
      <w:pPr>
        <w:widowControl w:val="0"/>
        <w:spacing w:after="0" w:line="216" w:lineRule="auto"/>
        <w:jc w:val="both"/>
        <w:rPr>
          <w:rFonts w:cs="Times New Roman"/>
          <w:szCs w:val="24"/>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Pr="00276B39" w:rsidRDefault="00276B39" w:rsidP="00B8159E">
      <w:pPr>
        <w:widowControl w:val="0"/>
        <w:spacing w:after="0" w:line="216" w:lineRule="auto"/>
        <w:jc w:val="both"/>
        <w:rPr>
          <w:rFonts w:cs="Times New Roman"/>
          <w:color w:val="000000"/>
          <w:szCs w:val="24"/>
          <w:lang w:val="it-IT"/>
        </w:rPr>
      </w:pPr>
    </w:p>
    <w:p w:rsidR="00276B39" w:rsidRDefault="00276B39" w:rsidP="00B8159E">
      <w:pPr>
        <w:widowControl w:val="0"/>
        <w:spacing w:after="0" w:line="216" w:lineRule="auto"/>
        <w:jc w:val="both"/>
        <w:rPr>
          <w:rFonts w:cs="Times New Roman"/>
          <w:color w:val="000000"/>
          <w:szCs w:val="24"/>
          <w:lang w:val="it-IT"/>
        </w:rPr>
      </w:pPr>
    </w:p>
    <w:p w:rsidR="005C706A" w:rsidRPr="00276B39" w:rsidRDefault="005C706A" w:rsidP="00B8159E">
      <w:pPr>
        <w:widowControl w:val="0"/>
        <w:spacing w:after="0" w:line="216" w:lineRule="auto"/>
        <w:jc w:val="both"/>
        <w:rPr>
          <w:rFonts w:cs="Times New Roman"/>
          <w:color w:val="000000"/>
          <w:szCs w:val="24"/>
          <w:lang w:val="it-IT"/>
        </w:rPr>
      </w:pPr>
    </w:p>
    <w:p w:rsidR="00B8159E" w:rsidRPr="00276B39" w:rsidRDefault="00B8159E" w:rsidP="00276B39">
      <w:pPr>
        <w:widowControl w:val="0"/>
        <w:spacing w:after="0" w:line="216" w:lineRule="auto"/>
        <w:jc w:val="right"/>
        <w:rPr>
          <w:rFonts w:cs="Times New Roman"/>
          <w:szCs w:val="24"/>
          <w:lang w:val="it-IT"/>
        </w:rPr>
      </w:pPr>
      <w:r w:rsidRPr="00276B39">
        <w:rPr>
          <w:rFonts w:cs="Times New Roman"/>
          <w:color w:val="000000"/>
          <w:szCs w:val="24"/>
          <w:lang w:val="it-IT"/>
        </w:rPr>
        <w:lastRenderedPageBreak/>
        <w:t>Anexa nr. 5</w:t>
      </w:r>
    </w:p>
    <w:p w:rsidR="00B8159E" w:rsidRPr="00276B39" w:rsidRDefault="00B8159E" w:rsidP="005C706A">
      <w:pPr>
        <w:widowControl w:val="0"/>
        <w:spacing w:after="0" w:line="240" w:lineRule="auto"/>
        <w:jc w:val="right"/>
        <w:rPr>
          <w:rFonts w:cs="Times New Roman"/>
          <w:szCs w:val="24"/>
          <w:lang w:val="it-IT"/>
        </w:rPr>
      </w:pPr>
      <w:r w:rsidRPr="00276B39">
        <w:rPr>
          <w:rFonts w:cs="Times New Roman"/>
          <w:color w:val="000000"/>
          <w:szCs w:val="24"/>
          <w:lang w:val="it-IT"/>
        </w:rPr>
        <w:t>la Documentația standard nr._____</w:t>
      </w:r>
    </w:p>
    <w:p w:rsidR="00B8159E" w:rsidRPr="00276B39" w:rsidRDefault="00B8159E" w:rsidP="005C706A">
      <w:pPr>
        <w:widowControl w:val="0"/>
        <w:spacing w:after="0" w:line="240" w:lineRule="auto"/>
        <w:jc w:val="right"/>
        <w:rPr>
          <w:rFonts w:cs="Times New Roman"/>
          <w:szCs w:val="24"/>
          <w:lang w:val="it-IT"/>
        </w:rPr>
      </w:pPr>
      <w:r w:rsidRPr="00276B39">
        <w:rPr>
          <w:rFonts w:cs="Times New Roman"/>
          <w:color w:val="000000"/>
          <w:szCs w:val="24"/>
          <w:lang w:val="it-IT"/>
        </w:rPr>
        <w:t>din “____” ________ 20___</w:t>
      </w:r>
    </w:p>
    <w:p w:rsidR="00B8159E" w:rsidRPr="00276B39" w:rsidRDefault="00B8159E" w:rsidP="00B8159E">
      <w:pPr>
        <w:pStyle w:val="Corptext"/>
        <w:widowControl w:val="0"/>
        <w:tabs>
          <w:tab w:val="left" w:pos="567"/>
        </w:tabs>
        <w:spacing w:after="0" w:line="240" w:lineRule="auto"/>
        <w:jc w:val="both"/>
        <w:rPr>
          <w:rFonts w:cs="Times New Roman"/>
          <w:szCs w:val="24"/>
        </w:rPr>
      </w:pPr>
    </w:p>
    <w:p w:rsidR="00B8159E" w:rsidRPr="00276B39" w:rsidRDefault="00B8159E" w:rsidP="0018691C">
      <w:pPr>
        <w:pStyle w:val="Titlu2"/>
        <w:keepNext w:val="0"/>
        <w:keepLines w:val="0"/>
        <w:widowControl w:val="0"/>
        <w:tabs>
          <w:tab w:val="left" w:pos="567"/>
        </w:tabs>
        <w:spacing w:before="0" w:line="240" w:lineRule="auto"/>
        <w:jc w:val="center"/>
        <w:rPr>
          <w:rFonts w:ascii="Times New Roman" w:hAnsi="Times New Roman" w:cs="Times New Roman"/>
          <w:color w:val="000000"/>
          <w:szCs w:val="24"/>
        </w:rPr>
      </w:pPr>
      <w:bookmarkStart w:id="1" w:name="_Hlk77771056"/>
      <w:r w:rsidRPr="00276B39">
        <w:rPr>
          <w:rFonts w:ascii="Times New Roman" w:eastAsia="Times New Roman" w:hAnsi="Times New Roman" w:cs="Times New Roman"/>
          <w:color w:val="000000"/>
          <w:szCs w:val="24"/>
        </w:rPr>
        <w:t>DECLARAŢIE</w:t>
      </w:r>
    </w:p>
    <w:p w:rsidR="00B8159E" w:rsidRPr="00276B39" w:rsidRDefault="00B8159E" w:rsidP="0018691C">
      <w:pPr>
        <w:pStyle w:val="Corptext"/>
        <w:widowControl w:val="0"/>
        <w:tabs>
          <w:tab w:val="left" w:pos="567"/>
        </w:tabs>
        <w:spacing w:after="0" w:line="240" w:lineRule="auto"/>
        <w:jc w:val="center"/>
        <w:rPr>
          <w:rFonts w:cs="Times New Roman"/>
          <w:b/>
          <w:szCs w:val="24"/>
        </w:rPr>
      </w:pPr>
      <w:proofErr w:type="spellStart"/>
      <w:r w:rsidRPr="00276B39">
        <w:rPr>
          <w:rFonts w:cs="Times New Roman"/>
          <w:b/>
          <w:color w:val="000000"/>
          <w:szCs w:val="24"/>
        </w:rPr>
        <w:t>privind</w:t>
      </w:r>
      <w:proofErr w:type="spellEnd"/>
      <w:r w:rsidRPr="00276B39">
        <w:rPr>
          <w:rFonts w:cs="Times New Roman"/>
          <w:b/>
          <w:color w:val="000000"/>
          <w:szCs w:val="24"/>
        </w:rPr>
        <w:t xml:space="preserve"> </w:t>
      </w:r>
      <w:proofErr w:type="spellStart"/>
      <w:r w:rsidRPr="00276B39">
        <w:rPr>
          <w:rFonts w:cs="Times New Roman"/>
          <w:b/>
          <w:color w:val="000000"/>
          <w:szCs w:val="24"/>
        </w:rPr>
        <w:t>valabilitatea</w:t>
      </w:r>
      <w:proofErr w:type="spellEnd"/>
      <w:r w:rsidRPr="00276B39">
        <w:rPr>
          <w:rFonts w:cs="Times New Roman"/>
          <w:b/>
          <w:color w:val="000000"/>
          <w:szCs w:val="24"/>
        </w:rPr>
        <w:t xml:space="preserve"> </w:t>
      </w:r>
      <w:proofErr w:type="spellStart"/>
      <w:r w:rsidRPr="00276B39">
        <w:rPr>
          <w:rFonts w:cs="Times New Roman"/>
          <w:b/>
          <w:color w:val="000000"/>
          <w:szCs w:val="24"/>
        </w:rPr>
        <w:t>ofertei</w:t>
      </w:r>
      <w:bookmarkEnd w:id="1"/>
      <w:proofErr w:type="spellEnd"/>
    </w:p>
    <w:p w:rsidR="00B8159E" w:rsidRPr="00276B39" w:rsidRDefault="00B8159E" w:rsidP="00B8159E">
      <w:pPr>
        <w:pStyle w:val="Corptext"/>
        <w:widowControl w:val="0"/>
        <w:tabs>
          <w:tab w:val="left" w:pos="-142"/>
        </w:tabs>
        <w:spacing w:after="0" w:line="240" w:lineRule="auto"/>
        <w:jc w:val="both"/>
        <w:rPr>
          <w:rFonts w:cs="Times New Roman"/>
          <w:szCs w:val="24"/>
        </w:rPr>
      </w:pPr>
      <w:r w:rsidRPr="00276B39">
        <w:rPr>
          <w:rFonts w:cs="Times New Roman"/>
          <w:color w:val="000000"/>
          <w:szCs w:val="24"/>
        </w:rPr>
        <w:t>Către____________________________________________________________________                              (</w:t>
      </w:r>
      <w:proofErr w:type="spellStart"/>
      <w:r w:rsidRPr="00276B39">
        <w:rPr>
          <w:rFonts w:cs="Times New Roman"/>
          <w:i/>
          <w:color w:val="000000"/>
          <w:szCs w:val="24"/>
        </w:rPr>
        <w:t>denumirea</w:t>
      </w:r>
      <w:proofErr w:type="spellEnd"/>
      <w:r w:rsidRPr="00276B39">
        <w:rPr>
          <w:rFonts w:cs="Times New Roman"/>
          <w:i/>
          <w:color w:val="000000"/>
          <w:szCs w:val="24"/>
        </w:rPr>
        <w:t xml:space="preserve"> </w:t>
      </w:r>
      <w:proofErr w:type="spellStart"/>
      <w:r w:rsidRPr="00276B39">
        <w:rPr>
          <w:rFonts w:cs="Times New Roman"/>
          <w:i/>
          <w:color w:val="000000"/>
          <w:szCs w:val="24"/>
        </w:rPr>
        <w:t>autorităţii</w:t>
      </w:r>
      <w:proofErr w:type="spellEnd"/>
      <w:r w:rsidRPr="00276B39">
        <w:rPr>
          <w:rFonts w:cs="Times New Roman"/>
          <w:i/>
          <w:color w:val="000000"/>
          <w:szCs w:val="24"/>
        </w:rPr>
        <w:t xml:space="preserve"> </w:t>
      </w:r>
      <w:proofErr w:type="spellStart"/>
      <w:r w:rsidRPr="00276B39">
        <w:rPr>
          <w:rFonts w:cs="Times New Roman"/>
          <w:i/>
          <w:color w:val="000000"/>
          <w:szCs w:val="24"/>
        </w:rPr>
        <w:t>contractante</w:t>
      </w:r>
      <w:proofErr w:type="spellEnd"/>
      <w:r w:rsidRPr="00276B39">
        <w:rPr>
          <w:rFonts w:cs="Times New Roman"/>
          <w:i/>
          <w:color w:val="000000"/>
          <w:szCs w:val="24"/>
        </w:rPr>
        <w:t xml:space="preserve"> </w:t>
      </w:r>
      <w:proofErr w:type="spellStart"/>
      <w:r w:rsidRPr="00276B39">
        <w:rPr>
          <w:rFonts w:cs="Times New Roman"/>
          <w:i/>
          <w:color w:val="000000"/>
          <w:szCs w:val="24"/>
        </w:rPr>
        <w:t>şi</w:t>
      </w:r>
      <w:proofErr w:type="spellEnd"/>
      <w:r w:rsidRPr="00276B39">
        <w:rPr>
          <w:rFonts w:cs="Times New Roman"/>
          <w:i/>
          <w:color w:val="000000"/>
          <w:szCs w:val="24"/>
        </w:rPr>
        <w:t xml:space="preserve"> </w:t>
      </w:r>
      <w:proofErr w:type="spellStart"/>
      <w:r w:rsidRPr="00276B39">
        <w:rPr>
          <w:rFonts w:cs="Times New Roman"/>
          <w:i/>
          <w:color w:val="000000"/>
          <w:szCs w:val="24"/>
        </w:rPr>
        <w:t>adresa</w:t>
      </w:r>
      <w:proofErr w:type="spellEnd"/>
      <w:r w:rsidRPr="00276B39">
        <w:rPr>
          <w:rFonts w:cs="Times New Roman"/>
          <w:i/>
          <w:color w:val="000000"/>
          <w:szCs w:val="24"/>
        </w:rPr>
        <w:t xml:space="preserve"> </w:t>
      </w:r>
      <w:proofErr w:type="spellStart"/>
      <w:r w:rsidRPr="00276B39">
        <w:rPr>
          <w:rFonts w:cs="Times New Roman"/>
          <w:i/>
          <w:color w:val="000000"/>
          <w:szCs w:val="24"/>
        </w:rPr>
        <w:t>completă</w:t>
      </w:r>
      <w:proofErr w:type="spellEnd"/>
      <w:r w:rsidRPr="00276B39">
        <w:rPr>
          <w:rFonts w:cs="Times New Roman"/>
          <w:color w:val="000000"/>
          <w:szCs w:val="24"/>
        </w:rPr>
        <w:t>)</w:t>
      </w:r>
    </w:p>
    <w:p w:rsidR="00B8159E" w:rsidRPr="00276B39" w:rsidRDefault="00B8159E" w:rsidP="00B8159E">
      <w:pPr>
        <w:pStyle w:val="Corptext"/>
        <w:widowControl w:val="0"/>
        <w:tabs>
          <w:tab w:val="left" w:pos="567"/>
        </w:tabs>
        <w:spacing w:after="0" w:line="240" w:lineRule="auto"/>
        <w:jc w:val="both"/>
        <w:rPr>
          <w:rFonts w:cs="Times New Roman"/>
          <w:szCs w:val="24"/>
        </w:rPr>
      </w:pPr>
    </w:p>
    <w:p w:rsidR="00B8159E" w:rsidRPr="00276B39" w:rsidRDefault="00B8159E" w:rsidP="00B8159E">
      <w:pPr>
        <w:pStyle w:val="Corptext"/>
        <w:widowControl w:val="0"/>
        <w:tabs>
          <w:tab w:val="left" w:pos="567"/>
        </w:tabs>
        <w:spacing w:after="0" w:line="240" w:lineRule="auto"/>
        <w:jc w:val="both"/>
        <w:rPr>
          <w:rFonts w:cs="Times New Roman"/>
          <w:szCs w:val="24"/>
        </w:rPr>
      </w:pPr>
    </w:p>
    <w:p w:rsidR="00B8159E" w:rsidRPr="00276B39" w:rsidRDefault="00B8159E" w:rsidP="00B8159E">
      <w:pPr>
        <w:pStyle w:val="Corptext"/>
        <w:widowControl w:val="0"/>
        <w:tabs>
          <w:tab w:val="left" w:pos="567"/>
        </w:tabs>
        <w:spacing w:after="0" w:line="240" w:lineRule="auto"/>
        <w:jc w:val="both"/>
        <w:rPr>
          <w:rFonts w:cs="Times New Roman"/>
          <w:szCs w:val="24"/>
        </w:rPr>
      </w:pPr>
      <w:proofErr w:type="spellStart"/>
      <w:r w:rsidRPr="00276B39">
        <w:rPr>
          <w:rFonts w:cs="Times New Roman"/>
          <w:b/>
          <w:color w:val="000000"/>
          <w:szCs w:val="24"/>
        </w:rPr>
        <w:t>Stimaţi</w:t>
      </w:r>
      <w:proofErr w:type="spellEnd"/>
      <w:r w:rsidRPr="00276B39">
        <w:rPr>
          <w:rFonts w:cs="Times New Roman"/>
          <w:b/>
          <w:color w:val="000000"/>
          <w:szCs w:val="24"/>
        </w:rPr>
        <w:t xml:space="preserve"> </w:t>
      </w:r>
      <w:proofErr w:type="spellStart"/>
      <w:r w:rsidRPr="00276B39">
        <w:rPr>
          <w:rFonts w:cs="Times New Roman"/>
          <w:b/>
          <w:color w:val="000000"/>
          <w:szCs w:val="24"/>
        </w:rPr>
        <w:t>domni</w:t>
      </w:r>
      <w:proofErr w:type="spellEnd"/>
      <w:r w:rsidRPr="00276B39">
        <w:rPr>
          <w:rFonts w:cs="Times New Roman"/>
          <w:color w:val="000000"/>
          <w:szCs w:val="24"/>
        </w:rPr>
        <w:t>,</w:t>
      </w:r>
    </w:p>
    <w:p w:rsidR="00B8159E" w:rsidRPr="00276B39" w:rsidRDefault="00B8159E" w:rsidP="00B8159E">
      <w:pPr>
        <w:pStyle w:val="Corptext"/>
        <w:widowControl w:val="0"/>
        <w:tabs>
          <w:tab w:val="left" w:pos="567"/>
        </w:tabs>
        <w:spacing w:after="0" w:line="240" w:lineRule="auto"/>
        <w:jc w:val="both"/>
        <w:rPr>
          <w:rFonts w:cs="Times New Roman"/>
          <w:szCs w:val="24"/>
        </w:rPr>
      </w:pPr>
    </w:p>
    <w:p w:rsidR="00B8159E" w:rsidRPr="00276B39" w:rsidRDefault="00B8159E" w:rsidP="00B8159E">
      <w:pPr>
        <w:widowControl w:val="0"/>
        <w:spacing w:after="0" w:line="240" w:lineRule="auto"/>
        <w:jc w:val="both"/>
        <w:rPr>
          <w:rFonts w:cs="Times New Roman"/>
          <w:b/>
          <w:szCs w:val="24"/>
          <w:lang w:val="it-IT" w:eastAsia="ru-RU"/>
        </w:rPr>
      </w:pPr>
      <w:r w:rsidRPr="00276B39">
        <w:rPr>
          <w:rFonts w:cs="Times New Roman"/>
          <w:color w:val="000000"/>
          <w:szCs w:val="24"/>
        </w:rPr>
        <w:t xml:space="preserve">    Ne </w:t>
      </w:r>
      <w:proofErr w:type="spellStart"/>
      <w:r w:rsidRPr="00276B39">
        <w:rPr>
          <w:rFonts w:cs="Times New Roman"/>
          <w:color w:val="000000"/>
          <w:szCs w:val="24"/>
        </w:rPr>
        <w:t>angajăm</w:t>
      </w:r>
      <w:proofErr w:type="spellEnd"/>
      <w:r w:rsidRPr="00276B39">
        <w:rPr>
          <w:rFonts w:cs="Times New Roman"/>
          <w:color w:val="000000"/>
          <w:szCs w:val="24"/>
        </w:rPr>
        <w:t xml:space="preserve"> </w:t>
      </w:r>
      <w:proofErr w:type="spellStart"/>
      <w:r w:rsidRPr="00276B39">
        <w:rPr>
          <w:rFonts w:cs="Times New Roman"/>
          <w:color w:val="000000"/>
          <w:szCs w:val="24"/>
        </w:rPr>
        <w:t>să</w:t>
      </w:r>
      <w:proofErr w:type="spellEnd"/>
      <w:r w:rsidRPr="00276B39">
        <w:rPr>
          <w:rFonts w:cs="Times New Roman"/>
          <w:color w:val="000000"/>
          <w:szCs w:val="24"/>
        </w:rPr>
        <w:t xml:space="preserve"> </w:t>
      </w:r>
      <w:proofErr w:type="spellStart"/>
      <w:r w:rsidRPr="00276B39">
        <w:rPr>
          <w:rFonts w:cs="Times New Roman"/>
          <w:color w:val="000000"/>
          <w:szCs w:val="24"/>
        </w:rPr>
        <w:t>menținem</w:t>
      </w:r>
      <w:proofErr w:type="spellEnd"/>
      <w:r w:rsidRPr="00276B39">
        <w:rPr>
          <w:rFonts w:cs="Times New Roman"/>
          <w:color w:val="000000"/>
          <w:szCs w:val="24"/>
        </w:rPr>
        <w:t xml:space="preserve"> </w:t>
      </w:r>
      <w:proofErr w:type="spellStart"/>
      <w:r w:rsidRPr="00276B39">
        <w:rPr>
          <w:rFonts w:cs="Times New Roman"/>
          <w:color w:val="000000"/>
          <w:szCs w:val="24"/>
        </w:rPr>
        <w:t>oferta</w:t>
      </w:r>
      <w:proofErr w:type="spellEnd"/>
      <w:r w:rsidRPr="00276B39">
        <w:rPr>
          <w:rFonts w:cs="Times New Roman"/>
          <w:color w:val="000000"/>
          <w:szCs w:val="24"/>
        </w:rPr>
        <w:t xml:space="preserve"> </w:t>
      </w:r>
      <w:proofErr w:type="spellStart"/>
      <w:r w:rsidRPr="00276B39">
        <w:rPr>
          <w:rFonts w:cs="Times New Roman"/>
          <w:color w:val="000000"/>
          <w:szCs w:val="24"/>
        </w:rPr>
        <w:t>valabilă</w:t>
      </w:r>
      <w:proofErr w:type="spellEnd"/>
      <w:r w:rsidRPr="00276B39">
        <w:rPr>
          <w:rFonts w:cs="Times New Roman"/>
          <w:color w:val="000000"/>
          <w:szCs w:val="24"/>
        </w:rPr>
        <w:t>,</w:t>
      </w:r>
      <w:r w:rsidRPr="00276B39">
        <w:rPr>
          <w:rFonts w:cs="Times New Roman"/>
          <w:b/>
          <w:color w:val="000000"/>
          <w:szCs w:val="24"/>
          <w:lang w:val="it-IT" w:eastAsia="ru-RU"/>
        </w:rPr>
        <w:t xml:space="preserve"> privind achiziționarea _________________</w:t>
      </w:r>
      <w:r w:rsidRPr="00276B39">
        <w:rPr>
          <w:rFonts w:cs="Times New Roman"/>
          <w:b/>
          <w:color w:val="000000"/>
          <w:szCs w:val="24"/>
          <w:lang w:val="it-IT" w:eastAsia="ru-RU"/>
        </w:rPr>
        <w:br/>
      </w:r>
      <w:r w:rsidRPr="00276B39">
        <w:rPr>
          <w:rFonts w:cs="Times New Roman"/>
          <w:color w:val="000000"/>
          <w:szCs w:val="24"/>
          <w:lang w:val="it-IT" w:eastAsia="ru-RU"/>
        </w:rPr>
        <w:t xml:space="preserve">                                                                                                                                (se indică obiectul achiziției)</w:t>
      </w:r>
      <w:r w:rsidRPr="00276B39">
        <w:rPr>
          <w:rFonts w:cs="Times New Roman"/>
          <w:b/>
          <w:color w:val="000000"/>
          <w:szCs w:val="24"/>
          <w:lang w:val="it-IT" w:eastAsia="ru-RU"/>
        </w:rPr>
        <w:br/>
        <w:t>prin procedura de achiziție_____________________________________,</w:t>
      </w:r>
      <w:r w:rsidRPr="00276B39">
        <w:rPr>
          <w:rFonts w:cs="Times New Roman"/>
          <w:b/>
          <w:color w:val="000000"/>
          <w:szCs w:val="24"/>
          <w:lang w:val="it-IT" w:eastAsia="ru-RU"/>
        </w:rPr>
        <w:br/>
      </w:r>
      <w:r w:rsidRPr="00276B39">
        <w:rPr>
          <w:rFonts w:cs="Times New Roman"/>
          <w:color w:val="000000"/>
          <w:szCs w:val="24"/>
          <w:lang w:val="it-IT" w:eastAsia="ru-RU"/>
        </w:rPr>
        <w:t xml:space="preserve">                                                                (tipul procedurii de achiziție)</w:t>
      </w:r>
    </w:p>
    <w:p w:rsidR="00B8159E" w:rsidRPr="00276B39" w:rsidRDefault="00B8159E" w:rsidP="00B8159E">
      <w:pPr>
        <w:widowControl w:val="0"/>
        <w:autoSpaceDN w:val="0"/>
        <w:adjustRightInd w:val="0"/>
        <w:spacing w:after="0" w:line="240" w:lineRule="auto"/>
        <w:jc w:val="both"/>
        <w:rPr>
          <w:rFonts w:eastAsia="Calibri" w:cs="Times New Roman"/>
          <w:szCs w:val="24"/>
        </w:rPr>
      </w:pPr>
      <w:proofErr w:type="spellStart"/>
      <w:r w:rsidRPr="00276B39">
        <w:rPr>
          <w:rFonts w:cs="Times New Roman"/>
          <w:color w:val="000000"/>
          <w:szCs w:val="24"/>
        </w:rPr>
        <w:t>pentru</w:t>
      </w:r>
      <w:proofErr w:type="spellEnd"/>
      <w:r w:rsidRPr="00276B39">
        <w:rPr>
          <w:rFonts w:cs="Times New Roman"/>
          <w:color w:val="000000"/>
          <w:szCs w:val="24"/>
        </w:rPr>
        <w:t xml:space="preserve"> o </w:t>
      </w:r>
      <w:proofErr w:type="spellStart"/>
      <w:r w:rsidRPr="00276B39">
        <w:rPr>
          <w:rFonts w:cs="Times New Roman"/>
          <w:color w:val="000000"/>
          <w:szCs w:val="24"/>
        </w:rPr>
        <w:t>durată</w:t>
      </w:r>
      <w:proofErr w:type="spellEnd"/>
      <w:r w:rsidRPr="00276B39">
        <w:rPr>
          <w:rFonts w:cs="Times New Roman"/>
          <w:color w:val="000000"/>
          <w:szCs w:val="24"/>
        </w:rPr>
        <w:t xml:space="preserve"> de _____________ </w:t>
      </w:r>
      <w:proofErr w:type="spellStart"/>
      <w:r w:rsidRPr="00276B39">
        <w:rPr>
          <w:rFonts w:cs="Times New Roman"/>
          <w:color w:val="000000"/>
          <w:szCs w:val="24"/>
        </w:rPr>
        <w:t>zile</w:t>
      </w:r>
      <w:proofErr w:type="spellEnd"/>
      <w:r w:rsidRPr="00276B39">
        <w:rPr>
          <w:rFonts w:cs="Times New Roman"/>
          <w:color w:val="000000"/>
          <w:szCs w:val="24"/>
        </w:rPr>
        <w:t>, (</w:t>
      </w:r>
      <w:proofErr w:type="spellStart"/>
      <w:r w:rsidRPr="00276B39">
        <w:rPr>
          <w:rFonts w:cs="Times New Roman"/>
          <w:color w:val="000000"/>
          <w:szCs w:val="24"/>
        </w:rPr>
        <w:t>durata</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litere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cifre</w:t>
      </w:r>
      <w:proofErr w:type="spellEnd"/>
      <w:r w:rsidRPr="00276B39">
        <w:rPr>
          <w:rFonts w:cs="Times New Roman"/>
          <w:color w:val="000000"/>
          <w:szCs w:val="24"/>
        </w:rPr>
        <w:t xml:space="preserve">), </w:t>
      </w:r>
      <w:proofErr w:type="spellStart"/>
      <w:r w:rsidRPr="00276B39">
        <w:rPr>
          <w:rFonts w:cs="Times New Roman"/>
          <w:color w:val="000000"/>
          <w:szCs w:val="24"/>
        </w:rPr>
        <w:t>respectiv</w:t>
      </w:r>
      <w:proofErr w:type="spellEnd"/>
      <w:r w:rsidRPr="00276B39">
        <w:rPr>
          <w:rFonts w:cs="Times New Roman"/>
          <w:color w:val="000000"/>
          <w:szCs w:val="24"/>
        </w:rPr>
        <w:t xml:space="preserve"> </w:t>
      </w:r>
      <w:proofErr w:type="spellStart"/>
      <w:r w:rsidRPr="00276B39">
        <w:rPr>
          <w:rFonts w:cs="Times New Roman"/>
          <w:color w:val="000000"/>
          <w:szCs w:val="24"/>
        </w:rPr>
        <w:t>până</w:t>
      </w:r>
      <w:proofErr w:type="spellEnd"/>
      <w:r w:rsidRPr="00276B39">
        <w:rPr>
          <w:rFonts w:cs="Times New Roman"/>
          <w:color w:val="000000"/>
          <w:szCs w:val="24"/>
        </w:rPr>
        <w:t xml:space="preserve"> la data de ___________________ (</w:t>
      </w:r>
      <w:proofErr w:type="spellStart"/>
      <w:r w:rsidRPr="00276B39">
        <w:rPr>
          <w:rFonts w:cs="Times New Roman"/>
          <w:color w:val="000000"/>
          <w:szCs w:val="24"/>
        </w:rPr>
        <w:t>ziua</w:t>
      </w:r>
      <w:proofErr w:type="spellEnd"/>
      <w:r w:rsidRPr="00276B39">
        <w:rPr>
          <w:rFonts w:cs="Times New Roman"/>
          <w:color w:val="000000"/>
          <w:szCs w:val="24"/>
        </w:rPr>
        <w:t>/</w:t>
      </w:r>
      <w:proofErr w:type="spellStart"/>
      <w:r w:rsidRPr="00276B39">
        <w:rPr>
          <w:rFonts w:cs="Times New Roman"/>
          <w:color w:val="000000"/>
          <w:szCs w:val="24"/>
        </w:rPr>
        <w:t>luna</w:t>
      </w:r>
      <w:proofErr w:type="spellEnd"/>
      <w:r w:rsidRPr="00276B39">
        <w:rPr>
          <w:rFonts w:cs="Times New Roman"/>
          <w:color w:val="000000"/>
          <w:szCs w:val="24"/>
        </w:rPr>
        <w:t>/</w:t>
      </w:r>
      <w:proofErr w:type="spellStart"/>
      <w:r w:rsidRPr="00276B39">
        <w:rPr>
          <w:rFonts w:cs="Times New Roman"/>
          <w:color w:val="000000"/>
          <w:szCs w:val="24"/>
        </w:rPr>
        <w:t>anul</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ea</w:t>
      </w:r>
      <w:proofErr w:type="spellEnd"/>
      <w:r w:rsidRPr="00276B39">
        <w:rPr>
          <w:rFonts w:cs="Times New Roman"/>
          <w:color w:val="000000"/>
          <w:szCs w:val="24"/>
        </w:rPr>
        <w:t xml:space="preserve"> </w:t>
      </w:r>
      <w:proofErr w:type="spellStart"/>
      <w:r w:rsidRPr="00276B39">
        <w:rPr>
          <w:rFonts w:cs="Times New Roman"/>
          <w:color w:val="000000"/>
          <w:szCs w:val="24"/>
        </w:rPr>
        <w:t>va</w:t>
      </w:r>
      <w:proofErr w:type="spellEnd"/>
      <w:r w:rsidRPr="00276B39">
        <w:rPr>
          <w:rFonts w:cs="Times New Roman"/>
          <w:color w:val="000000"/>
          <w:szCs w:val="24"/>
        </w:rPr>
        <w:t xml:space="preserve"> </w:t>
      </w:r>
      <w:proofErr w:type="spellStart"/>
      <w:r w:rsidRPr="00276B39">
        <w:rPr>
          <w:rFonts w:cs="Times New Roman"/>
          <w:color w:val="000000"/>
          <w:szCs w:val="24"/>
        </w:rPr>
        <w:t>rămâne</w:t>
      </w:r>
      <w:proofErr w:type="spellEnd"/>
      <w:r w:rsidRPr="00276B39">
        <w:rPr>
          <w:rFonts w:cs="Times New Roman"/>
          <w:color w:val="000000"/>
          <w:szCs w:val="24"/>
        </w:rPr>
        <w:t xml:space="preserve"> </w:t>
      </w:r>
      <w:proofErr w:type="spellStart"/>
      <w:r w:rsidRPr="00276B39">
        <w:rPr>
          <w:rFonts w:cs="Times New Roman"/>
          <w:color w:val="000000"/>
          <w:szCs w:val="24"/>
        </w:rPr>
        <w:t>obligatorie</w:t>
      </w:r>
      <w:proofErr w:type="spellEnd"/>
      <w:r w:rsidRPr="00276B39">
        <w:rPr>
          <w:rFonts w:cs="Times New Roman"/>
          <w:color w:val="000000"/>
          <w:szCs w:val="24"/>
        </w:rPr>
        <w:t xml:space="preserve"> </w:t>
      </w:r>
      <w:proofErr w:type="spellStart"/>
      <w:r w:rsidRPr="00276B39">
        <w:rPr>
          <w:rFonts w:cs="Times New Roman"/>
          <w:color w:val="000000"/>
          <w:szCs w:val="24"/>
        </w:rPr>
        <w:t>pentru</w:t>
      </w:r>
      <w:proofErr w:type="spellEnd"/>
      <w:r w:rsidRPr="00276B39">
        <w:rPr>
          <w:rFonts w:cs="Times New Roman"/>
          <w:color w:val="000000"/>
          <w:szCs w:val="24"/>
        </w:rPr>
        <w:t xml:space="preserve"> </w:t>
      </w:r>
      <w:proofErr w:type="spellStart"/>
      <w:r w:rsidRPr="00276B39">
        <w:rPr>
          <w:rFonts w:cs="Times New Roman"/>
          <w:color w:val="000000"/>
          <w:szCs w:val="24"/>
        </w:rPr>
        <w:t>noi</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poate</w:t>
      </w:r>
      <w:proofErr w:type="spellEnd"/>
      <w:r w:rsidRPr="00276B39">
        <w:rPr>
          <w:rFonts w:cs="Times New Roman"/>
          <w:color w:val="000000"/>
          <w:szCs w:val="24"/>
        </w:rPr>
        <w:t xml:space="preserve"> fi </w:t>
      </w:r>
      <w:proofErr w:type="spellStart"/>
      <w:r w:rsidRPr="00276B39">
        <w:rPr>
          <w:rFonts w:cs="Times New Roman"/>
          <w:color w:val="000000"/>
          <w:szCs w:val="24"/>
        </w:rPr>
        <w:t>acceptată</w:t>
      </w:r>
      <w:proofErr w:type="spellEnd"/>
      <w:r w:rsidRPr="00276B39">
        <w:rPr>
          <w:rFonts w:cs="Times New Roman"/>
          <w:color w:val="000000"/>
          <w:szCs w:val="24"/>
        </w:rPr>
        <w:t xml:space="preserve"> </w:t>
      </w:r>
      <w:proofErr w:type="spellStart"/>
      <w:r w:rsidRPr="00276B39">
        <w:rPr>
          <w:rFonts w:cs="Times New Roman"/>
          <w:color w:val="000000"/>
          <w:szCs w:val="24"/>
        </w:rPr>
        <w:t>oricând</w:t>
      </w:r>
      <w:proofErr w:type="spellEnd"/>
      <w:r w:rsidRPr="00276B39">
        <w:rPr>
          <w:rFonts w:cs="Times New Roman"/>
          <w:color w:val="000000"/>
          <w:szCs w:val="24"/>
        </w:rPr>
        <w:t xml:space="preserve"> </w:t>
      </w:r>
      <w:proofErr w:type="spellStart"/>
      <w:r w:rsidRPr="00276B39">
        <w:rPr>
          <w:rFonts w:cs="Times New Roman"/>
          <w:color w:val="000000"/>
          <w:szCs w:val="24"/>
        </w:rPr>
        <w:t>înainte</w:t>
      </w:r>
      <w:proofErr w:type="spellEnd"/>
      <w:r w:rsidRPr="00276B39">
        <w:rPr>
          <w:rFonts w:cs="Times New Roman"/>
          <w:color w:val="000000"/>
          <w:szCs w:val="24"/>
        </w:rPr>
        <w:t xml:space="preserve"> de </w:t>
      </w:r>
      <w:proofErr w:type="spellStart"/>
      <w:r w:rsidRPr="00276B39">
        <w:rPr>
          <w:rFonts w:cs="Times New Roman"/>
          <w:color w:val="000000"/>
          <w:szCs w:val="24"/>
        </w:rPr>
        <w:t>expirarea</w:t>
      </w:r>
      <w:proofErr w:type="spellEnd"/>
      <w:r w:rsidRPr="00276B39">
        <w:rPr>
          <w:rFonts w:cs="Times New Roman"/>
          <w:color w:val="000000"/>
          <w:szCs w:val="24"/>
        </w:rPr>
        <w:t xml:space="preserve"> </w:t>
      </w:r>
      <w:proofErr w:type="spellStart"/>
      <w:r w:rsidRPr="00276B39">
        <w:rPr>
          <w:rFonts w:cs="Times New Roman"/>
          <w:color w:val="000000"/>
          <w:szCs w:val="24"/>
        </w:rPr>
        <w:t>perioadei</w:t>
      </w:r>
      <w:proofErr w:type="spellEnd"/>
      <w:r w:rsidRPr="00276B39">
        <w:rPr>
          <w:rFonts w:cs="Times New Roman"/>
          <w:color w:val="000000"/>
          <w:szCs w:val="24"/>
        </w:rPr>
        <w:t xml:space="preserve"> de </w:t>
      </w:r>
      <w:proofErr w:type="spellStart"/>
      <w:r w:rsidRPr="00276B39">
        <w:rPr>
          <w:rFonts w:cs="Times New Roman"/>
          <w:color w:val="000000"/>
          <w:szCs w:val="24"/>
        </w:rPr>
        <w:t>valabilitate</w:t>
      </w:r>
      <w:proofErr w:type="spellEnd"/>
      <w:r w:rsidRPr="00276B39">
        <w:rPr>
          <w:rFonts w:cs="Times New Roman"/>
          <w:color w:val="000000"/>
          <w:szCs w:val="24"/>
        </w:rPr>
        <w:t>.</w:t>
      </w:r>
    </w:p>
    <w:p w:rsidR="00B8159E" w:rsidRPr="00276B39" w:rsidRDefault="00B8159E" w:rsidP="00B8159E">
      <w:pPr>
        <w:pStyle w:val="Corptext"/>
        <w:widowControl w:val="0"/>
        <w:tabs>
          <w:tab w:val="left" w:pos="567"/>
        </w:tabs>
        <w:spacing w:after="0" w:line="240" w:lineRule="auto"/>
        <w:jc w:val="both"/>
        <w:rPr>
          <w:rFonts w:cs="Times New Roman"/>
          <w:szCs w:val="24"/>
        </w:rPr>
      </w:pPr>
      <w:r w:rsidRPr="00276B39">
        <w:rPr>
          <w:rFonts w:cs="Times New Roman"/>
          <w:color w:val="000000"/>
          <w:szCs w:val="24"/>
        </w:rPr>
        <w:t xml:space="preserve">Data </w:t>
      </w:r>
      <w:proofErr w:type="spellStart"/>
      <w:r w:rsidRPr="00276B39">
        <w:rPr>
          <w:rFonts w:cs="Times New Roman"/>
          <w:color w:val="000000"/>
          <w:szCs w:val="24"/>
        </w:rPr>
        <w:t>completării</w:t>
      </w:r>
      <w:proofErr w:type="spellEnd"/>
      <w:r w:rsidRPr="00276B39">
        <w:rPr>
          <w:rFonts w:cs="Times New Roman"/>
          <w:color w:val="000000"/>
          <w:szCs w:val="24"/>
        </w:rPr>
        <w:t xml:space="preserve"> . . . . . . . . . </w:t>
      </w:r>
      <w:proofErr w:type="gramStart"/>
      <w:r w:rsidRPr="00276B39">
        <w:rPr>
          <w:rFonts w:cs="Times New Roman"/>
          <w:color w:val="000000"/>
          <w:szCs w:val="24"/>
        </w:rPr>
        <w:t>. . . .</w:t>
      </w:r>
      <w:proofErr w:type="gramEnd"/>
      <w:r w:rsidRPr="00276B39">
        <w:rPr>
          <w:rFonts w:cs="Times New Roman"/>
          <w:color w:val="000000"/>
          <w:szCs w:val="24"/>
        </w:rPr>
        <w:tab/>
        <w:t xml:space="preserve">Cu </w:t>
      </w:r>
      <w:proofErr w:type="spellStart"/>
      <w:r w:rsidRPr="00276B39">
        <w:rPr>
          <w:rFonts w:cs="Times New Roman"/>
          <w:color w:val="000000"/>
          <w:szCs w:val="24"/>
        </w:rPr>
        <w:t>stimă</w:t>
      </w:r>
      <w:proofErr w:type="spellEnd"/>
      <w:r w:rsidRPr="00276B39">
        <w:rPr>
          <w:rFonts w:cs="Times New Roman"/>
          <w:color w:val="000000"/>
          <w:szCs w:val="24"/>
        </w:rPr>
        <w:t>,</w:t>
      </w:r>
    </w:p>
    <w:p w:rsidR="00B8159E" w:rsidRPr="00276B39" w:rsidRDefault="00B8159E" w:rsidP="00B8159E">
      <w:pPr>
        <w:pStyle w:val="Corptext"/>
        <w:widowControl w:val="0"/>
        <w:tabs>
          <w:tab w:val="left" w:pos="567"/>
        </w:tabs>
        <w:spacing w:after="0" w:line="240" w:lineRule="auto"/>
        <w:jc w:val="both"/>
        <w:rPr>
          <w:rFonts w:cs="Times New Roman"/>
          <w:szCs w:val="24"/>
        </w:rPr>
      </w:pPr>
      <w:proofErr w:type="spellStart"/>
      <w:r w:rsidRPr="00276B39">
        <w:rPr>
          <w:rFonts w:cs="Times New Roman"/>
          <w:color w:val="000000"/>
          <w:szCs w:val="24"/>
        </w:rPr>
        <w:t>Ofertant</w:t>
      </w:r>
      <w:proofErr w:type="spellEnd"/>
      <w:r w:rsidRPr="00276B39">
        <w:rPr>
          <w:rFonts w:cs="Times New Roman"/>
          <w:color w:val="000000"/>
          <w:szCs w:val="24"/>
        </w:rPr>
        <w:t>/</w:t>
      </w:r>
      <w:proofErr w:type="spellStart"/>
      <w:r w:rsidRPr="00276B39">
        <w:rPr>
          <w:rFonts w:cs="Times New Roman"/>
          <w:color w:val="000000"/>
          <w:szCs w:val="24"/>
        </w:rPr>
        <w:t>candidat</w:t>
      </w:r>
      <w:proofErr w:type="spellEnd"/>
    </w:p>
    <w:p w:rsidR="00B8159E" w:rsidRPr="00276B39" w:rsidRDefault="00B8159E" w:rsidP="007E7CF6">
      <w:pPr>
        <w:pStyle w:val="Corptext"/>
        <w:widowControl w:val="0"/>
        <w:tabs>
          <w:tab w:val="left" w:pos="567"/>
        </w:tabs>
        <w:spacing w:after="0" w:line="240" w:lineRule="auto"/>
        <w:jc w:val="both"/>
        <w:rPr>
          <w:rFonts w:cs="Times New Roman"/>
          <w:color w:val="000000"/>
          <w:szCs w:val="24"/>
        </w:rPr>
      </w:pPr>
      <w:r w:rsidRPr="00276B39">
        <w:rPr>
          <w:rFonts w:cs="Times New Roman"/>
          <w:color w:val="000000"/>
          <w:szCs w:val="24"/>
        </w:rPr>
        <w:t xml:space="preserve"> (</w:t>
      </w:r>
      <w:proofErr w:type="spellStart"/>
      <w:r w:rsidRPr="00276B39">
        <w:rPr>
          <w:rFonts w:cs="Times New Roman"/>
          <w:color w:val="000000"/>
          <w:szCs w:val="24"/>
        </w:rPr>
        <w:t>semnătura</w:t>
      </w:r>
      <w:proofErr w:type="spellEnd"/>
      <w:r w:rsidRPr="00276B39">
        <w:rPr>
          <w:rFonts w:cs="Times New Roman"/>
          <w:color w:val="000000"/>
          <w:szCs w:val="24"/>
        </w:rPr>
        <w:t xml:space="preserve"> </w:t>
      </w:r>
      <w:proofErr w:type="spellStart"/>
      <w:r w:rsidRPr="00276B39">
        <w:rPr>
          <w:rFonts w:cs="Times New Roman"/>
          <w:color w:val="000000"/>
          <w:szCs w:val="24"/>
        </w:rPr>
        <w:t>autorizată</w:t>
      </w:r>
      <w:proofErr w:type="spellEnd"/>
      <w:r w:rsidR="007E7CF6" w:rsidRPr="00276B39">
        <w:rPr>
          <w:rFonts w:cs="Times New Roman"/>
          <w:color w:val="000000"/>
          <w:szCs w:val="24"/>
        </w:rPr>
        <w:t>)</w:t>
      </w: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7E7CF6">
      <w:pPr>
        <w:pStyle w:val="Corptext"/>
        <w:widowControl w:val="0"/>
        <w:tabs>
          <w:tab w:val="left" w:pos="567"/>
        </w:tabs>
        <w:spacing w:after="0" w:line="240" w:lineRule="auto"/>
        <w:jc w:val="both"/>
        <w:rPr>
          <w:rFonts w:cs="Times New Roman"/>
          <w:color w:val="000000"/>
          <w:szCs w:val="24"/>
        </w:rPr>
      </w:pPr>
    </w:p>
    <w:p w:rsidR="00276B39" w:rsidRPr="00276B39" w:rsidRDefault="00276B39" w:rsidP="00276B39">
      <w:pPr>
        <w:widowControl w:val="0"/>
        <w:spacing w:after="0" w:line="240" w:lineRule="auto"/>
        <w:jc w:val="right"/>
        <w:rPr>
          <w:rFonts w:cs="Times New Roman"/>
          <w:bCs/>
          <w:color w:val="000000"/>
          <w:szCs w:val="24"/>
        </w:rPr>
      </w:pPr>
    </w:p>
    <w:p w:rsidR="00127E6A" w:rsidRPr="00276B39" w:rsidRDefault="00F26446" w:rsidP="00F26446">
      <w:pPr>
        <w:widowControl w:val="0"/>
        <w:spacing w:after="0" w:line="240" w:lineRule="auto"/>
        <w:jc w:val="center"/>
        <w:rPr>
          <w:rFonts w:cs="Times New Roman"/>
          <w:bCs/>
          <w:szCs w:val="24"/>
        </w:rPr>
      </w:pPr>
      <w:r>
        <w:rPr>
          <w:rFonts w:cs="Times New Roman"/>
          <w:bCs/>
          <w:color w:val="000000"/>
          <w:szCs w:val="24"/>
        </w:rPr>
        <w:lastRenderedPageBreak/>
        <w:t xml:space="preserve">                                                                                                                       </w:t>
      </w:r>
      <w:proofErr w:type="spellStart"/>
      <w:r w:rsidR="00B8159E" w:rsidRPr="00276B39">
        <w:rPr>
          <w:rFonts w:cs="Times New Roman"/>
          <w:bCs/>
          <w:color w:val="000000"/>
          <w:szCs w:val="24"/>
        </w:rPr>
        <w:t>Anexa</w:t>
      </w:r>
      <w:proofErr w:type="spellEnd"/>
      <w:r w:rsidR="00127E6A" w:rsidRPr="00276B39">
        <w:rPr>
          <w:rFonts w:cs="Times New Roman"/>
          <w:bCs/>
          <w:color w:val="000000"/>
          <w:szCs w:val="24"/>
        </w:rPr>
        <w:t xml:space="preserve"> nr. </w:t>
      </w:r>
      <w:r w:rsidR="00B8159E" w:rsidRPr="00276B39">
        <w:rPr>
          <w:rFonts w:cs="Times New Roman"/>
          <w:bCs/>
          <w:color w:val="000000"/>
          <w:szCs w:val="24"/>
        </w:rPr>
        <w:t>6</w:t>
      </w:r>
    </w:p>
    <w:p w:rsidR="00F26446" w:rsidRDefault="00F26446" w:rsidP="009B721A">
      <w:pPr>
        <w:widowControl w:val="0"/>
        <w:spacing w:after="0" w:line="240" w:lineRule="auto"/>
        <w:jc w:val="center"/>
        <w:rPr>
          <w:rFonts w:cs="Times New Roman"/>
          <w:b/>
          <w:color w:val="000000"/>
          <w:szCs w:val="24"/>
        </w:rPr>
      </w:pPr>
    </w:p>
    <w:p w:rsidR="00F26446" w:rsidRDefault="00F26446" w:rsidP="009B721A">
      <w:pPr>
        <w:widowControl w:val="0"/>
        <w:spacing w:after="0" w:line="240" w:lineRule="auto"/>
        <w:jc w:val="center"/>
        <w:rPr>
          <w:rFonts w:cs="Times New Roman"/>
          <w:b/>
          <w:color w:val="000000"/>
          <w:szCs w:val="24"/>
        </w:rPr>
      </w:pPr>
    </w:p>
    <w:p w:rsidR="000B369E" w:rsidRPr="00276B39" w:rsidRDefault="00127E6A" w:rsidP="009B721A">
      <w:pPr>
        <w:widowControl w:val="0"/>
        <w:spacing w:after="0" w:line="240" w:lineRule="auto"/>
        <w:jc w:val="center"/>
        <w:rPr>
          <w:rFonts w:cs="Times New Roman"/>
          <w:szCs w:val="24"/>
        </w:rPr>
      </w:pPr>
      <w:r w:rsidRPr="00276B39">
        <w:rPr>
          <w:rFonts w:cs="Times New Roman"/>
          <w:b/>
          <w:color w:val="000000"/>
          <w:szCs w:val="24"/>
        </w:rPr>
        <w:t>DECLARAȚIE PRIVIND DATELE DE IDENTIFICARE ALE OPERATORULUI ECONOMIC</w:t>
      </w:r>
    </w:p>
    <w:p w:rsidR="00127E6A" w:rsidRPr="00276B39" w:rsidRDefault="00127E6A" w:rsidP="00531B9B">
      <w:pPr>
        <w:widowControl w:val="0"/>
        <w:spacing w:after="0" w:line="240" w:lineRule="auto"/>
        <w:jc w:val="both"/>
        <w:rPr>
          <w:rFonts w:cs="Times New Roman"/>
          <w:szCs w:val="24"/>
        </w:rPr>
      </w:pPr>
      <w:proofErr w:type="spellStart"/>
      <w:r w:rsidRPr="00276B39">
        <w:rPr>
          <w:rFonts w:cs="Times New Roman"/>
          <w:color w:val="000000"/>
          <w:szCs w:val="24"/>
        </w:rPr>
        <w:t>Subsemnatul</w:t>
      </w:r>
      <w:proofErr w:type="spellEnd"/>
      <w:r w:rsidRPr="00276B39">
        <w:rPr>
          <w:rFonts w:cs="Times New Roman"/>
          <w:color w:val="000000"/>
          <w:szCs w:val="24"/>
        </w:rPr>
        <w:t xml:space="preserve">(a) ____________________________________,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calitate</w:t>
      </w:r>
      <w:proofErr w:type="spellEnd"/>
      <w:r w:rsidRPr="00276B39">
        <w:rPr>
          <w:rFonts w:cs="Times New Roman"/>
          <w:color w:val="000000"/>
          <w:szCs w:val="24"/>
        </w:rPr>
        <w:t xml:space="preserve"> de </w:t>
      </w:r>
      <w:proofErr w:type="spellStart"/>
      <w:r w:rsidRPr="00276B39">
        <w:rPr>
          <w:rFonts w:cs="Times New Roman"/>
          <w:color w:val="000000"/>
          <w:szCs w:val="24"/>
        </w:rPr>
        <w:t>reprezentant</w:t>
      </w:r>
      <w:proofErr w:type="spellEnd"/>
      <w:r w:rsidRPr="00276B39">
        <w:rPr>
          <w:rFonts w:cs="Times New Roman"/>
          <w:color w:val="000000"/>
          <w:szCs w:val="24"/>
        </w:rPr>
        <w:t xml:space="preserve"> legal / </w:t>
      </w:r>
      <w:proofErr w:type="spellStart"/>
      <w:r w:rsidRPr="00276B39">
        <w:rPr>
          <w:rFonts w:cs="Times New Roman"/>
          <w:color w:val="000000"/>
          <w:szCs w:val="24"/>
        </w:rPr>
        <w:t>persoană</w:t>
      </w:r>
      <w:proofErr w:type="spellEnd"/>
      <w:r w:rsidRPr="00276B39">
        <w:rPr>
          <w:rFonts w:cs="Times New Roman"/>
          <w:color w:val="000000"/>
          <w:szCs w:val="24"/>
        </w:rPr>
        <w:t xml:space="preserve"> </w:t>
      </w:r>
      <w:proofErr w:type="spellStart"/>
      <w:r w:rsidRPr="00276B39">
        <w:rPr>
          <w:rFonts w:cs="Times New Roman"/>
          <w:color w:val="000000"/>
          <w:szCs w:val="24"/>
        </w:rPr>
        <w:t>împuternicită</w:t>
      </w:r>
      <w:proofErr w:type="spellEnd"/>
      <w:r w:rsidRPr="00276B39">
        <w:rPr>
          <w:rFonts w:cs="Times New Roman"/>
          <w:color w:val="000000"/>
          <w:szCs w:val="24"/>
        </w:rPr>
        <w:t xml:space="preserve"> a </w:t>
      </w:r>
      <w:proofErr w:type="spellStart"/>
      <w:r w:rsidRPr="00276B39">
        <w:rPr>
          <w:rFonts w:cs="Times New Roman"/>
          <w:color w:val="000000"/>
          <w:szCs w:val="24"/>
        </w:rPr>
        <w:t>operatorului</w:t>
      </w:r>
      <w:proofErr w:type="spellEnd"/>
      <w:r w:rsidRPr="00276B39">
        <w:rPr>
          <w:rFonts w:cs="Times New Roman"/>
          <w:color w:val="000000"/>
          <w:szCs w:val="24"/>
        </w:rPr>
        <w:t xml:space="preserve"> economic ____________________________________, </w:t>
      </w:r>
      <w:proofErr w:type="spellStart"/>
      <w:r w:rsidRPr="00276B39">
        <w:rPr>
          <w:rFonts w:cs="Times New Roman"/>
          <w:color w:val="000000"/>
          <w:szCs w:val="24"/>
        </w:rPr>
        <w:t>declar</w:t>
      </w:r>
      <w:proofErr w:type="spellEnd"/>
      <w:r w:rsidRPr="00276B39">
        <w:rPr>
          <w:rFonts w:cs="Times New Roman"/>
          <w:color w:val="000000"/>
          <w:szCs w:val="24"/>
        </w:rPr>
        <w:t xml:space="preserve"> pe propria </w:t>
      </w:r>
      <w:proofErr w:type="spellStart"/>
      <w:r w:rsidRPr="00276B39">
        <w:rPr>
          <w:rFonts w:cs="Times New Roman"/>
          <w:color w:val="000000"/>
          <w:szCs w:val="24"/>
        </w:rPr>
        <w:t>răspundere</w:t>
      </w:r>
      <w:proofErr w:type="spellEnd"/>
      <w:r w:rsidRPr="00276B39">
        <w:rPr>
          <w:rFonts w:cs="Times New Roman"/>
          <w:color w:val="000000"/>
          <w:szCs w:val="24"/>
        </w:rPr>
        <w:t xml:space="preserve"> </w:t>
      </w:r>
      <w:proofErr w:type="spellStart"/>
      <w:r w:rsidRPr="00276B39">
        <w:rPr>
          <w:rFonts w:cs="Times New Roman"/>
          <w:color w:val="000000"/>
          <w:szCs w:val="24"/>
        </w:rPr>
        <w:t>că</w:t>
      </w:r>
      <w:proofErr w:type="spellEnd"/>
      <w:r w:rsidRPr="00276B39">
        <w:rPr>
          <w:rFonts w:cs="Times New Roman"/>
          <w:color w:val="000000"/>
          <w:szCs w:val="24"/>
        </w:rPr>
        <w:t xml:space="preserve"> </w:t>
      </w:r>
      <w:proofErr w:type="spellStart"/>
      <w:r w:rsidRPr="00276B39">
        <w:rPr>
          <w:rFonts w:cs="Times New Roman"/>
          <w:color w:val="000000"/>
          <w:szCs w:val="24"/>
        </w:rPr>
        <w:t>informațiile</w:t>
      </w:r>
      <w:proofErr w:type="spellEnd"/>
      <w:r w:rsidRPr="00276B39">
        <w:rPr>
          <w:rFonts w:cs="Times New Roman"/>
          <w:color w:val="000000"/>
          <w:szCs w:val="24"/>
        </w:rPr>
        <w:t xml:space="preserve"> </w:t>
      </w:r>
      <w:proofErr w:type="spellStart"/>
      <w:r w:rsidRPr="00276B39">
        <w:rPr>
          <w:rFonts w:cs="Times New Roman"/>
          <w:color w:val="000000"/>
          <w:szCs w:val="24"/>
        </w:rPr>
        <w:t>prezentate</w:t>
      </w:r>
      <w:proofErr w:type="spellEnd"/>
      <w:r w:rsidRPr="00276B39">
        <w:rPr>
          <w:rFonts w:cs="Times New Roman"/>
          <w:color w:val="000000"/>
          <w:szCs w:val="24"/>
        </w:rPr>
        <w:t xml:space="preserve"> </w:t>
      </w:r>
      <w:proofErr w:type="spellStart"/>
      <w:r w:rsidRPr="00276B39">
        <w:rPr>
          <w:rFonts w:cs="Times New Roman"/>
          <w:color w:val="000000"/>
          <w:szCs w:val="24"/>
        </w:rPr>
        <w:t>mai</w:t>
      </w:r>
      <w:proofErr w:type="spellEnd"/>
      <w:r w:rsidRPr="00276B39">
        <w:rPr>
          <w:rFonts w:cs="Times New Roman"/>
          <w:color w:val="000000"/>
          <w:szCs w:val="24"/>
        </w:rPr>
        <w:t xml:space="preserve"> </w:t>
      </w:r>
      <w:proofErr w:type="spellStart"/>
      <w:r w:rsidRPr="00276B39">
        <w:rPr>
          <w:rFonts w:cs="Times New Roman"/>
          <w:color w:val="000000"/>
          <w:szCs w:val="24"/>
        </w:rPr>
        <w:t>jos</w:t>
      </w:r>
      <w:proofErr w:type="spellEnd"/>
      <w:r w:rsidRPr="00276B39">
        <w:rPr>
          <w:rFonts w:cs="Times New Roman"/>
          <w:color w:val="000000"/>
          <w:szCs w:val="24"/>
        </w:rPr>
        <w:t xml:space="preserve"> sunt complete, </w:t>
      </w:r>
      <w:proofErr w:type="spellStart"/>
      <w:r w:rsidRPr="00276B39">
        <w:rPr>
          <w:rFonts w:cs="Times New Roman"/>
          <w:color w:val="000000"/>
          <w:szCs w:val="24"/>
        </w:rPr>
        <w:t>corecte</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actuale</w:t>
      </w:r>
      <w:proofErr w:type="spellEnd"/>
      <w:r w:rsidRPr="00276B39">
        <w:rPr>
          <w:rFonts w:cs="Times New Roman"/>
          <w:color w:val="000000"/>
          <w:szCs w:val="24"/>
        </w:rPr>
        <w:t>:</w:t>
      </w:r>
    </w:p>
    <w:tbl>
      <w:tblPr>
        <w:tblStyle w:val="Tabelgril"/>
        <w:tblW w:w="5000" w:type="pct"/>
        <w:jc w:val="center"/>
        <w:tblLook w:val="04A0" w:firstRow="1" w:lastRow="0" w:firstColumn="1" w:lastColumn="0" w:noHBand="0" w:noVBand="1"/>
      </w:tblPr>
      <w:tblGrid>
        <w:gridCol w:w="4015"/>
        <w:gridCol w:w="5330"/>
      </w:tblGrid>
      <w:tr w:rsidR="00127E6A" w:rsidRPr="00276B39" w:rsidTr="000B369E">
        <w:trPr>
          <w:cantSplit/>
          <w:trHeight w:val="210"/>
          <w:tblHeader/>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proofErr w:type="spellStart"/>
            <w:r w:rsidRPr="00276B39">
              <w:rPr>
                <w:rFonts w:cs="Times New Roman"/>
                <w:b/>
                <w:color w:val="000000"/>
                <w:szCs w:val="24"/>
              </w:rPr>
              <w:t>Informația</w:t>
            </w:r>
            <w:proofErr w:type="spellEnd"/>
            <w:r w:rsidRPr="00276B39">
              <w:rPr>
                <w:rFonts w:cs="Times New Roman"/>
                <w:b/>
                <w:color w:val="000000"/>
                <w:szCs w:val="24"/>
              </w:rPr>
              <w:t xml:space="preserve"> </w:t>
            </w:r>
            <w:proofErr w:type="spellStart"/>
            <w:r w:rsidRPr="00276B39">
              <w:rPr>
                <w:rFonts w:cs="Times New Roman"/>
                <w:b/>
                <w:color w:val="000000"/>
                <w:szCs w:val="24"/>
              </w:rPr>
              <w:t>solicitată</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proofErr w:type="spellStart"/>
            <w:r w:rsidRPr="00276B39">
              <w:rPr>
                <w:rFonts w:cs="Times New Roman"/>
                <w:b/>
                <w:color w:val="000000"/>
                <w:szCs w:val="24"/>
              </w:rPr>
              <w:t>Datele</w:t>
            </w:r>
            <w:proofErr w:type="spellEnd"/>
            <w:r w:rsidRPr="00276B39">
              <w:rPr>
                <w:rFonts w:cs="Times New Roman"/>
                <w:b/>
                <w:color w:val="000000"/>
                <w:szCs w:val="24"/>
              </w:rPr>
              <w:t xml:space="preserve"> </w:t>
            </w:r>
            <w:proofErr w:type="spellStart"/>
            <w:r w:rsidRPr="00276B39">
              <w:rPr>
                <w:rFonts w:cs="Times New Roman"/>
                <w:b/>
                <w:color w:val="000000"/>
                <w:szCs w:val="24"/>
              </w:rPr>
              <w:t>operatorului</w:t>
            </w:r>
            <w:proofErr w:type="spellEnd"/>
            <w:r w:rsidRPr="00276B39">
              <w:rPr>
                <w:rFonts w:cs="Times New Roman"/>
                <w:b/>
                <w:color w:val="000000"/>
                <w:szCs w:val="24"/>
              </w:rPr>
              <w:t xml:space="preserve"> economic</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1. </w:t>
            </w:r>
            <w:proofErr w:type="spellStart"/>
            <w:r w:rsidRPr="00276B39">
              <w:rPr>
                <w:rFonts w:cs="Times New Roman"/>
                <w:color w:val="000000"/>
                <w:szCs w:val="24"/>
              </w:rPr>
              <w:t>Denumirea</w:t>
            </w:r>
            <w:proofErr w:type="spellEnd"/>
            <w:r w:rsidRPr="00276B39">
              <w:rPr>
                <w:rFonts w:cs="Times New Roman"/>
                <w:color w:val="000000"/>
                <w:szCs w:val="24"/>
              </w:rPr>
              <w:t xml:space="preserve"> </w:t>
            </w:r>
            <w:proofErr w:type="spellStart"/>
            <w:r w:rsidRPr="00276B39">
              <w:rPr>
                <w:rFonts w:cs="Times New Roman"/>
                <w:color w:val="000000"/>
                <w:szCs w:val="24"/>
              </w:rPr>
              <w:t>completă</w:t>
            </w:r>
            <w:proofErr w:type="spellEnd"/>
            <w:r w:rsidRPr="00276B39">
              <w:rPr>
                <w:rFonts w:cs="Times New Roman"/>
                <w:color w:val="000000"/>
                <w:szCs w:val="24"/>
              </w:rPr>
              <w:t xml:space="preserve"> </w:t>
            </w:r>
            <w:proofErr w:type="gramStart"/>
            <w:r w:rsidRPr="00276B39">
              <w:rPr>
                <w:rFonts w:cs="Times New Roman"/>
                <w:color w:val="000000"/>
                <w:szCs w:val="24"/>
              </w:rPr>
              <w:t>a</w:t>
            </w:r>
            <w:proofErr w:type="gramEnd"/>
            <w:r w:rsidRPr="00276B39">
              <w:rPr>
                <w:rFonts w:cs="Times New Roman"/>
                <w:color w:val="000000"/>
                <w:szCs w:val="24"/>
              </w:rPr>
              <w:t xml:space="preserve"> </w:t>
            </w:r>
            <w:proofErr w:type="spellStart"/>
            <w:r w:rsidRPr="00276B39">
              <w:rPr>
                <w:rFonts w:cs="Times New Roman"/>
                <w:color w:val="000000"/>
                <w:szCs w:val="24"/>
              </w:rPr>
              <w:t>operatorului</w:t>
            </w:r>
            <w:proofErr w:type="spellEnd"/>
            <w:r w:rsidRPr="00276B39">
              <w:rPr>
                <w:rFonts w:cs="Times New Roman"/>
                <w:color w:val="000000"/>
                <w:szCs w:val="24"/>
              </w:rPr>
              <w:t xml:space="preserve"> economic</w:t>
            </w:r>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2. Forma </w:t>
            </w:r>
            <w:proofErr w:type="spellStart"/>
            <w:r w:rsidRPr="00276B39">
              <w:rPr>
                <w:rFonts w:cs="Times New Roman"/>
                <w:color w:val="000000"/>
                <w:szCs w:val="24"/>
              </w:rPr>
              <w:t>juridică</w:t>
            </w:r>
            <w:proofErr w:type="spellEnd"/>
            <w:r w:rsidRPr="00276B39">
              <w:rPr>
                <w:rFonts w:cs="Times New Roman"/>
                <w:color w:val="000000"/>
                <w:szCs w:val="24"/>
              </w:rPr>
              <w:t xml:space="preserve"> de </w:t>
            </w:r>
            <w:proofErr w:type="spellStart"/>
            <w:r w:rsidRPr="00276B39">
              <w:rPr>
                <w:rFonts w:cs="Times New Roman"/>
                <w:color w:val="000000"/>
                <w:szCs w:val="24"/>
              </w:rPr>
              <w:t>organizare</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3. IDNO</w:t>
            </w:r>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4. </w:t>
            </w:r>
            <w:proofErr w:type="spellStart"/>
            <w:r w:rsidRPr="00276B39">
              <w:rPr>
                <w:rFonts w:cs="Times New Roman"/>
                <w:color w:val="000000"/>
                <w:szCs w:val="24"/>
              </w:rPr>
              <w:t>Adresa</w:t>
            </w:r>
            <w:proofErr w:type="spellEnd"/>
            <w:r w:rsidRPr="00276B39">
              <w:rPr>
                <w:rFonts w:cs="Times New Roman"/>
                <w:color w:val="000000"/>
                <w:szCs w:val="24"/>
              </w:rPr>
              <w:t xml:space="preserve"> </w:t>
            </w:r>
            <w:proofErr w:type="spellStart"/>
            <w:r w:rsidRPr="00276B39">
              <w:rPr>
                <w:rFonts w:cs="Times New Roman"/>
                <w:color w:val="000000"/>
                <w:szCs w:val="24"/>
              </w:rPr>
              <w:t>juridică</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5. </w:t>
            </w:r>
            <w:proofErr w:type="spellStart"/>
            <w:r w:rsidRPr="00276B39">
              <w:rPr>
                <w:rFonts w:cs="Times New Roman"/>
                <w:color w:val="000000"/>
                <w:szCs w:val="24"/>
              </w:rPr>
              <w:t>Adresa</w:t>
            </w:r>
            <w:proofErr w:type="spellEnd"/>
            <w:r w:rsidRPr="00276B39">
              <w:rPr>
                <w:rFonts w:cs="Times New Roman"/>
                <w:color w:val="000000"/>
                <w:szCs w:val="24"/>
              </w:rPr>
              <w:t xml:space="preserve"> </w:t>
            </w:r>
            <w:proofErr w:type="spellStart"/>
            <w:r w:rsidRPr="00276B39">
              <w:rPr>
                <w:rFonts w:cs="Times New Roman"/>
                <w:color w:val="000000"/>
                <w:szCs w:val="24"/>
              </w:rPr>
              <w:t>poștală</w:t>
            </w:r>
            <w:proofErr w:type="spellEnd"/>
            <w:r w:rsidRPr="00276B39">
              <w:rPr>
                <w:rFonts w:cs="Times New Roman"/>
                <w:color w:val="000000"/>
                <w:szCs w:val="24"/>
              </w:rPr>
              <w:t xml:space="preserve"> / </w:t>
            </w:r>
            <w:proofErr w:type="spellStart"/>
            <w:r w:rsidRPr="00276B39">
              <w:rPr>
                <w:rFonts w:cs="Times New Roman"/>
                <w:color w:val="000000"/>
                <w:szCs w:val="24"/>
              </w:rPr>
              <w:t>sediul</w:t>
            </w:r>
            <w:proofErr w:type="spellEnd"/>
            <w:r w:rsidRPr="00276B39">
              <w:rPr>
                <w:rFonts w:cs="Times New Roman"/>
                <w:color w:val="000000"/>
                <w:szCs w:val="24"/>
              </w:rPr>
              <w:t xml:space="preserve"> de </w:t>
            </w:r>
            <w:proofErr w:type="spellStart"/>
            <w:r w:rsidRPr="00276B39">
              <w:rPr>
                <w:rFonts w:cs="Times New Roman"/>
                <w:color w:val="000000"/>
                <w:szCs w:val="24"/>
              </w:rPr>
              <w:t>corespondență</w:t>
            </w:r>
            <w:proofErr w:type="spellEnd"/>
            <w:r w:rsidRPr="00276B39">
              <w:rPr>
                <w:rFonts w:cs="Times New Roman"/>
                <w:color w:val="000000"/>
                <w:szCs w:val="24"/>
              </w:rPr>
              <w:t xml:space="preserve">, </w:t>
            </w:r>
            <w:proofErr w:type="spellStart"/>
            <w:r w:rsidRPr="00276B39">
              <w:rPr>
                <w:rFonts w:cs="Times New Roman"/>
                <w:color w:val="000000"/>
                <w:szCs w:val="24"/>
              </w:rPr>
              <w:t>dacă</w:t>
            </w:r>
            <w:proofErr w:type="spellEnd"/>
            <w:r w:rsidRPr="00276B39">
              <w:rPr>
                <w:rFonts w:cs="Times New Roman"/>
                <w:color w:val="000000"/>
                <w:szCs w:val="24"/>
              </w:rPr>
              <w:t xml:space="preserve"> </w:t>
            </w:r>
            <w:proofErr w:type="spellStart"/>
            <w:r w:rsidRPr="00276B39">
              <w:rPr>
                <w:rFonts w:cs="Times New Roman"/>
                <w:color w:val="000000"/>
                <w:szCs w:val="24"/>
              </w:rPr>
              <w:t>diferă</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6. Administrator / </w:t>
            </w:r>
            <w:proofErr w:type="spellStart"/>
            <w:r w:rsidRPr="00276B39">
              <w:rPr>
                <w:rFonts w:cs="Times New Roman"/>
                <w:color w:val="000000"/>
                <w:szCs w:val="24"/>
              </w:rPr>
              <w:t>conducător</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7. </w:t>
            </w:r>
            <w:proofErr w:type="spellStart"/>
            <w:r w:rsidRPr="00276B39">
              <w:rPr>
                <w:rFonts w:cs="Times New Roman"/>
                <w:color w:val="000000"/>
                <w:szCs w:val="24"/>
              </w:rPr>
              <w:t>Persoana</w:t>
            </w:r>
            <w:proofErr w:type="spellEnd"/>
            <w:r w:rsidRPr="00276B39">
              <w:rPr>
                <w:rFonts w:cs="Times New Roman"/>
                <w:color w:val="000000"/>
                <w:szCs w:val="24"/>
              </w:rPr>
              <w:t xml:space="preserve"> </w:t>
            </w:r>
            <w:proofErr w:type="spellStart"/>
            <w:r w:rsidRPr="00276B39">
              <w:rPr>
                <w:rFonts w:cs="Times New Roman"/>
                <w:color w:val="000000"/>
                <w:szCs w:val="24"/>
              </w:rPr>
              <w:t>împuternicită</w:t>
            </w:r>
            <w:proofErr w:type="spellEnd"/>
            <w:r w:rsidRPr="00276B39">
              <w:rPr>
                <w:rFonts w:cs="Times New Roman"/>
                <w:color w:val="000000"/>
                <w:szCs w:val="24"/>
              </w:rPr>
              <w:t xml:space="preserve"> </w:t>
            </w:r>
            <w:proofErr w:type="spellStart"/>
            <w:r w:rsidRPr="00276B39">
              <w:rPr>
                <w:rFonts w:cs="Times New Roman"/>
                <w:color w:val="000000"/>
                <w:szCs w:val="24"/>
              </w:rPr>
              <w:t>să</w:t>
            </w:r>
            <w:proofErr w:type="spellEnd"/>
            <w:r w:rsidRPr="00276B39">
              <w:rPr>
                <w:rFonts w:cs="Times New Roman"/>
                <w:color w:val="000000"/>
                <w:szCs w:val="24"/>
              </w:rPr>
              <w:t xml:space="preserve"> </w:t>
            </w:r>
            <w:proofErr w:type="spellStart"/>
            <w:r w:rsidRPr="00276B39">
              <w:rPr>
                <w:rFonts w:cs="Times New Roman"/>
                <w:color w:val="000000"/>
                <w:szCs w:val="24"/>
              </w:rPr>
              <w:t>semneze</w:t>
            </w:r>
            <w:proofErr w:type="spellEnd"/>
            <w:r w:rsidRPr="00276B39">
              <w:rPr>
                <w:rFonts w:cs="Times New Roman"/>
                <w:color w:val="000000"/>
                <w:szCs w:val="24"/>
              </w:rPr>
              <w:t xml:space="preserve"> </w:t>
            </w:r>
            <w:proofErr w:type="spellStart"/>
            <w:r w:rsidRPr="00276B39">
              <w:rPr>
                <w:rFonts w:cs="Times New Roman"/>
                <w:color w:val="000000"/>
                <w:szCs w:val="24"/>
              </w:rPr>
              <w:t>oferta</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w:t>
            </w:r>
            <w:proofErr w:type="spellStart"/>
            <w:r w:rsidRPr="00276B39">
              <w:rPr>
                <w:rFonts w:cs="Times New Roman"/>
                <w:color w:val="000000"/>
                <w:szCs w:val="24"/>
              </w:rPr>
              <w:t>contractul</w:t>
            </w:r>
            <w:proofErr w:type="spellEnd"/>
            <w:r w:rsidRPr="00276B39">
              <w:rPr>
                <w:rFonts w:cs="Times New Roman"/>
                <w:color w:val="000000"/>
                <w:szCs w:val="24"/>
              </w:rPr>
              <w:t xml:space="preserve">, </w:t>
            </w:r>
            <w:proofErr w:type="spellStart"/>
            <w:r w:rsidRPr="00276B39">
              <w:rPr>
                <w:rFonts w:cs="Times New Roman"/>
                <w:color w:val="000000"/>
                <w:szCs w:val="24"/>
              </w:rPr>
              <w:t>după</w:t>
            </w:r>
            <w:proofErr w:type="spellEnd"/>
            <w:r w:rsidRPr="00276B39">
              <w:rPr>
                <w:rFonts w:cs="Times New Roman"/>
                <w:color w:val="000000"/>
                <w:szCs w:val="24"/>
              </w:rPr>
              <w:t xml:space="preserve"> </w:t>
            </w:r>
            <w:proofErr w:type="spellStart"/>
            <w:r w:rsidRPr="00276B39">
              <w:rPr>
                <w:rFonts w:cs="Times New Roman"/>
                <w:color w:val="000000"/>
                <w:szCs w:val="24"/>
              </w:rPr>
              <w:t>caz</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8. </w:t>
            </w:r>
            <w:proofErr w:type="spellStart"/>
            <w:r w:rsidRPr="00276B39">
              <w:rPr>
                <w:rFonts w:cs="Times New Roman"/>
                <w:color w:val="000000"/>
                <w:szCs w:val="24"/>
              </w:rPr>
              <w:t>Telefon</w:t>
            </w:r>
            <w:proofErr w:type="spellEnd"/>
            <w:r w:rsidRPr="00276B39">
              <w:rPr>
                <w:rFonts w:cs="Times New Roman"/>
                <w:color w:val="000000"/>
                <w:szCs w:val="24"/>
              </w:rPr>
              <w:t xml:space="preserve"> de contact</w:t>
            </w:r>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9. </w:t>
            </w:r>
            <w:proofErr w:type="spellStart"/>
            <w:r w:rsidRPr="00276B39">
              <w:rPr>
                <w:rFonts w:cs="Times New Roman"/>
                <w:color w:val="000000"/>
                <w:szCs w:val="24"/>
              </w:rPr>
              <w:t>Adresa</w:t>
            </w:r>
            <w:proofErr w:type="spellEnd"/>
            <w:r w:rsidRPr="00276B39">
              <w:rPr>
                <w:rFonts w:cs="Times New Roman"/>
                <w:color w:val="000000"/>
                <w:szCs w:val="24"/>
              </w:rPr>
              <w:t xml:space="preserve"> </w:t>
            </w:r>
            <w:proofErr w:type="spellStart"/>
            <w:r w:rsidRPr="00276B39">
              <w:rPr>
                <w:rFonts w:cs="Times New Roman"/>
                <w:color w:val="000000"/>
                <w:szCs w:val="24"/>
              </w:rPr>
              <w:t>electronică</w:t>
            </w:r>
            <w:proofErr w:type="spellEnd"/>
            <w:r w:rsidRPr="00276B39">
              <w:rPr>
                <w:rFonts w:cs="Times New Roman"/>
                <w:color w:val="000000"/>
                <w:szCs w:val="24"/>
              </w:rPr>
              <w:t xml:space="preserve"> </w:t>
            </w:r>
            <w:proofErr w:type="spellStart"/>
            <w:r w:rsidRPr="00276B39">
              <w:rPr>
                <w:rFonts w:cs="Times New Roman"/>
                <w:color w:val="000000"/>
                <w:szCs w:val="24"/>
              </w:rPr>
              <w:t>oficială</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10. </w:t>
            </w:r>
            <w:proofErr w:type="spellStart"/>
            <w:r w:rsidRPr="00276B39">
              <w:rPr>
                <w:rFonts w:cs="Times New Roman"/>
                <w:color w:val="000000"/>
                <w:szCs w:val="24"/>
              </w:rPr>
              <w:t>Denumirea</w:t>
            </w:r>
            <w:proofErr w:type="spellEnd"/>
            <w:r w:rsidRPr="00276B39">
              <w:rPr>
                <w:rFonts w:cs="Times New Roman"/>
                <w:color w:val="000000"/>
                <w:szCs w:val="24"/>
              </w:rPr>
              <w:t xml:space="preserve"> </w:t>
            </w:r>
            <w:proofErr w:type="spellStart"/>
            <w:r w:rsidRPr="00276B39">
              <w:rPr>
                <w:rFonts w:cs="Times New Roman"/>
                <w:color w:val="000000"/>
                <w:szCs w:val="24"/>
              </w:rPr>
              <w:t>băncii</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11. Cod </w:t>
            </w:r>
            <w:proofErr w:type="spellStart"/>
            <w:r w:rsidRPr="00276B39">
              <w:rPr>
                <w:rFonts w:cs="Times New Roman"/>
                <w:color w:val="000000"/>
                <w:szCs w:val="24"/>
              </w:rPr>
              <w:t>bancar</w:t>
            </w:r>
            <w:proofErr w:type="spellEnd"/>
            <w:r w:rsidRPr="00276B39">
              <w:rPr>
                <w:rFonts w:cs="Times New Roman"/>
                <w:color w:val="000000"/>
                <w:szCs w:val="24"/>
              </w:rPr>
              <w:t xml:space="preserve"> (SWIFT/BIC)</w:t>
            </w:r>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12. Cod IBAN</w:t>
            </w:r>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____________________________________________</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13. </w:t>
            </w:r>
            <w:proofErr w:type="spellStart"/>
            <w:r w:rsidRPr="00276B39">
              <w:rPr>
                <w:rFonts w:cs="Times New Roman"/>
                <w:color w:val="000000"/>
                <w:szCs w:val="24"/>
              </w:rPr>
              <w:t>Regimul</w:t>
            </w:r>
            <w:proofErr w:type="spellEnd"/>
            <w:r w:rsidRPr="00276B39">
              <w:rPr>
                <w:rFonts w:cs="Times New Roman"/>
                <w:color w:val="000000"/>
                <w:szCs w:val="24"/>
              </w:rPr>
              <w:t xml:space="preserve"> TVA </w:t>
            </w:r>
            <w:proofErr w:type="spellStart"/>
            <w:r w:rsidRPr="00276B39">
              <w:rPr>
                <w:rFonts w:cs="Times New Roman"/>
                <w:color w:val="000000"/>
                <w:szCs w:val="24"/>
              </w:rPr>
              <w:t>aplicabil</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ascii="Segoe UI Symbol" w:hAnsi="Segoe UI Symbol" w:cs="Segoe UI Symbol"/>
                <w:color w:val="000000"/>
                <w:szCs w:val="24"/>
              </w:rPr>
              <w:t>☐</w:t>
            </w:r>
            <w:r w:rsidRPr="00276B39">
              <w:rPr>
                <w:rFonts w:cs="Times New Roman"/>
                <w:color w:val="000000"/>
                <w:szCs w:val="24"/>
              </w:rPr>
              <w:t xml:space="preserve"> </w:t>
            </w:r>
            <w:proofErr w:type="spellStart"/>
            <w:r w:rsidRPr="00276B39">
              <w:rPr>
                <w:rFonts w:cs="Times New Roman"/>
                <w:color w:val="000000"/>
                <w:szCs w:val="24"/>
              </w:rPr>
              <w:t>Plătitor</w:t>
            </w:r>
            <w:proofErr w:type="spellEnd"/>
            <w:r w:rsidRPr="00276B39">
              <w:rPr>
                <w:rFonts w:cs="Times New Roman"/>
                <w:color w:val="000000"/>
                <w:szCs w:val="24"/>
              </w:rPr>
              <w:t xml:space="preserve"> de TVA        </w:t>
            </w:r>
            <w:r w:rsidRPr="00276B39">
              <w:rPr>
                <w:rFonts w:ascii="Segoe UI Symbol" w:hAnsi="Segoe UI Symbol" w:cs="Segoe UI Symbol"/>
                <w:color w:val="000000"/>
                <w:szCs w:val="24"/>
              </w:rPr>
              <w:t>☐</w:t>
            </w:r>
            <w:r w:rsidRPr="00276B39">
              <w:rPr>
                <w:rFonts w:cs="Times New Roman"/>
                <w:color w:val="000000"/>
                <w:szCs w:val="24"/>
              </w:rPr>
              <w:t xml:space="preserve"> </w:t>
            </w:r>
            <w:proofErr w:type="spellStart"/>
            <w:r w:rsidRPr="00276B39">
              <w:rPr>
                <w:rFonts w:cs="Times New Roman"/>
                <w:color w:val="000000"/>
                <w:szCs w:val="24"/>
              </w:rPr>
              <w:t>Neplătitor</w:t>
            </w:r>
            <w:proofErr w:type="spellEnd"/>
            <w:r w:rsidRPr="00276B39">
              <w:rPr>
                <w:rFonts w:cs="Times New Roman"/>
                <w:color w:val="000000"/>
                <w:szCs w:val="24"/>
              </w:rPr>
              <w:t xml:space="preserve"> de TVA</w:t>
            </w:r>
          </w:p>
        </w:tc>
      </w:tr>
      <w:tr w:rsidR="00127E6A" w:rsidRPr="00276B39" w:rsidTr="000B369E">
        <w:trPr>
          <w:cantSplit/>
          <w:trHeight w:val="210"/>
          <w:jc w:val="center"/>
        </w:trPr>
        <w:tc>
          <w:tcPr>
            <w:tcW w:w="4252"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r w:rsidRPr="00276B39">
              <w:rPr>
                <w:rFonts w:cs="Times New Roman"/>
                <w:color w:val="000000"/>
                <w:szCs w:val="24"/>
              </w:rPr>
              <w:t xml:space="preserve">14. </w:t>
            </w:r>
            <w:proofErr w:type="spellStart"/>
            <w:r w:rsidRPr="00276B39">
              <w:rPr>
                <w:rFonts w:cs="Times New Roman"/>
                <w:color w:val="000000"/>
                <w:szCs w:val="24"/>
              </w:rPr>
              <w:t>Persoana</w:t>
            </w:r>
            <w:proofErr w:type="spellEnd"/>
            <w:r w:rsidRPr="00276B39">
              <w:rPr>
                <w:rFonts w:cs="Times New Roman"/>
                <w:color w:val="000000"/>
                <w:szCs w:val="24"/>
              </w:rPr>
              <w:t xml:space="preserve"> </w:t>
            </w:r>
            <w:proofErr w:type="spellStart"/>
            <w:r w:rsidRPr="00276B39">
              <w:rPr>
                <w:rFonts w:cs="Times New Roman"/>
                <w:color w:val="000000"/>
                <w:szCs w:val="24"/>
              </w:rPr>
              <w:t>responsabilă</w:t>
            </w:r>
            <w:proofErr w:type="spellEnd"/>
            <w:r w:rsidRPr="00276B39">
              <w:rPr>
                <w:rFonts w:cs="Times New Roman"/>
                <w:color w:val="000000"/>
                <w:szCs w:val="24"/>
              </w:rPr>
              <w:t xml:space="preserve"> de </w:t>
            </w:r>
            <w:proofErr w:type="spellStart"/>
            <w:r w:rsidRPr="00276B39">
              <w:rPr>
                <w:rFonts w:cs="Times New Roman"/>
                <w:color w:val="000000"/>
                <w:szCs w:val="24"/>
              </w:rPr>
              <w:t>executarea</w:t>
            </w:r>
            <w:proofErr w:type="spellEnd"/>
            <w:r w:rsidRPr="00276B39">
              <w:rPr>
                <w:rFonts w:cs="Times New Roman"/>
                <w:color w:val="000000"/>
                <w:szCs w:val="24"/>
              </w:rPr>
              <w:t xml:space="preserve"> </w:t>
            </w:r>
            <w:proofErr w:type="spellStart"/>
            <w:r w:rsidRPr="00276B39">
              <w:rPr>
                <w:rFonts w:cs="Times New Roman"/>
                <w:color w:val="000000"/>
                <w:szCs w:val="24"/>
              </w:rPr>
              <w:t>contractului</w:t>
            </w:r>
            <w:proofErr w:type="spellEnd"/>
          </w:p>
        </w:tc>
        <w:tc>
          <w:tcPr>
            <w:tcW w:w="4819" w:type="dxa"/>
            <w:tcBorders>
              <w:top w:val="single" w:sz="4" w:space="0" w:color="auto"/>
              <w:left w:val="single" w:sz="4" w:space="0" w:color="auto"/>
              <w:bottom w:val="single" w:sz="4" w:space="0" w:color="auto"/>
              <w:right w:val="single" w:sz="4" w:space="0" w:color="auto"/>
            </w:tcBorders>
            <w:tcMar>
              <w:top w:w="10" w:type="dxa"/>
              <w:left w:w="25" w:type="dxa"/>
              <w:bottom w:w="10" w:type="dxa"/>
              <w:right w:w="25" w:type="dxa"/>
            </w:tcMar>
            <w:hideMark/>
          </w:tcPr>
          <w:p w:rsidR="00127E6A" w:rsidRPr="00276B39" w:rsidRDefault="00127E6A" w:rsidP="00531B9B">
            <w:pPr>
              <w:widowControl w:val="0"/>
              <w:spacing w:line="216" w:lineRule="auto"/>
              <w:jc w:val="center"/>
              <w:rPr>
                <w:rFonts w:cs="Times New Roman"/>
                <w:szCs w:val="24"/>
              </w:rPr>
            </w:pPr>
            <w:proofErr w:type="spellStart"/>
            <w:r w:rsidRPr="00276B39">
              <w:rPr>
                <w:rFonts w:cs="Times New Roman"/>
                <w:color w:val="000000"/>
                <w:szCs w:val="24"/>
              </w:rPr>
              <w:t>Nume</w:t>
            </w:r>
            <w:proofErr w:type="spellEnd"/>
            <w:r w:rsidRPr="00276B39">
              <w:rPr>
                <w:rFonts w:cs="Times New Roman"/>
                <w:color w:val="000000"/>
                <w:szCs w:val="24"/>
              </w:rPr>
              <w:t xml:space="preserve">, </w:t>
            </w:r>
            <w:proofErr w:type="spellStart"/>
            <w:r w:rsidRPr="00276B39">
              <w:rPr>
                <w:rFonts w:cs="Times New Roman"/>
                <w:color w:val="000000"/>
                <w:szCs w:val="24"/>
              </w:rPr>
              <w:t>prenume</w:t>
            </w:r>
            <w:proofErr w:type="spellEnd"/>
            <w:r w:rsidRPr="00276B39">
              <w:rPr>
                <w:rFonts w:cs="Times New Roman"/>
                <w:color w:val="000000"/>
                <w:szCs w:val="24"/>
              </w:rPr>
              <w:t>: _______________________________</w:t>
            </w:r>
            <w:r w:rsidRPr="00276B39">
              <w:rPr>
                <w:rFonts w:cs="Times New Roman"/>
                <w:color w:val="000000"/>
                <w:szCs w:val="24"/>
              </w:rPr>
              <w:br/>
            </w:r>
            <w:proofErr w:type="spellStart"/>
            <w:r w:rsidRPr="00276B39">
              <w:rPr>
                <w:rFonts w:cs="Times New Roman"/>
                <w:color w:val="000000"/>
                <w:szCs w:val="24"/>
              </w:rPr>
              <w:t>Funcția</w:t>
            </w:r>
            <w:proofErr w:type="spellEnd"/>
            <w:r w:rsidRPr="00276B39">
              <w:rPr>
                <w:rFonts w:cs="Times New Roman"/>
                <w:color w:val="000000"/>
                <w:szCs w:val="24"/>
              </w:rPr>
              <w:t>: ____________________________________</w:t>
            </w:r>
            <w:r w:rsidRPr="00276B39">
              <w:rPr>
                <w:rFonts w:cs="Times New Roman"/>
                <w:color w:val="000000"/>
                <w:szCs w:val="24"/>
              </w:rPr>
              <w:br/>
            </w:r>
            <w:proofErr w:type="spellStart"/>
            <w:r w:rsidRPr="00276B39">
              <w:rPr>
                <w:rFonts w:cs="Times New Roman"/>
                <w:color w:val="000000"/>
                <w:szCs w:val="24"/>
              </w:rPr>
              <w:t>Telefon</w:t>
            </w:r>
            <w:proofErr w:type="spellEnd"/>
            <w:r w:rsidRPr="00276B39">
              <w:rPr>
                <w:rFonts w:cs="Times New Roman"/>
                <w:color w:val="000000"/>
                <w:szCs w:val="24"/>
              </w:rPr>
              <w:t>: ____________________________________</w:t>
            </w:r>
            <w:r w:rsidRPr="00276B39">
              <w:rPr>
                <w:rFonts w:cs="Times New Roman"/>
                <w:color w:val="000000"/>
                <w:szCs w:val="24"/>
              </w:rPr>
              <w:br/>
              <w:t>E-mail: _____________________________________</w:t>
            </w:r>
          </w:p>
        </w:tc>
      </w:tr>
    </w:tbl>
    <w:p w:rsidR="00127E6A" w:rsidRPr="00276B39" w:rsidRDefault="00127E6A" w:rsidP="00BD31A6">
      <w:pPr>
        <w:widowControl w:val="0"/>
        <w:spacing w:after="0" w:line="240" w:lineRule="auto"/>
        <w:jc w:val="both"/>
        <w:rPr>
          <w:rFonts w:cs="Times New Roman"/>
          <w:szCs w:val="24"/>
        </w:rPr>
      </w:pPr>
      <w:proofErr w:type="spellStart"/>
      <w:r w:rsidRPr="00276B39">
        <w:rPr>
          <w:rFonts w:cs="Times New Roman"/>
          <w:color w:val="000000"/>
          <w:szCs w:val="24"/>
        </w:rPr>
        <w:t>Operatorul</w:t>
      </w:r>
      <w:proofErr w:type="spellEnd"/>
      <w:r w:rsidRPr="00276B39">
        <w:rPr>
          <w:rFonts w:cs="Times New Roman"/>
          <w:color w:val="000000"/>
          <w:szCs w:val="24"/>
        </w:rPr>
        <w:t xml:space="preserve"> economic </w:t>
      </w:r>
      <w:proofErr w:type="spellStart"/>
      <w:r w:rsidRPr="00276B39">
        <w:rPr>
          <w:rFonts w:cs="Times New Roman"/>
          <w:color w:val="000000"/>
          <w:szCs w:val="24"/>
        </w:rPr>
        <w:t>declară</w:t>
      </w:r>
      <w:proofErr w:type="spellEnd"/>
      <w:r w:rsidRPr="00276B39">
        <w:rPr>
          <w:rFonts w:cs="Times New Roman"/>
          <w:color w:val="000000"/>
          <w:szCs w:val="24"/>
        </w:rPr>
        <w:t xml:space="preserve"> </w:t>
      </w:r>
      <w:proofErr w:type="spellStart"/>
      <w:r w:rsidRPr="00276B39">
        <w:rPr>
          <w:rFonts w:cs="Times New Roman"/>
          <w:color w:val="000000"/>
          <w:szCs w:val="24"/>
        </w:rPr>
        <w:t>că</w:t>
      </w:r>
      <w:proofErr w:type="spellEnd"/>
      <w:r w:rsidRPr="00276B39">
        <w:rPr>
          <w:rFonts w:cs="Times New Roman"/>
          <w:color w:val="000000"/>
          <w:szCs w:val="24"/>
        </w:rPr>
        <w:t xml:space="preserve"> nu se </w:t>
      </w:r>
      <w:proofErr w:type="spellStart"/>
      <w:r w:rsidRPr="00276B39">
        <w:rPr>
          <w:rFonts w:cs="Times New Roman"/>
          <w:color w:val="000000"/>
          <w:szCs w:val="24"/>
        </w:rPr>
        <w:t>află</w:t>
      </w:r>
      <w:proofErr w:type="spellEnd"/>
      <w:r w:rsidRPr="00276B39">
        <w:rPr>
          <w:rFonts w:cs="Times New Roman"/>
          <w:color w:val="000000"/>
          <w:szCs w:val="24"/>
        </w:rPr>
        <w:t xml:space="preserve"> </w:t>
      </w:r>
      <w:proofErr w:type="spellStart"/>
      <w:r w:rsidRPr="00276B39">
        <w:rPr>
          <w:rFonts w:cs="Times New Roman"/>
          <w:color w:val="000000"/>
          <w:szCs w:val="24"/>
        </w:rPr>
        <w:t>în</w:t>
      </w:r>
      <w:proofErr w:type="spellEnd"/>
      <w:r w:rsidRPr="00276B39">
        <w:rPr>
          <w:rFonts w:cs="Times New Roman"/>
          <w:color w:val="000000"/>
          <w:szCs w:val="24"/>
        </w:rPr>
        <w:t xml:space="preserve"> </w:t>
      </w:r>
      <w:proofErr w:type="spellStart"/>
      <w:r w:rsidRPr="00276B39">
        <w:rPr>
          <w:rFonts w:cs="Times New Roman"/>
          <w:color w:val="000000"/>
          <w:szCs w:val="24"/>
        </w:rPr>
        <w:t>proces</w:t>
      </w:r>
      <w:proofErr w:type="spellEnd"/>
      <w:r w:rsidRPr="00276B39">
        <w:rPr>
          <w:rFonts w:cs="Times New Roman"/>
          <w:color w:val="000000"/>
          <w:szCs w:val="24"/>
        </w:rPr>
        <w:t xml:space="preserve"> de </w:t>
      </w:r>
      <w:proofErr w:type="spellStart"/>
      <w:r w:rsidRPr="00276B39">
        <w:rPr>
          <w:rFonts w:cs="Times New Roman"/>
          <w:color w:val="000000"/>
          <w:szCs w:val="24"/>
        </w:rPr>
        <w:t>insolvabilitate</w:t>
      </w:r>
      <w:proofErr w:type="spellEnd"/>
      <w:r w:rsidRPr="00276B39">
        <w:rPr>
          <w:rFonts w:cs="Times New Roman"/>
          <w:color w:val="000000"/>
          <w:szCs w:val="24"/>
        </w:rPr>
        <w:t xml:space="preserve">, </w:t>
      </w:r>
      <w:proofErr w:type="spellStart"/>
      <w:r w:rsidRPr="00276B39">
        <w:rPr>
          <w:rFonts w:cs="Times New Roman"/>
          <w:color w:val="000000"/>
          <w:szCs w:val="24"/>
        </w:rPr>
        <w:t>lichidare</w:t>
      </w:r>
      <w:proofErr w:type="spellEnd"/>
      <w:r w:rsidRPr="00276B39">
        <w:rPr>
          <w:rFonts w:cs="Times New Roman"/>
          <w:color w:val="000000"/>
          <w:szCs w:val="24"/>
        </w:rPr>
        <w:t xml:space="preserve"> </w:t>
      </w:r>
      <w:proofErr w:type="spellStart"/>
      <w:r w:rsidRPr="00276B39">
        <w:rPr>
          <w:rFonts w:cs="Times New Roman"/>
          <w:color w:val="000000"/>
          <w:szCs w:val="24"/>
        </w:rPr>
        <w:t>sau</w:t>
      </w:r>
      <w:proofErr w:type="spellEnd"/>
      <w:r w:rsidRPr="00276B39">
        <w:rPr>
          <w:rFonts w:cs="Times New Roman"/>
          <w:color w:val="000000"/>
          <w:szCs w:val="24"/>
        </w:rPr>
        <w:t xml:space="preserve"> </w:t>
      </w:r>
      <w:proofErr w:type="spellStart"/>
      <w:r w:rsidRPr="00276B39">
        <w:rPr>
          <w:rFonts w:cs="Times New Roman"/>
          <w:color w:val="000000"/>
          <w:szCs w:val="24"/>
        </w:rPr>
        <w:t>suspendare</w:t>
      </w:r>
      <w:proofErr w:type="spellEnd"/>
      <w:r w:rsidRPr="00276B39">
        <w:rPr>
          <w:rFonts w:cs="Times New Roman"/>
          <w:color w:val="000000"/>
          <w:szCs w:val="24"/>
        </w:rPr>
        <w:t xml:space="preserve"> </w:t>
      </w:r>
      <w:proofErr w:type="gramStart"/>
      <w:r w:rsidRPr="00276B39">
        <w:rPr>
          <w:rFonts w:cs="Times New Roman"/>
          <w:color w:val="000000"/>
          <w:szCs w:val="24"/>
        </w:rPr>
        <w:t>a</w:t>
      </w:r>
      <w:proofErr w:type="gramEnd"/>
      <w:r w:rsidRPr="00276B39">
        <w:rPr>
          <w:rFonts w:cs="Times New Roman"/>
          <w:color w:val="000000"/>
          <w:szCs w:val="24"/>
        </w:rPr>
        <w:t xml:space="preserve"> </w:t>
      </w:r>
      <w:proofErr w:type="spellStart"/>
      <w:r w:rsidRPr="00276B39">
        <w:rPr>
          <w:rFonts w:cs="Times New Roman"/>
          <w:color w:val="000000"/>
          <w:szCs w:val="24"/>
        </w:rPr>
        <w:t>activității</w:t>
      </w:r>
      <w:proofErr w:type="spellEnd"/>
      <w:r w:rsidRPr="00276B39">
        <w:rPr>
          <w:rFonts w:cs="Times New Roman"/>
          <w:color w:val="000000"/>
          <w:szCs w:val="24"/>
        </w:rPr>
        <w:t xml:space="preserve"> </w:t>
      </w:r>
      <w:proofErr w:type="spellStart"/>
      <w:r w:rsidRPr="00276B39">
        <w:rPr>
          <w:rFonts w:cs="Times New Roman"/>
          <w:color w:val="000000"/>
          <w:szCs w:val="24"/>
        </w:rPr>
        <w:t>și</w:t>
      </w:r>
      <w:proofErr w:type="spellEnd"/>
      <w:r w:rsidRPr="00276B39">
        <w:rPr>
          <w:rFonts w:cs="Times New Roman"/>
          <w:color w:val="000000"/>
          <w:szCs w:val="24"/>
        </w:rPr>
        <w:t xml:space="preserve"> are </w:t>
      </w:r>
      <w:proofErr w:type="spellStart"/>
      <w:r w:rsidRPr="00276B39">
        <w:rPr>
          <w:rFonts w:cs="Times New Roman"/>
          <w:color w:val="000000"/>
          <w:szCs w:val="24"/>
        </w:rPr>
        <w:t>dreptul</w:t>
      </w:r>
      <w:proofErr w:type="spellEnd"/>
      <w:r w:rsidRPr="00276B39">
        <w:rPr>
          <w:rFonts w:cs="Times New Roman"/>
          <w:color w:val="000000"/>
          <w:szCs w:val="24"/>
        </w:rPr>
        <w:t xml:space="preserve"> legal de a </w:t>
      </w:r>
      <w:proofErr w:type="spellStart"/>
      <w:r w:rsidRPr="00276B39">
        <w:rPr>
          <w:rFonts w:cs="Times New Roman"/>
          <w:color w:val="000000"/>
          <w:szCs w:val="24"/>
        </w:rPr>
        <w:t>desfășura</w:t>
      </w:r>
      <w:proofErr w:type="spellEnd"/>
      <w:r w:rsidRPr="00276B39">
        <w:rPr>
          <w:rFonts w:cs="Times New Roman"/>
          <w:color w:val="000000"/>
          <w:szCs w:val="24"/>
        </w:rPr>
        <w:t xml:space="preserve"> </w:t>
      </w:r>
      <w:proofErr w:type="spellStart"/>
      <w:r w:rsidRPr="00276B39">
        <w:rPr>
          <w:rFonts w:cs="Times New Roman"/>
          <w:color w:val="000000"/>
          <w:szCs w:val="24"/>
        </w:rPr>
        <w:t>activitățile</w:t>
      </w:r>
      <w:proofErr w:type="spellEnd"/>
      <w:r w:rsidRPr="00276B39">
        <w:rPr>
          <w:rFonts w:cs="Times New Roman"/>
          <w:color w:val="000000"/>
          <w:szCs w:val="24"/>
        </w:rPr>
        <w:t xml:space="preserve"> </w:t>
      </w:r>
      <w:proofErr w:type="spellStart"/>
      <w:r w:rsidRPr="00276B39">
        <w:rPr>
          <w:rFonts w:cs="Times New Roman"/>
          <w:color w:val="000000"/>
          <w:szCs w:val="24"/>
        </w:rPr>
        <w:t>aferente</w:t>
      </w:r>
      <w:proofErr w:type="spellEnd"/>
      <w:r w:rsidRPr="00276B39">
        <w:rPr>
          <w:rFonts w:cs="Times New Roman"/>
          <w:color w:val="000000"/>
          <w:szCs w:val="24"/>
        </w:rPr>
        <w:t xml:space="preserve"> </w:t>
      </w:r>
      <w:proofErr w:type="spellStart"/>
      <w:r w:rsidRPr="00276B39">
        <w:rPr>
          <w:rFonts w:cs="Times New Roman"/>
          <w:color w:val="000000"/>
          <w:szCs w:val="24"/>
        </w:rPr>
        <w:t>obiectului</w:t>
      </w:r>
      <w:proofErr w:type="spellEnd"/>
      <w:r w:rsidRPr="00276B39">
        <w:rPr>
          <w:rFonts w:cs="Times New Roman"/>
          <w:color w:val="000000"/>
          <w:szCs w:val="24"/>
        </w:rPr>
        <w:t xml:space="preserve"> </w:t>
      </w:r>
      <w:proofErr w:type="spellStart"/>
      <w:r w:rsidRPr="00276B39">
        <w:rPr>
          <w:rFonts w:cs="Times New Roman"/>
          <w:color w:val="000000"/>
          <w:szCs w:val="24"/>
        </w:rPr>
        <w:t>contractului</w:t>
      </w:r>
      <w:proofErr w:type="spellEnd"/>
      <w:r w:rsidRPr="00276B39">
        <w:rPr>
          <w:rFonts w:cs="Times New Roman"/>
          <w:color w:val="000000"/>
          <w:szCs w:val="24"/>
        </w:rPr>
        <w:t>.</w:t>
      </w:r>
    </w:p>
    <w:p w:rsidR="00127E6A" w:rsidRPr="00276B39" w:rsidRDefault="00127E6A" w:rsidP="00531B9B">
      <w:pPr>
        <w:widowControl w:val="0"/>
        <w:spacing w:after="0" w:line="240" w:lineRule="auto"/>
        <w:jc w:val="both"/>
        <w:rPr>
          <w:rFonts w:cs="Times New Roman"/>
          <w:szCs w:val="24"/>
        </w:rPr>
      </w:pPr>
      <w:r w:rsidRPr="00276B39">
        <w:rPr>
          <w:rFonts w:cs="Times New Roman"/>
          <w:color w:val="000000"/>
          <w:szCs w:val="24"/>
        </w:rPr>
        <w:t xml:space="preserve">Data </w:t>
      </w:r>
      <w:proofErr w:type="spellStart"/>
      <w:r w:rsidRPr="00276B39">
        <w:rPr>
          <w:rFonts w:cs="Times New Roman"/>
          <w:color w:val="000000"/>
          <w:szCs w:val="24"/>
        </w:rPr>
        <w:t>completării</w:t>
      </w:r>
      <w:proofErr w:type="spellEnd"/>
      <w:r w:rsidRPr="00276B39">
        <w:rPr>
          <w:rFonts w:cs="Times New Roman"/>
          <w:color w:val="000000"/>
          <w:szCs w:val="24"/>
        </w:rPr>
        <w:t>: _______________</w:t>
      </w:r>
    </w:p>
    <w:p w:rsidR="00127E6A" w:rsidRPr="00276B39" w:rsidRDefault="00127E6A" w:rsidP="00531B9B">
      <w:pPr>
        <w:widowControl w:val="0"/>
        <w:spacing w:after="0" w:line="240" w:lineRule="auto"/>
        <w:jc w:val="both"/>
        <w:rPr>
          <w:rFonts w:cs="Times New Roman"/>
          <w:szCs w:val="24"/>
        </w:rPr>
      </w:pPr>
      <w:r w:rsidRPr="00276B39">
        <w:rPr>
          <w:rFonts w:cs="Times New Roman"/>
          <w:color w:val="000000"/>
          <w:szCs w:val="24"/>
        </w:rPr>
        <w:t>Operator economic: _______________________________</w:t>
      </w:r>
    </w:p>
    <w:p w:rsidR="00127E6A" w:rsidRPr="00276B39" w:rsidRDefault="00127E6A" w:rsidP="00531B9B">
      <w:pPr>
        <w:widowControl w:val="0"/>
        <w:spacing w:after="0" w:line="240" w:lineRule="auto"/>
        <w:jc w:val="both"/>
        <w:rPr>
          <w:rFonts w:cs="Times New Roman"/>
          <w:szCs w:val="24"/>
        </w:rPr>
      </w:pPr>
      <w:proofErr w:type="spellStart"/>
      <w:r w:rsidRPr="00276B39">
        <w:rPr>
          <w:rFonts w:cs="Times New Roman"/>
          <w:color w:val="000000"/>
          <w:szCs w:val="24"/>
        </w:rPr>
        <w:t>Nume</w:t>
      </w:r>
      <w:proofErr w:type="spellEnd"/>
      <w:r w:rsidRPr="00276B39">
        <w:rPr>
          <w:rFonts w:cs="Times New Roman"/>
          <w:color w:val="000000"/>
          <w:szCs w:val="24"/>
        </w:rPr>
        <w:t xml:space="preserve">, </w:t>
      </w:r>
      <w:proofErr w:type="spellStart"/>
      <w:r w:rsidRPr="00276B39">
        <w:rPr>
          <w:rFonts w:cs="Times New Roman"/>
          <w:color w:val="000000"/>
          <w:szCs w:val="24"/>
        </w:rPr>
        <w:t>prenume</w:t>
      </w:r>
      <w:proofErr w:type="spellEnd"/>
      <w:r w:rsidRPr="00276B39">
        <w:rPr>
          <w:rFonts w:cs="Times New Roman"/>
          <w:color w:val="000000"/>
          <w:szCs w:val="24"/>
        </w:rPr>
        <w:t>: _______________________________</w:t>
      </w:r>
    </w:p>
    <w:p w:rsidR="00127E6A" w:rsidRPr="00276B39" w:rsidRDefault="00127E6A" w:rsidP="00531B9B">
      <w:pPr>
        <w:widowControl w:val="0"/>
        <w:spacing w:after="0" w:line="240" w:lineRule="auto"/>
        <w:jc w:val="both"/>
        <w:rPr>
          <w:rFonts w:cs="Times New Roman"/>
          <w:szCs w:val="24"/>
        </w:rPr>
      </w:pPr>
      <w:proofErr w:type="spellStart"/>
      <w:r w:rsidRPr="00276B39">
        <w:rPr>
          <w:rFonts w:cs="Times New Roman"/>
          <w:color w:val="000000"/>
          <w:szCs w:val="24"/>
        </w:rPr>
        <w:t>Funcția</w:t>
      </w:r>
      <w:proofErr w:type="spellEnd"/>
      <w:r w:rsidRPr="00276B39">
        <w:rPr>
          <w:rFonts w:cs="Times New Roman"/>
          <w:color w:val="000000"/>
          <w:szCs w:val="24"/>
        </w:rPr>
        <w:t>: _______________________________</w:t>
      </w:r>
    </w:p>
    <w:p w:rsidR="00814F27" w:rsidRPr="00276B39" w:rsidRDefault="00127E6A" w:rsidP="00531B9B">
      <w:pPr>
        <w:widowControl w:val="0"/>
        <w:spacing w:after="0" w:line="216" w:lineRule="auto"/>
        <w:jc w:val="both"/>
        <w:rPr>
          <w:rFonts w:cs="Times New Roman"/>
          <w:szCs w:val="24"/>
        </w:rPr>
      </w:pPr>
      <w:proofErr w:type="spellStart"/>
      <w:r w:rsidRPr="00276B39">
        <w:rPr>
          <w:rFonts w:cs="Times New Roman"/>
          <w:color w:val="000000"/>
          <w:szCs w:val="24"/>
        </w:rPr>
        <w:t>Semnătura</w:t>
      </w:r>
      <w:proofErr w:type="spellEnd"/>
      <w:r w:rsidRPr="00276B39">
        <w:rPr>
          <w:rFonts w:cs="Times New Roman"/>
          <w:color w:val="000000"/>
          <w:szCs w:val="24"/>
        </w:rPr>
        <w:t>: _______________________________</w:t>
      </w:r>
    </w:p>
    <w:sectPr w:rsidR="00814F27" w:rsidRPr="00276B39">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abstractNum w:abstractNumId="10" w15:restartNumberingAfterBreak="0">
    <w:nsid w:val="467F3DE7"/>
    <w:multiLevelType w:val="hybridMultilevel"/>
    <w:tmpl w:val="2D5C6D7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BB73B8"/>
    <w:multiLevelType w:val="hybridMultilevel"/>
    <w:tmpl w:val="6428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369E"/>
    <w:rsid w:val="000B6594"/>
    <w:rsid w:val="000D5E22"/>
    <w:rsid w:val="00110FDC"/>
    <w:rsid w:val="00127E6A"/>
    <w:rsid w:val="0015074B"/>
    <w:rsid w:val="0018691C"/>
    <w:rsid w:val="001B08D7"/>
    <w:rsid w:val="001F1165"/>
    <w:rsid w:val="00210902"/>
    <w:rsid w:val="0022270F"/>
    <w:rsid w:val="002475E1"/>
    <w:rsid w:val="00276B39"/>
    <w:rsid w:val="0029639D"/>
    <w:rsid w:val="00326F90"/>
    <w:rsid w:val="00374C8A"/>
    <w:rsid w:val="00445362"/>
    <w:rsid w:val="00484219"/>
    <w:rsid w:val="00505F62"/>
    <w:rsid w:val="00531B9B"/>
    <w:rsid w:val="005C706A"/>
    <w:rsid w:val="005F130F"/>
    <w:rsid w:val="00603D90"/>
    <w:rsid w:val="006603CA"/>
    <w:rsid w:val="006E0A3D"/>
    <w:rsid w:val="006E2DA4"/>
    <w:rsid w:val="00707AC9"/>
    <w:rsid w:val="00730D67"/>
    <w:rsid w:val="00732BA3"/>
    <w:rsid w:val="00747772"/>
    <w:rsid w:val="007A4A9F"/>
    <w:rsid w:val="007C25C0"/>
    <w:rsid w:val="007E7CF6"/>
    <w:rsid w:val="007F29ED"/>
    <w:rsid w:val="00803D8D"/>
    <w:rsid w:val="00811206"/>
    <w:rsid w:val="00814F27"/>
    <w:rsid w:val="00872598"/>
    <w:rsid w:val="008B14F8"/>
    <w:rsid w:val="0098480E"/>
    <w:rsid w:val="009B721A"/>
    <w:rsid w:val="00A02F09"/>
    <w:rsid w:val="00A138C2"/>
    <w:rsid w:val="00A20347"/>
    <w:rsid w:val="00A45F2B"/>
    <w:rsid w:val="00A97ADF"/>
    <w:rsid w:val="00AA1D8D"/>
    <w:rsid w:val="00B47730"/>
    <w:rsid w:val="00B8159E"/>
    <w:rsid w:val="00BC4293"/>
    <w:rsid w:val="00BD31A6"/>
    <w:rsid w:val="00BD4525"/>
    <w:rsid w:val="00C56432"/>
    <w:rsid w:val="00C75252"/>
    <w:rsid w:val="00C8582B"/>
    <w:rsid w:val="00CB0664"/>
    <w:rsid w:val="00CB7340"/>
    <w:rsid w:val="00D26613"/>
    <w:rsid w:val="00D92004"/>
    <w:rsid w:val="00DA768A"/>
    <w:rsid w:val="00DB14F8"/>
    <w:rsid w:val="00DE74D3"/>
    <w:rsid w:val="00E17C54"/>
    <w:rsid w:val="00E87FE3"/>
    <w:rsid w:val="00E902B2"/>
    <w:rsid w:val="00EE23B4"/>
    <w:rsid w:val="00F26446"/>
    <w:rsid w:val="00FA6A39"/>
    <w:rsid w:val="00FC693F"/>
    <w:rsid w:val="00FF1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C6C534"/>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rPr>
      <w:rFonts w:ascii="Times New Roman" w:eastAsia="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FF1E07"/>
    <w:rPr>
      <w:color w:val="000000"/>
      <w:u w:val="none"/>
    </w:rPr>
  </w:style>
  <w:style w:type="character" w:styleId="MeniuneNerezolvat">
    <w:name w:val="Unresolved Mention"/>
    <w:basedOn w:val="Fontdeparagrafimplicit"/>
    <w:uiPriority w:val="99"/>
    <w:semiHidden/>
    <w:unhideWhenUsed/>
    <w:rsid w:val="00FF1E07"/>
    <w:rPr>
      <w:color w:val="605E5C"/>
      <w:shd w:val="clear" w:color="auto" w:fill="E1DFDD"/>
    </w:rPr>
  </w:style>
  <w:style w:type="table" w:customStyle="1" w:styleId="Tabelgril1">
    <w:name w:val="Tabel grilă1"/>
    <w:basedOn w:val="TabelNormal"/>
    <w:next w:val="Tabelgril"/>
    <w:uiPriority w:val="59"/>
    <w:rsid w:val="00127E6A"/>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313905">
      <w:bodyDiv w:val="1"/>
      <w:marLeft w:val="0"/>
      <w:marRight w:val="0"/>
      <w:marTop w:val="0"/>
      <w:marBottom w:val="0"/>
      <w:divBdr>
        <w:top w:val="none" w:sz="0" w:space="0" w:color="auto"/>
        <w:left w:val="none" w:sz="0" w:space="0" w:color="auto"/>
        <w:bottom w:val="none" w:sz="0" w:space="0" w:color="auto"/>
        <w:right w:val="none" w:sz="0" w:space="0" w:color="auto"/>
      </w:divBdr>
    </w:div>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2135295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AD0AF-04AB-4572-9187-B4D0E9598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2521</Words>
  <Characters>14376</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5</cp:revision>
  <dcterms:created xsi:type="dcterms:W3CDTF">2026-06-30T09:03:00Z</dcterms:created>
  <dcterms:modified xsi:type="dcterms:W3CDTF">2026-06-30T09:13:00Z</dcterms:modified>
  <cp:category/>
</cp:coreProperties>
</file>