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96499" w14:textId="77777777" w:rsidR="00E877FC" w:rsidRPr="00942D6F" w:rsidRDefault="00E877FC" w:rsidP="00E877FC">
      <w:pPr>
        <w:spacing w:before="120" w:after="0" w:line="240" w:lineRule="auto"/>
        <w:jc w:val="center"/>
        <w:outlineLvl w:val="0"/>
        <w:rPr>
          <w:rFonts w:eastAsia="Times New Roman" w:cs="Times New Roman"/>
          <w:b/>
          <w:sz w:val="24"/>
          <w:szCs w:val="24"/>
          <w:lang w:val="ro-MD" w:eastAsia="ru-RU"/>
        </w:rPr>
      </w:pPr>
      <w:r w:rsidRPr="00942D6F">
        <w:rPr>
          <w:rFonts w:eastAsia="Times New Roman" w:cs="Times New Roman"/>
          <w:b/>
          <w:sz w:val="24"/>
          <w:szCs w:val="24"/>
          <w:lang w:val="ro-MD" w:eastAsia="ru-RU"/>
        </w:rPr>
        <w:t>ANUNȚ DE PARTICIPARE INCLUSIV PENTRU PROCEDURILE DE PRESELECȚIE/PROCEDURILE NEGOCIATE</w:t>
      </w:r>
    </w:p>
    <w:p w14:paraId="3CE4F1E9" w14:textId="75D12D35" w:rsidR="00E877FC" w:rsidRDefault="00E877FC" w:rsidP="00E877FC">
      <w:pPr>
        <w:tabs>
          <w:tab w:val="left" w:pos="284"/>
          <w:tab w:val="left" w:pos="426"/>
        </w:tabs>
        <w:spacing w:before="120" w:after="0" w:line="240" w:lineRule="auto"/>
        <w:jc w:val="center"/>
        <w:rPr>
          <w:rFonts w:eastAsia="Times New Roman" w:cs="Times New Roman"/>
          <w:b/>
          <w:bCs/>
          <w:sz w:val="24"/>
          <w:szCs w:val="24"/>
          <w:lang w:val="pt-BR" w:eastAsia="ru-RU"/>
        </w:rPr>
      </w:pPr>
      <w:r w:rsidRPr="00942D6F">
        <w:rPr>
          <w:rFonts w:eastAsia="Times New Roman" w:cs="Times New Roman"/>
          <w:b/>
          <w:bCs/>
          <w:sz w:val="24"/>
          <w:szCs w:val="24"/>
          <w:lang w:val="ro-MD" w:eastAsia="ru-RU"/>
        </w:rPr>
        <w:t xml:space="preserve">privind </w:t>
      </w:r>
      <w:r w:rsidRPr="002700FD">
        <w:rPr>
          <w:rFonts w:eastAsia="Times New Roman" w:cs="Times New Roman"/>
          <w:b/>
          <w:bCs/>
          <w:sz w:val="24"/>
          <w:szCs w:val="24"/>
          <w:lang w:val="pt-BR" w:eastAsia="ru-RU"/>
        </w:rPr>
        <w:t>Achiziționarea unui sistem de monitorizare video cu camere de corp</w:t>
      </w:r>
      <w:r>
        <w:rPr>
          <w:rFonts w:eastAsia="Times New Roman" w:cs="Times New Roman"/>
          <w:b/>
          <w:bCs/>
          <w:sz w:val="24"/>
          <w:szCs w:val="24"/>
          <w:lang w:val="pt-BR" w:eastAsia="ru-RU"/>
        </w:rPr>
        <w:t xml:space="preserve"> (body camere)</w:t>
      </w:r>
    </w:p>
    <w:p w14:paraId="74C053D2" w14:textId="77777777" w:rsidR="00E877FC" w:rsidRPr="002700FD" w:rsidRDefault="00E877FC" w:rsidP="00E877FC">
      <w:pPr>
        <w:tabs>
          <w:tab w:val="left" w:pos="284"/>
          <w:tab w:val="left" w:pos="426"/>
        </w:tabs>
        <w:spacing w:before="120" w:after="0" w:line="240" w:lineRule="auto"/>
        <w:jc w:val="center"/>
        <w:rPr>
          <w:rFonts w:eastAsia="Times New Roman" w:cs="Times New Roman"/>
          <w:b/>
          <w:bCs/>
          <w:sz w:val="24"/>
          <w:szCs w:val="24"/>
          <w:lang w:val="pt-BR" w:eastAsia="ru-RU"/>
        </w:rPr>
      </w:pPr>
    </w:p>
    <w:p w14:paraId="3621578E" w14:textId="77777777" w:rsidR="00E877FC" w:rsidRPr="00942D6F" w:rsidRDefault="00E877FC" w:rsidP="00E877FC">
      <w:pPr>
        <w:numPr>
          <w:ilvl w:val="0"/>
          <w:numId w:val="19"/>
        </w:numPr>
        <w:tabs>
          <w:tab w:val="left" w:pos="284"/>
          <w:tab w:val="left" w:pos="426"/>
        </w:tabs>
        <w:spacing w:before="120" w:after="0" w:line="240" w:lineRule="auto"/>
        <w:ind w:left="284" w:hanging="284"/>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Denumirea autorității contractante: </w:t>
      </w:r>
      <w:r w:rsidRPr="00942D6F">
        <w:rPr>
          <w:rFonts w:eastAsia="Times New Roman" w:cs="Times New Roman"/>
          <w:sz w:val="24"/>
          <w:szCs w:val="24"/>
          <w:shd w:val="clear" w:color="auto" w:fill="FFFFFF"/>
          <w:lang w:val="ro-MD" w:eastAsia="ru-RU"/>
        </w:rPr>
        <w:t>Serviciul Vamal al Republicii Moldova</w:t>
      </w:r>
    </w:p>
    <w:p w14:paraId="3828A93E" w14:textId="77777777" w:rsidR="00E877FC" w:rsidRPr="00942D6F" w:rsidRDefault="00E877FC" w:rsidP="00E877FC">
      <w:pPr>
        <w:numPr>
          <w:ilvl w:val="0"/>
          <w:numId w:val="19"/>
        </w:numPr>
        <w:shd w:val="clear" w:color="auto" w:fill="FFFFFF"/>
        <w:tabs>
          <w:tab w:val="left" w:pos="284"/>
          <w:tab w:val="left" w:pos="426"/>
        </w:tabs>
        <w:spacing w:before="120" w:after="0" w:line="240" w:lineRule="auto"/>
        <w:ind w:left="284" w:hanging="284"/>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IDNO: </w:t>
      </w:r>
      <w:r w:rsidRPr="00942D6F">
        <w:rPr>
          <w:rFonts w:eastAsia="Times New Roman" w:cs="Times New Roman"/>
          <w:sz w:val="24"/>
          <w:szCs w:val="24"/>
          <w:shd w:val="clear" w:color="auto" w:fill="FFFFFF"/>
          <w:lang w:val="ro-MD" w:eastAsia="ru-RU"/>
        </w:rPr>
        <w:t>1006601000185</w:t>
      </w:r>
    </w:p>
    <w:p w14:paraId="0AF19461" w14:textId="77777777" w:rsidR="00E877FC" w:rsidRPr="00942D6F" w:rsidRDefault="00E877FC" w:rsidP="00E877FC">
      <w:pPr>
        <w:numPr>
          <w:ilvl w:val="0"/>
          <w:numId w:val="19"/>
        </w:numPr>
        <w:tabs>
          <w:tab w:val="left" w:pos="284"/>
          <w:tab w:val="left" w:pos="426"/>
        </w:tabs>
        <w:spacing w:before="120" w:after="0" w:line="240" w:lineRule="auto"/>
        <w:ind w:left="284" w:hanging="284"/>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Adresa: </w:t>
      </w:r>
      <w:r w:rsidRPr="00942D6F">
        <w:rPr>
          <w:rFonts w:eastAsia="Times New Roman" w:cs="Times New Roman"/>
          <w:sz w:val="24"/>
          <w:szCs w:val="24"/>
          <w:shd w:val="clear" w:color="auto" w:fill="FFFFFF"/>
          <w:lang w:val="ro-MD" w:eastAsia="ru-RU"/>
        </w:rPr>
        <w:t>mun. Chișinău, str. Nicolae Starostenco, 30</w:t>
      </w:r>
    </w:p>
    <w:p w14:paraId="70D61372" w14:textId="77777777" w:rsidR="00E877FC" w:rsidRPr="00942D6F" w:rsidRDefault="00E877FC" w:rsidP="00E877FC">
      <w:pPr>
        <w:numPr>
          <w:ilvl w:val="0"/>
          <w:numId w:val="19"/>
        </w:numPr>
        <w:tabs>
          <w:tab w:val="left" w:pos="284"/>
          <w:tab w:val="left" w:pos="426"/>
        </w:tabs>
        <w:spacing w:before="120" w:after="0" w:line="240" w:lineRule="auto"/>
        <w:ind w:left="284" w:hanging="284"/>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Numărul de telefon/fax: </w:t>
      </w:r>
      <w:r w:rsidRPr="00942D6F">
        <w:rPr>
          <w:rFonts w:eastAsia="Times New Roman" w:cs="Times New Roman"/>
          <w:sz w:val="24"/>
          <w:szCs w:val="24"/>
          <w:shd w:val="clear" w:color="auto" w:fill="FFFFFF"/>
          <w:lang w:val="ro-MD" w:eastAsia="ru-RU"/>
        </w:rPr>
        <w:t>022 574-201</w:t>
      </w:r>
    </w:p>
    <w:p w14:paraId="5FB4DDD2" w14:textId="77777777" w:rsidR="00E877FC" w:rsidRPr="00942D6F" w:rsidRDefault="00E877FC" w:rsidP="00E877FC">
      <w:pPr>
        <w:numPr>
          <w:ilvl w:val="0"/>
          <w:numId w:val="19"/>
        </w:numPr>
        <w:shd w:val="clear" w:color="auto" w:fill="FFFFFF"/>
        <w:tabs>
          <w:tab w:val="left" w:pos="284"/>
          <w:tab w:val="left" w:pos="426"/>
        </w:tabs>
        <w:spacing w:before="120" w:after="0" w:line="240" w:lineRule="auto"/>
        <w:ind w:left="284" w:hanging="284"/>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Adresa de e-mail și de internet a autorității contractante: </w:t>
      </w:r>
      <w:r w:rsidRPr="00942D6F">
        <w:rPr>
          <w:rFonts w:eastAsia="Times New Roman" w:cs="Times New Roman"/>
          <w:sz w:val="24"/>
          <w:szCs w:val="24"/>
          <w:lang w:val="ro-MD" w:eastAsia="ru-RU"/>
        </w:rPr>
        <w:t>vama@customs.gov.md</w:t>
      </w:r>
      <w:r w:rsidRPr="00942D6F">
        <w:rPr>
          <w:rFonts w:eastAsia="Times New Roman" w:cs="Times New Roman"/>
          <w:sz w:val="24"/>
          <w:szCs w:val="24"/>
          <w:shd w:val="clear" w:color="auto" w:fill="FFFFFF"/>
          <w:lang w:val="ro-MD" w:eastAsia="ru-RU"/>
        </w:rPr>
        <w:t>, www.</w:t>
      </w:r>
      <w:r w:rsidRPr="00942D6F">
        <w:rPr>
          <w:rFonts w:eastAsia="Times New Roman" w:cs="Times New Roman"/>
          <w:sz w:val="24"/>
          <w:szCs w:val="24"/>
          <w:lang w:val="ro-MD" w:eastAsia="ru-RU"/>
        </w:rPr>
        <w:t>customs.gov.md</w:t>
      </w:r>
      <w:r w:rsidRPr="00942D6F">
        <w:rPr>
          <w:rFonts w:eastAsia="Times New Roman" w:cs="Times New Roman"/>
          <w:sz w:val="24"/>
          <w:szCs w:val="24"/>
          <w:shd w:val="clear" w:color="auto" w:fill="FFFFFF"/>
          <w:lang w:val="ro-MD" w:eastAsia="ru-RU"/>
        </w:rPr>
        <w:t>.</w:t>
      </w:r>
    </w:p>
    <w:p w14:paraId="38AEA039" w14:textId="77777777" w:rsidR="00E877FC" w:rsidRPr="00942D6F" w:rsidRDefault="00E877FC" w:rsidP="00E877FC">
      <w:pPr>
        <w:numPr>
          <w:ilvl w:val="0"/>
          <w:numId w:val="19"/>
        </w:numPr>
        <w:tabs>
          <w:tab w:val="left" w:pos="284"/>
          <w:tab w:val="left" w:pos="426"/>
        </w:tabs>
        <w:spacing w:before="120" w:after="0" w:line="240" w:lineRule="auto"/>
        <w:ind w:left="288" w:hanging="288"/>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Adresa de e-mail sau de internet de la care se va putea obține accesul la documentația de atribuire: </w:t>
      </w:r>
      <w:r w:rsidRPr="00942D6F">
        <w:rPr>
          <w:rFonts w:eastAsia="Times New Roman" w:cs="Times New Roman"/>
          <w:sz w:val="24"/>
          <w:szCs w:val="24"/>
          <w:lang w:val="ro-MD" w:eastAsia="ru-RU"/>
        </w:rPr>
        <w:t>documentația de atribuire este anexată în cadrul procedurii în SIA RSAP</w:t>
      </w:r>
      <w:r w:rsidRPr="00942D6F">
        <w:rPr>
          <w:rFonts w:eastAsia="Times New Roman" w:cs="Times New Roman"/>
          <w:b/>
          <w:sz w:val="24"/>
          <w:szCs w:val="24"/>
          <w:lang w:val="ro-MD" w:eastAsia="ru-RU"/>
        </w:rPr>
        <w:t xml:space="preserve">. </w:t>
      </w:r>
    </w:p>
    <w:p w14:paraId="1E4589DE" w14:textId="77777777" w:rsidR="00E877FC" w:rsidRPr="00942D6F" w:rsidRDefault="00E877FC" w:rsidP="00E877FC">
      <w:pPr>
        <w:numPr>
          <w:ilvl w:val="0"/>
          <w:numId w:val="19"/>
        </w:numPr>
        <w:tabs>
          <w:tab w:val="left" w:pos="284"/>
          <w:tab w:val="left" w:pos="426"/>
        </w:tabs>
        <w:spacing w:before="120" w:after="0" w:line="240" w:lineRule="auto"/>
        <w:ind w:left="289" w:hanging="289"/>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42D6F">
        <w:rPr>
          <w:rFonts w:eastAsia="Times New Roman" w:cs="Times New Roman"/>
          <w:sz w:val="24"/>
          <w:szCs w:val="24"/>
          <w:lang w:val="ro-MD" w:eastAsia="ru-RU"/>
        </w:rPr>
        <w:t>Instituție publică.</w:t>
      </w:r>
    </w:p>
    <w:p w14:paraId="6CC6D759" w14:textId="77777777" w:rsidR="00E877FC" w:rsidRDefault="00E877FC" w:rsidP="00E877FC">
      <w:pPr>
        <w:numPr>
          <w:ilvl w:val="0"/>
          <w:numId w:val="19"/>
        </w:numPr>
        <w:tabs>
          <w:tab w:val="left" w:pos="284"/>
          <w:tab w:val="right" w:pos="426"/>
        </w:tabs>
        <w:spacing w:before="120" w:after="0" w:line="240" w:lineRule="auto"/>
        <w:ind w:left="284" w:hanging="284"/>
        <w:jc w:val="both"/>
        <w:rPr>
          <w:rFonts w:eastAsia="Times New Roman" w:cs="Times New Roman"/>
          <w:b/>
          <w:sz w:val="24"/>
          <w:szCs w:val="24"/>
          <w:lang w:val="ro-MD" w:eastAsia="ru-RU"/>
        </w:rPr>
      </w:pPr>
      <w:r w:rsidRPr="00942D6F">
        <w:rPr>
          <w:rFonts w:eastAsia="Times New Roman" w:cs="Times New Roman"/>
          <w:b/>
          <w:sz w:val="24"/>
          <w:szCs w:val="24"/>
          <w:lang w:val="ro-MD" w:eastAsia="ru-RU"/>
        </w:rPr>
        <w:t>Cumpărătorul invită operatorii economici interesați, care îi pot satisface necesitățile, să participe la procedura de achiziție privind livrarea/prestarea următoarelor bunuri/servicii:</w:t>
      </w:r>
    </w:p>
    <w:p w14:paraId="23405909" w14:textId="77777777" w:rsidR="00E877FC" w:rsidRPr="00086FDC" w:rsidRDefault="00E877FC" w:rsidP="00E877FC">
      <w:pPr>
        <w:tabs>
          <w:tab w:val="left" w:pos="284"/>
          <w:tab w:val="right" w:pos="426"/>
        </w:tabs>
        <w:spacing w:before="120" w:after="0" w:line="240" w:lineRule="auto"/>
        <w:jc w:val="both"/>
        <w:rPr>
          <w:rFonts w:eastAsia="Times New Roman" w:cs="Times New Roman"/>
          <w:b/>
          <w:sz w:val="12"/>
          <w:szCs w:val="12"/>
          <w:lang w:val="ro-MD" w:eastAsia="ru-RU"/>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4536"/>
        <w:gridCol w:w="709"/>
        <w:gridCol w:w="2268"/>
        <w:gridCol w:w="1417"/>
      </w:tblGrid>
      <w:tr w:rsidR="00E877FC" w:rsidRPr="00723B52" w14:paraId="02FE9188" w14:textId="77777777" w:rsidTr="00587326">
        <w:trPr>
          <w:trHeight w:val="592"/>
        </w:trPr>
        <w:tc>
          <w:tcPr>
            <w:tcW w:w="567" w:type="dxa"/>
            <w:shd w:val="clear" w:color="auto" w:fill="D9D9D9"/>
            <w:vAlign w:val="center"/>
          </w:tcPr>
          <w:p w14:paraId="76A470BA" w14:textId="77777777" w:rsidR="00E877FC" w:rsidRPr="00723B52" w:rsidRDefault="00E877FC" w:rsidP="00587326">
            <w:pPr>
              <w:spacing w:after="0" w:line="240" w:lineRule="auto"/>
              <w:jc w:val="center"/>
              <w:rPr>
                <w:rFonts w:eastAsia="Times New Roman" w:cs="Times New Roman"/>
                <w:b/>
                <w:sz w:val="20"/>
                <w:szCs w:val="20"/>
                <w:lang w:val="ro-MD" w:eastAsia="ru-RU"/>
              </w:rPr>
            </w:pPr>
            <w:r w:rsidRPr="00723B52">
              <w:rPr>
                <w:rFonts w:eastAsia="Times New Roman" w:cs="Times New Roman"/>
                <w:b/>
                <w:sz w:val="20"/>
                <w:szCs w:val="20"/>
                <w:lang w:val="ro-MD" w:eastAsia="ru-RU"/>
              </w:rPr>
              <w:t>Nr. d/o</w:t>
            </w:r>
          </w:p>
        </w:tc>
        <w:tc>
          <w:tcPr>
            <w:tcW w:w="709" w:type="dxa"/>
            <w:shd w:val="clear" w:color="auto" w:fill="D9D9D9"/>
            <w:vAlign w:val="center"/>
          </w:tcPr>
          <w:p w14:paraId="1D859432" w14:textId="77777777" w:rsidR="00E877FC" w:rsidRPr="00723B52" w:rsidRDefault="00E877FC" w:rsidP="00587326">
            <w:pPr>
              <w:spacing w:after="0" w:line="240" w:lineRule="auto"/>
              <w:jc w:val="center"/>
              <w:rPr>
                <w:rFonts w:eastAsia="Times New Roman" w:cs="Times New Roman"/>
                <w:b/>
                <w:sz w:val="20"/>
                <w:szCs w:val="20"/>
                <w:lang w:val="ro-MD" w:eastAsia="ru-RU"/>
              </w:rPr>
            </w:pPr>
            <w:r w:rsidRPr="00723B52">
              <w:rPr>
                <w:rFonts w:eastAsia="Times New Roman" w:cs="Times New Roman"/>
                <w:b/>
                <w:sz w:val="20"/>
                <w:szCs w:val="20"/>
                <w:lang w:val="ro-MD" w:eastAsia="ru-RU"/>
              </w:rPr>
              <w:t>Cod CPV</w:t>
            </w:r>
          </w:p>
        </w:tc>
        <w:tc>
          <w:tcPr>
            <w:tcW w:w="4536" w:type="dxa"/>
            <w:shd w:val="clear" w:color="auto" w:fill="D9D9D9"/>
            <w:vAlign w:val="center"/>
          </w:tcPr>
          <w:p w14:paraId="2893091F" w14:textId="77777777" w:rsidR="00E877FC" w:rsidRPr="00723B52" w:rsidRDefault="00E877FC" w:rsidP="00587326">
            <w:pPr>
              <w:spacing w:after="0" w:line="240" w:lineRule="auto"/>
              <w:jc w:val="center"/>
              <w:rPr>
                <w:rFonts w:eastAsia="Times New Roman" w:cs="Times New Roman"/>
                <w:b/>
                <w:sz w:val="20"/>
                <w:szCs w:val="20"/>
                <w:lang w:val="ro-MD" w:eastAsia="ru-RU"/>
              </w:rPr>
            </w:pPr>
            <w:r w:rsidRPr="00723B52">
              <w:rPr>
                <w:rFonts w:eastAsia="Times New Roman" w:cs="Times New Roman"/>
                <w:b/>
                <w:sz w:val="20"/>
                <w:szCs w:val="20"/>
                <w:lang w:val="ro-MD" w:eastAsia="ru-RU"/>
              </w:rPr>
              <w:t xml:space="preserve">Denumirea </w:t>
            </w:r>
            <w:r>
              <w:rPr>
                <w:rFonts w:eastAsia="Times New Roman" w:cs="Times New Roman"/>
                <w:b/>
                <w:sz w:val="20"/>
                <w:szCs w:val="20"/>
                <w:lang w:val="ro-MD" w:eastAsia="ru-RU"/>
              </w:rPr>
              <w:t>bunurilor</w:t>
            </w:r>
            <w:r w:rsidRPr="00723B52">
              <w:rPr>
                <w:rFonts w:eastAsia="Times New Roman" w:cs="Times New Roman"/>
                <w:b/>
                <w:sz w:val="20"/>
                <w:szCs w:val="20"/>
                <w:lang w:val="ro-MD" w:eastAsia="ru-RU"/>
              </w:rPr>
              <w:t xml:space="preserve"> </w:t>
            </w:r>
          </w:p>
        </w:tc>
        <w:tc>
          <w:tcPr>
            <w:tcW w:w="709" w:type="dxa"/>
            <w:shd w:val="clear" w:color="auto" w:fill="D9D9D9"/>
            <w:vAlign w:val="center"/>
          </w:tcPr>
          <w:p w14:paraId="2BD1C4A0" w14:textId="77777777" w:rsidR="00E877FC" w:rsidRPr="00723B52" w:rsidRDefault="00E877FC" w:rsidP="00587326">
            <w:pPr>
              <w:spacing w:after="0" w:line="240" w:lineRule="auto"/>
              <w:jc w:val="center"/>
              <w:rPr>
                <w:rFonts w:eastAsia="Times New Roman" w:cs="Times New Roman"/>
                <w:b/>
                <w:sz w:val="20"/>
                <w:szCs w:val="20"/>
                <w:lang w:val="ro-MD" w:eastAsia="ru-RU"/>
              </w:rPr>
            </w:pPr>
            <w:r w:rsidRPr="00723B52">
              <w:rPr>
                <w:rFonts w:eastAsia="Times New Roman" w:cs="Times New Roman"/>
                <w:b/>
                <w:sz w:val="20"/>
                <w:szCs w:val="20"/>
                <w:lang w:val="ro-MD" w:eastAsia="ru-RU"/>
              </w:rPr>
              <w:t>Cant</w:t>
            </w:r>
          </w:p>
        </w:tc>
        <w:tc>
          <w:tcPr>
            <w:tcW w:w="2268" w:type="dxa"/>
            <w:shd w:val="clear" w:color="auto" w:fill="D9D9D9"/>
            <w:vAlign w:val="center"/>
          </w:tcPr>
          <w:p w14:paraId="29710A37" w14:textId="77777777" w:rsidR="00E877FC" w:rsidRPr="00723B52" w:rsidRDefault="00E877FC" w:rsidP="00587326">
            <w:pPr>
              <w:spacing w:after="0" w:line="240" w:lineRule="auto"/>
              <w:jc w:val="center"/>
              <w:rPr>
                <w:rFonts w:eastAsia="Times New Roman" w:cs="Times New Roman"/>
                <w:b/>
                <w:sz w:val="20"/>
                <w:szCs w:val="20"/>
                <w:lang w:val="ro-MD" w:eastAsia="ru-RU"/>
              </w:rPr>
            </w:pPr>
            <w:r w:rsidRPr="00723B52">
              <w:rPr>
                <w:rFonts w:eastAsia="Times New Roman" w:cs="Times New Roman"/>
                <w:b/>
                <w:sz w:val="20"/>
                <w:szCs w:val="20"/>
                <w:lang w:val="ro-MD" w:eastAsia="ru-RU"/>
              </w:rPr>
              <w:t>Specificații tehnice</w:t>
            </w:r>
          </w:p>
        </w:tc>
        <w:tc>
          <w:tcPr>
            <w:tcW w:w="1417" w:type="dxa"/>
            <w:shd w:val="clear" w:color="auto" w:fill="D9D9D9"/>
          </w:tcPr>
          <w:p w14:paraId="70A19C85" w14:textId="77777777" w:rsidR="00E877FC" w:rsidRPr="00723B52" w:rsidRDefault="00E877FC" w:rsidP="00587326">
            <w:pPr>
              <w:spacing w:after="0" w:line="240" w:lineRule="auto"/>
              <w:jc w:val="center"/>
              <w:rPr>
                <w:rFonts w:eastAsia="Times New Roman" w:cs="Times New Roman"/>
                <w:b/>
                <w:sz w:val="20"/>
                <w:szCs w:val="20"/>
                <w:lang w:val="ro-MD" w:eastAsia="ru-RU"/>
              </w:rPr>
            </w:pPr>
            <w:r w:rsidRPr="00723B52">
              <w:rPr>
                <w:rFonts w:eastAsia="Times New Roman" w:cs="Times New Roman"/>
                <w:b/>
                <w:sz w:val="20"/>
                <w:szCs w:val="20"/>
                <w:lang w:val="ro-MD" w:eastAsia="ru-RU"/>
              </w:rPr>
              <w:t>Valoarea estimată, fără TVA</w:t>
            </w:r>
          </w:p>
        </w:tc>
      </w:tr>
      <w:tr w:rsidR="00E877FC" w:rsidRPr="007948DC" w14:paraId="7F439437" w14:textId="77777777" w:rsidTr="00587326">
        <w:trPr>
          <w:cantSplit/>
          <w:trHeight w:val="976"/>
        </w:trPr>
        <w:tc>
          <w:tcPr>
            <w:tcW w:w="567" w:type="dxa"/>
            <w:shd w:val="clear" w:color="auto" w:fill="FFFFFF"/>
            <w:vAlign w:val="center"/>
          </w:tcPr>
          <w:p w14:paraId="7B21C194" w14:textId="77777777" w:rsidR="00E877FC" w:rsidRPr="000552B7" w:rsidRDefault="00E877FC" w:rsidP="00587326">
            <w:pPr>
              <w:spacing w:after="0" w:line="240" w:lineRule="auto"/>
              <w:ind w:left="-113" w:right="-108"/>
              <w:jc w:val="center"/>
              <w:rPr>
                <w:rFonts w:eastAsia="Times New Roman" w:cs="Times New Roman"/>
                <w:lang w:val="ro-MD" w:eastAsia="ru-RU"/>
              </w:rPr>
            </w:pPr>
            <w:r w:rsidRPr="000552B7">
              <w:rPr>
                <w:rFonts w:eastAsia="Times New Roman" w:cs="Times New Roman"/>
                <w:lang w:val="ro-MD" w:eastAsia="ru-RU"/>
              </w:rPr>
              <w:t>Lot 1</w:t>
            </w:r>
          </w:p>
        </w:tc>
        <w:tc>
          <w:tcPr>
            <w:tcW w:w="709" w:type="dxa"/>
            <w:shd w:val="clear" w:color="auto" w:fill="FFFFFF"/>
            <w:textDirection w:val="btLr"/>
            <w:vAlign w:val="center"/>
          </w:tcPr>
          <w:p w14:paraId="590C4D4B" w14:textId="77777777" w:rsidR="00E877FC" w:rsidRPr="000552B7" w:rsidRDefault="00E877FC" w:rsidP="00587326">
            <w:pPr>
              <w:spacing w:after="0" w:line="240" w:lineRule="auto"/>
              <w:ind w:left="113" w:right="113"/>
              <w:jc w:val="center"/>
              <w:rPr>
                <w:rFonts w:eastAsia="Times New Roman" w:cs="Times New Roman"/>
                <w:lang w:val="ro-MD" w:eastAsia="ru-RU"/>
              </w:rPr>
            </w:pPr>
            <w:r>
              <w:rPr>
                <w:rFonts w:cs="Times New Roman"/>
                <w:bCs/>
                <w:color w:val="333333"/>
                <w:shd w:val="clear" w:color="auto" w:fill="FFFFFF" w:themeFill="background1"/>
                <w:lang w:val="ro-MD"/>
              </w:rPr>
              <w:t>32300000-6</w:t>
            </w:r>
          </w:p>
        </w:tc>
        <w:tc>
          <w:tcPr>
            <w:tcW w:w="4536" w:type="dxa"/>
            <w:shd w:val="clear" w:color="auto" w:fill="FFFFFF"/>
            <w:vAlign w:val="center"/>
          </w:tcPr>
          <w:p w14:paraId="47FE10D6" w14:textId="7FA86679" w:rsidR="00E877FC" w:rsidRPr="000552B7" w:rsidRDefault="00E877FC" w:rsidP="00D94116">
            <w:pPr>
              <w:spacing w:after="0" w:line="240" w:lineRule="auto"/>
              <w:ind w:right="-114"/>
              <w:rPr>
                <w:rFonts w:cs="Times New Roman"/>
                <w:lang w:val="ro-MD"/>
              </w:rPr>
            </w:pPr>
            <w:r>
              <w:rPr>
                <w:rFonts w:cs="Times New Roman"/>
                <w:bCs/>
                <w:lang w:val="ro-RO"/>
              </w:rPr>
              <w:t>S</w:t>
            </w:r>
            <w:bookmarkStart w:id="0" w:name="_GoBack"/>
            <w:bookmarkEnd w:id="0"/>
            <w:r w:rsidRPr="002700FD">
              <w:rPr>
                <w:rFonts w:cs="Times New Roman"/>
                <w:bCs/>
                <w:lang w:val="pt-BR"/>
              </w:rPr>
              <w:t>istem de monitorizare video cu camere de corp</w:t>
            </w:r>
          </w:p>
        </w:tc>
        <w:tc>
          <w:tcPr>
            <w:tcW w:w="709" w:type="dxa"/>
            <w:shd w:val="clear" w:color="auto" w:fill="FFFFFF"/>
            <w:vAlign w:val="center"/>
          </w:tcPr>
          <w:p w14:paraId="78D8AC5E" w14:textId="77777777" w:rsidR="00E877FC" w:rsidRPr="000552B7" w:rsidRDefault="00E877FC" w:rsidP="00587326">
            <w:pPr>
              <w:spacing w:after="0" w:line="240" w:lineRule="auto"/>
              <w:ind w:left="-111" w:right="-108"/>
              <w:jc w:val="center"/>
              <w:rPr>
                <w:rFonts w:eastAsia="Times New Roman" w:cs="Times New Roman"/>
                <w:lang w:val="ro-MD" w:eastAsia="ru-RU"/>
              </w:rPr>
            </w:pPr>
            <w:r>
              <w:rPr>
                <w:rFonts w:eastAsia="Times New Roman" w:cs="Times New Roman"/>
                <w:lang w:val="ro-MD" w:eastAsia="ru-RU"/>
              </w:rPr>
              <w:t>1 lot</w:t>
            </w:r>
          </w:p>
        </w:tc>
        <w:tc>
          <w:tcPr>
            <w:tcW w:w="2268" w:type="dxa"/>
            <w:shd w:val="clear" w:color="auto" w:fill="FFFFFF"/>
            <w:vAlign w:val="center"/>
          </w:tcPr>
          <w:p w14:paraId="2B598F0E" w14:textId="77777777" w:rsidR="00E877FC" w:rsidRPr="000552B7" w:rsidRDefault="00E877FC" w:rsidP="00587326">
            <w:pPr>
              <w:spacing w:after="0" w:line="240" w:lineRule="auto"/>
              <w:rPr>
                <w:rFonts w:cs="Times New Roman"/>
                <w:lang w:val="ro-MD"/>
              </w:rPr>
            </w:pPr>
            <w:r w:rsidRPr="000552B7">
              <w:rPr>
                <w:rFonts w:cs="Times New Roman"/>
                <w:lang w:val="ro-MD"/>
              </w:rPr>
              <w:t xml:space="preserve">Conform </w:t>
            </w:r>
            <w:r>
              <w:rPr>
                <w:rFonts w:cs="Times New Roman"/>
                <w:lang w:val="ro-MD"/>
              </w:rPr>
              <w:t xml:space="preserve">caietului de sarcini </w:t>
            </w:r>
            <w:r w:rsidRPr="000552B7">
              <w:rPr>
                <w:rFonts w:cs="Times New Roman"/>
                <w:lang w:val="ro-MD"/>
              </w:rPr>
              <w:t>din Anexa</w:t>
            </w:r>
            <w:r>
              <w:rPr>
                <w:rFonts w:cs="Times New Roman"/>
                <w:lang w:val="ro-MD"/>
              </w:rPr>
              <w:t xml:space="preserve"> 1 </w:t>
            </w:r>
            <w:r w:rsidRPr="000552B7">
              <w:rPr>
                <w:rFonts w:cs="Times New Roman"/>
                <w:lang w:val="ro-MD"/>
              </w:rPr>
              <w:t>la Anunțul de participare</w:t>
            </w:r>
          </w:p>
        </w:tc>
        <w:tc>
          <w:tcPr>
            <w:tcW w:w="1417" w:type="dxa"/>
            <w:shd w:val="clear" w:color="auto" w:fill="FFFFFF"/>
            <w:vAlign w:val="center"/>
          </w:tcPr>
          <w:p w14:paraId="25D1DE22" w14:textId="77777777" w:rsidR="00E877FC" w:rsidRPr="000552B7" w:rsidRDefault="00E877FC" w:rsidP="00587326">
            <w:pPr>
              <w:spacing w:after="0" w:line="240" w:lineRule="auto"/>
              <w:jc w:val="center"/>
              <w:rPr>
                <w:rFonts w:eastAsia="Times New Roman" w:cs="Times New Roman"/>
                <w:lang w:val="ro-MD" w:eastAsia="ru-RU"/>
              </w:rPr>
            </w:pPr>
            <w:r>
              <w:rPr>
                <w:rFonts w:eastAsia="Times New Roman" w:cs="Times New Roman"/>
                <w:lang w:val="ro-MD" w:eastAsia="ru-RU"/>
              </w:rPr>
              <w:t>4166666,66</w:t>
            </w:r>
            <w:r w:rsidRPr="000552B7">
              <w:rPr>
                <w:rFonts w:eastAsia="Times New Roman" w:cs="Times New Roman"/>
                <w:lang w:val="ro-MD" w:eastAsia="ru-RU"/>
              </w:rPr>
              <w:t xml:space="preserve"> MDL</w:t>
            </w:r>
          </w:p>
        </w:tc>
      </w:tr>
    </w:tbl>
    <w:p w14:paraId="5E9A0853"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În cazul procedurilor de preselecție se indică numărul minim al candidaților și, dacă este cazul, numărul maxim al acestora. </w:t>
      </w:r>
      <w:r w:rsidRPr="00942D6F">
        <w:rPr>
          <w:rFonts w:eastAsia="Times New Roman" w:cs="Times New Roman"/>
          <w:sz w:val="24"/>
          <w:szCs w:val="24"/>
          <w:lang w:val="ro-MD" w:eastAsia="ru-RU"/>
        </w:rPr>
        <w:t>Nu se aplică.</w:t>
      </w:r>
    </w:p>
    <w:p w14:paraId="563E4C37"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În cazul în care contractul este împărțit pe loturi un operator economic poate depune oferta (se va selecta): </w:t>
      </w:r>
      <w:r w:rsidRPr="00942D6F">
        <w:rPr>
          <w:rFonts w:eastAsia="Times New Roman" w:cs="Times New Roman"/>
          <w:sz w:val="24"/>
          <w:szCs w:val="24"/>
          <w:lang w:val="ro-MD" w:eastAsia="ru-RU"/>
        </w:rPr>
        <w:t xml:space="preserve">pentru </w:t>
      </w:r>
      <w:r>
        <w:rPr>
          <w:rFonts w:eastAsia="Times New Roman" w:cs="Times New Roman"/>
          <w:sz w:val="24"/>
          <w:szCs w:val="24"/>
          <w:lang w:val="ro-MD" w:eastAsia="ru-RU"/>
        </w:rPr>
        <w:t>lotul întreg</w:t>
      </w:r>
      <w:r w:rsidRPr="00942D6F">
        <w:rPr>
          <w:rFonts w:eastAsia="Times New Roman" w:cs="Times New Roman"/>
          <w:sz w:val="24"/>
          <w:szCs w:val="24"/>
          <w:lang w:val="ro-MD" w:eastAsia="ru-RU"/>
        </w:rPr>
        <w:t>.</w:t>
      </w:r>
    </w:p>
    <w:p w14:paraId="2EFEC1AF" w14:textId="77777777" w:rsidR="00E877FC" w:rsidRPr="00942D6F" w:rsidRDefault="00E877FC" w:rsidP="00E877FC">
      <w:pPr>
        <w:numPr>
          <w:ilvl w:val="0"/>
          <w:numId w:val="19"/>
        </w:numPr>
        <w:tabs>
          <w:tab w:val="right" w:pos="426"/>
        </w:tabs>
        <w:spacing w:before="120" w:after="0" w:line="240" w:lineRule="auto"/>
        <w:ind w:left="0" w:firstLine="0"/>
        <w:jc w:val="both"/>
        <w:rPr>
          <w:rFonts w:eastAsia="Times New Roman" w:cs="Times New Roman"/>
          <w:sz w:val="24"/>
          <w:szCs w:val="24"/>
          <w:lang w:val="ro-MD" w:eastAsia="ru-RU"/>
        </w:rPr>
      </w:pPr>
      <w:r w:rsidRPr="00942D6F">
        <w:rPr>
          <w:rFonts w:eastAsia="Times New Roman" w:cs="Times New Roman"/>
          <w:b/>
          <w:sz w:val="24"/>
          <w:szCs w:val="24"/>
          <w:lang w:val="ro-MD" w:eastAsia="ru-RU"/>
        </w:rPr>
        <w:t xml:space="preserve">Admiterea sau interzicerea ofertelor alternative: </w:t>
      </w:r>
      <w:r w:rsidRPr="00942D6F">
        <w:rPr>
          <w:rFonts w:eastAsia="Times New Roman" w:cs="Times New Roman"/>
          <w:sz w:val="24"/>
          <w:szCs w:val="24"/>
          <w:shd w:val="clear" w:color="auto" w:fill="FFFFFF"/>
          <w:lang w:val="ro-MD" w:eastAsia="ru-RU"/>
        </w:rPr>
        <w:t>nu se admite.</w:t>
      </w:r>
    </w:p>
    <w:p w14:paraId="7E591908" w14:textId="77777777" w:rsidR="00E877FC" w:rsidRPr="008824DF" w:rsidRDefault="00E877FC" w:rsidP="00E877FC">
      <w:pPr>
        <w:numPr>
          <w:ilvl w:val="0"/>
          <w:numId w:val="19"/>
        </w:numPr>
        <w:tabs>
          <w:tab w:val="left" w:pos="0"/>
          <w:tab w:val="left" w:pos="284"/>
          <w:tab w:val="left" w:pos="426"/>
        </w:tabs>
        <w:spacing w:before="120" w:after="0" w:line="240" w:lineRule="auto"/>
        <w:ind w:left="284" w:hanging="284"/>
        <w:jc w:val="both"/>
        <w:rPr>
          <w:rFonts w:eastAsia="Times New Roman" w:cs="Times New Roman"/>
          <w:sz w:val="24"/>
          <w:szCs w:val="24"/>
          <w:lang w:val="ro-MD" w:eastAsia="ru-RU"/>
        </w:rPr>
      </w:pPr>
      <w:r w:rsidRPr="00942D6F">
        <w:rPr>
          <w:rFonts w:eastAsia="Times New Roman" w:cs="Times New Roman"/>
          <w:b/>
          <w:sz w:val="24"/>
          <w:szCs w:val="24"/>
          <w:lang w:val="ro-MD" w:eastAsia="ru-RU"/>
        </w:rPr>
        <w:t xml:space="preserve">Termenii și condițiile de </w:t>
      </w:r>
      <w:r w:rsidRPr="00942D6F">
        <w:rPr>
          <w:rFonts w:cs="Times New Roman"/>
          <w:b/>
          <w:sz w:val="24"/>
          <w:szCs w:val="24"/>
          <w:lang w:val="ro-MD"/>
        </w:rPr>
        <w:t>livrare/prestare</w:t>
      </w:r>
      <w:r w:rsidRPr="00942D6F">
        <w:rPr>
          <w:rFonts w:eastAsia="Times New Roman" w:cs="Times New Roman"/>
          <w:b/>
          <w:sz w:val="24"/>
          <w:szCs w:val="24"/>
          <w:lang w:val="ro-MD" w:eastAsia="ru-RU"/>
        </w:rPr>
        <w:t xml:space="preserve"> solicitați:</w:t>
      </w:r>
      <w:r w:rsidRPr="000D5D00">
        <w:rPr>
          <w:rFonts w:eastAsia="Times New Roman" w:cs="Times New Roman"/>
          <w:sz w:val="24"/>
          <w:szCs w:val="24"/>
          <w:lang w:val="ro-MD" w:eastAsia="ru-RU"/>
        </w:rPr>
        <w:t xml:space="preserve"> </w:t>
      </w:r>
      <w:r w:rsidRPr="00B850EA">
        <w:rPr>
          <w:rFonts w:eastAsia="Times New Roman" w:cs="Times New Roman"/>
          <w:sz w:val="24"/>
          <w:szCs w:val="24"/>
          <w:lang w:val="ro-MD" w:eastAsia="ru-RU"/>
        </w:rPr>
        <w:t xml:space="preserve">în termen de pînă la </w:t>
      </w:r>
      <w:r>
        <w:rPr>
          <w:rFonts w:eastAsia="Times New Roman" w:cs="Times New Roman"/>
          <w:sz w:val="24"/>
          <w:szCs w:val="24"/>
          <w:lang w:val="ro-MD" w:eastAsia="ru-RU"/>
        </w:rPr>
        <w:t>120</w:t>
      </w:r>
      <w:r w:rsidRPr="00B850EA">
        <w:rPr>
          <w:rFonts w:eastAsia="Times New Roman" w:cs="Times New Roman"/>
          <w:sz w:val="24"/>
          <w:szCs w:val="24"/>
          <w:lang w:val="ro-MD" w:eastAsia="ru-RU"/>
        </w:rPr>
        <w:t xml:space="preserve"> zile din data înregistrării contractului la Trezoreria de Stat</w:t>
      </w:r>
      <w:r>
        <w:rPr>
          <w:rFonts w:eastAsia="Times New Roman" w:cs="Times New Roman"/>
          <w:sz w:val="24"/>
          <w:szCs w:val="24"/>
          <w:lang w:val="ro-MD" w:eastAsia="ru-RU"/>
        </w:rPr>
        <w:t>.</w:t>
      </w:r>
    </w:p>
    <w:p w14:paraId="3B224C88" w14:textId="77777777" w:rsidR="00E877FC" w:rsidRPr="00942D6F" w:rsidRDefault="00E877FC" w:rsidP="00E877FC">
      <w:pPr>
        <w:numPr>
          <w:ilvl w:val="0"/>
          <w:numId w:val="19"/>
        </w:numPr>
        <w:tabs>
          <w:tab w:val="right" w:pos="426"/>
        </w:tabs>
        <w:spacing w:before="120" w:after="0" w:line="240" w:lineRule="auto"/>
        <w:ind w:left="0" w:firstLine="0"/>
        <w:jc w:val="both"/>
        <w:rPr>
          <w:rFonts w:eastAsia="Times New Roman" w:cs="Times New Roman"/>
          <w:b/>
          <w:sz w:val="24"/>
          <w:szCs w:val="24"/>
          <w:lang w:val="ro-MD" w:eastAsia="ru-RU"/>
        </w:rPr>
      </w:pPr>
      <w:r w:rsidRPr="00942D6F">
        <w:rPr>
          <w:rFonts w:eastAsia="Times New Roman" w:cs="Times New Roman"/>
          <w:b/>
          <w:sz w:val="24"/>
          <w:szCs w:val="24"/>
          <w:lang w:val="ro-MD" w:eastAsia="ru-RU"/>
        </w:rPr>
        <w:t>Termenul de valabilitate a contractului</w:t>
      </w:r>
      <w:r w:rsidRPr="00942D6F">
        <w:rPr>
          <w:rFonts w:eastAsia="Times New Roman" w:cs="Times New Roman"/>
          <w:b/>
          <w:sz w:val="24"/>
          <w:szCs w:val="24"/>
          <w:shd w:val="clear" w:color="auto" w:fill="FFFFFF"/>
          <w:lang w:val="ro-MD" w:eastAsia="ru-RU"/>
        </w:rPr>
        <w:t xml:space="preserve">: </w:t>
      </w:r>
      <w:r w:rsidRPr="00942D6F">
        <w:rPr>
          <w:rFonts w:eastAsia="Times New Roman" w:cs="Times New Roman"/>
          <w:sz w:val="24"/>
          <w:szCs w:val="24"/>
          <w:shd w:val="clear" w:color="auto" w:fill="FFFFFF"/>
          <w:lang w:val="ro-MD" w:eastAsia="ru-RU"/>
        </w:rPr>
        <w:t>31.12.202</w:t>
      </w:r>
      <w:r>
        <w:rPr>
          <w:rFonts w:eastAsia="Times New Roman" w:cs="Times New Roman"/>
          <w:sz w:val="24"/>
          <w:szCs w:val="24"/>
          <w:shd w:val="clear" w:color="auto" w:fill="FFFFFF"/>
          <w:lang w:val="ro-MD" w:eastAsia="ru-RU"/>
        </w:rPr>
        <w:t>6</w:t>
      </w:r>
    </w:p>
    <w:p w14:paraId="2DDEC45D"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942D6F">
        <w:rPr>
          <w:rFonts w:eastAsia="Times New Roman" w:cs="Times New Roman"/>
          <w:sz w:val="24"/>
          <w:szCs w:val="24"/>
          <w:shd w:val="clear" w:color="auto" w:fill="FFFFFF"/>
          <w:lang w:val="ro-MD" w:eastAsia="ru-RU"/>
        </w:rPr>
        <w:t>nu</w:t>
      </w:r>
    </w:p>
    <w:p w14:paraId="561FFE26"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sz w:val="24"/>
          <w:szCs w:val="24"/>
          <w:lang w:val="ro-MD" w:eastAsia="ru-RU"/>
        </w:rPr>
      </w:pPr>
      <w:r w:rsidRPr="00942D6F">
        <w:rPr>
          <w:rFonts w:eastAsia="Times New Roman" w:cs="Times New Roman"/>
          <w:b/>
          <w:sz w:val="24"/>
          <w:szCs w:val="24"/>
          <w:lang w:val="ro-MD" w:eastAsia="ru-RU"/>
        </w:rPr>
        <w:t xml:space="preserve">Prestarea serviciului este rezervată unei anumite profesii în temeiul unor acte cu putere de lege sau al unor acte administrative (după caz): </w:t>
      </w:r>
      <w:r w:rsidRPr="00942D6F">
        <w:rPr>
          <w:rFonts w:eastAsia="Times New Roman" w:cs="Times New Roman"/>
          <w:sz w:val="24"/>
          <w:szCs w:val="24"/>
          <w:lang w:val="ro-MD" w:eastAsia="ru-RU"/>
        </w:rPr>
        <w:t>nu</w:t>
      </w:r>
    </w:p>
    <w:p w14:paraId="2465D3E5" w14:textId="77777777" w:rsidR="00E877FC" w:rsidRDefault="00E877FC" w:rsidP="00E877FC">
      <w:pPr>
        <w:numPr>
          <w:ilvl w:val="0"/>
          <w:numId w:val="19"/>
        </w:numPr>
        <w:tabs>
          <w:tab w:val="right" w:pos="426"/>
        </w:tabs>
        <w:spacing w:before="120" w:after="0" w:line="240" w:lineRule="auto"/>
        <w:ind w:left="360"/>
        <w:jc w:val="both"/>
        <w:rPr>
          <w:rFonts w:eastAsia="Times New Roman" w:cs="Times New Roman"/>
          <w:b/>
          <w:sz w:val="24"/>
          <w:szCs w:val="24"/>
          <w:lang w:val="ro-MD" w:eastAsia="ru-RU"/>
        </w:rPr>
      </w:pPr>
      <w:r w:rsidRPr="00942D6F">
        <w:rPr>
          <w:rFonts w:eastAsia="Times New Roman" w:cs="Times New Roman"/>
          <w:b/>
          <w:sz w:val="24"/>
          <w:szCs w:val="24"/>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717EB4BB" w14:textId="77777777" w:rsidR="00E877FC" w:rsidRDefault="00E877FC" w:rsidP="00E877FC">
      <w:pPr>
        <w:tabs>
          <w:tab w:val="right" w:pos="426"/>
        </w:tabs>
        <w:spacing w:before="120" w:after="0" w:line="240" w:lineRule="auto"/>
        <w:ind w:left="360"/>
        <w:jc w:val="both"/>
        <w:rPr>
          <w:rFonts w:eastAsia="Times New Roman" w:cs="Times New Roman"/>
          <w:b/>
          <w:sz w:val="12"/>
          <w:szCs w:val="12"/>
          <w:lang w:val="ro-MD" w:eastAsia="ru-RU"/>
        </w:rPr>
      </w:pPr>
    </w:p>
    <w:p w14:paraId="24E86126" w14:textId="77777777" w:rsidR="00E877FC" w:rsidRPr="00086FDC" w:rsidRDefault="00E877FC" w:rsidP="00E877FC">
      <w:pPr>
        <w:tabs>
          <w:tab w:val="right" w:pos="426"/>
        </w:tabs>
        <w:spacing w:before="120" w:after="0" w:line="240" w:lineRule="auto"/>
        <w:ind w:left="360"/>
        <w:jc w:val="both"/>
        <w:rPr>
          <w:rFonts w:eastAsia="Times New Roman" w:cs="Times New Roman"/>
          <w:b/>
          <w:sz w:val="12"/>
          <w:szCs w:val="12"/>
          <w:lang w:val="ro-MD" w:eastAsia="ru-RU"/>
        </w:rPr>
      </w:pPr>
    </w:p>
    <w:tbl>
      <w:tblPr>
        <w:tblStyle w:val="14"/>
        <w:tblW w:w="0" w:type="auto"/>
        <w:jc w:val="center"/>
        <w:tblLayout w:type="fixed"/>
        <w:tblLook w:val="04A0" w:firstRow="1" w:lastRow="0" w:firstColumn="1" w:lastColumn="0" w:noHBand="0" w:noVBand="1"/>
      </w:tblPr>
      <w:tblGrid>
        <w:gridCol w:w="576"/>
        <w:gridCol w:w="2680"/>
        <w:gridCol w:w="5103"/>
        <w:gridCol w:w="1842"/>
      </w:tblGrid>
      <w:tr w:rsidR="00E877FC" w:rsidRPr="00942D6F" w14:paraId="5765DE4D" w14:textId="77777777" w:rsidTr="00587326">
        <w:trPr>
          <w:trHeight w:val="418"/>
          <w:jc w:val="center"/>
        </w:trPr>
        <w:tc>
          <w:tcPr>
            <w:tcW w:w="576" w:type="dxa"/>
            <w:shd w:val="clear" w:color="auto" w:fill="D9D9D9"/>
            <w:vAlign w:val="center"/>
          </w:tcPr>
          <w:p w14:paraId="01E3A1FC" w14:textId="77777777" w:rsidR="00E877FC" w:rsidRPr="00942D6F" w:rsidRDefault="00E877FC" w:rsidP="00587326">
            <w:pPr>
              <w:tabs>
                <w:tab w:val="left" w:pos="612"/>
              </w:tabs>
              <w:rPr>
                <w:rFonts w:eastAsia="Times New Roman" w:cs="Times New Roman"/>
                <w:b/>
                <w:iCs/>
                <w:sz w:val="24"/>
                <w:szCs w:val="24"/>
                <w:lang w:val="ro-MD" w:eastAsia="ru-RU"/>
              </w:rPr>
            </w:pPr>
            <w:r w:rsidRPr="00942D6F">
              <w:rPr>
                <w:rFonts w:eastAsia="Times New Roman" w:cs="Times New Roman"/>
                <w:b/>
                <w:iCs/>
                <w:sz w:val="24"/>
                <w:szCs w:val="24"/>
                <w:lang w:val="ro-MD" w:eastAsia="ru-RU"/>
              </w:rPr>
              <w:t>Nr. d/o</w:t>
            </w:r>
          </w:p>
        </w:tc>
        <w:tc>
          <w:tcPr>
            <w:tcW w:w="2680" w:type="dxa"/>
            <w:shd w:val="clear" w:color="auto" w:fill="D9D9D9"/>
            <w:vAlign w:val="center"/>
          </w:tcPr>
          <w:p w14:paraId="14C9F659" w14:textId="77777777" w:rsidR="00E877FC" w:rsidRPr="00942D6F" w:rsidRDefault="00E877FC" w:rsidP="00587326">
            <w:pPr>
              <w:tabs>
                <w:tab w:val="left" w:pos="612"/>
              </w:tabs>
              <w:jc w:val="center"/>
              <w:rPr>
                <w:rFonts w:eastAsia="Times New Roman" w:cs="Times New Roman"/>
                <w:b/>
                <w:iCs/>
                <w:sz w:val="24"/>
                <w:szCs w:val="24"/>
                <w:lang w:val="ro-MD" w:eastAsia="ru-RU"/>
              </w:rPr>
            </w:pPr>
            <w:r w:rsidRPr="00942D6F">
              <w:rPr>
                <w:rFonts w:eastAsia="Times New Roman" w:cs="Times New Roman"/>
                <w:b/>
                <w:iCs/>
                <w:sz w:val="24"/>
                <w:szCs w:val="24"/>
                <w:lang w:val="ro-MD" w:eastAsia="ru-RU"/>
              </w:rPr>
              <w:t>Descrierea criteriului/cerinței</w:t>
            </w:r>
          </w:p>
        </w:tc>
        <w:tc>
          <w:tcPr>
            <w:tcW w:w="5103" w:type="dxa"/>
            <w:shd w:val="clear" w:color="auto" w:fill="D9D9D9"/>
            <w:vAlign w:val="center"/>
          </w:tcPr>
          <w:p w14:paraId="22FC77D9" w14:textId="77777777" w:rsidR="00E877FC" w:rsidRPr="00942D6F" w:rsidRDefault="00E877FC" w:rsidP="00587326">
            <w:pPr>
              <w:tabs>
                <w:tab w:val="left" w:pos="612"/>
              </w:tabs>
              <w:jc w:val="center"/>
              <w:rPr>
                <w:rFonts w:eastAsia="Times New Roman" w:cs="Times New Roman"/>
                <w:b/>
                <w:iCs/>
                <w:sz w:val="24"/>
                <w:szCs w:val="24"/>
                <w:lang w:val="ro-MD" w:eastAsia="ru-RU"/>
              </w:rPr>
            </w:pPr>
            <w:r w:rsidRPr="00942D6F">
              <w:rPr>
                <w:rFonts w:eastAsia="Times New Roman" w:cs="Times New Roman"/>
                <w:b/>
                <w:iCs/>
                <w:sz w:val="24"/>
                <w:szCs w:val="24"/>
                <w:lang w:val="ro-MD" w:eastAsia="ru-RU"/>
              </w:rPr>
              <w:t>Mod de demonstrare a îndeplinirii criteriului/cerinței:</w:t>
            </w:r>
          </w:p>
        </w:tc>
        <w:tc>
          <w:tcPr>
            <w:tcW w:w="1842" w:type="dxa"/>
            <w:shd w:val="clear" w:color="auto" w:fill="D9D9D9"/>
            <w:vAlign w:val="center"/>
          </w:tcPr>
          <w:p w14:paraId="4A8E7D33" w14:textId="77777777" w:rsidR="00E877FC" w:rsidRPr="00942D6F" w:rsidRDefault="00E877FC" w:rsidP="00587326">
            <w:pPr>
              <w:tabs>
                <w:tab w:val="left" w:pos="612"/>
              </w:tabs>
              <w:jc w:val="center"/>
              <w:rPr>
                <w:rFonts w:eastAsia="Times New Roman" w:cs="Times New Roman"/>
                <w:b/>
                <w:iCs/>
                <w:sz w:val="24"/>
                <w:szCs w:val="24"/>
                <w:lang w:val="ro-MD" w:eastAsia="ru-RU"/>
              </w:rPr>
            </w:pPr>
            <w:r w:rsidRPr="00942D6F">
              <w:rPr>
                <w:rFonts w:eastAsia="Times New Roman" w:cs="Times New Roman"/>
                <w:b/>
                <w:iCs/>
                <w:sz w:val="24"/>
                <w:szCs w:val="24"/>
                <w:lang w:val="ro-MD" w:eastAsia="ru-RU"/>
              </w:rPr>
              <w:t>Nivelul minim/</w:t>
            </w:r>
            <w:r w:rsidRPr="00942D6F">
              <w:rPr>
                <w:rFonts w:eastAsia="Times New Roman" w:cs="Times New Roman"/>
                <w:b/>
                <w:iCs/>
                <w:sz w:val="24"/>
                <w:szCs w:val="24"/>
                <w:lang w:val="ro-MD" w:eastAsia="ru-RU"/>
              </w:rPr>
              <w:br/>
              <w:t>Obligativitatea</w:t>
            </w:r>
          </w:p>
        </w:tc>
      </w:tr>
      <w:tr w:rsidR="00E877FC" w:rsidRPr="00942D6F" w14:paraId="042A8F5A" w14:textId="77777777" w:rsidTr="00587326">
        <w:trPr>
          <w:jc w:val="center"/>
        </w:trPr>
        <w:tc>
          <w:tcPr>
            <w:tcW w:w="576" w:type="dxa"/>
            <w:shd w:val="clear" w:color="auto" w:fill="FFFFFF"/>
            <w:vAlign w:val="center"/>
          </w:tcPr>
          <w:p w14:paraId="7A0E0277" w14:textId="77777777" w:rsidR="00E877FC" w:rsidRPr="00942D6F" w:rsidRDefault="00E877FC" w:rsidP="00587326">
            <w:pPr>
              <w:jc w:val="center"/>
              <w:rPr>
                <w:rFonts w:eastAsia="Times New Roman" w:cs="Times New Roman"/>
                <w:lang w:val="ro-MD" w:eastAsia="ru-RU"/>
              </w:rPr>
            </w:pPr>
            <w:r w:rsidRPr="00942D6F">
              <w:rPr>
                <w:rFonts w:eastAsia="Times New Roman" w:cs="Times New Roman"/>
                <w:lang w:val="ro-MD" w:eastAsia="ru-RU"/>
              </w:rPr>
              <w:t>1</w:t>
            </w:r>
          </w:p>
        </w:tc>
        <w:tc>
          <w:tcPr>
            <w:tcW w:w="2680" w:type="dxa"/>
            <w:shd w:val="clear" w:color="auto" w:fill="FFFFFF"/>
            <w:vAlign w:val="center"/>
          </w:tcPr>
          <w:p w14:paraId="06818EE9" w14:textId="77777777" w:rsidR="00E877FC" w:rsidRPr="00942D6F" w:rsidRDefault="00E877FC" w:rsidP="00587326">
            <w:pPr>
              <w:tabs>
                <w:tab w:val="left" w:pos="612"/>
              </w:tabs>
              <w:rPr>
                <w:rFonts w:eastAsia="Times New Roman" w:cs="Times New Roman"/>
                <w:lang w:val="ro-MD"/>
              </w:rPr>
            </w:pPr>
            <w:r w:rsidRPr="00942D6F">
              <w:rPr>
                <w:rFonts w:eastAsia="Times New Roman" w:cs="Times New Roman"/>
                <w:lang w:val="ro-MD"/>
              </w:rPr>
              <w:t>DUAE</w:t>
            </w:r>
          </w:p>
        </w:tc>
        <w:tc>
          <w:tcPr>
            <w:tcW w:w="5103" w:type="dxa"/>
            <w:shd w:val="clear" w:color="auto" w:fill="FFFFFF"/>
            <w:vAlign w:val="center"/>
          </w:tcPr>
          <w:p w14:paraId="335447E7" w14:textId="77777777" w:rsidR="00E877FC" w:rsidRPr="00942D6F" w:rsidRDefault="00E877FC" w:rsidP="00587326">
            <w:pPr>
              <w:widowControl w:val="0"/>
              <w:autoSpaceDE w:val="0"/>
              <w:autoSpaceDN w:val="0"/>
              <w:ind w:left="29"/>
              <w:rPr>
                <w:rFonts w:eastAsia="Times New Roman" w:cs="Times New Roman"/>
                <w:lang w:val="ro-MD"/>
              </w:rPr>
            </w:pPr>
            <w:r w:rsidRPr="00942D6F">
              <w:rPr>
                <w:rFonts w:eastAsia="Times New Roman" w:cs="Times New Roman"/>
                <w:lang w:val="ro-MD"/>
              </w:rPr>
              <w:t>Conform modelului aprobat prin Ordinul MF 72/2020</w:t>
            </w:r>
            <w:r>
              <w:rPr>
                <w:rFonts w:eastAsia="Times New Roman" w:cs="Times New Roman"/>
                <w:lang w:val="ro-MD"/>
              </w:rPr>
              <w:t xml:space="preserve"> </w:t>
            </w:r>
            <w:r>
              <w:rPr>
                <w:rFonts w:eastAsia="Times New Roman" w:cs="Times New Roman"/>
                <w:lang w:val="ro-MD"/>
              </w:rPr>
              <w:lastRenderedPageBreak/>
              <w:t>– semnat electronic</w:t>
            </w:r>
          </w:p>
        </w:tc>
        <w:tc>
          <w:tcPr>
            <w:tcW w:w="1842" w:type="dxa"/>
            <w:shd w:val="clear" w:color="auto" w:fill="FFFFFF"/>
            <w:vAlign w:val="center"/>
          </w:tcPr>
          <w:p w14:paraId="435738CB" w14:textId="77777777" w:rsidR="00E877FC" w:rsidRPr="00942D6F" w:rsidRDefault="00E877FC" w:rsidP="00587326">
            <w:pPr>
              <w:tabs>
                <w:tab w:val="left" w:pos="612"/>
              </w:tabs>
              <w:jc w:val="center"/>
              <w:rPr>
                <w:rFonts w:eastAsia="Times New Roman" w:cs="Times New Roman"/>
                <w:iCs/>
                <w:lang w:val="ro-MD" w:eastAsia="ru-RU"/>
              </w:rPr>
            </w:pPr>
            <w:r w:rsidRPr="00942D6F">
              <w:rPr>
                <w:rFonts w:eastAsia="Times New Roman" w:cs="Times New Roman"/>
                <w:iCs/>
                <w:lang w:val="ro-MD" w:eastAsia="ru-RU"/>
              </w:rPr>
              <w:lastRenderedPageBreak/>
              <w:t>Obligatoriu</w:t>
            </w:r>
          </w:p>
        </w:tc>
      </w:tr>
      <w:tr w:rsidR="00E877FC" w:rsidRPr="00942D6F" w14:paraId="68DEC289" w14:textId="77777777" w:rsidTr="00587326">
        <w:trPr>
          <w:jc w:val="center"/>
        </w:trPr>
        <w:tc>
          <w:tcPr>
            <w:tcW w:w="576" w:type="dxa"/>
            <w:shd w:val="clear" w:color="auto" w:fill="FFFFFF"/>
            <w:vAlign w:val="center"/>
          </w:tcPr>
          <w:p w14:paraId="6FCA2DBC" w14:textId="77777777" w:rsidR="00E877FC" w:rsidRPr="00942D6F" w:rsidRDefault="00E877FC" w:rsidP="00587326">
            <w:pPr>
              <w:jc w:val="center"/>
              <w:rPr>
                <w:rFonts w:eastAsia="Times New Roman" w:cs="Times New Roman"/>
                <w:lang w:val="ro-MD" w:eastAsia="ru-RU"/>
              </w:rPr>
            </w:pPr>
            <w:r w:rsidRPr="00942D6F">
              <w:rPr>
                <w:rFonts w:eastAsia="Times New Roman" w:cs="Times New Roman"/>
                <w:lang w:val="ro-MD" w:eastAsia="ru-RU"/>
              </w:rPr>
              <w:lastRenderedPageBreak/>
              <w:t>2</w:t>
            </w:r>
          </w:p>
        </w:tc>
        <w:tc>
          <w:tcPr>
            <w:tcW w:w="2680" w:type="dxa"/>
            <w:shd w:val="clear" w:color="auto" w:fill="FFFFFF"/>
            <w:vAlign w:val="center"/>
          </w:tcPr>
          <w:p w14:paraId="3A496E6C" w14:textId="77777777" w:rsidR="00E877FC" w:rsidRPr="00942D6F" w:rsidRDefault="00E877FC" w:rsidP="00587326">
            <w:pPr>
              <w:tabs>
                <w:tab w:val="left" w:pos="540"/>
              </w:tabs>
              <w:suppressAutoHyphens/>
              <w:rPr>
                <w:rFonts w:eastAsia="PMingLiU" w:cs="Times New Roman"/>
                <w:bCs/>
                <w:lang w:val="ro-MD"/>
              </w:rPr>
            </w:pPr>
            <w:r w:rsidRPr="00942D6F">
              <w:rPr>
                <w:rFonts w:eastAsia="PMingLiU" w:cs="Times New Roman"/>
                <w:bCs/>
                <w:lang w:val="ro-MD"/>
              </w:rPr>
              <w:t>Propunerea tehnică</w:t>
            </w:r>
          </w:p>
        </w:tc>
        <w:tc>
          <w:tcPr>
            <w:tcW w:w="5103" w:type="dxa"/>
            <w:shd w:val="clear" w:color="auto" w:fill="FFFFFF"/>
            <w:vAlign w:val="center"/>
          </w:tcPr>
          <w:p w14:paraId="2E1DF915" w14:textId="77777777" w:rsidR="00E877FC" w:rsidRPr="00942D6F" w:rsidRDefault="00E877FC" w:rsidP="00587326">
            <w:pPr>
              <w:ind w:left="29"/>
              <w:rPr>
                <w:rFonts w:eastAsia="PMingLiU" w:cs="Times New Roman"/>
                <w:iCs/>
                <w:lang w:val="ro-MD"/>
              </w:rPr>
            </w:pPr>
            <w:r w:rsidRPr="00942D6F">
              <w:rPr>
                <w:rFonts w:eastAsia="PMingLiU" w:cs="Times New Roman"/>
                <w:bCs/>
                <w:lang w:val="ro-MD"/>
              </w:rPr>
              <w:t>Conform Anexei nr.22 din Documentația standard</w:t>
            </w:r>
            <w:r>
              <w:rPr>
                <w:rFonts w:eastAsia="Times New Roman" w:cs="Times New Roman"/>
                <w:lang w:val="ro-MD"/>
              </w:rPr>
              <w:t xml:space="preserve"> – semnat electronic</w:t>
            </w:r>
          </w:p>
        </w:tc>
        <w:tc>
          <w:tcPr>
            <w:tcW w:w="1842" w:type="dxa"/>
            <w:shd w:val="clear" w:color="auto" w:fill="FFFFFF"/>
            <w:vAlign w:val="center"/>
          </w:tcPr>
          <w:p w14:paraId="4EE957EB" w14:textId="77777777" w:rsidR="00E877FC" w:rsidRPr="00942D6F" w:rsidRDefault="00E877FC" w:rsidP="00587326">
            <w:pPr>
              <w:jc w:val="center"/>
              <w:rPr>
                <w:rFonts w:eastAsia="Times New Roman" w:cs="Times New Roman"/>
                <w:lang w:val="ro-MD" w:eastAsia="ru-RU"/>
              </w:rPr>
            </w:pPr>
            <w:r w:rsidRPr="00942D6F">
              <w:rPr>
                <w:rFonts w:eastAsia="Times New Roman" w:cs="Times New Roman"/>
                <w:iCs/>
                <w:lang w:val="ro-MD" w:eastAsia="ru-RU"/>
              </w:rPr>
              <w:t>Obligatoriu</w:t>
            </w:r>
          </w:p>
        </w:tc>
      </w:tr>
      <w:tr w:rsidR="00E877FC" w:rsidRPr="00942D6F" w14:paraId="03BCACDD" w14:textId="77777777" w:rsidTr="00587326">
        <w:trPr>
          <w:jc w:val="center"/>
        </w:trPr>
        <w:tc>
          <w:tcPr>
            <w:tcW w:w="576" w:type="dxa"/>
            <w:shd w:val="clear" w:color="auto" w:fill="FFFFFF"/>
            <w:vAlign w:val="center"/>
          </w:tcPr>
          <w:p w14:paraId="44D9FEC0" w14:textId="77777777" w:rsidR="00E877FC" w:rsidRPr="00942D6F" w:rsidRDefault="00E877FC" w:rsidP="00587326">
            <w:pPr>
              <w:contextualSpacing/>
              <w:jc w:val="center"/>
              <w:rPr>
                <w:rFonts w:eastAsia="Times New Roman" w:cs="Times New Roman"/>
                <w:iCs/>
                <w:lang w:val="ro-MD" w:eastAsia="ru-RU"/>
              </w:rPr>
            </w:pPr>
            <w:r w:rsidRPr="00942D6F">
              <w:rPr>
                <w:rFonts w:eastAsia="Times New Roman" w:cs="Times New Roman"/>
                <w:iCs/>
                <w:lang w:val="ro-MD" w:eastAsia="ru-RU"/>
              </w:rPr>
              <w:t>3</w:t>
            </w:r>
          </w:p>
        </w:tc>
        <w:tc>
          <w:tcPr>
            <w:tcW w:w="2680" w:type="dxa"/>
            <w:shd w:val="clear" w:color="auto" w:fill="FFFFFF"/>
            <w:vAlign w:val="center"/>
          </w:tcPr>
          <w:p w14:paraId="7A0EE4B0" w14:textId="77777777" w:rsidR="00E877FC" w:rsidRPr="00942D6F" w:rsidRDefault="00E877FC" w:rsidP="00587326">
            <w:pPr>
              <w:tabs>
                <w:tab w:val="left" w:pos="540"/>
              </w:tabs>
              <w:suppressAutoHyphens/>
              <w:rPr>
                <w:rFonts w:eastAsia="PMingLiU" w:cs="Times New Roman"/>
                <w:lang w:val="ro-MD"/>
              </w:rPr>
            </w:pPr>
            <w:r w:rsidRPr="00942D6F">
              <w:rPr>
                <w:rFonts w:eastAsia="PMingLiU" w:cs="Times New Roman"/>
                <w:bCs/>
                <w:lang w:val="ro-MD"/>
              </w:rPr>
              <w:t>Propunerea financiară</w:t>
            </w:r>
          </w:p>
        </w:tc>
        <w:tc>
          <w:tcPr>
            <w:tcW w:w="5103" w:type="dxa"/>
            <w:shd w:val="clear" w:color="auto" w:fill="FFFFFF"/>
            <w:vAlign w:val="center"/>
          </w:tcPr>
          <w:p w14:paraId="28682515" w14:textId="77777777" w:rsidR="00E877FC" w:rsidRPr="00942D6F" w:rsidRDefault="00E877FC" w:rsidP="00587326">
            <w:pPr>
              <w:ind w:left="29"/>
              <w:rPr>
                <w:rFonts w:eastAsia="PMingLiU" w:cs="Times New Roman"/>
                <w:iCs/>
                <w:lang w:val="ro-MD"/>
              </w:rPr>
            </w:pPr>
            <w:r w:rsidRPr="00942D6F">
              <w:rPr>
                <w:rFonts w:eastAsia="PMingLiU" w:cs="Times New Roman"/>
                <w:bCs/>
                <w:lang w:val="ro-MD"/>
              </w:rPr>
              <w:t>Conform Anexei nr.23 din Documentația standard</w:t>
            </w:r>
            <w:r>
              <w:rPr>
                <w:rFonts w:eastAsia="Times New Roman" w:cs="Times New Roman"/>
                <w:lang w:val="ro-MD"/>
              </w:rPr>
              <w:t xml:space="preserve"> – semnat electronic</w:t>
            </w:r>
          </w:p>
        </w:tc>
        <w:tc>
          <w:tcPr>
            <w:tcW w:w="1842" w:type="dxa"/>
            <w:shd w:val="clear" w:color="auto" w:fill="FFFFFF"/>
            <w:vAlign w:val="center"/>
          </w:tcPr>
          <w:p w14:paraId="3E6354E5" w14:textId="77777777" w:rsidR="00E877FC" w:rsidRPr="00942D6F" w:rsidRDefault="00E877FC" w:rsidP="00587326">
            <w:pPr>
              <w:jc w:val="center"/>
              <w:rPr>
                <w:rFonts w:eastAsia="Times New Roman" w:cs="Times New Roman"/>
                <w:lang w:val="ro-MD" w:eastAsia="ru-RU"/>
              </w:rPr>
            </w:pPr>
            <w:r w:rsidRPr="00942D6F">
              <w:rPr>
                <w:rFonts w:eastAsia="Times New Roman" w:cs="Times New Roman"/>
                <w:iCs/>
                <w:lang w:val="ro-MD" w:eastAsia="ru-RU"/>
              </w:rPr>
              <w:t>Obligatoriu</w:t>
            </w:r>
          </w:p>
        </w:tc>
      </w:tr>
      <w:tr w:rsidR="00E877FC" w:rsidRPr="00942D6F" w14:paraId="0FEAB200" w14:textId="77777777" w:rsidTr="00587326">
        <w:trPr>
          <w:jc w:val="center"/>
        </w:trPr>
        <w:tc>
          <w:tcPr>
            <w:tcW w:w="576" w:type="dxa"/>
            <w:shd w:val="clear" w:color="auto" w:fill="FFFFFF"/>
            <w:vAlign w:val="center"/>
          </w:tcPr>
          <w:p w14:paraId="78403B53" w14:textId="77777777" w:rsidR="00E877FC" w:rsidRPr="00942D6F" w:rsidRDefault="00E877FC" w:rsidP="00587326">
            <w:pPr>
              <w:contextualSpacing/>
              <w:jc w:val="center"/>
              <w:rPr>
                <w:rFonts w:eastAsia="Times New Roman" w:cs="Times New Roman"/>
                <w:iCs/>
                <w:lang w:val="ro-MD" w:eastAsia="ru-RU"/>
              </w:rPr>
            </w:pPr>
            <w:r w:rsidRPr="00942D6F">
              <w:rPr>
                <w:rFonts w:eastAsia="Times New Roman" w:cs="Times New Roman"/>
                <w:iCs/>
                <w:lang w:val="ro-MD" w:eastAsia="ru-RU"/>
              </w:rPr>
              <w:t>4</w:t>
            </w:r>
          </w:p>
        </w:tc>
        <w:tc>
          <w:tcPr>
            <w:tcW w:w="2680" w:type="dxa"/>
            <w:shd w:val="clear" w:color="auto" w:fill="FFFFFF"/>
            <w:vAlign w:val="center"/>
          </w:tcPr>
          <w:p w14:paraId="5330E353" w14:textId="77777777" w:rsidR="00E877FC" w:rsidRPr="00942D6F" w:rsidRDefault="00E877FC" w:rsidP="00587326">
            <w:pPr>
              <w:tabs>
                <w:tab w:val="left" w:pos="540"/>
              </w:tabs>
              <w:suppressAutoHyphens/>
              <w:rPr>
                <w:rFonts w:eastAsia="PMingLiU" w:cs="Times New Roman"/>
                <w:bCs/>
                <w:lang w:val="ro-MD"/>
              </w:rPr>
            </w:pPr>
            <w:r w:rsidRPr="00942D6F">
              <w:rPr>
                <w:rFonts w:eastAsia="PMingLiU" w:cs="Times New Roman"/>
                <w:bCs/>
                <w:lang w:val="ro-MD"/>
              </w:rPr>
              <w:t>Garanție pentru ofertă</w:t>
            </w:r>
          </w:p>
        </w:tc>
        <w:tc>
          <w:tcPr>
            <w:tcW w:w="5103" w:type="dxa"/>
            <w:shd w:val="clear" w:color="auto" w:fill="FFFFFF"/>
            <w:vAlign w:val="center"/>
          </w:tcPr>
          <w:p w14:paraId="158DD0E1" w14:textId="77777777" w:rsidR="00E877FC" w:rsidRPr="00942D6F" w:rsidRDefault="00E877FC" w:rsidP="00587326">
            <w:pPr>
              <w:ind w:left="29"/>
              <w:rPr>
                <w:rFonts w:eastAsia="PMingLiU" w:cs="Times New Roman"/>
                <w:bCs/>
                <w:lang w:val="ro-MD"/>
              </w:rPr>
            </w:pPr>
            <w:r w:rsidRPr="00942D6F">
              <w:rPr>
                <w:rFonts w:eastAsia="PMingLiU" w:cs="Times New Roman"/>
                <w:bCs/>
                <w:lang w:val="ro-MD"/>
              </w:rPr>
              <w:t>Conform Anexei nr.9 din Documentația standard sau transfer bancar la contul:</w:t>
            </w:r>
          </w:p>
          <w:p w14:paraId="7C930686" w14:textId="77777777" w:rsidR="00E877FC" w:rsidRPr="00942D6F" w:rsidRDefault="00E877FC" w:rsidP="00587326">
            <w:pPr>
              <w:ind w:left="29"/>
              <w:jc w:val="both"/>
              <w:rPr>
                <w:rFonts w:cs="Times New Roman"/>
                <w:i/>
                <w:sz w:val="20"/>
                <w:szCs w:val="20"/>
                <w:lang w:val="ro-MD"/>
              </w:rPr>
            </w:pPr>
            <w:r w:rsidRPr="00942D6F">
              <w:rPr>
                <w:rFonts w:cs="Times New Roman"/>
                <w:i/>
                <w:sz w:val="20"/>
                <w:szCs w:val="20"/>
                <w:lang w:val="ro-MD"/>
              </w:rPr>
              <w:t>Serviciul Vamal al Republicii Moldova</w:t>
            </w:r>
          </w:p>
          <w:p w14:paraId="2F6E4B20" w14:textId="77777777" w:rsidR="00E877FC" w:rsidRPr="00942D6F" w:rsidRDefault="00E877FC" w:rsidP="00587326">
            <w:pPr>
              <w:ind w:left="29"/>
              <w:jc w:val="both"/>
              <w:rPr>
                <w:rFonts w:cs="Times New Roman"/>
                <w:i/>
                <w:sz w:val="20"/>
                <w:szCs w:val="20"/>
                <w:lang w:val="ro-MD"/>
              </w:rPr>
            </w:pPr>
            <w:r w:rsidRPr="00942D6F">
              <w:rPr>
                <w:rFonts w:cs="Times New Roman"/>
                <w:i/>
                <w:sz w:val="20"/>
                <w:szCs w:val="20"/>
                <w:lang w:val="ro-MD"/>
              </w:rPr>
              <w:t xml:space="preserve">Ministerul Finanţelor – Trezoreria de Stat    </w:t>
            </w:r>
          </w:p>
          <w:p w14:paraId="3544DBA0" w14:textId="77777777" w:rsidR="00E877FC" w:rsidRPr="00942D6F" w:rsidRDefault="00E877FC" w:rsidP="00587326">
            <w:pPr>
              <w:ind w:left="29"/>
              <w:jc w:val="both"/>
              <w:rPr>
                <w:rFonts w:cs="Times New Roman"/>
                <w:i/>
                <w:sz w:val="20"/>
                <w:szCs w:val="20"/>
                <w:lang w:val="ro-MD"/>
              </w:rPr>
            </w:pPr>
            <w:r w:rsidRPr="00942D6F">
              <w:rPr>
                <w:rFonts w:cs="Times New Roman"/>
                <w:i/>
                <w:sz w:val="20"/>
                <w:szCs w:val="20"/>
                <w:lang w:val="ro-MD"/>
              </w:rPr>
              <w:t xml:space="preserve">IBAN MD45TRPCAA518410A00441AA </w:t>
            </w:r>
          </w:p>
          <w:p w14:paraId="2DAA4A2A" w14:textId="77777777" w:rsidR="00E877FC" w:rsidRPr="00942D6F" w:rsidRDefault="00E877FC" w:rsidP="00587326">
            <w:pPr>
              <w:ind w:left="29"/>
              <w:rPr>
                <w:rFonts w:eastAsia="PMingLiU" w:cs="Times New Roman"/>
                <w:bCs/>
                <w:lang w:val="ro-MD"/>
              </w:rPr>
            </w:pPr>
            <w:r w:rsidRPr="00942D6F">
              <w:rPr>
                <w:rFonts w:cs="Times New Roman"/>
                <w:i/>
                <w:sz w:val="20"/>
                <w:szCs w:val="20"/>
                <w:lang w:val="ro-MD"/>
              </w:rPr>
              <w:t>Cod fiscal: 1006601000185</w:t>
            </w:r>
            <w:r>
              <w:rPr>
                <w:rFonts w:eastAsia="Times New Roman" w:cs="Times New Roman"/>
                <w:lang w:val="ro-MD"/>
              </w:rPr>
              <w:t xml:space="preserve"> – semnat electronic</w:t>
            </w:r>
          </w:p>
        </w:tc>
        <w:tc>
          <w:tcPr>
            <w:tcW w:w="1842" w:type="dxa"/>
            <w:shd w:val="clear" w:color="auto" w:fill="FFFFFF"/>
            <w:vAlign w:val="center"/>
          </w:tcPr>
          <w:p w14:paraId="78EBFA35" w14:textId="77777777" w:rsidR="00E877FC" w:rsidRPr="00942D6F" w:rsidRDefault="00E877FC" w:rsidP="00587326">
            <w:pPr>
              <w:jc w:val="center"/>
              <w:rPr>
                <w:rFonts w:eastAsia="Times New Roman" w:cs="Times New Roman"/>
                <w:iCs/>
                <w:lang w:val="ro-MD" w:eastAsia="ru-RU"/>
              </w:rPr>
            </w:pPr>
            <w:r w:rsidRPr="00942D6F">
              <w:rPr>
                <w:rFonts w:eastAsia="Times New Roman" w:cs="Times New Roman"/>
                <w:iCs/>
                <w:lang w:val="ro-MD" w:eastAsia="ru-RU"/>
              </w:rPr>
              <w:t>Obligatoriu</w:t>
            </w:r>
          </w:p>
        </w:tc>
      </w:tr>
      <w:tr w:rsidR="00E877FC" w:rsidRPr="00942D6F" w14:paraId="37F19DDC" w14:textId="77777777" w:rsidTr="00587326">
        <w:trPr>
          <w:jc w:val="center"/>
        </w:trPr>
        <w:tc>
          <w:tcPr>
            <w:tcW w:w="576" w:type="dxa"/>
            <w:shd w:val="clear" w:color="auto" w:fill="FFFFFF"/>
            <w:vAlign w:val="center"/>
          </w:tcPr>
          <w:p w14:paraId="39BB6F76" w14:textId="77777777" w:rsidR="00E877FC" w:rsidRPr="00942D6F" w:rsidRDefault="00E877FC" w:rsidP="00587326">
            <w:pPr>
              <w:contextualSpacing/>
              <w:jc w:val="center"/>
              <w:rPr>
                <w:rFonts w:eastAsia="Times New Roman" w:cs="Times New Roman"/>
                <w:iCs/>
                <w:lang w:val="ro-MD" w:eastAsia="ru-RU"/>
              </w:rPr>
            </w:pPr>
            <w:r w:rsidRPr="00942D6F">
              <w:rPr>
                <w:rFonts w:eastAsia="Times New Roman" w:cs="Times New Roman"/>
                <w:iCs/>
                <w:lang w:val="ro-MD" w:eastAsia="ru-RU"/>
              </w:rPr>
              <w:t>5</w:t>
            </w:r>
          </w:p>
        </w:tc>
        <w:tc>
          <w:tcPr>
            <w:tcW w:w="2680" w:type="dxa"/>
            <w:shd w:val="clear" w:color="auto" w:fill="FFFFFF"/>
            <w:vAlign w:val="center"/>
          </w:tcPr>
          <w:p w14:paraId="66AFC3F4" w14:textId="77777777" w:rsidR="00E877FC" w:rsidRPr="00942D6F" w:rsidRDefault="00E877FC" w:rsidP="00587326">
            <w:pPr>
              <w:tabs>
                <w:tab w:val="left" w:pos="540"/>
              </w:tabs>
              <w:suppressAutoHyphens/>
              <w:rPr>
                <w:rFonts w:eastAsia="PMingLiU" w:cs="Times New Roman"/>
                <w:bCs/>
                <w:lang w:val="ro-MD"/>
              </w:rPr>
            </w:pPr>
            <w:r w:rsidRPr="00942D6F">
              <w:rPr>
                <w:rFonts w:eastAsia="PMingLiU" w:cs="Times New Roman"/>
                <w:bCs/>
                <w:lang w:val="ro-MD"/>
              </w:rPr>
              <w:t>Cerere de participare</w:t>
            </w:r>
          </w:p>
        </w:tc>
        <w:tc>
          <w:tcPr>
            <w:tcW w:w="5103" w:type="dxa"/>
            <w:shd w:val="clear" w:color="auto" w:fill="FFFFFF"/>
            <w:vAlign w:val="center"/>
          </w:tcPr>
          <w:p w14:paraId="7FFD496B" w14:textId="77777777" w:rsidR="00E877FC" w:rsidRPr="00942D6F" w:rsidRDefault="00E877FC" w:rsidP="00587326">
            <w:pPr>
              <w:ind w:left="29"/>
              <w:rPr>
                <w:rFonts w:eastAsia="PMingLiU" w:cs="Times New Roman"/>
                <w:bCs/>
                <w:lang w:val="ro-MD"/>
              </w:rPr>
            </w:pPr>
            <w:r w:rsidRPr="00942D6F">
              <w:rPr>
                <w:rFonts w:eastAsia="PMingLiU" w:cs="Times New Roman"/>
                <w:bCs/>
                <w:lang w:val="ro-MD"/>
              </w:rPr>
              <w:t>Conform Anexei nr.7 din Documentația standard</w:t>
            </w:r>
            <w:r>
              <w:rPr>
                <w:rFonts w:eastAsia="Times New Roman" w:cs="Times New Roman"/>
                <w:lang w:val="ro-MD"/>
              </w:rPr>
              <w:t xml:space="preserve"> – semnat electronic</w:t>
            </w:r>
          </w:p>
        </w:tc>
        <w:tc>
          <w:tcPr>
            <w:tcW w:w="1842" w:type="dxa"/>
            <w:shd w:val="clear" w:color="auto" w:fill="FFFFFF"/>
            <w:vAlign w:val="center"/>
          </w:tcPr>
          <w:p w14:paraId="32F68FA6" w14:textId="77777777" w:rsidR="00E877FC" w:rsidRPr="00942D6F" w:rsidRDefault="00E877FC" w:rsidP="00587326">
            <w:pPr>
              <w:jc w:val="center"/>
              <w:rPr>
                <w:rFonts w:eastAsia="Times New Roman" w:cs="Times New Roman"/>
                <w:iCs/>
                <w:lang w:val="ro-MD" w:eastAsia="ru-RU"/>
              </w:rPr>
            </w:pPr>
            <w:r w:rsidRPr="00942D6F">
              <w:rPr>
                <w:rFonts w:eastAsia="Times New Roman" w:cs="Times New Roman"/>
                <w:iCs/>
                <w:lang w:val="ro-MD" w:eastAsia="ru-RU"/>
              </w:rPr>
              <w:t>Obligatoriu</w:t>
            </w:r>
          </w:p>
        </w:tc>
      </w:tr>
      <w:tr w:rsidR="00E877FC" w:rsidRPr="00942D6F" w14:paraId="05E91B59" w14:textId="77777777" w:rsidTr="00587326">
        <w:trPr>
          <w:jc w:val="center"/>
        </w:trPr>
        <w:tc>
          <w:tcPr>
            <w:tcW w:w="576" w:type="dxa"/>
            <w:shd w:val="clear" w:color="auto" w:fill="FFFFFF"/>
            <w:vAlign w:val="center"/>
          </w:tcPr>
          <w:p w14:paraId="4B41D07F" w14:textId="77777777" w:rsidR="00E877FC" w:rsidRPr="00942D6F" w:rsidRDefault="00E877FC" w:rsidP="00587326">
            <w:pPr>
              <w:contextualSpacing/>
              <w:jc w:val="center"/>
              <w:rPr>
                <w:rFonts w:eastAsia="Times New Roman" w:cs="Times New Roman"/>
                <w:iCs/>
                <w:lang w:val="ro-MD" w:eastAsia="ru-RU"/>
              </w:rPr>
            </w:pPr>
            <w:r w:rsidRPr="00942D6F">
              <w:rPr>
                <w:rFonts w:eastAsia="Times New Roman" w:cs="Times New Roman"/>
                <w:iCs/>
                <w:lang w:val="ro-MD" w:eastAsia="ru-RU"/>
              </w:rPr>
              <w:t>6</w:t>
            </w:r>
          </w:p>
        </w:tc>
        <w:tc>
          <w:tcPr>
            <w:tcW w:w="2680" w:type="dxa"/>
            <w:shd w:val="clear" w:color="auto" w:fill="FFFFFF"/>
            <w:vAlign w:val="center"/>
          </w:tcPr>
          <w:p w14:paraId="36E86E3B" w14:textId="77777777" w:rsidR="00E877FC" w:rsidRPr="00942D6F" w:rsidRDefault="00E877FC" w:rsidP="00587326">
            <w:pPr>
              <w:tabs>
                <w:tab w:val="left" w:pos="540"/>
              </w:tabs>
              <w:suppressAutoHyphens/>
              <w:rPr>
                <w:rFonts w:eastAsia="PMingLiU" w:cs="Times New Roman"/>
                <w:bCs/>
                <w:lang w:val="ro-MD"/>
              </w:rPr>
            </w:pPr>
            <w:r w:rsidRPr="00942D6F">
              <w:rPr>
                <w:rFonts w:eastAsia="PMingLiU" w:cs="Times New Roman"/>
                <w:bCs/>
                <w:lang w:val="ro-MD"/>
              </w:rPr>
              <w:t>Declarație privind valabilitatea ofertei</w:t>
            </w:r>
          </w:p>
        </w:tc>
        <w:tc>
          <w:tcPr>
            <w:tcW w:w="5103" w:type="dxa"/>
            <w:shd w:val="clear" w:color="auto" w:fill="FFFFFF"/>
            <w:vAlign w:val="center"/>
          </w:tcPr>
          <w:p w14:paraId="0DD99BF6" w14:textId="77777777" w:rsidR="00E877FC" w:rsidRPr="00942D6F" w:rsidRDefault="00E877FC" w:rsidP="00587326">
            <w:pPr>
              <w:ind w:left="29"/>
              <w:rPr>
                <w:rFonts w:eastAsia="PMingLiU" w:cs="Times New Roman"/>
                <w:bCs/>
                <w:lang w:val="ro-MD"/>
              </w:rPr>
            </w:pPr>
            <w:r w:rsidRPr="00942D6F">
              <w:rPr>
                <w:rFonts w:eastAsia="PMingLiU" w:cs="Times New Roman"/>
                <w:bCs/>
                <w:lang w:val="ro-MD"/>
              </w:rPr>
              <w:t>Conform Anexei nr.8 din Documentația standard</w:t>
            </w:r>
            <w:r>
              <w:rPr>
                <w:rFonts w:eastAsia="Times New Roman" w:cs="Times New Roman"/>
                <w:lang w:val="ro-MD"/>
              </w:rPr>
              <w:t xml:space="preserve"> – semnat electronic</w:t>
            </w:r>
          </w:p>
        </w:tc>
        <w:tc>
          <w:tcPr>
            <w:tcW w:w="1842" w:type="dxa"/>
            <w:shd w:val="clear" w:color="auto" w:fill="FFFFFF"/>
            <w:vAlign w:val="center"/>
          </w:tcPr>
          <w:p w14:paraId="7040EDA1" w14:textId="77777777" w:rsidR="00E877FC" w:rsidRPr="00942D6F" w:rsidRDefault="00E877FC" w:rsidP="00587326">
            <w:pPr>
              <w:jc w:val="center"/>
              <w:rPr>
                <w:rFonts w:eastAsia="Times New Roman" w:cs="Times New Roman"/>
                <w:iCs/>
                <w:lang w:val="ro-MD" w:eastAsia="ru-RU"/>
              </w:rPr>
            </w:pPr>
            <w:r w:rsidRPr="00942D6F">
              <w:rPr>
                <w:rFonts w:eastAsia="Times New Roman" w:cs="Times New Roman"/>
                <w:iCs/>
                <w:lang w:val="ro-MD" w:eastAsia="ru-RU"/>
              </w:rPr>
              <w:t>Obligatoriu</w:t>
            </w:r>
          </w:p>
        </w:tc>
      </w:tr>
      <w:tr w:rsidR="00E877FC" w:rsidRPr="00942D6F" w14:paraId="476C2F7F" w14:textId="77777777" w:rsidTr="00587326">
        <w:trPr>
          <w:jc w:val="center"/>
        </w:trPr>
        <w:tc>
          <w:tcPr>
            <w:tcW w:w="576" w:type="dxa"/>
            <w:shd w:val="clear" w:color="auto" w:fill="FFFFFF"/>
            <w:vAlign w:val="center"/>
          </w:tcPr>
          <w:p w14:paraId="5ACAE180" w14:textId="77777777" w:rsidR="00E877FC" w:rsidRPr="00942D6F" w:rsidRDefault="00E877FC" w:rsidP="00587326">
            <w:pPr>
              <w:contextualSpacing/>
              <w:jc w:val="center"/>
              <w:rPr>
                <w:rFonts w:eastAsia="Times New Roman" w:cs="Times New Roman"/>
                <w:iCs/>
                <w:lang w:val="ro-MD" w:eastAsia="ru-RU"/>
              </w:rPr>
            </w:pPr>
            <w:r w:rsidRPr="00942D6F">
              <w:rPr>
                <w:rFonts w:eastAsia="Times New Roman" w:cs="Times New Roman"/>
                <w:iCs/>
                <w:lang w:val="ro-MD" w:eastAsia="ru-RU"/>
              </w:rPr>
              <w:t>7</w:t>
            </w:r>
          </w:p>
        </w:tc>
        <w:tc>
          <w:tcPr>
            <w:tcW w:w="2680" w:type="dxa"/>
            <w:shd w:val="clear" w:color="auto" w:fill="FFFFFF"/>
            <w:vAlign w:val="center"/>
          </w:tcPr>
          <w:p w14:paraId="3439BFDF" w14:textId="77777777" w:rsidR="00E877FC" w:rsidRPr="00942D6F" w:rsidRDefault="00E877FC" w:rsidP="00587326">
            <w:pPr>
              <w:tabs>
                <w:tab w:val="left" w:pos="540"/>
              </w:tabs>
              <w:suppressAutoHyphens/>
              <w:rPr>
                <w:rFonts w:eastAsia="PMingLiU" w:cs="Times New Roman"/>
                <w:bCs/>
                <w:lang w:val="ro-MD"/>
              </w:rPr>
            </w:pPr>
            <w:r w:rsidRPr="00942D6F">
              <w:rPr>
                <w:rFonts w:eastAsia="PMingLiU" w:cs="Times New Roman"/>
                <w:bCs/>
                <w:lang w:val="ro-MD"/>
              </w:rPr>
              <w:t>Declarație privind confirmarea identității beneficiarilor efectivi</w:t>
            </w:r>
          </w:p>
        </w:tc>
        <w:tc>
          <w:tcPr>
            <w:tcW w:w="5103" w:type="dxa"/>
            <w:shd w:val="clear" w:color="auto" w:fill="FFFFFF"/>
            <w:vAlign w:val="center"/>
          </w:tcPr>
          <w:p w14:paraId="268295B8" w14:textId="77777777" w:rsidR="00E877FC" w:rsidRPr="00942D6F" w:rsidRDefault="00E877FC" w:rsidP="00587326">
            <w:pPr>
              <w:ind w:left="29"/>
              <w:rPr>
                <w:rFonts w:eastAsia="PMingLiU" w:cs="Times New Roman"/>
                <w:bCs/>
                <w:lang w:val="ro-MD"/>
              </w:rPr>
            </w:pPr>
            <w:r w:rsidRPr="00942D6F">
              <w:rPr>
                <w:rFonts w:eastAsia="Times New Roman" w:cs="Times New Roman"/>
                <w:lang w:val="ro-MD"/>
              </w:rPr>
              <w:t>Conform modelului aprobat prin Ordinul MF 145/2020</w:t>
            </w:r>
            <w:r>
              <w:rPr>
                <w:rFonts w:eastAsia="Times New Roman" w:cs="Times New Roman"/>
                <w:lang w:val="ro-MD"/>
              </w:rPr>
              <w:t xml:space="preserve"> – semnat electronic</w:t>
            </w:r>
          </w:p>
        </w:tc>
        <w:tc>
          <w:tcPr>
            <w:tcW w:w="1842" w:type="dxa"/>
            <w:shd w:val="clear" w:color="auto" w:fill="FFFFFF"/>
            <w:vAlign w:val="center"/>
          </w:tcPr>
          <w:p w14:paraId="7AB68729" w14:textId="77777777" w:rsidR="00E877FC" w:rsidRPr="00942D6F" w:rsidRDefault="00E877FC" w:rsidP="00587326">
            <w:pPr>
              <w:jc w:val="center"/>
              <w:rPr>
                <w:rFonts w:eastAsia="Times New Roman" w:cs="Times New Roman"/>
                <w:iCs/>
                <w:lang w:val="ro-MD" w:eastAsia="ru-RU"/>
              </w:rPr>
            </w:pPr>
            <w:r w:rsidRPr="00942D6F">
              <w:rPr>
                <w:rFonts w:eastAsia="Times New Roman" w:cs="Times New Roman"/>
                <w:iCs/>
                <w:lang w:val="ro-MD" w:eastAsia="ru-RU"/>
              </w:rPr>
              <w:t>Obligatoriu</w:t>
            </w:r>
          </w:p>
        </w:tc>
      </w:tr>
      <w:tr w:rsidR="00E877FC" w:rsidRPr="00942D6F" w14:paraId="3D439844" w14:textId="77777777" w:rsidTr="00587326">
        <w:trPr>
          <w:jc w:val="center"/>
        </w:trPr>
        <w:tc>
          <w:tcPr>
            <w:tcW w:w="576" w:type="dxa"/>
            <w:shd w:val="clear" w:color="auto" w:fill="FFFFFF"/>
            <w:vAlign w:val="center"/>
          </w:tcPr>
          <w:p w14:paraId="1C6701DE" w14:textId="77777777" w:rsidR="00E877FC" w:rsidRPr="00942D6F" w:rsidRDefault="00E877FC" w:rsidP="00587326">
            <w:pPr>
              <w:contextualSpacing/>
              <w:jc w:val="center"/>
              <w:rPr>
                <w:rFonts w:eastAsia="Times New Roman" w:cs="Times New Roman"/>
                <w:iCs/>
                <w:lang w:val="ro-MD" w:eastAsia="ru-RU"/>
              </w:rPr>
            </w:pPr>
            <w:r w:rsidRPr="00942D6F">
              <w:rPr>
                <w:rFonts w:eastAsia="Times New Roman" w:cs="Times New Roman"/>
                <w:iCs/>
                <w:lang w:val="ro-MD" w:eastAsia="ru-RU"/>
              </w:rPr>
              <w:t>8</w:t>
            </w:r>
          </w:p>
        </w:tc>
        <w:tc>
          <w:tcPr>
            <w:tcW w:w="2680" w:type="dxa"/>
            <w:shd w:val="clear" w:color="auto" w:fill="FFFFFF"/>
            <w:vAlign w:val="center"/>
          </w:tcPr>
          <w:p w14:paraId="36BF5640" w14:textId="77777777" w:rsidR="00E877FC" w:rsidRPr="00942D6F" w:rsidRDefault="00E877FC" w:rsidP="00587326">
            <w:pPr>
              <w:rPr>
                <w:rFonts w:cs="Times New Roman"/>
                <w:lang w:val="ro-MD"/>
              </w:rPr>
            </w:pPr>
            <w:r w:rsidRPr="00942D6F">
              <w:rPr>
                <w:rStyle w:val="15"/>
                <w:rFonts w:eastAsia="SimSun"/>
                <w:lang w:val="ro-MD"/>
              </w:rPr>
              <w:t>Dovada înregistrării persoanei juridice</w:t>
            </w:r>
          </w:p>
        </w:tc>
        <w:tc>
          <w:tcPr>
            <w:tcW w:w="5103" w:type="dxa"/>
            <w:shd w:val="clear" w:color="auto" w:fill="FFFFFF"/>
            <w:vAlign w:val="center"/>
          </w:tcPr>
          <w:p w14:paraId="655C9C5B" w14:textId="77777777" w:rsidR="00E877FC" w:rsidRPr="00942D6F" w:rsidRDefault="00E877FC" w:rsidP="00587326">
            <w:pPr>
              <w:rPr>
                <w:rFonts w:cs="Times New Roman"/>
                <w:lang w:val="ro-MD"/>
              </w:rPr>
            </w:pPr>
            <w:r w:rsidRPr="00942D6F">
              <w:rPr>
                <w:rFonts w:eastAsia="PMingLiU" w:cs="Times New Roman"/>
                <w:iCs/>
                <w:lang w:val="ro-MD"/>
              </w:rPr>
              <w:t>Extras din Registrul de Stat al persoanelor juridice</w:t>
            </w:r>
            <w:r>
              <w:rPr>
                <w:rFonts w:eastAsia="Times New Roman" w:cs="Times New Roman"/>
                <w:lang w:val="ro-MD"/>
              </w:rPr>
              <w:t xml:space="preserve"> – semnat electronic</w:t>
            </w:r>
          </w:p>
        </w:tc>
        <w:tc>
          <w:tcPr>
            <w:tcW w:w="1842" w:type="dxa"/>
            <w:shd w:val="clear" w:color="auto" w:fill="FFFFFF"/>
            <w:vAlign w:val="center"/>
          </w:tcPr>
          <w:p w14:paraId="2CE7375C" w14:textId="77777777" w:rsidR="00E877FC" w:rsidRPr="00942D6F" w:rsidRDefault="00E877FC" w:rsidP="00587326">
            <w:pPr>
              <w:jc w:val="center"/>
              <w:rPr>
                <w:rFonts w:eastAsia="Times New Roman" w:cs="Times New Roman"/>
                <w:lang w:val="ro-MD" w:eastAsia="ru-RU"/>
              </w:rPr>
            </w:pPr>
            <w:r w:rsidRPr="00942D6F">
              <w:rPr>
                <w:rFonts w:eastAsia="Times New Roman" w:cs="Times New Roman"/>
                <w:iCs/>
                <w:lang w:val="ro-MD" w:eastAsia="ru-RU"/>
              </w:rPr>
              <w:t>Obligatoriu</w:t>
            </w:r>
          </w:p>
        </w:tc>
      </w:tr>
      <w:tr w:rsidR="00E877FC" w:rsidRPr="00942D6F" w14:paraId="31C3C485" w14:textId="77777777" w:rsidTr="00587326">
        <w:trPr>
          <w:jc w:val="center"/>
        </w:trPr>
        <w:tc>
          <w:tcPr>
            <w:tcW w:w="576" w:type="dxa"/>
            <w:shd w:val="clear" w:color="auto" w:fill="FFFFFF"/>
            <w:vAlign w:val="center"/>
          </w:tcPr>
          <w:p w14:paraId="65354C5B" w14:textId="77777777" w:rsidR="00E877FC" w:rsidRPr="00942D6F" w:rsidRDefault="00E877FC" w:rsidP="00587326">
            <w:pPr>
              <w:contextualSpacing/>
              <w:jc w:val="center"/>
              <w:rPr>
                <w:rFonts w:eastAsia="Times New Roman" w:cs="Times New Roman"/>
                <w:iCs/>
                <w:lang w:val="ro-MD" w:eastAsia="ru-RU"/>
              </w:rPr>
            </w:pPr>
            <w:r>
              <w:rPr>
                <w:rFonts w:eastAsia="Times New Roman" w:cs="Times New Roman"/>
                <w:iCs/>
                <w:lang w:val="ro-MD" w:eastAsia="ru-RU"/>
              </w:rPr>
              <w:t>9</w:t>
            </w:r>
          </w:p>
        </w:tc>
        <w:tc>
          <w:tcPr>
            <w:tcW w:w="2680" w:type="dxa"/>
            <w:shd w:val="clear" w:color="auto" w:fill="FFFFFF"/>
            <w:vAlign w:val="center"/>
          </w:tcPr>
          <w:p w14:paraId="48BF2F3A" w14:textId="77777777" w:rsidR="00E877FC" w:rsidRPr="00942D6F" w:rsidRDefault="00E877FC" w:rsidP="00587326">
            <w:pPr>
              <w:rPr>
                <w:rStyle w:val="15"/>
                <w:rFonts w:eastAsia="SimSun"/>
                <w:lang w:val="ro-MD"/>
              </w:rPr>
            </w:pPr>
            <w:r>
              <w:rPr>
                <w:rStyle w:val="15"/>
                <w:rFonts w:eastAsia="SimSun"/>
                <w:lang w:val="ro-MD"/>
              </w:rPr>
              <w:t>Cerințe față de ofertant</w:t>
            </w:r>
          </w:p>
        </w:tc>
        <w:tc>
          <w:tcPr>
            <w:tcW w:w="5103" w:type="dxa"/>
            <w:shd w:val="clear" w:color="auto" w:fill="FFFFFF"/>
            <w:vAlign w:val="center"/>
          </w:tcPr>
          <w:p w14:paraId="69839AAF" w14:textId="77777777" w:rsidR="00E877FC" w:rsidRPr="00942D6F" w:rsidRDefault="00E877FC" w:rsidP="00587326">
            <w:pPr>
              <w:rPr>
                <w:rFonts w:eastAsia="PMingLiU" w:cs="Times New Roman"/>
                <w:iCs/>
                <w:lang w:val="ro-MD"/>
              </w:rPr>
            </w:pPr>
            <w:r>
              <w:rPr>
                <w:rFonts w:eastAsia="PMingLiU" w:cs="Times New Roman"/>
                <w:iCs/>
                <w:lang w:val="ro-MD"/>
              </w:rPr>
              <w:t>Conform informației specificate în Pct. 4 al Anexei</w:t>
            </w:r>
          </w:p>
        </w:tc>
        <w:tc>
          <w:tcPr>
            <w:tcW w:w="1842" w:type="dxa"/>
            <w:shd w:val="clear" w:color="auto" w:fill="FFFFFF"/>
            <w:vAlign w:val="center"/>
          </w:tcPr>
          <w:p w14:paraId="78D22AE0" w14:textId="77777777" w:rsidR="00E877FC" w:rsidRPr="00942D6F" w:rsidRDefault="00E877FC" w:rsidP="00587326">
            <w:pPr>
              <w:jc w:val="center"/>
              <w:rPr>
                <w:rFonts w:eastAsia="Times New Roman" w:cs="Times New Roman"/>
                <w:iCs/>
                <w:lang w:val="ro-MD" w:eastAsia="ru-RU"/>
              </w:rPr>
            </w:pPr>
            <w:r w:rsidRPr="00942D6F">
              <w:rPr>
                <w:rFonts w:eastAsia="Times New Roman" w:cs="Times New Roman"/>
                <w:iCs/>
                <w:lang w:val="ro-MD" w:eastAsia="ru-RU"/>
              </w:rPr>
              <w:t>Obligatoriu</w:t>
            </w:r>
          </w:p>
        </w:tc>
      </w:tr>
    </w:tbl>
    <w:p w14:paraId="3E56E095"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Garanția pentru ofertă: </w:t>
      </w:r>
      <w:r>
        <w:rPr>
          <w:rFonts w:eastAsia="Times New Roman" w:cs="Times New Roman"/>
          <w:sz w:val="24"/>
          <w:szCs w:val="24"/>
          <w:lang w:val="ro-MD" w:eastAsia="ru-RU"/>
        </w:rPr>
        <w:t>2</w:t>
      </w:r>
      <w:r w:rsidRPr="00942D6F">
        <w:rPr>
          <w:rFonts w:eastAsia="Times New Roman" w:cs="Times New Roman"/>
          <w:sz w:val="24"/>
          <w:szCs w:val="24"/>
          <w:lang w:val="ro-MD" w:eastAsia="ru-RU"/>
        </w:rPr>
        <w:t>% din suma ofertei fără TVA.</w:t>
      </w:r>
    </w:p>
    <w:p w14:paraId="25F28BCC"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Garanția de bună execuție a contractului: </w:t>
      </w:r>
      <w:r w:rsidRPr="00942D6F">
        <w:rPr>
          <w:rFonts w:eastAsia="Times New Roman" w:cs="Times New Roman"/>
          <w:sz w:val="24"/>
          <w:szCs w:val="24"/>
          <w:lang w:val="ro-MD" w:eastAsia="ru-RU"/>
        </w:rPr>
        <w:t>5% din suma contractului fără TVA</w:t>
      </w:r>
      <w:r>
        <w:rPr>
          <w:rFonts w:eastAsia="Times New Roman" w:cs="Times New Roman"/>
          <w:sz w:val="24"/>
          <w:szCs w:val="24"/>
          <w:lang w:val="ro-MD" w:eastAsia="ru-RU"/>
        </w:rPr>
        <w:t xml:space="preserve"> (transfer la contul Beneficiarului)</w:t>
      </w:r>
      <w:r w:rsidRPr="00942D6F">
        <w:rPr>
          <w:rFonts w:eastAsia="Times New Roman" w:cs="Times New Roman"/>
          <w:sz w:val="24"/>
          <w:szCs w:val="24"/>
          <w:lang w:val="ro-MD" w:eastAsia="ru-RU"/>
        </w:rPr>
        <w:t>.</w:t>
      </w:r>
    </w:p>
    <w:p w14:paraId="64E9D884"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b/>
          <w:sz w:val="24"/>
          <w:szCs w:val="24"/>
          <w:lang w:val="ro-MD" w:eastAsia="ru-RU"/>
        </w:rPr>
      </w:pPr>
      <w:r w:rsidRPr="00942D6F">
        <w:rPr>
          <w:rFonts w:eastAsia="Times New Roman" w:cs="Times New Roman"/>
          <w:b/>
          <w:sz w:val="24"/>
          <w:szCs w:val="24"/>
          <w:lang w:val="ro-MD" w:eastAsia="ru-RU"/>
        </w:rPr>
        <w:t>Motivul recurgerii la procedura accelerată (în cazul licitației deschise, restrânse și al procedurii negociate), după caz</w:t>
      </w:r>
      <w:r w:rsidRPr="00942D6F">
        <w:rPr>
          <w:rFonts w:eastAsia="Times New Roman" w:cs="Times New Roman"/>
          <w:b/>
          <w:sz w:val="24"/>
          <w:szCs w:val="24"/>
          <w:shd w:val="clear" w:color="auto" w:fill="FFFFFF"/>
          <w:lang w:val="ro-MD" w:eastAsia="ru-RU"/>
        </w:rPr>
        <w:t xml:space="preserve">: </w:t>
      </w:r>
      <w:r w:rsidRPr="00942D6F">
        <w:rPr>
          <w:rFonts w:eastAsia="Times New Roman" w:cs="Times New Roman"/>
          <w:sz w:val="24"/>
          <w:szCs w:val="24"/>
          <w:shd w:val="clear" w:color="auto" w:fill="FFFFFF"/>
          <w:lang w:val="ro-MD" w:eastAsia="ru-RU"/>
        </w:rPr>
        <w:t>nu se aplică.</w:t>
      </w:r>
    </w:p>
    <w:p w14:paraId="7A241DC3"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942D6F">
        <w:rPr>
          <w:rFonts w:eastAsia="Times New Roman" w:cs="Times New Roman"/>
          <w:sz w:val="24"/>
          <w:szCs w:val="24"/>
          <w:shd w:val="clear" w:color="auto" w:fill="FFFFFF"/>
          <w:lang w:val="ro-MD" w:eastAsia="ru-RU"/>
        </w:rPr>
        <w:t>nu se aplică.</w:t>
      </w:r>
    </w:p>
    <w:p w14:paraId="5696AB90" w14:textId="77777777" w:rsidR="00E877FC" w:rsidRPr="00942D6F" w:rsidRDefault="00E877FC" w:rsidP="00E877FC">
      <w:pPr>
        <w:numPr>
          <w:ilvl w:val="0"/>
          <w:numId w:val="19"/>
        </w:numPr>
        <w:tabs>
          <w:tab w:val="right" w:pos="426"/>
        </w:tabs>
        <w:spacing w:before="120" w:after="0" w:line="240" w:lineRule="auto"/>
        <w:ind w:left="0" w:firstLine="0"/>
        <w:jc w:val="both"/>
        <w:rPr>
          <w:rFonts w:eastAsia="Times New Roman" w:cs="Times New Roman"/>
          <w:b/>
          <w:sz w:val="24"/>
          <w:szCs w:val="24"/>
          <w:lang w:val="ro-MD" w:eastAsia="ru-RU"/>
        </w:rPr>
      </w:pPr>
      <w:r w:rsidRPr="00942D6F">
        <w:rPr>
          <w:rFonts w:eastAsia="Times New Roman" w:cs="Times New Roman"/>
          <w:b/>
          <w:sz w:val="24"/>
          <w:szCs w:val="24"/>
          <w:lang w:val="ro-MD" w:eastAsia="ru-RU"/>
        </w:rPr>
        <w:t>Condiții speciale de care depinde îndeplinirea contractului (</w:t>
      </w:r>
      <w:r w:rsidRPr="00942D6F">
        <w:rPr>
          <w:rFonts w:eastAsia="Times New Roman" w:cs="Times New Roman"/>
          <w:sz w:val="24"/>
          <w:szCs w:val="24"/>
          <w:lang w:val="ro-MD" w:eastAsia="ru-RU"/>
        </w:rPr>
        <w:t>indicați după caz</w:t>
      </w:r>
      <w:r w:rsidRPr="00942D6F">
        <w:rPr>
          <w:rFonts w:eastAsia="Times New Roman" w:cs="Times New Roman"/>
          <w:b/>
          <w:sz w:val="24"/>
          <w:szCs w:val="24"/>
          <w:lang w:val="ro-MD" w:eastAsia="ru-RU"/>
        </w:rPr>
        <w:t>):</w:t>
      </w:r>
    </w:p>
    <w:p w14:paraId="6D40988A" w14:textId="77777777" w:rsidR="00E877FC" w:rsidRPr="00942D6F" w:rsidRDefault="00E877FC" w:rsidP="00E877FC">
      <w:pPr>
        <w:numPr>
          <w:ilvl w:val="0"/>
          <w:numId w:val="19"/>
        </w:numPr>
        <w:tabs>
          <w:tab w:val="right" w:pos="426"/>
        </w:tabs>
        <w:spacing w:before="120" w:after="0" w:line="240" w:lineRule="auto"/>
        <w:ind w:left="0" w:firstLine="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Ofertele se prezintă în valută: </w:t>
      </w:r>
      <w:r w:rsidRPr="00942D6F">
        <w:rPr>
          <w:rFonts w:eastAsia="Times New Roman" w:cs="Times New Roman"/>
          <w:sz w:val="24"/>
          <w:szCs w:val="24"/>
          <w:lang w:val="ro-MD" w:eastAsia="ru-RU"/>
        </w:rPr>
        <w:t>Lei MD.</w:t>
      </w:r>
    </w:p>
    <w:p w14:paraId="6228CF2E" w14:textId="77777777" w:rsidR="00E877FC" w:rsidRPr="00942D6F" w:rsidRDefault="00E877FC" w:rsidP="00E877FC">
      <w:pPr>
        <w:numPr>
          <w:ilvl w:val="0"/>
          <w:numId w:val="19"/>
        </w:numPr>
        <w:tabs>
          <w:tab w:val="right" w:pos="426"/>
        </w:tabs>
        <w:spacing w:before="120" w:after="0" w:line="240" w:lineRule="auto"/>
        <w:ind w:left="0" w:firstLine="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Criteriul de evaluare aplicat pentru adjudecarea contractului: </w:t>
      </w:r>
      <w:r w:rsidRPr="00942D6F">
        <w:rPr>
          <w:rFonts w:eastAsia="Times New Roman" w:cs="Times New Roman"/>
          <w:sz w:val="24"/>
          <w:szCs w:val="24"/>
          <w:shd w:val="clear" w:color="auto" w:fill="FFFFFF"/>
          <w:lang w:val="ro-MD" w:eastAsia="ru-RU"/>
        </w:rPr>
        <w:t>prețul cel mai scăzut pe lot</w:t>
      </w:r>
      <w:r>
        <w:rPr>
          <w:rFonts w:eastAsia="Times New Roman" w:cs="Times New Roman"/>
          <w:sz w:val="24"/>
          <w:szCs w:val="24"/>
          <w:shd w:val="clear" w:color="auto" w:fill="FFFFFF"/>
          <w:lang w:val="ro-MD" w:eastAsia="ru-RU"/>
        </w:rPr>
        <w:t>ul</w:t>
      </w:r>
      <w:r w:rsidRPr="00942D6F">
        <w:rPr>
          <w:rFonts w:eastAsia="Times New Roman" w:cs="Times New Roman"/>
          <w:sz w:val="24"/>
          <w:szCs w:val="24"/>
          <w:shd w:val="clear" w:color="auto" w:fill="FFFFFF"/>
          <w:lang w:val="ro-MD" w:eastAsia="ru-RU"/>
        </w:rPr>
        <w:t xml:space="preserve"> </w:t>
      </w:r>
      <w:r>
        <w:rPr>
          <w:rFonts w:eastAsia="Times New Roman" w:cs="Times New Roman"/>
          <w:sz w:val="24"/>
          <w:szCs w:val="24"/>
          <w:shd w:val="clear" w:color="auto" w:fill="FFFFFF"/>
          <w:lang w:val="ro-MD" w:eastAsia="ru-RU"/>
        </w:rPr>
        <w:t>întreg</w:t>
      </w:r>
      <w:r w:rsidRPr="00942D6F">
        <w:rPr>
          <w:rFonts w:eastAsia="Times New Roman" w:cs="Times New Roman"/>
          <w:sz w:val="24"/>
          <w:szCs w:val="24"/>
          <w:shd w:val="clear" w:color="auto" w:fill="FFFFFF"/>
          <w:lang w:val="ro-MD" w:eastAsia="ru-RU"/>
        </w:rPr>
        <w:t>.</w:t>
      </w:r>
    </w:p>
    <w:p w14:paraId="52A10B06" w14:textId="77777777" w:rsidR="00E877FC" w:rsidRDefault="00E877FC" w:rsidP="00E877FC">
      <w:pPr>
        <w:numPr>
          <w:ilvl w:val="0"/>
          <w:numId w:val="19"/>
        </w:numPr>
        <w:tabs>
          <w:tab w:val="right" w:pos="426"/>
        </w:tabs>
        <w:spacing w:before="120" w:after="0" w:line="240" w:lineRule="auto"/>
        <w:ind w:left="0" w:firstLine="0"/>
        <w:jc w:val="both"/>
        <w:rPr>
          <w:rFonts w:eastAsia="Times New Roman" w:cs="Times New Roman"/>
          <w:b/>
          <w:sz w:val="24"/>
          <w:szCs w:val="24"/>
          <w:lang w:val="ro-MD" w:eastAsia="ru-RU"/>
        </w:rPr>
      </w:pPr>
      <w:r w:rsidRPr="00942D6F">
        <w:rPr>
          <w:rFonts w:eastAsia="Times New Roman" w:cs="Times New Roman"/>
          <w:b/>
          <w:sz w:val="24"/>
          <w:szCs w:val="24"/>
          <w:lang w:val="ro-MD" w:eastAsia="ru-RU"/>
        </w:rPr>
        <w:t>Factorii de evaluare a ofertei celei mai avantajoase din punct de vedere economic, precum și ponderile lor:</w:t>
      </w:r>
    </w:p>
    <w:p w14:paraId="0730D3ED" w14:textId="77777777" w:rsidR="00E877FC" w:rsidRPr="00346D8E" w:rsidRDefault="00E877FC" w:rsidP="00E877FC">
      <w:pPr>
        <w:tabs>
          <w:tab w:val="right" w:pos="426"/>
        </w:tabs>
        <w:spacing w:before="120" w:after="0" w:line="240" w:lineRule="auto"/>
        <w:jc w:val="both"/>
        <w:rPr>
          <w:rFonts w:eastAsia="Times New Roman" w:cs="Times New Roman"/>
          <w:b/>
          <w:sz w:val="16"/>
          <w:szCs w:val="16"/>
          <w:lang w:val="ro-MD" w:eastAsia="ru-RU"/>
        </w:rPr>
      </w:pPr>
    </w:p>
    <w:tbl>
      <w:tblPr>
        <w:tblStyle w:val="14"/>
        <w:tblW w:w="0" w:type="auto"/>
        <w:tblLook w:val="04A0" w:firstRow="1" w:lastRow="0" w:firstColumn="1" w:lastColumn="0" w:noHBand="0" w:noVBand="1"/>
      </w:tblPr>
      <w:tblGrid>
        <w:gridCol w:w="1123"/>
        <w:gridCol w:w="6640"/>
        <w:gridCol w:w="2086"/>
      </w:tblGrid>
      <w:tr w:rsidR="00E877FC" w:rsidRPr="00942D6F" w14:paraId="3065FCBB" w14:textId="77777777" w:rsidTr="00587326">
        <w:tc>
          <w:tcPr>
            <w:tcW w:w="1129" w:type="dxa"/>
            <w:shd w:val="clear" w:color="auto" w:fill="D9D9D9"/>
          </w:tcPr>
          <w:p w14:paraId="773EF067" w14:textId="77777777" w:rsidR="00E877FC" w:rsidRPr="00942D6F" w:rsidRDefault="00E877FC" w:rsidP="00587326">
            <w:pPr>
              <w:tabs>
                <w:tab w:val="left" w:pos="612"/>
              </w:tabs>
              <w:rPr>
                <w:rFonts w:eastAsia="Times New Roman" w:cs="Times New Roman"/>
                <w:b/>
                <w:iCs/>
                <w:sz w:val="24"/>
                <w:szCs w:val="24"/>
                <w:lang w:val="ro-MD" w:eastAsia="ru-RU"/>
              </w:rPr>
            </w:pPr>
            <w:r w:rsidRPr="00942D6F">
              <w:rPr>
                <w:rFonts w:eastAsia="Times New Roman" w:cs="Times New Roman"/>
                <w:b/>
                <w:iCs/>
                <w:sz w:val="24"/>
                <w:szCs w:val="24"/>
                <w:lang w:val="ro-MD" w:eastAsia="ru-RU"/>
              </w:rPr>
              <w:t>Nr. d/o</w:t>
            </w:r>
          </w:p>
        </w:tc>
        <w:tc>
          <w:tcPr>
            <w:tcW w:w="6696" w:type="dxa"/>
            <w:shd w:val="clear" w:color="auto" w:fill="D9D9D9"/>
          </w:tcPr>
          <w:p w14:paraId="4499A04B" w14:textId="77777777" w:rsidR="00E877FC" w:rsidRPr="00942D6F" w:rsidRDefault="00E877FC" w:rsidP="00587326">
            <w:pPr>
              <w:tabs>
                <w:tab w:val="left" w:pos="612"/>
              </w:tabs>
              <w:jc w:val="center"/>
              <w:rPr>
                <w:rFonts w:eastAsia="Times New Roman" w:cs="Times New Roman"/>
                <w:b/>
                <w:iCs/>
                <w:sz w:val="24"/>
                <w:szCs w:val="24"/>
                <w:lang w:val="ro-MD" w:eastAsia="ru-RU"/>
              </w:rPr>
            </w:pPr>
            <w:r w:rsidRPr="00942D6F">
              <w:rPr>
                <w:rFonts w:eastAsia="Times New Roman" w:cs="Times New Roman"/>
                <w:b/>
                <w:iCs/>
                <w:sz w:val="24"/>
                <w:szCs w:val="24"/>
                <w:lang w:val="ro-MD" w:eastAsia="ru-RU"/>
              </w:rPr>
              <w:t>Denumirea factorului de evaluare</w:t>
            </w:r>
          </w:p>
        </w:tc>
        <w:tc>
          <w:tcPr>
            <w:tcW w:w="2093" w:type="dxa"/>
            <w:shd w:val="clear" w:color="auto" w:fill="D9D9D9"/>
          </w:tcPr>
          <w:p w14:paraId="54A74745" w14:textId="77777777" w:rsidR="00E877FC" w:rsidRPr="00942D6F" w:rsidRDefault="00E877FC" w:rsidP="00587326">
            <w:pPr>
              <w:tabs>
                <w:tab w:val="left" w:pos="612"/>
              </w:tabs>
              <w:jc w:val="center"/>
              <w:rPr>
                <w:rFonts w:eastAsia="Times New Roman" w:cs="Times New Roman"/>
                <w:b/>
                <w:iCs/>
                <w:sz w:val="24"/>
                <w:szCs w:val="24"/>
                <w:lang w:val="ro-MD" w:eastAsia="ru-RU"/>
              </w:rPr>
            </w:pPr>
            <w:r w:rsidRPr="00942D6F">
              <w:rPr>
                <w:rFonts w:eastAsia="Times New Roman" w:cs="Times New Roman"/>
                <w:b/>
                <w:iCs/>
                <w:sz w:val="24"/>
                <w:szCs w:val="24"/>
                <w:lang w:val="ro-MD" w:eastAsia="ru-RU"/>
              </w:rPr>
              <w:t>Ponderea%</w:t>
            </w:r>
          </w:p>
        </w:tc>
      </w:tr>
      <w:tr w:rsidR="00E877FC" w:rsidRPr="00942D6F" w14:paraId="25DA902A" w14:textId="77777777" w:rsidTr="00587326">
        <w:trPr>
          <w:trHeight w:val="137"/>
        </w:trPr>
        <w:tc>
          <w:tcPr>
            <w:tcW w:w="1129" w:type="dxa"/>
            <w:shd w:val="clear" w:color="auto" w:fill="FFFFFF"/>
          </w:tcPr>
          <w:p w14:paraId="539D6388" w14:textId="77777777" w:rsidR="00E877FC" w:rsidRPr="00942D6F" w:rsidRDefault="00E877FC" w:rsidP="00587326">
            <w:pPr>
              <w:tabs>
                <w:tab w:val="left" w:pos="612"/>
              </w:tabs>
              <w:rPr>
                <w:rFonts w:eastAsia="Times New Roman" w:cs="Times New Roman"/>
                <w:iCs/>
                <w:sz w:val="24"/>
                <w:szCs w:val="24"/>
                <w:lang w:val="ro-MD" w:eastAsia="ru-RU"/>
              </w:rPr>
            </w:pPr>
          </w:p>
        </w:tc>
        <w:tc>
          <w:tcPr>
            <w:tcW w:w="6696" w:type="dxa"/>
            <w:shd w:val="clear" w:color="auto" w:fill="FFFFFF"/>
          </w:tcPr>
          <w:p w14:paraId="58002AD4" w14:textId="77777777" w:rsidR="00E877FC" w:rsidRPr="00942D6F" w:rsidRDefault="00E877FC" w:rsidP="00587326">
            <w:pPr>
              <w:tabs>
                <w:tab w:val="left" w:pos="612"/>
              </w:tabs>
              <w:rPr>
                <w:rFonts w:eastAsia="Times New Roman" w:cs="Times New Roman"/>
                <w:iCs/>
                <w:sz w:val="24"/>
                <w:szCs w:val="24"/>
                <w:lang w:val="ro-MD" w:eastAsia="ru-RU"/>
              </w:rPr>
            </w:pPr>
            <w:r w:rsidRPr="00942D6F">
              <w:rPr>
                <w:rFonts w:eastAsia="Times New Roman" w:cs="Times New Roman"/>
                <w:iCs/>
                <w:sz w:val="24"/>
                <w:szCs w:val="24"/>
                <w:lang w:val="ro-MD" w:eastAsia="ru-RU"/>
              </w:rPr>
              <w:t>nu se aplică</w:t>
            </w:r>
          </w:p>
        </w:tc>
        <w:tc>
          <w:tcPr>
            <w:tcW w:w="2093" w:type="dxa"/>
            <w:shd w:val="clear" w:color="auto" w:fill="FFFFFF"/>
          </w:tcPr>
          <w:p w14:paraId="1977D95D" w14:textId="77777777" w:rsidR="00E877FC" w:rsidRPr="00942D6F" w:rsidRDefault="00E877FC" w:rsidP="00587326">
            <w:pPr>
              <w:tabs>
                <w:tab w:val="left" w:pos="612"/>
              </w:tabs>
              <w:jc w:val="center"/>
              <w:rPr>
                <w:rFonts w:eastAsia="Times New Roman" w:cs="Times New Roman"/>
                <w:iCs/>
                <w:sz w:val="24"/>
                <w:szCs w:val="24"/>
                <w:lang w:val="ro-MD" w:eastAsia="ru-RU"/>
              </w:rPr>
            </w:pPr>
            <w:r>
              <w:rPr>
                <w:rFonts w:eastAsia="Times New Roman" w:cs="Times New Roman"/>
                <w:iCs/>
                <w:sz w:val="24"/>
                <w:szCs w:val="24"/>
                <w:lang w:val="ro-MD" w:eastAsia="ru-RU"/>
              </w:rPr>
              <w:t>---------</w:t>
            </w:r>
          </w:p>
        </w:tc>
      </w:tr>
    </w:tbl>
    <w:p w14:paraId="4CD96AC2" w14:textId="77777777" w:rsidR="00E877FC" w:rsidRPr="00942D6F" w:rsidRDefault="00E877FC" w:rsidP="00E877FC">
      <w:pPr>
        <w:numPr>
          <w:ilvl w:val="0"/>
          <w:numId w:val="19"/>
        </w:numPr>
        <w:tabs>
          <w:tab w:val="right" w:pos="426"/>
        </w:tabs>
        <w:spacing w:before="120" w:after="0" w:line="240" w:lineRule="auto"/>
        <w:ind w:left="0" w:firstLine="0"/>
        <w:rPr>
          <w:rFonts w:eastAsia="Times New Roman" w:cs="Times New Roman"/>
          <w:b/>
          <w:sz w:val="24"/>
          <w:szCs w:val="24"/>
          <w:lang w:val="ro-MD" w:eastAsia="ru-RU"/>
        </w:rPr>
      </w:pPr>
      <w:r w:rsidRPr="00942D6F">
        <w:rPr>
          <w:rFonts w:eastAsia="Times New Roman" w:cs="Times New Roman"/>
          <w:b/>
          <w:sz w:val="24"/>
          <w:szCs w:val="24"/>
          <w:lang w:val="ro-MD" w:eastAsia="ru-RU"/>
        </w:rPr>
        <w:t>Termenul limită de depunere/deschidere a ofertelor:</w:t>
      </w:r>
    </w:p>
    <w:p w14:paraId="4BE1639A" w14:textId="77777777" w:rsidR="00E877FC" w:rsidRPr="00942D6F" w:rsidRDefault="00E877FC" w:rsidP="00E877FC">
      <w:pPr>
        <w:numPr>
          <w:ilvl w:val="0"/>
          <w:numId w:val="20"/>
        </w:numPr>
        <w:tabs>
          <w:tab w:val="right" w:pos="426"/>
        </w:tabs>
        <w:spacing w:before="120" w:after="0" w:line="240" w:lineRule="auto"/>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până la: </w:t>
      </w:r>
      <w:r w:rsidRPr="00942D6F">
        <w:rPr>
          <w:rFonts w:eastAsia="Times New Roman" w:cs="Times New Roman"/>
          <w:b/>
          <w:i/>
          <w:sz w:val="24"/>
          <w:szCs w:val="24"/>
          <w:lang w:val="ro-MD" w:eastAsia="ru-RU"/>
        </w:rPr>
        <w:t>[ora exactă]</w:t>
      </w:r>
      <w:r w:rsidRPr="00942D6F">
        <w:rPr>
          <w:rFonts w:eastAsia="Times New Roman" w:cs="Times New Roman"/>
          <w:b/>
          <w:sz w:val="24"/>
          <w:szCs w:val="24"/>
          <w:lang w:val="ro-MD" w:eastAsia="ru-RU"/>
        </w:rPr>
        <w:t xml:space="preserve"> </w:t>
      </w:r>
      <w:r w:rsidRPr="00942D6F">
        <w:rPr>
          <w:rFonts w:eastAsia="Times New Roman" w:cs="Times New Roman"/>
          <w:sz w:val="24"/>
          <w:szCs w:val="24"/>
          <w:lang w:val="ro-MD" w:eastAsia="ru-RU"/>
        </w:rPr>
        <w:t>Informația o găsiți în SIA ”RSAP”</w:t>
      </w:r>
    </w:p>
    <w:p w14:paraId="20B6DD98" w14:textId="77777777" w:rsidR="00E877FC" w:rsidRPr="00942D6F" w:rsidRDefault="00E877FC" w:rsidP="00E877FC">
      <w:pPr>
        <w:numPr>
          <w:ilvl w:val="0"/>
          <w:numId w:val="20"/>
        </w:numPr>
        <w:shd w:val="clear" w:color="auto" w:fill="FFFFFF"/>
        <w:tabs>
          <w:tab w:val="right" w:pos="426"/>
        </w:tabs>
        <w:spacing w:before="120" w:after="0" w:line="240" w:lineRule="auto"/>
        <w:rPr>
          <w:rFonts w:eastAsia="Times New Roman" w:cs="Times New Roman"/>
          <w:sz w:val="24"/>
          <w:szCs w:val="24"/>
          <w:lang w:val="ro-MD" w:eastAsia="ru-RU"/>
        </w:rPr>
      </w:pPr>
      <w:r w:rsidRPr="00942D6F">
        <w:rPr>
          <w:rFonts w:eastAsia="Times New Roman" w:cs="Times New Roman"/>
          <w:b/>
          <w:sz w:val="24"/>
          <w:szCs w:val="24"/>
          <w:lang w:val="ro-MD" w:eastAsia="ru-RU"/>
        </w:rPr>
        <w:t xml:space="preserve">pe: </w:t>
      </w:r>
      <w:r w:rsidRPr="00942D6F">
        <w:rPr>
          <w:rFonts w:eastAsia="Times New Roman" w:cs="Times New Roman"/>
          <w:b/>
          <w:i/>
          <w:sz w:val="24"/>
          <w:szCs w:val="24"/>
          <w:lang w:val="ro-MD" w:eastAsia="ru-RU"/>
        </w:rPr>
        <w:t>[data]</w:t>
      </w:r>
      <w:r w:rsidRPr="00942D6F">
        <w:rPr>
          <w:rFonts w:eastAsia="Times New Roman" w:cs="Times New Roman"/>
          <w:b/>
          <w:sz w:val="24"/>
          <w:szCs w:val="24"/>
          <w:lang w:val="ro-MD" w:eastAsia="ru-RU"/>
        </w:rPr>
        <w:t xml:space="preserve"> </w:t>
      </w:r>
      <w:r w:rsidRPr="00942D6F">
        <w:rPr>
          <w:rFonts w:eastAsia="Times New Roman" w:cs="Times New Roman"/>
          <w:sz w:val="24"/>
          <w:szCs w:val="24"/>
          <w:lang w:val="ro-MD" w:eastAsia="ru-RU"/>
        </w:rPr>
        <w:t>Informația o găsiți în SIA ”RSAP”</w:t>
      </w:r>
    </w:p>
    <w:p w14:paraId="225FD11C" w14:textId="77777777" w:rsidR="00E877FC" w:rsidRPr="00942D6F" w:rsidRDefault="00E877FC" w:rsidP="00E877FC">
      <w:pPr>
        <w:numPr>
          <w:ilvl w:val="0"/>
          <w:numId w:val="19"/>
        </w:numPr>
        <w:tabs>
          <w:tab w:val="right" w:pos="426"/>
        </w:tabs>
        <w:spacing w:before="120" w:after="0" w:line="240" w:lineRule="auto"/>
        <w:ind w:left="0" w:firstLine="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Adresa la care trebuie transmise ofertele sau cererile de participare:  </w:t>
      </w:r>
      <w:r w:rsidRPr="00942D6F">
        <w:rPr>
          <w:rFonts w:eastAsia="Times New Roman" w:cs="Times New Roman"/>
          <w:sz w:val="24"/>
          <w:szCs w:val="24"/>
          <w:lang w:val="ro-MD" w:eastAsia="ru-RU"/>
        </w:rPr>
        <w:t>Ofertele sau cererile de participare vor fi depuse electronic prin intermediul SIA ”RSAP”</w:t>
      </w:r>
    </w:p>
    <w:p w14:paraId="50E5DE30" w14:textId="77777777" w:rsidR="00E877FC" w:rsidRPr="00942D6F" w:rsidRDefault="00E877FC" w:rsidP="00E877FC">
      <w:pPr>
        <w:numPr>
          <w:ilvl w:val="0"/>
          <w:numId w:val="19"/>
        </w:numPr>
        <w:tabs>
          <w:tab w:val="right" w:pos="426"/>
        </w:tabs>
        <w:spacing w:before="120" w:after="0" w:line="240" w:lineRule="auto"/>
        <w:ind w:left="0" w:firstLine="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Termenul de valabilitate a ofertelor: </w:t>
      </w:r>
      <w:r w:rsidRPr="00942D6F">
        <w:rPr>
          <w:rFonts w:eastAsia="Times New Roman" w:cs="Times New Roman"/>
          <w:sz w:val="24"/>
          <w:szCs w:val="24"/>
          <w:shd w:val="clear" w:color="auto" w:fill="FFFFFF"/>
          <w:lang w:val="ro-MD" w:eastAsia="ru-RU"/>
        </w:rPr>
        <w:t>30 zile</w:t>
      </w:r>
    </w:p>
    <w:p w14:paraId="1D89A810" w14:textId="77777777" w:rsidR="00E877FC" w:rsidRPr="00942D6F" w:rsidRDefault="00E877FC" w:rsidP="00E877FC">
      <w:pPr>
        <w:numPr>
          <w:ilvl w:val="0"/>
          <w:numId w:val="19"/>
        </w:numPr>
        <w:tabs>
          <w:tab w:val="right" w:pos="426"/>
        </w:tabs>
        <w:spacing w:before="120" w:after="0" w:line="240" w:lineRule="auto"/>
        <w:ind w:left="0" w:firstLine="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Locul deschiderii ofertelor: </w:t>
      </w:r>
      <w:r w:rsidRPr="00942D6F">
        <w:rPr>
          <w:rFonts w:eastAsia="Times New Roman" w:cs="Times New Roman"/>
          <w:sz w:val="24"/>
          <w:szCs w:val="24"/>
          <w:lang w:val="ro-MD" w:eastAsia="ru-RU"/>
        </w:rPr>
        <w:t>SIA ”RSAP”</w:t>
      </w:r>
    </w:p>
    <w:p w14:paraId="4501325F" w14:textId="77777777" w:rsidR="00E877FC" w:rsidRPr="00942D6F" w:rsidRDefault="00E877FC" w:rsidP="00E877FC">
      <w:pPr>
        <w:tabs>
          <w:tab w:val="right" w:pos="426"/>
        </w:tabs>
        <w:spacing w:before="120" w:after="0" w:line="240" w:lineRule="auto"/>
        <w:jc w:val="both"/>
        <w:rPr>
          <w:rFonts w:eastAsia="Times New Roman" w:cs="Times New Roman"/>
          <w:b/>
          <w:i/>
          <w:sz w:val="24"/>
          <w:szCs w:val="24"/>
          <w:lang w:val="ro-MD" w:eastAsia="ru-RU"/>
        </w:rPr>
      </w:pPr>
      <w:r w:rsidRPr="00942D6F">
        <w:rPr>
          <w:rFonts w:eastAsia="Times New Roman" w:cs="Times New Roman"/>
          <w:b/>
          <w:i/>
          <w:sz w:val="24"/>
          <w:szCs w:val="24"/>
          <w:lang w:val="ro-MD" w:eastAsia="ru-RU"/>
        </w:rPr>
        <w:t>Ofertele întârziate vor fi respinse.</w:t>
      </w:r>
    </w:p>
    <w:p w14:paraId="59F64811" w14:textId="77777777" w:rsidR="00E877FC" w:rsidRPr="00942D6F" w:rsidRDefault="00E877FC" w:rsidP="00E877FC">
      <w:pPr>
        <w:numPr>
          <w:ilvl w:val="0"/>
          <w:numId w:val="19"/>
        </w:numPr>
        <w:tabs>
          <w:tab w:val="right" w:pos="426"/>
        </w:tabs>
        <w:spacing w:before="120" w:after="0" w:line="240" w:lineRule="auto"/>
        <w:ind w:left="450" w:hanging="450"/>
        <w:jc w:val="both"/>
        <w:rPr>
          <w:rFonts w:eastAsia="Times New Roman" w:cs="Times New Roman"/>
          <w:sz w:val="24"/>
          <w:szCs w:val="24"/>
          <w:lang w:val="ro-MD" w:eastAsia="ru-RU"/>
        </w:rPr>
      </w:pPr>
      <w:r w:rsidRPr="00942D6F">
        <w:rPr>
          <w:rFonts w:eastAsia="Times New Roman" w:cs="Times New Roman"/>
          <w:b/>
          <w:sz w:val="24"/>
          <w:szCs w:val="24"/>
          <w:lang w:val="ro-MD" w:eastAsia="ru-RU"/>
        </w:rPr>
        <w:lastRenderedPageBreak/>
        <w:t xml:space="preserve">Persoanele autorizate să asiste la deschiderea ofertelor: </w:t>
      </w:r>
      <w:r w:rsidRPr="00942D6F">
        <w:rPr>
          <w:rFonts w:eastAsia="Times New Roman" w:cs="Times New Roman"/>
          <w:sz w:val="24"/>
          <w:szCs w:val="24"/>
          <w:lang w:val="ro-MD" w:eastAsia="ru-RU"/>
        </w:rPr>
        <w:t>Ofertanții sau reprezentanții acestora au dreptul să participe la deschiderea ofertelor, cu excepția cazului cînd ofertele au fost depuse prin SIA “RSAP”.</w:t>
      </w:r>
    </w:p>
    <w:p w14:paraId="5837A10C" w14:textId="77777777" w:rsidR="00E877FC" w:rsidRPr="00942D6F" w:rsidRDefault="00E877FC" w:rsidP="00E877FC">
      <w:pPr>
        <w:numPr>
          <w:ilvl w:val="0"/>
          <w:numId w:val="19"/>
        </w:numPr>
        <w:tabs>
          <w:tab w:val="right" w:pos="426"/>
        </w:tabs>
        <w:spacing w:before="120" w:after="0" w:line="240" w:lineRule="auto"/>
        <w:ind w:left="450" w:hanging="450"/>
        <w:jc w:val="both"/>
        <w:rPr>
          <w:rFonts w:eastAsia="Times New Roman" w:cs="Times New Roman"/>
          <w:sz w:val="24"/>
          <w:szCs w:val="24"/>
          <w:lang w:val="ro-MD" w:eastAsia="ru-RU"/>
        </w:rPr>
      </w:pPr>
      <w:r w:rsidRPr="00942D6F">
        <w:rPr>
          <w:rFonts w:eastAsia="Times New Roman" w:cs="Times New Roman"/>
          <w:b/>
          <w:sz w:val="24"/>
          <w:szCs w:val="24"/>
          <w:lang w:val="ro-MD" w:eastAsia="ru-RU"/>
        </w:rPr>
        <w:t xml:space="preserve">Limba sau limbile în care trebuie redactate ofertele sau cererile de participare: </w:t>
      </w:r>
      <w:r w:rsidRPr="00942D6F">
        <w:rPr>
          <w:rFonts w:eastAsia="Times New Roman" w:cs="Times New Roman"/>
          <w:sz w:val="24"/>
          <w:szCs w:val="24"/>
          <w:shd w:val="clear" w:color="auto" w:fill="FFFFFF"/>
          <w:lang w:val="ro-MD" w:eastAsia="ru-RU"/>
        </w:rPr>
        <w:t>limba română.</w:t>
      </w:r>
    </w:p>
    <w:p w14:paraId="692A2046"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sz w:val="24"/>
          <w:szCs w:val="24"/>
          <w:lang w:val="ro-MD" w:eastAsia="ru-RU"/>
        </w:rPr>
      </w:pPr>
      <w:r w:rsidRPr="00942D6F">
        <w:rPr>
          <w:rFonts w:eastAsia="Times New Roman" w:cs="Times New Roman"/>
          <w:b/>
          <w:sz w:val="24"/>
          <w:szCs w:val="24"/>
          <w:lang w:val="ro-MD" w:eastAsia="ru-RU"/>
        </w:rPr>
        <w:t xml:space="preserve">Respectivul contract se referă la un proiect și/sau program finanțat din fonduri ale Uniunii Europene: </w:t>
      </w:r>
      <w:r w:rsidRPr="00942D6F">
        <w:rPr>
          <w:rFonts w:eastAsia="Times New Roman" w:cs="Times New Roman"/>
          <w:sz w:val="24"/>
          <w:szCs w:val="24"/>
          <w:shd w:val="clear" w:color="auto" w:fill="FFFFFF"/>
          <w:lang w:val="ro-MD" w:eastAsia="ru-RU"/>
        </w:rPr>
        <w:t>nu se aplică</w:t>
      </w:r>
    </w:p>
    <w:p w14:paraId="1025123F" w14:textId="77777777" w:rsidR="00E877FC" w:rsidRPr="00942D6F" w:rsidRDefault="00E877FC" w:rsidP="00E877FC">
      <w:pPr>
        <w:numPr>
          <w:ilvl w:val="0"/>
          <w:numId w:val="19"/>
        </w:numPr>
        <w:tabs>
          <w:tab w:val="right" w:pos="426"/>
        </w:tabs>
        <w:spacing w:before="120" w:after="0" w:line="240" w:lineRule="auto"/>
        <w:ind w:left="0" w:firstLine="0"/>
        <w:jc w:val="both"/>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Denumirea și adresa organismului competent de soluționare a contestațiilor: </w:t>
      </w:r>
    </w:p>
    <w:p w14:paraId="7939B52E" w14:textId="77777777" w:rsidR="00E877FC" w:rsidRPr="00942D6F" w:rsidRDefault="00E877FC" w:rsidP="00E877FC">
      <w:pPr>
        <w:tabs>
          <w:tab w:val="right" w:pos="426"/>
        </w:tabs>
        <w:spacing w:before="120" w:after="0" w:line="240" w:lineRule="auto"/>
        <w:ind w:left="450"/>
        <w:jc w:val="both"/>
        <w:rPr>
          <w:rFonts w:eastAsia="Times New Roman" w:cs="Times New Roman"/>
          <w:sz w:val="24"/>
          <w:szCs w:val="24"/>
          <w:lang w:val="ro-MD" w:eastAsia="ru-RU"/>
        </w:rPr>
      </w:pPr>
      <w:r w:rsidRPr="00942D6F">
        <w:rPr>
          <w:rFonts w:eastAsia="Times New Roman" w:cs="Times New Roman"/>
          <w:sz w:val="24"/>
          <w:szCs w:val="24"/>
          <w:lang w:val="ro-MD" w:eastAsia="ru-RU"/>
        </w:rPr>
        <w:t>Agenția Națională pentru Soluționarea Contestațiilor</w:t>
      </w:r>
    </w:p>
    <w:p w14:paraId="35E88BB0" w14:textId="77777777" w:rsidR="00E877FC" w:rsidRPr="00942D6F" w:rsidRDefault="00E877FC" w:rsidP="00E877FC">
      <w:pPr>
        <w:tabs>
          <w:tab w:val="right" w:pos="426"/>
        </w:tabs>
        <w:spacing w:before="120" w:after="0" w:line="240" w:lineRule="auto"/>
        <w:ind w:left="450"/>
        <w:jc w:val="both"/>
        <w:rPr>
          <w:rFonts w:eastAsia="Times New Roman" w:cs="Times New Roman"/>
          <w:sz w:val="24"/>
          <w:szCs w:val="24"/>
          <w:lang w:val="ro-MD" w:eastAsia="ru-RU"/>
        </w:rPr>
      </w:pPr>
      <w:r w:rsidRPr="00942D6F">
        <w:rPr>
          <w:rFonts w:eastAsia="Times New Roman" w:cs="Times New Roman"/>
          <w:sz w:val="24"/>
          <w:szCs w:val="24"/>
          <w:lang w:val="ro-MD" w:eastAsia="ru-RU"/>
        </w:rPr>
        <w:t>Adresa: mun. Chișinău, bd. Ștefan cel Mare și Sfânt nr.124 (et.4), MD 2001;</w:t>
      </w:r>
    </w:p>
    <w:p w14:paraId="3543C105" w14:textId="77777777" w:rsidR="00E877FC" w:rsidRPr="00942D6F" w:rsidRDefault="00E877FC" w:rsidP="00E877FC">
      <w:pPr>
        <w:tabs>
          <w:tab w:val="right" w:pos="426"/>
        </w:tabs>
        <w:spacing w:before="120" w:after="0" w:line="240" w:lineRule="auto"/>
        <w:ind w:left="450"/>
        <w:jc w:val="both"/>
        <w:rPr>
          <w:rFonts w:eastAsia="Times New Roman" w:cs="Times New Roman"/>
          <w:sz w:val="24"/>
          <w:szCs w:val="24"/>
          <w:lang w:val="ro-MD" w:eastAsia="ru-RU"/>
        </w:rPr>
      </w:pPr>
      <w:r w:rsidRPr="00942D6F">
        <w:rPr>
          <w:rFonts w:eastAsia="Times New Roman" w:cs="Times New Roman"/>
          <w:sz w:val="24"/>
          <w:szCs w:val="24"/>
          <w:lang w:val="ro-MD" w:eastAsia="ru-RU"/>
        </w:rPr>
        <w:t>Tel/Fax/email:</w:t>
      </w:r>
      <w:r w:rsidRPr="00942D6F">
        <w:rPr>
          <w:rFonts w:eastAsia="Times New Roman" w:cs="Times New Roman"/>
          <w:color w:val="000000"/>
          <w:sz w:val="24"/>
          <w:szCs w:val="24"/>
          <w:shd w:val="clear" w:color="auto" w:fill="FFFFFF"/>
          <w:lang w:val="ro-MD" w:eastAsia="ru-RU"/>
        </w:rPr>
        <w:t xml:space="preserve"> </w:t>
      </w:r>
      <w:r w:rsidRPr="00942D6F">
        <w:rPr>
          <w:rFonts w:eastAsia="Times New Roman" w:cs="Times New Roman"/>
          <w:sz w:val="24"/>
          <w:szCs w:val="24"/>
          <w:lang w:val="ro-MD" w:eastAsia="ru-RU"/>
        </w:rPr>
        <w:t>022-820 652, 022 820-651, contestatii@ansc.md</w:t>
      </w:r>
    </w:p>
    <w:p w14:paraId="0350ADBE"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b/>
          <w:sz w:val="24"/>
          <w:szCs w:val="24"/>
          <w:lang w:val="ro-MD" w:eastAsia="ru-RU"/>
        </w:rPr>
      </w:pPr>
      <w:r w:rsidRPr="00942D6F">
        <w:rPr>
          <w:rFonts w:eastAsia="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942D6F">
        <w:rPr>
          <w:rFonts w:eastAsia="Times New Roman" w:cs="Times New Roman"/>
          <w:b/>
          <w:sz w:val="24"/>
          <w:szCs w:val="24"/>
          <w:shd w:val="clear" w:color="auto" w:fill="FFFFFF"/>
          <w:lang w:val="ro-MD" w:eastAsia="ru-RU"/>
        </w:rPr>
        <w:t xml:space="preserve">): </w:t>
      </w:r>
      <w:r w:rsidRPr="00942D6F">
        <w:rPr>
          <w:rFonts w:eastAsia="Times New Roman" w:cs="Times New Roman"/>
          <w:sz w:val="24"/>
          <w:szCs w:val="24"/>
          <w:shd w:val="clear" w:color="auto" w:fill="FFFFFF"/>
          <w:lang w:val="ro-MD" w:eastAsia="ru-RU"/>
        </w:rPr>
        <w:t>nu se aplică</w:t>
      </w:r>
    </w:p>
    <w:p w14:paraId="49260C18" w14:textId="77777777" w:rsidR="00E877FC" w:rsidRPr="00942D6F" w:rsidRDefault="00E877FC" w:rsidP="00E877FC">
      <w:pPr>
        <w:numPr>
          <w:ilvl w:val="0"/>
          <w:numId w:val="19"/>
        </w:numPr>
        <w:shd w:val="clear" w:color="auto" w:fill="FFFFFF"/>
        <w:tabs>
          <w:tab w:val="right" w:pos="426"/>
        </w:tabs>
        <w:spacing w:before="120" w:after="0" w:line="240" w:lineRule="auto"/>
        <w:ind w:left="360"/>
        <w:jc w:val="both"/>
        <w:rPr>
          <w:rFonts w:eastAsia="Times New Roman" w:cs="Times New Roman"/>
          <w:sz w:val="24"/>
          <w:szCs w:val="24"/>
          <w:lang w:val="ro-MD" w:eastAsia="ru-RU"/>
        </w:rPr>
      </w:pPr>
      <w:r w:rsidRPr="00942D6F">
        <w:rPr>
          <w:rFonts w:eastAsia="Times New Roman" w:cs="Times New Roman"/>
          <w:b/>
          <w:sz w:val="24"/>
          <w:szCs w:val="24"/>
          <w:lang w:val="ro-MD" w:eastAsia="ru-RU"/>
        </w:rPr>
        <w:t>În cazul achizițiilor periodice, calendarul estimat pentru publicarea anunțurilor viitoare</w:t>
      </w:r>
      <w:r w:rsidRPr="00942D6F">
        <w:rPr>
          <w:rFonts w:eastAsia="Times New Roman" w:cs="Times New Roman"/>
          <w:b/>
          <w:sz w:val="24"/>
          <w:szCs w:val="24"/>
          <w:shd w:val="clear" w:color="auto" w:fill="FFFFFF"/>
          <w:lang w:val="ro-MD" w:eastAsia="ru-RU"/>
        </w:rPr>
        <w:t xml:space="preserve">: </w:t>
      </w:r>
      <w:r w:rsidRPr="00942D6F">
        <w:rPr>
          <w:rFonts w:eastAsia="Times New Roman" w:cs="Times New Roman"/>
          <w:sz w:val="24"/>
          <w:szCs w:val="24"/>
          <w:shd w:val="clear" w:color="auto" w:fill="FFFFFF"/>
          <w:lang w:val="ro-MD" w:eastAsia="ru-RU"/>
        </w:rPr>
        <w:t>nu se aplică</w:t>
      </w:r>
    </w:p>
    <w:p w14:paraId="53AAC5CB"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b/>
          <w:sz w:val="24"/>
          <w:szCs w:val="24"/>
          <w:lang w:val="ro-MD" w:eastAsia="ru-RU"/>
        </w:rPr>
      </w:pPr>
      <w:r w:rsidRPr="00942D6F">
        <w:rPr>
          <w:rFonts w:eastAsia="Times New Roman" w:cs="Times New Roman"/>
          <w:b/>
          <w:sz w:val="24"/>
          <w:szCs w:val="24"/>
          <w:lang w:val="ro-MD" w:eastAsia="ru-RU"/>
        </w:rPr>
        <w:t>Data publicării anunțului de intenție sau, după caz, precizarea că nu a fost publicat un astfel de anunţ</w:t>
      </w:r>
      <w:r w:rsidRPr="00942D6F">
        <w:rPr>
          <w:rFonts w:eastAsia="Times New Roman" w:cs="Times New Roman"/>
          <w:b/>
          <w:sz w:val="24"/>
          <w:szCs w:val="24"/>
          <w:shd w:val="clear" w:color="auto" w:fill="FFFFFF"/>
          <w:lang w:val="ro-MD" w:eastAsia="ru-RU"/>
        </w:rPr>
        <w:t xml:space="preserve">: </w:t>
      </w:r>
      <w:r w:rsidRPr="00942D6F">
        <w:rPr>
          <w:rFonts w:eastAsia="Times New Roman" w:cs="Times New Roman"/>
          <w:sz w:val="24"/>
          <w:szCs w:val="24"/>
          <w:shd w:val="clear" w:color="auto" w:fill="FFFFFF"/>
          <w:lang w:val="ro-MD" w:eastAsia="ru-RU"/>
        </w:rPr>
        <w:t>conform www.tender.gov.md</w:t>
      </w:r>
    </w:p>
    <w:p w14:paraId="5972DBC1" w14:textId="77777777" w:rsidR="00E877FC" w:rsidRPr="00942D6F" w:rsidRDefault="00E877FC" w:rsidP="00E877FC">
      <w:pPr>
        <w:numPr>
          <w:ilvl w:val="0"/>
          <w:numId w:val="19"/>
        </w:numPr>
        <w:tabs>
          <w:tab w:val="right" w:pos="426"/>
        </w:tabs>
        <w:spacing w:before="120" w:after="0" w:line="240" w:lineRule="auto"/>
        <w:ind w:left="0" w:firstLine="0"/>
        <w:rPr>
          <w:rFonts w:eastAsia="Times New Roman" w:cs="Times New Roman"/>
          <w:b/>
          <w:sz w:val="24"/>
          <w:szCs w:val="24"/>
          <w:lang w:val="ro-MD" w:eastAsia="ru-RU"/>
        </w:rPr>
      </w:pPr>
      <w:r w:rsidRPr="00942D6F">
        <w:rPr>
          <w:rFonts w:eastAsia="Times New Roman" w:cs="Times New Roman"/>
          <w:b/>
          <w:sz w:val="24"/>
          <w:szCs w:val="24"/>
          <w:lang w:val="ro-MD" w:eastAsia="ru-RU"/>
        </w:rPr>
        <w:t>Data transmiterii spre publicare a anunțului de participare</w:t>
      </w:r>
      <w:r w:rsidRPr="00942D6F">
        <w:rPr>
          <w:rFonts w:eastAsia="Times New Roman" w:cs="Times New Roman"/>
          <w:b/>
          <w:sz w:val="24"/>
          <w:szCs w:val="24"/>
          <w:shd w:val="clear" w:color="auto" w:fill="FFFFFF"/>
          <w:lang w:val="ro-MD" w:eastAsia="ru-RU"/>
        </w:rPr>
        <w:t xml:space="preserve">: </w:t>
      </w:r>
      <w:r w:rsidRPr="00942D6F">
        <w:rPr>
          <w:rFonts w:eastAsia="Times New Roman" w:cs="Times New Roman"/>
          <w:sz w:val="24"/>
          <w:szCs w:val="24"/>
          <w:shd w:val="clear" w:color="auto" w:fill="FFFFFF"/>
          <w:lang w:val="ro-MD" w:eastAsia="ru-RU"/>
        </w:rPr>
        <w:t xml:space="preserve">conform </w:t>
      </w:r>
      <w:r w:rsidRPr="00942D6F">
        <w:rPr>
          <w:rFonts w:eastAsia="Times New Roman" w:cs="Times New Roman"/>
          <w:sz w:val="24"/>
          <w:szCs w:val="24"/>
          <w:lang w:val="ro-MD" w:eastAsia="ru-RU"/>
        </w:rPr>
        <w:t>SIA ”RSAP”</w:t>
      </w:r>
    </w:p>
    <w:p w14:paraId="2665613E" w14:textId="77777777" w:rsidR="00E877FC" w:rsidRDefault="00E877FC" w:rsidP="00E877FC">
      <w:pPr>
        <w:numPr>
          <w:ilvl w:val="0"/>
          <w:numId w:val="19"/>
        </w:numPr>
        <w:tabs>
          <w:tab w:val="right" w:pos="426"/>
        </w:tabs>
        <w:spacing w:before="120" w:after="0" w:line="240" w:lineRule="auto"/>
        <w:ind w:left="0" w:firstLine="0"/>
        <w:rPr>
          <w:rFonts w:eastAsia="Times New Roman" w:cs="Times New Roman"/>
          <w:b/>
          <w:sz w:val="24"/>
          <w:szCs w:val="24"/>
          <w:lang w:val="ro-MD" w:eastAsia="ru-RU"/>
        </w:rPr>
      </w:pPr>
      <w:r w:rsidRPr="00942D6F">
        <w:rPr>
          <w:rFonts w:eastAsia="Times New Roman" w:cs="Times New Roman"/>
          <w:b/>
          <w:sz w:val="24"/>
          <w:szCs w:val="24"/>
          <w:lang w:val="ro-MD" w:eastAsia="ru-RU"/>
        </w:rPr>
        <w:t>În cadrul procedurii de achiziție publică se va utiliza/accepta:</w:t>
      </w:r>
    </w:p>
    <w:p w14:paraId="1A50511B" w14:textId="77777777" w:rsidR="00E877FC" w:rsidRPr="00942D6F" w:rsidRDefault="00E877FC" w:rsidP="00E877FC">
      <w:pPr>
        <w:tabs>
          <w:tab w:val="right" w:pos="426"/>
        </w:tabs>
        <w:spacing w:after="0" w:line="240" w:lineRule="auto"/>
        <w:rPr>
          <w:rFonts w:eastAsia="Times New Roman" w:cs="Times New Roman"/>
          <w:b/>
          <w:sz w:val="24"/>
          <w:szCs w:val="24"/>
          <w:lang w:val="ro-MD" w:eastAsia="ru-RU"/>
        </w:rPr>
      </w:pPr>
    </w:p>
    <w:tbl>
      <w:tblPr>
        <w:tblStyle w:val="14"/>
        <w:tblW w:w="10206" w:type="dxa"/>
        <w:tblInd w:w="137" w:type="dxa"/>
        <w:tblLook w:val="04A0" w:firstRow="1" w:lastRow="0" w:firstColumn="1" w:lastColumn="0" w:noHBand="0" w:noVBand="1"/>
      </w:tblPr>
      <w:tblGrid>
        <w:gridCol w:w="6662"/>
        <w:gridCol w:w="3544"/>
      </w:tblGrid>
      <w:tr w:rsidR="00E877FC" w:rsidRPr="00CB5EE7" w14:paraId="75C6CE6A" w14:textId="77777777" w:rsidTr="00587326">
        <w:tc>
          <w:tcPr>
            <w:tcW w:w="6662" w:type="dxa"/>
            <w:shd w:val="clear" w:color="auto" w:fill="E7E6E6"/>
          </w:tcPr>
          <w:p w14:paraId="16443A86" w14:textId="77777777" w:rsidR="00E877FC" w:rsidRPr="00942D6F" w:rsidRDefault="00E877FC" w:rsidP="00587326">
            <w:pPr>
              <w:tabs>
                <w:tab w:val="right" w:pos="426"/>
              </w:tabs>
              <w:rPr>
                <w:rFonts w:eastAsia="Times New Roman" w:cs="Times New Roman"/>
                <w:b/>
                <w:sz w:val="24"/>
                <w:szCs w:val="24"/>
                <w:lang w:val="ro-MD" w:eastAsia="ru-RU"/>
              </w:rPr>
            </w:pPr>
            <w:r w:rsidRPr="00942D6F">
              <w:rPr>
                <w:rFonts w:eastAsia="Times New Roman" w:cs="Times New Roman"/>
                <w:b/>
                <w:sz w:val="24"/>
                <w:szCs w:val="24"/>
                <w:lang w:val="ro-MD" w:eastAsia="ru-RU"/>
              </w:rPr>
              <w:t>Denumirea instrumentului electronic</w:t>
            </w:r>
          </w:p>
        </w:tc>
        <w:tc>
          <w:tcPr>
            <w:tcW w:w="3544" w:type="dxa"/>
            <w:shd w:val="clear" w:color="auto" w:fill="E7E6E6"/>
          </w:tcPr>
          <w:p w14:paraId="5285E59E" w14:textId="77777777" w:rsidR="00E877FC" w:rsidRPr="00942D6F" w:rsidRDefault="00E877FC" w:rsidP="00587326">
            <w:pPr>
              <w:tabs>
                <w:tab w:val="right" w:pos="426"/>
              </w:tabs>
              <w:rPr>
                <w:rFonts w:eastAsia="Times New Roman" w:cs="Times New Roman"/>
                <w:b/>
                <w:sz w:val="24"/>
                <w:szCs w:val="24"/>
                <w:lang w:val="ro-MD" w:eastAsia="ru-RU"/>
              </w:rPr>
            </w:pPr>
            <w:r w:rsidRPr="00942D6F">
              <w:rPr>
                <w:rFonts w:eastAsia="Times New Roman" w:cs="Times New Roman"/>
                <w:b/>
                <w:sz w:val="24"/>
                <w:szCs w:val="24"/>
                <w:lang w:val="ro-MD" w:eastAsia="ru-RU"/>
              </w:rPr>
              <w:t>Se va utiliza/accepta sau nu</w:t>
            </w:r>
          </w:p>
        </w:tc>
      </w:tr>
      <w:tr w:rsidR="00E877FC" w:rsidRPr="00942D6F" w14:paraId="6987F88D" w14:textId="77777777" w:rsidTr="00587326">
        <w:tc>
          <w:tcPr>
            <w:tcW w:w="6662" w:type="dxa"/>
          </w:tcPr>
          <w:p w14:paraId="66E9A78D" w14:textId="77777777" w:rsidR="00E877FC" w:rsidRPr="00942D6F" w:rsidRDefault="00E877FC" w:rsidP="00587326">
            <w:pPr>
              <w:tabs>
                <w:tab w:val="right" w:pos="426"/>
              </w:tabs>
              <w:rPr>
                <w:rFonts w:eastAsia="Times New Roman" w:cs="Times New Roman"/>
                <w:sz w:val="24"/>
                <w:szCs w:val="24"/>
                <w:lang w:val="ro-MD" w:eastAsia="ru-RU"/>
              </w:rPr>
            </w:pPr>
            <w:r w:rsidRPr="00942D6F">
              <w:rPr>
                <w:rFonts w:eastAsia="Times New Roman" w:cs="Times New Roman"/>
                <w:sz w:val="24"/>
                <w:szCs w:val="24"/>
                <w:lang w:val="ro-MD" w:eastAsia="ru-RU"/>
              </w:rPr>
              <w:t>depunerea electronică a ofertelor sau a cererilor de participare</w:t>
            </w:r>
          </w:p>
        </w:tc>
        <w:tc>
          <w:tcPr>
            <w:tcW w:w="3544" w:type="dxa"/>
            <w:shd w:val="clear" w:color="auto" w:fill="FFFFFF"/>
          </w:tcPr>
          <w:p w14:paraId="2CCDAD8E" w14:textId="77777777" w:rsidR="00E877FC" w:rsidRPr="00942D6F" w:rsidRDefault="00E877FC" w:rsidP="00587326">
            <w:pPr>
              <w:rPr>
                <w:rFonts w:eastAsia="Times New Roman" w:cs="Times New Roman"/>
                <w:sz w:val="24"/>
                <w:szCs w:val="24"/>
                <w:lang w:val="ro-MD" w:eastAsia="ru-RU"/>
              </w:rPr>
            </w:pPr>
            <w:r w:rsidRPr="00942D6F">
              <w:rPr>
                <w:rFonts w:eastAsia="Times New Roman" w:cs="Times New Roman"/>
                <w:sz w:val="24"/>
                <w:szCs w:val="24"/>
                <w:lang w:val="ro-MD" w:eastAsia="ru-RU"/>
              </w:rPr>
              <w:t>Se acceptă</w:t>
            </w:r>
          </w:p>
        </w:tc>
      </w:tr>
      <w:tr w:rsidR="00E877FC" w:rsidRPr="00942D6F" w14:paraId="52DD72A9" w14:textId="77777777" w:rsidTr="00587326">
        <w:tc>
          <w:tcPr>
            <w:tcW w:w="6662" w:type="dxa"/>
          </w:tcPr>
          <w:p w14:paraId="20571C81" w14:textId="77777777" w:rsidR="00E877FC" w:rsidRPr="00942D6F" w:rsidRDefault="00E877FC" w:rsidP="00587326">
            <w:pPr>
              <w:tabs>
                <w:tab w:val="right" w:pos="426"/>
              </w:tabs>
              <w:rPr>
                <w:rFonts w:eastAsia="Times New Roman" w:cs="Times New Roman"/>
                <w:sz w:val="24"/>
                <w:szCs w:val="24"/>
                <w:lang w:val="ro-MD" w:eastAsia="ru-RU"/>
              </w:rPr>
            </w:pPr>
            <w:r w:rsidRPr="00942D6F">
              <w:rPr>
                <w:rFonts w:eastAsia="Times New Roman" w:cs="Times New Roman"/>
                <w:sz w:val="24"/>
                <w:szCs w:val="24"/>
                <w:lang w:val="ro-MD" w:eastAsia="ru-RU"/>
              </w:rPr>
              <w:t>sistemul de comenzi electronice</w:t>
            </w:r>
          </w:p>
        </w:tc>
        <w:tc>
          <w:tcPr>
            <w:tcW w:w="3544" w:type="dxa"/>
            <w:shd w:val="clear" w:color="auto" w:fill="FFFFFF"/>
          </w:tcPr>
          <w:p w14:paraId="48ED4E30" w14:textId="77777777" w:rsidR="00E877FC" w:rsidRPr="00942D6F" w:rsidRDefault="00E877FC" w:rsidP="00587326">
            <w:pPr>
              <w:rPr>
                <w:rFonts w:eastAsia="Times New Roman" w:cs="Times New Roman"/>
                <w:sz w:val="24"/>
                <w:szCs w:val="24"/>
                <w:lang w:val="ro-MD" w:eastAsia="ru-RU"/>
              </w:rPr>
            </w:pPr>
            <w:r w:rsidRPr="00942D6F">
              <w:rPr>
                <w:rFonts w:eastAsia="Times New Roman" w:cs="Times New Roman"/>
                <w:sz w:val="24"/>
                <w:szCs w:val="24"/>
                <w:lang w:val="ro-MD" w:eastAsia="ru-RU"/>
              </w:rPr>
              <w:t>Nu se acceptă</w:t>
            </w:r>
          </w:p>
        </w:tc>
      </w:tr>
      <w:tr w:rsidR="00E877FC" w:rsidRPr="00942D6F" w14:paraId="672D4907" w14:textId="77777777" w:rsidTr="00587326">
        <w:tc>
          <w:tcPr>
            <w:tcW w:w="6662" w:type="dxa"/>
          </w:tcPr>
          <w:p w14:paraId="14849477" w14:textId="77777777" w:rsidR="00E877FC" w:rsidRPr="00942D6F" w:rsidRDefault="00E877FC" w:rsidP="00587326">
            <w:pPr>
              <w:tabs>
                <w:tab w:val="right" w:pos="426"/>
              </w:tabs>
              <w:rPr>
                <w:rFonts w:eastAsia="Times New Roman" w:cs="Times New Roman"/>
                <w:sz w:val="24"/>
                <w:szCs w:val="24"/>
                <w:lang w:val="ro-MD" w:eastAsia="ru-RU"/>
              </w:rPr>
            </w:pPr>
            <w:r w:rsidRPr="00942D6F">
              <w:rPr>
                <w:rFonts w:eastAsia="Times New Roman" w:cs="Times New Roman"/>
                <w:sz w:val="24"/>
                <w:szCs w:val="24"/>
                <w:lang w:val="ro-MD" w:eastAsia="ru-RU"/>
              </w:rPr>
              <w:t>facturarea electronică</w:t>
            </w:r>
          </w:p>
        </w:tc>
        <w:tc>
          <w:tcPr>
            <w:tcW w:w="3544" w:type="dxa"/>
            <w:shd w:val="clear" w:color="auto" w:fill="FFFFFF"/>
          </w:tcPr>
          <w:p w14:paraId="3D404F41" w14:textId="77777777" w:rsidR="00E877FC" w:rsidRPr="00942D6F" w:rsidRDefault="00E877FC" w:rsidP="00587326">
            <w:pPr>
              <w:rPr>
                <w:rFonts w:eastAsia="Times New Roman" w:cs="Times New Roman"/>
                <w:sz w:val="24"/>
                <w:szCs w:val="24"/>
                <w:lang w:val="ro-MD" w:eastAsia="ru-RU"/>
              </w:rPr>
            </w:pPr>
            <w:r w:rsidRPr="00942D6F">
              <w:rPr>
                <w:rFonts w:eastAsia="Times New Roman" w:cs="Times New Roman"/>
                <w:sz w:val="24"/>
                <w:szCs w:val="24"/>
                <w:lang w:val="ro-MD" w:eastAsia="ru-RU"/>
              </w:rPr>
              <w:t>Se acceptă</w:t>
            </w:r>
          </w:p>
        </w:tc>
      </w:tr>
      <w:tr w:rsidR="00E877FC" w:rsidRPr="00942D6F" w14:paraId="4B2C5C03" w14:textId="77777777" w:rsidTr="00587326">
        <w:tc>
          <w:tcPr>
            <w:tcW w:w="6662" w:type="dxa"/>
          </w:tcPr>
          <w:p w14:paraId="4F577845" w14:textId="77777777" w:rsidR="00E877FC" w:rsidRPr="00942D6F" w:rsidRDefault="00E877FC" w:rsidP="00587326">
            <w:pPr>
              <w:tabs>
                <w:tab w:val="right" w:pos="426"/>
              </w:tabs>
              <w:rPr>
                <w:rFonts w:eastAsia="Times New Roman" w:cs="Times New Roman"/>
                <w:sz w:val="24"/>
                <w:szCs w:val="24"/>
                <w:lang w:val="ro-MD" w:eastAsia="ru-RU"/>
              </w:rPr>
            </w:pPr>
            <w:r w:rsidRPr="00942D6F">
              <w:rPr>
                <w:rFonts w:eastAsia="Times New Roman" w:cs="Times New Roman"/>
                <w:sz w:val="24"/>
                <w:szCs w:val="24"/>
                <w:lang w:val="ro-MD" w:eastAsia="ru-RU"/>
              </w:rPr>
              <w:t>plățile electronice</w:t>
            </w:r>
          </w:p>
        </w:tc>
        <w:tc>
          <w:tcPr>
            <w:tcW w:w="3544" w:type="dxa"/>
            <w:shd w:val="clear" w:color="auto" w:fill="FFFFFF"/>
          </w:tcPr>
          <w:p w14:paraId="69ADCA07" w14:textId="77777777" w:rsidR="00E877FC" w:rsidRPr="00942D6F" w:rsidRDefault="00E877FC" w:rsidP="00587326">
            <w:pPr>
              <w:rPr>
                <w:rFonts w:eastAsia="Times New Roman" w:cs="Times New Roman"/>
                <w:sz w:val="24"/>
                <w:szCs w:val="24"/>
                <w:lang w:val="ro-MD" w:eastAsia="ru-RU"/>
              </w:rPr>
            </w:pPr>
            <w:r w:rsidRPr="00942D6F">
              <w:rPr>
                <w:rFonts w:eastAsia="Times New Roman" w:cs="Times New Roman"/>
                <w:sz w:val="24"/>
                <w:szCs w:val="24"/>
                <w:lang w:val="ro-MD" w:eastAsia="ru-RU"/>
              </w:rPr>
              <w:t>Se acceptă</w:t>
            </w:r>
          </w:p>
        </w:tc>
      </w:tr>
    </w:tbl>
    <w:p w14:paraId="7FD2C763" w14:textId="77777777" w:rsidR="00E877FC" w:rsidRPr="00942D6F" w:rsidRDefault="00E877FC" w:rsidP="00E877FC">
      <w:pPr>
        <w:numPr>
          <w:ilvl w:val="0"/>
          <w:numId w:val="19"/>
        </w:numPr>
        <w:tabs>
          <w:tab w:val="right" w:pos="426"/>
        </w:tabs>
        <w:spacing w:before="120" w:after="0" w:line="240" w:lineRule="auto"/>
        <w:ind w:left="360"/>
        <w:jc w:val="both"/>
        <w:rPr>
          <w:rFonts w:eastAsia="Times New Roman" w:cs="Times New Roman"/>
          <w:sz w:val="24"/>
          <w:szCs w:val="24"/>
          <w:lang w:val="ro-MD" w:eastAsia="ru-RU"/>
        </w:rPr>
      </w:pPr>
      <w:r w:rsidRPr="00942D6F">
        <w:rPr>
          <w:rFonts w:eastAsia="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42D6F">
        <w:rPr>
          <w:rFonts w:eastAsia="Times New Roman" w:cs="Times New Roman"/>
          <w:sz w:val="24"/>
          <w:szCs w:val="24"/>
          <w:shd w:val="clear" w:color="auto" w:fill="FFFFFF"/>
          <w:lang w:val="ro-MD" w:eastAsia="ru-RU"/>
        </w:rPr>
        <w:t>nu se aplică</w:t>
      </w:r>
    </w:p>
    <w:p w14:paraId="54381B2C" w14:textId="77777777" w:rsidR="00E877FC" w:rsidRPr="00942D6F" w:rsidRDefault="00E877FC" w:rsidP="00E877FC">
      <w:pPr>
        <w:numPr>
          <w:ilvl w:val="0"/>
          <w:numId w:val="19"/>
        </w:numPr>
        <w:tabs>
          <w:tab w:val="right" w:pos="426"/>
        </w:tabs>
        <w:spacing w:before="120" w:after="0" w:line="240" w:lineRule="auto"/>
        <w:ind w:left="0" w:firstLine="0"/>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Alte informații relevante: </w:t>
      </w:r>
      <w:r w:rsidRPr="00942D6F">
        <w:rPr>
          <w:rFonts w:eastAsia="Times New Roman" w:cs="Times New Roman"/>
          <w:sz w:val="24"/>
          <w:szCs w:val="24"/>
          <w:shd w:val="clear" w:color="auto" w:fill="FFFFFF"/>
          <w:lang w:val="ro-MD" w:eastAsia="ru-RU"/>
        </w:rPr>
        <w:t>nu sunt</w:t>
      </w:r>
    </w:p>
    <w:p w14:paraId="07774AB8" w14:textId="77777777" w:rsidR="00E877FC" w:rsidRDefault="00E877FC" w:rsidP="00E877FC">
      <w:pPr>
        <w:spacing w:before="120" w:after="120" w:line="240" w:lineRule="auto"/>
        <w:rPr>
          <w:rFonts w:eastAsia="Times New Roman" w:cs="Times New Roman"/>
          <w:b/>
          <w:sz w:val="24"/>
          <w:szCs w:val="24"/>
          <w:lang w:val="ro-MD" w:eastAsia="ru-RU"/>
        </w:rPr>
      </w:pPr>
    </w:p>
    <w:p w14:paraId="067A1F42" w14:textId="77777777" w:rsidR="00E877FC" w:rsidRDefault="00E877FC" w:rsidP="00E877FC">
      <w:pPr>
        <w:spacing w:before="120" w:after="120" w:line="240" w:lineRule="auto"/>
        <w:rPr>
          <w:rFonts w:eastAsia="Times New Roman" w:cs="Times New Roman"/>
          <w:b/>
          <w:sz w:val="24"/>
          <w:szCs w:val="24"/>
          <w:lang w:val="ro-MD" w:eastAsia="ru-RU"/>
        </w:rPr>
      </w:pPr>
      <w:r w:rsidRPr="00942D6F">
        <w:rPr>
          <w:rFonts w:eastAsia="Times New Roman" w:cs="Times New Roman"/>
          <w:b/>
          <w:sz w:val="24"/>
          <w:szCs w:val="24"/>
          <w:lang w:val="ro-MD" w:eastAsia="ru-RU"/>
        </w:rPr>
        <w:t xml:space="preserve">Conducătorul grupului de lucru:                      </w:t>
      </w:r>
    </w:p>
    <w:p w14:paraId="160DD31D" w14:textId="77777777" w:rsidR="00E877FC" w:rsidRDefault="00E877FC" w:rsidP="00E877FC">
      <w:pPr>
        <w:spacing w:before="120" w:after="120" w:line="240" w:lineRule="auto"/>
        <w:rPr>
          <w:rFonts w:eastAsia="Times New Roman" w:cs="Times New Roman"/>
          <w:b/>
          <w:sz w:val="24"/>
          <w:szCs w:val="24"/>
          <w:shd w:val="clear" w:color="auto" w:fill="FFFFFF"/>
          <w:lang w:val="ro-MD" w:eastAsia="ru-RU"/>
        </w:rPr>
      </w:pPr>
    </w:p>
    <w:p w14:paraId="2B68B27D" w14:textId="77777777" w:rsidR="00E877FC" w:rsidRDefault="00E877FC" w:rsidP="00E877FC">
      <w:pPr>
        <w:spacing w:before="120" w:after="120" w:line="240" w:lineRule="auto"/>
        <w:rPr>
          <w:rFonts w:eastAsia="Times New Roman" w:cs="Times New Roman"/>
          <w:b/>
          <w:sz w:val="24"/>
          <w:szCs w:val="24"/>
          <w:lang w:val="ro-MD" w:eastAsia="ru-RU"/>
        </w:rPr>
      </w:pPr>
      <w:r>
        <w:rPr>
          <w:rFonts w:eastAsia="Times New Roman" w:cs="Times New Roman"/>
          <w:b/>
          <w:sz w:val="24"/>
          <w:szCs w:val="24"/>
          <w:shd w:val="clear" w:color="auto" w:fill="FFFFFF"/>
          <w:lang w:val="ro-MD" w:eastAsia="ru-RU"/>
        </w:rPr>
        <w:t>Viorel DOAGĂ_________________</w:t>
      </w:r>
      <w:r w:rsidRPr="00942D6F">
        <w:rPr>
          <w:rFonts w:eastAsia="Times New Roman" w:cs="Times New Roman"/>
          <w:b/>
          <w:sz w:val="24"/>
          <w:szCs w:val="24"/>
          <w:shd w:val="clear" w:color="auto" w:fill="FFFFFF"/>
          <w:lang w:val="ro-MD" w:eastAsia="ru-RU"/>
        </w:rPr>
        <w:t xml:space="preserve"> </w:t>
      </w:r>
      <w:r w:rsidRPr="00942D6F">
        <w:rPr>
          <w:rFonts w:eastAsia="Times New Roman" w:cs="Times New Roman"/>
          <w:b/>
          <w:sz w:val="24"/>
          <w:szCs w:val="24"/>
          <w:lang w:val="ro-MD" w:eastAsia="ru-RU"/>
        </w:rPr>
        <w:t xml:space="preserve">  </w:t>
      </w:r>
    </w:p>
    <w:p w14:paraId="6A942CAA" w14:textId="77777777" w:rsidR="00E877FC" w:rsidRDefault="00E877FC" w:rsidP="00E877FC">
      <w:pPr>
        <w:spacing w:before="120" w:after="120" w:line="240" w:lineRule="auto"/>
        <w:rPr>
          <w:rFonts w:eastAsia="Times New Roman" w:cs="Times New Roman"/>
          <w:b/>
          <w:sz w:val="24"/>
          <w:szCs w:val="24"/>
          <w:lang w:val="ro-MD" w:eastAsia="ru-RU"/>
        </w:rPr>
      </w:pPr>
    </w:p>
    <w:p w14:paraId="51826BFE" w14:textId="77777777" w:rsidR="00E877FC" w:rsidRDefault="00E877FC" w:rsidP="00E877FC">
      <w:pPr>
        <w:spacing w:before="120" w:after="120" w:line="240" w:lineRule="auto"/>
        <w:rPr>
          <w:rFonts w:eastAsia="Times New Roman" w:cs="Times New Roman"/>
          <w:b/>
          <w:sz w:val="24"/>
          <w:szCs w:val="24"/>
          <w:lang w:val="ro-MD" w:eastAsia="ru-RU"/>
        </w:rPr>
      </w:pPr>
    </w:p>
    <w:p w14:paraId="00C9C80D" w14:textId="77777777" w:rsidR="00E877FC" w:rsidRDefault="00E877FC" w:rsidP="00E877FC">
      <w:pPr>
        <w:spacing w:after="80"/>
        <w:ind w:firstLine="425"/>
        <w:jc w:val="right"/>
        <w:rPr>
          <w:b/>
          <w:sz w:val="30"/>
          <w:lang w:val="it-IT"/>
        </w:rPr>
      </w:pPr>
    </w:p>
    <w:p w14:paraId="69913E2D" w14:textId="77777777" w:rsidR="00E877FC" w:rsidRDefault="00E877FC" w:rsidP="00E877FC">
      <w:pPr>
        <w:spacing w:after="80"/>
        <w:ind w:firstLine="425"/>
        <w:jc w:val="right"/>
        <w:rPr>
          <w:b/>
          <w:sz w:val="30"/>
          <w:lang w:val="it-IT"/>
        </w:rPr>
      </w:pPr>
    </w:p>
    <w:p w14:paraId="3AD3DAA0" w14:textId="77777777" w:rsidR="00E877FC" w:rsidRDefault="00E877FC" w:rsidP="00E877FC">
      <w:pPr>
        <w:spacing w:after="80"/>
        <w:ind w:firstLine="425"/>
        <w:jc w:val="right"/>
        <w:rPr>
          <w:b/>
          <w:sz w:val="30"/>
          <w:lang w:val="it-IT"/>
        </w:rPr>
      </w:pPr>
    </w:p>
    <w:p w14:paraId="2CED6940" w14:textId="77777777" w:rsidR="00E877FC" w:rsidRDefault="00E877FC" w:rsidP="00E877FC">
      <w:pPr>
        <w:spacing w:after="80"/>
        <w:ind w:firstLine="425"/>
        <w:jc w:val="right"/>
        <w:rPr>
          <w:b/>
          <w:sz w:val="30"/>
          <w:lang w:val="it-IT"/>
        </w:rPr>
      </w:pPr>
    </w:p>
    <w:p w14:paraId="272F6CF7" w14:textId="77777777" w:rsidR="00E877FC" w:rsidRDefault="00E877FC" w:rsidP="00E877FC">
      <w:pPr>
        <w:spacing w:after="80"/>
        <w:ind w:firstLine="425"/>
        <w:jc w:val="right"/>
        <w:rPr>
          <w:b/>
          <w:sz w:val="30"/>
          <w:lang w:val="it-IT"/>
        </w:rPr>
      </w:pPr>
    </w:p>
    <w:p w14:paraId="18334772" w14:textId="51D5C9F8" w:rsidR="00E877FC" w:rsidRDefault="00E877FC" w:rsidP="00E877FC">
      <w:pPr>
        <w:spacing w:after="80"/>
        <w:ind w:firstLine="425"/>
        <w:jc w:val="right"/>
        <w:rPr>
          <w:b/>
          <w:sz w:val="30"/>
          <w:lang w:val="it-IT"/>
        </w:rPr>
      </w:pPr>
      <w:r>
        <w:rPr>
          <w:b/>
          <w:sz w:val="30"/>
          <w:lang w:val="it-IT"/>
        </w:rPr>
        <w:lastRenderedPageBreak/>
        <w:t>Anexa 1</w:t>
      </w:r>
    </w:p>
    <w:p w14:paraId="1D265F30" w14:textId="77777777" w:rsidR="00E877FC" w:rsidRDefault="00E877FC" w:rsidP="00E877FC">
      <w:pPr>
        <w:spacing w:after="80"/>
        <w:ind w:firstLine="425"/>
        <w:jc w:val="right"/>
        <w:rPr>
          <w:b/>
          <w:sz w:val="30"/>
          <w:lang w:val="it-IT"/>
        </w:rPr>
      </w:pPr>
    </w:p>
    <w:p w14:paraId="55001A64" w14:textId="68A189E0" w:rsidR="00162E50" w:rsidRPr="00162E50" w:rsidRDefault="00162E50" w:rsidP="00162E50">
      <w:pPr>
        <w:spacing w:after="80"/>
        <w:ind w:firstLine="425"/>
        <w:jc w:val="center"/>
        <w:rPr>
          <w:b/>
          <w:sz w:val="30"/>
          <w:lang w:val="it-IT"/>
        </w:rPr>
      </w:pPr>
      <w:r w:rsidRPr="00162E50">
        <w:rPr>
          <w:b/>
          <w:sz w:val="30"/>
          <w:lang w:val="it-IT"/>
        </w:rPr>
        <w:t>CAIET DE SARCINI</w:t>
      </w:r>
    </w:p>
    <w:p w14:paraId="00015A14" w14:textId="23275187" w:rsidR="00162E50" w:rsidRDefault="00162E50" w:rsidP="00162E50">
      <w:pPr>
        <w:spacing w:after="80"/>
        <w:ind w:firstLine="425"/>
        <w:jc w:val="center"/>
        <w:rPr>
          <w:b/>
          <w:sz w:val="30"/>
          <w:lang w:val="it-IT"/>
        </w:rPr>
      </w:pPr>
      <w:r w:rsidRPr="00B61475">
        <w:rPr>
          <w:lang w:val="pt-BR"/>
        </w:rPr>
        <w:t xml:space="preserve">pentru achiziționarea și implementarea unui sistem </w:t>
      </w:r>
      <w:r w:rsidR="00B61475" w:rsidRPr="00B61475">
        <w:rPr>
          <w:lang w:val="pt-BR"/>
        </w:rPr>
        <w:t>de mo</w:t>
      </w:r>
      <w:r w:rsidR="00B61475">
        <w:rPr>
          <w:lang w:val="pt-BR"/>
        </w:rPr>
        <w:t xml:space="preserve">nitorizare video cu camere de corp </w:t>
      </w:r>
      <w:r w:rsidRPr="00B61475">
        <w:rPr>
          <w:lang w:val="pt-BR"/>
        </w:rPr>
        <w:t xml:space="preserve"> </w:t>
      </w:r>
      <w:r w:rsidR="00B61475">
        <w:rPr>
          <w:lang w:val="pt-BR"/>
        </w:rPr>
        <w:t>(</w:t>
      </w:r>
      <w:r w:rsidRPr="00B61475">
        <w:rPr>
          <w:lang w:val="pt-BR"/>
        </w:rPr>
        <w:t>body camere</w:t>
      </w:r>
      <w:r w:rsidR="00B61475">
        <w:rPr>
          <w:lang w:val="pt-BR"/>
        </w:rPr>
        <w:t>)</w:t>
      </w:r>
    </w:p>
    <w:p w14:paraId="6BEFD181" w14:textId="77777777" w:rsidR="00FF4AD2" w:rsidRPr="00FF4AD2" w:rsidRDefault="00FF4AD2" w:rsidP="00FF4AD2">
      <w:pPr>
        <w:spacing w:before="100" w:beforeAutospacing="1" w:after="100" w:afterAutospacing="1" w:line="240" w:lineRule="auto"/>
        <w:outlineLvl w:val="1"/>
        <w:rPr>
          <w:rFonts w:eastAsia="Times New Roman" w:cs="Times New Roman"/>
          <w:b/>
          <w:bCs/>
          <w:sz w:val="24"/>
          <w:szCs w:val="24"/>
          <w:lang w:val="it-IT"/>
        </w:rPr>
      </w:pPr>
      <w:r w:rsidRPr="00FF4AD2">
        <w:rPr>
          <w:rFonts w:eastAsia="Times New Roman" w:cs="Times New Roman"/>
          <w:b/>
          <w:bCs/>
          <w:sz w:val="24"/>
          <w:szCs w:val="24"/>
          <w:lang w:val="it-IT"/>
        </w:rPr>
        <w:t>Cerințe generale:</w:t>
      </w:r>
    </w:p>
    <w:p w14:paraId="6A452AC3" w14:textId="77777777" w:rsidR="00FF4AD2" w:rsidRPr="00FF4AD2" w:rsidRDefault="00FF4AD2" w:rsidP="00F46F1D">
      <w:pPr>
        <w:spacing w:before="100" w:beforeAutospacing="1" w:after="100" w:afterAutospacing="1" w:line="240" w:lineRule="auto"/>
        <w:ind w:firstLine="720"/>
        <w:jc w:val="both"/>
        <w:rPr>
          <w:rFonts w:eastAsia="Times New Roman" w:cs="Times New Roman"/>
          <w:sz w:val="24"/>
          <w:szCs w:val="24"/>
          <w:lang w:val="it-IT"/>
        </w:rPr>
      </w:pPr>
      <w:r w:rsidRPr="00FF4AD2">
        <w:rPr>
          <w:rFonts w:eastAsia="Times New Roman" w:cs="Times New Roman"/>
          <w:sz w:val="24"/>
          <w:szCs w:val="24"/>
          <w:lang w:val="it-IT"/>
        </w:rPr>
        <w:t>În scopul dotării Serviciului Vamal cu un sistem modern de body camere, soluția propusă se bazează pe o platformă integrată de înregistrare audio-video portabilă, administrare centralizată, transfer securizat al datelor și stocare controlată a înregistrărilor.</w:t>
      </w:r>
    </w:p>
    <w:p w14:paraId="7A866011" w14:textId="77777777" w:rsidR="004719BF" w:rsidRDefault="00FF4AD2" w:rsidP="00F46F1D">
      <w:pPr>
        <w:spacing w:before="100" w:beforeAutospacing="1" w:after="100" w:afterAutospacing="1" w:line="240" w:lineRule="auto"/>
        <w:ind w:firstLine="720"/>
        <w:jc w:val="both"/>
        <w:rPr>
          <w:rFonts w:eastAsia="Times New Roman" w:cs="Times New Roman"/>
          <w:sz w:val="24"/>
          <w:szCs w:val="24"/>
          <w:lang w:val="it-IT"/>
        </w:rPr>
      </w:pPr>
      <w:r w:rsidRPr="00FF4AD2">
        <w:rPr>
          <w:rFonts w:eastAsia="Times New Roman" w:cs="Times New Roman"/>
          <w:sz w:val="24"/>
          <w:szCs w:val="24"/>
          <w:lang w:val="it-IT"/>
        </w:rPr>
        <w:t>Achiziționarea și livrarea sistemului de body camere sunt destinate utilizării de către personalul implicat în activități de control vamal, verificare, intervenție și alte activități operative, în scopul documentării acțiunilor de serviciu, sporirii transparenței și consolidării protecției personalului în perioada exercitării atribuțiilor de serviciu.</w:t>
      </w:r>
    </w:p>
    <w:p w14:paraId="1020553A" w14:textId="77777777" w:rsidR="00F46F1D" w:rsidRPr="00FF4AD2" w:rsidRDefault="00F46F1D" w:rsidP="00F46F1D">
      <w:pPr>
        <w:spacing w:before="100" w:beforeAutospacing="1" w:after="100" w:afterAutospacing="1" w:line="240" w:lineRule="auto"/>
        <w:ind w:firstLine="720"/>
        <w:jc w:val="both"/>
        <w:rPr>
          <w:rFonts w:eastAsia="Times New Roman" w:cs="Times New Roman"/>
          <w:sz w:val="24"/>
          <w:szCs w:val="24"/>
          <w:lang w:val="it-IT"/>
        </w:rPr>
      </w:pPr>
      <w:r w:rsidRPr="00F46F1D">
        <w:rPr>
          <w:rFonts w:eastAsia="Times New Roman" w:cs="Times New Roman"/>
          <w:sz w:val="24"/>
          <w:szCs w:val="24"/>
          <w:lang w:val="it-IT"/>
        </w:rPr>
        <w:t xml:space="preserve">Caracteristicile tehnice și configurația orientativă descriu nivelul minim de performanță, compatibilitate, securitate și funcționalitate </w:t>
      </w:r>
      <w:r w:rsidR="00D910C1" w:rsidRPr="00D910C1">
        <w:rPr>
          <w:rFonts w:eastAsia="Times New Roman" w:cs="Times New Roman"/>
          <w:sz w:val="24"/>
          <w:szCs w:val="24"/>
          <w:lang w:val="it-IT"/>
        </w:rPr>
        <w:t>solicitat de Serviciul Vamal</w:t>
      </w:r>
      <w:r w:rsidRPr="00F46F1D">
        <w:rPr>
          <w:rFonts w:eastAsia="Times New Roman" w:cs="Times New Roman"/>
          <w:sz w:val="24"/>
          <w:szCs w:val="24"/>
          <w:lang w:val="it-IT"/>
        </w:rPr>
        <w:t>, fiind acceptate soluții echivalente care demonstrează îndeplinirea integrală a cerințelor stabilite.</w:t>
      </w:r>
    </w:p>
    <w:p w14:paraId="43725F06" w14:textId="77777777" w:rsidR="00D4156F" w:rsidRPr="003653AE" w:rsidRDefault="00F7416D">
      <w:pPr>
        <w:spacing w:before="160" w:after="80"/>
        <w:rPr>
          <w:lang w:val="it-IT"/>
        </w:rPr>
      </w:pPr>
      <w:r w:rsidRPr="003653AE">
        <w:rPr>
          <w:b/>
          <w:sz w:val="24"/>
          <w:lang w:val="it-IT"/>
        </w:rPr>
        <w:t>1. Condiții de livrare a echipamentelor:</w:t>
      </w:r>
    </w:p>
    <w:p w14:paraId="3CDE269F" w14:textId="77777777" w:rsidR="0052310A" w:rsidRPr="0052310A" w:rsidRDefault="0052310A" w:rsidP="00F46F1D">
      <w:pPr>
        <w:pStyle w:val="ae"/>
        <w:numPr>
          <w:ilvl w:val="0"/>
          <w:numId w:val="10"/>
        </w:numPr>
        <w:spacing w:after="40" w:line="264" w:lineRule="auto"/>
        <w:jc w:val="both"/>
        <w:rPr>
          <w:lang w:val="it-IT"/>
        </w:rPr>
      </w:pPr>
      <w:r w:rsidRPr="0052310A">
        <w:rPr>
          <w:lang w:val="it-IT"/>
        </w:rPr>
        <w:t xml:space="preserve">Termenul de livrare: maximum </w:t>
      </w:r>
      <w:r w:rsidR="003F4EC6">
        <w:rPr>
          <w:lang w:val="it-IT"/>
        </w:rPr>
        <w:t>12</w:t>
      </w:r>
      <w:r w:rsidRPr="0052310A">
        <w:rPr>
          <w:lang w:val="it-IT"/>
        </w:rPr>
        <w:t>0 de zile de la data intrării în vigoare a contractului;</w:t>
      </w:r>
    </w:p>
    <w:p w14:paraId="317C7C47" w14:textId="77777777" w:rsidR="0052310A" w:rsidRPr="0052310A" w:rsidRDefault="0052310A" w:rsidP="00F46F1D">
      <w:pPr>
        <w:pStyle w:val="ae"/>
        <w:numPr>
          <w:ilvl w:val="0"/>
          <w:numId w:val="10"/>
        </w:numPr>
        <w:spacing w:after="40" w:line="264" w:lineRule="auto"/>
        <w:jc w:val="both"/>
        <w:rPr>
          <w:lang w:val="it-IT"/>
        </w:rPr>
      </w:pPr>
      <w:r w:rsidRPr="0052310A">
        <w:rPr>
          <w:lang w:val="it-IT"/>
        </w:rPr>
        <w:t>Destinația livrării: sediul central al Beneficiarului sau locațiile unde este necesară instalarea;</w:t>
      </w:r>
    </w:p>
    <w:p w14:paraId="0FB87375" w14:textId="77777777" w:rsidR="0052310A" w:rsidRPr="0052310A" w:rsidRDefault="0052310A" w:rsidP="00F46F1D">
      <w:pPr>
        <w:pStyle w:val="ae"/>
        <w:numPr>
          <w:ilvl w:val="0"/>
          <w:numId w:val="10"/>
        </w:numPr>
        <w:spacing w:after="40" w:line="264" w:lineRule="auto"/>
        <w:jc w:val="both"/>
        <w:rPr>
          <w:lang w:val="it-IT"/>
        </w:rPr>
      </w:pPr>
      <w:r w:rsidRPr="0052310A">
        <w:rPr>
          <w:lang w:val="it-IT"/>
        </w:rPr>
        <w:t>Furnizorul va asigura transportul, instalarea și punerea în funcțiune a echipamentelor livrate.</w:t>
      </w:r>
    </w:p>
    <w:p w14:paraId="323203CE" w14:textId="77777777" w:rsidR="0052310A" w:rsidRDefault="0052310A" w:rsidP="00F46F1D">
      <w:pPr>
        <w:spacing w:after="40" w:line="264" w:lineRule="auto"/>
        <w:ind w:left="397" w:hanging="397"/>
        <w:jc w:val="both"/>
        <w:rPr>
          <w:lang w:val="it-IT"/>
        </w:rPr>
      </w:pPr>
    </w:p>
    <w:p w14:paraId="43C8C76F" w14:textId="77777777" w:rsidR="00D4156F" w:rsidRPr="003653AE" w:rsidRDefault="00F7416D" w:rsidP="0052310A">
      <w:pPr>
        <w:spacing w:after="40" w:line="264" w:lineRule="auto"/>
        <w:ind w:left="397" w:hanging="397"/>
        <w:rPr>
          <w:lang w:val="it-IT"/>
        </w:rPr>
      </w:pPr>
      <w:r w:rsidRPr="003653AE">
        <w:rPr>
          <w:b/>
          <w:sz w:val="24"/>
          <w:lang w:val="it-IT"/>
        </w:rPr>
        <w:t>2. Recepția echipamentelor furnizate și a accesoriilor aferente acestora:</w:t>
      </w:r>
    </w:p>
    <w:p w14:paraId="0897BFC0" w14:textId="77777777" w:rsidR="0008753F" w:rsidRPr="0008753F" w:rsidRDefault="0008753F" w:rsidP="00F46F1D">
      <w:pPr>
        <w:pStyle w:val="aff8"/>
        <w:numPr>
          <w:ilvl w:val="0"/>
          <w:numId w:val="12"/>
        </w:numPr>
        <w:jc w:val="both"/>
        <w:rPr>
          <w:lang w:val="it-IT"/>
        </w:rPr>
      </w:pPr>
      <w:r w:rsidRPr="0008753F">
        <w:rPr>
          <w:lang w:val="it-IT"/>
        </w:rPr>
        <w:t>Responsabilitatea recepției aparține Furnizorului, care trebuie să aloce resursele corespunzătoare finalizării acesteia;</w:t>
      </w:r>
    </w:p>
    <w:p w14:paraId="40A3D4BC" w14:textId="77777777" w:rsidR="0008753F" w:rsidRPr="0008753F" w:rsidRDefault="0008753F" w:rsidP="00F46F1D">
      <w:pPr>
        <w:pStyle w:val="aff8"/>
        <w:numPr>
          <w:ilvl w:val="0"/>
          <w:numId w:val="12"/>
        </w:numPr>
        <w:jc w:val="both"/>
        <w:rPr>
          <w:lang w:val="it-IT"/>
        </w:rPr>
      </w:pPr>
      <w:r w:rsidRPr="0008753F">
        <w:rPr>
          <w:lang w:val="it-IT"/>
        </w:rPr>
        <w:t>Locul recepției: același cu locul de livrare;</w:t>
      </w:r>
    </w:p>
    <w:p w14:paraId="6824FBAC" w14:textId="77777777" w:rsidR="0008753F" w:rsidRPr="0008753F" w:rsidRDefault="0008753F" w:rsidP="00F46F1D">
      <w:pPr>
        <w:pStyle w:val="aff8"/>
        <w:numPr>
          <w:ilvl w:val="0"/>
          <w:numId w:val="12"/>
        </w:numPr>
        <w:jc w:val="both"/>
        <w:rPr>
          <w:lang w:val="it-IT"/>
        </w:rPr>
      </w:pPr>
      <w:r w:rsidRPr="0008753F">
        <w:rPr>
          <w:lang w:val="it-IT"/>
        </w:rPr>
        <w:t>Recepția se va efectua de către Furnizor, asistat de reprezentanții Beneficiarului, și va implica numărarea bucată cu bucată a echipamentelor furnizate;</w:t>
      </w:r>
    </w:p>
    <w:p w14:paraId="6DD7EB58" w14:textId="77777777" w:rsidR="0008753F" w:rsidRPr="0008753F" w:rsidRDefault="0008753F" w:rsidP="00F46F1D">
      <w:pPr>
        <w:pStyle w:val="aff8"/>
        <w:numPr>
          <w:ilvl w:val="0"/>
          <w:numId w:val="12"/>
        </w:numPr>
        <w:jc w:val="both"/>
        <w:rPr>
          <w:lang w:val="it-IT"/>
        </w:rPr>
      </w:pPr>
      <w:r w:rsidRPr="0008753F">
        <w:rPr>
          <w:lang w:val="it-IT"/>
        </w:rPr>
        <w:t>Obligatoriu, Furnizorul va asigura tabele centralizatoare, în format electronic (Excel), cu toate seriile echipamentelor furnizate, evidența fiind păstrată obligatoriu atât de Beneficiar, cât și de Furnizor;</w:t>
      </w:r>
    </w:p>
    <w:p w14:paraId="0F6C8476" w14:textId="77777777" w:rsidR="0008753F" w:rsidRPr="0008753F" w:rsidRDefault="0008753F" w:rsidP="00F46F1D">
      <w:pPr>
        <w:pStyle w:val="aff8"/>
        <w:numPr>
          <w:ilvl w:val="0"/>
          <w:numId w:val="12"/>
        </w:numPr>
        <w:jc w:val="both"/>
        <w:rPr>
          <w:lang w:val="it-IT"/>
        </w:rPr>
      </w:pPr>
      <w:r w:rsidRPr="0008753F">
        <w:rPr>
          <w:lang w:val="it-IT"/>
        </w:rPr>
        <w:t>Pentru fiecare echipament se vor pune la dispoziția Beneficiarului inventare de complet, cu toate seriile subansamblelor, modulelor și componentelor;</w:t>
      </w:r>
    </w:p>
    <w:p w14:paraId="51224F26" w14:textId="77777777" w:rsidR="0008753F" w:rsidRPr="0008753F" w:rsidRDefault="0008753F" w:rsidP="00F46F1D">
      <w:pPr>
        <w:pStyle w:val="aff8"/>
        <w:numPr>
          <w:ilvl w:val="0"/>
          <w:numId w:val="12"/>
        </w:numPr>
        <w:jc w:val="both"/>
        <w:rPr>
          <w:lang w:val="it-IT"/>
        </w:rPr>
      </w:pPr>
      <w:r w:rsidRPr="0008753F">
        <w:rPr>
          <w:lang w:val="it-IT"/>
        </w:rPr>
        <w:t>Se vor executa teste funcționale pentru echipamentele livrate, pe bază de eșantion ales de Beneficiar;</w:t>
      </w:r>
    </w:p>
    <w:p w14:paraId="2C434C0F" w14:textId="77777777" w:rsidR="0008753F" w:rsidRPr="0008753F" w:rsidRDefault="0008753F" w:rsidP="00F46F1D">
      <w:pPr>
        <w:pStyle w:val="aff8"/>
        <w:numPr>
          <w:ilvl w:val="0"/>
          <w:numId w:val="12"/>
        </w:numPr>
        <w:jc w:val="both"/>
        <w:rPr>
          <w:lang w:val="it-IT"/>
        </w:rPr>
      </w:pPr>
      <w:r w:rsidRPr="0008753F">
        <w:rPr>
          <w:lang w:val="it-IT"/>
        </w:rPr>
        <w:t>Se vor semna documente de recepție relevante de către reprezentanții Beneficiarului și ai Furnizorului;</w:t>
      </w:r>
    </w:p>
    <w:p w14:paraId="2CC99A77" w14:textId="77777777" w:rsidR="0008753F" w:rsidRPr="0008753F" w:rsidRDefault="0008753F" w:rsidP="00F46F1D">
      <w:pPr>
        <w:pStyle w:val="aff8"/>
        <w:numPr>
          <w:ilvl w:val="0"/>
          <w:numId w:val="12"/>
        </w:numPr>
        <w:jc w:val="both"/>
        <w:rPr>
          <w:lang w:val="it-IT"/>
        </w:rPr>
      </w:pPr>
      <w:r w:rsidRPr="0008753F">
        <w:rPr>
          <w:lang w:val="it-IT"/>
        </w:rPr>
        <w:t>Furnizorul va asigura instalarea și darea în exploatare a sistemului în locațiile stabilite de Beneficiar;</w:t>
      </w:r>
    </w:p>
    <w:p w14:paraId="4D3797DA" w14:textId="77777777" w:rsidR="0008753F" w:rsidRPr="00F46F1D" w:rsidRDefault="0008753F" w:rsidP="0008753F">
      <w:pPr>
        <w:pStyle w:val="aff8"/>
        <w:numPr>
          <w:ilvl w:val="0"/>
          <w:numId w:val="12"/>
        </w:numPr>
        <w:jc w:val="both"/>
        <w:rPr>
          <w:lang w:val="it-IT"/>
        </w:rPr>
      </w:pPr>
      <w:r w:rsidRPr="0008753F">
        <w:rPr>
          <w:lang w:val="it-IT"/>
        </w:rPr>
        <w:t>Furnizorul va asigura instruirea angajaților pentru fiecare locație instalată.</w:t>
      </w:r>
    </w:p>
    <w:p w14:paraId="68C9711E" w14:textId="77777777" w:rsidR="00D4156F" w:rsidRPr="003653AE" w:rsidRDefault="00F7416D">
      <w:pPr>
        <w:spacing w:before="160" w:after="80"/>
        <w:rPr>
          <w:lang w:val="it-IT"/>
        </w:rPr>
      </w:pPr>
      <w:r w:rsidRPr="003653AE">
        <w:rPr>
          <w:b/>
          <w:sz w:val="24"/>
          <w:lang w:val="it-IT"/>
        </w:rPr>
        <w:t>3. Condiții de asigurare a garanției:</w:t>
      </w:r>
    </w:p>
    <w:p w14:paraId="13056D75" w14:textId="77777777" w:rsidR="00D4156F" w:rsidRPr="003653AE" w:rsidRDefault="00F7416D">
      <w:pPr>
        <w:spacing w:after="80"/>
        <w:ind w:firstLine="425"/>
        <w:rPr>
          <w:lang w:val="it-IT"/>
        </w:rPr>
      </w:pPr>
      <w:r w:rsidRPr="003653AE">
        <w:rPr>
          <w:lang w:val="it-IT"/>
        </w:rPr>
        <w:t xml:space="preserve">Perioada de garanție: minimum </w:t>
      </w:r>
      <w:r w:rsidR="001E6DC5">
        <w:rPr>
          <w:lang w:val="it-IT"/>
        </w:rPr>
        <w:t>12</w:t>
      </w:r>
      <w:r w:rsidRPr="003653AE">
        <w:rPr>
          <w:lang w:val="it-IT"/>
        </w:rPr>
        <w:t xml:space="preserve"> luni de la semnarea documentelor de recepție și/sau de la data punerii în funcțiune și acceptanța finală.</w:t>
      </w:r>
    </w:p>
    <w:p w14:paraId="5244E803" w14:textId="77777777" w:rsidR="00D4156F" w:rsidRPr="00F46F1D" w:rsidRDefault="00F7416D" w:rsidP="001E6DC5">
      <w:pPr>
        <w:spacing w:before="160" w:after="80"/>
        <w:rPr>
          <w:lang w:val="ro-RO"/>
        </w:rPr>
      </w:pPr>
      <w:r w:rsidRPr="003653AE">
        <w:rPr>
          <w:b/>
          <w:sz w:val="24"/>
          <w:lang w:val="it-IT"/>
        </w:rPr>
        <w:lastRenderedPageBreak/>
        <w:t xml:space="preserve">4. </w:t>
      </w:r>
      <w:r w:rsidRPr="00F46F1D">
        <w:rPr>
          <w:b/>
          <w:sz w:val="24"/>
          <w:lang w:val="ro-RO"/>
        </w:rPr>
        <w:t>Cerințe către ofertant/furnizor:</w:t>
      </w:r>
    </w:p>
    <w:p w14:paraId="38859202" w14:textId="77777777" w:rsidR="00746ED3" w:rsidRPr="00F46F1D" w:rsidRDefault="00746ED3" w:rsidP="00F46F1D">
      <w:pPr>
        <w:pStyle w:val="ae"/>
        <w:numPr>
          <w:ilvl w:val="0"/>
          <w:numId w:val="16"/>
        </w:numPr>
        <w:spacing w:before="100" w:beforeAutospacing="1" w:after="100" w:afterAutospacing="1" w:line="240" w:lineRule="auto"/>
        <w:jc w:val="both"/>
        <w:rPr>
          <w:rFonts w:eastAsia="Times New Roman" w:cs="Times New Roman"/>
          <w:sz w:val="24"/>
          <w:szCs w:val="24"/>
          <w:lang w:val="ro-RO"/>
        </w:rPr>
      </w:pPr>
      <w:r w:rsidRPr="00344F7B">
        <w:rPr>
          <w:lang w:val="ro-RO"/>
        </w:rPr>
        <w:t>Ofertantul va prezenta o scrisoare de autorizare emisă de producător sau de reprezentantul autorizat al producătorului, ori alte documente echivalente, care confirmă dreptul de a livra, instala, pune în funcțiune, garanta și susține tehnic produsele propuse în cadrul procedurii de achiziție;</w:t>
      </w:r>
    </w:p>
    <w:p w14:paraId="773F252C" w14:textId="77777777" w:rsidR="00746ED3" w:rsidRPr="00F46F1D" w:rsidRDefault="00746ED3" w:rsidP="00F46F1D">
      <w:pPr>
        <w:pStyle w:val="ae"/>
        <w:numPr>
          <w:ilvl w:val="0"/>
          <w:numId w:val="16"/>
        </w:numPr>
        <w:spacing w:before="100" w:beforeAutospacing="1" w:after="100" w:afterAutospacing="1" w:line="240" w:lineRule="auto"/>
        <w:jc w:val="both"/>
        <w:rPr>
          <w:rFonts w:eastAsia="Times New Roman" w:cs="Times New Roman"/>
          <w:sz w:val="24"/>
          <w:szCs w:val="24"/>
          <w:lang w:val="ro-RO"/>
        </w:rPr>
      </w:pPr>
      <w:r w:rsidRPr="00344F7B">
        <w:rPr>
          <w:lang w:val="ro-RO"/>
        </w:rPr>
        <w:t>Ofertantul va demonstra capacitatea de a asigura suport tehnic pentru soluția propusă, inclusiv prin statut de partener autorizat, acord contractual cu producătorul/distribuitorul sau alte documente relevante;</w:t>
      </w:r>
    </w:p>
    <w:p w14:paraId="4C821001" w14:textId="77777777" w:rsidR="00746ED3" w:rsidRPr="00F46F1D" w:rsidRDefault="00746ED3" w:rsidP="00F46F1D">
      <w:pPr>
        <w:pStyle w:val="ae"/>
        <w:numPr>
          <w:ilvl w:val="0"/>
          <w:numId w:val="16"/>
        </w:numPr>
        <w:spacing w:before="100" w:beforeAutospacing="1" w:after="100" w:afterAutospacing="1" w:line="240" w:lineRule="auto"/>
        <w:jc w:val="both"/>
        <w:rPr>
          <w:rFonts w:eastAsia="Times New Roman" w:cs="Times New Roman"/>
          <w:sz w:val="24"/>
          <w:szCs w:val="24"/>
          <w:lang w:val="ro-RO"/>
        </w:rPr>
      </w:pPr>
      <w:proofErr w:type="spellStart"/>
      <w:r>
        <w:t>Produsele</w:t>
      </w:r>
      <w:proofErr w:type="spellEnd"/>
      <w:r>
        <w:t xml:space="preserve"> </w:t>
      </w:r>
      <w:proofErr w:type="spellStart"/>
      <w:r>
        <w:t>ofertate</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originale</w:t>
      </w:r>
      <w:proofErr w:type="spellEnd"/>
      <w:r>
        <w:t xml:space="preserve">, </w:t>
      </w:r>
      <w:proofErr w:type="spellStart"/>
      <w:r>
        <w:t>noi</w:t>
      </w:r>
      <w:proofErr w:type="spellEnd"/>
      <w:r>
        <w:t xml:space="preserve">, </w:t>
      </w:r>
      <w:proofErr w:type="spellStart"/>
      <w:r>
        <w:t>neutilizate</w:t>
      </w:r>
      <w:proofErr w:type="spellEnd"/>
      <w:r>
        <w:t xml:space="preserve"> anterior </w:t>
      </w:r>
      <w:proofErr w:type="spellStart"/>
      <w:r>
        <w:t>și</w:t>
      </w:r>
      <w:proofErr w:type="spellEnd"/>
      <w:r>
        <w:t xml:space="preserve"> </w:t>
      </w:r>
      <w:proofErr w:type="spellStart"/>
      <w:r>
        <w:t>să</w:t>
      </w:r>
      <w:proofErr w:type="spellEnd"/>
      <w:r>
        <w:t xml:space="preserve"> </w:t>
      </w:r>
      <w:proofErr w:type="spellStart"/>
      <w:r>
        <w:t>provină</w:t>
      </w:r>
      <w:proofErr w:type="spellEnd"/>
      <w:r>
        <w:t xml:space="preserve"> din </w:t>
      </w:r>
      <w:proofErr w:type="spellStart"/>
      <w:r>
        <w:t>lanțuri</w:t>
      </w:r>
      <w:proofErr w:type="spellEnd"/>
      <w:r>
        <w:t xml:space="preserve"> </w:t>
      </w:r>
      <w:proofErr w:type="spellStart"/>
      <w:r>
        <w:t>oficiale</w:t>
      </w:r>
      <w:proofErr w:type="spellEnd"/>
      <w:r>
        <w:t xml:space="preserve"> de </w:t>
      </w:r>
      <w:proofErr w:type="spellStart"/>
      <w:r>
        <w:t>distribuție</w:t>
      </w:r>
      <w:proofErr w:type="spellEnd"/>
      <w:r>
        <w:t xml:space="preserve"> ale </w:t>
      </w:r>
      <w:proofErr w:type="spellStart"/>
      <w:r>
        <w:t>producătorului</w:t>
      </w:r>
      <w:proofErr w:type="spellEnd"/>
      <w:r>
        <w:t>;</w:t>
      </w:r>
    </w:p>
    <w:p w14:paraId="34ACDC7E" w14:textId="77777777" w:rsidR="00746ED3" w:rsidRPr="00F46F1D" w:rsidRDefault="00746ED3" w:rsidP="00F46F1D">
      <w:pPr>
        <w:pStyle w:val="ae"/>
        <w:numPr>
          <w:ilvl w:val="0"/>
          <w:numId w:val="16"/>
        </w:numPr>
        <w:spacing w:before="100" w:beforeAutospacing="1" w:after="100" w:afterAutospacing="1" w:line="240" w:lineRule="auto"/>
        <w:jc w:val="both"/>
        <w:rPr>
          <w:rFonts w:eastAsia="Times New Roman" w:cs="Times New Roman"/>
          <w:sz w:val="24"/>
          <w:szCs w:val="24"/>
          <w:lang w:val="ro-RO"/>
        </w:rPr>
      </w:pPr>
      <w:r w:rsidRPr="00344F7B">
        <w:rPr>
          <w:lang w:val="pt-BR"/>
        </w:rPr>
        <w:t>Producătorul sau, după caz, partenerii autorizați ai acestuia vor asigura suport tehnic și informațional pentru instalarea și mentenanța echipamentelor, conform politicilor aplicabile soluției ofertate;</w:t>
      </w:r>
    </w:p>
    <w:p w14:paraId="6693975A" w14:textId="77777777" w:rsidR="00746ED3" w:rsidRPr="00F46F1D" w:rsidRDefault="00746ED3" w:rsidP="00F46F1D">
      <w:pPr>
        <w:pStyle w:val="ae"/>
        <w:numPr>
          <w:ilvl w:val="0"/>
          <w:numId w:val="16"/>
        </w:numPr>
        <w:spacing w:before="100" w:beforeAutospacing="1" w:after="100" w:afterAutospacing="1" w:line="240" w:lineRule="auto"/>
        <w:jc w:val="both"/>
        <w:rPr>
          <w:rFonts w:eastAsia="Times New Roman" w:cs="Times New Roman"/>
          <w:sz w:val="24"/>
          <w:szCs w:val="24"/>
          <w:lang w:val="ro-RO"/>
        </w:rPr>
      </w:pPr>
      <w:r w:rsidRPr="00344F7B">
        <w:rPr>
          <w:lang w:val="ro-RO"/>
        </w:rPr>
        <w:t>Ofertantul va asigura suportul și serviciile de garanție pe teritoriul Republicii Moldova sau prin mecanisme operaționale care garantează intervenția promptă și remedierea defecțiunilor în termen rezonabil;</w:t>
      </w:r>
    </w:p>
    <w:p w14:paraId="47223FC5" w14:textId="77777777" w:rsidR="00746ED3" w:rsidRPr="00F46F1D" w:rsidRDefault="00746ED3" w:rsidP="00F46F1D">
      <w:pPr>
        <w:pStyle w:val="ae"/>
        <w:numPr>
          <w:ilvl w:val="0"/>
          <w:numId w:val="16"/>
        </w:numPr>
        <w:spacing w:before="100" w:beforeAutospacing="1" w:after="100" w:afterAutospacing="1" w:line="240" w:lineRule="auto"/>
        <w:jc w:val="both"/>
        <w:rPr>
          <w:rFonts w:eastAsia="Times New Roman" w:cs="Times New Roman"/>
          <w:sz w:val="24"/>
          <w:szCs w:val="24"/>
          <w:lang w:val="ro-RO"/>
        </w:rPr>
      </w:pPr>
      <w:proofErr w:type="spellStart"/>
      <w:r>
        <w:t>Experiență</w:t>
      </w:r>
      <w:proofErr w:type="spellEnd"/>
      <w:r>
        <w:t xml:space="preserve"> </w:t>
      </w:r>
      <w:proofErr w:type="spellStart"/>
      <w:r>
        <w:t>în</w:t>
      </w:r>
      <w:proofErr w:type="spellEnd"/>
      <w:r>
        <w:t xml:space="preserve"> </w:t>
      </w:r>
      <w:proofErr w:type="spellStart"/>
      <w:r>
        <w:t>livrarea</w:t>
      </w:r>
      <w:proofErr w:type="spellEnd"/>
      <w:r>
        <w:t xml:space="preserve"> </w:t>
      </w:r>
      <w:proofErr w:type="spellStart"/>
      <w:r>
        <w:t>și</w:t>
      </w:r>
      <w:proofErr w:type="spellEnd"/>
      <w:r>
        <w:t>/</w:t>
      </w:r>
      <w:proofErr w:type="spellStart"/>
      <w:r>
        <w:t>sau</w:t>
      </w:r>
      <w:proofErr w:type="spellEnd"/>
      <w:r>
        <w:t xml:space="preserve"> </w:t>
      </w:r>
      <w:proofErr w:type="spellStart"/>
      <w:r>
        <w:t>implementarea</w:t>
      </w:r>
      <w:proofErr w:type="spellEnd"/>
      <w:r>
        <w:t xml:space="preserve"> </w:t>
      </w:r>
      <w:proofErr w:type="spellStart"/>
      <w:r>
        <w:t>soluțiilor</w:t>
      </w:r>
      <w:proofErr w:type="spellEnd"/>
      <w:r>
        <w:t xml:space="preserve"> </w:t>
      </w:r>
      <w:proofErr w:type="spellStart"/>
      <w:r>
        <w:t>similare</w:t>
      </w:r>
      <w:proofErr w:type="spellEnd"/>
      <w:r>
        <w:t xml:space="preserve"> – minimum 2 ani.</w:t>
      </w:r>
    </w:p>
    <w:p w14:paraId="07F54DE0" w14:textId="77777777" w:rsidR="00746ED3" w:rsidRPr="00F46F1D" w:rsidRDefault="00746ED3" w:rsidP="00F46F1D">
      <w:pPr>
        <w:pStyle w:val="ae"/>
        <w:numPr>
          <w:ilvl w:val="0"/>
          <w:numId w:val="16"/>
        </w:numPr>
        <w:spacing w:before="100" w:beforeAutospacing="1" w:after="100" w:afterAutospacing="1" w:line="240" w:lineRule="auto"/>
        <w:jc w:val="both"/>
        <w:rPr>
          <w:rFonts w:eastAsia="Times New Roman" w:cs="Times New Roman"/>
          <w:sz w:val="24"/>
          <w:szCs w:val="24"/>
          <w:lang w:val="ro-RO"/>
        </w:rPr>
      </w:pPr>
      <w:r w:rsidRPr="00344F7B">
        <w:rPr>
          <w:lang w:val="ro-RO"/>
        </w:rPr>
        <w:t>Ofertantul trebuie să dețină și să prezinte certificate valabile care demonstrează implementarea unor sisteme de management relevante pentru domeniul de activitate, după cum urmează:</w:t>
      </w:r>
    </w:p>
    <w:p w14:paraId="68B92DAA" w14:textId="77777777" w:rsidR="00746ED3" w:rsidRPr="00F46F1D" w:rsidRDefault="00746ED3" w:rsidP="00F46F1D">
      <w:pPr>
        <w:numPr>
          <w:ilvl w:val="1"/>
          <w:numId w:val="18"/>
        </w:numPr>
        <w:spacing w:before="100" w:beforeAutospacing="1" w:after="100" w:afterAutospacing="1" w:line="240" w:lineRule="auto"/>
        <w:jc w:val="both"/>
        <w:rPr>
          <w:rFonts w:eastAsia="Times New Roman" w:cs="Times New Roman"/>
          <w:sz w:val="24"/>
          <w:szCs w:val="24"/>
          <w:lang w:val="ro-RO"/>
        </w:rPr>
      </w:pPr>
      <w:r w:rsidRPr="00F46F1D">
        <w:rPr>
          <w:rFonts w:eastAsia="Times New Roman" w:cs="Times New Roman"/>
          <w:sz w:val="24"/>
          <w:szCs w:val="24"/>
          <w:lang w:val="ro-RO"/>
        </w:rPr>
        <w:t xml:space="preserve">ISO 9001 – Sistem de management al calității </w:t>
      </w:r>
    </w:p>
    <w:p w14:paraId="2319C1CE" w14:textId="77777777" w:rsidR="00746ED3" w:rsidRPr="00F46F1D" w:rsidRDefault="00746ED3" w:rsidP="00F46F1D">
      <w:pPr>
        <w:numPr>
          <w:ilvl w:val="1"/>
          <w:numId w:val="18"/>
        </w:numPr>
        <w:spacing w:before="100" w:beforeAutospacing="1" w:after="100" w:afterAutospacing="1" w:line="240" w:lineRule="auto"/>
        <w:jc w:val="both"/>
        <w:rPr>
          <w:rFonts w:eastAsia="Times New Roman" w:cs="Times New Roman"/>
          <w:sz w:val="24"/>
          <w:szCs w:val="24"/>
          <w:lang w:val="ro-RO"/>
        </w:rPr>
      </w:pPr>
      <w:r w:rsidRPr="00F46F1D">
        <w:rPr>
          <w:rFonts w:eastAsia="Times New Roman" w:cs="Times New Roman"/>
          <w:sz w:val="24"/>
          <w:szCs w:val="24"/>
          <w:lang w:val="ro-RO"/>
        </w:rPr>
        <w:t xml:space="preserve">ISO 14001 – Sistem de management de mediu </w:t>
      </w:r>
    </w:p>
    <w:p w14:paraId="2E2CB6A8" w14:textId="77777777" w:rsidR="00746ED3" w:rsidRPr="00F46F1D" w:rsidRDefault="00746ED3" w:rsidP="00F46F1D">
      <w:pPr>
        <w:numPr>
          <w:ilvl w:val="1"/>
          <w:numId w:val="18"/>
        </w:numPr>
        <w:spacing w:before="100" w:beforeAutospacing="1" w:after="100" w:afterAutospacing="1" w:line="240" w:lineRule="auto"/>
        <w:jc w:val="both"/>
        <w:rPr>
          <w:rFonts w:eastAsia="Times New Roman" w:cs="Times New Roman"/>
          <w:sz w:val="24"/>
          <w:szCs w:val="24"/>
          <w:lang w:val="ro-RO"/>
        </w:rPr>
      </w:pPr>
      <w:r w:rsidRPr="00F46F1D">
        <w:rPr>
          <w:rFonts w:eastAsia="Times New Roman" w:cs="Times New Roman"/>
          <w:sz w:val="24"/>
          <w:szCs w:val="24"/>
          <w:lang w:val="ro-RO"/>
        </w:rPr>
        <w:t xml:space="preserve">ISO/IEC 27001 – Sistem de management al securității informației </w:t>
      </w:r>
    </w:p>
    <w:p w14:paraId="04681510" w14:textId="77777777" w:rsidR="00746ED3" w:rsidRPr="00F46F1D" w:rsidRDefault="00746ED3" w:rsidP="00F46F1D">
      <w:pPr>
        <w:numPr>
          <w:ilvl w:val="1"/>
          <w:numId w:val="18"/>
        </w:numPr>
        <w:spacing w:before="100" w:beforeAutospacing="1" w:after="100" w:afterAutospacing="1" w:line="240" w:lineRule="auto"/>
        <w:jc w:val="both"/>
        <w:rPr>
          <w:rFonts w:eastAsia="Times New Roman" w:cs="Times New Roman"/>
          <w:sz w:val="24"/>
          <w:szCs w:val="24"/>
          <w:lang w:val="ro-RO"/>
        </w:rPr>
      </w:pPr>
      <w:r w:rsidRPr="00F46F1D">
        <w:rPr>
          <w:rFonts w:eastAsia="Times New Roman" w:cs="Times New Roman"/>
          <w:sz w:val="24"/>
          <w:szCs w:val="24"/>
          <w:lang w:val="ro-RO"/>
        </w:rPr>
        <w:t xml:space="preserve">ISO 45001 – Sistem de management al sănătății și securității ocupaționale </w:t>
      </w:r>
    </w:p>
    <w:p w14:paraId="27FCCBF9" w14:textId="77777777" w:rsidR="00746ED3" w:rsidRPr="00F46F1D" w:rsidRDefault="00746ED3" w:rsidP="00F46F1D">
      <w:pPr>
        <w:pStyle w:val="ae"/>
        <w:numPr>
          <w:ilvl w:val="0"/>
          <w:numId w:val="16"/>
        </w:numPr>
        <w:spacing w:before="100" w:beforeAutospacing="1" w:after="100" w:afterAutospacing="1" w:line="240" w:lineRule="auto"/>
        <w:jc w:val="both"/>
        <w:rPr>
          <w:rFonts w:eastAsia="Times New Roman" w:cs="Times New Roman"/>
          <w:sz w:val="24"/>
          <w:szCs w:val="24"/>
          <w:lang w:val="ro-RO"/>
        </w:rPr>
      </w:pPr>
      <w:r w:rsidRPr="00344F7B">
        <w:rPr>
          <w:lang w:val="ro-RO"/>
        </w:rPr>
        <w:t>Certificatele de mai sus trebuie să fie emise de organisme acreditate, să fie valabile la data depunerii ofertei sau să fie însoțite de dovezi echivalente, conform legislației aplicabile;</w:t>
      </w:r>
    </w:p>
    <w:p w14:paraId="2829DC09" w14:textId="77777777" w:rsidR="00746ED3" w:rsidRPr="00F46F1D" w:rsidRDefault="00746ED3" w:rsidP="00F46F1D">
      <w:pPr>
        <w:pStyle w:val="ae"/>
        <w:numPr>
          <w:ilvl w:val="0"/>
          <w:numId w:val="16"/>
        </w:numPr>
        <w:spacing w:before="100" w:beforeAutospacing="1" w:after="100" w:afterAutospacing="1" w:line="240" w:lineRule="auto"/>
        <w:jc w:val="both"/>
        <w:rPr>
          <w:rFonts w:eastAsia="Times New Roman" w:cs="Times New Roman"/>
          <w:sz w:val="24"/>
          <w:szCs w:val="24"/>
          <w:lang w:val="ro-RO"/>
        </w:rPr>
      </w:pPr>
      <w:r w:rsidRPr="00344F7B">
        <w:rPr>
          <w:lang w:val="ro-RO"/>
        </w:rPr>
        <w:t>Ofertantul trebuie să demonstreze capacitatea de a asigura instalarea, configurarea, testarea, punerea în funcțiune și instruirea personalului pentru soluția ofertată.</w:t>
      </w:r>
    </w:p>
    <w:p w14:paraId="68EB112B" w14:textId="77777777" w:rsidR="00D4156F" w:rsidRDefault="00F7416D">
      <w:pPr>
        <w:spacing w:before="160" w:after="80"/>
      </w:pPr>
      <w:r>
        <w:rPr>
          <w:b/>
          <w:sz w:val="24"/>
        </w:rPr>
        <w:t xml:space="preserve">5. </w:t>
      </w:r>
      <w:proofErr w:type="spellStart"/>
      <w:r>
        <w:rPr>
          <w:b/>
          <w:sz w:val="24"/>
        </w:rPr>
        <w:t>Configurația</w:t>
      </w:r>
      <w:proofErr w:type="spellEnd"/>
      <w:r>
        <w:rPr>
          <w:b/>
          <w:sz w:val="24"/>
        </w:rPr>
        <w:t xml:space="preserve"> </w:t>
      </w:r>
      <w:proofErr w:type="spellStart"/>
      <w:r>
        <w:rPr>
          <w:b/>
          <w:sz w:val="24"/>
        </w:rPr>
        <w:t>orientativă</w:t>
      </w:r>
      <w:proofErr w:type="spellEnd"/>
      <w:r>
        <w:rPr>
          <w:b/>
          <w:sz w:val="24"/>
        </w:rPr>
        <w:t xml:space="preserve"> a </w:t>
      </w:r>
      <w:proofErr w:type="spellStart"/>
      <w:r>
        <w:rPr>
          <w:b/>
          <w:sz w:val="24"/>
        </w:rPr>
        <w:t>sistemului</w:t>
      </w:r>
      <w:proofErr w:type="spellEnd"/>
      <w:r>
        <w:rPr>
          <w:b/>
          <w:sz w:val="24"/>
        </w:rPr>
        <w:t>:</w:t>
      </w:r>
    </w:p>
    <w:tbl>
      <w:tblPr>
        <w:tblStyle w:val="aff0"/>
        <w:tblW w:w="0" w:type="auto"/>
        <w:jc w:val="center"/>
        <w:tblLayout w:type="fixed"/>
        <w:tblLook w:val="04A0" w:firstRow="1" w:lastRow="0" w:firstColumn="1" w:lastColumn="0" w:noHBand="0" w:noVBand="1"/>
      </w:tblPr>
      <w:tblGrid>
        <w:gridCol w:w="680"/>
        <w:gridCol w:w="2494"/>
        <w:gridCol w:w="5272"/>
        <w:gridCol w:w="907"/>
      </w:tblGrid>
      <w:tr w:rsidR="00D4156F" w:rsidRPr="00477987" w14:paraId="50A17512" w14:textId="77777777" w:rsidTr="004F377F">
        <w:trPr>
          <w:tblHeader/>
          <w:jc w:val="center"/>
        </w:trPr>
        <w:tc>
          <w:tcPr>
            <w:tcW w:w="680" w:type="dxa"/>
            <w:tcMar>
              <w:top w:w="80" w:type="dxa"/>
              <w:left w:w="100" w:type="dxa"/>
              <w:bottom w:w="80" w:type="dxa"/>
              <w:right w:w="100" w:type="dxa"/>
            </w:tcMar>
            <w:vAlign w:val="center"/>
          </w:tcPr>
          <w:p w14:paraId="1CFE9EE7" w14:textId="77777777" w:rsidR="00E4105E" w:rsidRDefault="00CB5EE7">
            <w:r>
              <w:t>Nr.</w:t>
            </w:r>
          </w:p>
        </w:tc>
        <w:tc>
          <w:tcPr>
            <w:tcW w:w="2494" w:type="dxa"/>
            <w:tcMar>
              <w:top w:w="80" w:type="dxa"/>
              <w:left w:w="100" w:type="dxa"/>
              <w:bottom w:w="80" w:type="dxa"/>
              <w:right w:w="100" w:type="dxa"/>
            </w:tcMar>
            <w:vAlign w:val="center"/>
          </w:tcPr>
          <w:p w14:paraId="6F22B631" w14:textId="77777777" w:rsidR="00E4105E" w:rsidRDefault="00CB5EE7">
            <w:proofErr w:type="spellStart"/>
            <w:r>
              <w:t>Denumire</w:t>
            </w:r>
            <w:proofErr w:type="spellEnd"/>
            <w:r>
              <w:t xml:space="preserve"> </w:t>
            </w:r>
            <w:proofErr w:type="spellStart"/>
            <w:r>
              <w:t>generică</w:t>
            </w:r>
            <w:proofErr w:type="spellEnd"/>
          </w:p>
        </w:tc>
        <w:tc>
          <w:tcPr>
            <w:tcW w:w="5272" w:type="dxa"/>
            <w:tcMar>
              <w:top w:w="80" w:type="dxa"/>
              <w:left w:w="100" w:type="dxa"/>
              <w:bottom w:w="80" w:type="dxa"/>
              <w:right w:w="100" w:type="dxa"/>
            </w:tcMar>
            <w:vAlign w:val="center"/>
          </w:tcPr>
          <w:p w14:paraId="21B4716F" w14:textId="77777777" w:rsidR="00E4105E" w:rsidRDefault="00CB5EE7">
            <w:proofErr w:type="spellStart"/>
            <w:r>
              <w:t>Descriere</w:t>
            </w:r>
            <w:proofErr w:type="spellEnd"/>
          </w:p>
        </w:tc>
        <w:tc>
          <w:tcPr>
            <w:tcW w:w="907" w:type="dxa"/>
            <w:tcMar>
              <w:top w:w="80" w:type="dxa"/>
              <w:left w:w="100" w:type="dxa"/>
              <w:bottom w:w="80" w:type="dxa"/>
              <w:right w:w="100" w:type="dxa"/>
            </w:tcMar>
            <w:vAlign w:val="center"/>
          </w:tcPr>
          <w:p w14:paraId="22707E13" w14:textId="77777777" w:rsidR="00E4105E" w:rsidRDefault="00CB5EE7">
            <w:r>
              <w:t>Cant.</w:t>
            </w:r>
          </w:p>
        </w:tc>
      </w:tr>
      <w:tr w:rsidR="004F377F" w:rsidRPr="00477987" w14:paraId="0B15767E" w14:textId="77777777" w:rsidTr="004F377F">
        <w:trPr>
          <w:jc w:val="center"/>
        </w:trPr>
        <w:tc>
          <w:tcPr>
            <w:tcW w:w="680" w:type="dxa"/>
            <w:tcMar>
              <w:top w:w="80" w:type="dxa"/>
              <w:left w:w="100" w:type="dxa"/>
              <w:bottom w:w="80" w:type="dxa"/>
              <w:right w:w="100" w:type="dxa"/>
            </w:tcMar>
            <w:vAlign w:val="center"/>
          </w:tcPr>
          <w:p w14:paraId="5D150908" w14:textId="77777777" w:rsidR="00E4105E" w:rsidRDefault="00CB5EE7">
            <w:r>
              <w:t>1</w:t>
            </w:r>
          </w:p>
        </w:tc>
        <w:tc>
          <w:tcPr>
            <w:tcW w:w="2494"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0B085B6A" w14:textId="77777777" w:rsidR="00E4105E" w:rsidRDefault="00CB5EE7">
            <w:proofErr w:type="spellStart"/>
            <w:r>
              <w:t>Cameră</w:t>
            </w:r>
            <w:proofErr w:type="spellEnd"/>
            <w:r>
              <w:t xml:space="preserve"> </w:t>
            </w:r>
            <w:proofErr w:type="spellStart"/>
            <w:r>
              <w:t>corporală</w:t>
            </w:r>
            <w:proofErr w:type="spellEnd"/>
            <w:r>
              <w:t xml:space="preserve"> </w:t>
            </w:r>
            <w:proofErr w:type="spellStart"/>
            <w:r>
              <w:t>operațională</w:t>
            </w:r>
            <w:proofErr w:type="spellEnd"/>
          </w:p>
        </w:tc>
        <w:tc>
          <w:tcPr>
            <w:tcW w:w="527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5AA7AD60" w14:textId="77777777" w:rsidR="00E4105E" w:rsidRPr="00344F7B" w:rsidRDefault="00CB5EE7">
            <w:pPr>
              <w:rPr>
                <w:lang w:val="pt-BR"/>
              </w:rPr>
            </w:pPr>
            <w:r w:rsidRPr="00344F7B">
              <w:rPr>
                <w:lang w:val="pt-BR"/>
              </w:rPr>
              <w:t>Cameră corporală destinată utilizării operative, cu sistem de montare compatibil pentru uniformă</w:t>
            </w:r>
          </w:p>
        </w:tc>
        <w:tc>
          <w:tcPr>
            <w:tcW w:w="907"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6DB31ABB" w14:textId="77777777" w:rsidR="00E4105E" w:rsidRDefault="00CB5EE7">
            <w:r>
              <w:t>110</w:t>
            </w:r>
          </w:p>
        </w:tc>
      </w:tr>
      <w:tr w:rsidR="004F377F" w:rsidRPr="00477987" w14:paraId="3D16F8D6" w14:textId="77777777" w:rsidTr="004F377F">
        <w:trPr>
          <w:jc w:val="center"/>
        </w:trPr>
        <w:tc>
          <w:tcPr>
            <w:tcW w:w="680" w:type="dxa"/>
            <w:tcMar>
              <w:top w:w="80" w:type="dxa"/>
              <w:left w:w="100" w:type="dxa"/>
              <w:bottom w:w="80" w:type="dxa"/>
              <w:right w:w="100" w:type="dxa"/>
            </w:tcMar>
            <w:vAlign w:val="center"/>
          </w:tcPr>
          <w:p w14:paraId="516F6B4E" w14:textId="77777777" w:rsidR="00E4105E" w:rsidRDefault="00CB5EE7">
            <w:r>
              <w:t>2</w:t>
            </w:r>
          </w:p>
        </w:tc>
        <w:tc>
          <w:tcPr>
            <w:tcW w:w="2494" w:type="dxa"/>
            <w:tcBorders>
              <w:top w:val="nil"/>
              <w:left w:val="single" w:sz="4" w:space="0" w:color="auto"/>
              <w:bottom w:val="single" w:sz="4" w:space="0" w:color="auto"/>
              <w:right w:val="single" w:sz="4" w:space="0" w:color="auto"/>
            </w:tcBorders>
            <w:tcMar>
              <w:top w:w="80" w:type="dxa"/>
              <w:left w:w="100" w:type="dxa"/>
              <w:bottom w:w="80" w:type="dxa"/>
              <w:right w:w="100" w:type="dxa"/>
            </w:tcMar>
            <w:vAlign w:val="center"/>
          </w:tcPr>
          <w:p w14:paraId="3A747DA2" w14:textId="77777777" w:rsidR="00E4105E" w:rsidRDefault="00CB5EE7">
            <w:proofErr w:type="spellStart"/>
            <w:r>
              <w:t>Licență</w:t>
            </w:r>
            <w:proofErr w:type="spellEnd"/>
            <w:r>
              <w:t xml:space="preserve"> software per </w:t>
            </w:r>
            <w:proofErr w:type="spellStart"/>
            <w:r>
              <w:t>cameră</w:t>
            </w:r>
            <w:proofErr w:type="spellEnd"/>
          </w:p>
        </w:tc>
        <w:tc>
          <w:tcPr>
            <w:tcW w:w="5272" w:type="dxa"/>
            <w:tcBorders>
              <w:top w:val="nil"/>
              <w:left w:val="nil"/>
              <w:bottom w:val="single" w:sz="4" w:space="0" w:color="auto"/>
              <w:right w:val="single" w:sz="4" w:space="0" w:color="auto"/>
            </w:tcBorders>
            <w:tcMar>
              <w:top w:w="80" w:type="dxa"/>
              <w:left w:w="100" w:type="dxa"/>
              <w:bottom w:w="80" w:type="dxa"/>
              <w:right w:w="100" w:type="dxa"/>
            </w:tcMar>
            <w:vAlign w:val="center"/>
          </w:tcPr>
          <w:p w14:paraId="220471B7" w14:textId="77777777" w:rsidR="00E4105E" w:rsidRDefault="00CB5EE7">
            <w:proofErr w:type="spellStart"/>
            <w:r>
              <w:t>Licență</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administrarea</w:t>
            </w:r>
            <w:proofErr w:type="spellEnd"/>
            <w:r>
              <w:t xml:space="preserve"> </w:t>
            </w:r>
            <w:proofErr w:type="spellStart"/>
            <w:r>
              <w:t>și</w:t>
            </w:r>
            <w:proofErr w:type="spellEnd"/>
            <w:r>
              <w:t xml:space="preserve"> </w:t>
            </w:r>
            <w:proofErr w:type="spellStart"/>
            <w:r>
              <w:t>operarea</w:t>
            </w:r>
            <w:proofErr w:type="spellEnd"/>
            <w:r>
              <w:t xml:space="preserve"> </w:t>
            </w:r>
            <w:proofErr w:type="spellStart"/>
            <w:r>
              <w:t>fiecărei</w:t>
            </w:r>
            <w:proofErr w:type="spellEnd"/>
            <w:r>
              <w:t xml:space="preserve"> </w:t>
            </w:r>
            <w:proofErr w:type="spellStart"/>
            <w:r>
              <w:t>camere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platformei</w:t>
            </w:r>
            <w:proofErr w:type="spellEnd"/>
            <w:r>
              <w:t xml:space="preserve"> </w:t>
            </w:r>
            <w:proofErr w:type="spellStart"/>
            <w:r>
              <w:t>centrale</w:t>
            </w:r>
            <w:proofErr w:type="spellEnd"/>
          </w:p>
        </w:tc>
        <w:tc>
          <w:tcPr>
            <w:tcW w:w="907" w:type="dxa"/>
            <w:tcBorders>
              <w:top w:val="nil"/>
              <w:left w:val="nil"/>
              <w:bottom w:val="single" w:sz="4" w:space="0" w:color="auto"/>
              <w:right w:val="single" w:sz="4" w:space="0" w:color="auto"/>
            </w:tcBorders>
            <w:tcMar>
              <w:top w:w="80" w:type="dxa"/>
              <w:left w:w="100" w:type="dxa"/>
              <w:bottom w:w="80" w:type="dxa"/>
              <w:right w:w="100" w:type="dxa"/>
            </w:tcMar>
            <w:vAlign w:val="center"/>
          </w:tcPr>
          <w:p w14:paraId="1F8B465C" w14:textId="77777777" w:rsidR="00E4105E" w:rsidRDefault="00CB5EE7">
            <w:r>
              <w:t>110</w:t>
            </w:r>
          </w:p>
        </w:tc>
      </w:tr>
      <w:tr w:rsidR="004F377F" w:rsidRPr="00477987" w14:paraId="68B4F088" w14:textId="77777777" w:rsidTr="004F377F">
        <w:trPr>
          <w:jc w:val="center"/>
        </w:trPr>
        <w:tc>
          <w:tcPr>
            <w:tcW w:w="680" w:type="dxa"/>
            <w:tcMar>
              <w:top w:w="80" w:type="dxa"/>
              <w:left w:w="100" w:type="dxa"/>
              <w:bottom w:w="80" w:type="dxa"/>
              <w:right w:w="100" w:type="dxa"/>
            </w:tcMar>
            <w:vAlign w:val="center"/>
          </w:tcPr>
          <w:p w14:paraId="3554F32C" w14:textId="77777777" w:rsidR="00E4105E" w:rsidRDefault="00CB5EE7">
            <w:r>
              <w:t>3</w:t>
            </w:r>
          </w:p>
        </w:tc>
        <w:tc>
          <w:tcPr>
            <w:tcW w:w="2494" w:type="dxa"/>
            <w:tcBorders>
              <w:top w:val="nil"/>
              <w:left w:val="single" w:sz="4" w:space="0" w:color="auto"/>
              <w:bottom w:val="single" w:sz="4" w:space="0" w:color="auto"/>
              <w:right w:val="single" w:sz="4" w:space="0" w:color="auto"/>
            </w:tcBorders>
            <w:tcMar>
              <w:top w:w="80" w:type="dxa"/>
              <w:left w:w="100" w:type="dxa"/>
              <w:bottom w:w="80" w:type="dxa"/>
              <w:right w:w="100" w:type="dxa"/>
            </w:tcMar>
            <w:vAlign w:val="center"/>
          </w:tcPr>
          <w:p w14:paraId="1701B920" w14:textId="77777777" w:rsidR="00E4105E" w:rsidRDefault="00CB5EE7">
            <w:proofErr w:type="spellStart"/>
            <w:r>
              <w:t>Stație</w:t>
            </w:r>
            <w:proofErr w:type="spellEnd"/>
            <w:r>
              <w:t xml:space="preserve"> de </w:t>
            </w:r>
            <w:proofErr w:type="spellStart"/>
            <w:r>
              <w:t>andocare</w:t>
            </w:r>
            <w:proofErr w:type="spellEnd"/>
          </w:p>
        </w:tc>
        <w:tc>
          <w:tcPr>
            <w:tcW w:w="5272" w:type="dxa"/>
            <w:tcBorders>
              <w:top w:val="nil"/>
              <w:left w:val="nil"/>
              <w:bottom w:val="single" w:sz="4" w:space="0" w:color="auto"/>
              <w:right w:val="single" w:sz="4" w:space="0" w:color="auto"/>
            </w:tcBorders>
            <w:tcMar>
              <w:top w:w="80" w:type="dxa"/>
              <w:left w:w="100" w:type="dxa"/>
              <w:bottom w:w="80" w:type="dxa"/>
              <w:right w:w="100" w:type="dxa"/>
            </w:tcMar>
            <w:vAlign w:val="center"/>
          </w:tcPr>
          <w:p w14:paraId="3827C7CF" w14:textId="77777777" w:rsidR="00E4105E" w:rsidRPr="00344F7B" w:rsidRDefault="00CB5EE7">
            <w:pPr>
              <w:rPr>
                <w:lang w:val="pt-BR"/>
              </w:rPr>
            </w:pPr>
            <w:r w:rsidRPr="00344F7B">
              <w:rPr>
                <w:lang w:val="pt-BR"/>
              </w:rPr>
              <w:t>Stație de andocare cu minimum 10 porturi, destinată încărcării și sincronizării camerelor</w:t>
            </w:r>
          </w:p>
        </w:tc>
        <w:tc>
          <w:tcPr>
            <w:tcW w:w="907" w:type="dxa"/>
            <w:tcBorders>
              <w:top w:val="nil"/>
              <w:left w:val="nil"/>
              <w:bottom w:val="single" w:sz="4" w:space="0" w:color="auto"/>
              <w:right w:val="single" w:sz="4" w:space="0" w:color="auto"/>
            </w:tcBorders>
            <w:tcMar>
              <w:top w:w="80" w:type="dxa"/>
              <w:left w:w="100" w:type="dxa"/>
              <w:bottom w:w="80" w:type="dxa"/>
              <w:right w:w="100" w:type="dxa"/>
            </w:tcMar>
            <w:vAlign w:val="center"/>
          </w:tcPr>
          <w:p w14:paraId="6929191A" w14:textId="77777777" w:rsidR="00E4105E" w:rsidRDefault="00CB5EE7">
            <w:r>
              <w:t>13</w:t>
            </w:r>
          </w:p>
        </w:tc>
      </w:tr>
      <w:tr w:rsidR="004F377F" w:rsidRPr="00477987" w14:paraId="0B986C88" w14:textId="77777777" w:rsidTr="004F377F">
        <w:trPr>
          <w:jc w:val="center"/>
        </w:trPr>
        <w:tc>
          <w:tcPr>
            <w:tcW w:w="680" w:type="dxa"/>
            <w:tcMar>
              <w:top w:w="80" w:type="dxa"/>
              <w:left w:w="100" w:type="dxa"/>
              <w:bottom w:w="80" w:type="dxa"/>
              <w:right w:w="100" w:type="dxa"/>
            </w:tcMar>
            <w:vAlign w:val="center"/>
          </w:tcPr>
          <w:p w14:paraId="007C7571" w14:textId="77777777" w:rsidR="00E4105E" w:rsidRDefault="00CB5EE7">
            <w:r>
              <w:t>4</w:t>
            </w:r>
          </w:p>
        </w:tc>
        <w:tc>
          <w:tcPr>
            <w:tcW w:w="2494" w:type="dxa"/>
            <w:tcBorders>
              <w:top w:val="nil"/>
              <w:left w:val="single" w:sz="4" w:space="0" w:color="auto"/>
              <w:bottom w:val="single" w:sz="4" w:space="0" w:color="auto"/>
              <w:right w:val="single" w:sz="4" w:space="0" w:color="auto"/>
            </w:tcBorders>
            <w:tcMar>
              <w:top w:w="80" w:type="dxa"/>
              <w:left w:w="100" w:type="dxa"/>
              <w:bottom w:w="80" w:type="dxa"/>
              <w:right w:w="100" w:type="dxa"/>
            </w:tcMar>
            <w:vAlign w:val="center"/>
          </w:tcPr>
          <w:p w14:paraId="41B20FF8" w14:textId="77777777" w:rsidR="00E4105E" w:rsidRDefault="00CB5EE7">
            <w:proofErr w:type="spellStart"/>
            <w:r>
              <w:t>Cititor</w:t>
            </w:r>
            <w:proofErr w:type="spellEnd"/>
            <w:r>
              <w:t xml:space="preserve"> RFID/NFC</w:t>
            </w:r>
          </w:p>
        </w:tc>
        <w:tc>
          <w:tcPr>
            <w:tcW w:w="5272" w:type="dxa"/>
            <w:tcBorders>
              <w:top w:val="nil"/>
              <w:left w:val="nil"/>
              <w:bottom w:val="single" w:sz="4" w:space="0" w:color="auto"/>
              <w:right w:val="single" w:sz="4" w:space="0" w:color="auto"/>
            </w:tcBorders>
            <w:tcMar>
              <w:top w:w="80" w:type="dxa"/>
              <w:left w:w="100" w:type="dxa"/>
              <w:bottom w:w="80" w:type="dxa"/>
              <w:right w:w="100" w:type="dxa"/>
            </w:tcMar>
            <w:vAlign w:val="center"/>
          </w:tcPr>
          <w:p w14:paraId="671B8578" w14:textId="77777777" w:rsidR="00E4105E" w:rsidRDefault="00CB5EE7">
            <w:proofErr w:type="spellStart"/>
            <w:r>
              <w:t>Cititor</w:t>
            </w:r>
            <w:proofErr w:type="spellEnd"/>
            <w:r>
              <w:t xml:space="preserve"> </w:t>
            </w:r>
            <w:proofErr w:type="spellStart"/>
            <w:r>
              <w:t>compatibil</w:t>
            </w:r>
            <w:proofErr w:type="spellEnd"/>
            <w:r>
              <w:t xml:space="preserve"> cu </w:t>
            </w:r>
            <w:proofErr w:type="spellStart"/>
            <w:r>
              <w:t>soluția</w:t>
            </w:r>
            <w:proofErr w:type="spellEnd"/>
            <w:r>
              <w:t xml:space="preserve"> </w:t>
            </w:r>
            <w:proofErr w:type="spellStart"/>
            <w:r>
              <w:t>ofertată</w:t>
            </w:r>
            <w:proofErr w:type="spellEnd"/>
            <w:r>
              <w:t xml:space="preserve">, </w:t>
            </w:r>
            <w:proofErr w:type="spellStart"/>
            <w:r>
              <w:t>destinat</w:t>
            </w:r>
            <w:proofErr w:type="spellEnd"/>
            <w:r>
              <w:t xml:space="preserve"> </w:t>
            </w:r>
            <w:proofErr w:type="spellStart"/>
            <w:r>
              <w:t>asocierii</w:t>
            </w:r>
            <w:proofErr w:type="spellEnd"/>
            <w:r>
              <w:t xml:space="preserve"> </w:t>
            </w:r>
            <w:proofErr w:type="spellStart"/>
            <w:r>
              <w:t>controlate</w:t>
            </w:r>
            <w:proofErr w:type="spellEnd"/>
            <w:r>
              <w:t xml:space="preserve"> a </w:t>
            </w:r>
            <w:proofErr w:type="spellStart"/>
            <w:r>
              <w:t>utilizatorilor</w:t>
            </w:r>
            <w:proofErr w:type="spellEnd"/>
            <w:r>
              <w:t xml:space="preserve"> </w:t>
            </w:r>
            <w:proofErr w:type="spellStart"/>
            <w:r>
              <w:t>și</w:t>
            </w:r>
            <w:proofErr w:type="spellEnd"/>
            <w:r>
              <w:t>/</w:t>
            </w:r>
            <w:proofErr w:type="spellStart"/>
            <w:r>
              <w:t>sau</w:t>
            </w:r>
            <w:proofErr w:type="spellEnd"/>
            <w:r>
              <w:t xml:space="preserve"> </w:t>
            </w:r>
            <w:proofErr w:type="spellStart"/>
            <w:r>
              <w:t>echipamentelor</w:t>
            </w:r>
            <w:proofErr w:type="spellEnd"/>
          </w:p>
        </w:tc>
        <w:tc>
          <w:tcPr>
            <w:tcW w:w="907" w:type="dxa"/>
            <w:tcBorders>
              <w:top w:val="nil"/>
              <w:left w:val="nil"/>
              <w:bottom w:val="single" w:sz="4" w:space="0" w:color="auto"/>
              <w:right w:val="single" w:sz="4" w:space="0" w:color="auto"/>
            </w:tcBorders>
            <w:tcMar>
              <w:top w:w="80" w:type="dxa"/>
              <w:left w:w="100" w:type="dxa"/>
              <w:bottom w:w="80" w:type="dxa"/>
              <w:right w:w="100" w:type="dxa"/>
            </w:tcMar>
            <w:vAlign w:val="center"/>
          </w:tcPr>
          <w:p w14:paraId="25DC32DF" w14:textId="77777777" w:rsidR="00E4105E" w:rsidRDefault="00CB5EE7">
            <w:r>
              <w:t>13</w:t>
            </w:r>
          </w:p>
        </w:tc>
      </w:tr>
      <w:tr w:rsidR="004F377F" w:rsidRPr="00477987" w14:paraId="55396681" w14:textId="77777777" w:rsidTr="004F377F">
        <w:trPr>
          <w:jc w:val="center"/>
        </w:trPr>
        <w:tc>
          <w:tcPr>
            <w:tcW w:w="680" w:type="dxa"/>
            <w:tcMar>
              <w:top w:w="80" w:type="dxa"/>
              <w:left w:w="100" w:type="dxa"/>
              <w:bottom w:w="80" w:type="dxa"/>
              <w:right w:w="100" w:type="dxa"/>
            </w:tcMar>
            <w:vAlign w:val="center"/>
          </w:tcPr>
          <w:p w14:paraId="718856E0" w14:textId="77777777" w:rsidR="00E4105E" w:rsidRDefault="00CB5EE7">
            <w:r>
              <w:t>5</w:t>
            </w:r>
          </w:p>
        </w:tc>
        <w:tc>
          <w:tcPr>
            <w:tcW w:w="2494" w:type="dxa"/>
            <w:tcBorders>
              <w:top w:val="nil"/>
              <w:left w:val="single" w:sz="4" w:space="0" w:color="auto"/>
              <w:bottom w:val="single" w:sz="4" w:space="0" w:color="auto"/>
              <w:right w:val="single" w:sz="4" w:space="0" w:color="auto"/>
            </w:tcBorders>
            <w:tcMar>
              <w:top w:w="80" w:type="dxa"/>
              <w:left w:w="100" w:type="dxa"/>
              <w:bottom w:w="80" w:type="dxa"/>
              <w:right w:w="100" w:type="dxa"/>
            </w:tcMar>
            <w:vAlign w:val="center"/>
          </w:tcPr>
          <w:p w14:paraId="1679B56E" w14:textId="77777777" w:rsidR="00E4105E" w:rsidRDefault="00CB5EE7">
            <w:r>
              <w:t xml:space="preserve">Kit magnetic de </w:t>
            </w:r>
            <w:proofErr w:type="spellStart"/>
            <w:r>
              <w:t>montare</w:t>
            </w:r>
            <w:proofErr w:type="spellEnd"/>
          </w:p>
        </w:tc>
        <w:tc>
          <w:tcPr>
            <w:tcW w:w="5272" w:type="dxa"/>
            <w:tcBorders>
              <w:top w:val="nil"/>
              <w:left w:val="nil"/>
              <w:bottom w:val="single" w:sz="4" w:space="0" w:color="auto"/>
              <w:right w:val="single" w:sz="4" w:space="0" w:color="auto"/>
            </w:tcBorders>
            <w:tcMar>
              <w:top w:w="80" w:type="dxa"/>
              <w:left w:w="100" w:type="dxa"/>
              <w:bottom w:w="80" w:type="dxa"/>
              <w:right w:w="100" w:type="dxa"/>
            </w:tcMar>
            <w:vAlign w:val="center"/>
          </w:tcPr>
          <w:p w14:paraId="5631FFB9" w14:textId="77777777" w:rsidR="00E4105E" w:rsidRDefault="00CB5EE7">
            <w:r>
              <w:t xml:space="preserve">Kit magnetic de </w:t>
            </w:r>
            <w:proofErr w:type="spellStart"/>
            <w:r>
              <w:t>montare</w:t>
            </w:r>
            <w:proofErr w:type="spellEnd"/>
            <w:r>
              <w:t xml:space="preserve"> </w:t>
            </w:r>
            <w:proofErr w:type="spellStart"/>
            <w:r>
              <w:t>compatibil</w:t>
            </w:r>
            <w:proofErr w:type="spellEnd"/>
            <w:r>
              <w:t xml:space="preserve"> cu camera </w:t>
            </w:r>
            <w:proofErr w:type="spellStart"/>
            <w:r>
              <w:t>ofertată</w:t>
            </w:r>
            <w:proofErr w:type="spellEnd"/>
            <w:r>
              <w:t xml:space="preserve"> </w:t>
            </w:r>
            <w:proofErr w:type="spellStart"/>
            <w:r>
              <w:t>și</w:t>
            </w:r>
            <w:proofErr w:type="spellEnd"/>
            <w:r>
              <w:t xml:space="preserve"> </w:t>
            </w:r>
            <w:proofErr w:type="spellStart"/>
            <w:r>
              <w:t>adecvat</w:t>
            </w:r>
            <w:proofErr w:type="spellEnd"/>
            <w:r>
              <w:t xml:space="preserve"> </w:t>
            </w:r>
            <w:proofErr w:type="spellStart"/>
            <w:r>
              <w:t>utilizării</w:t>
            </w:r>
            <w:proofErr w:type="spellEnd"/>
            <w:r>
              <w:t xml:space="preserve"> operative</w:t>
            </w:r>
          </w:p>
        </w:tc>
        <w:tc>
          <w:tcPr>
            <w:tcW w:w="907" w:type="dxa"/>
            <w:tcBorders>
              <w:top w:val="nil"/>
              <w:left w:val="nil"/>
              <w:bottom w:val="single" w:sz="4" w:space="0" w:color="auto"/>
              <w:right w:val="single" w:sz="4" w:space="0" w:color="auto"/>
            </w:tcBorders>
            <w:tcMar>
              <w:top w:w="80" w:type="dxa"/>
              <w:left w:w="100" w:type="dxa"/>
              <w:bottom w:w="80" w:type="dxa"/>
              <w:right w:w="100" w:type="dxa"/>
            </w:tcMar>
            <w:vAlign w:val="center"/>
          </w:tcPr>
          <w:p w14:paraId="572C2FFA" w14:textId="77777777" w:rsidR="00E4105E" w:rsidRDefault="00CB5EE7">
            <w:r>
              <w:t>110</w:t>
            </w:r>
          </w:p>
        </w:tc>
      </w:tr>
      <w:tr w:rsidR="004F377F" w:rsidRPr="00477987" w14:paraId="4DB942E8" w14:textId="77777777" w:rsidTr="004F377F">
        <w:trPr>
          <w:jc w:val="center"/>
        </w:trPr>
        <w:tc>
          <w:tcPr>
            <w:tcW w:w="680" w:type="dxa"/>
            <w:tcMar>
              <w:top w:w="80" w:type="dxa"/>
              <w:left w:w="100" w:type="dxa"/>
              <w:bottom w:w="80" w:type="dxa"/>
              <w:right w:w="100" w:type="dxa"/>
            </w:tcMar>
            <w:vAlign w:val="center"/>
          </w:tcPr>
          <w:p w14:paraId="161E5728" w14:textId="77777777" w:rsidR="00E4105E" w:rsidRDefault="00CB5EE7">
            <w:r>
              <w:t>6</w:t>
            </w:r>
          </w:p>
        </w:tc>
        <w:tc>
          <w:tcPr>
            <w:tcW w:w="2494" w:type="dxa"/>
            <w:tcBorders>
              <w:top w:val="nil"/>
              <w:left w:val="single" w:sz="4" w:space="0" w:color="auto"/>
              <w:bottom w:val="single" w:sz="4" w:space="0" w:color="auto"/>
              <w:right w:val="single" w:sz="4" w:space="0" w:color="auto"/>
            </w:tcBorders>
            <w:tcMar>
              <w:top w:w="80" w:type="dxa"/>
              <w:left w:w="100" w:type="dxa"/>
              <w:bottom w:w="80" w:type="dxa"/>
              <w:right w:w="100" w:type="dxa"/>
            </w:tcMar>
            <w:vAlign w:val="center"/>
          </w:tcPr>
          <w:p w14:paraId="2502496A" w14:textId="77777777" w:rsidR="00E4105E" w:rsidRDefault="00CB5EE7">
            <w:proofErr w:type="spellStart"/>
            <w:r>
              <w:t>Platformă</w:t>
            </w:r>
            <w:proofErr w:type="spellEnd"/>
            <w:r>
              <w:t xml:space="preserve"> </w:t>
            </w:r>
            <w:proofErr w:type="spellStart"/>
            <w:r>
              <w:t>centrală</w:t>
            </w:r>
            <w:proofErr w:type="spellEnd"/>
            <w:r>
              <w:t xml:space="preserve"> de management</w:t>
            </w:r>
          </w:p>
        </w:tc>
        <w:tc>
          <w:tcPr>
            <w:tcW w:w="5272" w:type="dxa"/>
            <w:tcBorders>
              <w:top w:val="nil"/>
              <w:left w:val="nil"/>
              <w:bottom w:val="single" w:sz="4" w:space="0" w:color="auto"/>
              <w:right w:val="single" w:sz="4" w:space="0" w:color="auto"/>
            </w:tcBorders>
            <w:tcMar>
              <w:top w:w="80" w:type="dxa"/>
              <w:left w:w="100" w:type="dxa"/>
              <w:bottom w:w="80" w:type="dxa"/>
              <w:right w:w="100" w:type="dxa"/>
            </w:tcMar>
            <w:vAlign w:val="center"/>
          </w:tcPr>
          <w:p w14:paraId="63C71D9B" w14:textId="77777777" w:rsidR="00E4105E" w:rsidRDefault="00CB5EE7">
            <w:proofErr w:type="spellStart"/>
            <w:r>
              <w:t>Platformă</w:t>
            </w:r>
            <w:proofErr w:type="spellEnd"/>
            <w:r>
              <w:t xml:space="preserve"> software </w:t>
            </w:r>
            <w:proofErr w:type="spellStart"/>
            <w:r>
              <w:t>pentru</w:t>
            </w:r>
            <w:proofErr w:type="spellEnd"/>
            <w:r>
              <w:t xml:space="preserve"> </w:t>
            </w:r>
            <w:proofErr w:type="spellStart"/>
            <w:r>
              <w:t>administrarea</w:t>
            </w:r>
            <w:proofErr w:type="spellEnd"/>
            <w:r>
              <w:t xml:space="preserve"> </w:t>
            </w:r>
            <w:proofErr w:type="spellStart"/>
            <w:r>
              <w:t>centralizată</w:t>
            </w:r>
            <w:proofErr w:type="spellEnd"/>
            <w:r>
              <w:t xml:space="preserve"> a </w:t>
            </w:r>
            <w:proofErr w:type="spellStart"/>
            <w:r>
              <w:t>camerelor</w:t>
            </w:r>
            <w:proofErr w:type="spellEnd"/>
            <w:r>
              <w:t xml:space="preserve">, </w:t>
            </w:r>
            <w:proofErr w:type="spellStart"/>
            <w:r>
              <w:t>utilizatorilor</w:t>
            </w:r>
            <w:proofErr w:type="spellEnd"/>
            <w:r>
              <w:t xml:space="preserve"> </w:t>
            </w:r>
            <w:proofErr w:type="spellStart"/>
            <w:r>
              <w:t>și</w:t>
            </w:r>
            <w:proofErr w:type="spellEnd"/>
            <w:r>
              <w:t xml:space="preserve"> </w:t>
            </w:r>
            <w:proofErr w:type="spellStart"/>
            <w:r>
              <w:t>înregistrărilor</w:t>
            </w:r>
            <w:proofErr w:type="spellEnd"/>
          </w:p>
        </w:tc>
        <w:tc>
          <w:tcPr>
            <w:tcW w:w="907" w:type="dxa"/>
            <w:tcBorders>
              <w:top w:val="nil"/>
              <w:left w:val="nil"/>
              <w:bottom w:val="single" w:sz="4" w:space="0" w:color="auto"/>
              <w:right w:val="single" w:sz="4" w:space="0" w:color="auto"/>
            </w:tcBorders>
            <w:tcMar>
              <w:top w:w="80" w:type="dxa"/>
              <w:left w:w="100" w:type="dxa"/>
              <w:bottom w:w="80" w:type="dxa"/>
              <w:right w:w="100" w:type="dxa"/>
            </w:tcMar>
            <w:vAlign w:val="center"/>
          </w:tcPr>
          <w:p w14:paraId="68C7A2B1" w14:textId="77777777" w:rsidR="00E4105E" w:rsidRDefault="00CB5EE7">
            <w:r>
              <w:t>1</w:t>
            </w:r>
          </w:p>
        </w:tc>
      </w:tr>
      <w:tr w:rsidR="004F377F" w:rsidRPr="00477987" w14:paraId="17BDCC64" w14:textId="77777777" w:rsidTr="004F377F">
        <w:trPr>
          <w:jc w:val="center"/>
        </w:trPr>
        <w:tc>
          <w:tcPr>
            <w:tcW w:w="680" w:type="dxa"/>
            <w:tcMar>
              <w:top w:w="80" w:type="dxa"/>
              <w:left w:w="100" w:type="dxa"/>
              <w:bottom w:w="80" w:type="dxa"/>
              <w:right w:w="100" w:type="dxa"/>
            </w:tcMar>
            <w:vAlign w:val="center"/>
          </w:tcPr>
          <w:p w14:paraId="5748999E" w14:textId="77777777" w:rsidR="00E4105E" w:rsidRDefault="00CB5EE7">
            <w:r>
              <w:t>7</w:t>
            </w:r>
          </w:p>
        </w:tc>
        <w:tc>
          <w:tcPr>
            <w:tcW w:w="2494" w:type="dxa"/>
            <w:tcBorders>
              <w:top w:val="nil"/>
              <w:left w:val="single" w:sz="4" w:space="0" w:color="auto"/>
              <w:bottom w:val="single" w:sz="4" w:space="0" w:color="auto"/>
              <w:right w:val="single" w:sz="4" w:space="0" w:color="auto"/>
            </w:tcBorders>
            <w:tcMar>
              <w:top w:w="80" w:type="dxa"/>
              <w:left w:w="100" w:type="dxa"/>
              <w:bottom w:w="80" w:type="dxa"/>
              <w:right w:w="100" w:type="dxa"/>
            </w:tcMar>
            <w:vAlign w:val="center"/>
          </w:tcPr>
          <w:p w14:paraId="173A2C5A" w14:textId="77777777" w:rsidR="00E4105E" w:rsidRDefault="00CB5EE7">
            <w:proofErr w:type="spellStart"/>
            <w:r>
              <w:t>Sistem</w:t>
            </w:r>
            <w:proofErr w:type="spellEnd"/>
            <w:r>
              <w:t xml:space="preserve"> central de </w:t>
            </w:r>
            <w:proofErr w:type="spellStart"/>
            <w:r>
              <w:t>stocare</w:t>
            </w:r>
            <w:proofErr w:type="spellEnd"/>
          </w:p>
        </w:tc>
        <w:tc>
          <w:tcPr>
            <w:tcW w:w="5272" w:type="dxa"/>
            <w:tcBorders>
              <w:top w:val="nil"/>
              <w:left w:val="nil"/>
              <w:bottom w:val="single" w:sz="4" w:space="0" w:color="auto"/>
              <w:right w:val="single" w:sz="4" w:space="0" w:color="auto"/>
            </w:tcBorders>
            <w:tcMar>
              <w:top w:w="80" w:type="dxa"/>
              <w:left w:w="100" w:type="dxa"/>
              <w:bottom w:w="80" w:type="dxa"/>
              <w:right w:w="100" w:type="dxa"/>
            </w:tcMar>
            <w:vAlign w:val="center"/>
          </w:tcPr>
          <w:p w14:paraId="2DC42607" w14:textId="77777777" w:rsidR="00E4105E" w:rsidRDefault="00CB5EE7">
            <w:proofErr w:type="spellStart"/>
            <w:r>
              <w:t>Sistem</w:t>
            </w:r>
            <w:proofErr w:type="spellEnd"/>
            <w:r>
              <w:t xml:space="preserve"> de </w:t>
            </w:r>
            <w:proofErr w:type="spellStart"/>
            <w:r>
              <w:t>stocare</w:t>
            </w:r>
            <w:proofErr w:type="spellEnd"/>
            <w:r>
              <w:t xml:space="preserve"> </w:t>
            </w:r>
            <w:proofErr w:type="spellStart"/>
            <w:r>
              <w:t>centralizată</w:t>
            </w:r>
            <w:proofErr w:type="spellEnd"/>
            <w:r>
              <w:t xml:space="preserve">, </w:t>
            </w:r>
            <w:proofErr w:type="spellStart"/>
            <w:r>
              <w:t>montabil</w:t>
            </w:r>
            <w:proofErr w:type="spellEnd"/>
            <w:r>
              <w:t xml:space="preserve"> </w:t>
            </w:r>
            <w:proofErr w:type="spellStart"/>
            <w:r>
              <w:t>în</w:t>
            </w:r>
            <w:proofErr w:type="spellEnd"/>
            <w:r>
              <w:t xml:space="preserve"> rack, cu capacitate </w:t>
            </w:r>
            <w:proofErr w:type="spellStart"/>
            <w:r>
              <w:t>utilă</w:t>
            </w:r>
            <w:proofErr w:type="spellEnd"/>
            <w:r>
              <w:t xml:space="preserve"> de minimum 64 TB</w:t>
            </w:r>
          </w:p>
        </w:tc>
        <w:tc>
          <w:tcPr>
            <w:tcW w:w="907" w:type="dxa"/>
            <w:tcBorders>
              <w:top w:val="nil"/>
              <w:left w:val="nil"/>
              <w:bottom w:val="single" w:sz="4" w:space="0" w:color="auto"/>
              <w:right w:val="single" w:sz="4" w:space="0" w:color="auto"/>
            </w:tcBorders>
            <w:tcMar>
              <w:top w:w="80" w:type="dxa"/>
              <w:left w:w="100" w:type="dxa"/>
              <w:bottom w:w="80" w:type="dxa"/>
              <w:right w:w="100" w:type="dxa"/>
            </w:tcMar>
            <w:vAlign w:val="center"/>
          </w:tcPr>
          <w:p w14:paraId="58F3B042" w14:textId="77777777" w:rsidR="00E4105E" w:rsidRDefault="00CB5EE7">
            <w:r>
              <w:t>1</w:t>
            </w:r>
          </w:p>
        </w:tc>
      </w:tr>
    </w:tbl>
    <w:p w14:paraId="6756C7D5" w14:textId="77777777" w:rsidR="00122B35" w:rsidRDefault="00122B35">
      <w:pPr>
        <w:spacing w:before="160" w:after="80"/>
        <w:rPr>
          <w:b/>
          <w:sz w:val="24"/>
          <w:lang w:val="it-IT"/>
        </w:rPr>
      </w:pPr>
    </w:p>
    <w:p w14:paraId="073D165E" w14:textId="2B3E164D" w:rsidR="00746ED3" w:rsidRDefault="00746ED3">
      <w:pPr>
        <w:spacing w:before="160" w:after="80"/>
        <w:rPr>
          <w:b/>
          <w:sz w:val="24"/>
          <w:lang w:val="it-IT"/>
        </w:rPr>
      </w:pPr>
    </w:p>
    <w:p w14:paraId="07EA44E5" w14:textId="4161AC28" w:rsidR="00CF59A4" w:rsidRDefault="00CF59A4">
      <w:pPr>
        <w:spacing w:before="160" w:after="80"/>
        <w:rPr>
          <w:b/>
          <w:sz w:val="24"/>
          <w:lang w:val="it-IT"/>
        </w:rPr>
      </w:pPr>
    </w:p>
    <w:p w14:paraId="4D8FBB69" w14:textId="77777777" w:rsidR="00D4156F" w:rsidRPr="003653AE" w:rsidRDefault="00F7416D">
      <w:pPr>
        <w:spacing w:before="160" w:after="80"/>
        <w:rPr>
          <w:lang w:val="it-IT"/>
        </w:rPr>
      </w:pPr>
      <w:r w:rsidRPr="003653AE">
        <w:rPr>
          <w:b/>
          <w:sz w:val="24"/>
          <w:lang w:val="it-IT"/>
        </w:rPr>
        <w:lastRenderedPageBreak/>
        <w:t>6. Sistemul trebuie să asigure cel puțin următoarele caracteristici minime:</w:t>
      </w:r>
    </w:p>
    <w:p w14:paraId="1E158BE1" w14:textId="77777777" w:rsidR="00D4156F" w:rsidRDefault="00F7416D" w:rsidP="003653AE">
      <w:pPr>
        <w:spacing w:before="120" w:after="80"/>
        <w:jc w:val="center"/>
        <w:rPr>
          <w:rFonts w:cs="Times New Roman"/>
          <w:b/>
          <w:sz w:val="24"/>
          <w:szCs w:val="24"/>
        </w:rPr>
      </w:pPr>
      <w:r>
        <w:t>SOLUȚIE INTEGRATĂ DE BODY CAMERE</w:t>
      </w:r>
    </w:p>
    <w:tbl>
      <w:tblPr>
        <w:tblStyle w:val="aff0"/>
        <w:tblW w:w="9468" w:type="dxa"/>
        <w:jc w:val="center"/>
        <w:tblLook w:val="04A0" w:firstRow="1" w:lastRow="0" w:firstColumn="1" w:lastColumn="0" w:noHBand="0" w:noVBand="1"/>
      </w:tblPr>
      <w:tblGrid>
        <w:gridCol w:w="2665"/>
        <w:gridCol w:w="5669"/>
        <w:gridCol w:w="1134"/>
      </w:tblGrid>
      <w:tr w:rsidR="004E519C" w:rsidRPr="000466B8" w14:paraId="77B4AA60" w14:textId="77777777" w:rsidTr="00D03674">
        <w:trPr>
          <w:trHeight w:val="290"/>
          <w:jc w:val="center"/>
        </w:trPr>
        <w:tc>
          <w:tcPr>
            <w:tcW w:w="2665" w:type="dxa"/>
            <w:shd w:val="clear" w:color="auto" w:fill="D6E3BC" w:themeFill="accent3" w:themeFillTint="66"/>
            <w:hideMark/>
          </w:tcPr>
          <w:p w14:paraId="3BA3FD52" w14:textId="77777777" w:rsidR="00E4105E" w:rsidRDefault="00CB5EE7">
            <w:proofErr w:type="spellStart"/>
            <w:r>
              <w:t>Poziție</w:t>
            </w:r>
            <w:proofErr w:type="spellEnd"/>
          </w:p>
        </w:tc>
        <w:tc>
          <w:tcPr>
            <w:tcW w:w="5669" w:type="dxa"/>
            <w:shd w:val="clear" w:color="auto" w:fill="D6E3BC" w:themeFill="accent3" w:themeFillTint="66"/>
            <w:hideMark/>
          </w:tcPr>
          <w:p w14:paraId="1D3A10AD" w14:textId="77777777" w:rsidR="00E4105E" w:rsidRDefault="00CB5EE7">
            <w:proofErr w:type="spellStart"/>
            <w:r>
              <w:t>Specificații</w:t>
            </w:r>
            <w:proofErr w:type="spellEnd"/>
            <w:r>
              <w:t xml:space="preserve"> </w:t>
            </w:r>
            <w:proofErr w:type="spellStart"/>
            <w:r>
              <w:t>minime</w:t>
            </w:r>
            <w:proofErr w:type="spellEnd"/>
            <w:r>
              <w:t xml:space="preserve"> </w:t>
            </w:r>
            <w:proofErr w:type="spellStart"/>
            <w:r>
              <w:t>solicitate</w:t>
            </w:r>
            <w:proofErr w:type="spellEnd"/>
          </w:p>
        </w:tc>
        <w:tc>
          <w:tcPr>
            <w:tcW w:w="1134" w:type="dxa"/>
            <w:shd w:val="clear" w:color="auto" w:fill="D6E3BC" w:themeFill="accent3" w:themeFillTint="66"/>
            <w:hideMark/>
          </w:tcPr>
          <w:p w14:paraId="579E872D" w14:textId="77777777" w:rsidR="00E4105E" w:rsidRDefault="00CB5EE7">
            <w:proofErr w:type="spellStart"/>
            <w:r>
              <w:t>Cantitate</w:t>
            </w:r>
            <w:proofErr w:type="spellEnd"/>
          </w:p>
        </w:tc>
      </w:tr>
      <w:tr w:rsidR="00D03674" w:rsidRPr="00D03674" w14:paraId="4965BEBF" w14:textId="77777777" w:rsidTr="00D03674">
        <w:trPr>
          <w:trHeight w:val="290"/>
          <w:jc w:val="center"/>
        </w:trPr>
        <w:tc>
          <w:tcPr>
            <w:tcW w:w="8334" w:type="dxa"/>
            <w:gridSpan w:val="2"/>
            <w:hideMark/>
          </w:tcPr>
          <w:p w14:paraId="68F92DB1" w14:textId="77777777" w:rsidR="00E4105E" w:rsidRDefault="00CB5EE7">
            <w:r>
              <w:t xml:space="preserve">1. </w:t>
            </w:r>
            <w:proofErr w:type="spellStart"/>
            <w:r>
              <w:t>Cameră</w:t>
            </w:r>
            <w:proofErr w:type="spellEnd"/>
            <w:r>
              <w:t xml:space="preserve"> </w:t>
            </w:r>
            <w:proofErr w:type="spellStart"/>
            <w:r>
              <w:t>corporală</w:t>
            </w:r>
            <w:proofErr w:type="spellEnd"/>
            <w:r>
              <w:t xml:space="preserve"> </w:t>
            </w:r>
            <w:proofErr w:type="spellStart"/>
            <w:r>
              <w:t>operațională</w:t>
            </w:r>
            <w:proofErr w:type="spellEnd"/>
          </w:p>
        </w:tc>
        <w:tc>
          <w:tcPr>
            <w:tcW w:w="1134" w:type="dxa"/>
            <w:vMerge w:val="restart"/>
            <w:vAlign w:val="center"/>
            <w:hideMark/>
          </w:tcPr>
          <w:p w14:paraId="3A5AD337" w14:textId="77777777" w:rsidR="00E4105E" w:rsidRDefault="00CB5EE7">
            <w:r>
              <w:t xml:space="preserve">110 </w:t>
            </w:r>
            <w:proofErr w:type="spellStart"/>
            <w:r>
              <w:t>buc</w:t>
            </w:r>
            <w:proofErr w:type="spellEnd"/>
            <w:r>
              <w:t>.</w:t>
            </w:r>
          </w:p>
        </w:tc>
      </w:tr>
      <w:tr w:rsidR="00D03674" w:rsidRPr="00D03674" w14:paraId="68CABEC6" w14:textId="77777777" w:rsidTr="00D03674">
        <w:trPr>
          <w:trHeight w:val="290"/>
          <w:jc w:val="center"/>
        </w:trPr>
        <w:tc>
          <w:tcPr>
            <w:tcW w:w="2665" w:type="dxa"/>
            <w:vAlign w:val="center"/>
            <w:hideMark/>
          </w:tcPr>
          <w:p w14:paraId="5F537017" w14:textId="77777777" w:rsidR="00E4105E" w:rsidRDefault="00CB5EE7">
            <w:proofErr w:type="spellStart"/>
            <w:r>
              <w:t>Dimensiuni</w:t>
            </w:r>
            <w:proofErr w:type="spellEnd"/>
            <w:r>
              <w:t>/format</w:t>
            </w:r>
          </w:p>
        </w:tc>
        <w:tc>
          <w:tcPr>
            <w:tcW w:w="5669" w:type="dxa"/>
            <w:vAlign w:val="center"/>
            <w:hideMark/>
          </w:tcPr>
          <w:p w14:paraId="1EFFFFDE" w14:textId="77777777" w:rsidR="00E4105E" w:rsidRDefault="00CB5EE7">
            <w:r>
              <w:t xml:space="preserve">Format compact, </w:t>
            </w:r>
            <w:proofErr w:type="spellStart"/>
            <w:r>
              <w:t>adecvat</w:t>
            </w:r>
            <w:proofErr w:type="spellEnd"/>
            <w:r>
              <w:t xml:space="preserve"> </w:t>
            </w:r>
            <w:proofErr w:type="spellStart"/>
            <w:r>
              <w:t>purtării</w:t>
            </w:r>
            <w:proofErr w:type="spellEnd"/>
            <w:r>
              <w:t xml:space="preserve"> </w:t>
            </w:r>
            <w:proofErr w:type="spellStart"/>
            <w:r>
              <w:t>pe</w:t>
            </w:r>
            <w:proofErr w:type="spellEnd"/>
            <w:r>
              <w:t xml:space="preserve"> </w:t>
            </w:r>
            <w:proofErr w:type="spellStart"/>
            <w:r>
              <w:t>uniformă</w:t>
            </w:r>
            <w:proofErr w:type="spellEnd"/>
          </w:p>
        </w:tc>
        <w:tc>
          <w:tcPr>
            <w:tcW w:w="1134" w:type="dxa"/>
            <w:vMerge/>
            <w:hideMark/>
          </w:tcPr>
          <w:p w14:paraId="5E07B57F" w14:textId="77777777" w:rsidR="00D03674" w:rsidRPr="000466B8" w:rsidRDefault="00D03674" w:rsidP="004E519C">
            <w:pPr>
              <w:rPr>
                <w:rFonts w:eastAsia="Times New Roman" w:cs="Times New Roman"/>
                <w:color w:val="000000"/>
              </w:rPr>
            </w:pPr>
          </w:p>
        </w:tc>
      </w:tr>
      <w:tr w:rsidR="00D03674" w:rsidRPr="00D03674" w14:paraId="1CAE10B4" w14:textId="77777777" w:rsidTr="00D03674">
        <w:trPr>
          <w:trHeight w:val="290"/>
          <w:jc w:val="center"/>
        </w:trPr>
        <w:tc>
          <w:tcPr>
            <w:tcW w:w="2665" w:type="dxa"/>
            <w:vAlign w:val="center"/>
            <w:hideMark/>
          </w:tcPr>
          <w:p w14:paraId="45059283" w14:textId="77777777" w:rsidR="00E4105E" w:rsidRDefault="00CB5EE7">
            <w:proofErr w:type="spellStart"/>
            <w:r>
              <w:t>Greutate</w:t>
            </w:r>
            <w:proofErr w:type="spellEnd"/>
          </w:p>
        </w:tc>
        <w:tc>
          <w:tcPr>
            <w:tcW w:w="5669" w:type="dxa"/>
            <w:vAlign w:val="center"/>
            <w:hideMark/>
          </w:tcPr>
          <w:p w14:paraId="01D28A9A" w14:textId="77777777" w:rsidR="00E4105E" w:rsidRDefault="00CB5EE7">
            <w:r>
              <w:t>Maximum 230 g</w:t>
            </w:r>
          </w:p>
        </w:tc>
        <w:tc>
          <w:tcPr>
            <w:tcW w:w="1134" w:type="dxa"/>
            <w:vMerge/>
            <w:hideMark/>
          </w:tcPr>
          <w:p w14:paraId="051BF5B7" w14:textId="77777777" w:rsidR="00D03674" w:rsidRPr="000466B8" w:rsidRDefault="00D03674" w:rsidP="004E519C">
            <w:pPr>
              <w:rPr>
                <w:rFonts w:eastAsia="Times New Roman" w:cs="Times New Roman"/>
                <w:color w:val="000000"/>
              </w:rPr>
            </w:pPr>
          </w:p>
        </w:tc>
      </w:tr>
      <w:tr w:rsidR="00D03674" w:rsidRPr="00D03674" w14:paraId="3E6B3C2C" w14:textId="77777777" w:rsidTr="00D03674">
        <w:trPr>
          <w:trHeight w:val="290"/>
          <w:jc w:val="center"/>
        </w:trPr>
        <w:tc>
          <w:tcPr>
            <w:tcW w:w="2665" w:type="dxa"/>
            <w:vAlign w:val="center"/>
            <w:hideMark/>
          </w:tcPr>
          <w:p w14:paraId="5CC37BBB" w14:textId="77777777" w:rsidR="00E4105E" w:rsidRDefault="00CB5EE7">
            <w:proofErr w:type="spellStart"/>
            <w:r>
              <w:t>Baterie</w:t>
            </w:r>
            <w:proofErr w:type="spellEnd"/>
          </w:p>
        </w:tc>
        <w:tc>
          <w:tcPr>
            <w:tcW w:w="5669" w:type="dxa"/>
            <w:vAlign w:val="center"/>
            <w:hideMark/>
          </w:tcPr>
          <w:p w14:paraId="526EA849" w14:textId="77777777" w:rsidR="00E4105E" w:rsidRDefault="00CB5EE7">
            <w:proofErr w:type="spellStart"/>
            <w:r>
              <w:t>Acumulator</w:t>
            </w:r>
            <w:proofErr w:type="spellEnd"/>
            <w:r>
              <w:t xml:space="preserve"> intern </w:t>
            </w:r>
            <w:proofErr w:type="spellStart"/>
            <w:r>
              <w:t>reîncărcabil</w:t>
            </w:r>
            <w:proofErr w:type="spellEnd"/>
          </w:p>
        </w:tc>
        <w:tc>
          <w:tcPr>
            <w:tcW w:w="1134" w:type="dxa"/>
            <w:vMerge/>
            <w:hideMark/>
          </w:tcPr>
          <w:p w14:paraId="7A3AD786" w14:textId="77777777" w:rsidR="00D03674" w:rsidRPr="000466B8" w:rsidRDefault="00D03674" w:rsidP="004E519C">
            <w:pPr>
              <w:rPr>
                <w:rFonts w:eastAsia="Times New Roman" w:cs="Times New Roman"/>
                <w:color w:val="000000"/>
              </w:rPr>
            </w:pPr>
          </w:p>
        </w:tc>
      </w:tr>
      <w:tr w:rsidR="00D03674" w:rsidRPr="00D03674" w14:paraId="15B09CED" w14:textId="77777777" w:rsidTr="00D03674">
        <w:trPr>
          <w:trHeight w:val="290"/>
          <w:jc w:val="center"/>
        </w:trPr>
        <w:tc>
          <w:tcPr>
            <w:tcW w:w="2665" w:type="dxa"/>
            <w:vAlign w:val="center"/>
            <w:hideMark/>
          </w:tcPr>
          <w:p w14:paraId="32F02DA4" w14:textId="77777777" w:rsidR="00E4105E" w:rsidRDefault="00CB5EE7">
            <w:proofErr w:type="spellStart"/>
            <w:r>
              <w:t>Autonomie</w:t>
            </w:r>
            <w:proofErr w:type="spellEnd"/>
            <w:r>
              <w:t xml:space="preserve"> </w:t>
            </w:r>
            <w:proofErr w:type="spellStart"/>
            <w:r>
              <w:t>baterie</w:t>
            </w:r>
            <w:proofErr w:type="spellEnd"/>
          </w:p>
        </w:tc>
        <w:tc>
          <w:tcPr>
            <w:tcW w:w="5669" w:type="dxa"/>
            <w:vAlign w:val="center"/>
            <w:hideMark/>
          </w:tcPr>
          <w:p w14:paraId="4313B542" w14:textId="77777777" w:rsidR="00E4105E" w:rsidRDefault="00CB5EE7">
            <w:r>
              <w:t xml:space="preserve">Minimum 12 ore de </w:t>
            </w:r>
            <w:proofErr w:type="spellStart"/>
            <w:r>
              <w:t>funcționare</w:t>
            </w:r>
            <w:proofErr w:type="spellEnd"/>
          </w:p>
        </w:tc>
        <w:tc>
          <w:tcPr>
            <w:tcW w:w="1134" w:type="dxa"/>
            <w:vMerge/>
            <w:hideMark/>
          </w:tcPr>
          <w:p w14:paraId="661D8628" w14:textId="77777777" w:rsidR="00D03674" w:rsidRPr="000466B8" w:rsidRDefault="00D03674" w:rsidP="004E519C">
            <w:pPr>
              <w:rPr>
                <w:rFonts w:eastAsia="Times New Roman" w:cs="Times New Roman"/>
                <w:color w:val="000000"/>
              </w:rPr>
            </w:pPr>
          </w:p>
        </w:tc>
      </w:tr>
      <w:tr w:rsidR="00D03674" w:rsidRPr="00D03674" w14:paraId="09FF7567" w14:textId="77777777" w:rsidTr="00D03674">
        <w:trPr>
          <w:trHeight w:val="290"/>
          <w:jc w:val="center"/>
        </w:trPr>
        <w:tc>
          <w:tcPr>
            <w:tcW w:w="2665" w:type="dxa"/>
            <w:vAlign w:val="center"/>
            <w:hideMark/>
          </w:tcPr>
          <w:p w14:paraId="3380F542" w14:textId="77777777" w:rsidR="00E4105E" w:rsidRDefault="00CB5EE7">
            <w:proofErr w:type="spellStart"/>
            <w:r>
              <w:t>Timp</w:t>
            </w:r>
            <w:proofErr w:type="spellEnd"/>
            <w:r>
              <w:t xml:space="preserve"> de </w:t>
            </w:r>
            <w:proofErr w:type="spellStart"/>
            <w:r>
              <w:t>încărcare</w:t>
            </w:r>
            <w:proofErr w:type="spellEnd"/>
          </w:p>
        </w:tc>
        <w:tc>
          <w:tcPr>
            <w:tcW w:w="5669" w:type="dxa"/>
            <w:vAlign w:val="center"/>
            <w:hideMark/>
          </w:tcPr>
          <w:p w14:paraId="754DB18D" w14:textId="77777777" w:rsidR="00E4105E" w:rsidRDefault="00CB5EE7">
            <w:r>
              <w:t xml:space="preserve">Maximum 4 ore </w:t>
            </w:r>
            <w:proofErr w:type="spellStart"/>
            <w:r>
              <w:t>pentru</w:t>
            </w:r>
            <w:proofErr w:type="spellEnd"/>
            <w:r>
              <w:t xml:space="preserve"> </w:t>
            </w:r>
            <w:proofErr w:type="spellStart"/>
            <w:r>
              <w:t>încărcare</w:t>
            </w:r>
            <w:proofErr w:type="spellEnd"/>
            <w:r>
              <w:t xml:space="preserve"> </w:t>
            </w:r>
            <w:proofErr w:type="spellStart"/>
            <w:r>
              <w:t>completă</w:t>
            </w:r>
            <w:proofErr w:type="spellEnd"/>
          </w:p>
        </w:tc>
        <w:tc>
          <w:tcPr>
            <w:tcW w:w="1134" w:type="dxa"/>
            <w:vMerge/>
            <w:hideMark/>
          </w:tcPr>
          <w:p w14:paraId="40A1607D" w14:textId="77777777" w:rsidR="00D03674" w:rsidRPr="000466B8" w:rsidRDefault="00D03674" w:rsidP="004E519C">
            <w:pPr>
              <w:rPr>
                <w:rFonts w:eastAsia="Times New Roman" w:cs="Times New Roman"/>
                <w:color w:val="000000"/>
              </w:rPr>
            </w:pPr>
          </w:p>
        </w:tc>
      </w:tr>
      <w:tr w:rsidR="00D03674" w:rsidRPr="00D03674" w14:paraId="675176AF" w14:textId="77777777" w:rsidTr="00D03674">
        <w:trPr>
          <w:trHeight w:val="290"/>
          <w:jc w:val="center"/>
        </w:trPr>
        <w:tc>
          <w:tcPr>
            <w:tcW w:w="2665" w:type="dxa"/>
            <w:vAlign w:val="center"/>
            <w:hideMark/>
          </w:tcPr>
          <w:p w14:paraId="2847A9AA" w14:textId="77777777" w:rsidR="00E4105E" w:rsidRDefault="00CB5EE7">
            <w:proofErr w:type="spellStart"/>
            <w:r>
              <w:t>Interfață</w:t>
            </w:r>
            <w:proofErr w:type="spellEnd"/>
            <w:r>
              <w:t xml:space="preserve"> de </w:t>
            </w:r>
            <w:proofErr w:type="spellStart"/>
            <w:r>
              <w:t>încărcare</w:t>
            </w:r>
            <w:proofErr w:type="spellEnd"/>
          </w:p>
        </w:tc>
        <w:tc>
          <w:tcPr>
            <w:tcW w:w="5669" w:type="dxa"/>
            <w:vAlign w:val="center"/>
            <w:hideMark/>
          </w:tcPr>
          <w:p w14:paraId="6044AFE7" w14:textId="77777777" w:rsidR="00E4105E" w:rsidRDefault="00CB5EE7">
            <w:proofErr w:type="spellStart"/>
            <w:r>
              <w:t>Prin</w:t>
            </w:r>
            <w:proofErr w:type="spellEnd"/>
            <w:r>
              <w:t xml:space="preserve"> </w:t>
            </w:r>
            <w:proofErr w:type="spellStart"/>
            <w:r>
              <w:t>stație</w:t>
            </w:r>
            <w:proofErr w:type="spellEnd"/>
            <w:r>
              <w:t xml:space="preserve"> de </w:t>
            </w:r>
            <w:proofErr w:type="spellStart"/>
            <w:r>
              <w:t>andocare</w:t>
            </w:r>
            <w:proofErr w:type="spellEnd"/>
            <w:r>
              <w:t xml:space="preserve"> </w:t>
            </w:r>
            <w:proofErr w:type="spellStart"/>
            <w:r>
              <w:t>și</w:t>
            </w:r>
            <w:proofErr w:type="spellEnd"/>
            <w:r>
              <w:t>/</w:t>
            </w:r>
            <w:proofErr w:type="spellStart"/>
            <w:r>
              <w:t>sau</w:t>
            </w:r>
            <w:proofErr w:type="spellEnd"/>
            <w:r>
              <w:t xml:space="preserve"> USB-C</w:t>
            </w:r>
          </w:p>
        </w:tc>
        <w:tc>
          <w:tcPr>
            <w:tcW w:w="1134" w:type="dxa"/>
            <w:vMerge/>
            <w:hideMark/>
          </w:tcPr>
          <w:p w14:paraId="461D2641" w14:textId="77777777" w:rsidR="00D03674" w:rsidRPr="000466B8" w:rsidRDefault="00D03674" w:rsidP="004E519C">
            <w:pPr>
              <w:rPr>
                <w:rFonts w:eastAsia="Times New Roman" w:cs="Times New Roman"/>
                <w:color w:val="000000"/>
              </w:rPr>
            </w:pPr>
          </w:p>
        </w:tc>
      </w:tr>
      <w:tr w:rsidR="00D03674" w:rsidRPr="00D03674" w14:paraId="769B4D44" w14:textId="77777777" w:rsidTr="00D03674">
        <w:trPr>
          <w:trHeight w:val="290"/>
          <w:jc w:val="center"/>
        </w:trPr>
        <w:tc>
          <w:tcPr>
            <w:tcW w:w="2665" w:type="dxa"/>
            <w:vAlign w:val="center"/>
            <w:hideMark/>
          </w:tcPr>
          <w:p w14:paraId="3B430711" w14:textId="77777777" w:rsidR="00E4105E" w:rsidRDefault="00CB5EE7">
            <w:r>
              <w:t xml:space="preserve">Capacitate de </w:t>
            </w:r>
            <w:proofErr w:type="spellStart"/>
            <w:r>
              <w:t>stocare</w:t>
            </w:r>
            <w:proofErr w:type="spellEnd"/>
          </w:p>
        </w:tc>
        <w:tc>
          <w:tcPr>
            <w:tcW w:w="5669" w:type="dxa"/>
            <w:vAlign w:val="center"/>
            <w:hideMark/>
          </w:tcPr>
          <w:p w14:paraId="1572FBCF" w14:textId="77777777" w:rsidR="00E4105E" w:rsidRDefault="00CB5EE7">
            <w:proofErr w:type="spellStart"/>
            <w:r>
              <w:t>Stocare</w:t>
            </w:r>
            <w:proofErr w:type="spellEnd"/>
            <w:r>
              <w:t xml:space="preserve"> </w:t>
            </w:r>
            <w:proofErr w:type="spellStart"/>
            <w:r>
              <w:t>internă</w:t>
            </w:r>
            <w:proofErr w:type="spellEnd"/>
            <w:r>
              <w:t xml:space="preserve"> </w:t>
            </w:r>
            <w:proofErr w:type="spellStart"/>
            <w:r>
              <w:t>securizată</w:t>
            </w:r>
            <w:proofErr w:type="spellEnd"/>
            <w:r>
              <w:t>, minimum 64 GB</w:t>
            </w:r>
          </w:p>
        </w:tc>
        <w:tc>
          <w:tcPr>
            <w:tcW w:w="1134" w:type="dxa"/>
            <w:vMerge/>
            <w:hideMark/>
          </w:tcPr>
          <w:p w14:paraId="7732E580" w14:textId="77777777" w:rsidR="00D03674" w:rsidRPr="000466B8" w:rsidRDefault="00D03674" w:rsidP="004E519C">
            <w:pPr>
              <w:rPr>
                <w:rFonts w:eastAsia="Times New Roman" w:cs="Times New Roman"/>
                <w:color w:val="000000"/>
              </w:rPr>
            </w:pPr>
          </w:p>
        </w:tc>
      </w:tr>
      <w:tr w:rsidR="00D03674" w:rsidRPr="00D03674" w14:paraId="3C32A1F9" w14:textId="77777777" w:rsidTr="00D03674">
        <w:trPr>
          <w:trHeight w:val="290"/>
          <w:jc w:val="center"/>
        </w:trPr>
        <w:tc>
          <w:tcPr>
            <w:tcW w:w="2665" w:type="dxa"/>
            <w:vAlign w:val="center"/>
            <w:hideMark/>
          </w:tcPr>
          <w:p w14:paraId="3EF02DF4" w14:textId="77777777" w:rsidR="00E4105E" w:rsidRDefault="00CB5EE7">
            <w:proofErr w:type="spellStart"/>
            <w:r>
              <w:t>Compresie</w:t>
            </w:r>
            <w:proofErr w:type="spellEnd"/>
            <w:r>
              <w:t xml:space="preserve"> video</w:t>
            </w:r>
          </w:p>
        </w:tc>
        <w:tc>
          <w:tcPr>
            <w:tcW w:w="5669" w:type="dxa"/>
            <w:vAlign w:val="center"/>
            <w:hideMark/>
          </w:tcPr>
          <w:p w14:paraId="1F1FB40C" w14:textId="77777777" w:rsidR="00E4105E" w:rsidRDefault="00CB5EE7">
            <w:r>
              <w:t xml:space="preserve">H.264 </w:t>
            </w:r>
            <w:proofErr w:type="spellStart"/>
            <w:r>
              <w:t>și</w:t>
            </w:r>
            <w:proofErr w:type="spellEnd"/>
            <w:r>
              <w:t>/</w:t>
            </w:r>
            <w:proofErr w:type="spellStart"/>
            <w:r>
              <w:t>sau</w:t>
            </w:r>
            <w:proofErr w:type="spellEnd"/>
            <w:r>
              <w:t xml:space="preserve"> H.265 </w:t>
            </w:r>
            <w:proofErr w:type="spellStart"/>
            <w:r>
              <w:t>ori</w:t>
            </w:r>
            <w:proofErr w:type="spellEnd"/>
            <w:r>
              <w:t xml:space="preserve"> </w:t>
            </w:r>
            <w:proofErr w:type="spellStart"/>
            <w:r>
              <w:t>echivalent</w:t>
            </w:r>
            <w:proofErr w:type="spellEnd"/>
            <w:r>
              <w:t xml:space="preserve"> </w:t>
            </w:r>
            <w:proofErr w:type="spellStart"/>
            <w:r>
              <w:t>funcțional</w:t>
            </w:r>
            <w:proofErr w:type="spellEnd"/>
          </w:p>
        </w:tc>
        <w:tc>
          <w:tcPr>
            <w:tcW w:w="1134" w:type="dxa"/>
            <w:vMerge/>
            <w:hideMark/>
          </w:tcPr>
          <w:p w14:paraId="1E4AF200" w14:textId="77777777" w:rsidR="00D03674" w:rsidRPr="000466B8" w:rsidRDefault="00D03674" w:rsidP="004E519C">
            <w:pPr>
              <w:rPr>
                <w:rFonts w:eastAsia="Times New Roman" w:cs="Times New Roman"/>
                <w:color w:val="000000"/>
              </w:rPr>
            </w:pPr>
          </w:p>
        </w:tc>
      </w:tr>
      <w:tr w:rsidR="00D03674" w:rsidRPr="00D03674" w14:paraId="0CF84F50" w14:textId="77777777" w:rsidTr="00D03674">
        <w:trPr>
          <w:trHeight w:val="290"/>
          <w:jc w:val="center"/>
        </w:trPr>
        <w:tc>
          <w:tcPr>
            <w:tcW w:w="2665" w:type="dxa"/>
            <w:vAlign w:val="center"/>
            <w:hideMark/>
          </w:tcPr>
          <w:p w14:paraId="7D7C9B3B" w14:textId="77777777" w:rsidR="00E4105E" w:rsidRDefault="00CB5EE7">
            <w:proofErr w:type="spellStart"/>
            <w:r>
              <w:t>Rezoluție</w:t>
            </w:r>
            <w:proofErr w:type="spellEnd"/>
            <w:r>
              <w:t xml:space="preserve"> video</w:t>
            </w:r>
          </w:p>
        </w:tc>
        <w:tc>
          <w:tcPr>
            <w:tcW w:w="5669" w:type="dxa"/>
            <w:vAlign w:val="center"/>
            <w:hideMark/>
          </w:tcPr>
          <w:p w14:paraId="305C151B" w14:textId="77777777" w:rsidR="00E4105E" w:rsidRDefault="00CB5EE7">
            <w:r>
              <w:t xml:space="preserve">Minimum Full HD 1920×1080; se </w:t>
            </w:r>
            <w:proofErr w:type="spellStart"/>
            <w:r>
              <w:t>acceptă</w:t>
            </w:r>
            <w:proofErr w:type="spellEnd"/>
            <w:r>
              <w:t xml:space="preserve"> </w:t>
            </w:r>
            <w:proofErr w:type="spellStart"/>
            <w:r>
              <w:t>și</w:t>
            </w:r>
            <w:proofErr w:type="spellEnd"/>
            <w:r>
              <w:t xml:space="preserve"> </w:t>
            </w:r>
            <w:proofErr w:type="spellStart"/>
            <w:r>
              <w:t>rezoluții</w:t>
            </w:r>
            <w:proofErr w:type="spellEnd"/>
            <w:r>
              <w:t xml:space="preserve"> </w:t>
            </w:r>
            <w:proofErr w:type="spellStart"/>
            <w:r>
              <w:t>suplimentare</w:t>
            </w:r>
            <w:proofErr w:type="spellEnd"/>
            <w:r>
              <w:t xml:space="preserve"> </w:t>
            </w:r>
            <w:proofErr w:type="spellStart"/>
            <w:r>
              <w:t>inferioare</w:t>
            </w:r>
            <w:proofErr w:type="spellEnd"/>
            <w:r>
              <w:t xml:space="preserve"> </w:t>
            </w:r>
            <w:proofErr w:type="spellStart"/>
            <w:r>
              <w:t>pentru</w:t>
            </w:r>
            <w:proofErr w:type="spellEnd"/>
            <w:r>
              <w:t xml:space="preserve"> </w:t>
            </w:r>
            <w:proofErr w:type="spellStart"/>
            <w:r>
              <w:t>optimizarea</w:t>
            </w:r>
            <w:proofErr w:type="spellEnd"/>
            <w:r>
              <w:t xml:space="preserve"> </w:t>
            </w:r>
            <w:proofErr w:type="spellStart"/>
            <w:r>
              <w:t>stocării</w:t>
            </w:r>
            <w:proofErr w:type="spellEnd"/>
          </w:p>
        </w:tc>
        <w:tc>
          <w:tcPr>
            <w:tcW w:w="1134" w:type="dxa"/>
            <w:vMerge/>
            <w:hideMark/>
          </w:tcPr>
          <w:p w14:paraId="57A26B39" w14:textId="77777777" w:rsidR="00D03674" w:rsidRPr="000466B8" w:rsidRDefault="00D03674" w:rsidP="004E519C">
            <w:pPr>
              <w:rPr>
                <w:rFonts w:eastAsia="Times New Roman" w:cs="Times New Roman"/>
                <w:color w:val="000000"/>
              </w:rPr>
            </w:pPr>
          </w:p>
        </w:tc>
      </w:tr>
      <w:tr w:rsidR="00D03674" w:rsidRPr="00D03674" w14:paraId="0254DCEE" w14:textId="77777777" w:rsidTr="00D03674">
        <w:trPr>
          <w:trHeight w:val="290"/>
          <w:jc w:val="center"/>
        </w:trPr>
        <w:tc>
          <w:tcPr>
            <w:tcW w:w="2665" w:type="dxa"/>
            <w:vAlign w:val="center"/>
            <w:hideMark/>
          </w:tcPr>
          <w:p w14:paraId="2D076F3B" w14:textId="77777777" w:rsidR="00E4105E" w:rsidRDefault="00CB5EE7">
            <w:r>
              <w:t xml:space="preserve">Cadre </w:t>
            </w:r>
            <w:proofErr w:type="spellStart"/>
            <w:r>
              <w:t>pe</w:t>
            </w:r>
            <w:proofErr w:type="spellEnd"/>
            <w:r>
              <w:t xml:space="preserve"> </w:t>
            </w:r>
            <w:proofErr w:type="spellStart"/>
            <w:r>
              <w:t>secundă</w:t>
            </w:r>
            <w:proofErr w:type="spellEnd"/>
          </w:p>
        </w:tc>
        <w:tc>
          <w:tcPr>
            <w:tcW w:w="5669" w:type="dxa"/>
            <w:vAlign w:val="center"/>
            <w:hideMark/>
          </w:tcPr>
          <w:p w14:paraId="1142E2A2" w14:textId="77777777" w:rsidR="00E4105E" w:rsidRDefault="00CB5EE7">
            <w:r>
              <w:t>Minimum 25 fps</w:t>
            </w:r>
          </w:p>
        </w:tc>
        <w:tc>
          <w:tcPr>
            <w:tcW w:w="1134" w:type="dxa"/>
            <w:vMerge/>
            <w:hideMark/>
          </w:tcPr>
          <w:p w14:paraId="4DFD1D2B" w14:textId="77777777" w:rsidR="00D03674" w:rsidRPr="000466B8" w:rsidRDefault="00D03674" w:rsidP="004E519C">
            <w:pPr>
              <w:rPr>
                <w:rFonts w:eastAsia="Times New Roman" w:cs="Times New Roman"/>
                <w:color w:val="000000"/>
              </w:rPr>
            </w:pPr>
          </w:p>
        </w:tc>
      </w:tr>
      <w:tr w:rsidR="00D03674" w:rsidRPr="00D03674" w14:paraId="73426A03" w14:textId="77777777" w:rsidTr="00D03674">
        <w:trPr>
          <w:trHeight w:val="290"/>
          <w:jc w:val="center"/>
        </w:trPr>
        <w:tc>
          <w:tcPr>
            <w:tcW w:w="2665" w:type="dxa"/>
            <w:vAlign w:val="center"/>
            <w:hideMark/>
          </w:tcPr>
          <w:p w14:paraId="0CAC55EE" w14:textId="77777777" w:rsidR="00E4105E" w:rsidRDefault="00CB5EE7">
            <w:proofErr w:type="spellStart"/>
            <w:r>
              <w:t>Unghi</w:t>
            </w:r>
            <w:proofErr w:type="spellEnd"/>
            <w:r>
              <w:t xml:space="preserve"> de </w:t>
            </w:r>
            <w:proofErr w:type="spellStart"/>
            <w:r>
              <w:t>captare</w:t>
            </w:r>
            <w:proofErr w:type="spellEnd"/>
          </w:p>
        </w:tc>
        <w:tc>
          <w:tcPr>
            <w:tcW w:w="5669" w:type="dxa"/>
            <w:vAlign w:val="center"/>
            <w:hideMark/>
          </w:tcPr>
          <w:p w14:paraId="4A69392B" w14:textId="77777777" w:rsidR="00E4105E" w:rsidRDefault="00CB5EE7">
            <w:r>
              <w:t xml:space="preserve">Minimum 120° </w:t>
            </w:r>
            <w:proofErr w:type="spellStart"/>
            <w:r>
              <w:t>orizontal</w:t>
            </w:r>
            <w:proofErr w:type="spellEnd"/>
            <w:r>
              <w:t xml:space="preserve"> </w:t>
            </w:r>
            <w:proofErr w:type="spellStart"/>
            <w:r>
              <w:t>sau</w:t>
            </w:r>
            <w:proofErr w:type="spellEnd"/>
            <w:r>
              <w:t xml:space="preserve"> </w:t>
            </w:r>
            <w:proofErr w:type="spellStart"/>
            <w:r>
              <w:t>echivalent</w:t>
            </w:r>
            <w:proofErr w:type="spellEnd"/>
            <w:r>
              <w:t xml:space="preserve"> </w:t>
            </w:r>
            <w:proofErr w:type="spellStart"/>
            <w:r>
              <w:t>funcțional</w:t>
            </w:r>
            <w:proofErr w:type="spellEnd"/>
          </w:p>
        </w:tc>
        <w:tc>
          <w:tcPr>
            <w:tcW w:w="1134" w:type="dxa"/>
            <w:vMerge/>
            <w:hideMark/>
          </w:tcPr>
          <w:p w14:paraId="41C30FD0" w14:textId="77777777" w:rsidR="00D03674" w:rsidRPr="000466B8" w:rsidRDefault="00D03674" w:rsidP="004E519C">
            <w:pPr>
              <w:rPr>
                <w:rFonts w:eastAsia="Times New Roman" w:cs="Times New Roman"/>
                <w:color w:val="000000"/>
              </w:rPr>
            </w:pPr>
          </w:p>
        </w:tc>
      </w:tr>
      <w:tr w:rsidR="00D03674" w:rsidRPr="00D03674" w14:paraId="445558B9" w14:textId="77777777" w:rsidTr="00D03674">
        <w:trPr>
          <w:trHeight w:val="290"/>
          <w:jc w:val="center"/>
        </w:trPr>
        <w:tc>
          <w:tcPr>
            <w:tcW w:w="2665" w:type="dxa"/>
            <w:vAlign w:val="center"/>
            <w:hideMark/>
          </w:tcPr>
          <w:p w14:paraId="55E9F1EB" w14:textId="77777777" w:rsidR="00E4105E" w:rsidRDefault="00CB5EE7">
            <w:r>
              <w:t>Buffer pre/post-</w:t>
            </w:r>
            <w:proofErr w:type="spellStart"/>
            <w:r>
              <w:t>eveniment</w:t>
            </w:r>
            <w:proofErr w:type="spellEnd"/>
          </w:p>
        </w:tc>
        <w:tc>
          <w:tcPr>
            <w:tcW w:w="5669" w:type="dxa"/>
            <w:vAlign w:val="center"/>
            <w:hideMark/>
          </w:tcPr>
          <w:p w14:paraId="0AF2B5E4" w14:textId="77777777" w:rsidR="00E4105E" w:rsidRDefault="00CB5EE7">
            <w:proofErr w:type="spellStart"/>
            <w:r>
              <w:t>Funcții</w:t>
            </w:r>
            <w:proofErr w:type="spellEnd"/>
            <w:r>
              <w:t xml:space="preserve"> </w:t>
            </w:r>
            <w:proofErr w:type="spellStart"/>
            <w:r>
              <w:t>configurabile</w:t>
            </w:r>
            <w:proofErr w:type="spellEnd"/>
            <w:r>
              <w:t xml:space="preserve"> de pre-record </w:t>
            </w:r>
            <w:proofErr w:type="spellStart"/>
            <w:r>
              <w:t>și</w:t>
            </w:r>
            <w:proofErr w:type="spellEnd"/>
            <w:r>
              <w:t>/</w:t>
            </w:r>
            <w:proofErr w:type="spellStart"/>
            <w:r>
              <w:t>sau</w:t>
            </w:r>
            <w:proofErr w:type="spellEnd"/>
            <w:r>
              <w:t xml:space="preserve"> post-record</w:t>
            </w:r>
          </w:p>
        </w:tc>
        <w:tc>
          <w:tcPr>
            <w:tcW w:w="1134" w:type="dxa"/>
            <w:vMerge/>
            <w:hideMark/>
          </w:tcPr>
          <w:p w14:paraId="1C38A66D" w14:textId="77777777" w:rsidR="00D03674" w:rsidRPr="000466B8" w:rsidRDefault="00D03674" w:rsidP="004E519C">
            <w:pPr>
              <w:rPr>
                <w:rFonts w:eastAsia="Times New Roman" w:cs="Times New Roman"/>
                <w:color w:val="000000"/>
              </w:rPr>
            </w:pPr>
          </w:p>
        </w:tc>
      </w:tr>
      <w:tr w:rsidR="00D03674" w:rsidRPr="00CB5EE7" w14:paraId="05BB8C55" w14:textId="77777777" w:rsidTr="00D03674">
        <w:trPr>
          <w:trHeight w:val="290"/>
          <w:jc w:val="center"/>
        </w:trPr>
        <w:tc>
          <w:tcPr>
            <w:tcW w:w="2665" w:type="dxa"/>
            <w:vAlign w:val="center"/>
            <w:hideMark/>
          </w:tcPr>
          <w:p w14:paraId="193982BB" w14:textId="77777777" w:rsidR="00E4105E" w:rsidRDefault="00CB5EE7">
            <w:proofErr w:type="spellStart"/>
            <w:r>
              <w:t>Notificări</w:t>
            </w:r>
            <w:proofErr w:type="spellEnd"/>
            <w:r>
              <w:t xml:space="preserve"> </w:t>
            </w:r>
            <w:proofErr w:type="spellStart"/>
            <w:r>
              <w:t>înregistrare</w:t>
            </w:r>
            <w:proofErr w:type="spellEnd"/>
          </w:p>
        </w:tc>
        <w:tc>
          <w:tcPr>
            <w:tcW w:w="5669" w:type="dxa"/>
            <w:vAlign w:val="center"/>
            <w:hideMark/>
          </w:tcPr>
          <w:p w14:paraId="4E590B63" w14:textId="77777777" w:rsidR="00E4105E" w:rsidRPr="00344F7B" w:rsidRDefault="00CB5EE7">
            <w:pPr>
              <w:rPr>
                <w:lang w:val="pt-BR"/>
              </w:rPr>
            </w:pPr>
            <w:r w:rsidRPr="00344F7B">
              <w:rPr>
                <w:lang w:val="pt-BR"/>
              </w:rPr>
              <w:t>Indicatoare vizuale, sonore și/sau vibrație, configurabile</w:t>
            </w:r>
          </w:p>
        </w:tc>
        <w:tc>
          <w:tcPr>
            <w:tcW w:w="1134" w:type="dxa"/>
            <w:vMerge/>
            <w:hideMark/>
          </w:tcPr>
          <w:p w14:paraId="4916AB6F" w14:textId="77777777" w:rsidR="00D03674" w:rsidRPr="00344F7B" w:rsidRDefault="00D03674" w:rsidP="004E519C">
            <w:pPr>
              <w:rPr>
                <w:rFonts w:eastAsia="Times New Roman" w:cs="Times New Roman"/>
                <w:color w:val="000000"/>
                <w:lang w:val="pt-BR"/>
              </w:rPr>
            </w:pPr>
          </w:p>
        </w:tc>
      </w:tr>
      <w:tr w:rsidR="00D03674" w:rsidRPr="00CB5EE7" w14:paraId="13C54EEE" w14:textId="77777777" w:rsidTr="00D03674">
        <w:trPr>
          <w:trHeight w:val="290"/>
          <w:jc w:val="center"/>
        </w:trPr>
        <w:tc>
          <w:tcPr>
            <w:tcW w:w="2665" w:type="dxa"/>
            <w:vAlign w:val="center"/>
            <w:hideMark/>
          </w:tcPr>
          <w:p w14:paraId="0703458A" w14:textId="77777777" w:rsidR="00E4105E" w:rsidRDefault="00CB5EE7">
            <w:r>
              <w:t>Audio</w:t>
            </w:r>
          </w:p>
        </w:tc>
        <w:tc>
          <w:tcPr>
            <w:tcW w:w="5669" w:type="dxa"/>
            <w:vAlign w:val="center"/>
            <w:hideMark/>
          </w:tcPr>
          <w:p w14:paraId="238F7C80" w14:textId="77777777" w:rsidR="00E4105E" w:rsidRPr="00344F7B" w:rsidRDefault="00CB5EE7">
            <w:pPr>
              <w:rPr>
                <w:lang w:val="pt-BR"/>
              </w:rPr>
            </w:pPr>
            <w:r w:rsidRPr="00344F7B">
              <w:rPr>
                <w:lang w:val="pt-BR"/>
              </w:rPr>
              <w:t>Captare audio prin microfon/microfoane integrate</w:t>
            </w:r>
          </w:p>
        </w:tc>
        <w:tc>
          <w:tcPr>
            <w:tcW w:w="1134" w:type="dxa"/>
            <w:vMerge/>
            <w:hideMark/>
          </w:tcPr>
          <w:p w14:paraId="52A80B46" w14:textId="77777777" w:rsidR="00D03674" w:rsidRPr="00344F7B" w:rsidRDefault="00D03674" w:rsidP="004E519C">
            <w:pPr>
              <w:rPr>
                <w:rFonts w:eastAsia="Times New Roman" w:cs="Times New Roman"/>
                <w:color w:val="000000"/>
                <w:lang w:val="pt-BR"/>
              </w:rPr>
            </w:pPr>
          </w:p>
        </w:tc>
      </w:tr>
      <w:tr w:rsidR="00D03674" w:rsidRPr="00CB5EE7" w14:paraId="03B30DDF" w14:textId="77777777" w:rsidTr="00D03674">
        <w:trPr>
          <w:trHeight w:val="580"/>
          <w:jc w:val="center"/>
        </w:trPr>
        <w:tc>
          <w:tcPr>
            <w:tcW w:w="2665" w:type="dxa"/>
            <w:vAlign w:val="center"/>
            <w:hideMark/>
          </w:tcPr>
          <w:p w14:paraId="1371B36A" w14:textId="77777777" w:rsidR="00E4105E" w:rsidRDefault="00CB5EE7">
            <w:proofErr w:type="spellStart"/>
            <w:r>
              <w:t>Conectivitate</w:t>
            </w:r>
            <w:proofErr w:type="spellEnd"/>
          </w:p>
        </w:tc>
        <w:tc>
          <w:tcPr>
            <w:tcW w:w="5669" w:type="dxa"/>
            <w:vAlign w:val="center"/>
            <w:hideMark/>
          </w:tcPr>
          <w:p w14:paraId="0BFCB0C5" w14:textId="77777777" w:rsidR="00E4105E" w:rsidRPr="00344F7B" w:rsidRDefault="00CB5EE7">
            <w:pPr>
              <w:rPr>
                <w:lang w:val="pt-BR"/>
              </w:rPr>
            </w:pPr>
            <w:r w:rsidRPr="00344F7B">
              <w:rPr>
                <w:lang w:val="pt-BR"/>
              </w:rPr>
              <w:t>Interfețe necesare pentru administrare, configurare, sincronizare și, după caz, localizare</w:t>
            </w:r>
          </w:p>
        </w:tc>
        <w:tc>
          <w:tcPr>
            <w:tcW w:w="1134" w:type="dxa"/>
            <w:vMerge/>
            <w:hideMark/>
          </w:tcPr>
          <w:p w14:paraId="78161F13" w14:textId="77777777" w:rsidR="00D03674" w:rsidRPr="00344F7B" w:rsidRDefault="00D03674" w:rsidP="004E519C">
            <w:pPr>
              <w:rPr>
                <w:rFonts w:eastAsia="Times New Roman" w:cs="Times New Roman"/>
                <w:color w:val="000000"/>
                <w:lang w:val="pt-BR"/>
              </w:rPr>
            </w:pPr>
          </w:p>
        </w:tc>
      </w:tr>
      <w:tr w:rsidR="00D03674" w:rsidRPr="00D03674" w14:paraId="66A995D5" w14:textId="77777777" w:rsidTr="00D03674">
        <w:trPr>
          <w:trHeight w:val="290"/>
          <w:jc w:val="center"/>
        </w:trPr>
        <w:tc>
          <w:tcPr>
            <w:tcW w:w="2665" w:type="dxa"/>
            <w:vAlign w:val="center"/>
            <w:hideMark/>
          </w:tcPr>
          <w:p w14:paraId="0727E222" w14:textId="77777777" w:rsidR="00E4105E" w:rsidRDefault="00CB5EE7">
            <w:r>
              <w:t>Securitate</w:t>
            </w:r>
          </w:p>
        </w:tc>
        <w:tc>
          <w:tcPr>
            <w:tcW w:w="5669" w:type="dxa"/>
            <w:vAlign w:val="center"/>
            <w:hideMark/>
          </w:tcPr>
          <w:p w14:paraId="201AD5B8" w14:textId="77777777" w:rsidR="00E4105E" w:rsidRDefault="00CB5EE7">
            <w:proofErr w:type="spellStart"/>
            <w:r>
              <w:t>Criptarea</w:t>
            </w:r>
            <w:proofErr w:type="spellEnd"/>
            <w:r>
              <w:t xml:space="preserve"> </w:t>
            </w:r>
            <w:proofErr w:type="spellStart"/>
            <w:r>
              <w:t>datelor</w:t>
            </w:r>
            <w:proofErr w:type="spellEnd"/>
            <w:r>
              <w:t xml:space="preserve"> </w:t>
            </w:r>
            <w:proofErr w:type="spellStart"/>
            <w:r>
              <w:t>pe</w:t>
            </w:r>
            <w:proofErr w:type="spellEnd"/>
            <w:r>
              <w:t xml:space="preserve"> </w:t>
            </w:r>
            <w:proofErr w:type="spellStart"/>
            <w:r>
              <w:t>dispozitiv</w:t>
            </w:r>
            <w:proofErr w:type="spellEnd"/>
            <w:r>
              <w:t xml:space="preserve"> </w:t>
            </w:r>
            <w:proofErr w:type="spellStart"/>
            <w:r>
              <w:t>și</w:t>
            </w:r>
            <w:proofErr w:type="spellEnd"/>
            <w:r>
              <w:t xml:space="preserve"> la transfer; </w:t>
            </w:r>
            <w:proofErr w:type="spellStart"/>
            <w:r>
              <w:t>protecție</w:t>
            </w:r>
            <w:proofErr w:type="spellEnd"/>
            <w:r>
              <w:t xml:space="preserve"> </w:t>
            </w:r>
            <w:proofErr w:type="spellStart"/>
            <w:r>
              <w:t>împotriva</w:t>
            </w:r>
            <w:proofErr w:type="spellEnd"/>
            <w:r>
              <w:t xml:space="preserve"> </w:t>
            </w:r>
            <w:proofErr w:type="spellStart"/>
            <w:r>
              <w:t>accesului</w:t>
            </w:r>
            <w:proofErr w:type="spellEnd"/>
            <w:r>
              <w:t xml:space="preserve"> </w:t>
            </w:r>
            <w:proofErr w:type="spellStart"/>
            <w:r>
              <w:t>neautorizat</w:t>
            </w:r>
            <w:proofErr w:type="spellEnd"/>
          </w:p>
        </w:tc>
        <w:tc>
          <w:tcPr>
            <w:tcW w:w="1134" w:type="dxa"/>
            <w:vMerge/>
            <w:hideMark/>
          </w:tcPr>
          <w:p w14:paraId="4085C37E" w14:textId="77777777" w:rsidR="00D03674" w:rsidRPr="000466B8" w:rsidRDefault="00D03674" w:rsidP="004E519C">
            <w:pPr>
              <w:rPr>
                <w:rFonts w:eastAsia="Times New Roman" w:cs="Times New Roman"/>
                <w:color w:val="000000"/>
              </w:rPr>
            </w:pPr>
          </w:p>
        </w:tc>
      </w:tr>
      <w:tr w:rsidR="00D03674" w:rsidRPr="00D03674" w14:paraId="21E658BE" w14:textId="77777777" w:rsidTr="00D03674">
        <w:trPr>
          <w:trHeight w:val="290"/>
          <w:jc w:val="center"/>
        </w:trPr>
        <w:tc>
          <w:tcPr>
            <w:tcW w:w="2665" w:type="dxa"/>
            <w:vAlign w:val="center"/>
            <w:hideMark/>
          </w:tcPr>
          <w:p w14:paraId="12E5FD26" w14:textId="77777777" w:rsidR="00E4105E" w:rsidRDefault="00CB5EE7">
            <w:r>
              <w:t xml:space="preserve">Grad de </w:t>
            </w:r>
            <w:proofErr w:type="spellStart"/>
            <w:r>
              <w:t>protecție</w:t>
            </w:r>
            <w:proofErr w:type="spellEnd"/>
          </w:p>
        </w:tc>
        <w:tc>
          <w:tcPr>
            <w:tcW w:w="5669" w:type="dxa"/>
            <w:vAlign w:val="center"/>
            <w:hideMark/>
          </w:tcPr>
          <w:p w14:paraId="1C2D5C72" w14:textId="77777777" w:rsidR="00E4105E" w:rsidRDefault="00CB5EE7">
            <w:r>
              <w:t>Minimum IP66</w:t>
            </w:r>
          </w:p>
        </w:tc>
        <w:tc>
          <w:tcPr>
            <w:tcW w:w="1134" w:type="dxa"/>
            <w:vMerge/>
            <w:hideMark/>
          </w:tcPr>
          <w:p w14:paraId="13403963" w14:textId="77777777" w:rsidR="00D03674" w:rsidRPr="000466B8" w:rsidRDefault="00D03674" w:rsidP="004E519C">
            <w:pPr>
              <w:rPr>
                <w:rFonts w:eastAsia="Times New Roman" w:cs="Times New Roman"/>
                <w:color w:val="000000"/>
              </w:rPr>
            </w:pPr>
          </w:p>
        </w:tc>
      </w:tr>
      <w:tr w:rsidR="00D03674" w:rsidRPr="00D03674" w14:paraId="25940A8C" w14:textId="77777777" w:rsidTr="00D03674">
        <w:trPr>
          <w:trHeight w:val="290"/>
          <w:jc w:val="center"/>
        </w:trPr>
        <w:tc>
          <w:tcPr>
            <w:tcW w:w="2665" w:type="dxa"/>
            <w:vAlign w:val="center"/>
            <w:hideMark/>
          </w:tcPr>
          <w:p w14:paraId="1CE73955" w14:textId="77777777" w:rsidR="00E4105E" w:rsidRDefault="00CB5EE7">
            <w:proofErr w:type="spellStart"/>
            <w:r>
              <w:t>Rezistență</w:t>
            </w:r>
            <w:proofErr w:type="spellEnd"/>
            <w:r>
              <w:t xml:space="preserve"> </w:t>
            </w:r>
            <w:proofErr w:type="spellStart"/>
            <w:r>
              <w:t>mecanică</w:t>
            </w:r>
            <w:proofErr w:type="spellEnd"/>
          </w:p>
        </w:tc>
        <w:tc>
          <w:tcPr>
            <w:tcW w:w="5669" w:type="dxa"/>
            <w:vAlign w:val="center"/>
            <w:hideMark/>
          </w:tcPr>
          <w:p w14:paraId="6D8F3037" w14:textId="77777777" w:rsidR="00E4105E" w:rsidRDefault="00CB5EE7">
            <w:proofErr w:type="spellStart"/>
            <w:r>
              <w:t>Rezistență</w:t>
            </w:r>
            <w:proofErr w:type="spellEnd"/>
            <w:r>
              <w:t xml:space="preserve"> la </w:t>
            </w:r>
            <w:proofErr w:type="spellStart"/>
            <w:r>
              <w:t>șocuri</w:t>
            </w:r>
            <w:proofErr w:type="spellEnd"/>
            <w:r>
              <w:t>/</w:t>
            </w:r>
            <w:proofErr w:type="spellStart"/>
            <w:r>
              <w:t>căderi</w:t>
            </w:r>
            <w:proofErr w:type="spellEnd"/>
            <w:r>
              <w:t xml:space="preserve"> conform standard </w:t>
            </w:r>
            <w:proofErr w:type="spellStart"/>
            <w:r>
              <w:t>militar</w:t>
            </w:r>
            <w:proofErr w:type="spellEnd"/>
            <w:r>
              <w:t xml:space="preserve"> </w:t>
            </w:r>
            <w:proofErr w:type="spellStart"/>
            <w:r>
              <w:t>sau</w:t>
            </w:r>
            <w:proofErr w:type="spellEnd"/>
            <w:r>
              <w:t xml:space="preserve"> </w:t>
            </w:r>
            <w:proofErr w:type="spellStart"/>
            <w:r>
              <w:t>echivalent</w:t>
            </w:r>
            <w:proofErr w:type="spellEnd"/>
          </w:p>
        </w:tc>
        <w:tc>
          <w:tcPr>
            <w:tcW w:w="1134" w:type="dxa"/>
            <w:vMerge/>
            <w:hideMark/>
          </w:tcPr>
          <w:p w14:paraId="2939B2FB" w14:textId="77777777" w:rsidR="00D03674" w:rsidRPr="000466B8" w:rsidRDefault="00D03674" w:rsidP="004E519C">
            <w:pPr>
              <w:rPr>
                <w:rFonts w:eastAsia="Times New Roman" w:cs="Times New Roman"/>
                <w:color w:val="000000"/>
              </w:rPr>
            </w:pPr>
          </w:p>
        </w:tc>
      </w:tr>
      <w:tr w:rsidR="00D03674" w:rsidRPr="00D03674" w14:paraId="56D04BE6" w14:textId="77777777" w:rsidTr="00D03674">
        <w:trPr>
          <w:trHeight w:val="290"/>
          <w:jc w:val="center"/>
        </w:trPr>
        <w:tc>
          <w:tcPr>
            <w:tcW w:w="2665" w:type="dxa"/>
            <w:vAlign w:val="center"/>
            <w:hideMark/>
          </w:tcPr>
          <w:p w14:paraId="3B655BA6" w14:textId="77777777" w:rsidR="00E4105E" w:rsidRDefault="00CB5EE7">
            <w:proofErr w:type="spellStart"/>
            <w:r>
              <w:t>Temperatură</w:t>
            </w:r>
            <w:proofErr w:type="spellEnd"/>
            <w:r>
              <w:t xml:space="preserve"> de </w:t>
            </w:r>
            <w:proofErr w:type="spellStart"/>
            <w:r>
              <w:t>operare</w:t>
            </w:r>
            <w:proofErr w:type="spellEnd"/>
          </w:p>
        </w:tc>
        <w:tc>
          <w:tcPr>
            <w:tcW w:w="5669" w:type="dxa"/>
            <w:vAlign w:val="center"/>
            <w:hideMark/>
          </w:tcPr>
          <w:p w14:paraId="3A79D163" w14:textId="77777777" w:rsidR="00E4105E" w:rsidRDefault="00CB5EE7">
            <w:r>
              <w:t xml:space="preserve">Minimum -20°C </w:t>
            </w:r>
            <w:proofErr w:type="spellStart"/>
            <w:r>
              <w:t>până</w:t>
            </w:r>
            <w:proofErr w:type="spellEnd"/>
            <w:r>
              <w:t xml:space="preserve"> la +50°C</w:t>
            </w:r>
          </w:p>
        </w:tc>
        <w:tc>
          <w:tcPr>
            <w:tcW w:w="1134" w:type="dxa"/>
            <w:vMerge/>
            <w:hideMark/>
          </w:tcPr>
          <w:p w14:paraId="6E6293E3" w14:textId="77777777" w:rsidR="00D03674" w:rsidRPr="000466B8" w:rsidRDefault="00D03674" w:rsidP="004E519C">
            <w:pPr>
              <w:rPr>
                <w:rFonts w:eastAsia="Times New Roman" w:cs="Times New Roman"/>
                <w:color w:val="000000"/>
              </w:rPr>
            </w:pPr>
          </w:p>
        </w:tc>
      </w:tr>
      <w:tr w:rsidR="00D03674" w:rsidRPr="00D03674" w14:paraId="37959E0D" w14:textId="77777777" w:rsidTr="00D03674">
        <w:trPr>
          <w:trHeight w:val="290"/>
          <w:jc w:val="center"/>
        </w:trPr>
        <w:tc>
          <w:tcPr>
            <w:tcW w:w="2665" w:type="dxa"/>
            <w:vAlign w:val="center"/>
            <w:hideMark/>
          </w:tcPr>
          <w:p w14:paraId="0FFC87B5" w14:textId="77777777" w:rsidR="00E4105E" w:rsidRDefault="00CB5EE7">
            <w:proofErr w:type="spellStart"/>
            <w:r>
              <w:t>Conectori</w:t>
            </w:r>
            <w:proofErr w:type="spellEnd"/>
          </w:p>
        </w:tc>
        <w:tc>
          <w:tcPr>
            <w:tcW w:w="5669" w:type="dxa"/>
            <w:vAlign w:val="center"/>
            <w:hideMark/>
          </w:tcPr>
          <w:p w14:paraId="65EED35D" w14:textId="77777777" w:rsidR="00E4105E" w:rsidRDefault="00CB5EE7">
            <w:proofErr w:type="spellStart"/>
            <w:r>
              <w:t>Interfețe</w:t>
            </w:r>
            <w:proofErr w:type="spellEnd"/>
            <w:r>
              <w:t xml:space="preserve"> </w:t>
            </w:r>
            <w:proofErr w:type="spellStart"/>
            <w:r>
              <w:t>pentru</w:t>
            </w:r>
            <w:proofErr w:type="spellEnd"/>
            <w:r>
              <w:t xml:space="preserve"> </w:t>
            </w:r>
            <w:proofErr w:type="spellStart"/>
            <w:r>
              <w:t>andocare</w:t>
            </w:r>
            <w:proofErr w:type="spellEnd"/>
            <w:r>
              <w:t>/</w:t>
            </w:r>
            <w:proofErr w:type="spellStart"/>
            <w:r>
              <w:t>încărcare</w:t>
            </w:r>
            <w:proofErr w:type="spellEnd"/>
            <w:r>
              <w:t xml:space="preserve"> </w:t>
            </w:r>
            <w:proofErr w:type="spellStart"/>
            <w:r>
              <w:t>și</w:t>
            </w:r>
            <w:proofErr w:type="spellEnd"/>
            <w:r>
              <w:t xml:space="preserve"> </w:t>
            </w:r>
            <w:proofErr w:type="spellStart"/>
            <w:r>
              <w:t>accesorii</w:t>
            </w:r>
            <w:proofErr w:type="spellEnd"/>
            <w:r>
              <w:t xml:space="preserve">, </w:t>
            </w:r>
            <w:proofErr w:type="spellStart"/>
            <w:r>
              <w:t>după</w:t>
            </w:r>
            <w:proofErr w:type="spellEnd"/>
            <w:r>
              <w:t xml:space="preserve"> </w:t>
            </w:r>
            <w:proofErr w:type="spellStart"/>
            <w:r>
              <w:t>caz</w:t>
            </w:r>
            <w:proofErr w:type="spellEnd"/>
          </w:p>
        </w:tc>
        <w:tc>
          <w:tcPr>
            <w:tcW w:w="1134" w:type="dxa"/>
            <w:vMerge/>
            <w:hideMark/>
          </w:tcPr>
          <w:p w14:paraId="162F81DC" w14:textId="77777777" w:rsidR="00D03674" w:rsidRPr="000466B8" w:rsidRDefault="00D03674" w:rsidP="004E519C">
            <w:pPr>
              <w:rPr>
                <w:rFonts w:eastAsia="Times New Roman" w:cs="Times New Roman"/>
                <w:color w:val="000000"/>
              </w:rPr>
            </w:pPr>
          </w:p>
        </w:tc>
      </w:tr>
      <w:tr w:rsidR="00D03674" w:rsidRPr="00CB5EE7" w14:paraId="769CEC9C" w14:textId="77777777" w:rsidTr="00D03674">
        <w:trPr>
          <w:trHeight w:val="290"/>
          <w:jc w:val="center"/>
        </w:trPr>
        <w:tc>
          <w:tcPr>
            <w:tcW w:w="2665" w:type="dxa"/>
            <w:vAlign w:val="center"/>
            <w:hideMark/>
          </w:tcPr>
          <w:p w14:paraId="01DD3D5B" w14:textId="77777777" w:rsidR="00E4105E" w:rsidRDefault="00CB5EE7">
            <w:proofErr w:type="spellStart"/>
            <w:r>
              <w:t>Afișare</w:t>
            </w:r>
            <w:proofErr w:type="spellEnd"/>
            <w:r>
              <w:t xml:space="preserve"> status</w:t>
            </w:r>
          </w:p>
        </w:tc>
        <w:tc>
          <w:tcPr>
            <w:tcW w:w="5669" w:type="dxa"/>
            <w:vAlign w:val="center"/>
            <w:hideMark/>
          </w:tcPr>
          <w:p w14:paraId="1F877D5D" w14:textId="77777777" w:rsidR="00E4105E" w:rsidRPr="00344F7B" w:rsidRDefault="00CB5EE7">
            <w:pPr>
              <w:rPr>
                <w:lang w:val="pt-BR"/>
              </w:rPr>
            </w:pPr>
            <w:r w:rsidRPr="00344F7B">
              <w:rPr>
                <w:lang w:val="pt-BR"/>
              </w:rPr>
              <w:t>Display integrat și/sau indicatoare vizibile în condiții de exterior</w:t>
            </w:r>
          </w:p>
        </w:tc>
        <w:tc>
          <w:tcPr>
            <w:tcW w:w="1134" w:type="dxa"/>
            <w:vMerge/>
            <w:hideMark/>
          </w:tcPr>
          <w:p w14:paraId="2BE12032" w14:textId="77777777" w:rsidR="00D03674" w:rsidRPr="00344F7B" w:rsidRDefault="00D03674" w:rsidP="004E519C">
            <w:pPr>
              <w:rPr>
                <w:rFonts w:eastAsia="Times New Roman" w:cs="Times New Roman"/>
                <w:color w:val="000000"/>
                <w:lang w:val="pt-BR"/>
              </w:rPr>
            </w:pPr>
          </w:p>
        </w:tc>
      </w:tr>
      <w:tr w:rsidR="00D03674" w:rsidRPr="00CB5EE7" w14:paraId="23F30228" w14:textId="77777777" w:rsidTr="00D03674">
        <w:trPr>
          <w:trHeight w:val="290"/>
          <w:jc w:val="center"/>
        </w:trPr>
        <w:tc>
          <w:tcPr>
            <w:tcW w:w="2665" w:type="dxa"/>
            <w:vAlign w:val="center"/>
            <w:hideMark/>
          </w:tcPr>
          <w:p w14:paraId="7D2E23B0" w14:textId="77777777" w:rsidR="00E4105E" w:rsidRDefault="00CB5EE7">
            <w:proofErr w:type="spellStart"/>
            <w:r>
              <w:t>Indicatori</w:t>
            </w:r>
            <w:proofErr w:type="spellEnd"/>
          </w:p>
        </w:tc>
        <w:tc>
          <w:tcPr>
            <w:tcW w:w="5669" w:type="dxa"/>
            <w:vAlign w:val="center"/>
            <w:hideMark/>
          </w:tcPr>
          <w:p w14:paraId="6E1C236D" w14:textId="77777777" w:rsidR="00E4105E" w:rsidRPr="00344F7B" w:rsidRDefault="00CB5EE7">
            <w:pPr>
              <w:rPr>
                <w:lang w:val="pt-BR"/>
              </w:rPr>
            </w:pPr>
            <w:r w:rsidRPr="00344F7B">
              <w:rPr>
                <w:lang w:val="pt-BR"/>
              </w:rPr>
              <w:t>LED-uri și/sau semnalizare sonoră/vibrație pentru starea dispozitivului</w:t>
            </w:r>
          </w:p>
        </w:tc>
        <w:tc>
          <w:tcPr>
            <w:tcW w:w="1134" w:type="dxa"/>
            <w:vMerge/>
            <w:hideMark/>
          </w:tcPr>
          <w:p w14:paraId="4887FC9E" w14:textId="77777777" w:rsidR="00D03674" w:rsidRPr="00344F7B" w:rsidRDefault="00D03674" w:rsidP="004E519C">
            <w:pPr>
              <w:rPr>
                <w:rFonts w:eastAsia="Times New Roman" w:cs="Times New Roman"/>
                <w:color w:val="000000"/>
                <w:lang w:val="pt-BR"/>
              </w:rPr>
            </w:pPr>
          </w:p>
        </w:tc>
      </w:tr>
      <w:tr w:rsidR="00D03674" w:rsidRPr="00D03674" w14:paraId="1D64BE5F" w14:textId="77777777" w:rsidTr="00D03674">
        <w:trPr>
          <w:trHeight w:val="290"/>
          <w:jc w:val="center"/>
        </w:trPr>
        <w:tc>
          <w:tcPr>
            <w:tcW w:w="2665" w:type="dxa"/>
            <w:vAlign w:val="center"/>
            <w:hideMark/>
          </w:tcPr>
          <w:p w14:paraId="3CA67A52" w14:textId="77777777" w:rsidR="00E4105E" w:rsidRDefault="00CB5EE7">
            <w:proofErr w:type="spellStart"/>
            <w:r>
              <w:t>Comenzi</w:t>
            </w:r>
            <w:proofErr w:type="spellEnd"/>
          </w:p>
        </w:tc>
        <w:tc>
          <w:tcPr>
            <w:tcW w:w="5669" w:type="dxa"/>
            <w:vAlign w:val="center"/>
            <w:hideMark/>
          </w:tcPr>
          <w:p w14:paraId="59AF61B2" w14:textId="77777777" w:rsidR="00E4105E" w:rsidRDefault="00CB5EE7">
            <w:proofErr w:type="spellStart"/>
            <w:r>
              <w:t>Buton</w:t>
            </w:r>
            <w:proofErr w:type="spellEnd"/>
            <w:r>
              <w:t xml:space="preserve"> </w:t>
            </w:r>
            <w:proofErr w:type="spellStart"/>
            <w:r>
              <w:t>pornire</w:t>
            </w:r>
            <w:proofErr w:type="spellEnd"/>
            <w:r>
              <w:t xml:space="preserve"> </w:t>
            </w:r>
            <w:proofErr w:type="spellStart"/>
            <w:r>
              <w:t>și</w:t>
            </w:r>
            <w:proofErr w:type="spellEnd"/>
            <w:r>
              <w:t xml:space="preserve"> </w:t>
            </w:r>
            <w:proofErr w:type="spellStart"/>
            <w:r>
              <w:t>buton</w:t>
            </w:r>
            <w:proofErr w:type="spellEnd"/>
            <w:r>
              <w:t>/</w:t>
            </w:r>
            <w:proofErr w:type="spellStart"/>
            <w:r>
              <w:t>butoane</w:t>
            </w:r>
            <w:proofErr w:type="spellEnd"/>
            <w:r>
              <w:t xml:space="preserve"> dedicate </w:t>
            </w:r>
            <w:proofErr w:type="spellStart"/>
            <w:r>
              <w:t>înregistrării</w:t>
            </w:r>
            <w:proofErr w:type="spellEnd"/>
            <w:r>
              <w:t xml:space="preserve">, </w:t>
            </w:r>
            <w:proofErr w:type="spellStart"/>
            <w:r>
              <w:t>configurabile</w:t>
            </w:r>
            <w:proofErr w:type="spellEnd"/>
            <w:r>
              <w:t xml:space="preserve"> </w:t>
            </w:r>
            <w:proofErr w:type="spellStart"/>
            <w:r>
              <w:t>după</w:t>
            </w:r>
            <w:proofErr w:type="spellEnd"/>
            <w:r>
              <w:t xml:space="preserve"> </w:t>
            </w:r>
            <w:proofErr w:type="spellStart"/>
            <w:r>
              <w:t>profil</w:t>
            </w:r>
            <w:proofErr w:type="spellEnd"/>
          </w:p>
        </w:tc>
        <w:tc>
          <w:tcPr>
            <w:tcW w:w="1134" w:type="dxa"/>
            <w:vMerge/>
            <w:hideMark/>
          </w:tcPr>
          <w:p w14:paraId="3843D590" w14:textId="77777777" w:rsidR="00D03674" w:rsidRPr="000466B8" w:rsidRDefault="00D03674" w:rsidP="004E519C">
            <w:pPr>
              <w:rPr>
                <w:rFonts w:eastAsia="Times New Roman" w:cs="Times New Roman"/>
                <w:color w:val="000000"/>
              </w:rPr>
            </w:pPr>
          </w:p>
        </w:tc>
      </w:tr>
      <w:tr w:rsidR="00D03674" w:rsidRPr="00CB5EE7" w14:paraId="029DABE3" w14:textId="77777777" w:rsidTr="00D03674">
        <w:trPr>
          <w:trHeight w:val="290"/>
          <w:jc w:val="center"/>
        </w:trPr>
        <w:tc>
          <w:tcPr>
            <w:tcW w:w="2665" w:type="dxa"/>
            <w:vAlign w:val="center"/>
            <w:hideMark/>
          </w:tcPr>
          <w:p w14:paraId="3CE7F9CF" w14:textId="77777777" w:rsidR="00E4105E" w:rsidRDefault="00CB5EE7">
            <w:proofErr w:type="spellStart"/>
            <w:r>
              <w:t>Sistem</w:t>
            </w:r>
            <w:proofErr w:type="spellEnd"/>
            <w:r>
              <w:t xml:space="preserve"> de </w:t>
            </w:r>
            <w:proofErr w:type="spellStart"/>
            <w:r>
              <w:t>prindere</w:t>
            </w:r>
            <w:proofErr w:type="spellEnd"/>
          </w:p>
        </w:tc>
        <w:tc>
          <w:tcPr>
            <w:tcW w:w="5669" w:type="dxa"/>
            <w:vAlign w:val="center"/>
            <w:hideMark/>
          </w:tcPr>
          <w:p w14:paraId="2A6755FD" w14:textId="77777777" w:rsidR="00E4105E" w:rsidRPr="00344F7B" w:rsidRDefault="00CB5EE7">
            <w:pPr>
              <w:rPr>
                <w:lang w:val="pt-BR"/>
              </w:rPr>
            </w:pPr>
            <w:r w:rsidRPr="00344F7B">
              <w:rPr>
                <w:lang w:val="pt-BR"/>
              </w:rPr>
              <w:t>Sistem de fixare sigur pe uniformă, adecvat utilizării operative</w:t>
            </w:r>
          </w:p>
        </w:tc>
        <w:tc>
          <w:tcPr>
            <w:tcW w:w="1134" w:type="dxa"/>
            <w:vMerge/>
            <w:hideMark/>
          </w:tcPr>
          <w:p w14:paraId="595A91F1" w14:textId="77777777" w:rsidR="00D03674" w:rsidRPr="00344F7B" w:rsidRDefault="00D03674" w:rsidP="004E519C">
            <w:pPr>
              <w:rPr>
                <w:rFonts w:eastAsia="Times New Roman" w:cs="Times New Roman"/>
                <w:color w:val="000000"/>
                <w:lang w:val="pt-BR"/>
              </w:rPr>
            </w:pPr>
          </w:p>
        </w:tc>
      </w:tr>
      <w:tr w:rsidR="00D03674" w:rsidRPr="00D03674" w14:paraId="68F2599C" w14:textId="77777777" w:rsidTr="00D03674">
        <w:trPr>
          <w:trHeight w:val="290"/>
          <w:jc w:val="center"/>
        </w:trPr>
        <w:tc>
          <w:tcPr>
            <w:tcW w:w="2665" w:type="dxa"/>
            <w:vAlign w:val="center"/>
            <w:hideMark/>
          </w:tcPr>
          <w:p w14:paraId="75D7D510" w14:textId="77777777" w:rsidR="00E4105E" w:rsidRDefault="00CB5EE7">
            <w:proofErr w:type="spellStart"/>
            <w:r>
              <w:t>Accesorii</w:t>
            </w:r>
            <w:proofErr w:type="spellEnd"/>
            <w:r>
              <w:t xml:space="preserve"> de </w:t>
            </w:r>
            <w:proofErr w:type="spellStart"/>
            <w:r>
              <w:t>montare</w:t>
            </w:r>
            <w:proofErr w:type="spellEnd"/>
          </w:p>
        </w:tc>
        <w:tc>
          <w:tcPr>
            <w:tcW w:w="5669" w:type="dxa"/>
            <w:vAlign w:val="center"/>
            <w:hideMark/>
          </w:tcPr>
          <w:p w14:paraId="7415D075" w14:textId="77777777" w:rsidR="00E4105E" w:rsidRDefault="00CB5EE7">
            <w:r>
              <w:t xml:space="preserve">Kit magnetic de </w:t>
            </w:r>
            <w:proofErr w:type="spellStart"/>
            <w:r>
              <w:t>montare</w:t>
            </w:r>
            <w:proofErr w:type="spellEnd"/>
            <w:r>
              <w:t xml:space="preserve"> </w:t>
            </w:r>
            <w:proofErr w:type="spellStart"/>
            <w:r>
              <w:t>compatibil</w:t>
            </w:r>
            <w:proofErr w:type="spellEnd"/>
            <w:r>
              <w:t xml:space="preserve"> </w:t>
            </w:r>
            <w:proofErr w:type="spellStart"/>
            <w:r>
              <w:t>inclus</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cameră</w:t>
            </w:r>
            <w:proofErr w:type="spellEnd"/>
          </w:p>
        </w:tc>
        <w:tc>
          <w:tcPr>
            <w:tcW w:w="1134" w:type="dxa"/>
            <w:vMerge/>
            <w:hideMark/>
          </w:tcPr>
          <w:p w14:paraId="03EAFCD6" w14:textId="77777777" w:rsidR="00D03674" w:rsidRPr="000466B8" w:rsidRDefault="00D03674" w:rsidP="004E519C">
            <w:pPr>
              <w:rPr>
                <w:rFonts w:eastAsia="Times New Roman" w:cs="Times New Roman"/>
                <w:color w:val="000000"/>
              </w:rPr>
            </w:pPr>
          </w:p>
        </w:tc>
      </w:tr>
      <w:tr w:rsidR="00D03674" w:rsidRPr="00D03674" w14:paraId="36345EBF" w14:textId="77777777" w:rsidTr="00D03674">
        <w:trPr>
          <w:trHeight w:val="290"/>
          <w:jc w:val="center"/>
        </w:trPr>
        <w:tc>
          <w:tcPr>
            <w:tcW w:w="2665" w:type="dxa"/>
            <w:vAlign w:val="center"/>
            <w:hideMark/>
          </w:tcPr>
          <w:p w14:paraId="34649488" w14:textId="77777777" w:rsidR="00E4105E" w:rsidRDefault="00CB5EE7">
            <w:proofErr w:type="spellStart"/>
            <w:r>
              <w:t>Licențiere</w:t>
            </w:r>
            <w:proofErr w:type="spellEnd"/>
          </w:p>
        </w:tc>
        <w:tc>
          <w:tcPr>
            <w:tcW w:w="5669" w:type="dxa"/>
            <w:vAlign w:val="center"/>
            <w:hideMark/>
          </w:tcPr>
          <w:p w14:paraId="11A2FD9A" w14:textId="77777777" w:rsidR="00E4105E" w:rsidRDefault="00CB5EE7">
            <w:proofErr w:type="spellStart"/>
            <w:r>
              <w:t>Câte</w:t>
            </w:r>
            <w:proofErr w:type="spellEnd"/>
            <w:r>
              <w:t xml:space="preserve"> 1 </w:t>
            </w:r>
            <w:proofErr w:type="spellStart"/>
            <w:r>
              <w:t>licență</w:t>
            </w:r>
            <w:proofErr w:type="spellEnd"/>
            <w:r>
              <w:t xml:space="preserve"> software </w:t>
            </w:r>
            <w:proofErr w:type="spellStart"/>
            <w:r>
              <w:t>pentru</w:t>
            </w:r>
            <w:proofErr w:type="spellEnd"/>
            <w:r>
              <w:t xml:space="preserve"> </w:t>
            </w:r>
            <w:proofErr w:type="spellStart"/>
            <w:r>
              <w:t>fiecare</w:t>
            </w:r>
            <w:proofErr w:type="spellEnd"/>
            <w:r>
              <w:t xml:space="preserve"> </w:t>
            </w:r>
            <w:proofErr w:type="spellStart"/>
            <w:r>
              <w:t>cameră</w:t>
            </w:r>
            <w:proofErr w:type="spellEnd"/>
            <w:r>
              <w:t xml:space="preserve"> </w:t>
            </w:r>
            <w:proofErr w:type="spellStart"/>
            <w:r>
              <w:t>corporală</w:t>
            </w:r>
            <w:proofErr w:type="spellEnd"/>
            <w:r>
              <w:t xml:space="preserve"> </w:t>
            </w:r>
            <w:proofErr w:type="spellStart"/>
            <w:r>
              <w:t>ofertată</w:t>
            </w:r>
            <w:proofErr w:type="spellEnd"/>
          </w:p>
        </w:tc>
        <w:tc>
          <w:tcPr>
            <w:tcW w:w="1134" w:type="dxa"/>
            <w:vMerge/>
            <w:hideMark/>
          </w:tcPr>
          <w:p w14:paraId="34E7A868" w14:textId="77777777" w:rsidR="00D03674" w:rsidRPr="000466B8" w:rsidRDefault="00D03674" w:rsidP="004E519C">
            <w:pPr>
              <w:rPr>
                <w:rFonts w:eastAsia="Times New Roman" w:cs="Times New Roman"/>
                <w:color w:val="000000"/>
              </w:rPr>
            </w:pPr>
          </w:p>
        </w:tc>
      </w:tr>
      <w:tr w:rsidR="00D03674" w:rsidRPr="00D03674" w14:paraId="1013A201" w14:textId="77777777" w:rsidTr="00D03674">
        <w:trPr>
          <w:trHeight w:val="290"/>
          <w:jc w:val="center"/>
        </w:trPr>
        <w:tc>
          <w:tcPr>
            <w:tcW w:w="2665" w:type="dxa"/>
            <w:vAlign w:val="center"/>
            <w:hideMark/>
          </w:tcPr>
          <w:p w14:paraId="12238B5F" w14:textId="77777777" w:rsidR="00E4105E" w:rsidRDefault="00CB5EE7">
            <w:proofErr w:type="spellStart"/>
            <w:r>
              <w:t>Garanție</w:t>
            </w:r>
            <w:proofErr w:type="spellEnd"/>
          </w:p>
        </w:tc>
        <w:tc>
          <w:tcPr>
            <w:tcW w:w="5669" w:type="dxa"/>
            <w:vAlign w:val="center"/>
            <w:hideMark/>
          </w:tcPr>
          <w:p w14:paraId="78A68803" w14:textId="77777777" w:rsidR="00E4105E" w:rsidRDefault="00CB5EE7">
            <w:r>
              <w:t xml:space="preserve">Minimum 12 </w:t>
            </w:r>
            <w:proofErr w:type="spellStart"/>
            <w:r>
              <w:t>luni</w:t>
            </w:r>
            <w:proofErr w:type="spellEnd"/>
          </w:p>
        </w:tc>
        <w:tc>
          <w:tcPr>
            <w:tcW w:w="1134" w:type="dxa"/>
            <w:vMerge/>
            <w:hideMark/>
          </w:tcPr>
          <w:p w14:paraId="27BCC664" w14:textId="77777777" w:rsidR="00D03674" w:rsidRPr="000466B8" w:rsidRDefault="00D03674" w:rsidP="004E519C">
            <w:pPr>
              <w:rPr>
                <w:rFonts w:eastAsia="Times New Roman" w:cs="Times New Roman"/>
                <w:color w:val="000000"/>
              </w:rPr>
            </w:pPr>
          </w:p>
        </w:tc>
      </w:tr>
    </w:tbl>
    <w:p w14:paraId="5C3AB244" w14:textId="77777777" w:rsidR="00D4156F" w:rsidRDefault="00D4156F"/>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5670"/>
        <w:gridCol w:w="1134"/>
      </w:tblGrid>
      <w:tr w:rsidR="006720EF" w:rsidRPr="0005178B" w14:paraId="0DCAF78E" w14:textId="77777777" w:rsidTr="006720EF">
        <w:trPr>
          <w:trHeight w:val="290"/>
          <w:jc w:val="center"/>
        </w:trPr>
        <w:tc>
          <w:tcPr>
            <w:tcW w:w="2689" w:type="dxa"/>
            <w:shd w:val="clear" w:color="auto" w:fill="D6E3BC" w:themeFill="accent3" w:themeFillTint="66"/>
            <w:vAlign w:val="center"/>
            <w:hideMark/>
          </w:tcPr>
          <w:p w14:paraId="52D5B37E" w14:textId="77777777" w:rsidR="00E4105E" w:rsidRDefault="00CB5EE7">
            <w:proofErr w:type="spellStart"/>
            <w:r>
              <w:t>Poziție</w:t>
            </w:r>
            <w:proofErr w:type="spellEnd"/>
          </w:p>
        </w:tc>
        <w:tc>
          <w:tcPr>
            <w:tcW w:w="5670" w:type="dxa"/>
            <w:shd w:val="clear" w:color="auto" w:fill="D6E3BC" w:themeFill="accent3" w:themeFillTint="66"/>
            <w:vAlign w:val="center"/>
            <w:hideMark/>
          </w:tcPr>
          <w:p w14:paraId="6B53CBFA" w14:textId="77777777" w:rsidR="00E4105E" w:rsidRDefault="00CB5EE7">
            <w:proofErr w:type="spellStart"/>
            <w:r>
              <w:t>Specificații</w:t>
            </w:r>
            <w:proofErr w:type="spellEnd"/>
            <w:r>
              <w:t xml:space="preserve"> </w:t>
            </w:r>
            <w:proofErr w:type="spellStart"/>
            <w:r>
              <w:t>minime</w:t>
            </w:r>
            <w:proofErr w:type="spellEnd"/>
            <w:r>
              <w:t xml:space="preserve"> </w:t>
            </w:r>
            <w:proofErr w:type="spellStart"/>
            <w:r>
              <w:t>solicitate</w:t>
            </w:r>
            <w:proofErr w:type="spellEnd"/>
          </w:p>
        </w:tc>
        <w:tc>
          <w:tcPr>
            <w:tcW w:w="1134" w:type="dxa"/>
            <w:shd w:val="clear" w:color="auto" w:fill="D6E3BC" w:themeFill="accent3" w:themeFillTint="66"/>
            <w:vAlign w:val="center"/>
            <w:hideMark/>
          </w:tcPr>
          <w:p w14:paraId="08C5228C" w14:textId="77777777" w:rsidR="00E4105E" w:rsidRDefault="00CB5EE7">
            <w:proofErr w:type="spellStart"/>
            <w:r>
              <w:t>Cantitate</w:t>
            </w:r>
            <w:proofErr w:type="spellEnd"/>
          </w:p>
        </w:tc>
      </w:tr>
      <w:tr w:rsidR="00575121" w:rsidRPr="00141CE1" w14:paraId="3DC367DC" w14:textId="77777777" w:rsidTr="006720EF">
        <w:trPr>
          <w:trHeight w:val="427"/>
          <w:jc w:val="center"/>
        </w:trPr>
        <w:tc>
          <w:tcPr>
            <w:tcW w:w="8359" w:type="dxa"/>
            <w:gridSpan w:val="2"/>
            <w:vAlign w:val="center"/>
            <w:hideMark/>
          </w:tcPr>
          <w:p w14:paraId="3E87B9E2" w14:textId="77777777" w:rsidR="00E4105E" w:rsidRDefault="00CB5EE7">
            <w:r>
              <w:t xml:space="preserve">2. </w:t>
            </w:r>
            <w:proofErr w:type="spellStart"/>
            <w:r>
              <w:t>Stație</w:t>
            </w:r>
            <w:proofErr w:type="spellEnd"/>
            <w:r>
              <w:t xml:space="preserve"> de </w:t>
            </w:r>
            <w:proofErr w:type="spellStart"/>
            <w:r>
              <w:t>andocare</w:t>
            </w:r>
            <w:proofErr w:type="spellEnd"/>
          </w:p>
        </w:tc>
        <w:tc>
          <w:tcPr>
            <w:tcW w:w="1134" w:type="dxa"/>
            <w:vMerge w:val="restart"/>
            <w:vAlign w:val="center"/>
            <w:hideMark/>
          </w:tcPr>
          <w:p w14:paraId="77F2EEE3" w14:textId="77777777" w:rsidR="00E4105E" w:rsidRDefault="00CB5EE7">
            <w:r>
              <w:t xml:space="preserve">13 </w:t>
            </w:r>
            <w:proofErr w:type="spellStart"/>
            <w:r>
              <w:t>buc</w:t>
            </w:r>
            <w:proofErr w:type="spellEnd"/>
            <w:r>
              <w:t>.</w:t>
            </w:r>
          </w:p>
        </w:tc>
      </w:tr>
      <w:tr w:rsidR="00B22A06" w:rsidRPr="0005178B" w14:paraId="667317AF" w14:textId="77777777" w:rsidTr="006720EF">
        <w:trPr>
          <w:trHeight w:val="290"/>
          <w:jc w:val="center"/>
        </w:trPr>
        <w:tc>
          <w:tcPr>
            <w:tcW w:w="2689" w:type="dxa"/>
            <w:vAlign w:val="center"/>
            <w:hideMark/>
          </w:tcPr>
          <w:p w14:paraId="0C744442" w14:textId="77777777" w:rsidR="00E4105E" w:rsidRDefault="00CB5EE7">
            <w:proofErr w:type="spellStart"/>
            <w:r>
              <w:t>Destinație</w:t>
            </w:r>
            <w:proofErr w:type="spellEnd"/>
          </w:p>
        </w:tc>
        <w:tc>
          <w:tcPr>
            <w:tcW w:w="5670" w:type="dxa"/>
            <w:vAlign w:val="center"/>
            <w:hideMark/>
          </w:tcPr>
          <w:p w14:paraId="636B4994" w14:textId="77777777" w:rsidR="00E4105E" w:rsidRDefault="00CB5EE7">
            <w:proofErr w:type="spellStart"/>
            <w:r>
              <w:t>Încărcare</w:t>
            </w:r>
            <w:proofErr w:type="spellEnd"/>
            <w:r>
              <w:t xml:space="preserve"> </w:t>
            </w:r>
            <w:proofErr w:type="spellStart"/>
            <w:r>
              <w:t>și</w:t>
            </w:r>
            <w:proofErr w:type="spellEnd"/>
            <w:r>
              <w:t xml:space="preserve"> transfer/</w:t>
            </w:r>
            <w:proofErr w:type="spellStart"/>
            <w:r>
              <w:t>sincronizare</w:t>
            </w:r>
            <w:proofErr w:type="spellEnd"/>
            <w:r>
              <w:t xml:space="preserve"> date </w:t>
            </w:r>
            <w:proofErr w:type="spellStart"/>
            <w:r>
              <w:t>pentru</w:t>
            </w:r>
            <w:proofErr w:type="spellEnd"/>
            <w:r>
              <w:t xml:space="preserve"> </w:t>
            </w:r>
            <w:proofErr w:type="spellStart"/>
            <w:r>
              <w:t>camerele</w:t>
            </w:r>
            <w:proofErr w:type="spellEnd"/>
            <w:r>
              <w:t xml:space="preserve"> </w:t>
            </w:r>
            <w:proofErr w:type="spellStart"/>
            <w:r>
              <w:t>ofertate</w:t>
            </w:r>
            <w:proofErr w:type="spellEnd"/>
          </w:p>
        </w:tc>
        <w:tc>
          <w:tcPr>
            <w:tcW w:w="1134" w:type="dxa"/>
            <w:vMerge/>
            <w:vAlign w:val="center"/>
            <w:hideMark/>
          </w:tcPr>
          <w:p w14:paraId="25F2960C" w14:textId="77777777" w:rsidR="00B22A06" w:rsidRPr="006720EF" w:rsidRDefault="00B22A06" w:rsidP="00B22A06">
            <w:pPr>
              <w:spacing w:after="0" w:line="240" w:lineRule="auto"/>
              <w:rPr>
                <w:rFonts w:eastAsia="Times New Roman" w:cs="Times New Roman"/>
                <w:color w:val="000000"/>
              </w:rPr>
            </w:pPr>
          </w:p>
        </w:tc>
      </w:tr>
      <w:tr w:rsidR="00B22A06" w:rsidRPr="0005178B" w14:paraId="2CD8E2B7" w14:textId="77777777" w:rsidTr="006720EF">
        <w:trPr>
          <w:trHeight w:val="290"/>
          <w:jc w:val="center"/>
        </w:trPr>
        <w:tc>
          <w:tcPr>
            <w:tcW w:w="2689" w:type="dxa"/>
            <w:vAlign w:val="center"/>
            <w:hideMark/>
          </w:tcPr>
          <w:p w14:paraId="68607FCB" w14:textId="77777777" w:rsidR="00E4105E" w:rsidRDefault="00CB5EE7">
            <w:proofErr w:type="spellStart"/>
            <w:r>
              <w:t>Număr</w:t>
            </w:r>
            <w:proofErr w:type="spellEnd"/>
            <w:r>
              <w:t xml:space="preserve"> </w:t>
            </w:r>
            <w:proofErr w:type="spellStart"/>
            <w:r>
              <w:t>porturi</w:t>
            </w:r>
            <w:proofErr w:type="spellEnd"/>
          </w:p>
        </w:tc>
        <w:tc>
          <w:tcPr>
            <w:tcW w:w="5670" w:type="dxa"/>
            <w:vAlign w:val="center"/>
            <w:hideMark/>
          </w:tcPr>
          <w:p w14:paraId="59138C2D" w14:textId="77777777" w:rsidR="00E4105E" w:rsidRDefault="00CB5EE7">
            <w:r>
              <w:t xml:space="preserve">Minimum 10 </w:t>
            </w:r>
            <w:proofErr w:type="spellStart"/>
            <w:r>
              <w:t>porturi</w:t>
            </w:r>
            <w:proofErr w:type="spellEnd"/>
          </w:p>
        </w:tc>
        <w:tc>
          <w:tcPr>
            <w:tcW w:w="1134" w:type="dxa"/>
            <w:vMerge/>
            <w:vAlign w:val="center"/>
            <w:hideMark/>
          </w:tcPr>
          <w:p w14:paraId="5DF576BC" w14:textId="77777777" w:rsidR="00B22A06" w:rsidRPr="006720EF" w:rsidRDefault="00B22A06" w:rsidP="00B22A06">
            <w:pPr>
              <w:spacing w:after="0" w:line="240" w:lineRule="auto"/>
              <w:rPr>
                <w:rFonts w:eastAsia="Times New Roman" w:cs="Times New Roman"/>
                <w:color w:val="000000"/>
              </w:rPr>
            </w:pPr>
          </w:p>
        </w:tc>
      </w:tr>
      <w:tr w:rsidR="00B22A06" w:rsidRPr="0005178B" w14:paraId="6120A842" w14:textId="77777777" w:rsidTr="006720EF">
        <w:trPr>
          <w:trHeight w:val="290"/>
          <w:jc w:val="center"/>
        </w:trPr>
        <w:tc>
          <w:tcPr>
            <w:tcW w:w="2689" w:type="dxa"/>
            <w:vAlign w:val="center"/>
            <w:hideMark/>
          </w:tcPr>
          <w:p w14:paraId="177E46D9" w14:textId="77777777" w:rsidR="00E4105E" w:rsidRDefault="00CB5EE7">
            <w:r>
              <w:lastRenderedPageBreak/>
              <w:t>Capacitate</w:t>
            </w:r>
          </w:p>
        </w:tc>
        <w:tc>
          <w:tcPr>
            <w:tcW w:w="5670" w:type="dxa"/>
            <w:vAlign w:val="center"/>
            <w:hideMark/>
          </w:tcPr>
          <w:p w14:paraId="6270A76E" w14:textId="77777777" w:rsidR="00E4105E" w:rsidRDefault="00CB5EE7">
            <w:r>
              <w:t xml:space="preserve">Minimum 10 </w:t>
            </w:r>
            <w:proofErr w:type="spellStart"/>
            <w:r>
              <w:t>camere</w:t>
            </w:r>
            <w:proofErr w:type="spellEnd"/>
            <w:r>
              <w:t xml:space="preserve"> per </w:t>
            </w:r>
            <w:proofErr w:type="spellStart"/>
            <w:r>
              <w:t>stație</w:t>
            </w:r>
            <w:proofErr w:type="spellEnd"/>
          </w:p>
        </w:tc>
        <w:tc>
          <w:tcPr>
            <w:tcW w:w="1134" w:type="dxa"/>
            <w:vMerge/>
            <w:vAlign w:val="center"/>
            <w:hideMark/>
          </w:tcPr>
          <w:p w14:paraId="16D4146F" w14:textId="77777777" w:rsidR="00B22A06" w:rsidRPr="006720EF" w:rsidRDefault="00B22A06" w:rsidP="00B22A06">
            <w:pPr>
              <w:spacing w:after="0" w:line="240" w:lineRule="auto"/>
              <w:rPr>
                <w:rFonts w:eastAsia="Times New Roman" w:cs="Times New Roman"/>
                <w:color w:val="000000"/>
              </w:rPr>
            </w:pPr>
          </w:p>
        </w:tc>
      </w:tr>
      <w:tr w:rsidR="00B22A06" w:rsidRPr="0005178B" w14:paraId="6135B847" w14:textId="77777777" w:rsidTr="006720EF">
        <w:trPr>
          <w:trHeight w:val="580"/>
          <w:jc w:val="center"/>
        </w:trPr>
        <w:tc>
          <w:tcPr>
            <w:tcW w:w="2689" w:type="dxa"/>
            <w:vAlign w:val="center"/>
            <w:hideMark/>
          </w:tcPr>
          <w:p w14:paraId="3CE3E62F" w14:textId="77777777" w:rsidR="00E4105E" w:rsidRDefault="00CB5EE7">
            <w:proofErr w:type="spellStart"/>
            <w:r>
              <w:lastRenderedPageBreak/>
              <w:t>Conectivitate</w:t>
            </w:r>
            <w:proofErr w:type="spellEnd"/>
          </w:p>
        </w:tc>
        <w:tc>
          <w:tcPr>
            <w:tcW w:w="5670" w:type="dxa"/>
            <w:vAlign w:val="center"/>
            <w:hideMark/>
          </w:tcPr>
          <w:p w14:paraId="0E027CBB" w14:textId="77777777" w:rsidR="00E4105E" w:rsidRDefault="00CB5EE7">
            <w:r>
              <w:t xml:space="preserve">Ethernet Gigabit </w:t>
            </w:r>
            <w:proofErr w:type="spellStart"/>
            <w:r>
              <w:t>și</w:t>
            </w:r>
            <w:proofErr w:type="spellEnd"/>
            <w:r>
              <w:t>/</w:t>
            </w:r>
            <w:proofErr w:type="spellStart"/>
            <w:r>
              <w:t>sau</w:t>
            </w:r>
            <w:proofErr w:type="spellEnd"/>
            <w:r>
              <w:t xml:space="preserve"> </w:t>
            </w:r>
            <w:proofErr w:type="spellStart"/>
            <w:r>
              <w:t>alte</w:t>
            </w:r>
            <w:proofErr w:type="spellEnd"/>
            <w:r>
              <w:t xml:space="preserve"> </w:t>
            </w:r>
            <w:proofErr w:type="spellStart"/>
            <w:r>
              <w:t>interfețe</w:t>
            </w:r>
            <w:proofErr w:type="spellEnd"/>
            <w:r>
              <w:t xml:space="preserve"> </w:t>
            </w:r>
            <w:proofErr w:type="spellStart"/>
            <w:r>
              <w:t>necesare</w:t>
            </w:r>
            <w:proofErr w:type="spellEnd"/>
            <w:r>
              <w:t xml:space="preserve"> </w:t>
            </w:r>
            <w:proofErr w:type="spellStart"/>
            <w:r>
              <w:t>pentru</w:t>
            </w:r>
            <w:proofErr w:type="spellEnd"/>
            <w:r>
              <w:t xml:space="preserve"> </w:t>
            </w:r>
            <w:proofErr w:type="spellStart"/>
            <w:r>
              <w:t>integrarea</w:t>
            </w:r>
            <w:proofErr w:type="spellEnd"/>
            <w:r>
              <w:t xml:space="preserve"> </w:t>
            </w:r>
            <w:proofErr w:type="spellStart"/>
            <w:r>
              <w:t>în</w:t>
            </w:r>
            <w:proofErr w:type="spellEnd"/>
            <w:r>
              <w:t xml:space="preserve"> </w:t>
            </w:r>
            <w:proofErr w:type="spellStart"/>
            <w:r>
              <w:t>soluția</w:t>
            </w:r>
            <w:proofErr w:type="spellEnd"/>
            <w:r>
              <w:t xml:space="preserve"> </w:t>
            </w:r>
            <w:proofErr w:type="spellStart"/>
            <w:r>
              <w:t>ofertată</w:t>
            </w:r>
            <w:proofErr w:type="spellEnd"/>
          </w:p>
        </w:tc>
        <w:tc>
          <w:tcPr>
            <w:tcW w:w="1134" w:type="dxa"/>
            <w:vMerge/>
            <w:vAlign w:val="center"/>
            <w:hideMark/>
          </w:tcPr>
          <w:p w14:paraId="1077DBBE" w14:textId="77777777" w:rsidR="00B22A06" w:rsidRPr="006720EF" w:rsidRDefault="00B22A06" w:rsidP="00B22A06">
            <w:pPr>
              <w:spacing w:after="0" w:line="240" w:lineRule="auto"/>
              <w:rPr>
                <w:rFonts w:eastAsia="Times New Roman" w:cs="Times New Roman"/>
                <w:color w:val="000000"/>
              </w:rPr>
            </w:pPr>
          </w:p>
        </w:tc>
      </w:tr>
      <w:tr w:rsidR="00B22A06" w:rsidRPr="0005178B" w14:paraId="2E9EB555" w14:textId="77777777" w:rsidTr="006720EF">
        <w:trPr>
          <w:trHeight w:val="290"/>
          <w:jc w:val="center"/>
        </w:trPr>
        <w:tc>
          <w:tcPr>
            <w:tcW w:w="2689" w:type="dxa"/>
            <w:vAlign w:val="center"/>
            <w:hideMark/>
          </w:tcPr>
          <w:p w14:paraId="64EB54BB" w14:textId="77777777" w:rsidR="00E4105E" w:rsidRDefault="00CB5EE7">
            <w:r>
              <w:t>Securitate</w:t>
            </w:r>
          </w:p>
        </w:tc>
        <w:tc>
          <w:tcPr>
            <w:tcW w:w="5670" w:type="dxa"/>
            <w:vAlign w:val="center"/>
            <w:hideMark/>
          </w:tcPr>
          <w:p w14:paraId="331E7B14" w14:textId="77777777" w:rsidR="00E4105E" w:rsidRDefault="00CB5EE7">
            <w:r>
              <w:t xml:space="preserve">Transfer </w:t>
            </w:r>
            <w:proofErr w:type="spellStart"/>
            <w:r>
              <w:t>securizat</w:t>
            </w:r>
            <w:proofErr w:type="spellEnd"/>
            <w:r>
              <w:t xml:space="preserve"> al </w:t>
            </w:r>
            <w:proofErr w:type="spellStart"/>
            <w:r>
              <w:t>datelor</w:t>
            </w:r>
            <w:proofErr w:type="spellEnd"/>
            <w:r>
              <w:t xml:space="preserve"> </w:t>
            </w:r>
            <w:proofErr w:type="spellStart"/>
            <w:r>
              <w:t>între</w:t>
            </w:r>
            <w:proofErr w:type="spellEnd"/>
            <w:r>
              <w:t xml:space="preserve"> </w:t>
            </w:r>
            <w:proofErr w:type="spellStart"/>
            <w:r>
              <w:t>camere</w:t>
            </w:r>
            <w:proofErr w:type="spellEnd"/>
            <w:r>
              <w:t xml:space="preserve"> </w:t>
            </w:r>
            <w:proofErr w:type="spellStart"/>
            <w:r>
              <w:t>și</w:t>
            </w:r>
            <w:proofErr w:type="spellEnd"/>
            <w:r>
              <w:t xml:space="preserve"> </w:t>
            </w:r>
            <w:proofErr w:type="spellStart"/>
            <w:r>
              <w:t>sistemul</w:t>
            </w:r>
            <w:proofErr w:type="spellEnd"/>
            <w:r>
              <w:t xml:space="preserve"> central</w:t>
            </w:r>
          </w:p>
        </w:tc>
        <w:tc>
          <w:tcPr>
            <w:tcW w:w="1134" w:type="dxa"/>
            <w:vMerge/>
            <w:vAlign w:val="center"/>
            <w:hideMark/>
          </w:tcPr>
          <w:p w14:paraId="33646C62" w14:textId="77777777" w:rsidR="00B22A06" w:rsidRPr="006720EF" w:rsidRDefault="00B22A06" w:rsidP="00B22A06">
            <w:pPr>
              <w:spacing w:after="0" w:line="240" w:lineRule="auto"/>
              <w:rPr>
                <w:rFonts w:eastAsia="Times New Roman" w:cs="Times New Roman"/>
                <w:color w:val="000000"/>
              </w:rPr>
            </w:pPr>
          </w:p>
        </w:tc>
      </w:tr>
      <w:tr w:rsidR="00B22A06" w:rsidRPr="00CB5EE7" w14:paraId="7EEF169D" w14:textId="77777777" w:rsidTr="006720EF">
        <w:trPr>
          <w:trHeight w:val="290"/>
          <w:jc w:val="center"/>
        </w:trPr>
        <w:tc>
          <w:tcPr>
            <w:tcW w:w="2689" w:type="dxa"/>
            <w:vAlign w:val="center"/>
            <w:hideMark/>
          </w:tcPr>
          <w:p w14:paraId="199F4D88" w14:textId="77777777" w:rsidR="00E4105E" w:rsidRDefault="00CB5EE7">
            <w:proofErr w:type="spellStart"/>
            <w:r>
              <w:t>Montaj</w:t>
            </w:r>
            <w:proofErr w:type="spellEnd"/>
          </w:p>
        </w:tc>
        <w:tc>
          <w:tcPr>
            <w:tcW w:w="5670" w:type="dxa"/>
            <w:vAlign w:val="center"/>
            <w:hideMark/>
          </w:tcPr>
          <w:p w14:paraId="0F6E111B" w14:textId="77777777" w:rsidR="00E4105E" w:rsidRPr="00344F7B" w:rsidRDefault="00CB5EE7">
            <w:pPr>
              <w:rPr>
                <w:lang w:val="pt-BR"/>
              </w:rPr>
            </w:pPr>
            <w:r w:rsidRPr="00344F7B">
              <w:rPr>
                <w:lang w:val="pt-BR"/>
              </w:rPr>
              <w:t>Montaj pe birou și/sau perete</w:t>
            </w:r>
          </w:p>
        </w:tc>
        <w:tc>
          <w:tcPr>
            <w:tcW w:w="1134" w:type="dxa"/>
            <w:vMerge/>
            <w:vAlign w:val="center"/>
            <w:hideMark/>
          </w:tcPr>
          <w:p w14:paraId="0C930337" w14:textId="77777777" w:rsidR="00B22A06" w:rsidRPr="00344F7B" w:rsidRDefault="00B22A06" w:rsidP="00B22A06">
            <w:pPr>
              <w:spacing w:after="0" w:line="240" w:lineRule="auto"/>
              <w:rPr>
                <w:rFonts w:eastAsia="Times New Roman" w:cs="Times New Roman"/>
                <w:color w:val="000000"/>
                <w:lang w:val="pt-BR"/>
              </w:rPr>
            </w:pPr>
          </w:p>
        </w:tc>
      </w:tr>
      <w:tr w:rsidR="00B22A06" w:rsidRPr="0005178B" w14:paraId="0206B401" w14:textId="77777777" w:rsidTr="006720EF">
        <w:trPr>
          <w:trHeight w:val="290"/>
          <w:jc w:val="center"/>
        </w:trPr>
        <w:tc>
          <w:tcPr>
            <w:tcW w:w="2689" w:type="dxa"/>
            <w:vAlign w:val="center"/>
            <w:hideMark/>
          </w:tcPr>
          <w:p w14:paraId="354389BC" w14:textId="77777777" w:rsidR="00E4105E" w:rsidRDefault="00CB5EE7">
            <w:proofErr w:type="spellStart"/>
            <w:r>
              <w:t>Dimensiuni</w:t>
            </w:r>
            <w:proofErr w:type="spellEnd"/>
          </w:p>
        </w:tc>
        <w:tc>
          <w:tcPr>
            <w:tcW w:w="5670" w:type="dxa"/>
            <w:vAlign w:val="center"/>
            <w:hideMark/>
          </w:tcPr>
          <w:p w14:paraId="7B07BF25" w14:textId="77777777" w:rsidR="00E4105E" w:rsidRDefault="00CB5EE7">
            <w:r>
              <w:t xml:space="preserve">Format </w:t>
            </w:r>
            <w:proofErr w:type="spellStart"/>
            <w:r>
              <w:t>adecvat</w:t>
            </w:r>
            <w:proofErr w:type="spellEnd"/>
            <w:r>
              <w:t xml:space="preserve"> </w:t>
            </w:r>
            <w:proofErr w:type="spellStart"/>
            <w:r>
              <w:t>utilizării</w:t>
            </w:r>
            <w:proofErr w:type="spellEnd"/>
            <w:r>
              <w:t xml:space="preserve"> </w:t>
            </w:r>
            <w:proofErr w:type="spellStart"/>
            <w:r>
              <w:t>în</w:t>
            </w:r>
            <w:proofErr w:type="spellEnd"/>
            <w:r>
              <w:t xml:space="preserve"> </w:t>
            </w:r>
            <w:proofErr w:type="spellStart"/>
            <w:r>
              <w:t>spații</w:t>
            </w:r>
            <w:proofErr w:type="spellEnd"/>
            <w:r>
              <w:t xml:space="preserve"> administrative</w:t>
            </w:r>
          </w:p>
        </w:tc>
        <w:tc>
          <w:tcPr>
            <w:tcW w:w="1134" w:type="dxa"/>
            <w:vMerge/>
            <w:vAlign w:val="center"/>
            <w:hideMark/>
          </w:tcPr>
          <w:p w14:paraId="733CE413" w14:textId="77777777" w:rsidR="00B22A06" w:rsidRPr="006720EF" w:rsidRDefault="00B22A06" w:rsidP="00B22A06">
            <w:pPr>
              <w:spacing w:after="0" w:line="240" w:lineRule="auto"/>
              <w:rPr>
                <w:rFonts w:eastAsia="Times New Roman" w:cs="Times New Roman"/>
                <w:color w:val="000000"/>
              </w:rPr>
            </w:pPr>
          </w:p>
        </w:tc>
      </w:tr>
      <w:tr w:rsidR="00B22A06" w:rsidRPr="0005178B" w14:paraId="18D9AD31" w14:textId="77777777" w:rsidTr="006720EF">
        <w:trPr>
          <w:trHeight w:val="290"/>
          <w:jc w:val="center"/>
        </w:trPr>
        <w:tc>
          <w:tcPr>
            <w:tcW w:w="2689" w:type="dxa"/>
            <w:vAlign w:val="center"/>
            <w:hideMark/>
          </w:tcPr>
          <w:p w14:paraId="56342AA8" w14:textId="77777777" w:rsidR="00E4105E" w:rsidRDefault="00CB5EE7">
            <w:proofErr w:type="spellStart"/>
            <w:r>
              <w:t>Alimentare</w:t>
            </w:r>
            <w:proofErr w:type="spellEnd"/>
          </w:p>
        </w:tc>
        <w:tc>
          <w:tcPr>
            <w:tcW w:w="5670" w:type="dxa"/>
            <w:vAlign w:val="center"/>
            <w:hideMark/>
          </w:tcPr>
          <w:p w14:paraId="2A5553E4" w14:textId="77777777" w:rsidR="00E4105E" w:rsidRDefault="00CB5EE7">
            <w:proofErr w:type="spellStart"/>
            <w:r>
              <w:t>Compatibilă</w:t>
            </w:r>
            <w:proofErr w:type="spellEnd"/>
            <w:r>
              <w:t xml:space="preserve"> cu </w:t>
            </w:r>
            <w:proofErr w:type="spellStart"/>
            <w:r>
              <w:t>rețea</w:t>
            </w:r>
            <w:proofErr w:type="spellEnd"/>
            <w:r>
              <w:t xml:space="preserve"> 100–240V AC, 50/60 Hz</w:t>
            </w:r>
          </w:p>
        </w:tc>
        <w:tc>
          <w:tcPr>
            <w:tcW w:w="1134" w:type="dxa"/>
            <w:vMerge/>
            <w:vAlign w:val="center"/>
            <w:hideMark/>
          </w:tcPr>
          <w:p w14:paraId="268008AD" w14:textId="77777777" w:rsidR="00B22A06" w:rsidRPr="006720EF" w:rsidRDefault="00B22A06" w:rsidP="00B22A06">
            <w:pPr>
              <w:spacing w:after="0" w:line="240" w:lineRule="auto"/>
              <w:rPr>
                <w:rFonts w:eastAsia="Times New Roman" w:cs="Times New Roman"/>
                <w:color w:val="000000"/>
              </w:rPr>
            </w:pPr>
          </w:p>
        </w:tc>
      </w:tr>
      <w:tr w:rsidR="00B22A06" w:rsidRPr="0005178B" w14:paraId="28C6C8E1" w14:textId="77777777" w:rsidTr="006720EF">
        <w:trPr>
          <w:trHeight w:val="290"/>
          <w:jc w:val="center"/>
        </w:trPr>
        <w:tc>
          <w:tcPr>
            <w:tcW w:w="2689" w:type="dxa"/>
            <w:vAlign w:val="center"/>
            <w:hideMark/>
          </w:tcPr>
          <w:p w14:paraId="71D5EA31" w14:textId="77777777" w:rsidR="00E4105E" w:rsidRDefault="00CB5EE7">
            <w:proofErr w:type="spellStart"/>
            <w:r>
              <w:t>Timp</w:t>
            </w:r>
            <w:proofErr w:type="spellEnd"/>
            <w:r>
              <w:t xml:space="preserve"> de </w:t>
            </w:r>
            <w:proofErr w:type="spellStart"/>
            <w:r>
              <w:t>încărcare</w:t>
            </w:r>
            <w:proofErr w:type="spellEnd"/>
          </w:p>
        </w:tc>
        <w:tc>
          <w:tcPr>
            <w:tcW w:w="5670" w:type="dxa"/>
            <w:vAlign w:val="center"/>
            <w:hideMark/>
          </w:tcPr>
          <w:p w14:paraId="36865F40" w14:textId="77777777" w:rsidR="00E4105E" w:rsidRDefault="00CB5EE7">
            <w:proofErr w:type="spellStart"/>
            <w:r>
              <w:t>Să</w:t>
            </w:r>
            <w:proofErr w:type="spellEnd"/>
            <w:r>
              <w:t xml:space="preserve"> </w:t>
            </w:r>
            <w:proofErr w:type="spellStart"/>
            <w:r>
              <w:t>permită</w:t>
            </w:r>
            <w:proofErr w:type="spellEnd"/>
            <w:r>
              <w:t xml:space="preserve"> </w:t>
            </w:r>
            <w:proofErr w:type="spellStart"/>
            <w:r>
              <w:t>încărcarea</w:t>
            </w:r>
            <w:proofErr w:type="spellEnd"/>
            <w:r>
              <w:t xml:space="preserve"> </w:t>
            </w:r>
            <w:proofErr w:type="spellStart"/>
            <w:r>
              <w:t>completă</w:t>
            </w:r>
            <w:proofErr w:type="spellEnd"/>
            <w:r>
              <w:t xml:space="preserve"> a </w:t>
            </w:r>
            <w:proofErr w:type="spellStart"/>
            <w:r>
              <w:t>camerelor</w:t>
            </w:r>
            <w:proofErr w:type="spellEnd"/>
            <w:r>
              <w:t xml:space="preserve"> </w:t>
            </w:r>
            <w:proofErr w:type="spellStart"/>
            <w:r>
              <w:t>în</w:t>
            </w:r>
            <w:proofErr w:type="spellEnd"/>
            <w:r>
              <w:t xml:space="preserve"> maximum 4 ore </w:t>
            </w:r>
            <w:proofErr w:type="spellStart"/>
            <w:r>
              <w:t>sau</w:t>
            </w:r>
            <w:proofErr w:type="spellEnd"/>
            <w:r>
              <w:t xml:space="preserve"> conform </w:t>
            </w:r>
            <w:proofErr w:type="spellStart"/>
            <w:r>
              <w:t>specificației</w:t>
            </w:r>
            <w:proofErr w:type="spellEnd"/>
            <w:r>
              <w:t xml:space="preserve"> </w:t>
            </w:r>
            <w:proofErr w:type="spellStart"/>
            <w:r>
              <w:t>producătorului</w:t>
            </w:r>
            <w:proofErr w:type="spellEnd"/>
            <w:r>
              <w:t xml:space="preserve"> </w:t>
            </w:r>
            <w:proofErr w:type="spellStart"/>
            <w:r>
              <w:t>camerei</w:t>
            </w:r>
            <w:proofErr w:type="spellEnd"/>
            <w:r>
              <w:t xml:space="preserve"> </w:t>
            </w:r>
            <w:proofErr w:type="spellStart"/>
            <w:r>
              <w:t>ofertate</w:t>
            </w:r>
            <w:proofErr w:type="spellEnd"/>
          </w:p>
        </w:tc>
        <w:tc>
          <w:tcPr>
            <w:tcW w:w="1134" w:type="dxa"/>
            <w:vMerge/>
            <w:vAlign w:val="center"/>
            <w:hideMark/>
          </w:tcPr>
          <w:p w14:paraId="5C00E10E" w14:textId="77777777" w:rsidR="00B22A06" w:rsidRPr="006720EF" w:rsidRDefault="00B22A06" w:rsidP="00B22A06">
            <w:pPr>
              <w:spacing w:after="0" w:line="240" w:lineRule="auto"/>
              <w:rPr>
                <w:rFonts w:eastAsia="Times New Roman" w:cs="Times New Roman"/>
                <w:color w:val="000000"/>
              </w:rPr>
            </w:pPr>
          </w:p>
        </w:tc>
      </w:tr>
      <w:tr w:rsidR="00B22A06" w:rsidRPr="0005178B" w14:paraId="26B02FCE" w14:textId="77777777" w:rsidTr="006720EF">
        <w:trPr>
          <w:trHeight w:val="290"/>
          <w:jc w:val="center"/>
        </w:trPr>
        <w:tc>
          <w:tcPr>
            <w:tcW w:w="2689" w:type="dxa"/>
            <w:vAlign w:val="center"/>
            <w:hideMark/>
          </w:tcPr>
          <w:p w14:paraId="6D151DB4" w14:textId="77777777" w:rsidR="00E4105E" w:rsidRDefault="00CB5EE7">
            <w:proofErr w:type="spellStart"/>
            <w:r>
              <w:t>Temperatură</w:t>
            </w:r>
            <w:proofErr w:type="spellEnd"/>
            <w:r>
              <w:t xml:space="preserve"> de </w:t>
            </w:r>
            <w:proofErr w:type="spellStart"/>
            <w:r>
              <w:t>operare</w:t>
            </w:r>
            <w:proofErr w:type="spellEnd"/>
          </w:p>
        </w:tc>
        <w:tc>
          <w:tcPr>
            <w:tcW w:w="5670" w:type="dxa"/>
            <w:vAlign w:val="center"/>
            <w:hideMark/>
          </w:tcPr>
          <w:p w14:paraId="5E21648C" w14:textId="77777777" w:rsidR="00E4105E" w:rsidRDefault="00CB5EE7">
            <w:r>
              <w:t xml:space="preserve">Minimum 0°C </w:t>
            </w:r>
            <w:proofErr w:type="spellStart"/>
            <w:r>
              <w:t>până</w:t>
            </w:r>
            <w:proofErr w:type="spellEnd"/>
            <w:r>
              <w:t xml:space="preserve"> la +40°C</w:t>
            </w:r>
          </w:p>
        </w:tc>
        <w:tc>
          <w:tcPr>
            <w:tcW w:w="1134" w:type="dxa"/>
            <w:vMerge/>
            <w:vAlign w:val="center"/>
            <w:hideMark/>
          </w:tcPr>
          <w:p w14:paraId="421B26E6" w14:textId="77777777" w:rsidR="00B22A06" w:rsidRPr="006720EF" w:rsidRDefault="00B22A06" w:rsidP="00B22A06">
            <w:pPr>
              <w:spacing w:after="0" w:line="240" w:lineRule="auto"/>
              <w:rPr>
                <w:rFonts w:eastAsia="Times New Roman" w:cs="Times New Roman"/>
                <w:color w:val="000000"/>
              </w:rPr>
            </w:pPr>
          </w:p>
        </w:tc>
      </w:tr>
      <w:tr w:rsidR="00B22A06" w:rsidRPr="0005178B" w14:paraId="5577D10A" w14:textId="77777777" w:rsidTr="000B60DF">
        <w:trPr>
          <w:trHeight w:val="290"/>
          <w:jc w:val="center"/>
        </w:trPr>
        <w:tc>
          <w:tcPr>
            <w:tcW w:w="2689" w:type="dxa"/>
            <w:vAlign w:val="center"/>
          </w:tcPr>
          <w:p w14:paraId="5026BB0A" w14:textId="77777777" w:rsidR="00E4105E" w:rsidRDefault="00CB5EE7">
            <w:proofErr w:type="spellStart"/>
            <w:r>
              <w:t>Garanție</w:t>
            </w:r>
            <w:proofErr w:type="spellEnd"/>
          </w:p>
        </w:tc>
        <w:tc>
          <w:tcPr>
            <w:tcW w:w="5670" w:type="dxa"/>
            <w:vAlign w:val="center"/>
          </w:tcPr>
          <w:p w14:paraId="78E25A3A" w14:textId="77777777" w:rsidR="00E4105E" w:rsidRDefault="00CB5EE7">
            <w:r>
              <w:t xml:space="preserve">Minimum 12 </w:t>
            </w:r>
            <w:proofErr w:type="spellStart"/>
            <w:r>
              <w:t>luni</w:t>
            </w:r>
            <w:proofErr w:type="spellEnd"/>
          </w:p>
        </w:tc>
        <w:tc>
          <w:tcPr>
            <w:tcW w:w="1134" w:type="dxa"/>
            <w:vMerge/>
            <w:vAlign w:val="center"/>
          </w:tcPr>
          <w:p w14:paraId="1EAC5CFB" w14:textId="77777777" w:rsidR="00B22A06" w:rsidRPr="006720EF" w:rsidRDefault="00B22A06" w:rsidP="00B22A06">
            <w:pPr>
              <w:spacing w:after="0" w:line="240" w:lineRule="auto"/>
              <w:rPr>
                <w:rFonts w:eastAsia="Times New Roman" w:cs="Times New Roman"/>
                <w:color w:val="000000"/>
              </w:rPr>
            </w:pPr>
          </w:p>
        </w:tc>
      </w:tr>
    </w:tbl>
    <w:p w14:paraId="709B4DE3" w14:textId="77777777" w:rsidR="00F7526C" w:rsidRDefault="00F7526C"/>
    <w:tbl>
      <w:tblPr>
        <w:tblStyle w:val="aff0"/>
        <w:tblW w:w="0" w:type="auto"/>
        <w:jc w:val="center"/>
        <w:tblLook w:val="04A0" w:firstRow="1" w:lastRow="0" w:firstColumn="1" w:lastColumn="0" w:noHBand="0" w:noVBand="1"/>
      </w:tblPr>
      <w:tblGrid>
        <w:gridCol w:w="2693"/>
        <w:gridCol w:w="5666"/>
        <w:gridCol w:w="1138"/>
      </w:tblGrid>
      <w:tr w:rsidR="00747FBF" w:rsidRPr="0005178B" w14:paraId="6A8D39E7" w14:textId="77777777" w:rsidTr="00747FBF">
        <w:trPr>
          <w:trHeight w:val="290"/>
          <w:jc w:val="center"/>
        </w:trPr>
        <w:tc>
          <w:tcPr>
            <w:tcW w:w="2693" w:type="dxa"/>
            <w:shd w:val="clear" w:color="auto" w:fill="D6E3BC" w:themeFill="accent3" w:themeFillTint="66"/>
            <w:hideMark/>
          </w:tcPr>
          <w:p w14:paraId="1107F4D4" w14:textId="77777777" w:rsidR="00E4105E" w:rsidRDefault="00CB5EE7">
            <w:proofErr w:type="spellStart"/>
            <w:r>
              <w:t>Poziție</w:t>
            </w:r>
            <w:proofErr w:type="spellEnd"/>
          </w:p>
        </w:tc>
        <w:tc>
          <w:tcPr>
            <w:tcW w:w="5666" w:type="dxa"/>
            <w:shd w:val="clear" w:color="auto" w:fill="D6E3BC" w:themeFill="accent3" w:themeFillTint="66"/>
            <w:hideMark/>
          </w:tcPr>
          <w:p w14:paraId="79482A20" w14:textId="77777777" w:rsidR="00E4105E" w:rsidRDefault="00CB5EE7">
            <w:proofErr w:type="spellStart"/>
            <w:r>
              <w:t>Specificații</w:t>
            </w:r>
            <w:proofErr w:type="spellEnd"/>
            <w:r>
              <w:t xml:space="preserve"> </w:t>
            </w:r>
            <w:proofErr w:type="spellStart"/>
            <w:r>
              <w:t>minime</w:t>
            </w:r>
            <w:proofErr w:type="spellEnd"/>
            <w:r>
              <w:t xml:space="preserve"> </w:t>
            </w:r>
            <w:proofErr w:type="spellStart"/>
            <w:r>
              <w:t>solicitate</w:t>
            </w:r>
            <w:proofErr w:type="spellEnd"/>
          </w:p>
        </w:tc>
        <w:tc>
          <w:tcPr>
            <w:tcW w:w="1138" w:type="dxa"/>
            <w:shd w:val="clear" w:color="auto" w:fill="D6E3BC" w:themeFill="accent3" w:themeFillTint="66"/>
            <w:hideMark/>
          </w:tcPr>
          <w:p w14:paraId="608507E8" w14:textId="77777777" w:rsidR="00E4105E" w:rsidRDefault="00CB5EE7">
            <w:proofErr w:type="spellStart"/>
            <w:r>
              <w:t>Cantitate</w:t>
            </w:r>
            <w:proofErr w:type="spellEnd"/>
          </w:p>
        </w:tc>
      </w:tr>
      <w:tr w:rsidR="007F2D79" w:rsidRPr="0005178B" w14:paraId="6E626E9F" w14:textId="77777777" w:rsidTr="00575121">
        <w:trPr>
          <w:trHeight w:val="324"/>
          <w:jc w:val="center"/>
        </w:trPr>
        <w:tc>
          <w:tcPr>
            <w:tcW w:w="8359" w:type="dxa"/>
            <w:gridSpan w:val="2"/>
            <w:hideMark/>
          </w:tcPr>
          <w:p w14:paraId="46F33EF7" w14:textId="77777777" w:rsidR="00E4105E" w:rsidRDefault="00CB5EE7">
            <w:r>
              <w:t xml:space="preserve">3. </w:t>
            </w:r>
            <w:proofErr w:type="spellStart"/>
            <w:r>
              <w:t>Cititor</w:t>
            </w:r>
            <w:proofErr w:type="spellEnd"/>
            <w:r>
              <w:t xml:space="preserve"> RFID/NFC</w:t>
            </w:r>
          </w:p>
        </w:tc>
        <w:tc>
          <w:tcPr>
            <w:tcW w:w="1138" w:type="dxa"/>
            <w:vMerge w:val="restart"/>
            <w:vAlign w:val="center"/>
            <w:hideMark/>
          </w:tcPr>
          <w:p w14:paraId="7CC360B8" w14:textId="77777777" w:rsidR="00E4105E" w:rsidRDefault="00CB5EE7">
            <w:r>
              <w:t xml:space="preserve">13 </w:t>
            </w:r>
            <w:proofErr w:type="spellStart"/>
            <w:r>
              <w:t>buc</w:t>
            </w:r>
            <w:proofErr w:type="spellEnd"/>
            <w:r>
              <w:t>.</w:t>
            </w:r>
          </w:p>
        </w:tc>
      </w:tr>
      <w:tr w:rsidR="007B728C" w:rsidRPr="0005178B" w14:paraId="49B2D69D" w14:textId="77777777" w:rsidTr="006510ED">
        <w:trPr>
          <w:trHeight w:val="290"/>
          <w:jc w:val="center"/>
        </w:trPr>
        <w:tc>
          <w:tcPr>
            <w:tcW w:w="2693" w:type="dxa"/>
            <w:vAlign w:val="center"/>
            <w:hideMark/>
          </w:tcPr>
          <w:p w14:paraId="513ACCA9" w14:textId="77777777" w:rsidR="00E4105E" w:rsidRDefault="00CB5EE7">
            <w:proofErr w:type="spellStart"/>
            <w:r>
              <w:t>Tehnologie</w:t>
            </w:r>
            <w:proofErr w:type="spellEnd"/>
          </w:p>
        </w:tc>
        <w:tc>
          <w:tcPr>
            <w:tcW w:w="5666" w:type="dxa"/>
            <w:vAlign w:val="center"/>
            <w:hideMark/>
          </w:tcPr>
          <w:p w14:paraId="57CA55D2" w14:textId="77777777" w:rsidR="00E4105E" w:rsidRDefault="00CB5EE7">
            <w:r>
              <w:t xml:space="preserve">RFID/NFC </w:t>
            </w:r>
            <w:proofErr w:type="spellStart"/>
            <w:r>
              <w:t>pentru</w:t>
            </w:r>
            <w:proofErr w:type="spellEnd"/>
            <w:r>
              <w:t xml:space="preserve"> </w:t>
            </w:r>
            <w:proofErr w:type="spellStart"/>
            <w:r>
              <w:t>asocierea</w:t>
            </w:r>
            <w:proofErr w:type="spellEnd"/>
            <w:r>
              <w:t xml:space="preserve"> </w:t>
            </w:r>
            <w:proofErr w:type="spellStart"/>
            <w:r>
              <w:t>controlată</w:t>
            </w:r>
            <w:proofErr w:type="spellEnd"/>
            <w:r>
              <w:t xml:space="preserve"> a </w:t>
            </w:r>
            <w:proofErr w:type="spellStart"/>
            <w:r>
              <w:t>utilizatorilor</w:t>
            </w:r>
            <w:proofErr w:type="spellEnd"/>
            <w:r>
              <w:t xml:space="preserve"> </w:t>
            </w:r>
            <w:proofErr w:type="spellStart"/>
            <w:r>
              <w:t>și</w:t>
            </w:r>
            <w:proofErr w:type="spellEnd"/>
            <w:r>
              <w:t>/</w:t>
            </w:r>
            <w:proofErr w:type="spellStart"/>
            <w:r>
              <w:t>sau</w:t>
            </w:r>
            <w:proofErr w:type="spellEnd"/>
            <w:r>
              <w:t xml:space="preserve"> </w:t>
            </w:r>
            <w:proofErr w:type="spellStart"/>
            <w:r>
              <w:t>echipamentelor</w:t>
            </w:r>
            <w:proofErr w:type="spellEnd"/>
          </w:p>
        </w:tc>
        <w:tc>
          <w:tcPr>
            <w:tcW w:w="1138" w:type="dxa"/>
            <w:vMerge/>
            <w:hideMark/>
          </w:tcPr>
          <w:p w14:paraId="084B3EBF" w14:textId="77777777" w:rsidR="007B728C" w:rsidRPr="0005178B" w:rsidRDefault="007B728C" w:rsidP="007B728C">
            <w:pPr>
              <w:rPr>
                <w:rFonts w:cs="Times New Roman"/>
              </w:rPr>
            </w:pPr>
          </w:p>
        </w:tc>
      </w:tr>
      <w:tr w:rsidR="007B728C" w:rsidRPr="0005178B" w14:paraId="3BE1E900" w14:textId="77777777" w:rsidTr="006510ED">
        <w:trPr>
          <w:trHeight w:val="290"/>
          <w:jc w:val="center"/>
        </w:trPr>
        <w:tc>
          <w:tcPr>
            <w:tcW w:w="2693" w:type="dxa"/>
            <w:vAlign w:val="center"/>
            <w:hideMark/>
          </w:tcPr>
          <w:p w14:paraId="6CE02BD6" w14:textId="77777777" w:rsidR="00E4105E" w:rsidRDefault="00CB5EE7">
            <w:proofErr w:type="spellStart"/>
            <w:r>
              <w:t>Conectare</w:t>
            </w:r>
            <w:proofErr w:type="spellEnd"/>
          </w:p>
        </w:tc>
        <w:tc>
          <w:tcPr>
            <w:tcW w:w="5666" w:type="dxa"/>
            <w:vAlign w:val="center"/>
            <w:hideMark/>
          </w:tcPr>
          <w:p w14:paraId="6EFE92AC" w14:textId="77777777" w:rsidR="00E4105E" w:rsidRDefault="00CB5EE7">
            <w:r>
              <w:t xml:space="preserve">USB </w:t>
            </w:r>
            <w:proofErr w:type="spellStart"/>
            <w:r>
              <w:t>sau</w:t>
            </w:r>
            <w:proofErr w:type="spellEnd"/>
            <w:r>
              <w:t xml:space="preserve"> </w:t>
            </w:r>
            <w:proofErr w:type="spellStart"/>
            <w:r>
              <w:t>echivalent</w:t>
            </w:r>
            <w:proofErr w:type="spellEnd"/>
          </w:p>
        </w:tc>
        <w:tc>
          <w:tcPr>
            <w:tcW w:w="1138" w:type="dxa"/>
            <w:vMerge/>
            <w:hideMark/>
          </w:tcPr>
          <w:p w14:paraId="374DB9E9" w14:textId="77777777" w:rsidR="007B728C" w:rsidRPr="0005178B" w:rsidRDefault="007B728C" w:rsidP="007B728C">
            <w:pPr>
              <w:rPr>
                <w:rFonts w:cs="Times New Roman"/>
              </w:rPr>
            </w:pPr>
          </w:p>
        </w:tc>
      </w:tr>
      <w:tr w:rsidR="007B728C" w:rsidRPr="0005178B" w14:paraId="4A78CBC1" w14:textId="77777777" w:rsidTr="006510ED">
        <w:trPr>
          <w:trHeight w:val="580"/>
          <w:jc w:val="center"/>
        </w:trPr>
        <w:tc>
          <w:tcPr>
            <w:tcW w:w="2693" w:type="dxa"/>
            <w:vAlign w:val="center"/>
            <w:hideMark/>
          </w:tcPr>
          <w:p w14:paraId="64B4782B" w14:textId="77777777" w:rsidR="00E4105E" w:rsidRDefault="00CB5EE7">
            <w:proofErr w:type="spellStart"/>
            <w:r>
              <w:t>Compatibilitate</w:t>
            </w:r>
            <w:proofErr w:type="spellEnd"/>
          </w:p>
        </w:tc>
        <w:tc>
          <w:tcPr>
            <w:tcW w:w="5666" w:type="dxa"/>
            <w:vAlign w:val="center"/>
            <w:hideMark/>
          </w:tcPr>
          <w:p w14:paraId="7A72FB49" w14:textId="77777777" w:rsidR="00E4105E" w:rsidRDefault="00CB5EE7">
            <w:proofErr w:type="spellStart"/>
            <w:r>
              <w:t>Compatibil</w:t>
            </w:r>
            <w:proofErr w:type="spellEnd"/>
            <w:r>
              <w:t xml:space="preserve"> cu </w:t>
            </w:r>
            <w:proofErr w:type="spellStart"/>
            <w:r>
              <w:t>platforma</w:t>
            </w:r>
            <w:proofErr w:type="spellEnd"/>
            <w:r>
              <w:t xml:space="preserve"> </w:t>
            </w:r>
            <w:proofErr w:type="spellStart"/>
            <w:r>
              <w:t>și</w:t>
            </w:r>
            <w:proofErr w:type="spellEnd"/>
            <w:r>
              <w:t xml:space="preserve"> </w:t>
            </w:r>
            <w:proofErr w:type="spellStart"/>
            <w:r>
              <w:t>fluxul</w:t>
            </w:r>
            <w:proofErr w:type="spellEnd"/>
            <w:r>
              <w:t xml:space="preserve"> </w:t>
            </w:r>
            <w:proofErr w:type="spellStart"/>
            <w:r>
              <w:t>operațional</w:t>
            </w:r>
            <w:proofErr w:type="spellEnd"/>
            <w:r>
              <w:t xml:space="preserve"> al </w:t>
            </w:r>
            <w:proofErr w:type="spellStart"/>
            <w:r>
              <w:t>soluției</w:t>
            </w:r>
            <w:proofErr w:type="spellEnd"/>
            <w:r>
              <w:t xml:space="preserve"> </w:t>
            </w:r>
            <w:proofErr w:type="spellStart"/>
            <w:r>
              <w:t>ofertate</w:t>
            </w:r>
            <w:proofErr w:type="spellEnd"/>
          </w:p>
        </w:tc>
        <w:tc>
          <w:tcPr>
            <w:tcW w:w="1138" w:type="dxa"/>
            <w:vMerge/>
            <w:hideMark/>
          </w:tcPr>
          <w:p w14:paraId="281F0E6A" w14:textId="77777777" w:rsidR="007B728C" w:rsidRPr="0005178B" w:rsidRDefault="007B728C" w:rsidP="007B728C">
            <w:pPr>
              <w:rPr>
                <w:rFonts w:cs="Times New Roman"/>
              </w:rPr>
            </w:pPr>
          </w:p>
        </w:tc>
      </w:tr>
      <w:tr w:rsidR="007B728C" w:rsidRPr="0005178B" w14:paraId="11EFCFE4" w14:textId="77777777" w:rsidTr="006510ED">
        <w:trPr>
          <w:trHeight w:val="360"/>
          <w:jc w:val="center"/>
        </w:trPr>
        <w:tc>
          <w:tcPr>
            <w:tcW w:w="2693" w:type="dxa"/>
            <w:vAlign w:val="center"/>
            <w:hideMark/>
          </w:tcPr>
          <w:p w14:paraId="172D7D63" w14:textId="77777777" w:rsidR="00E4105E" w:rsidRDefault="00CB5EE7">
            <w:proofErr w:type="spellStart"/>
            <w:r>
              <w:t>Frecvențe</w:t>
            </w:r>
            <w:proofErr w:type="spellEnd"/>
          </w:p>
        </w:tc>
        <w:tc>
          <w:tcPr>
            <w:tcW w:w="5666" w:type="dxa"/>
            <w:vAlign w:val="center"/>
            <w:hideMark/>
          </w:tcPr>
          <w:p w14:paraId="47300360" w14:textId="77777777" w:rsidR="00E4105E" w:rsidRDefault="00CB5EE7">
            <w:proofErr w:type="spellStart"/>
            <w:r>
              <w:t>Suport</w:t>
            </w:r>
            <w:proofErr w:type="spellEnd"/>
            <w:r>
              <w:t xml:space="preserve"> </w:t>
            </w:r>
            <w:proofErr w:type="spellStart"/>
            <w:r>
              <w:t>pentru</w:t>
            </w:r>
            <w:proofErr w:type="spellEnd"/>
            <w:r>
              <w:t xml:space="preserve"> </w:t>
            </w:r>
            <w:proofErr w:type="spellStart"/>
            <w:r>
              <w:t>tehnologii</w:t>
            </w:r>
            <w:proofErr w:type="spellEnd"/>
            <w:r>
              <w:t xml:space="preserve"> LF </w:t>
            </w:r>
            <w:proofErr w:type="spellStart"/>
            <w:r>
              <w:t>și</w:t>
            </w:r>
            <w:proofErr w:type="spellEnd"/>
            <w:r>
              <w:t>/</w:t>
            </w:r>
            <w:proofErr w:type="spellStart"/>
            <w:r>
              <w:t>sau</w:t>
            </w:r>
            <w:proofErr w:type="spellEnd"/>
            <w:r>
              <w:t xml:space="preserve"> HF, </w:t>
            </w:r>
            <w:proofErr w:type="spellStart"/>
            <w:r>
              <w:t>după</w:t>
            </w:r>
            <w:proofErr w:type="spellEnd"/>
            <w:r>
              <w:t xml:space="preserve"> </w:t>
            </w:r>
            <w:proofErr w:type="spellStart"/>
            <w:r>
              <w:t>necesitățile</w:t>
            </w:r>
            <w:proofErr w:type="spellEnd"/>
            <w:r>
              <w:t xml:space="preserve"> </w:t>
            </w:r>
            <w:proofErr w:type="spellStart"/>
            <w:r>
              <w:t>soluției</w:t>
            </w:r>
            <w:proofErr w:type="spellEnd"/>
            <w:r>
              <w:t xml:space="preserve"> </w:t>
            </w:r>
            <w:proofErr w:type="spellStart"/>
            <w:r>
              <w:t>ofertate</w:t>
            </w:r>
            <w:proofErr w:type="spellEnd"/>
          </w:p>
        </w:tc>
        <w:tc>
          <w:tcPr>
            <w:tcW w:w="1138" w:type="dxa"/>
            <w:vMerge/>
            <w:hideMark/>
          </w:tcPr>
          <w:p w14:paraId="17FE4D7F" w14:textId="77777777" w:rsidR="007B728C" w:rsidRPr="0005178B" w:rsidRDefault="007B728C" w:rsidP="007B728C">
            <w:pPr>
              <w:rPr>
                <w:rFonts w:cs="Times New Roman"/>
              </w:rPr>
            </w:pPr>
          </w:p>
        </w:tc>
      </w:tr>
      <w:tr w:rsidR="007B728C" w:rsidRPr="0005178B" w14:paraId="3D842831" w14:textId="77777777" w:rsidTr="006510ED">
        <w:trPr>
          <w:trHeight w:val="340"/>
          <w:jc w:val="center"/>
        </w:trPr>
        <w:tc>
          <w:tcPr>
            <w:tcW w:w="2693" w:type="dxa"/>
            <w:vAlign w:val="center"/>
            <w:hideMark/>
          </w:tcPr>
          <w:p w14:paraId="38070DA2" w14:textId="77777777" w:rsidR="00E4105E" w:rsidRDefault="00CB5EE7">
            <w:proofErr w:type="spellStart"/>
            <w:r>
              <w:t>Distanță</w:t>
            </w:r>
            <w:proofErr w:type="spellEnd"/>
            <w:r>
              <w:t xml:space="preserve"> de </w:t>
            </w:r>
            <w:proofErr w:type="spellStart"/>
            <w:r>
              <w:t>citire</w:t>
            </w:r>
            <w:proofErr w:type="spellEnd"/>
          </w:p>
        </w:tc>
        <w:tc>
          <w:tcPr>
            <w:tcW w:w="5666" w:type="dxa"/>
            <w:vAlign w:val="center"/>
            <w:hideMark/>
          </w:tcPr>
          <w:p w14:paraId="01A2D559" w14:textId="77777777" w:rsidR="00E4105E" w:rsidRDefault="00CB5EE7">
            <w:proofErr w:type="spellStart"/>
            <w:r>
              <w:t>Adecvată</w:t>
            </w:r>
            <w:proofErr w:type="spellEnd"/>
            <w:r>
              <w:t xml:space="preserve"> </w:t>
            </w:r>
            <w:proofErr w:type="spellStart"/>
            <w:r>
              <w:t>utilizării</w:t>
            </w:r>
            <w:proofErr w:type="spellEnd"/>
            <w:r>
              <w:t xml:space="preserve"> operative </w:t>
            </w:r>
            <w:proofErr w:type="spellStart"/>
            <w:r>
              <w:t>și</w:t>
            </w:r>
            <w:proofErr w:type="spellEnd"/>
            <w:r>
              <w:t xml:space="preserve"> </w:t>
            </w:r>
            <w:proofErr w:type="spellStart"/>
            <w:r>
              <w:t>tipului</w:t>
            </w:r>
            <w:proofErr w:type="spellEnd"/>
            <w:r>
              <w:t xml:space="preserve"> de card/tag </w:t>
            </w:r>
            <w:proofErr w:type="spellStart"/>
            <w:r>
              <w:t>utilizat</w:t>
            </w:r>
            <w:proofErr w:type="spellEnd"/>
          </w:p>
        </w:tc>
        <w:tc>
          <w:tcPr>
            <w:tcW w:w="1138" w:type="dxa"/>
            <w:vMerge/>
            <w:hideMark/>
          </w:tcPr>
          <w:p w14:paraId="5EDF7479" w14:textId="77777777" w:rsidR="007B728C" w:rsidRPr="0005178B" w:rsidRDefault="007B728C" w:rsidP="007B728C">
            <w:pPr>
              <w:rPr>
                <w:rFonts w:cs="Times New Roman"/>
              </w:rPr>
            </w:pPr>
          </w:p>
        </w:tc>
      </w:tr>
      <w:tr w:rsidR="007B728C" w:rsidRPr="00CB5EE7" w14:paraId="60778098" w14:textId="77777777" w:rsidTr="006510ED">
        <w:trPr>
          <w:trHeight w:val="580"/>
          <w:jc w:val="center"/>
        </w:trPr>
        <w:tc>
          <w:tcPr>
            <w:tcW w:w="2693" w:type="dxa"/>
            <w:vAlign w:val="center"/>
            <w:hideMark/>
          </w:tcPr>
          <w:p w14:paraId="1206A3C4" w14:textId="77777777" w:rsidR="00E4105E" w:rsidRDefault="00CB5EE7">
            <w:proofErr w:type="spellStart"/>
            <w:r>
              <w:t>Standarde</w:t>
            </w:r>
            <w:proofErr w:type="spellEnd"/>
          </w:p>
        </w:tc>
        <w:tc>
          <w:tcPr>
            <w:tcW w:w="5666" w:type="dxa"/>
            <w:vAlign w:val="center"/>
            <w:hideMark/>
          </w:tcPr>
          <w:p w14:paraId="23C54004" w14:textId="77777777" w:rsidR="00E4105E" w:rsidRPr="00344F7B" w:rsidRDefault="00CB5EE7">
            <w:pPr>
              <w:rPr>
                <w:lang w:val="pt-BR"/>
              </w:rPr>
            </w:pPr>
            <w:r w:rsidRPr="00344F7B">
              <w:rPr>
                <w:lang w:val="pt-BR"/>
              </w:rPr>
              <w:t>Compatibil cu MIFARE, ISO 14443 A/B, ISO 15693 și/sau alte standarde echivalente necesare</w:t>
            </w:r>
          </w:p>
        </w:tc>
        <w:tc>
          <w:tcPr>
            <w:tcW w:w="1138" w:type="dxa"/>
            <w:vMerge/>
            <w:hideMark/>
          </w:tcPr>
          <w:p w14:paraId="61359A90" w14:textId="77777777" w:rsidR="007B728C" w:rsidRPr="00344F7B" w:rsidRDefault="007B728C" w:rsidP="007B728C">
            <w:pPr>
              <w:rPr>
                <w:rFonts w:cs="Times New Roman"/>
                <w:lang w:val="pt-BR"/>
              </w:rPr>
            </w:pPr>
          </w:p>
        </w:tc>
      </w:tr>
      <w:tr w:rsidR="007B728C" w:rsidRPr="0005178B" w14:paraId="5FE5C650" w14:textId="77777777" w:rsidTr="006510ED">
        <w:trPr>
          <w:trHeight w:val="290"/>
          <w:jc w:val="center"/>
        </w:trPr>
        <w:tc>
          <w:tcPr>
            <w:tcW w:w="2693" w:type="dxa"/>
            <w:vAlign w:val="center"/>
            <w:hideMark/>
          </w:tcPr>
          <w:p w14:paraId="638D31D7" w14:textId="77777777" w:rsidR="00E4105E" w:rsidRDefault="00CB5EE7">
            <w:r>
              <w:t>Format</w:t>
            </w:r>
          </w:p>
        </w:tc>
        <w:tc>
          <w:tcPr>
            <w:tcW w:w="5666" w:type="dxa"/>
            <w:vAlign w:val="center"/>
            <w:hideMark/>
          </w:tcPr>
          <w:p w14:paraId="3ABDF127" w14:textId="77777777" w:rsidR="00E4105E" w:rsidRDefault="00CB5EE7">
            <w:r>
              <w:t>Desktop/USB, compact</w:t>
            </w:r>
          </w:p>
        </w:tc>
        <w:tc>
          <w:tcPr>
            <w:tcW w:w="1138" w:type="dxa"/>
            <w:vMerge/>
            <w:hideMark/>
          </w:tcPr>
          <w:p w14:paraId="23D93C29" w14:textId="77777777" w:rsidR="007B728C" w:rsidRPr="0005178B" w:rsidRDefault="007B728C" w:rsidP="007B728C">
            <w:pPr>
              <w:rPr>
                <w:rFonts w:cs="Times New Roman"/>
              </w:rPr>
            </w:pPr>
          </w:p>
        </w:tc>
      </w:tr>
      <w:tr w:rsidR="007B728C" w:rsidRPr="00CB5EE7" w14:paraId="2DEED36A" w14:textId="77777777" w:rsidTr="006510ED">
        <w:trPr>
          <w:trHeight w:val="290"/>
          <w:jc w:val="center"/>
        </w:trPr>
        <w:tc>
          <w:tcPr>
            <w:tcW w:w="2693" w:type="dxa"/>
            <w:vAlign w:val="center"/>
            <w:hideMark/>
          </w:tcPr>
          <w:p w14:paraId="0CF5C79A" w14:textId="77777777" w:rsidR="00E4105E" w:rsidRDefault="00CB5EE7">
            <w:proofErr w:type="spellStart"/>
            <w:r>
              <w:t>Dimensiuni</w:t>
            </w:r>
            <w:proofErr w:type="spellEnd"/>
          </w:p>
        </w:tc>
        <w:tc>
          <w:tcPr>
            <w:tcW w:w="5666" w:type="dxa"/>
            <w:vAlign w:val="center"/>
            <w:hideMark/>
          </w:tcPr>
          <w:p w14:paraId="4BF71EEF" w14:textId="77777777" w:rsidR="00E4105E" w:rsidRPr="00344F7B" w:rsidRDefault="00CB5EE7">
            <w:pPr>
              <w:rPr>
                <w:lang w:val="es-US"/>
              </w:rPr>
            </w:pPr>
            <w:r w:rsidRPr="00344F7B">
              <w:rPr>
                <w:lang w:val="es-US"/>
              </w:rPr>
              <w:t>Adecvate utilizării în punctele de lucru</w:t>
            </w:r>
          </w:p>
        </w:tc>
        <w:tc>
          <w:tcPr>
            <w:tcW w:w="1138" w:type="dxa"/>
            <w:vMerge/>
            <w:hideMark/>
          </w:tcPr>
          <w:p w14:paraId="626A954F" w14:textId="77777777" w:rsidR="007B728C" w:rsidRPr="00344F7B" w:rsidRDefault="007B728C" w:rsidP="007B728C">
            <w:pPr>
              <w:rPr>
                <w:rFonts w:cs="Times New Roman"/>
                <w:lang w:val="es-US"/>
              </w:rPr>
            </w:pPr>
          </w:p>
        </w:tc>
      </w:tr>
      <w:tr w:rsidR="007B728C" w:rsidRPr="0005178B" w14:paraId="4290EE96" w14:textId="77777777" w:rsidTr="006510ED">
        <w:trPr>
          <w:trHeight w:val="290"/>
          <w:jc w:val="center"/>
        </w:trPr>
        <w:tc>
          <w:tcPr>
            <w:tcW w:w="2693" w:type="dxa"/>
            <w:vAlign w:val="center"/>
            <w:hideMark/>
          </w:tcPr>
          <w:p w14:paraId="3E314992" w14:textId="77777777" w:rsidR="00E4105E" w:rsidRDefault="00CB5EE7">
            <w:proofErr w:type="spellStart"/>
            <w:r>
              <w:t>Temperatură</w:t>
            </w:r>
            <w:proofErr w:type="spellEnd"/>
            <w:r>
              <w:t xml:space="preserve"> de </w:t>
            </w:r>
            <w:proofErr w:type="spellStart"/>
            <w:r>
              <w:t>operare</w:t>
            </w:r>
            <w:proofErr w:type="spellEnd"/>
          </w:p>
        </w:tc>
        <w:tc>
          <w:tcPr>
            <w:tcW w:w="5666" w:type="dxa"/>
            <w:vAlign w:val="center"/>
            <w:hideMark/>
          </w:tcPr>
          <w:p w14:paraId="03E04B7F" w14:textId="77777777" w:rsidR="00E4105E" w:rsidRDefault="00CB5EE7">
            <w:r>
              <w:t xml:space="preserve">Minimum 0°C </w:t>
            </w:r>
            <w:proofErr w:type="spellStart"/>
            <w:r>
              <w:t>până</w:t>
            </w:r>
            <w:proofErr w:type="spellEnd"/>
            <w:r>
              <w:t xml:space="preserve"> la +40°C</w:t>
            </w:r>
          </w:p>
        </w:tc>
        <w:tc>
          <w:tcPr>
            <w:tcW w:w="1138" w:type="dxa"/>
            <w:vMerge/>
            <w:hideMark/>
          </w:tcPr>
          <w:p w14:paraId="4EBCF85D" w14:textId="77777777" w:rsidR="007B728C" w:rsidRPr="0005178B" w:rsidRDefault="007B728C" w:rsidP="007B728C">
            <w:pPr>
              <w:rPr>
                <w:rFonts w:cs="Times New Roman"/>
              </w:rPr>
            </w:pPr>
          </w:p>
        </w:tc>
      </w:tr>
      <w:tr w:rsidR="007B728C" w:rsidRPr="0005178B" w14:paraId="42156D29" w14:textId="77777777" w:rsidTr="006510ED">
        <w:trPr>
          <w:trHeight w:val="290"/>
          <w:jc w:val="center"/>
        </w:trPr>
        <w:tc>
          <w:tcPr>
            <w:tcW w:w="2693" w:type="dxa"/>
            <w:vAlign w:val="center"/>
            <w:hideMark/>
          </w:tcPr>
          <w:p w14:paraId="4D1DD26C" w14:textId="77777777" w:rsidR="00E4105E" w:rsidRDefault="00CB5EE7">
            <w:proofErr w:type="spellStart"/>
            <w:r>
              <w:t>Temperatură</w:t>
            </w:r>
            <w:proofErr w:type="spellEnd"/>
            <w:r>
              <w:t xml:space="preserve"> de </w:t>
            </w:r>
            <w:proofErr w:type="spellStart"/>
            <w:r>
              <w:t>stocare</w:t>
            </w:r>
            <w:proofErr w:type="spellEnd"/>
          </w:p>
        </w:tc>
        <w:tc>
          <w:tcPr>
            <w:tcW w:w="5666" w:type="dxa"/>
            <w:vAlign w:val="center"/>
            <w:hideMark/>
          </w:tcPr>
          <w:p w14:paraId="0C1E6296" w14:textId="77777777" w:rsidR="00E4105E" w:rsidRDefault="00CB5EE7">
            <w:r>
              <w:t xml:space="preserve">Conform </w:t>
            </w:r>
            <w:proofErr w:type="spellStart"/>
            <w:r>
              <w:t>specificației</w:t>
            </w:r>
            <w:proofErr w:type="spellEnd"/>
            <w:r>
              <w:t xml:space="preserve"> </w:t>
            </w:r>
            <w:proofErr w:type="spellStart"/>
            <w:r>
              <w:t>producătorului</w:t>
            </w:r>
            <w:proofErr w:type="spellEnd"/>
          </w:p>
        </w:tc>
        <w:tc>
          <w:tcPr>
            <w:tcW w:w="1138" w:type="dxa"/>
            <w:vMerge/>
            <w:hideMark/>
          </w:tcPr>
          <w:p w14:paraId="04B8D6CF" w14:textId="77777777" w:rsidR="007B728C" w:rsidRPr="0005178B" w:rsidRDefault="007B728C" w:rsidP="007B728C">
            <w:pPr>
              <w:rPr>
                <w:rFonts w:cs="Times New Roman"/>
              </w:rPr>
            </w:pPr>
          </w:p>
        </w:tc>
      </w:tr>
      <w:tr w:rsidR="007B728C" w:rsidRPr="0005178B" w14:paraId="50EEF513" w14:textId="77777777" w:rsidTr="006510ED">
        <w:trPr>
          <w:trHeight w:val="290"/>
          <w:jc w:val="center"/>
        </w:trPr>
        <w:tc>
          <w:tcPr>
            <w:tcW w:w="2693" w:type="dxa"/>
            <w:vAlign w:val="center"/>
            <w:hideMark/>
          </w:tcPr>
          <w:p w14:paraId="4B098CF2" w14:textId="77777777" w:rsidR="00E4105E" w:rsidRDefault="00CB5EE7">
            <w:proofErr w:type="spellStart"/>
            <w:r>
              <w:t>Garanție</w:t>
            </w:r>
            <w:proofErr w:type="spellEnd"/>
          </w:p>
        </w:tc>
        <w:tc>
          <w:tcPr>
            <w:tcW w:w="5666" w:type="dxa"/>
            <w:vAlign w:val="center"/>
            <w:hideMark/>
          </w:tcPr>
          <w:p w14:paraId="4870EB97" w14:textId="77777777" w:rsidR="00E4105E" w:rsidRDefault="00CB5EE7">
            <w:r>
              <w:t xml:space="preserve">Minimum 12 </w:t>
            </w:r>
            <w:proofErr w:type="spellStart"/>
            <w:r>
              <w:t>luni</w:t>
            </w:r>
            <w:proofErr w:type="spellEnd"/>
          </w:p>
        </w:tc>
        <w:tc>
          <w:tcPr>
            <w:tcW w:w="1138" w:type="dxa"/>
            <w:vMerge/>
            <w:hideMark/>
          </w:tcPr>
          <w:p w14:paraId="2F0AEB3B" w14:textId="77777777" w:rsidR="007B728C" w:rsidRPr="0005178B" w:rsidRDefault="007B728C" w:rsidP="007B728C">
            <w:pPr>
              <w:rPr>
                <w:rFonts w:cs="Times New Roman"/>
              </w:rPr>
            </w:pPr>
          </w:p>
        </w:tc>
      </w:tr>
    </w:tbl>
    <w:p w14:paraId="7A3CAE0B" w14:textId="77777777" w:rsidR="00D4156F" w:rsidRDefault="00D4156F"/>
    <w:tbl>
      <w:tblPr>
        <w:tblStyle w:val="aff0"/>
        <w:tblW w:w="0" w:type="auto"/>
        <w:jc w:val="center"/>
        <w:tblLook w:val="04A0" w:firstRow="1" w:lastRow="0" w:firstColumn="1" w:lastColumn="0" w:noHBand="0" w:noVBand="1"/>
      </w:tblPr>
      <w:tblGrid>
        <w:gridCol w:w="2693"/>
        <w:gridCol w:w="5670"/>
        <w:gridCol w:w="1134"/>
      </w:tblGrid>
      <w:tr w:rsidR="007F2D79" w:rsidRPr="00DB06A6" w14:paraId="63C1628D" w14:textId="77777777" w:rsidTr="005D6229">
        <w:trPr>
          <w:trHeight w:val="290"/>
          <w:jc w:val="center"/>
        </w:trPr>
        <w:tc>
          <w:tcPr>
            <w:tcW w:w="2693" w:type="dxa"/>
            <w:shd w:val="clear" w:color="auto" w:fill="D6E3BC" w:themeFill="accent3" w:themeFillTint="66"/>
            <w:vAlign w:val="center"/>
            <w:hideMark/>
          </w:tcPr>
          <w:p w14:paraId="04EDDB87" w14:textId="77777777" w:rsidR="00E4105E" w:rsidRDefault="00CB5EE7">
            <w:proofErr w:type="spellStart"/>
            <w:r>
              <w:t>Poziție</w:t>
            </w:r>
            <w:proofErr w:type="spellEnd"/>
          </w:p>
        </w:tc>
        <w:tc>
          <w:tcPr>
            <w:tcW w:w="5670" w:type="dxa"/>
            <w:shd w:val="clear" w:color="auto" w:fill="D6E3BC" w:themeFill="accent3" w:themeFillTint="66"/>
            <w:vAlign w:val="center"/>
            <w:hideMark/>
          </w:tcPr>
          <w:p w14:paraId="340B8384" w14:textId="77777777" w:rsidR="00E4105E" w:rsidRDefault="00CB5EE7">
            <w:proofErr w:type="spellStart"/>
            <w:r>
              <w:t>Specificații</w:t>
            </w:r>
            <w:proofErr w:type="spellEnd"/>
            <w:r>
              <w:t xml:space="preserve"> </w:t>
            </w:r>
            <w:proofErr w:type="spellStart"/>
            <w:r>
              <w:t>minime</w:t>
            </w:r>
            <w:proofErr w:type="spellEnd"/>
            <w:r>
              <w:t xml:space="preserve"> </w:t>
            </w:r>
            <w:proofErr w:type="spellStart"/>
            <w:r>
              <w:t>solicitate</w:t>
            </w:r>
            <w:proofErr w:type="spellEnd"/>
          </w:p>
        </w:tc>
        <w:tc>
          <w:tcPr>
            <w:tcW w:w="1134" w:type="dxa"/>
            <w:shd w:val="clear" w:color="auto" w:fill="D6E3BC" w:themeFill="accent3" w:themeFillTint="66"/>
            <w:vAlign w:val="center"/>
            <w:hideMark/>
          </w:tcPr>
          <w:p w14:paraId="38C11EA5" w14:textId="77777777" w:rsidR="00E4105E" w:rsidRDefault="00CB5EE7">
            <w:proofErr w:type="spellStart"/>
            <w:r>
              <w:t>Cantitate</w:t>
            </w:r>
            <w:proofErr w:type="spellEnd"/>
          </w:p>
        </w:tc>
      </w:tr>
      <w:tr w:rsidR="007F2D79" w:rsidRPr="00DB06A6" w14:paraId="3187BDA6" w14:textId="77777777" w:rsidTr="005D6229">
        <w:trPr>
          <w:trHeight w:val="390"/>
          <w:jc w:val="center"/>
        </w:trPr>
        <w:tc>
          <w:tcPr>
            <w:tcW w:w="8363" w:type="dxa"/>
            <w:gridSpan w:val="2"/>
            <w:vAlign w:val="center"/>
            <w:hideMark/>
          </w:tcPr>
          <w:p w14:paraId="0CEEA76C" w14:textId="77777777" w:rsidR="00E4105E" w:rsidRDefault="00CB5EE7">
            <w:r>
              <w:t xml:space="preserve">4. </w:t>
            </w:r>
            <w:proofErr w:type="spellStart"/>
            <w:r>
              <w:t>Platformă</w:t>
            </w:r>
            <w:proofErr w:type="spellEnd"/>
            <w:r>
              <w:t xml:space="preserve"> de management video </w:t>
            </w:r>
            <w:proofErr w:type="spellStart"/>
            <w:r>
              <w:t>și</w:t>
            </w:r>
            <w:proofErr w:type="spellEnd"/>
            <w:r>
              <w:t xml:space="preserve"> </w:t>
            </w:r>
            <w:proofErr w:type="spellStart"/>
            <w:r>
              <w:t>administrare</w:t>
            </w:r>
            <w:proofErr w:type="spellEnd"/>
            <w:r>
              <w:t xml:space="preserve"> </w:t>
            </w:r>
            <w:proofErr w:type="spellStart"/>
            <w:r>
              <w:t>centralizată</w:t>
            </w:r>
            <w:proofErr w:type="spellEnd"/>
          </w:p>
        </w:tc>
        <w:tc>
          <w:tcPr>
            <w:tcW w:w="1134" w:type="dxa"/>
            <w:vMerge w:val="restart"/>
            <w:vAlign w:val="center"/>
            <w:hideMark/>
          </w:tcPr>
          <w:p w14:paraId="3A9998CD" w14:textId="77777777" w:rsidR="00E4105E" w:rsidRDefault="00CB5EE7">
            <w:r>
              <w:t xml:space="preserve">1 </w:t>
            </w:r>
            <w:proofErr w:type="spellStart"/>
            <w:r>
              <w:t>buc</w:t>
            </w:r>
            <w:proofErr w:type="spellEnd"/>
            <w:r>
              <w:t>.</w:t>
            </w:r>
          </w:p>
        </w:tc>
      </w:tr>
      <w:tr w:rsidR="001D7626" w:rsidRPr="00DB06A6" w14:paraId="44687CA6" w14:textId="77777777" w:rsidTr="005D6229">
        <w:trPr>
          <w:trHeight w:val="290"/>
          <w:jc w:val="center"/>
        </w:trPr>
        <w:tc>
          <w:tcPr>
            <w:tcW w:w="2693" w:type="dxa"/>
            <w:vAlign w:val="center"/>
            <w:hideMark/>
          </w:tcPr>
          <w:p w14:paraId="3F836697" w14:textId="77777777" w:rsidR="00E4105E" w:rsidRDefault="00CB5EE7">
            <w:proofErr w:type="spellStart"/>
            <w:r>
              <w:t>Platformă</w:t>
            </w:r>
            <w:proofErr w:type="spellEnd"/>
          </w:p>
        </w:tc>
        <w:tc>
          <w:tcPr>
            <w:tcW w:w="5670" w:type="dxa"/>
            <w:vAlign w:val="center"/>
            <w:hideMark/>
          </w:tcPr>
          <w:p w14:paraId="2F038E2A" w14:textId="77777777" w:rsidR="00E4105E" w:rsidRDefault="00CB5EE7">
            <w:proofErr w:type="spellStart"/>
            <w:r>
              <w:t>Platformă</w:t>
            </w:r>
            <w:proofErr w:type="spellEnd"/>
            <w:r>
              <w:t xml:space="preserve"> software </w:t>
            </w:r>
            <w:proofErr w:type="spellStart"/>
            <w:r>
              <w:t>centralizată</w:t>
            </w:r>
            <w:proofErr w:type="spellEnd"/>
            <w:r>
              <w:t xml:space="preserve"> </w:t>
            </w:r>
            <w:proofErr w:type="spellStart"/>
            <w:r>
              <w:t>pentru</w:t>
            </w:r>
            <w:proofErr w:type="spellEnd"/>
            <w:r>
              <w:t xml:space="preserve"> </w:t>
            </w:r>
            <w:proofErr w:type="spellStart"/>
            <w:r>
              <w:t>administrarea</w:t>
            </w:r>
            <w:proofErr w:type="spellEnd"/>
            <w:r>
              <w:t xml:space="preserve"> </w:t>
            </w:r>
            <w:proofErr w:type="spellStart"/>
            <w:r>
              <w:t>camerelor</w:t>
            </w:r>
            <w:proofErr w:type="spellEnd"/>
            <w:r>
              <w:t xml:space="preserve">, </w:t>
            </w:r>
            <w:proofErr w:type="spellStart"/>
            <w:r>
              <w:t>utilizatorilor</w:t>
            </w:r>
            <w:proofErr w:type="spellEnd"/>
            <w:r>
              <w:t xml:space="preserve"> </w:t>
            </w:r>
            <w:proofErr w:type="spellStart"/>
            <w:r>
              <w:t>și</w:t>
            </w:r>
            <w:proofErr w:type="spellEnd"/>
            <w:r>
              <w:t xml:space="preserve"> </w:t>
            </w:r>
            <w:proofErr w:type="spellStart"/>
            <w:r>
              <w:t>probelor</w:t>
            </w:r>
            <w:proofErr w:type="spellEnd"/>
            <w:r>
              <w:t xml:space="preserve"> video</w:t>
            </w:r>
          </w:p>
        </w:tc>
        <w:tc>
          <w:tcPr>
            <w:tcW w:w="1134" w:type="dxa"/>
            <w:vMerge/>
            <w:vAlign w:val="center"/>
            <w:hideMark/>
          </w:tcPr>
          <w:p w14:paraId="3671BCE5" w14:textId="77777777" w:rsidR="001D7626" w:rsidRPr="00DB06A6" w:rsidRDefault="001D7626" w:rsidP="001D7626"/>
        </w:tc>
      </w:tr>
      <w:tr w:rsidR="001D7626" w:rsidRPr="00DB06A6" w14:paraId="17A0CCFB" w14:textId="77777777" w:rsidTr="005D6229">
        <w:trPr>
          <w:trHeight w:val="290"/>
          <w:jc w:val="center"/>
        </w:trPr>
        <w:tc>
          <w:tcPr>
            <w:tcW w:w="2693" w:type="dxa"/>
            <w:vAlign w:val="center"/>
            <w:hideMark/>
          </w:tcPr>
          <w:p w14:paraId="7782D5E0" w14:textId="77777777" w:rsidR="00E4105E" w:rsidRDefault="00CB5EE7">
            <w:proofErr w:type="spellStart"/>
            <w:r>
              <w:t>Destinație</w:t>
            </w:r>
            <w:proofErr w:type="spellEnd"/>
          </w:p>
        </w:tc>
        <w:tc>
          <w:tcPr>
            <w:tcW w:w="5670" w:type="dxa"/>
            <w:vAlign w:val="center"/>
            <w:hideMark/>
          </w:tcPr>
          <w:p w14:paraId="7153EFF4" w14:textId="77777777" w:rsidR="00E4105E" w:rsidRDefault="00CB5EE7">
            <w:r>
              <w:t xml:space="preserve">Management </w:t>
            </w:r>
            <w:proofErr w:type="spellStart"/>
            <w:r>
              <w:t>centralizat</w:t>
            </w:r>
            <w:proofErr w:type="spellEnd"/>
            <w:r>
              <w:t xml:space="preserve"> al </w:t>
            </w:r>
            <w:proofErr w:type="spellStart"/>
            <w:r>
              <w:t>camerelor</w:t>
            </w:r>
            <w:proofErr w:type="spellEnd"/>
            <w:r>
              <w:t xml:space="preserve">, </w:t>
            </w:r>
            <w:proofErr w:type="spellStart"/>
            <w:r>
              <w:t>încărcarea</w:t>
            </w:r>
            <w:proofErr w:type="spellEnd"/>
            <w:r>
              <w:t xml:space="preserve"> </w:t>
            </w:r>
            <w:proofErr w:type="spellStart"/>
            <w:r>
              <w:t>și</w:t>
            </w:r>
            <w:proofErr w:type="spellEnd"/>
            <w:r>
              <w:t xml:space="preserve"> </w:t>
            </w:r>
            <w:proofErr w:type="spellStart"/>
            <w:r>
              <w:t>administrarea</w:t>
            </w:r>
            <w:proofErr w:type="spellEnd"/>
            <w:r>
              <w:t xml:space="preserve"> </w:t>
            </w:r>
            <w:proofErr w:type="spellStart"/>
            <w:r>
              <w:t>înregistrărilor</w:t>
            </w:r>
            <w:proofErr w:type="spellEnd"/>
          </w:p>
        </w:tc>
        <w:tc>
          <w:tcPr>
            <w:tcW w:w="1134" w:type="dxa"/>
            <w:vMerge/>
            <w:vAlign w:val="center"/>
            <w:hideMark/>
          </w:tcPr>
          <w:p w14:paraId="3C294DF7" w14:textId="77777777" w:rsidR="001D7626" w:rsidRPr="00DB06A6" w:rsidRDefault="001D7626" w:rsidP="001D7626"/>
        </w:tc>
      </w:tr>
      <w:tr w:rsidR="001D7626" w:rsidRPr="00DB06A6" w14:paraId="1BCC8AAA" w14:textId="77777777" w:rsidTr="005D6229">
        <w:trPr>
          <w:trHeight w:val="580"/>
          <w:jc w:val="center"/>
        </w:trPr>
        <w:tc>
          <w:tcPr>
            <w:tcW w:w="2693" w:type="dxa"/>
            <w:vAlign w:val="center"/>
            <w:hideMark/>
          </w:tcPr>
          <w:p w14:paraId="0EE48145" w14:textId="77777777" w:rsidR="00E4105E" w:rsidRDefault="00CB5EE7">
            <w:proofErr w:type="spellStart"/>
            <w:r>
              <w:t>Implementare</w:t>
            </w:r>
            <w:proofErr w:type="spellEnd"/>
          </w:p>
        </w:tc>
        <w:tc>
          <w:tcPr>
            <w:tcW w:w="5670" w:type="dxa"/>
            <w:vAlign w:val="center"/>
            <w:hideMark/>
          </w:tcPr>
          <w:p w14:paraId="6F3FDD80" w14:textId="77777777" w:rsidR="00E4105E" w:rsidRDefault="00CB5EE7">
            <w:proofErr w:type="spellStart"/>
            <w:r>
              <w:t>Instalare</w:t>
            </w:r>
            <w:proofErr w:type="spellEnd"/>
            <w:r>
              <w:t xml:space="preserve"> on-premises </w:t>
            </w:r>
            <w:proofErr w:type="spellStart"/>
            <w:r>
              <w:t>în</w:t>
            </w:r>
            <w:proofErr w:type="spellEnd"/>
            <w:r>
              <w:t xml:space="preserve"> </w:t>
            </w:r>
            <w:proofErr w:type="spellStart"/>
            <w:r>
              <w:t>infrastructura</w:t>
            </w:r>
            <w:proofErr w:type="spellEnd"/>
            <w:r>
              <w:t xml:space="preserve"> </w:t>
            </w:r>
            <w:proofErr w:type="spellStart"/>
            <w:r>
              <w:t>Beneficiarului</w:t>
            </w:r>
            <w:proofErr w:type="spellEnd"/>
            <w:r>
              <w:t xml:space="preserve">; se </w:t>
            </w:r>
            <w:proofErr w:type="spellStart"/>
            <w:r>
              <w:t>acceptă</w:t>
            </w:r>
            <w:proofErr w:type="spellEnd"/>
            <w:r>
              <w:t xml:space="preserve"> </w:t>
            </w:r>
            <w:proofErr w:type="spellStart"/>
            <w:r>
              <w:t>și</w:t>
            </w:r>
            <w:proofErr w:type="spellEnd"/>
            <w:r>
              <w:t xml:space="preserve"> </w:t>
            </w:r>
            <w:proofErr w:type="spellStart"/>
            <w:r>
              <w:t>alte</w:t>
            </w:r>
            <w:proofErr w:type="spellEnd"/>
            <w:r>
              <w:t xml:space="preserve"> </w:t>
            </w:r>
            <w:proofErr w:type="spellStart"/>
            <w:r>
              <w:t>modele</w:t>
            </w:r>
            <w:proofErr w:type="spellEnd"/>
            <w:r>
              <w:t xml:space="preserve"> de </w:t>
            </w:r>
            <w:proofErr w:type="spellStart"/>
            <w:r>
              <w:t>implementare</w:t>
            </w:r>
            <w:proofErr w:type="spellEnd"/>
            <w:r>
              <w:t xml:space="preserve"> </w:t>
            </w:r>
            <w:proofErr w:type="spellStart"/>
            <w:r>
              <w:t>dacă</w:t>
            </w:r>
            <w:proofErr w:type="spellEnd"/>
            <w:r>
              <w:t xml:space="preserve"> </w:t>
            </w:r>
            <w:proofErr w:type="spellStart"/>
            <w:r>
              <w:t>sunt</w:t>
            </w:r>
            <w:proofErr w:type="spellEnd"/>
            <w:r>
              <w:t xml:space="preserve"> </w:t>
            </w:r>
            <w:proofErr w:type="spellStart"/>
            <w:r>
              <w:t>compatibile</w:t>
            </w:r>
            <w:proofErr w:type="spellEnd"/>
            <w:r>
              <w:t xml:space="preserve"> cu </w:t>
            </w:r>
            <w:proofErr w:type="spellStart"/>
            <w:r>
              <w:t>soluția</w:t>
            </w:r>
            <w:proofErr w:type="spellEnd"/>
            <w:r>
              <w:t xml:space="preserve"> </w:t>
            </w:r>
            <w:proofErr w:type="spellStart"/>
            <w:r>
              <w:t>ofertată</w:t>
            </w:r>
            <w:proofErr w:type="spellEnd"/>
            <w:r>
              <w:t xml:space="preserve"> </w:t>
            </w:r>
            <w:proofErr w:type="spellStart"/>
            <w:r>
              <w:t>și</w:t>
            </w:r>
            <w:proofErr w:type="spellEnd"/>
            <w:r>
              <w:t xml:space="preserve"> cu </w:t>
            </w:r>
            <w:proofErr w:type="spellStart"/>
            <w:r>
              <w:t>cerințele</w:t>
            </w:r>
            <w:proofErr w:type="spellEnd"/>
            <w:r>
              <w:t xml:space="preserve"> de </w:t>
            </w:r>
            <w:proofErr w:type="spellStart"/>
            <w:r>
              <w:t>securitate</w:t>
            </w:r>
            <w:proofErr w:type="spellEnd"/>
          </w:p>
        </w:tc>
        <w:tc>
          <w:tcPr>
            <w:tcW w:w="1134" w:type="dxa"/>
            <w:vMerge/>
            <w:vAlign w:val="center"/>
            <w:hideMark/>
          </w:tcPr>
          <w:p w14:paraId="00216280" w14:textId="77777777" w:rsidR="001D7626" w:rsidRPr="00DB06A6" w:rsidRDefault="001D7626" w:rsidP="001D7626"/>
        </w:tc>
      </w:tr>
      <w:tr w:rsidR="001D7626" w:rsidRPr="00DB06A6" w14:paraId="4C5B6B21" w14:textId="77777777" w:rsidTr="005D6229">
        <w:trPr>
          <w:trHeight w:val="580"/>
          <w:jc w:val="center"/>
        </w:trPr>
        <w:tc>
          <w:tcPr>
            <w:tcW w:w="2693" w:type="dxa"/>
            <w:vAlign w:val="center"/>
            <w:hideMark/>
          </w:tcPr>
          <w:p w14:paraId="10F05E26" w14:textId="77777777" w:rsidR="00E4105E" w:rsidRDefault="00CB5EE7">
            <w:proofErr w:type="spellStart"/>
            <w:r>
              <w:t>Arhitectură</w:t>
            </w:r>
            <w:proofErr w:type="spellEnd"/>
          </w:p>
        </w:tc>
        <w:tc>
          <w:tcPr>
            <w:tcW w:w="5670" w:type="dxa"/>
            <w:vAlign w:val="center"/>
            <w:hideMark/>
          </w:tcPr>
          <w:p w14:paraId="7058971E" w14:textId="77777777" w:rsidR="00E4105E" w:rsidRDefault="00CB5EE7">
            <w:proofErr w:type="spellStart"/>
            <w:r>
              <w:t>Scalabilă</w:t>
            </w:r>
            <w:proofErr w:type="spellEnd"/>
            <w:r>
              <w:t xml:space="preserve">, </w:t>
            </w:r>
            <w:proofErr w:type="spellStart"/>
            <w:r>
              <w:t>centralizată</w:t>
            </w:r>
            <w:proofErr w:type="spellEnd"/>
            <w:r>
              <w:t xml:space="preserve">, cu </w:t>
            </w:r>
            <w:proofErr w:type="spellStart"/>
            <w:r>
              <w:t>posibilitatea</w:t>
            </w:r>
            <w:proofErr w:type="spellEnd"/>
            <w:r>
              <w:t xml:space="preserve"> </w:t>
            </w:r>
            <w:proofErr w:type="spellStart"/>
            <w:r>
              <w:t>conectării</w:t>
            </w:r>
            <w:proofErr w:type="spellEnd"/>
            <w:r>
              <w:t xml:space="preserve"> </w:t>
            </w:r>
            <w:proofErr w:type="spellStart"/>
            <w:r>
              <w:t>mai</w:t>
            </w:r>
            <w:proofErr w:type="spellEnd"/>
            <w:r>
              <w:t xml:space="preserve"> </w:t>
            </w:r>
            <w:proofErr w:type="spellStart"/>
            <w:r>
              <w:t>multor</w:t>
            </w:r>
            <w:proofErr w:type="spellEnd"/>
            <w:r>
              <w:t xml:space="preserve"> </w:t>
            </w:r>
            <w:proofErr w:type="spellStart"/>
            <w:r>
              <w:t>locații</w:t>
            </w:r>
            <w:proofErr w:type="spellEnd"/>
          </w:p>
        </w:tc>
        <w:tc>
          <w:tcPr>
            <w:tcW w:w="1134" w:type="dxa"/>
            <w:vMerge/>
            <w:vAlign w:val="center"/>
            <w:hideMark/>
          </w:tcPr>
          <w:p w14:paraId="11AA4666" w14:textId="77777777" w:rsidR="001D7626" w:rsidRPr="00DB06A6" w:rsidRDefault="001D7626" w:rsidP="001D7626"/>
        </w:tc>
      </w:tr>
      <w:tr w:rsidR="001D7626" w:rsidRPr="00DB06A6" w14:paraId="48D9BAAE" w14:textId="77777777" w:rsidTr="005D6229">
        <w:trPr>
          <w:trHeight w:val="290"/>
          <w:jc w:val="center"/>
        </w:trPr>
        <w:tc>
          <w:tcPr>
            <w:tcW w:w="2693" w:type="dxa"/>
            <w:vAlign w:val="center"/>
            <w:hideMark/>
          </w:tcPr>
          <w:p w14:paraId="6A29B40B" w14:textId="77777777" w:rsidR="00E4105E" w:rsidRDefault="00CB5EE7">
            <w:proofErr w:type="spellStart"/>
            <w:r>
              <w:lastRenderedPageBreak/>
              <w:t>Ciclul</w:t>
            </w:r>
            <w:proofErr w:type="spellEnd"/>
            <w:r>
              <w:t xml:space="preserve"> de </w:t>
            </w:r>
            <w:proofErr w:type="spellStart"/>
            <w:r>
              <w:t>viață</w:t>
            </w:r>
            <w:proofErr w:type="spellEnd"/>
            <w:r>
              <w:t xml:space="preserve"> al </w:t>
            </w:r>
            <w:proofErr w:type="spellStart"/>
            <w:r>
              <w:t>probelor</w:t>
            </w:r>
            <w:proofErr w:type="spellEnd"/>
          </w:p>
        </w:tc>
        <w:tc>
          <w:tcPr>
            <w:tcW w:w="5670" w:type="dxa"/>
            <w:vAlign w:val="center"/>
            <w:hideMark/>
          </w:tcPr>
          <w:p w14:paraId="5CECE8C7" w14:textId="77777777" w:rsidR="00E4105E" w:rsidRDefault="00CB5EE7">
            <w:r>
              <w:t xml:space="preserve">Import, </w:t>
            </w:r>
            <w:proofErr w:type="spellStart"/>
            <w:r>
              <w:t>organizare</w:t>
            </w:r>
            <w:proofErr w:type="spellEnd"/>
            <w:r>
              <w:t xml:space="preserve">, </w:t>
            </w:r>
            <w:proofErr w:type="spellStart"/>
            <w:r>
              <w:t>căutare</w:t>
            </w:r>
            <w:proofErr w:type="spellEnd"/>
            <w:r>
              <w:t xml:space="preserve">, </w:t>
            </w:r>
            <w:proofErr w:type="spellStart"/>
            <w:r>
              <w:t>vizualizare</w:t>
            </w:r>
            <w:proofErr w:type="spellEnd"/>
            <w:r>
              <w:t xml:space="preserve">, </w:t>
            </w:r>
            <w:proofErr w:type="spellStart"/>
            <w:r>
              <w:t>redactare</w:t>
            </w:r>
            <w:proofErr w:type="spellEnd"/>
            <w:r>
              <w:t xml:space="preserve">, </w:t>
            </w:r>
            <w:proofErr w:type="spellStart"/>
            <w:r>
              <w:t>partajare</w:t>
            </w:r>
            <w:proofErr w:type="spellEnd"/>
            <w:r>
              <w:t xml:space="preserve"> </w:t>
            </w:r>
            <w:proofErr w:type="spellStart"/>
            <w:r>
              <w:t>controlată</w:t>
            </w:r>
            <w:proofErr w:type="spellEnd"/>
            <w:r>
              <w:t xml:space="preserve">, export </w:t>
            </w:r>
            <w:proofErr w:type="spellStart"/>
            <w:r>
              <w:t>și</w:t>
            </w:r>
            <w:proofErr w:type="spellEnd"/>
            <w:r>
              <w:t xml:space="preserve"> </w:t>
            </w:r>
            <w:proofErr w:type="spellStart"/>
            <w:r>
              <w:t>ștergere</w:t>
            </w:r>
            <w:proofErr w:type="spellEnd"/>
            <w:r>
              <w:t xml:space="preserve"> conform </w:t>
            </w:r>
            <w:proofErr w:type="spellStart"/>
            <w:r>
              <w:t>politicilor</w:t>
            </w:r>
            <w:proofErr w:type="spellEnd"/>
            <w:r>
              <w:t xml:space="preserve"> de </w:t>
            </w:r>
            <w:proofErr w:type="spellStart"/>
            <w:r>
              <w:t>retenție</w:t>
            </w:r>
            <w:proofErr w:type="spellEnd"/>
          </w:p>
        </w:tc>
        <w:tc>
          <w:tcPr>
            <w:tcW w:w="1134" w:type="dxa"/>
            <w:vMerge/>
            <w:vAlign w:val="center"/>
            <w:hideMark/>
          </w:tcPr>
          <w:p w14:paraId="07AB11E2" w14:textId="77777777" w:rsidR="001D7626" w:rsidRPr="00DB06A6" w:rsidRDefault="001D7626" w:rsidP="001D7626"/>
        </w:tc>
      </w:tr>
      <w:tr w:rsidR="001D7626" w:rsidRPr="00DB06A6" w14:paraId="599AB256" w14:textId="77777777" w:rsidTr="005D6229">
        <w:trPr>
          <w:trHeight w:val="580"/>
          <w:jc w:val="center"/>
        </w:trPr>
        <w:tc>
          <w:tcPr>
            <w:tcW w:w="2693" w:type="dxa"/>
            <w:vAlign w:val="center"/>
            <w:hideMark/>
          </w:tcPr>
          <w:p w14:paraId="63DB8C29" w14:textId="77777777" w:rsidR="00E4105E" w:rsidRDefault="00CB5EE7">
            <w:proofErr w:type="spellStart"/>
            <w:r>
              <w:lastRenderedPageBreak/>
              <w:t>Administrare</w:t>
            </w:r>
            <w:proofErr w:type="spellEnd"/>
            <w:r>
              <w:t xml:space="preserve"> </w:t>
            </w:r>
            <w:proofErr w:type="spellStart"/>
            <w:r>
              <w:t>dispozitive</w:t>
            </w:r>
            <w:proofErr w:type="spellEnd"/>
          </w:p>
        </w:tc>
        <w:tc>
          <w:tcPr>
            <w:tcW w:w="5670" w:type="dxa"/>
            <w:vAlign w:val="center"/>
            <w:hideMark/>
          </w:tcPr>
          <w:p w14:paraId="789CF0C2" w14:textId="77777777" w:rsidR="00E4105E" w:rsidRDefault="00CB5EE7">
            <w:proofErr w:type="spellStart"/>
            <w:r>
              <w:t>Asociere</w:t>
            </w:r>
            <w:proofErr w:type="spellEnd"/>
            <w:r>
              <w:t xml:space="preserve"> </w:t>
            </w:r>
            <w:proofErr w:type="spellStart"/>
            <w:r>
              <w:t>dispozitive</w:t>
            </w:r>
            <w:proofErr w:type="spellEnd"/>
            <w:r>
              <w:t xml:space="preserve">, </w:t>
            </w:r>
            <w:proofErr w:type="spellStart"/>
            <w:r>
              <w:t>profiluri</w:t>
            </w:r>
            <w:proofErr w:type="spellEnd"/>
            <w:r>
              <w:t xml:space="preserve"> de </w:t>
            </w:r>
            <w:proofErr w:type="spellStart"/>
            <w:r>
              <w:t>configurare</w:t>
            </w:r>
            <w:proofErr w:type="spellEnd"/>
            <w:r>
              <w:t xml:space="preserve">, </w:t>
            </w:r>
            <w:proofErr w:type="spellStart"/>
            <w:r>
              <w:t>etichetare</w:t>
            </w:r>
            <w:proofErr w:type="spellEnd"/>
            <w:r>
              <w:t xml:space="preserve"> </w:t>
            </w:r>
            <w:proofErr w:type="spellStart"/>
            <w:r>
              <w:t>și</w:t>
            </w:r>
            <w:proofErr w:type="spellEnd"/>
            <w:r>
              <w:t xml:space="preserve"> </w:t>
            </w:r>
            <w:proofErr w:type="spellStart"/>
            <w:r>
              <w:t>alte</w:t>
            </w:r>
            <w:proofErr w:type="spellEnd"/>
            <w:r>
              <w:t xml:space="preserve"> </w:t>
            </w:r>
            <w:proofErr w:type="spellStart"/>
            <w:r>
              <w:t>funcții</w:t>
            </w:r>
            <w:proofErr w:type="spellEnd"/>
            <w:r>
              <w:t xml:space="preserve"> </w:t>
            </w:r>
            <w:proofErr w:type="spellStart"/>
            <w:r>
              <w:t>necesare</w:t>
            </w:r>
            <w:proofErr w:type="spellEnd"/>
            <w:r>
              <w:t xml:space="preserve"> </w:t>
            </w:r>
            <w:proofErr w:type="spellStart"/>
            <w:r>
              <w:t>exploatării</w:t>
            </w:r>
            <w:proofErr w:type="spellEnd"/>
          </w:p>
        </w:tc>
        <w:tc>
          <w:tcPr>
            <w:tcW w:w="1134" w:type="dxa"/>
            <w:vMerge/>
            <w:vAlign w:val="center"/>
            <w:hideMark/>
          </w:tcPr>
          <w:p w14:paraId="37CD49F3" w14:textId="77777777" w:rsidR="001D7626" w:rsidRPr="00DB06A6" w:rsidRDefault="001D7626" w:rsidP="001D7626"/>
        </w:tc>
      </w:tr>
      <w:tr w:rsidR="001D7626" w:rsidRPr="00DB06A6" w14:paraId="325DD204" w14:textId="77777777" w:rsidTr="005D6229">
        <w:trPr>
          <w:trHeight w:val="580"/>
          <w:jc w:val="center"/>
        </w:trPr>
        <w:tc>
          <w:tcPr>
            <w:tcW w:w="2693" w:type="dxa"/>
            <w:vAlign w:val="center"/>
            <w:hideMark/>
          </w:tcPr>
          <w:p w14:paraId="1EB87CE3" w14:textId="77777777" w:rsidR="00E4105E" w:rsidRDefault="00CB5EE7">
            <w:proofErr w:type="spellStart"/>
            <w:r>
              <w:t>Administrare</w:t>
            </w:r>
            <w:proofErr w:type="spellEnd"/>
            <w:r>
              <w:t xml:space="preserve"> </w:t>
            </w:r>
            <w:proofErr w:type="spellStart"/>
            <w:r>
              <w:t>utilizatori</w:t>
            </w:r>
            <w:proofErr w:type="spellEnd"/>
          </w:p>
        </w:tc>
        <w:tc>
          <w:tcPr>
            <w:tcW w:w="5670" w:type="dxa"/>
            <w:vAlign w:val="center"/>
            <w:hideMark/>
          </w:tcPr>
          <w:p w14:paraId="269BDCAB" w14:textId="77777777" w:rsidR="00E4105E" w:rsidRDefault="00CB5EE7">
            <w:proofErr w:type="spellStart"/>
            <w:r>
              <w:t>Drepturi</w:t>
            </w:r>
            <w:proofErr w:type="spellEnd"/>
            <w:r>
              <w:t xml:space="preserve"> </w:t>
            </w:r>
            <w:proofErr w:type="spellStart"/>
            <w:r>
              <w:t>și</w:t>
            </w:r>
            <w:proofErr w:type="spellEnd"/>
            <w:r>
              <w:t xml:space="preserve"> </w:t>
            </w:r>
            <w:proofErr w:type="spellStart"/>
            <w:r>
              <w:t>roluri</w:t>
            </w:r>
            <w:proofErr w:type="spellEnd"/>
            <w:r>
              <w:t xml:space="preserve"> </w:t>
            </w:r>
            <w:proofErr w:type="spellStart"/>
            <w:r>
              <w:t>granulare</w:t>
            </w:r>
            <w:proofErr w:type="spellEnd"/>
            <w:r>
              <w:t xml:space="preserve">; </w:t>
            </w:r>
            <w:proofErr w:type="spellStart"/>
            <w:r>
              <w:t>integrare</w:t>
            </w:r>
            <w:proofErr w:type="spellEnd"/>
            <w:r>
              <w:t xml:space="preserve"> cu </w:t>
            </w:r>
            <w:proofErr w:type="spellStart"/>
            <w:r>
              <w:t>servicii</w:t>
            </w:r>
            <w:proofErr w:type="spellEnd"/>
            <w:r>
              <w:t xml:space="preserve"> de director, </w:t>
            </w:r>
            <w:proofErr w:type="spellStart"/>
            <w:r>
              <w:t>după</w:t>
            </w:r>
            <w:proofErr w:type="spellEnd"/>
            <w:r>
              <w:t xml:space="preserve"> </w:t>
            </w:r>
            <w:proofErr w:type="spellStart"/>
            <w:r>
              <w:t>caz</w:t>
            </w:r>
            <w:proofErr w:type="spellEnd"/>
          </w:p>
        </w:tc>
        <w:tc>
          <w:tcPr>
            <w:tcW w:w="1134" w:type="dxa"/>
            <w:vMerge/>
            <w:vAlign w:val="center"/>
            <w:hideMark/>
          </w:tcPr>
          <w:p w14:paraId="446D5B8C" w14:textId="77777777" w:rsidR="001D7626" w:rsidRPr="00DB06A6" w:rsidRDefault="001D7626" w:rsidP="001D7626"/>
        </w:tc>
      </w:tr>
      <w:tr w:rsidR="001D7626" w:rsidRPr="00CB5EE7" w14:paraId="0131ADC1" w14:textId="77777777" w:rsidTr="005D6229">
        <w:trPr>
          <w:trHeight w:val="580"/>
          <w:jc w:val="center"/>
        </w:trPr>
        <w:tc>
          <w:tcPr>
            <w:tcW w:w="2693" w:type="dxa"/>
            <w:vAlign w:val="center"/>
            <w:hideMark/>
          </w:tcPr>
          <w:p w14:paraId="544EBA38" w14:textId="77777777" w:rsidR="00E4105E" w:rsidRDefault="00CB5EE7">
            <w:r>
              <w:t>Securitate</w:t>
            </w:r>
          </w:p>
        </w:tc>
        <w:tc>
          <w:tcPr>
            <w:tcW w:w="5670" w:type="dxa"/>
            <w:vAlign w:val="center"/>
            <w:hideMark/>
          </w:tcPr>
          <w:p w14:paraId="6B4ADD38" w14:textId="77777777" w:rsidR="00E4105E" w:rsidRPr="00344F7B" w:rsidRDefault="00CB5EE7">
            <w:pPr>
              <w:rPr>
                <w:lang w:val="pt-BR"/>
              </w:rPr>
            </w:pPr>
            <w:r w:rsidRPr="00344F7B">
              <w:rPr>
                <w:lang w:val="pt-BR"/>
              </w:rPr>
              <w:t>Criptare, jurnalizare, politici de retenție și mecanisme de verificare a integrității datelor</w:t>
            </w:r>
          </w:p>
        </w:tc>
        <w:tc>
          <w:tcPr>
            <w:tcW w:w="1134" w:type="dxa"/>
            <w:vMerge/>
            <w:vAlign w:val="center"/>
            <w:hideMark/>
          </w:tcPr>
          <w:p w14:paraId="3215963F" w14:textId="77777777" w:rsidR="001D7626" w:rsidRPr="00344F7B" w:rsidRDefault="001D7626" w:rsidP="001D7626">
            <w:pPr>
              <w:rPr>
                <w:lang w:val="pt-BR"/>
              </w:rPr>
            </w:pPr>
          </w:p>
        </w:tc>
      </w:tr>
      <w:tr w:rsidR="001D7626" w:rsidRPr="00CB5EE7" w14:paraId="3584F3ED" w14:textId="77777777" w:rsidTr="005D6229">
        <w:trPr>
          <w:trHeight w:val="580"/>
          <w:jc w:val="center"/>
        </w:trPr>
        <w:tc>
          <w:tcPr>
            <w:tcW w:w="2693" w:type="dxa"/>
            <w:vAlign w:val="center"/>
            <w:hideMark/>
          </w:tcPr>
          <w:p w14:paraId="69E387CC" w14:textId="77777777" w:rsidR="00E4105E" w:rsidRDefault="00CB5EE7">
            <w:proofErr w:type="spellStart"/>
            <w:r>
              <w:t>Administrare</w:t>
            </w:r>
            <w:proofErr w:type="spellEnd"/>
            <w:r>
              <w:t xml:space="preserve"> </w:t>
            </w:r>
            <w:proofErr w:type="spellStart"/>
            <w:r>
              <w:t>sistem</w:t>
            </w:r>
            <w:proofErr w:type="spellEnd"/>
          </w:p>
        </w:tc>
        <w:tc>
          <w:tcPr>
            <w:tcW w:w="5670" w:type="dxa"/>
            <w:vAlign w:val="center"/>
            <w:hideMark/>
          </w:tcPr>
          <w:p w14:paraId="58DD9046" w14:textId="77777777" w:rsidR="00E4105E" w:rsidRPr="00344F7B" w:rsidRDefault="00CB5EE7">
            <w:pPr>
              <w:rPr>
                <w:lang w:val="pt-BR"/>
              </w:rPr>
            </w:pPr>
            <w:r w:rsidRPr="00344F7B">
              <w:rPr>
                <w:lang w:val="pt-BR"/>
              </w:rPr>
              <w:t>Statistici, rapoarte și import/export de configurații, după caz</w:t>
            </w:r>
          </w:p>
        </w:tc>
        <w:tc>
          <w:tcPr>
            <w:tcW w:w="1134" w:type="dxa"/>
            <w:vMerge/>
            <w:vAlign w:val="center"/>
            <w:hideMark/>
          </w:tcPr>
          <w:p w14:paraId="46F4B9B3" w14:textId="77777777" w:rsidR="001D7626" w:rsidRPr="00344F7B" w:rsidRDefault="001D7626" w:rsidP="001D7626">
            <w:pPr>
              <w:rPr>
                <w:lang w:val="pt-BR"/>
              </w:rPr>
            </w:pPr>
          </w:p>
        </w:tc>
      </w:tr>
      <w:tr w:rsidR="001D7626" w:rsidRPr="00DB06A6" w14:paraId="00DBC6DF" w14:textId="77777777" w:rsidTr="005D6229">
        <w:trPr>
          <w:trHeight w:val="580"/>
          <w:jc w:val="center"/>
        </w:trPr>
        <w:tc>
          <w:tcPr>
            <w:tcW w:w="2693" w:type="dxa"/>
            <w:vAlign w:val="center"/>
          </w:tcPr>
          <w:p w14:paraId="488E9427" w14:textId="77777777" w:rsidR="00E4105E" w:rsidRDefault="00CB5EE7">
            <w:proofErr w:type="spellStart"/>
            <w:r>
              <w:t>Compatibilitate</w:t>
            </w:r>
            <w:proofErr w:type="spellEnd"/>
          </w:p>
        </w:tc>
        <w:tc>
          <w:tcPr>
            <w:tcW w:w="5670" w:type="dxa"/>
            <w:vAlign w:val="center"/>
          </w:tcPr>
          <w:p w14:paraId="20D679D5" w14:textId="77777777" w:rsidR="00E4105E" w:rsidRDefault="00CB5EE7">
            <w:proofErr w:type="spellStart"/>
            <w:r>
              <w:t>Compatibilă</w:t>
            </w:r>
            <w:proofErr w:type="spellEnd"/>
            <w:r>
              <w:t xml:space="preserve"> cu </w:t>
            </w:r>
            <w:proofErr w:type="spellStart"/>
            <w:r>
              <w:t>sistemele</w:t>
            </w:r>
            <w:proofErr w:type="spellEnd"/>
            <w:r>
              <w:t xml:space="preserve"> de </w:t>
            </w:r>
            <w:proofErr w:type="spellStart"/>
            <w:r>
              <w:t>operare</w:t>
            </w:r>
            <w:proofErr w:type="spellEnd"/>
            <w:r>
              <w:t xml:space="preserve"> </w:t>
            </w:r>
            <w:proofErr w:type="spellStart"/>
            <w:r>
              <w:t>și</w:t>
            </w:r>
            <w:proofErr w:type="spellEnd"/>
            <w:r>
              <w:t xml:space="preserve"> </w:t>
            </w:r>
            <w:proofErr w:type="spellStart"/>
            <w:r>
              <w:t>infrastructura</w:t>
            </w:r>
            <w:proofErr w:type="spellEnd"/>
            <w:r>
              <w:t xml:space="preserve"> </w:t>
            </w:r>
            <w:proofErr w:type="spellStart"/>
            <w:r>
              <w:t>necesare</w:t>
            </w:r>
            <w:proofErr w:type="spellEnd"/>
            <w:r>
              <w:t xml:space="preserve"> </w:t>
            </w:r>
            <w:proofErr w:type="spellStart"/>
            <w:r>
              <w:t>soluției</w:t>
            </w:r>
            <w:proofErr w:type="spellEnd"/>
            <w:r>
              <w:t xml:space="preserve"> </w:t>
            </w:r>
            <w:proofErr w:type="spellStart"/>
            <w:r>
              <w:t>ofertate</w:t>
            </w:r>
            <w:proofErr w:type="spellEnd"/>
          </w:p>
        </w:tc>
        <w:tc>
          <w:tcPr>
            <w:tcW w:w="1134" w:type="dxa"/>
            <w:vAlign w:val="center"/>
          </w:tcPr>
          <w:p w14:paraId="5F0C95CD" w14:textId="77777777" w:rsidR="00E4105E" w:rsidRDefault="00E4105E"/>
        </w:tc>
      </w:tr>
      <w:tr w:rsidR="001D7626" w:rsidRPr="00DB06A6" w14:paraId="0E8BB295" w14:textId="77777777" w:rsidTr="005D6229">
        <w:trPr>
          <w:trHeight w:val="580"/>
          <w:jc w:val="center"/>
        </w:trPr>
        <w:tc>
          <w:tcPr>
            <w:tcW w:w="2693" w:type="dxa"/>
            <w:vAlign w:val="center"/>
          </w:tcPr>
          <w:p w14:paraId="0A6913FC" w14:textId="77777777" w:rsidR="00E4105E" w:rsidRDefault="00CB5EE7">
            <w:proofErr w:type="spellStart"/>
            <w:r>
              <w:t>Browsere</w:t>
            </w:r>
            <w:proofErr w:type="spellEnd"/>
            <w:r>
              <w:t>/Client</w:t>
            </w:r>
          </w:p>
        </w:tc>
        <w:tc>
          <w:tcPr>
            <w:tcW w:w="5670" w:type="dxa"/>
            <w:vAlign w:val="center"/>
          </w:tcPr>
          <w:p w14:paraId="7C305C26" w14:textId="77777777" w:rsidR="00E4105E" w:rsidRDefault="00CB5EE7">
            <w:proofErr w:type="spellStart"/>
            <w:r>
              <w:t>Acces</w:t>
            </w:r>
            <w:proofErr w:type="spellEnd"/>
            <w:r>
              <w:t xml:space="preserve"> </w:t>
            </w:r>
            <w:proofErr w:type="spellStart"/>
            <w:r>
              <w:t>prin</w:t>
            </w:r>
            <w:proofErr w:type="spellEnd"/>
            <w:r>
              <w:t xml:space="preserve"> client </w:t>
            </w:r>
            <w:proofErr w:type="spellStart"/>
            <w:r>
              <w:t>dedicat</w:t>
            </w:r>
            <w:proofErr w:type="spellEnd"/>
            <w:r>
              <w:t xml:space="preserve"> </w:t>
            </w:r>
            <w:proofErr w:type="spellStart"/>
            <w:r>
              <w:t>și</w:t>
            </w:r>
            <w:proofErr w:type="spellEnd"/>
            <w:r>
              <w:t>/</w:t>
            </w:r>
            <w:proofErr w:type="spellStart"/>
            <w:r>
              <w:t>sau</w:t>
            </w:r>
            <w:proofErr w:type="spellEnd"/>
            <w:r>
              <w:t xml:space="preserve"> browser </w:t>
            </w:r>
            <w:proofErr w:type="spellStart"/>
            <w:r>
              <w:t>suportat</w:t>
            </w:r>
            <w:proofErr w:type="spellEnd"/>
            <w:r>
              <w:t xml:space="preserve"> de </w:t>
            </w:r>
            <w:proofErr w:type="spellStart"/>
            <w:r>
              <w:t>producător</w:t>
            </w:r>
            <w:proofErr w:type="spellEnd"/>
            <w:r>
              <w:t xml:space="preserve">, </w:t>
            </w:r>
            <w:proofErr w:type="spellStart"/>
            <w:r>
              <w:t>după</w:t>
            </w:r>
            <w:proofErr w:type="spellEnd"/>
            <w:r>
              <w:t xml:space="preserve"> </w:t>
            </w:r>
            <w:proofErr w:type="spellStart"/>
            <w:r>
              <w:t>caz</w:t>
            </w:r>
            <w:proofErr w:type="spellEnd"/>
          </w:p>
        </w:tc>
        <w:tc>
          <w:tcPr>
            <w:tcW w:w="1134" w:type="dxa"/>
            <w:vAlign w:val="center"/>
          </w:tcPr>
          <w:p w14:paraId="664C0C96" w14:textId="77777777" w:rsidR="00E4105E" w:rsidRDefault="00E4105E"/>
        </w:tc>
      </w:tr>
      <w:tr w:rsidR="007F2D79" w:rsidRPr="00DB06A6" w14:paraId="75AA7B57" w14:textId="77777777" w:rsidTr="005D6229">
        <w:trPr>
          <w:trHeight w:val="350"/>
          <w:jc w:val="center"/>
        </w:trPr>
        <w:tc>
          <w:tcPr>
            <w:tcW w:w="8363" w:type="dxa"/>
            <w:gridSpan w:val="2"/>
            <w:shd w:val="clear" w:color="auto" w:fill="D6E3BC" w:themeFill="accent3" w:themeFillTint="66"/>
            <w:noWrap/>
            <w:vAlign w:val="center"/>
            <w:hideMark/>
          </w:tcPr>
          <w:p w14:paraId="204EBAAC" w14:textId="77777777" w:rsidR="00E4105E" w:rsidRDefault="00CB5EE7">
            <w:r>
              <w:t>GESTIONAREA PROBELOR VIDEO</w:t>
            </w:r>
          </w:p>
        </w:tc>
        <w:tc>
          <w:tcPr>
            <w:tcW w:w="1134" w:type="dxa"/>
            <w:shd w:val="clear" w:color="auto" w:fill="D6E3BC" w:themeFill="accent3" w:themeFillTint="66"/>
            <w:noWrap/>
            <w:vAlign w:val="center"/>
            <w:hideMark/>
          </w:tcPr>
          <w:p w14:paraId="075C2956" w14:textId="77777777" w:rsidR="00E4105E" w:rsidRDefault="00E4105E"/>
        </w:tc>
      </w:tr>
      <w:tr w:rsidR="007F2D79" w:rsidRPr="00DB06A6" w14:paraId="286C8CF7" w14:textId="77777777" w:rsidTr="005D6229">
        <w:trPr>
          <w:trHeight w:val="290"/>
          <w:jc w:val="center"/>
        </w:trPr>
        <w:tc>
          <w:tcPr>
            <w:tcW w:w="2693" w:type="dxa"/>
            <w:vAlign w:val="center"/>
            <w:hideMark/>
          </w:tcPr>
          <w:p w14:paraId="284AB42A" w14:textId="77777777" w:rsidR="00E4105E" w:rsidRDefault="00CB5EE7">
            <w:proofErr w:type="spellStart"/>
            <w:r>
              <w:t>Funcție</w:t>
            </w:r>
            <w:proofErr w:type="spellEnd"/>
          </w:p>
        </w:tc>
        <w:tc>
          <w:tcPr>
            <w:tcW w:w="5670" w:type="dxa"/>
            <w:vAlign w:val="center"/>
            <w:hideMark/>
          </w:tcPr>
          <w:p w14:paraId="54EE76F7" w14:textId="77777777" w:rsidR="00E4105E" w:rsidRDefault="00CB5EE7">
            <w:proofErr w:type="spellStart"/>
            <w:r>
              <w:t>Descriere</w:t>
            </w:r>
            <w:proofErr w:type="spellEnd"/>
          </w:p>
        </w:tc>
        <w:tc>
          <w:tcPr>
            <w:tcW w:w="1134" w:type="dxa"/>
            <w:noWrap/>
            <w:vAlign w:val="center"/>
            <w:hideMark/>
          </w:tcPr>
          <w:p w14:paraId="5B56B50D" w14:textId="77777777" w:rsidR="00E4105E" w:rsidRDefault="00E4105E"/>
        </w:tc>
      </w:tr>
      <w:tr w:rsidR="007F2D79" w:rsidRPr="00DB06A6" w14:paraId="12E21650" w14:textId="77777777" w:rsidTr="005D6229">
        <w:trPr>
          <w:trHeight w:val="1160"/>
          <w:jc w:val="center"/>
        </w:trPr>
        <w:tc>
          <w:tcPr>
            <w:tcW w:w="2693" w:type="dxa"/>
            <w:vAlign w:val="center"/>
            <w:hideMark/>
          </w:tcPr>
          <w:p w14:paraId="6768A004" w14:textId="77777777" w:rsidR="00E4105E" w:rsidRDefault="00CB5EE7">
            <w:proofErr w:type="spellStart"/>
            <w:r>
              <w:t>Incidente</w:t>
            </w:r>
            <w:proofErr w:type="spellEnd"/>
            <w:r>
              <w:t>/</w:t>
            </w:r>
            <w:proofErr w:type="spellStart"/>
            <w:r>
              <w:t>Dosare</w:t>
            </w:r>
            <w:proofErr w:type="spellEnd"/>
          </w:p>
        </w:tc>
        <w:tc>
          <w:tcPr>
            <w:tcW w:w="5670" w:type="dxa"/>
            <w:vAlign w:val="center"/>
            <w:hideMark/>
          </w:tcPr>
          <w:p w14:paraId="33CFB3D0" w14:textId="77777777" w:rsidR="00E4105E" w:rsidRDefault="00CB5EE7">
            <w:proofErr w:type="spellStart"/>
            <w:r>
              <w:t>Crearea</w:t>
            </w:r>
            <w:proofErr w:type="spellEnd"/>
            <w:r>
              <w:t xml:space="preserve"> </w:t>
            </w:r>
            <w:proofErr w:type="spellStart"/>
            <w:r>
              <w:t>manuală</w:t>
            </w:r>
            <w:proofErr w:type="spellEnd"/>
            <w:r>
              <w:t xml:space="preserve"> </w:t>
            </w:r>
            <w:proofErr w:type="spellStart"/>
            <w:r>
              <w:t>sau</w:t>
            </w:r>
            <w:proofErr w:type="spellEnd"/>
            <w:r>
              <w:t xml:space="preserve"> </w:t>
            </w:r>
            <w:proofErr w:type="spellStart"/>
            <w:r>
              <w:t>automată</w:t>
            </w:r>
            <w:proofErr w:type="spellEnd"/>
            <w:r>
              <w:t xml:space="preserve"> a </w:t>
            </w:r>
            <w:proofErr w:type="spellStart"/>
            <w:r>
              <w:t>incidentelor</w:t>
            </w:r>
            <w:proofErr w:type="spellEnd"/>
            <w:r>
              <w:t>/</w:t>
            </w:r>
            <w:proofErr w:type="spellStart"/>
            <w:r>
              <w:t>dosarelor</w:t>
            </w:r>
            <w:proofErr w:type="spellEnd"/>
            <w:r>
              <w:t xml:space="preserve"> </w:t>
            </w:r>
            <w:proofErr w:type="spellStart"/>
            <w:r>
              <w:t>și</w:t>
            </w:r>
            <w:proofErr w:type="spellEnd"/>
            <w:r>
              <w:t xml:space="preserve"> </w:t>
            </w:r>
            <w:proofErr w:type="spellStart"/>
            <w:r>
              <w:t>asocierea</w:t>
            </w:r>
            <w:proofErr w:type="spellEnd"/>
            <w:r>
              <w:t xml:space="preserve"> </w:t>
            </w:r>
            <w:proofErr w:type="spellStart"/>
            <w:r>
              <w:t>fișierelor</w:t>
            </w:r>
            <w:proofErr w:type="spellEnd"/>
            <w:r>
              <w:t xml:space="preserve"> media </w:t>
            </w:r>
            <w:proofErr w:type="spellStart"/>
            <w:r>
              <w:t>și</w:t>
            </w:r>
            <w:proofErr w:type="spellEnd"/>
            <w:r>
              <w:t xml:space="preserve"> </w:t>
            </w:r>
            <w:proofErr w:type="spellStart"/>
            <w:r>
              <w:t>metadatelor</w:t>
            </w:r>
            <w:proofErr w:type="spellEnd"/>
            <w:r>
              <w:t xml:space="preserve"> </w:t>
            </w:r>
            <w:proofErr w:type="spellStart"/>
            <w:r>
              <w:t>aferente</w:t>
            </w:r>
            <w:proofErr w:type="spellEnd"/>
          </w:p>
        </w:tc>
        <w:tc>
          <w:tcPr>
            <w:tcW w:w="1134" w:type="dxa"/>
            <w:noWrap/>
            <w:vAlign w:val="center"/>
            <w:hideMark/>
          </w:tcPr>
          <w:p w14:paraId="4231FDCA" w14:textId="77777777" w:rsidR="00E4105E" w:rsidRDefault="00E4105E"/>
        </w:tc>
      </w:tr>
      <w:tr w:rsidR="007F2D79" w:rsidRPr="00DB06A6" w14:paraId="55EA1D9A" w14:textId="77777777" w:rsidTr="005D6229">
        <w:trPr>
          <w:trHeight w:val="580"/>
          <w:jc w:val="center"/>
        </w:trPr>
        <w:tc>
          <w:tcPr>
            <w:tcW w:w="2693" w:type="dxa"/>
            <w:vAlign w:val="center"/>
            <w:hideMark/>
          </w:tcPr>
          <w:p w14:paraId="067EAC12" w14:textId="77777777" w:rsidR="00E4105E" w:rsidRDefault="00CB5EE7">
            <w:proofErr w:type="spellStart"/>
            <w:r>
              <w:t>Redactare</w:t>
            </w:r>
            <w:proofErr w:type="spellEnd"/>
          </w:p>
        </w:tc>
        <w:tc>
          <w:tcPr>
            <w:tcW w:w="5670" w:type="dxa"/>
            <w:vAlign w:val="center"/>
            <w:hideMark/>
          </w:tcPr>
          <w:p w14:paraId="449BDA13" w14:textId="77777777" w:rsidR="00E4105E" w:rsidRDefault="00CB5EE7">
            <w:proofErr w:type="spellStart"/>
            <w:r>
              <w:t>Mascare</w:t>
            </w:r>
            <w:proofErr w:type="spellEnd"/>
            <w:r>
              <w:t xml:space="preserve">/blurring, </w:t>
            </w:r>
            <w:proofErr w:type="spellStart"/>
            <w:r>
              <w:t>pixelare</w:t>
            </w:r>
            <w:proofErr w:type="spellEnd"/>
            <w:r>
              <w:t xml:space="preserve">, </w:t>
            </w:r>
            <w:proofErr w:type="spellStart"/>
            <w:r>
              <w:t>atenuare</w:t>
            </w:r>
            <w:proofErr w:type="spellEnd"/>
            <w:r>
              <w:t>/</w:t>
            </w:r>
            <w:proofErr w:type="spellStart"/>
            <w:r>
              <w:t>dezactivare</w:t>
            </w:r>
            <w:proofErr w:type="spellEnd"/>
            <w:r>
              <w:t xml:space="preserve"> audio, </w:t>
            </w:r>
            <w:proofErr w:type="spellStart"/>
            <w:r>
              <w:t>adnotări</w:t>
            </w:r>
            <w:proofErr w:type="spellEnd"/>
            <w:r>
              <w:t xml:space="preserve"> </w:t>
            </w:r>
            <w:proofErr w:type="spellStart"/>
            <w:r>
              <w:t>și</w:t>
            </w:r>
            <w:proofErr w:type="spellEnd"/>
            <w:r>
              <w:t xml:space="preserve"> </w:t>
            </w:r>
            <w:proofErr w:type="spellStart"/>
            <w:r>
              <w:t>evidențiere</w:t>
            </w:r>
            <w:proofErr w:type="spellEnd"/>
            <w:r>
              <w:t xml:space="preserve">, </w:t>
            </w:r>
            <w:proofErr w:type="spellStart"/>
            <w:r>
              <w:t>după</w:t>
            </w:r>
            <w:proofErr w:type="spellEnd"/>
            <w:r>
              <w:t xml:space="preserve"> </w:t>
            </w:r>
            <w:proofErr w:type="spellStart"/>
            <w:r>
              <w:t>caz</w:t>
            </w:r>
            <w:proofErr w:type="spellEnd"/>
          </w:p>
        </w:tc>
        <w:tc>
          <w:tcPr>
            <w:tcW w:w="1134" w:type="dxa"/>
            <w:noWrap/>
            <w:vAlign w:val="center"/>
            <w:hideMark/>
          </w:tcPr>
          <w:p w14:paraId="2A09D2D6" w14:textId="77777777" w:rsidR="00E4105E" w:rsidRDefault="00E4105E"/>
        </w:tc>
      </w:tr>
      <w:tr w:rsidR="007F2D79" w:rsidRPr="00DB06A6" w14:paraId="2C2BCA44" w14:textId="77777777" w:rsidTr="005D6229">
        <w:trPr>
          <w:trHeight w:val="580"/>
          <w:jc w:val="center"/>
        </w:trPr>
        <w:tc>
          <w:tcPr>
            <w:tcW w:w="2693" w:type="dxa"/>
            <w:vAlign w:val="center"/>
            <w:hideMark/>
          </w:tcPr>
          <w:p w14:paraId="117E9030" w14:textId="77777777" w:rsidR="00E4105E" w:rsidRDefault="00CB5EE7">
            <w:proofErr w:type="spellStart"/>
            <w:r>
              <w:t>Transcriere</w:t>
            </w:r>
            <w:proofErr w:type="spellEnd"/>
          </w:p>
        </w:tc>
        <w:tc>
          <w:tcPr>
            <w:tcW w:w="5670" w:type="dxa"/>
            <w:vAlign w:val="center"/>
            <w:hideMark/>
          </w:tcPr>
          <w:p w14:paraId="3F6E42DA" w14:textId="77777777" w:rsidR="00E4105E" w:rsidRDefault="00CB5EE7">
            <w:proofErr w:type="spellStart"/>
            <w:r>
              <w:t>Importul</w:t>
            </w:r>
            <w:proofErr w:type="spellEnd"/>
            <w:r>
              <w:t xml:space="preserve"> </w:t>
            </w:r>
            <w:proofErr w:type="spellStart"/>
            <w:r>
              <w:t>și</w:t>
            </w:r>
            <w:proofErr w:type="spellEnd"/>
            <w:r>
              <w:t>/</w:t>
            </w:r>
            <w:proofErr w:type="spellStart"/>
            <w:r>
              <w:t>sau</w:t>
            </w:r>
            <w:proofErr w:type="spellEnd"/>
            <w:r>
              <w:t xml:space="preserve"> </w:t>
            </w:r>
            <w:proofErr w:type="spellStart"/>
            <w:r>
              <w:t>asocierea</w:t>
            </w:r>
            <w:proofErr w:type="spellEnd"/>
            <w:r>
              <w:t xml:space="preserve"> </w:t>
            </w:r>
            <w:proofErr w:type="spellStart"/>
            <w:r>
              <w:t>transcrierilor</w:t>
            </w:r>
            <w:proofErr w:type="spellEnd"/>
            <w:r>
              <w:t xml:space="preserve">, </w:t>
            </w:r>
            <w:proofErr w:type="spellStart"/>
            <w:r>
              <w:t>dacă</w:t>
            </w:r>
            <w:proofErr w:type="spellEnd"/>
            <w:r>
              <w:t xml:space="preserve"> </w:t>
            </w:r>
            <w:proofErr w:type="spellStart"/>
            <w:r>
              <w:t>funcționalitatea</w:t>
            </w:r>
            <w:proofErr w:type="spellEnd"/>
            <w:r>
              <w:t xml:space="preserve"> </w:t>
            </w:r>
            <w:proofErr w:type="spellStart"/>
            <w:r>
              <w:t>este</w:t>
            </w:r>
            <w:proofErr w:type="spellEnd"/>
            <w:r>
              <w:t xml:space="preserve"> </w:t>
            </w:r>
            <w:proofErr w:type="spellStart"/>
            <w:r>
              <w:t>oferită</w:t>
            </w:r>
            <w:proofErr w:type="spellEnd"/>
            <w:r>
              <w:t xml:space="preserve"> de </w:t>
            </w:r>
            <w:proofErr w:type="spellStart"/>
            <w:r>
              <w:t>soluția</w:t>
            </w:r>
            <w:proofErr w:type="spellEnd"/>
            <w:r>
              <w:t xml:space="preserve"> </w:t>
            </w:r>
            <w:proofErr w:type="spellStart"/>
            <w:r>
              <w:t>propusă</w:t>
            </w:r>
            <w:proofErr w:type="spellEnd"/>
          </w:p>
        </w:tc>
        <w:tc>
          <w:tcPr>
            <w:tcW w:w="1134" w:type="dxa"/>
            <w:noWrap/>
            <w:vAlign w:val="center"/>
            <w:hideMark/>
          </w:tcPr>
          <w:p w14:paraId="04076EA1" w14:textId="77777777" w:rsidR="00E4105E" w:rsidRDefault="00E4105E"/>
        </w:tc>
      </w:tr>
      <w:tr w:rsidR="007F2D79" w:rsidRPr="00DB06A6" w14:paraId="4B39EFD3" w14:textId="77777777" w:rsidTr="005D6229">
        <w:trPr>
          <w:trHeight w:val="580"/>
          <w:jc w:val="center"/>
        </w:trPr>
        <w:tc>
          <w:tcPr>
            <w:tcW w:w="2693" w:type="dxa"/>
            <w:vAlign w:val="center"/>
            <w:hideMark/>
          </w:tcPr>
          <w:p w14:paraId="26FB59E3" w14:textId="77777777" w:rsidR="00E4105E" w:rsidRDefault="00CB5EE7">
            <w:proofErr w:type="spellStart"/>
            <w:r>
              <w:t>Partajare</w:t>
            </w:r>
            <w:proofErr w:type="spellEnd"/>
          </w:p>
        </w:tc>
        <w:tc>
          <w:tcPr>
            <w:tcW w:w="5670" w:type="dxa"/>
            <w:vAlign w:val="center"/>
            <w:hideMark/>
          </w:tcPr>
          <w:p w14:paraId="13B42260" w14:textId="77777777" w:rsidR="00E4105E" w:rsidRDefault="00CB5EE7">
            <w:proofErr w:type="spellStart"/>
            <w:r>
              <w:t>Partajare</w:t>
            </w:r>
            <w:proofErr w:type="spellEnd"/>
            <w:r>
              <w:t xml:space="preserve"> </w:t>
            </w:r>
            <w:proofErr w:type="spellStart"/>
            <w:r>
              <w:t>internă</w:t>
            </w:r>
            <w:proofErr w:type="spellEnd"/>
            <w:r>
              <w:t xml:space="preserve"> </w:t>
            </w:r>
            <w:proofErr w:type="spellStart"/>
            <w:r>
              <w:t>pe</w:t>
            </w:r>
            <w:proofErr w:type="spellEnd"/>
            <w:r>
              <w:t xml:space="preserve"> </w:t>
            </w:r>
            <w:proofErr w:type="spellStart"/>
            <w:r>
              <w:t>bază</w:t>
            </w:r>
            <w:proofErr w:type="spellEnd"/>
            <w:r>
              <w:t xml:space="preserve"> de </w:t>
            </w:r>
            <w:proofErr w:type="spellStart"/>
            <w:r>
              <w:t>drepturi</w:t>
            </w:r>
            <w:proofErr w:type="spellEnd"/>
            <w:r>
              <w:t xml:space="preserve"> </w:t>
            </w:r>
            <w:proofErr w:type="spellStart"/>
            <w:r>
              <w:t>și</w:t>
            </w:r>
            <w:proofErr w:type="spellEnd"/>
            <w:r>
              <w:t xml:space="preserve"> export </w:t>
            </w:r>
            <w:proofErr w:type="spellStart"/>
            <w:r>
              <w:t>controlat</w:t>
            </w:r>
            <w:proofErr w:type="spellEnd"/>
            <w:r>
              <w:t xml:space="preserve"> al </w:t>
            </w:r>
            <w:proofErr w:type="spellStart"/>
            <w:r>
              <w:t>datelor</w:t>
            </w:r>
            <w:proofErr w:type="spellEnd"/>
          </w:p>
        </w:tc>
        <w:tc>
          <w:tcPr>
            <w:tcW w:w="1134" w:type="dxa"/>
            <w:noWrap/>
            <w:vAlign w:val="center"/>
            <w:hideMark/>
          </w:tcPr>
          <w:p w14:paraId="0097663D" w14:textId="77777777" w:rsidR="00E4105E" w:rsidRDefault="00E4105E"/>
        </w:tc>
      </w:tr>
      <w:tr w:rsidR="007F2D79" w:rsidRPr="00DB06A6" w14:paraId="1165113B" w14:textId="77777777" w:rsidTr="005D6229">
        <w:trPr>
          <w:trHeight w:val="580"/>
          <w:jc w:val="center"/>
        </w:trPr>
        <w:tc>
          <w:tcPr>
            <w:tcW w:w="2693" w:type="dxa"/>
            <w:vAlign w:val="center"/>
            <w:hideMark/>
          </w:tcPr>
          <w:p w14:paraId="08B25E4E" w14:textId="77777777" w:rsidR="00E4105E" w:rsidRDefault="00CB5EE7">
            <w:r>
              <w:t xml:space="preserve">Import media </w:t>
            </w:r>
            <w:proofErr w:type="spellStart"/>
            <w:r>
              <w:t>externă</w:t>
            </w:r>
            <w:proofErr w:type="spellEnd"/>
          </w:p>
        </w:tc>
        <w:tc>
          <w:tcPr>
            <w:tcW w:w="5670" w:type="dxa"/>
            <w:vAlign w:val="center"/>
            <w:hideMark/>
          </w:tcPr>
          <w:p w14:paraId="3DD87D73" w14:textId="77777777" w:rsidR="00E4105E" w:rsidRDefault="00CB5EE7">
            <w:proofErr w:type="spellStart"/>
            <w:r>
              <w:t>Importul</w:t>
            </w:r>
            <w:proofErr w:type="spellEnd"/>
            <w:r>
              <w:t xml:space="preserve"> de </w:t>
            </w:r>
            <w:proofErr w:type="spellStart"/>
            <w:r>
              <w:t>fișiere</w:t>
            </w:r>
            <w:proofErr w:type="spellEnd"/>
            <w:r>
              <w:t xml:space="preserve"> media </w:t>
            </w:r>
            <w:proofErr w:type="spellStart"/>
            <w:r>
              <w:t>și</w:t>
            </w:r>
            <w:proofErr w:type="spellEnd"/>
            <w:r>
              <w:t xml:space="preserve"> </w:t>
            </w:r>
            <w:proofErr w:type="spellStart"/>
            <w:r>
              <w:t>documente</w:t>
            </w:r>
            <w:proofErr w:type="spellEnd"/>
            <w:r>
              <w:t xml:space="preserve"> </w:t>
            </w:r>
            <w:proofErr w:type="spellStart"/>
            <w:r>
              <w:t>în</w:t>
            </w:r>
            <w:proofErr w:type="spellEnd"/>
            <w:r>
              <w:t xml:space="preserve"> </w:t>
            </w:r>
            <w:proofErr w:type="spellStart"/>
            <w:r>
              <w:t>formatele</w:t>
            </w:r>
            <w:proofErr w:type="spellEnd"/>
            <w:r>
              <w:t xml:space="preserve"> </w:t>
            </w:r>
            <w:proofErr w:type="spellStart"/>
            <w:r>
              <w:t>uzuale</w:t>
            </w:r>
            <w:proofErr w:type="spellEnd"/>
            <w:r>
              <w:t xml:space="preserve"> </w:t>
            </w:r>
            <w:proofErr w:type="spellStart"/>
            <w:r>
              <w:t>suportate</w:t>
            </w:r>
            <w:proofErr w:type="spellEnd"/>
            <w:r>
              <w:t xml:space="preserve"> de </w:t>
            </w:r>
            <w:proofErr w:type="spellStart"/>
            <w:r>
              <w:t>soluția</w:t>
            </w:r>
            <w:proofErr w:type="spellEnd"/>
            <w:r>
              <w:t xml:space="preserve"> </w:t>
            </w:r>
            <w:proofErr w:type="spellStart"/>
            <w:r>
              <w:t>ofertată</w:t>
            </w:r>
            <w:proofErr w:type="spellEnd"/>
          </w:p>
        </w:tc>
        <w:tc>
          <w:tcPr>
            <w:tcW w:w="1134" w:type="dxa"/>
            <w:noWrap/>
            <w:vAlign w:val="center"/>
            <w:hideMark/>
          </w:tcPr>
          <w:p w14:paraId="35517793" w14:textId="77777777" w:rsidR="00E4105E" w:rsidRDefault="00E4105E"/>
        </w:tc>
      </w:tr>
      <w:tr w:rsidR="007F2D79" w:rsidRPr="00DB06A6" w14:paraId="757F2B27" w14:textId="77777777" w:rsidTr="005D6229">
        <w:trPr>
          <w:trHeight w:val="350"/>
          <w:jc w:val="center"/>
        </w:trPr>
        <w:tc>
          <w:tcPr>
            <w:tcW w:w="8363" w:type="dxa"/>
            <w:gridSpan w:val="2"/>
            <w:shd w:val="clear" w:color="auto" w:fill="D6E3BC" w:themeFill="accent3" w:themeFillTint="66"/>
            <w:noWrap/>
            <w:vAlign w:val="center"/>
            <w:hideMark/>
          </w:tcPr>
          <w:p w14:paraId="6D52BB34" w14:textId="77777777" w:rsidR="00E4105E" w:rsidRDefault="00CB5EE7">
            <w:r>
              <w:t>ADMINISTRAREA DISPOZITIVELOR</w:t>
            </w:r>
          </w:p>
        </w:tc>
        <w:tc>
          <w:tcPr>
            <w:tcW w:w="1134" w:type="dxa"/>
            <w:shd w:val="clear" w:color="auto" w:fill="D6E3BC" w:themeFill="accent3" w:themeFillTint="66"/>
            <w:noWrap/>
            <w:vAlign w:val="center"/>
            <w:hideMark/>
          </w:tcPr>
          <w:p w14:paraId="19E4B1A1" w14:textId="77777777" w:rsidR="00E4105E" w:rsidRDefault="00E4105E"/>
        </w:tc>
      </w:tr>
      <w:tr w:rsidR="007F2D79" w:rsidRPr="00DB06A6" w14:paraId="57C0D777" w14:textId="77777777" w:rsidTr="005D6229">
        <w:trPr>
          <w:trHeight w:val="290"/>
          <w:jc w:val="center"/>
        </w:trPr>
        <w:tc>
          <w:tcPr>
            <w:tcW w:w="2693" w:type="dxa"/>
            <w:vAlign w:val="center"/>
            <w:hideMark/>
          </w:tcPr>
          <w:p w14:paraId="2AA763D1" w14:textId="77777777" w:rsidR="00E4105E" w:rsidRDefault="00CB5EE7">
            <w:proofErr w:type="spellStart"/>
            <w:r>
              <w:t>Funcție</w:t>
            </w:r>
            <w:proofErr w:type="spellEnd"/>
          </w:p>
        </w:tc>
        <w:tc>
          <w:tcPr>
            <w:tcW w:w="5670" w:type="dxa"/>
            <w:vAlign w:val="center"/>
            <w:hideMark/>
          </w:tcPr>
          <w:p w14:paraId="72AD0B16" w14:textId="77777777" w:rsidR="00E4105E" w:rsidRDefault="00CB5EE7">
            <w:proofErr w:type="spellStart"/>
            <w:r>
              <w:t>Descriere</w:t>
            </w:r>
            <w:proofErr w:type="spellEnd"/>
          </w:p>
        </w:tc>
        <w:tc>
          <w:tcPr>
            <w:tcW w:w="1134" w:type="dxa"/>
            <w:noWrap/>
            <w:vAlign w:val="center"/>
            <w:hideMark/>
          </w:tcPr>
          <w:p w14:paraId="738F33BD" w14:textId="77777777" w:rsidR="00E4105E" w:rsidRDefault="00E4105E"/>
        </w:tc>
      </w:tr>
      <w:tr w:rsidR="007F2D79" w:rsidRPr="00DB06A6" w14:paraId="6DBF7B84" w14:textId="77777777" w:rsidTr="005D6229">
        <w:trPr>
          <w:trHeight w:val="580"/>
          <w:jc w:val="center"/>
        </w:trPr>
        <w:tc>
          <w:tcPr>
            <w:tcW w:w="2693" w:type="dxa"/>
            <w:vAlign w:val="center"/>
            <w:hideMark/>
          </w:tcPr>
          <w:p w14:paraId="1C16C92C" w14:textId="77777777" w:rsidR="00E4105E" w:rsidRDefault="00CB5EE7">
            <w:proofErr w:type="spellStart"/>
            <w:r>
              <w:t>Alocare</w:t>
            </w:r>
            <w:proofErr w:type="spellEnd"/>
            <w:r>
              <w:t xml:space="preserve"> </w:t>
            </w:r>
            <w:proofErr w:type="spellStart"/>
            <w:r>
              <w:t>dispozitive</w:t>
            </w:r>
            <w:proofErr w:type="spellEnd"/>
          </w:p>
        </w:tc>
        <w:tc>
          <w:tcPr>
            <w:tcW w:w="5670" w:type="dxa"/>
            <w:vAlign w:val="center"/>
            <w:hideMark/>
          </w:tcPr>
          <w:p w14:paraId="313067C4" w14:textId="77777777" w:rsidR="00E4105E" w:rsidRDefault="00CB5EE7">
            <w:proofErr w:type="spellStart"/>
            <w:r>
              <w:t>Alocare</w:t>
            </w:r>
            <w:proofErr w:type="spellEnd"/>
            <w:r>
              <w:t xml:space="preserve"> </w:t>
            </w:r>
            <w:proofErr w:type="spellStart"/>
            <w:r>
              <w:t>permanentă</w:t>
            </w:r>
            <w:proofErr w:type="spellEnd"/>
            <w:r>
              <w:t xml:space="preserve">, </w:t>
            </w:r>
            <w:proofErr w:type="spellStart"/>
            <w:r>
              <w:t>temporară</w:t>
            </w:r>
            <w:proofErr w:type="spellEnd"/>
            <w:r>
              <w:t xml:space="preserve"> </w:t>
            </w:r>
            <w:proofErr w:type="spellStart"/>
            <w:r>
              <w:t>și</w:t>
            </w:r>
            <w:proofErr w:type="spellEnd"/>
            <w:r>
              <w:t>/</w:t>
            </w:r>
            <w:proofErr w:type="spellStart"/>
            <w:r>
              <w:t>sau</w:t>
            </w:r>
            <w:proofErr w:type="spellEnd"/>
            <w:r>
              <w:t xml:space="preserve"> </w:t>
            </w:r>
            <w:proofErr w:type="spellStart"/>
            <w:r>
              <w:t>prin</w:t>
            </w:r>
            <w:proofErr w:type="spellEnd"/>
            <w:r>
              <w:t xml:space="preserve"> RFID/NFC, </w:t>
            </w:r>
            <w:proofErr w:type="spellStart"/>
            <w:r>
              <w:t>în</w:t>
            </w:r>
            <w:proofErr w:type="spellEnd"/>
            <w:r>
              <w:t xml:space="preserve"> </w:t>
            </w:r>
            <w:proofErr w:type="spellStart"/>
            <w:r>
              <w:t>funcție</w:t>
            </w:r>
            <w:proofErr w:type="spellEnd"/>
            <w:r>
              <w:t xml:space="preserve"> de </w:t>
            </w:r>
            <w:proofErr w:type="spellStart"/>
            <w:r>
              <w:t>capabilitățile</w:t>
            </w:r>
            <w:proofErr w:type="spellEnd"/>
            <w:r>
              <w:t xml:space="preserve"> </w:t>
            </w:r>
            <w:proofErr w:type="spellStart"/>
            <w:r>
              <w:t>soluției</w:t>
            </w:r>
            <w:proofErr w:type="spellEnd"/>
            <w:r>
              <w:t xml:space="preserve"> </w:t>
            </w:r>
            <w:proofErr w:type="spellStart"/>
            <w:r>
              <w:t>ofertate</w:t>
            </w:r>
            <w:proofErr w:type="spellEnd"/>
          </w:p>
        </w:tc>
        <w:tc>
          <w:tcPr>
            <w:tcW w:w="1134" w:type="dxa"/>
            <w:noWrap/>
            <w:vAlign w:val="center"/>
            <w:hideMark/>
          </w:tcPr>
          <w:p w14:paraId="29098852" w14:textId="77777777" w:rsidR="00E4105E" w:rsidRDefault="00E4105E"/>
        </w:tc>
      </w:tr>
      <w:tr w:rsidR="007F2D79" w:rsidRPr="00DB06A6" w14:paraId="04B49DB3" w14:textId="77777777" w:rsidTr="005D6229">
        <w:trPr>
          <w:trHeight w:val="580"/>
          <w:jc w:val="center"/>
        </w:trPr>
        <w:tc>
          <w:tcPr>
            <w:tcW w:w="2693" w:type="dxa"/>
            <w:vAlign w:val="center"/>
            <w:hideMark/>
          </w:tcPr>
          <w:p w14:paraId="65F26CF7" w14:textId="77777777" w:rsidR="00E4105E" w:rsidRDefault="00CB5EE7">
            <w:proofErr w:type="spellStart"/>
            <w:r>
              <w:t>Profiluri</w:t>
            </w:r>
            <w:proofErr w:type="spellEnd"/>
            <w:r>
              <w:t xml:space="preserve"> </w:t>
            </w:r>
            <w:proofErr w:type="spellStart"/>
            <w:r>
              <w:t>dispozitive</w:t>
            </w:r>
            <w:proofErr w:type="spellEnd"/>
          </w:p>
        </w:tc>
        <w:tc>
          <w:tcPr>
            <w:tcW w:w="5670" w:type="dxa"/>
            <w:vAlign w:val="center"/>
            <w:hideMark/>
          </w:tcPr>
          <w:p w14:paraId="204B1CDE" w14:textId="77777777" w:rsidR="00E4105E" w:rsidRDefault="00CB5EE7">
            <w:proofErr w:type="spellStart"/>
            <w:r>
              <w:t>Configurarea</w:t>
            </w:r>
            <w:proofErr w:type="spellEnd"/>
            <w:r>
              <w:t xml:space="preserve"> </w:t>
            </w:r>
            <w:proofErr w:type="spellStart"/>
            <w:r>
              <w:t>parametrilor</w:t>
            </w:r>
            <w:proofErr w:type="spellEnd"/>
            <w:r>
              <w:t xml:space="preserve"> de </w:t>
            </w:r>
            <w:proofErr w:type="spellStart"/>
            <w:r>
              <w:t>funcționare</w:t>
            </w:r>
            <w:proofErr w:type="spellEnd"/>
            <w:r>
              <w:t xml:space="preserve">, </w:t>
            </w:r>
            <w:proofErr w:type="spellStart"/>
            <w:r>
              <w:t>inclusiv</w:t>
            </w:r>
            <w:proofErr w:type="spellEnd"/>
            <w:r>
              <w:t xml:space="preserve"> </w:t>
            </w:r>
            <w:proofErr w:type="spellStart"/>
            <w:r>
              <w:t>semnalizare</w:t>
            </w:r>
            <w:proofErr w:type="spellEnd"/>
            <w:r>
              <w:t>, buffer pre/post-</w:t>
            </w:r>
            <w:proofErr w:type="spellStart"/>
            <w:r>
              <w:t>eveniment</w:t>
            </w:r>
            <w:proofErr w:type="spellEnd"/>
            <w:r>
              <w:t xml:space="preserve"> </w:t>
            </w:r>
            <w:proofErr w:type="spellStart"/>
            <w:r>
              <w:t>și</w:t>
            </w:r>
            <w:proofErr w:type="spellEnd"/>
            <w:r>
              <w:t xml:space="preserve"> </w:t>
            </w:r>
            <w:proofErr w:type="spellStart"/>
            <w:r>
              <w:t>alte</w:t>
            </w:r>
            <w:proofErr w:type="spellEnd"/>
            <w:r>
              <w:t xml:space="preserve"> </w:t>
            </w:r>
            <w:proofErr w:type="spellStart"/>
            <w:r>
              <w:t>politici</w:t>
            </w:r>
            <w:proofErr w:type="spellEnd"/>
            <w:r>
              <w:t xml:space="preserve"> de </w:t>
            </w:r>
            <w:proofErr w:type="spellStart"/>
            <w:r>
              <w:t>utilizare</w:t>
            </w:r>
            <w:proofErr w:type="spellEnd"/>
          </w:p>
        </w:tc>
        <w:tc>
          <w:tcPr>
            <w:tcW w:w="1134" w:type="dxa"/>
            <w:noWrap/>
            <w:vAlign w:val="center"/>
            <w:hideMark/>
          </w:tcPr>
          <w:p w14:paraId="7C9F4204" w14:textId="77777777" w:rsidR="00E4105E" w:rsidRDefault="00E4105E"/>
        </w:tc>
      </w:tr>
      <w:tr w:rsidR="007F2D79" w:rsidRPr="00DB06A6" w14:paraId="23A67E81" w14:textId="77777777" w:rsidTr="005D6229">
        <w:trPr>
          <w:trHeight w:val="290"/>
          <w:jc w:val="center"/>
        </w:trPr>
        <w:tc>
          <w:tcPr>
            <w:tcW w:w="2693" w:type="dxa"/>
            <w:vAlign w:val="center"/>
            <w:hideMark/>
          </w:tcPr>
          <w:p w14:paraId="20129473" w14:textId="77777777" w:rsidR="00E4105E" w:rsidRDefault="00CB5EE7">
            <w:proofErr w:type="spellStart"/>
            <w:r>
              <w:t>Etichetare</w:t>
            </w:r>
            <w:proofErr w:type="spellEnd"/>
            <w:r>
              <w:t xml:space="preserve"> </w:t>
            </w:r>
            <w:proofErr w:type="spellStart"/>
            <w:r>
              <w:t>în</w:t>
            </w:r>
            <w:proofErr w:type="spellEnd"/>
            <w:r>
              <w:t xml:space="preserve"> </w:t>
            </w:r>
            <w:proofErr w:type="spellStart"/>
            <w:r>
              <w:t>teren</w:t>
            </w:r>
            <w:proofErr w:type="spellEnd"/>
          </w:p>
        </w:tc>
        <w:tc>
          <w:tcPr>
            <w:tcW w:w="5670" w:type="dxa"/>
            <w:vAlign w:val="center"/>
            <w:hideMark/>
          </w:tcPr>
          <w:p w14:paraId="03D5D101" w14:textId="77777777" w:rsidR="00E4105E" w:rsidRDefault="00CB5EE7">
            <w:proofErr w:type="spellStart"/>
            <w:r>
              <w:t>Etichetarea</w:t>
            </w:r>
            <w:proofErr w:type="spellEnd"/>
            <w:r>
              <w:t xml:space="preserve"> </w:t>
            </w:r>
            <w:proofErr w:type="spellStart"/>
            <w:r>
              <w:t>înregistrărilor</w:t>
            </w:r>
            <w:proofErr w:type="spellEnd"/>
            <w:r>
              <w:t xml:space="preserve"> </w:t>
            </w:r>
            <w:proofErr w:type="spellStart"/>
            <w:r>
              <w:t>și</w:t>
            </w:r>
            <w:proofErr w:type="spellEnd"/>
            <w:r>
              <w:t>/</w:t>
            </w:r>
            <w:proofErr w:type="spellStart"/>
            <w:r>
              <w:t>sau</w:t>
            </w:r>
            <w:proofErr w:type="spellEnd"/>
            <w:r>
              <w:t xml:space="preserve"> </w:t>
            </w:r>
            <w:proofErr w:type="spellStart"/>
            <w:r>
              <w:t>asocierea</w:t>
            </w:r>
            <w:proofErr w:type="spellEnd"/>
            <w:r>
              <w:t xml:space="preserve"> </w:t>
            </w:r>
            <w:proofErr w:type="spellStart"/>
            <w:r>
              <w:t>acestora</w:t>
            </w:r>
            <w:proofErr w:type="spellEnd"/>
            <w:r>
              <w:t xml:space="preserve"> cu </w:t>
            </w:r>
            <w:proofErr w:type="spellStart"/>
            <w:r>
              <w:t>evenimente</w:t>
            </w:r>
            <w:proofErr w:type="spellEnd"/>
            <w:r>
              <w:t>/</w:t>
            </w:r>
            <w:proofErr w:type="spellStart"/>
            <w:r>
              <w:t>categorii</w:t>
            </w:r>
            <w:proofErr w:type="spellEnd"/>
            <w:r>
              <w:t xml:space="preserve">, </w:t>
            </w:r>
            <w:proofErr w:type="spellStart"/>
            <w:r>
              <w:t>inclusiv</w:t>
            </w:r>
            <w:proofErr w:type="spellEnd"/>
            <w:r>
              <w:t xml:space="preserve"> </w:t>
            </w:r>
            <w:proofErr w:type="spellStart"/>
            <w:r>
              <w:t>prin</w:t>
            </w:r>
            <w:proofErr w:type="spellEnd"/>
            <w:r>
              <w:t xml:space="preserve"> </w:t>
            </w:r>
            <w:proofErr w:type="spellStart"/>
            <w:r>
              <w:t>aplicații</w:t>
            </w:r>
            <w:proofErr w:type="spellEnd"/>
            <w:r>
              <w:t xml:space="preserve"> mobile, </w:t>
            </w:r>
            <w:proofErr w:type="spellStart"/>
            <w:r>
              <w:t>dacă</w:t>
            </w:r>
            <w:proofErr w:type="spellEnd"/>
            <w:r>
              <w:t xml:space="preserve"> </w:t>
            </w:r>
            <w:proofErr w:type="spellStart"/>
            <w:r>
              <w:t>sunt</w:t>
            </w:r>
            <w:proofErr w:type="spellEnd"/>
            <w:r>
              <w:t xml:space="preserve"> </w:t>
            </w:r>
            <w:proofErr w:type="spellStart"/>
            <w:r>
              <w:t>oferite</w:t>
            </w:r>
            <w:proofErr w:type="spellEnd"/>
          </w:p>
        </w:tc>
        <w:tc>
          <w:tcPr>
            <w:tcW w:w="1134" w:type="dxa"/>
            <w:noWrap/>
            <w:vAlign w:val="center"/>
            <w:hideMark/>
          </w:tcPr>
          <w:p w14:paraId="3CBFC2F1" w14:textId="77777777" w:rsidR="00E4105E" w:rsidRDefault="00E4105E"/>
        </w:tc>
      </w:tr>
      <w:tr w:rsidR="007F2D79" w:rsidRPr="00DB06A6" w14:paraId="794956E9" w14:textId="77777777" w:rsidTr="005D6229">
        <w:trPr>
          <w:trHeight w:val="580"/>
          <w:jc w:val="center"/>
        </w:trPr>
        <w:tc>
          <w:tcPr>
            <w:tcW w:w="2693" w:type="dxa"/>
            <w:vAlign w:val="center"/>
            <w:hideMark/>
          </w:tcPr>
          <w:p w14:paraId="454FE45E" w14:textId="77777777" w:rsidR="00E4105E" w:rsidRDefault="00CB5EE7">
            <w:r>
              <w:t>Streaming live</w:t>
            </w:r>
          </w:p>
        </w:tc>
        <w:tc>
          <w:tcPr>
            <w:tcW w:w="5670" w:type="dxa"/>
            <w:vAlign w:val="center"/>
            <w:hideMark/>
          </w:tcPr>
          <w:p w14:paraId="24F8CB42" w14:textId="77777777" w:rsidR="00E4105E" w:rsidRDefault="00CB5EE7">
            <w:proofErr w:type="spellStart"/>
            <w:r>
              <w:t>Vizualizare</w:t>
            </w:r>
            <w:proofErr w:type="spellEnd"/>
            <w:r>
              <w:t xml:space="preserve"> live, </w:t>
            </w:r>
            <w:proofErr w:type="spellStart"/>
            <w:r>
              <w:t>dacă</w:t>
            </w:r>
            <w:proofErr w:type="spellEnd"/>
            <w:r>
              <w:t xml:space="preserve"> </w:t>
            </w:r>
            <w:proofErr w:type="spellStart"/>
            <w:r>
              <w:t>această</w:t>
            </w:r>
            <w:proofErr w:type="spellEnd"/>
            <w:r>
              <w:t xml:space="preserve"> </w:t>
            </w:r>
            <w:proofErr w:type="spellStart"/>
            <w:r>
              <w:t>funcționalitate</w:t>
            </w:r>
            <w:proofErr w:type="spellEnd"/>
            <w:r>
              <w:t xml:space="preserve"> </w:t>
            </w:r>
            <w:proofErr w:type="spellStart"/>
            <w:r>
              <w:t>este</w:t>
            </w:r>
            <w:proofErr w:type="spellEnd"/>
            <w:r>
              <w:t xml:space="preserve"> </w:t>
            </w:r>
            <w:proofErr w:type="spellStart"/>
            <w:r>
              <w:t>disponibilă</w:t>
            </w:r>
            <w:proofErr w:type="spellEnd"/>
            <w:r>
              <w:t xml:space="preserve"> </w:t>
            </w:r>
            <w:proofErr w:type="spellStart"/>
            <w:r>
              <w:t>în</w:t>
            </w:r>
            <w:proofErr w:type="spellEnd"/>
            <w:r>
              <w:t xml:space="preserve"> </w:t>
            </w:r>
            <w:proofErr w:type="spellStart"/>
            <w:r>
              <w:t>soluția</w:t>
            </w:r>
            <w:proofErr w:type="spellEnd"/>
            <w:r>
              <w:t xml:space="preserve"> </w:t>
            </w:r>
            <w:proofErr w:type="spellStart"/>
            <w:r>
              <w:t>ofertată</w:t>
            </w:r>
            <w:proofErr w:type="spellEnd"/>
          </w:p>
        </w:tc>
        <w:tc>
          <w:tcPr>
            <w:tcW w:w="1134" w:type="dxa"/>
            <w:noWrap/>
            <w:vAlign w:val="center"/>
            <w:hideMark/>
          </w:tcPr>
          <w:p w14:paraId="779A6609" w14:textId="77777777" w:rsidR="00E4105E" w:rsidRDefault="00E4105E"/>
        </w:tc>
      </w:tr>
      <w:tr w:rsidR="007F2D79" w:rsidRPr="00DB06A6" w14:paraId="6D88953B" w14:textId="77777777" w:rsidTr="005D6229">
        <w:trPr>
          <w:trHeight w:val="580"/>
          <w:jc w:val="center"/>
        </w:trPr>
        <w:tc>
          <w:tcPr>
            <w:tcW w:w="2693" w:type="dxa"/>
            <w:vAlign w:val="center"/>
            <w:hideMark/>
          </w:tcPr>
          <w:p w14:paraId="0D981B5D" w14:textId="77777777" w:rsidR="00E4105E" w:rsidRDefault="00CB5EE7">
            <w:proofErr w:type="spellStart"/>
            <w:r>
              <w:t>Localizare</w:t>
            </w:r>
            <w:proofErr w:type="spellEnd"/>
            <w:r>
              <w:t>/GPS</w:t>
            </w:r>
          </w:p>
        </w:tc>
        <w:tc>
          <w:tcPr>
            <w:tcW w:w="5670" w:type="dxa"/>
            <w:vAlign w:val="center"/>
            <w:hideMark/>
          </w:tcPr>
          <w:p w14:paraId="1F5E75DC" w14:textId="77777777" w:rsidR="00E4105E" w:rsidRDefault="00CB5EE7">
            <w:proofErr w:type="spellStart"/>
            <w:r>
              <w:t>Afișarea</w:t>
            </w:r>
            <w:proofErr w:type="spellEnd"/>
            <w:r>
              <w:t xml:space="preserve"> </w:t>
            </w:r>
            <w:proofErr w:type="spellStart"/>
            <w:r>
              <w:t>poziției</w:t>
            </w:r>
            <w:proofErr w:type="spellEnd"/>
            <w:r>
              <w:t xml:space="preserve"> </w:t>
            </w:r>
            <w:proofErr w:type="spellStart"/>
            <w:r>
              <w:t>și</w:t>
            </w:r>
            <w:proofErr w:type="spellEnd"/>
            <w:r>
              <w:t>/</w:t>
            </w:r>
            <w:proofErr w:type="spellStart"/>
            <w:r>
              <w:t>sau</w:t>
            </w:r>
            <w:proofErr w:type="spellEnd"/>
            <w:r>
              <w:t xml:space="preserve"> </w:t>
            </w:r>
            <w:proofErr w:type="spellStart"/>
            <w:r>
              <w:t>integrare</w:t>
            </w:r>
            <w:proofErr w:type="spellEnd"/>
            <w:r>
              <w:t xml:space="preserve"> cu </w:t>
            </w:r>
            <w:proofErr w:type="spellStart"/>
            <w:r>
              <w:t>soluții</w:t>
            </w:r>
            <w:proofErr w:type="spellEnd"/>
            <w:r>
              <w:t xml:space="preserve"> </w:t>
            </w:r>
            <w:proofErr w:type="spellStart"/>
            <w:r>
              <w:t>cartografice</w:t>
            </w:r>
            <w:proofErr w:type="spellEnd"/>
            <w:r>
              <w:t xml:space="preserve">, </w:t>
            </w:r>
            <w:proofErr w:type="spellStart"/>
            <w:r>
              <w:t>dacă</w:t>
            </w:r>
            <w:proofErr w:type="spellEnd"/>
            <w:r>
              <w:t xml:space="preserve"> </w:t>
            </w:r>
            <w:proofErr w:type="spellStart"/>
            <w:r>
              <w:t>funcționalitatea</w:t>
            </w:r>
            <w:proofErr w:type="spellEnd"/>
            <w:r>
              <w:t xml:space="preserve"> </w:t>
            </w:r>
            <w:proofErr w:type="spellStart"/>
            <w:r>
              <w:t>este</w:t>
            </w:r>
            <w:proofErr w:type="spellEnd"/>
            <w:r>
              <w:t xml:space="preserve"> </w:t>
            </w:r>
            <w:proofErr w:type="spellStart"/>
            <w:r>
              <w:t>disponibilă</w:t>
            </w:r>
            <w:proofErr w:type="spellEnd"/>
          </w:p>
        </w:tc>
        <w:tc>
          <w:tcPr>
            <w:tcW w:w="1134" w:type="dxa"/>
            <w:noWrap/>
            <w:vAlign w:val="center"/>
            <w:hideMark/>
          </w:tcPr>
          <w:p w14:paraId="05DC3FCF" w14:textId="77777777" w:rsidR="00E4105E" w:rsidRDefault="00E4105E"/>
        </w:tc>
      </w:tr>
      <w:tr w:rsidR="007F2D79" w:rsidRPr="00DB06A6" w14:paraId="036B7C8C" w14:textId="77777777" w:rsidTr="005D6229">
        <w:trPr>
          <w:trHeight w:val="350"/>
          <w:jc w:val="center"/>
        </w:trPr>
        <w:tc>
          <w:tcPr>
            <w:tcW w:w="8363" w:type="dxa"/>
            <w:gridSpan w:val="2"/>
            <w:shd w:val="clear" w:color="auto" w:fill="D6E3BC" w:themeFill="accent3" w:themeFillTint="66"/>
            <w:noWrap/>
            <w:vAlign w:val="center"/>
            <w:hideMark/>
          </w:tcPr>
          <w:p w14:paraId="2BD1D8A5" w14:textId="77777777" w:rsidR="00E4105E" w:rsidRDefault="00CB5EE7">
            <w:r>
              <w:t>ADMINISTRAREA UTILIZATORILOR</w:t>
            </w:r>
          </w:p>
        </w:tc>
        <w:tc>
          <w:tcPr>
            <w:tcW w:w="1134" w:type="dxa"/>
            <w:shd w:val="clear" w:color="auto" w:fill="D6E3BC" w:themeFill="accent3" w:themeFillTint="66"/>
            <w:noWrap/>
            <w:vAlign w:val="center"/>
            <w:hideMark/>
          </w:tcPr>
          <w:p w14:paraId="2C70EE1C" w14:textId="77777777" w:rsidR="00E4105E" w:rsidRDefault="00E4105E"/>
        </w:tc>
      </w:tr>
      <w:tr w:rsidR="007F2D79" w:rsidRPr="00DB06A6" w14:paraId="526B3E36" w14:textId="77777777" w:rsidTr="005D6229">
        <w:trPr>
          <w:trHeight w:val="290"/>
          <w:jc w:val="center"/>
        </w:trPr>
        <w:tc>
          <w:tcPr>
            <w:tcW w:w="2693" w:type="dxa"/>
            <w:vAlign w:val="center"/>
            <w:hideMark/>
          </w:tcPr>
          <w:p w14:paraId="4D95A834" w14:textId="77777777" w:rsidR="00E4105E" w:rsidRDefault="00CB5EE7">
            <w:proofErr w:type="spellStart"/>
            <w:r>
              <w:t>Funcție</w:t>
            </w:r>
            <w:proofErr w:type="spellEnd"/>
          </w:p>
        </w:tc>
        <w:tc>
          <w:tcPr>
            <w:tcW w:w="5670" w:type="dxa"/>
            <w:vAlign w:val="center"/>
            <w:hideMark/>
          </w:tcPr>
          <w:p w14:paraId="0162A637" w14:textId="77777777" w:rsidR="00E4105E" w:rsidRDefault="00CB5EE7">
            <w:proofErr w:type="spellStart"/>
            <w:r>
              <w:t>Descriere</w:t>
            </w:r>
            <w:proofErr w:type="spellEnd"/>
          </w:p>
        </w:tc>
        <w:tc>
          <w:tcPr>
            <w:tcW w:w="1134" w:type="dxa"/>
            <w:noWrap/>
            <w:vAlign w:val="center"/>
            <w:hideMark/>
          </w:tcPr>
          <w:p w14:paraId="408F3EDB" w14:textId="77777777" w:rsidR="00E4105E" w:rsidRDefault="00E4105E"/>
        </w:tc>
      </w:tr>
      <w:tr w:rsidR="007F2D79" w:rsidRPr="00DB06A6" w14:paraId="608657F6" w14:textId="77777777" w:rsidTr="005D6229">
        <w:trPr>
          <w:trHeight w:val="290"/>
          <w:jc w:val="center"/>
        </w:trPr>
        <w:tc>
          <w:tcPr>
            <w:tcW w:w="2693" w:type="dxa"/>
            <w:vAlign w:val="center"/>
            <w:hideMark/>
          </w:tcPr>
          <w:p w14:paraId="773E7D13" w14:textId="77777777" w:rsidR="00E4105E" w:rsidRDefault="00CB5EE7">
            <w:proofErr w:type="spellStart"/>
            <w:r>
              <w:t>Roluri</w:t>
            </w:r>
            <w:proofErr w:type="spellEnd"/>
            <w:r>
              <w:t xml:space="preserve"> </w:t>
            </w:r>
            <w:proofErr w:type="spellStart"/>
            <w:r>
              <w:t>și</w:t>
            </w:r>
            <w:proofErr w:type="spellEnd"/>
            <w:r>
              <w:t xml:space="preserve"> </w:t>
            </w:r>
            <w:proofErr w:type="spellStart"/>
            <w:r>
              <w:t>permisiuni</w:t>
            </w:r>
            <w:proofErr w:type="spellEnd"/>
          </w:p>
        </w:tc>
        <w:tc>
          <w:tcPr>
            <w:tcW w:w="5670" w:type="dxa"/>
            <w:vAlign w:val="center"/>
            <w:hideMark/>
          </w:tcPr>
          <w:p w14:paraId="33512B7A" w14:textId="77777777" w:rsidR="00E4105E" w:rsidRDefault="00CB5EE7">
            <w:proofErr w:type="spellStart"/>
            <w:r>
              <w:t>Definirea</w:t>
            </w:r>
            <w:proofErr w:type="spellEnd"/>
            <w:r>
              <w:t xml:space="preserve"> de </w:t>
            </w:r>
            <w:proofErr w:type="spellStart"/>
            <w:r>
              <w:t>roluri</w:t>
            </w:r>
            <w:proofErr w:type="spellEnd"/>
            <w:r>
              <w:t xml:space="preserve"> </w:t>
            </w:r>
            <w:proofErr w:type="spellStart"/>
            <w:r>
              <w:t>și</w:t>
            </w:r>
            <w:proofErr w:type="spellEnd"/>
            <w:r>
              <w:t xml:space="preserve"> </w:t>
            </w:r>
            <w:proofErr w:type="spellStart"/>
            <w:r>
              <w:t>drepturi</w:t>
            </w:r>
            <w:proofErr w:type="spellEnd"/>
            <w:r>
              <w:t xml:space="preserve"> </w:t>
            </w:r>
            <w:proofErr w:type="spellStart"/>
            <w:r>
              <w:t>diferențiate</w:t>
            </w:r>
            <w:proofErr w:type="spellEnd"/>
            <w:r>
              <w:t xml:space="preserve"> </w:t>
            </w:r>
            <w:proofErr w:type="spellStart"/>
            <w:r>
              <w:t>pentru</w:t>
            </w:r>
            <w:proofErr w:type="spellEnd"/>
            <w:r>
              <w:t xml:space="preserve"> </w:t>
            </w:r>
            <w:proofErr w:type="spellStart"/>
            <w:r>
              <w:t>utilizatori</w:t>
            </w:r>
            <w:proofErr w:type="spellEnd"/>
            <w:r>
              <w:t xml:space="preserve"> </w:t>
            </w:r>
            <w:proofErr w:type="spellStart"/>
            <w:r>
              <w:t>și</w:t>
            </w:r>
            <w:proofErr w:type="spellEnd"/>
            <w:r>
              <w:t xml:space="preserve"> </w:t>
            </w:r>
            <w:proofErr w:type="spellStart"/>
            <w:r>
              <w:t>grupuri</w:t>
            </w:r>
            <w:proofErr w:type="spellEnd"/>
          </w:p>
        </w:tc>
        <w:tc>
          <w:tcPr>
            <w:tcW w:w="1134" w:type="dxa"/>
            <w:noWrap/>
            <w:vAlign w:val="center"/>
            <w:hideMark/>
          </w:tcPr>
          <w:p w14:paraId="4BFDBE9D" w14:textId="77777777" w:rsidR="00E4105E" w:rsidRDefault="00E4105E"/>
        </w:tc>
      </w:tr>
      <w:tr w:rsidR="007F2D79" w:rsidRPr="00DB06A6" w14:paraId="266B0125" w14:textId="77777777" w:rsidTr="005D6229">
        <w:trPr>
          <w:trHeight w:val="580"/>
          <w:jc w:val="center"/>
        </w:trPr>
        <w:tc>
          <w:tcPr>
            <w:tcW w:w="2693" w:type="dxa"/>
            <w:vAlign w:val="center"/>
            <w:hideMark/>
          </w:tcPr>
          <w:p w14:paraId="1CE96AC9" w14:textId="77777777" w:rsidR="00E4105E" w:rsidRDefault="00CB5EE7">
            <w:r>
              <w:t xml:space="preserve">Import </w:t>
            </w:r>
            <w:proofErr w:type="spellStart"/>
            <w:r>
              <w:t>utilizatori</w:t>
            </w:r>
            <w:proofErr w:type="spellEnd"/>
          </w:p>
        </w:tc>
        <w:tc>
          <w:tcPr>
            <w:tcW w:w="5670" w:type="dxa"/>
            <w:vAlign w:val="center"/>
            <w:hideMark/>
          </w:tcPr>
          <w:p w14:paraId="41B26282" w14:textId="77777777" w:rsidR="00E4105E" w:rsidRDefault="00CB5EE7">
            <w:proofErr w:type="spellStart"/>
            <w:r>
              <w:t>Integrare</w:t>
            </w:r>
            <w:proofErr w:type="spellEnd"/>
            <w:r>
              <w:t xml:space="preserve"> cu Active Directory, Microsoft </w:t>
            </w:r>
            <w:proofErr w:type="spellStart"/>
            <w:r>
              <w:t>Entra</w:t>
            </w:r>
            <w:proofErr w:type="spellEnd"/>
            <w:r>
              <w:t xml:space="preserve"> ID </w:t>
            </w:r>
            <w:proofErr w:type="spellStart"/>
            <w:r>
              <w:t>sau</w:t>
            </w:r>
            <w:proofErr w:type="spellEnd"/>
            <w:r>
              <w:t xml:space="preserve"> </w:t>
            </w:r>
            <w:proofErr w:type="spellStart"/>
            <w:r>
              <w:t>alte</w:t>
            </w:r>
            <w:proofErr w:type="spellEnd"/>
            <w:r>
              <w:t xml:space="preserve"> </w:t>
            </w:r>
            <w:proofErr w:type="spellStart"/>
            <w:r>
              <w:t>servicii</w:t>
            </w:r>
            <w:proofErr w:type="spellEnd"/>
            <w:r>
              <w:t xml:space="preserve"> de director, </w:t>
            </w:r>
            <w:proofErr w:type="spellStart"/>
            <w:r>
              <w:t>după</w:t>
            </w:r>
            <w:proofErr w:type="spellEnd"/>
            <w:r>
              <w:t xml:space="preserve"> </w:t>
            </w:r>
            <w:proofErr w:type="spellStart"/>
            <w:r>
              <w:t>caz</w:t>
            </w:r>
            <w:proofErr w:type="spellEnd"/>
          </w:p>
        </w:tc>
        <w:tc>
          <w:tcPr>
            <w:tcW w:w="1134" w:type="dxa"/>
            <w:noWrap/>
            <w:vAlign w:val="center"/>
            <w:hideMark/>
          </w:tcPr>
          <w:p w14:paraId="7379E59F" w14:textId="77777777" w:rsidR="00E4105E" w:rsidRDefault="00E4105E"/>
        </w:tc>
      </w:tr>
      <w:tr w:rsidR="007F2D79" w:rsidRPr="00DB06A6" w14:paraId="7D0D9545" w14:textId="77777777" w:rsidTr="005D6229">
        <w:trPr>
          <w:trHeight w:val="290"/>
          <w:jc w:val="center"/>
        </w:trPr>
        <w:tc>
          <w:tcPr>
            <w:tcW w:w="2693" w:type="dxa"/>
            <w:vAlign w:val="center"/>
            <w:hideMark/>
          </w:tcPr>
          <w:p w14:paraId="7217AFFF" w14:textId="77777777" w:rsidR="00E4105E" w:rsidRDefault="00CB5EE7">
            <w:proofErr w:type="spellStart"/>
            <w:r>
              <w:t>Conturi</w:t>
            </w:r>
            <w:proofErr w:type="spellEnd"/>
            <w:r>
              <w:t xml:space="preserve"> </w:t>
            </w:r>
            <w:proofErr w:type="spellStart"/>
            <w:r>
              <w:t>utilizator</w:t>
            </w:r>
            <w:proofErr w:type="spellEnd"/>
          </w:p>
        </w:tc>
        <w:tc>
          <w:tcPr>
            <w:tcW w:w="5670" w:type="dxa"/>
            <w:vAlign w:val="center"/>
            <w:hideMark/>
          </w:tcPr>
          <w:p w14:paraId="11C7B563" w14:textId="77777777" w:rsidR="00E4105E" w:rsidRDefault="00CB5EE7">
            <w:proofErr w:type="spellStart"/>
            <w:r>
              <w:t>Crearea</w:t>
            </w:r>
            <w:proofErr w:type="spellEnd"/>
            <w:r>
              <w:t xml:space="preserve"> </w:t>
            </w:r>
            <w:proofErr w:type="spellStart"/>
            <w:r>
              <w:t>și</w:t>
            </w:r>
            <w:proofErr w:type="spellEnd"/>
            <w:r>
              <w:t xml:space="preserve"> </w:t>
            </w:r>
            <w:proofErr w:type="spellStart"/>
            <w:r>
              <w:t>administrarea</w:t>
            </w:r>
            <w:proofErr w:type="spellEnd"/>
            <w:r>
              <w:t xml:space="preserve"> </w:t>
            </w:r>
            <w:proofErr w:type="spellStart"/>
            <w:r>
              <w:t>conturilor</w:t>
            </w:r>
            <w:proofErr w:type="spellEnd"/>
            <w:r>
              <w:t xml:space="preserve"> de </w:t>
            </w:r>
            <w:proofErr w:type="spellStart"/>
            <w:r>
              <w:t>utilizator</w:t>
            </w:r>
            <w:proofErr w:type="spellEnd"/>
            <w:r>
              <w:t xml:space="preserve"> conform </w:t>
            </w:r>
            <w:proofErr w:type="spellStart"/>
            <w:r>
              <w:t>politicilor</w:t>
            </w:r>
            <w:proofErr w:type="spellEnd"/>
            <w:r>
              <w:t xml:space="preserve"> </w:t>
            </w:r>
            <w:proofErr w:type="spellStart"/>
            <w:r>
              <w:t>Beneficiarului</w:t>
            </w:r>
            <w:proofErr w:type="spellEnd"/>
          </w:p>
        </w:tc>
        <w:tc>
          <w:tcPr>
            <w:tcW w:w="1134" w:type="dxa"/>
            <w:noWrap/>
            <w:vAlign w:val="center"/>
            <w:hideMark/>
          </w:tcPr>
          <w:p w14:paraId="3586523C" w14:textId="77777777" w:rsidR="00E4105E" w:rsidRDefault="00E4105E"/>
        </w:tc>
      </w:tr>
      <w:tr w:rsidR="007F2D79" w:rsidRPr="00DB06A6" w14:paraId="2AE4EA33" w14:textId="77777777" w:rsidTr="005D6229">
        <w:trPr>
          <w:trHeight w:val="350"/>
          <w:jc w:val="center"/>
        </w:trPr>
        <w:tc>
          <w:tcPr>
            <w:tcW w:w="8363" w:type="dxa"/>
            <w:gridSpan w:val="2"/>
            <w:shd w:val="clear" w:color="auto" w:fill="D6E3BC" w:themeFill="accent3" w:themeFillTint="66"/>
            <w:noWrap/>
            <w:vAlign w:val="center"/>
            <w:hideMark/>
          </w:tcPr>
          <w:p w14:paraId="0D24713B" w14:textId="77777777" w:rsidR="00E4105E" w:rsidRDefault="00CB5EE7">
            <w:r>
              <w:lastRenderedPageBreak/>
              <w:t>SECURITATE</w:t>
            </w:r>
          </w:p>
        </w:tc>
        <w:tc>
          <w:tcPr>
            <w:tcW w:w="1134" w:type="dxa"/>
            <w:shd w:val="clear" w:color="auto" w:fill="D6E3BC" w:themeFill="accent3" w:themeFillTint="66"/>
            <w:noWrap/>
            <w:vAlign w:val="center"/>
            <w:hideMark/>
          </w:tcPr>
          <w:p w14:paraId="4A188CF8" w14:textId="77777777" w:rsidR="00E4105E" w:rsidRDefault="00E4105E"/>
        </w:tc>
      </w:tr>
      <w:tr w:rsidR="007F2D79" w:rsidRPr="00DB06A6" w14:paraId="24BB8B60" w14:textId="77777777" w:rsidTr="005D6229">
        <w:trPr>
          <w:trHeight w:val="290"/>
          <w:jc w:val="center"/>
        </w:trPr>
        <w:tc>
          <w:tcPr>
            <w:tcW w:w="2693" w:type="dxa"/>
            <w:vAlign w:val="center"/>
            <w:hideMark/>
          </w:tcPr>
          <w:p w14:paraId="2AF973C8" w14:textId="77777777" w:rsidR="00E4105E" w:rsidRDefault="00CB5EE7">
            <w:proofErr w:type="spellStart"/>
            <w:r>
              <w:t>Funcție</w:t>
            </w:r>
            <w:proofErr w:type="spellEnd"/>
          </w:p>
        </w:tc>
        <w:tc>
          <w:tcPr>
            <w:tcW w:w="5670" w:type="dxa"/>
            <w:vAlign w:val="center"/>
            <w:hideMark/>
          </w:tcPr>
          <w:p w14:paraId="3EDB7D8C" w14:textId="77777777" w:rsidR="00E4105E" w:rsidRDefault="00CB5EE7">
            <w:proofErr w:type="spellStart"/>
            <w:r>
              <w:t>Descriere</w:t>
            </w:r>
            <w:proofErr w:type="spellEnd"/>
          </w:p>
        </w:tc>
        <w:tc>
          <w:tcPr>
            <w:tcW w:w="1134" w:type="dxa"/>
            <w:noWrap/>
            <w:vAlign w:val="center"/>
            <w:hideMark/>
          </w:tcPr>
          <w:p w14:paraId="056C3F0D" w14:textId="77777777" w:rsidR="00E4105E" w:rsidRDefault="00E4105E"/>
        </w:tc>
      </w:tr>
      <w:tr w:rsidR="007F2D79" w:rsidRPr="00DB06A6" w14:paraId="59BB3C1C" w14:textId="77777777" w:rsidTr="005D6229">
        <w:trPr>
          <w:trHeight w:val="580"/>
          <w:jc w:val="center"/>
        </w:trPr>
        <w:tc>
          <w:tcPr>
            <w:tcW w:w="2693" w:type="dxa"/>
            <w:vAlign w:val="center"/>
            <w:hideMark/>
          </w:tcPr>
          <w:p w14:paraId="49DE9773" w14:textId="77777777" w:rsidR="00E4105E" w:rsidRDefault="00CB5EE7">
            <w:proofErr w:type="spellStart"/>
            <w:r>
              <w:t>Autentificare</w:t>
            </w:r>
            <w:proofErr w:type="spellEnd"/>
          </w:p>
        </w:tc>
        <w:tc>
          <w:tcPr>
            <w:tcW w:w="5670" w:type="dxa"/>
            <w:vAlign w:val="center"/>
            <w:hideMark/>
          </w:tcPr>
          <w:p w14:paraId="7B64EBBE" w14:textId="77777777" w:rsidR="00E4105E" w:rsidRDefault="00CB5EE7">
            <w:proofErr w:type="spellStart"/>
            <w:r>
              <w:t>Autentificare</w:t>
            </w:r>
            <w:proofErr w:type="spellEnd"/>
            <w:r>
              <w:t xml:space="preserve"> </w:t>
            </w:r>
            <w:proofErr w:type="spellStart"/>
            <w:r>
              <w:t>pe</w:t>
            </w:r>
            <w:proofErr w:type="spellEnd"/>
            <w:r>
              <w:t xml:space="preserve"> </w:t>
            </w:r>
            <w:proofErr w:type="spellStart"/>
            <w:r>
              <w:t>bază</w:t>
            </w:r>
            <w:proofErr w:type="spellEnd"/>
            <w:r>
              <w:t xml:space="preserve"> de </w:t>
            </w:r>
            <w:proofErr w:type="spellStart"/>
            <w:r>
              <w:t>utilizator</w:t>
            </w:r>
            <w:proofErr w:type="spellEnd"/>
            <w:r>
              <w:t>/</w:t>
            </w:r>
            <w:proofErr w:type="spellStart"/>
            <w:r>
              <w:t>parolă</w:t>
            </w:r>
            <w:proofErr w:type="spellEnd"/>
            <w:r>
              <w:t xml:space="preserve"> </w:t>
            </w:r>
            <w:proofErr w:type="spellStart"/>
            <w:r>
              <w:t>și</w:t>
            </w:r>
            <w:proofErr w:type="spellEnd"/>
            <w:r>
              <w:t>/</w:t>
            </w:r>
            <w:proofErr w:type="spellStart"/>
            <w:r>
              <w:t>sau</w:t>
            </w:r>
            <w:proofErr w:type="spellEnd"/>
            <w:r>
              <w:t xml:space="preserve"> </w:t>
            </w:r>
            <w:proofErr w:type="spellStart"/>
            <w:r>
              <w:t>integrare</w:t>
            </w:r>
            <w:proofErr w:type="spellEnd"/>
            <w:r>
              <w:t xml:space="preserve"> cu </w:t>
            </w:r>
            <w:proofErr w:type="spellStart"/>
            <w:r>
              <w:t>servicii</w:t>
            </w:r>
            <w:proofErr w:type="spellEnd"/>
            <w:r>
              <w:t xml:space="preserve"> de </w:t>
            </w:r>
            <w:proofErr w:type="spellStart"/>
            <w:r>
              <w:t>identitate</w:t>
            </w:r>
            <w:proofErr w:type="spellEnd"/>
            <w:r>
              <w:t xml:space="preserve">, certificate </w:t>
            </w:r>
            <w:proofErr w:type="spellStart"/>
            <w:r>
              <w:t>ori</w:t>
            </w:r>
            <w:proofErr w:type="spellEnd"/>
            <w:r>
              <w:t xml:space="preserve"> </w:t>
            </w:r>
            <w:proofErr w:type="spellStart"/>
            <w:r>
              <w:t>mecanisme</w:t>
            </w:r>
            <w:proofErr w:type="spellEnd"/>
            <w:r>
              <w:t xml:space="preserve"> </w:t>
            </w:r>
            <w:proofErr w:type="spellStart"/>
            <w:r>
              <w:t>echivalente</w:t>
            </w:r>
            <w:proofErr w:type="spellEnd"/>
          </w:p>
        </w:tc>
        <w:tc>
          <w:tcPr>
            <w:tcW w:w="1134" w:type="dxa"/>
            <w:noWrap/>
            <w:vAlign w:val="center"/>
            <w:hideMark/>
          </w:tcPr>
          <w:p w14:paraId="69B4D779" w14:textId="77777777" w:rsidR="00E4105E" w:rsidRDefault="00E4105E"/>
        </w:tc>
      </w:tr>
      <w:tr w:rsidR="007F2D79" w:rsidRPr="00DB06A6" w14:paraId="6CA3D4F3" w14:textId="77777777" w:rsidTr="005D6229">
        <w:trPr>
          <w:trHeight w:val="290"/>
          <w:jc w:val="center"/>
        </w:trPr>
        <w:tc>
          <w:tcPr>
            <w:tcW w:w="2693" w:type="dxa"/>
            <w:vAlign w:val="center"/>
            <w:hideMark/>
          </w:tcPr>
          <w:p w14:paraId="7EFDE160" w14:textId="77777777" w:rsidR="00E4105E" w:rsidRDefault="00CB5EE7">
            <w:proofErr w:type="spellStart"/>
            <w:r>
              <w:t>Criptare</w:t>
            </w:r>
            <w:proofErr w:type="spellEnd"/>
          </w:p>
        </w:tc>
        <w:tc>
          <w:tcPr>
            <w:tcW w:w="5670" w:type="dxa"/>
            <w:vAlign w:val="center"/>
            <w:hideMark/>
          </w:tcPr>
          <w:p w14:paraId="6CBC0C98" w14:textId="77777777" w:rsidR="00E4105E" w:rsidRDefault="00CB5EE7">
            <w:proofErr w:type="spellStart"/>
            <w:r>
              <w:t>Criptarea</w:t>
            </w:r>
            <w:proofErr w:type="spellEnd"/>
            <w:r>
              <w:t xml:space="preserve"> </w:t>
            </w:r>
            <w:proofErr w:type="spellStart"/>
            <w:r>
              <w:t>datelor</w:t>
            </w:r>
            <w:proofErr w:type="spellEnd"/>
            <w:r>
              <w:t xml:space="preserve"> </w:t>
            </w:r>
            <w:proofErr w:type="spellStart"/>
            <w:r>
              <w:t>stocate</w:t>
            </w:r>
            <w:proofErr w:type="spellEnd"/>
            <w:r>
              <w:t xml:space="preserve"> </w:t>
            </w:r>
            <w:proofErr w:type="spellStart"/>
            <w:r>
              <w:t>și</w:t>
            </w:r>
            <w:proofErr w:type="spellEnd"/>
            <w:r>
              <w:t xml:space="preserve"> a </w:t>
            </w:r>
            <w:proofErr w:type="spellStart"/>
            <w:r>
              <w:t>celor</w:t>
            </w:r>
            <w:proofErr w:type="spellEnd"/>
            <w:r>
              <w:t xml:space="preserve"> </w:t>
            </w:r>
            <w:proofErr w:type="spellStart"/>
            <w:r>
              <w:t>transferate</w:t>
            </w:r>
            <w:proofErr w:type="spellEnd"/>
          </w:p>
        </w:tc>
        <w:tc>
          <w:tcPr>
            <w:tcW w:w="1134" w:type="dxa"/>
            <w:noWrap/>
            <w:vAlign w:val="center"/>
            <w:hideMark/>
          </w:tcPr>
          <w:p w14:paraId="053C12A4" w14:textId="77777777" w:rsidR="00E4105E" w:rsidRDefault="00E4105E"/>
        </w:tc>
      </w:tr>
      <w:tr w:rsidR="007F2D79" w:rsidRPr="00DB06A6" w14:paraId="69273018" w14:textId="77777777" w:rsidTr="005D6229">
        <w:trPr>
          <w:trHeight w:val="290"/>
          <w:jc w:val="center"/>
        </w:trPr>
        <w:tc>
          <w:tcPr>
            <w:tcW w:w="2693" w:type="dxa"/>
            <w:vAlign w:val="center"/>
            <w:hideMark/>
          </w:tcPr>
          <w:p w14:paraId="642D5108" w14:textId="77777777" w:rsidR="00E4105E" w:rsidRDefault="00CB5EE7">
            <w:proofErr w:type="spellStart"/>
            <w:r>
              <w:t>Protecția</w:t>
            </w:r>
            <w:proofErr w:type="spellEnd"/>
            <w:r>
              <w:t xml:space="preserve"> </w:t>
            </w:r>
            <w:proofErr w:type="spellStart"/>
            <w:r>
              <w:t>înregistrărilor</w:t>
            </w:r>
            <w:proofErr w:type="spellEnd"/>
          </w:p>
        </w:tc>
        <w:tc>
          <w:tcPr>
            <w:tcW w:w="5670" w:type="dxa"/>
            <w:vAlign w:val="center"/>
            <w:hideMark/>
          </w:tcPr>
          <w:p w14:paraId="398A8955" w14:textId="77777777" w:rsidR="00E4105E" w:rsidRDefault="00CB5EE7">
            <w:r>
              <w:t xml:space="preserve">Control al </w:t>
            </w:r>
            <w:proofErr w:type="spellStart"/>
            <w:r>
              <w:t>accesului</w:t>
            </w:r>
            <w:proofErr w:type="spellEnd"/>
            <w:r>
              <w:t xml:space="preserve"> la </w:t>
            </w:r>
            <w:proofErr w:type="spellStart"/>
            <w:r>
              <w:t>înregistrări</w:t>
            </w:r>
            <w:proofErr w:type="spellEnd"/>
            <w:r>
              <w:t xml:space="preserve"> </w:t>
            </w:r>
            <w:proofErr w:type="spellStart"/>
            <w:r>
              <w:t>și</w:t>
            </w:r>
            <w:proofErr w:type="spellEnd"/>
            <w:r>
              <w:t xml:space="preserve"> </w:t>
            </w:r>
            <w:proofErr w:type="spellStart"/>
            <w:r>
              <w:t>mecanisme</w:t>
            </w:r>
            <w:proofErr w:type="spellEnd"/>
            <w:r>
              <w:t xml:space="preserve"> de </w:t>
            </w:r>
            <w:proofErr w:type="spellStart"/>
            <w:r>
              <w:t>protejare</w:t>
            </w:r>
            <w:proofErr w:type="spellEnd"/>
            <w:r>
              <w:t xml:space="preserve"> a </w:t>
            </w:r>
            <w:proofErr w:type="spellStart"/>
            <w:r>
              <w:t>lanțului</w:t>
            </w:r>
            <w:proofErr w:type="spellEnd"/>
            <w:r>
              <w:t xml:space="preserve"> de </w:t>
            </w:r>
            <w:proofErr w:type="spellStart"/>
            <w:r>
              <w:t>custodie</w:t>
            </w:r>
            <w:proofErr w:type="spellEnd"/>
          </w:p>
        </w:tc>
        <w:tc>
          <w:tcPr>
            <w:tcW w:w="1134" w:type="dxa"/>
            <w:noWrap/>
            <w:vAlign w:val="center"/>
            <w:hideMark/>
          </w:tcPr>
          <w:p w14:paraId="12C34B29" w14:textId="77777777" w:rsidR="00E4105E" w:rsidRDefault="00E4105E"/>
        </w:tc>
      </w:tr>
      <w:tr w:rsidR="007F2D79" w:rsidRPr="00DB06A6" w14:paraId="425B3C06" w14:textId="77777777" w:rsidTr="005D6229">
        <w:trPr>
          <w:trHeight w:val="290"/>
          <w:jc w:val="center"/>
        </w:trPr>
        <w:tc>
          <w:tcPr>
            <w:tcW w:w="2693" w:type="dxa"/>
            <w:vAlign w:val="center"/>
            <w:hideMark/>
          </w:tcPr>
          <w:p w14:paraId="1F6CFE82" w14:textId="77777777" w:rsidR="00E4105E" w:rsidRDefault="00CB5EE7">
            <w:proofErr w:type="spellStart"/>
            <w:r>
              <w:t>Verificare</w:t>
            </w:r>
            <w:proofErr w:type="spellEnd"/>
            <w:r>
              <w:t xml:space="preserve"> </w:t>
            </w:r>
            <w:proofErr w:type="spellStart"/>
            <w:r>
              <w:t>integritate</w:t>
            </w:r>
            <w:proofErr w:type="spellEnd"/>
          </w:p>
        </w:tc>
        <w:tc>
          <w:tcPr>
            <w:tcW w:w="5670" w:type="dxa"/>
            <w:vAlign w:val="center"/>
            <w:hideMark/>
          </w:tcPr>
          <w:p w14:paraId="336C8962" w14:textId="77777777" w:rsidR="00E4105E" w:rsidRDefault="00CB5EE7">
            <w:proofErr w:type="spellStart"/>
            <w:r>
              <w:t>Semnare</w:t>
            </w:r>
            <w:proofErr w:type="spellEnd"/>
            <w:r>
              <w:t xml:space="preserve"> </w:t>
            </w:r>
            <w:proofErr w:type="spellStart"/>
            <w:r>
              <w:t>digitală</w:t>
            </w:r>
            <w:proofErr w:type="spellEnd"/>
            <w:r>
              <w:t xml:space="preserve">, </w:t>
            </w:r>
            <w:proofErr w:type="spellStart"/>
            <w:r>
              <w:t>verificare</w:t>
            </w:r>
            <w:proofErr w:type="spellEnd"/>
            <w:r>
              <w:t xml:space="preserve"> </w:t>
            </w:r>
            <w:proofErr w:type="spellStart"/>
            <w:r>
              <w:t>criptografică</w:t>
            </w:r>
            <w:proofErr w:type="spellEnd"/>
            <w:r>
              <w:t xml:space="preserve"> </w:t>
            </w:r>
            <w:proofErr w:type="spellStart"/>
            <w:r>
              <w:t>sau</w:t>
            </w:r>
            <w:proofErr w:type="spellEnd"/>
            <w:r>
              <w:t xml:space="preserve"> </w:t>
            </w:r>
            <w:proofErr w:type="spellStart"/>
            <w:r>
              <w:t>alte</w:t>
            </w:r>
            <w:proofErr w:type="spellEnd"/>
            <w:r>
              <w:t xml:space="preserve"> </w:t>
            </w:r>
            <w:proofErr w:type="spellStart"/>
            <w:r>
              <w:t>mecanisme</w:t>
            </w:r>
            <w:proofErr w:type="spellEnd"/>
            <w:r>
              <w:t xml:space="preserve"> </w:t>
            </w:r>
            <w:proofErr w:type="spellStart"/>
            <w:r>
              <w:t>echivalente</w:t>
            </w:r>
            <w:proofErr w:type="spellEnd"/>
            <w:r>
              <w:t xml:space="preserve"> de </w:t>
            </w:r>
            <w:proofErr w:type="spellStart"/>
            <w:r>
              <w:t>validare</w:t>
            </w:r>
            <w:proofErr w:type="spellEnd"/>
            <w:r>
              <w:t xml:space="preserve"> a </w:t>
            </w:r>
            <w:proofErr w:type="spellStart"/>
            <w:r>
              <w:t>integrității</w:t>
            </w:r>
            <w:proofErr w:type="spellEnd"/>
          </w:p>
        </w:tc>
        <w:tc>
          <w:tcPr>
            <w:tcW w:w="1134" w:type="dxa"/>
            <w:noWrap/>
            <w:vAlign w:val="center"/>
            <w:hideMark/>
          </w:tcPr>
          <w:p w14:paraId="65DF4B5E" w14:textId="77777777" w:rsidR="00E4105E" w:rsidRDefault="00E4105E"/>
        </w:tc>
      </w:tr>
      <w:tr w:rsidR="007F2D79" w:rsidRPr="00DB06A6" w14:paraId="141FD875" w14:textId="77777777" w:rsidTr="005D6229">
        <w:trPr>
          <w:trHeight w:val="290"/>
          <w:jc w:val="center"/>
        </w:trPr>
        <w:tc>
          <w:tcPr>
            <w:tcW w:w="2693" w:type="dxa"/>
            <w:vAlign w:val="center"/>
            <w:hideMark/>
          </w:tcPr>
          <w:p w14:paraId="411A9B14" w14:textId="77777777" w:rsidR="00E4105E" w:rsidRDefault="00CB5EE7">
            <w:proofErr w:type="spellStart"/>
            <w:r>
              <w:t>Jurnal</w:t>
            </w:r>
            <w:proofErr w:type="spellEnd"/>
            <w:r>
              <w:t xml:space="preserve"> de audit</w:t>
            </w:r>
          </w:p>
        </w:tc>
        <w:tc>
          <w:tcPr>
            <w:tcW w:w="5670" w:type="dxa"/>
            <w:vAlign w:val="center"/>
            <w:hideMark/>
          </w:tcPr>
          <w:p w14:paraId="34BC337F" w14:textId="77777777" w:rsidR="00E4105E" w:rsidRDefault="00CB5EE7">
            <w:proofErr w:type="spellStart"/>
            <w:r>
              <w:t>Jurnal</w:t>
            </w:r>
            <w:proofErr w:type="spellEnd"/>
            <w:r>
              <w:t xml:space="preserve"> </w:t>
            </w:r>
            <w:proofErr w:type="spellStart"/>
            <w:r>
              <w:t>complet</w:t>
            </w:r>
            <w:proofErr w:type="spellEnd"/>
            <w:r>
              <w:t xml:space="preserve"> al </w:t>
            </w:r>
            <w:proofErr w:type="spellStart"/>
            <w:r>
              <w:t>operațiunilor</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sistem</w:t>
            </w:r>
            <w:proofErr w:type="spellEnd"/>
            <w:r>
              <w:t xml:space="preserve">, </w:t>
            </w:r>
            <w:proofErr w:type="spellStart"/>
            <w:r>
              <w:t>neevidențiabil</w:t>
            </w:r>
            <w:proofErr w:type="spellEnd"/>
            <w:r>
              <w:t xml:space="preserve"> </w:t>
            </w:r>
            <w:proofErr w:type="spellStart"/>
            <w:r>
              <w:t>și</w:t>
            </w:r>
            <w:proofErr w:type="spellEnd"/>
            <w:r>
              <w:t>/</w:t>
            </w:r>
            <w:proofErr w:type="spellStart"/>
            <w:r>
              <w:t>sau</w:t>
            </w:r>
            <w:proofErr w:type="spellEnd"/>
            <w:r>
              <w:t xml:space="preserve"> </w:t>
            </w:r>
            <w:proofErr w:type="spellStart"/>
            <w:r>
              <w:t>protejat</w:t>
            </w:r>
            <w:proofErr w:type="spellEnd"/>
            <w:r>
              <w:t xml:space="preserve"> </w:t>
            </w:r>
            <w:proofErr w:type="spellStart"/>
            <w:r>
              <w:t>împotriva</w:t>
            </w:r>
            <w:proofErr w:type="spellEnd"/>
            <w:r>
              <w:t xml:space="preserve"> </w:t>
            </w:r>
            <w:proofErr w:type="spellStart"/>
            <w:r>
              <w:t>modificărilor</w:t>
            </w:r>
            <w:proofErr w:type="spellEnd"/>
            <w:r>
              <w:t xml:space="preserve"> </w:t>
            </w:r>
            <w:proofErr w:type="spellStart"/>
            <w:r>
              <w:t>neautorizate</w:t>
            </w:r>
            <w:proofErr w:type="spellEnd"/>
          </w:p>
        </w:tc>
        <w:tc>
          <w:tcPr>
            <w:tcW w:w="1134" w:type="dxa"/>
            <w:noWrap/>
            <w:vAlign w:val="center"/>
            <w:hideMark/>
          </w:tcPr>
          <w:p w14:paraId="331051D3" w14:textId="77777777" w:rsidR="00E4105E" w:rsidRDefault="00E4105E"/>
        </w:tc>
      </w:tr>
      <w:tr w:rsidR="007F2D79" w:rsidRPr="00DB06A6" w14:paraId="2121FA5D" w14:textId="77777777" w:rsidTr="005D6229">
        <w:trPr>
          <w:trHeight w:val="290"/>
          <w:jc w:val="center"/>
        </w:trPr>
        <w:tc>
          <w:tcPr>
            <w:tcW w:w="2693" w:type="dxa"/>
            <w:vAlign w:val="center"/>
            <w:hideMark/>
          </w:tcPr>
          <w:p w14:paraId="24BFBAF3" w14:textId="77777777" w:rsidR="00E4105E" w:rsidRDefault="00CB5EE7">
            <w:proofErr w:type="spellStart"/>
            <w:r>
              <w:t>Politici</w:t>
            </w:r>
            <w:proofErr w:type="spellEnd"/>
            <w:r>
              <w:t xml:space="preserve"> de </w:t>
            </w:r>
            <w:proofErr w:type="spellStart"/>
            <w:r>
              <w:t>retenție</w:t>
            </w:r>
            <w:proofErr w:type="spellEnd"/>
          </w:p>
        </w:tc>
        <w:tc>
          <w:tcPr>
            <w:tcW w:w="5670" w:type="dxa"/>
            <w:vAlign w:val="center"/>
            <w:hideMark/>
          </w:tcPr>
          <w:p w14:paraId="6A73C9D3" w14:textId="77777777" w:rsidR="00E4105E" w:rsidRDefault="00CB5EE7">
            <w:proofErr w:type="spellStart"/>
            <w:r>
              <w:t>Aplicarea</w:t>
            </w:r>
            <w:proofErr w:type="spellEnd"/>
            <w:r>
              <w:t xml:space="preserve"> </w:t>
            </w:r>
            <w:proofErr w:type="spellStart"/>
            <w:r>
              <w:t>automată</w:t>
            </w:r>
            <w:proofErr w:type="spellEnd"/>
            <w:r>
              <w:t xml:space="preserve"> a </w:t>
            </w:r>
            <w:proofErr w:type="spellStart"/>
            <w:r>
              <w:t>regulilor</w:t>
            </w:r>
            <w:proofErr w:type="spellEnd"/>
            <w:r>
              <w:t xml:space="preserve"> de </w:t>
            </w:r>
            <w:proofErr w:type="spellStart"/>
            <w:r>
              <w:t>păstrare</w:t>
            </w:r>
            <w:proofErr w:type="spellEnd"/>
            <w:r>
              <w:t xml:space="preserve"> </w:t>
            </w:r>
            <w:proofErr w:type="spellStart"/>
            <w:r>
              <w:t>și</w:t>
            </w:r>
            <w:proofErr w:type="spellEnd"/>
            <w:r>
              <w:t xml:space="preserve"> </w:t>
            </w:r>
            <w:proofErr w:type="spellStart"/>
            <w:r>
              <w:t>ștergere</w:t>
            </w:r>
            <w:proofErr w:type="spellEnd"/>
            <w:r>
              <w:t xml:space="preserve"> a </w:t>
            </w:r>
            <w:proofErr w:type="spellStart"/>
            <w:r>
              <w:t>datelor</w:t>
            </w:r>
            <w:proofErr w:type="spellEnd"/>
            <w:r>
              <w:t xml:space="preserve">, </w:t>
            </w:r>
            <w:proofErr w:type="spellStart"/>
            <w:r>
              <w:t>în</w:t>
            </w:r>
            <w:proofErr w:type="spellEnd"/>
            <w:r>
              <w:t xml:space="preserve"> </w:t>
            </w:r>
            <w:proofErr w:type="spellStart"/>
            <w:r>
              <w:t>funcție</w:t>
            </w:r>
            <w:proofErr w:type="spellEnd"/>
            <w:r>
              <w:t xml:space="preserve"> de </w:t>
            </w:r>
            <w:proofErr w:type="spellStart"/>
            <w:r>
              <w:t>metadate</w:t>
            </w:r>
            <w:proofErr w:type="spellEnd"/>
            <w:r>
              <w:t xml:space="preserve"> </w:t>
            </w:r>
            <w:proofErr w:type="spellStart"/>
            <w:r>
              <w:t>și</w:t>
            </w:r>
            <w:proofErr w:type="spellEnd"/>
            <w:r>
              <w:t xml:space="preserve"> </w:t>
            </w:r>
            <w:proofErr w:type="spellStart"/>
            <w:r>
              <w:t>politici</w:t>
            </w:r>
            <w:proofErr w:type="spellEnd"/>
            <w:r>
              <w:t xml:space="preserve"> definite</w:t>
            </w:r>
          </w:p>
        </w:tc>
        <w:tc>
          <w:tcPr>
            <w:tcW w:w="1134" w:type="dxa"/>
            <w:noWrap/>
            <w:vAlign w:val="center"/>
            <w:hideMark/>
          </w:tcPr>
          <w:p w14:paraId="7712A3C7" w14:textId="77777777" w:rsidR="00E4105E" w:rsidRDefault="00E4105E"/>
        </w:tc>
      </w:tr>
      <w:tr w:rsidR="007F2D79" w:rsidRPr="00DB06A6" w14:paraId="2EFEC404" w14:textId="77777777" w:rsidTr="005D6229">
        <w:trPr>
          <w:trHeight w:val="350"/>
          <w:jc w:val="center"/>
        </w:trPr>
        <w:tc>
          <w:tcPr>
            <w:tcW w:w="8363" w:type="dxa"/>
            <w:gridSpan w:val="2"/>
            <w:shd w:val="clear" w:color="auto" w:fill="D6E3BC" w:themeFill="accent3" w:themeFillTint="66"/>
            <w:noWrap/>
            <w:vAlign w:val="center"/>
            <w:hideMark/>
          </w:tcPr>
          <w:p w14:paraId="2F8E7902" w14:textId="77777777" w:rsidR="00E4105E" w:rsidRDefault="00CB5EE7">
            <w:r>
              <w:t>ADMINISTRARE</w:t>
            </w:r>
          </w:p>
        </w:tc>
        <w:tc>
          <w:tcPr>
            <w:tcW w:w="1134" w:type="dxa"/>
            <w:shd w:val="clear" w:color="auto" w:fill="D6E3BC" w:themeFill="accent3" w:themeFillTint="66"/>
            <w:noWrap/>
            <w:vAlign w:val="center"/>
            <w:hideMark/>
          </w:tcPr>
          <w:p w14:paraId="07C5168D" w14:textId="77777777" w:rsidR="00E4105E" w:rsidRDefault="00E4105E"/>
        </w:tc>
      </w:tr>
      <w:tr w:rsidR="007F2D79" w:rsidRPr="00DB06A6" w14:paraId="69E25361" w14:textId="77777777" w:rsidTr="005D6229">
        <w:trPr>
          <w:trHeight w:val="290"/>
          <w:jc w:val="center"/>
        </w:trPr>
        <w:tc>
          <w:tcPr>
            <w:tcW w:w="2693" w:type="dxa"/>
            <w:vAlign w:val="center"/>
            <w:hideMark/>
          </w:tcPr>
          <w:p w14:paraId="7EB2880B" w14:textId="77777777" w:rsidR="00E4105E" w:rsidRDefault="00CB5EE7">
            <w:proofErr w:type="spellStart"/>
            <w:r>
              <w:t>Funcție</w:t>
            </w:r>
            <w:proofErr w:type="spellEnd"/>
          </w:p>
        </w:tc>
        <w:tc>
          <w:tcPr>
            <w:tcW w:w="5670" w:type="dxa"/>
            <w:vAlign w:val="center"/>
            <w:hideMark/>
          </w:tcPr>
          <w:p w14:paraId="221A0FD9" w14:textId="77777777" w:rsidR="00E4105E" w:rsidRDefault="00CB5EE7">
            <w:proofErr w:type="spellStart"/>
            <w:r>
              <w:t>Descriere</w:t>
            </w:r>
            <w:proofErr w:type="spellEnd"/>
          </w:p>
        </w:tc>
        <w:tc>
          <w:tcPr>
            <w:tcW w:w="1134" w:type="dxa"/>
            <w:noWrap/>
            <w:vAlign w:val="center"/>
            <w:hideMark/>
          </w:tcPr>
          <w:p w14:paraId="5CDEC96D" w14:textId="77777777" w:rsidR="00E4105E" w:rsidRDefault="00E4105E"/>
        </w:tc>
      </w:tr>
      <w:tr w:rsidR="007F2D79" w:rsidRPr="00DB06A6" w14:paraId="0C95A189" w14:textId="77777777" w:rsidTr="005D6229">
        <w:trPr>
          <w:trHeight w:val="290"/>
          <w:jc w:val="center"/>
        </w:trPr>
        <w:tc>
          <w:tcPr>
            <w:tcW w:w="2693" w:type="dxa"/>
            <w:vAlign w:val="center"/>
            <w:hideMark/>
          </w:tcPr>
          <w:p w14:paraId="2AA5A8F3" w14:textId="77777777" w:rsidR="00E4105E" w:rsidRDefault="00CB5EE7">
            <w:proofErr w:type="spellStart"/>
            <w:r>
              <w:t>Statistici</w:t>
            </w:r>
            <w:proofErr w:type="spellEnd"/>
            <w:r>
              <w:t xml:space="preserve"> </w:t>
            </w:r>
            <w:proofErr w:type="spellStart"/>
            <w:r>
              <w:t>și</w:t>
            </w:r>
            <w:proofErr w:type="spellEnd"/>
            <w:r>
              <w:t xml:space="preserve"> </w:t>
            </w:r>
            <w:proofErr w:type="spellStart"/>
            <w:r>
              <w:t>rapoarte</w:t>
            </w:r>
            <w:proofErr w:type="spellEnd"/>
          </w:p>
        </w:tc>
        <w:tc>
          <w:tcPr>
            <w:tcW w:w="5670" w:type="dxa"/>
            <w:vAlign w:val="center"/>
            <w:hideMark/>
          </w:tcPr>
          <w:p w14:paraId="304F3DA8" w14:textId="77777777" w:rsidR="00E4105E" w:rsidRDefault="00CB5EE7">
            <w:proofErr w:type="spellStart"/>
            <w:r>
              <w:t>Rapoarte</w:t>
            </w:r>
            <w:proofErr w:type="spellEnd"/>
            <w:r>
              <w:t xml:space="preserve"> </w:t>
            </w:r>
            <w:proofErr w:type="spellStart"/>
            <w:r>
              <w:t>privind</w:t>
            </w:r>
            <w:proofErr w:type="spellEnd"/>
            <w:r>
              <w:t xml:space="preserve"> </w:t>
            </w:r>
            <w:proofErr w:type="spellStart"/>
            <w:r>
              <w:t>utilizarea</w:t>
            </w:r>
            <w:proofErr w:type="spellEnd"/>
            <w:r>
              <w:t xml:space="preserve"> </w:t>
            </w:r>
            <w:proofErr w:type="spellStart"/>
            <w:r>
              <w:t>sistemului</w:t>
            </w:r>
            <w:proofErr w:type="spellEnd"/>
            <w:r>
              <w:t xml:space="preserve">, </w:t>
            </w:r>
            <w:proofErr w:type="spellStart"/>
            <w:r>
              <w:t>capacitatea</w:t>
            </w:r>
            <w:proofErr w:type="spellEnd"/>
            <w:r>
              <w:t xml:space="preserve"> de </w:t>
            </w:r>
            <w:proofErr w:type="spellStart"/>
            <w:r>
              <w:t>stocare</w:t>
            </w:r>
            <w:proofErr w:type="spellEnd"/>
            <w:r>
              <w:t xml:space="preserve"> </w:t>
            </w:r>
            <w:proofErr w:type="spellStart"/>
            <w:r>
              <w:t>și</w:t>
            </w:r>
            <w:proofErr w:type="spellEnd"/>
            <w:r>
              <w:t xml:space="preserve"> </w:t>
            </w:r>
            <w:proofErr w:type="spellStart"/>
            <w:r>
              <w:t>activitatea</w:t>
            </w:r>
            <w:proofErr w:type="spellEnd"/>
            <w:r>
              <w:t xml:space="preserve"> </w:t>
            </w:r>
            <w:proofErr w:type="spellStart"/>
            <w:r>
              <w:t>operațională</w:t>
            </w:r>
            <w:proofErr w:type="spellEnd"/>
          </w:p>
        </w:tc>
        <w:tc>
          <w:tcPr>
            <w:tcW w:w="1134" w:type="dxa"/>
            <w:noWrap/>
            <w:vAlign w:val="center"/>
            <w:hideMark/>
          </w:tcPr>
          <w:p w14:paraId="6AFD2587" w14:textId="77777777" w:rsidR="00E4105E" w:rsidRDefault="00E4105E"/>
        </w:tc>
      </w:tr>
      <w:tr w:rsidR="007F2D79" w:rsidRPr="00CB5EE7" w14:paraId="7A5AF95D" w14:textId="77777777" w:rsidTr="005D6229">
        <w:trPr>
          <w:trHeight w:val="580"/>
          <w:jc w:val="center"/>
        </w:trPr>
        <w:tc>
          <w:tcPr>
            <w:tcW w:w="2693" w:type="dxa"/>
            <w:vAlign w:val="center"/>
            <w:hideMark/>
          </w:tcPr>
          <w:p w14:paraId="6362B10D" w14:textId="77777777" w:rsidR="00E4105E" w:rsidRDefault="00CB5EE7">
            <w:r>
              <w:t xml:space="preserve">Management </w:t>
            </w:r>
            <w:proofErr w:type="spellStart"/>
            <w:r>
              <w:t>configurații</w:t>
            </w:r>
            <w:proofErr w:type="spellEnd"/>
          </w:p>
        </w:tc>
        <w:tc>
          <w:tcPr>
            <w:tcW w:w="5670" w:type="dxa"/>
            <w:vAlign w:val="center"/>
            <w:hideMark/>
          </w:tcPr>
          <w:p w14:paraId="5C2F26F9" w14:textId="77777777" w:rsidR="00E4105E" w:rsidRPr="00344F7B" w:rsidRDefault="00CB5EE7">
            <w:pPr>
              <w:rPr>
                <w:lang w:val="pt-BR"/>
              </w:rPr>
            </w:pPr>
            <w:r w:rsidRPr="00344F7B">
              <w:rPr>
                <w:lang w:val="pt-BR"/>
              </w:rPr>
              <w:t>Export/import de configurații și administrarea parametrilor de sistem, după caz</w:t>
            </w:r>
          </w:p>
        </w:tc>
        <w:tc>
          <w:tcPr>
            <w:tcW w:w="1134" w:type="dxa"/>
            <w:noWrap/>
            <w:vAlign w:val="center"/>
            <w:hideMark/>
          </w:tcPr>
          <w:p w14:paraId="17F703D6" w14:textId="77777777" w:rsidR="00E4105E" w:rsidRPr="00344F7B" w:rsidRDefault="00E4105E">
            <w:pPr>
              <w:rPr>
                <w:lang w:val="pt-BR"/>
              </w:rPr>
            </w:pPr>
          </w:p>
        </w:tc>
      </w:tr>
      <w:tr w:rsidR="007F2D79" w:rsidRPr="00DB06A6" w14:paraId="76CA4CFE" w14:textId="77777777" w:rsidTr="005D6229">
        <w:trPr>
          <w:trHeight w:val="290"/>
          <w:jc w:val="center"/>
        </w:trPr>
        <w:tc>
          <w:tcPr>
            <w:tcW w:w="2693" w:type="dxa"/>
            <w:vAlign w:val="center"/>
            <w:hideMark/>
          </w:tcPr>
          <w:p w14:paraId="0F1D4FB6" w14:textId="77777777" w:rsidR="00E4105E" w:rsidRDefault="00CB5EE7">
            <w:proofErr w:type="spellStart"/>
            <w:r>
              <w:t>Arhitectură</w:t>
            </w:r>
            <w:proofErr w:type="spellEnd"/>
            <w:r>
              <w:t xml:space="preserve"> </w:t>
            </w:r>
            <w:proofErr w:type="spellStart"/>
            <w:r>
              <w:t>sistem</w:t>
            </w:r>
            <w:proofErr w:type="spellEnd"/>
          </w:p>
        </w:tc>
        <w:tc>
          <w:tcPr>
            <w:tcW w:w="5670" w:type="dxa"/>
            <w:vAlign w:val="center"/>
            <w:hideMark/>
          </w:tcPr>
          <w:p w14:paraId="7287B462" w14:textId="77777777" w:rsidR="00E4105E" w:rsidRDefault="00CB5EE7">
            <w:proofErr w:type="spellStart"/>
            <w:r>
              <w:t>Suport</w:t>
            </w:r>
            <w:proofErr w:type="spellEnd"/>
            <w:r>
              <w:t xml:space="preserve"> </w:t>
            </w:r>
            <w:proofErr w:type="spellStart"/>
            <w:r>
              <w:t>pentru</w:t>
            </w:r>
            <w:proofErr w:type="spellEnd"/>
            <w:r>
              <w:t xml:space="preserve"> </w:t>
            </w:r>
            <w:proofErr w:type="spellStart"/>
            <w:r>
              <w:t>extindere</w:t>
            </w:r>
            <w:proofErr w:type="spellEnd"/>
            <w:r>
              <w:t xml:space="preserve"> </w:t>
            </w:r>
            <w:proofErr w:type="spellStart"/>
            <w:r>
              <w:t>ulterioară</w:t>
            </w:r>
            <w:proofErr w:type="spellEnd"/>
            <w:r>
              <w:t xml:space="preserve"> </w:t>
            </w:r>
            <w:proofErr w:type="spellStart"/>
            <w:r>
              <w:t>prin</w:t>
            </w:r>
            <w:proofErr w:type="spellEnd"/>
            <w:r>
              <w:t xml:space="preserve"> </w:t>
            </w:r>
            <w:proofErr w:type="spellStart"/>
            <w:r>
              <w:t>adăugare</w:t>
            </w:r>
            <w:proofErr w:type="spellEnd"/>
            <w:r>
              <w:t xml:space="preserve"> de </w:t>
            </w:r>
            <w:proofErr w:type="spellStart"/>
            <w:r>
              <w:t>camere</w:t>
            </w:r>
            <w:proofErr w:type="spellEnd"/>
            <w:r>
              <w:t xml:space="preserve">, </w:t>
            </w:r>
            <w:proofErr w:type="spellStart"/>
            <w:r>
              <w:t>locații</w:t>
            </w:r>
            <w:proofErr w:type="spellEnd"/>
            <w:r>
              <w:t xml:space="preserve"> </w:t>
            </w:r>
            <w:proofErr w:type="spellStart"/>
            <w:r>
              <w:t>și</w:t>
            </w:r>
            <w:proofErr w:type="spellEnd"/>
            <w:r>
              <w:t xml:space="preserve"> capacitate de </w:t>
            </w:r>
            <w:proofErr w:type="spellStart"/>
            <w:r>
              <w:t>stocare</w:t>
            </w:r>
            <w:proofErr w:type="spellEnd"/>
          </w:p>
        </w:tc>
        <w:tc>
          <w:tcPr>
            <w:tcW w:w="1134" w:type="dxa"/>
            <w:noWrap/>
            <w:vAlign w:val="center"/>
            <w:hideMark/>
          </w:tcPr>
          <w:p w14:paraId="5B200770" w14:textId="77777777" w:rsidR="00E4105E" w:rsidRDefault="00E4105E"/>
        </w:tc>
      </w:tr>
      <w:tr w:rsidR="007F2D79" w:rsidRPr="00DB06A6" w14:paraId="5F2FEC23" w14:textId="77777777" w:rsidTr="005D6229">
        <w:trPr>
          <w:trHeight w:val="350"/>
          <w:jc w:val="center"/>
        </w:trPr>
        <w:tc>
          <w:tcPr>
            <w:tcW w:w="8363" w:type="dxa"/>
            <w:gridSpan w:val="2"/>
            <w:shd w:val="clear" w:color="auto" w:fill="D6E3BC" w:themeFill="accent3" w:themeFillTint="66"/>
            <w:noWrap/>
            <w:vAlign w:val="center"/>
            <w:hideMark/>
          </w:tcPr>
          <w:p w14:paraId="49F8AF66" w14:textId="77777777" w:rsidR="00E4105E" w:rsidRDefault="00CB5EE7">
            <w:r>
              <w:t>OPȚIUNI DE IMPLEMENTARE</w:t>
            </w:r>
          </w:p>
        </w:tc>
        <w:tc>
          <w:tcPr>
            <w:tcW w:w="1134" w:type="dxa"/>
            <w:shd w:val="clear" w:color="auto" w:fill="D6E3BC" w:themeFill="accent3" w:themeFillTint="66"/>
            <w:noWrap/>
            <w:vAlign w:val="center"/>
            <w:hideMark/>
          </w:tcPr>
          <w:p w14:paraId="646DB119" w14:textId="77777777" w:rsidR="00E4105E" w:rsidRDefault="00E4105E"/>
        </w:tc>
      </w:tr>
      <w:tr w:rsidR="007F2D79" w:rsidRPr="00DB06A6" w14:paraId="1596CC00" w14:textId="77777777" w:rsidTr="005D6229">
        <w:trPr>
          <w:trHeight w:val="290"/>
          <w:jc w:val="center"/>
        </w:trPr>
        <w:tc>
          <w:tcPr>
            <w:tcW w:w="2693" w:type="dxa"/>
            <w:vAlign w:val="center"/>
            <w:hideMark/>
          </w:tcPr>
          <w:p w14:paraId="4C82F5AC" w14:textId="77777777" w:rsidR="00E4105E" w:rsidRDefault="00CB5EE7">
            <w:r>
              <w:t>Tip</w:t>
            </w:r>
          </w:p>
        </w:tc>
        <w:tc>
          <w:tcPr>
            <w:tcW w:w="5670" w:type="dxa"/>
            <w:vAlign w:val="center"/>
            <w:hideMark/>
          </w:tcPr>
          <w:p w14:paraId="5717A418" w14:textId="77777777" w:rsidR="00E4105E" w:rsidRDefault="00CB5EE7">
            <w:proofErr w:type="spellStart"/>
            <w:r>
              <w:t>Descriere</w:t>
            </w:r>
            <w:proofErr w:type="spellEnd"/>
          </w:p>
        </w:tc>
        <w:tc>
          <w:tcPr>
            <w:tcW w:w="1134" w:type="dxa"/>
            <w:noWrap/>
            <w:vAlign w:val="center"/>
            <w:hideMark/>
          </w:tcPr>
          <w:p w14:paraId="40FF1A0A" w14:textId="77777777" w:rsidR="00E4105E" w:rsidRDefault="00E4105E"/>
        </w:tc>
      </w:tr>
      <w:tr w:rsidR="007F2D79" w:rsidRPr="00DB06A6" w14:paraId="1E53FF11" w14:textId="77777777" w:rsidTr="005D6229">
        <w:trPr>
          <w:trHeight w:val="290"/>
          <w:jc w:val="center"/>
        </w:trPr>
        <w:tc>
          <w:tcPr>
            <w:tcW w:w="2693" w:type="dxa"/>
            <w:vAlign w:val="center"/>
            <w:hideMark/>
          </w:tcPr>
          <w:p w14:paraId="551CD1B9" w14:textId="77777777" w:rsidR="00E4105E" w:rsidRDefault="00CB5EE7">
            <w:proofErr w:type="spellStart"/>
            <w:r>
              <w:t>Implementare</w:t>
            </w:r>
            <w:proofErr w:type="spellEnd"/>
            <w:r>
              <w:t xml:space="preserve"> </w:t>
            </w:r>
            <w:proofErr w:type="spellStart"/>
            <w:r>
              <w:t>locală</w:t>
            </w:r>
            <w:proofErr w:type="spellEnd"/>
          </w:p>
        </w:tc>
        <w:tc>
          <w:tcPr>
            <w:tcW w:w="5670" w:type="dxa"/>
            <w:vAlign w:val="center"/>
            <w:hideMark/>
          </w:tcPr>
          <w:p w14:paraId="4DA6891D" w14:textId="77777777" w:rsidR="00E4105E" w:rsidRDefault="00CB5EE7">
            <w:proofErr w:type="spellStart"/>
            <w:r>
              <w:t>Instalare</w:t>
            </w:r>
            <w:proofErr w:type="spellEnd"/>
            <w:r>
              <w:t xml:space="preserve"> </w:t>
            </w:r>
            <w:proofErr w:type="spellStart"/>
            <w:r>
              <w:t>în</w:t>
            </w:r>
            <w:proofErr w:type="spellEnd"/>
            <w:r>
              <w:t xml:space="preserve"> </w:t>
            </w:r>
            <w:proofErr w:type="spellStart"/>
            <w:r>
              <w:t>infrastructura</w:t>
            </w:r>
            <w:proofErr w:type="spellEnd"/>
            <w:r>
              <w:t xml:space="preserve"> </w:t>
            </w:r>
            <w:proofErr w:type="spellStart"/>
            <w:r>
              <w:t>Beneficiarului</w:t>
            </w:r>
            <w:proofErr w:type="spellEnd"/>
            <w:r>
              <w:t xml:space="preserve">, cu </w:t>
            </w:r>
            <w:proofErr w:type="spellStart"/>
            <w:r>
              <w:t>licențiere</w:t>
            </w:r>
            <w:proofErr w:type="spellEnd"/>
            <w:r>
              <w:t xml:space="preserve"> </w:t>
            </w:r>
            <w:proofErr w:type="spellStart"/>
            <w:r>
              <w:t>adecvată</w:t>
            </w:r>
            <w:proofErr w:type="spellEnd"/>
            <w:r>
              <w:t xml:space="preserve"> </w:t>
            </w:r>
            <w:proofErr w:type="spellStart"/>
            <w:r>
              <w:t>modelului</w:t>
            </w:r>
            <w:proofErr w:type="spellEnd"/>
            <w:r>
              <w:t xml:space="preserve"> </w:t>
            </w:r>
            <w:proofErr w:type="spellStart"/>
            <w:r>
              <w:t>ofertat</w:t>
            </w:r>
            <w:proofErr w:type="spellEnd"/>
          </w:p>
        </w:tc>
        <w:tc>
          <w:tcPr>
            <w:tcW w:w="1134" w:type="dxa"/>
            <w:noWrap/>
            <w:vAlign w:val="center"/>
            <w:hideMark/>
          </w:tcPr>
          <w:p w14:paraId="08E6EE63" w14:textId="77777777" w:rsidR="00E4105E" w:rsidRDefault="00E4105E"/>
        </w:tc>
      </w:tr>
      <w:tr w:rsidR="007F2D79" w:rsidRPr="00DB06A6" w14:paraId="5306EFCB" w14:textId="77777777" w:rsidTr="005D6229">
        <w:trPr>
          <w:trHeight w:val="350"/>
          <w:jc w:val="center"/>
        </w:trPr>
        <w:tc>
          <w:tcPr>
            <w:tcW w:w="8363" w:type="dxa"/>
            <w:gridSpan w:val="2"/>
            <w:shd w:val="clear" w:color="auto" w:fill="D6E3BC" w:themeFill="accent3" w:themeFillTint="66"/>
            <w:noWrap/>
            <w:vAlign w:val="center"/>
            <w:hideMark/>
          </w:tcPr>
          <w:p w14:paraId="176D045F" w14:textId="77777777" w:rsidR="00E4105E" w:rsidRDefault="00CB5EE7">
            <w:r>
              <w:t>COMPATIBILITATE TEHNICĂ</w:t>
            </w:r>
          </w:p>
        </w:tc>
        <w:tc>
          <w:tcPr>
            <w:tcW w:w="1134" w:type="dxa"/>
            <w:shd w:val="clear" w:color="auto" w:fill="D6E3BC" w:themeFill="accent3" w:themeFillTint="66"/>
            <w:noWrap/>
            <w:vAlign w:val="center"/>
            <w:hideMark/>
          </w:tcPr>
          <w:p w14:paraId="4C4D7825" w14:textId="77777777" w:rsidR="00E4105E" w:rsidRDefault="00E4105E"/>
        </w:tc>
      </w:tr>
      <w:tr w:rsidR="007F2D79" w:rsidRPr="00DB06A6" w14:paraId="1CD9A010" w14:textId="77777777" w:rsidTr="005D6229">
        <w:trPr>
          <w:trHeight w:val="290"/>
          <w:jc w:val="center"/>
        </w:trPr>
        <w:tc>
          <w:tcPr>
            <w:tcW w:w="2693" w:type="dxa"/>
            <w:vAlign w:val="center"/>
            <w:hideMark/>
          </w:tcPr>
          <w:p w14:paraId="4C2A1C1B" w14:textId="77777777" w:rsidR="00E4105E" w:rsidRDefault="00CB5EE7">
            <w:proofErr w:type="spellStart"/>
            <w:r>
              <w:t>Componentă</w:t>
            </w:r>
            <w:proofErr w:type="spellEnd"/>
          </w:p>
        </w:tc>
        <w:tc>
          <w:tcPr>
            <w:tcW w:w="5670" w:type="dxa"/>
            <w:vAlign w:val="center"/>
            <w:hideMark/>
          </w:tcPr>
          <w:p w14:paraId="06851E17" w14:textId="77777777" w:rsidR="00E4105E" w:rsidRDefault="00CB5EE7">
            <w:proofErr w:type="spellStart"/>
            <w:r>
              <w:t>Specificație</w:t>
            </w:r>
            <w:proofErr w:type="spellEnd"/>
          </w:p>
        </w:tc>
        <w:tc>
          <w:tcPr>
            <w:tcW w:w="1134" w:type="dxa"/>
            <w:noWrap/>
            <w:vAlign w:val="center"/>
            <w:hideMark/>
          </w:tcPr>
          <w:p w14:paraId="3BE00982" w14:textId="77777777" w:rsidR="00E4105E" w:rsidRDefault="00E4105E"/>
        </w:tc>
      </w:tr>
      <w:tr w:rsidR="007F2D79" w:rsidRPr="00DB06A6" w14:paraId="2FDB3B19" w14:textId="77777777" w:rsidTr="005D6229">
        <w:trPr>
          <w:trHeight w:val="580"/>
          <w:jc w:val="center"/>
        </w:trPr>
        <w:tc>
          <w:tcPr>
            <w:tcW w:w="2693" w:type="dxa"/>
            <w:vAlign w:val="center"/>
            <w:hideMark/>
          </w:tcPr>
          <w:p w14:paraId="63DE4580" w14:textId="77777777" w:rsidR="00E4105E" w:rsidRDefault="00CB5EE7">
            <w:proofErr w:type="spellStart"/>
            <w:r>
              <w:t>Sistem</w:t>
            </w:r>
            <w:proofErr w:type="spellEnd"/>
            <w:r>
              <w:t xml:space="preserve"> de </w:t>
            </w:r>
            <w:proofErr w:type="spellStart"/>
            <w:r>
              <w:t>operare</w:t>
            </w:r>
            <w:proofErr w:type="spellEnd"/>
            <w:r>
              <w:t xml:space="preserve"> server</w:t>
            </w:r>
          </w:p>
        </w:tc>
        <w:tc>
          <w:tcPr>
            <w:tcW w:w="5670" w:type="dxa"/>
            <w:vAlign w:val="center"/>
            <w:hideMark/>
          </w:tcPr>
          <w:p w14:paraId="611D2879" w14:textId="77777777" w:rsidR="00E4105E" w:rsidRDefault="00CB5EE7">
            <w:proofErr w:type="spellStart"/>
            <w:r>
              <w:t>Compatibil</w:t>
            </w:r>
            <w:proofErr w:type="spellEnd"/>
            <w:r>
              <w:t xml:space="preserve"> cu </w:t>
            </w:r>
            <w:proofErr w:type="spellStart"/>
            <w:r>
              <w:t>platforma</w:t>
            </w:r>
            <w:proofErr w:type="spellEnd"/>
            <w:r>
              <w:t xml:space="preserve"> </w:t>
            </w:r>
            <w:proofErr w:type="spellStart"/>
            <w:r>
              <w:t>ofertată</w:t>
            </w:r>
            <w:proofErr w:type="spellEnd"/>
            <w:r>
              <w:t xml:space="preserve"> </w:t>
            </w:r>
            <w:proofErr w:type="spellStart"/>
            <w:r>
              <w:t>și</w:t>
            </w:r>
            <w:proofErr w:type="spellEnd"/>
            <w:r>
              <w:t xml:space="preserve"> </w:t>
            </w:r>
            <w:proofErr w:type="spellStart"/>
            <w:r>
              <w:t>furnizat</w:t>
            </w:r>
            <w:proofErr w:type="spellEnd"/>
            <w:r>
              <w:t xml:space="preserve"> cu </w:t>
            </w:r>
            <w:proofErr w:type="spellStart"/>
            <w:r>
              <w:t>toate</w:t>
            </w:r>
            <w:proofErr w:type="spellEnd"/>
            <w:r>
              <w:t xml:space="preserve"> </w:t>
            </w:r>
            <w:proofErr w:type="spellStart"/>
            <w:r>
              <w:t>licențele</w:t>
            </w:r>
            <w:proofErr w:type="spellEnd"/>
            <w:r>
              <w:t xml:space="preserve"> </w:t>
            </w:r>
            <w:proofErr w:type="spellStart"/>
            <w:r>
              <w:t>necesare</w:t>
            </w:r>
            <w:proofErr w:type="spellEnd"/>
            <w:r>
              <w:t xml:space="preserve">, </w:t>
            </w:r>
            <w:proofErr w:type="spellStart"/>
            <w:r>
              <w:t>după</w:t>
            </w:r>
            <w:proofErr w:type="spellEnd"/>
            <w:r>
              <w:t xml:space="preserve"> </w:t>
            </w:r>
            <w:proofErr w:type="spellStart"/>
            <w:r>
              <w:t>caz</w:t>
            </w:r>
            <w:proofErr w:type="spellEnd"/>
          </w:p>
        </w:tc>
        <w:tc>
          <w:tcPr>
            <w:tcW w:w="1134" w:type="dxa"/>
            <w:noWrap/>
            <w:vAlign w:val="center"/>
            <w:hideMark/>
          </w:tcPr>
          <w:p w14:paraId="36A69628" w14:textId="77777777" w:rsidR="00E4105E" w:rsidRDefault="00E4105E"/>
        </w:tc>
      </w:tr>
      <w:tr w:rsidR="007F2D79" w:rsidRPr="00DB06A6" w14:paraId="68D3D0F1" w14:textId="77777777" w:rsidTr="005D6229">
        <w:trPr>
          <w:trHeight w:val="290"/>
          <w:jc w:val="center"/>
        </w:trPr>
        <w:tc>
          <w:tcPr>
            <w:tcW w:w="2693" w:type="dxa"/>
            <w:vAlign w:val="center"/>
            <w:hideMark/>
          </w:tcPr>
          <w:p w14:paraId="0876FB43" w14:textId="77777777" w:rsidR="00E4105E" w:rsidRDefault="00CB5EE7">
            <w:proofErr w:type="spellStart"/>
            <w:r>
              <w:t>Acces</w:t>
            </w:r>
            <w:proofErr w:type="spellEnd"/>
            <w:r>
              <w:t xml:space="preserve"> client</w:t>
            </w:r>
          </w:p>
        </w:tc>
        <w:tc>
          <w:tcPr>
            <w:tcW w:w="5670" w:type="dxa"/>
            <w:vAlign w:val="center"/>
            <w:hideMark/>
          </w:tcPr>
          <w:p w14:paraId="5791F043" w14:textId="77777777" w:rsidR="00E4105E" w:rsidRDefault="00CB5EE7">
            <w:proofErr w:type="spellStart"/>
            <w:r>
              <w:t>Prin</w:t>
            </w:r>
            <w:proofErr w:type="spellEnd"/>
            <w:r>
              <w:t xml:space="preserve"> browser </w:t>
            </w:r>
            <w:proofErr w:type="spellStart"/>
            <w:r>
              <w:t>și</w:t>
            </w:r>
            <w:proofErr w:type="spellEnd"/>
            <w:r>
              <w:t>/</w:t>
            </w:r>
            <w:proofErr w:type="spellStart"/>
            <w:r>
              <w:t>sau</w:t>
            </w:r>
            <w:proofErr w:type="spellEnd"/>
            <w:r>
              <w:t xml:space="preserve"> </w:t>
            </w:r>
            <w:proofErr w:type="spellStart"/>
            <w:r>
              <w:t>aplicație</w:t>
            </w:r>
            <w:proofErr w:type="spellEnd"/>
            <w:r>
              <w:t xml:space="preserve"> client </w:t>
            </w:r>
            <w:proofErr w:type="spellStart"/>
            <w:r>
              <w:t>suportată</w:t>
            </w:r>
            <w:proofErr w:type="spellEnd"/>
            <w:r>
              <w:t xml:space="preserve"> de </w:t>
            </w:r>
            <w:proofErr w:type="spellStart"/>
            <w:r>
              <w:t>producător</w:t>
            </w:r>
            <w:proofErr w:type="spellEnd"/>
          </w:p>
        </w:tc>
        <w:tc>
          <w:tcPr>
            <w:tcW w:w="1134" w:type="dxa"/>
            <w:noWrap/>
            <w:vAlign w:val="center"/>
            <w:hideMark/>
          </w:tcPr>
          <w:p w14:paraId="14BB19A7" w14:textId="77777777" w:rsidR="00E4105E" w:rsidRDefault="00E4105E"/>
        </w:tc>
      </w:tr>
    </w:tbl>
    <w:p w14:paraId="21038D03" w14:textId="77777777" w:rsidR="007F2D79" w:rsidRPr="00740CDC" w:rsidRDefault="007F2D79"/>
    <w:tbl>
      <w:tblPr>
        <w:tblStyle w:val="aff0"/>
        <w:tblW w:w="0" w:type="auto"/>
        <w:jc w:val="center"/>
        <w:tblLook w:val="04A0" w:firstRow="1" w:lastRow="0" w:firstColumn="1" w:lastColumn="0" w:noHBand="0" w:noVBand="1"/>
      </w:tblPr>
      <w:tblGrid>
        <w:gridCol w:w="2689"/>
        <w:gridCol w:w="5670"/>
        <w:gridCol w:w="1134"/>
      </w:tblGrid>
      <w:tr w:rsidR="008B30F8" w:rsidRPr="008B30F8" w14:paraId="6F4E2C03" w14:textId="77777777" w:rsidTr="00F46F1D">
        <w:trPr>
          <w:trHeight w:val="290"/>
          <w:jc w:val="center"/>
        </w:trPr>
        <w:tc>
          <w:tcPr>
            <w:tcW w:w="2689" w:type="dxa"/>
            <w:shd w:val="clear" w:color="auto" w:fill="D6E3BC" w:themeFill="accent3" w:themeFillTint="66"/>
            <w:vAlign w:val="center"/>
            <w:hideMark/>
          </w:tcPr>
          <w:p w14:paraId="20456F4E" w14:textId="77777777" w:rsidR="00E4105E" w:rsidRDefault="00CB5EE7">
            <w:proofErr w:type="spellStart"/>
            <w:r>
              <w:t>Poziție</w:t>
            </w:r>
            <w:proofErr w:type="spellEnd"/>
          </w:p>
        </w:tc>
        <w:tc>
          <w:tcPr>
            <w:tcW w:w="5670" w:type="dxa"/>
            <w:shd w:val="clear" w:color="auto" w:fill="D6E3BC" w:themeFill="accent3" w:themeFillTint="66"/>
            <w:vAlign w:val="center"/>
            <w:hideMark/>
          </w:tcPr>
          <w:p w14:paraId="22CBB431" w14:textId="77777777" w:rsidR="00E4105E" w:rsidRDefault="00CB5EE7">
            <w:proofErr w:type="spellStart"/>
            <w:r>
              <w:t>Specificații</w:t>
            </w:r>
            <w:proofErr w:type="spellEnd"/>
            <w:r>
              <w:t xml:space="preserve"> </w:t>
            </w:r>
            <w:proofErr w:type="spellStart"/>
            <w:r>
              <w:t>minime</w:t>
            </w:r>
            <w:proofErr w:type="spellEnd"/>
            <w:r>
              <w:t xml:space="preserve"> </w:t>
            </w:r>
            <w:proofErr w:type="spellStart"/>
            <w:r>
              <w:t>solicitate</w:t>
            </w:r>
            <w:proofErr w:type="spellEnd"/>
          </w:p>
        </w:tc>
        <w:tc>
          <w:tcPr>
            <w:tcW w:w="1134" w:type="dxa"/>
            <w:shd w:val="clear" w:color="auto" w:fill="D6E3BC" w:themeFill="accent3" w:themeFillTint="66"/>
            <w:vAlign w:val="center"/>
            <w:hideMark/>
          </w:tcPr>
          <w:p w14:paraId="7BCC7FC2" w14:textId="77777777" w:rsidR="00E4105E" w:rsidRDefault="00CB5EE7">
            <w:proofErr w:type="spellStart"/>
            <w:r>
              <w:t>Cantitate</w:t>
            </w:r>
            <w:proofErr w:type="spellEnd"/>
          </w:p>
        </w:tc>
      </w:tr>
      <w:tr w:rsidR="007F2D79" w:rsidRPr="008B30F8" w14:paraId="3629817F" w14:textId="77777777" w:rsidTr="00F46F1D">
        <w:trPr>
          <w:trHeight w:val="420"/>
          <w:jc w:val="center"/>
        </w:trPr>
        <w:tc>
          <w:tcPr>
            <w:tcW w:w="8359" w:type="dxa"/>
            <w:gridSpan w:val="2"/>
            <w:vAlign w:val="center"/>
            <w:hideMark/>
          </w:tcPr>
          <w:p w14:paraId="24FB56B8" w14:textId="77777777" w:rsidR="00E4105E" w:rsidRDefault="00CB5EE7">
            <w:r>
              <w:t xml:space="preserve">5. </w:t>
            </w:r>
            <w:proofErr w:type="spellStart"/>
            <w:r>
              <w:t>Sistem</w:t>
            </w:r>
            <w:proofErr w:type="spellEnd"/>
            <w:r>
              <w:t xml:space="preserve"> central de </w:t>
            </w:r>
            <w:proofErr w:type="spellStart"/>
            <w:r>
              <w:t>stocare</w:t>
            </w:r>
            <w:proofErr w:type="spellEnd"/>
          </w:p>
        </w:tc>
        <w:tc>
          <w:tcPr>
            <w:tcW w:w="1134" w:type="dxa"/>
            <w:vMerge w:val="restart"/>
            <w:vAlign w:val="center"/>
            <w:hideMark/>
          </w:tcPr>
          <w:p w14:paraId="593A8C69" w14:textId="77777777" w:rsidR="00E4105E" w:rsidRDefault="00CB5EE7">
            <w:r>
              <w:t xml:space="preserve">1 </w:t>
            </w:r>
            <w:proofErr w:type="spellStart"/>
            <w:r>
              <w:t>buc</w:t>
            </w:r>
            <w:proofErr w:type="spellEnd"/>
            <w:r>
              <w:t>.</w:t>
            </w:r>
          </w:p>
        </w:tc>
      </w:tr>
      <w:tr w:rsidR="00C2164E" w:rsidRPr="00CB5EE7" w14:paraId="3E94E6D1" w14:textId="77777777" w:rsidTr="00F46F1D">
        <w:trPr>
          <w:trHeight w:val="290"/>
          <w:jc w:val="center"/>
        </w:trPr>
        <w:tc>
          <w:tcPr>
            <w:tcW w:w="2689" w:type="dxa"/>
            <w:vAlign w:val="center"/>
            <w:hideMark/>
          </w:tcPr>
          <w:p w14:paraId="7159A772" w14:textId="77777777" w:rsidR="00E4105E" w:rsidRDefault="00CB5EE7">
            <w:r>
              <w:t>Tip</w:t>
            </w:r>
          </w:p>
        </w:tc>
        <w:tc>
          <w:tcPr>
            <w:tcW w:w="5670" w:type="dxa"/>
            <w:vAlign w:val="center"/>
            <w:hideMark/>
          </w:tcPr>
          <w:p w14:paraId="1779B71A" w14:textId="77777777" w:rsidR="00E4105E" w:rsidRPr="00344F7B" w:rsidRDefault="00CB5EE7">
            <w:pPr>
              <w:rPr>
                <w:lang w:val="pt-BR"/>
              </w:rPr>
            </w:pPr>
            <w:r w:rsidRPr="00344F7B">
              <w:rPr>
                <w:lang w:val="pt-BR"/>
              </w:rPr>
              <w:t>Server/NVR sau alt sistem central de stocare compatibil cu soluția ofertată</w:t>
            </w:r>
          </w:p>
        </w:tc>
        <w:tc>
          <w:tcPr>
            <w:tcW w:w="1134" w:type="dxa"/>
            <w:vMerge/>
            <w:vAlign w:val="center"/>
            <w:hideMark/>
          </w:tcPr>
          <w:p w14:paraId="33722F7F" w14:textId="77777777" w:rsidR="00C2164E" w:rsidRPr="00344F7B" w:rsidRDefault="00C2164E" w:rsidP="00C2164E">
            <w:pPr>
              <w:rPr>
                <w:lang w:val="pt-BR"/>
              </w:rPr>
            </w:pPr>
          </w:p>
        </w:tc>
      </w:tr>
      <w:tr w:rsidR="00C2164E" w:rsidRPr="008B30F8" w14:paraId="4E01E40F" w14:textId="77777777" w:rsidTr="00F46F1D">
        <w:trPr>
          <w:trHeight w:val="292"/>
          <w:jc w:val="center"/>
        </w:trPr>
        <w:tc>
          <w:tcPr>
            <w:tcW w:w="2689" w:type="dxa"/>
            <w:vAlign w:val="center"/>
            <w:hideMark/>
          </w:tcPr>
          <w:p w14:paraId="7167A4EF" w14:textId="77777777" w:rsidR="00E4105E" w:rsidRDefault="00CB5EE7">
            <w:proofErr w:type="spellStart"/>
            <w:r>
              <w:t>Sistem</w:t>
            </w:r>
            <w:proofErr w:type="spellEnd"/>
            <w:r>
              <w:t xml:space="preserve"> de </w:t>
            </w:r>
            <w:proofErr w:type="spellStart"/>
            <w:r>
              <w:t>operare</w:t>
            </w:r>
            <w:proofErr w:type="spellEnd"/>
          </w:p>
        </w:tc>
        <w:tc>
          <w:tcPr>
            <w:tcW w:w="5670" w:type="dxa"/>
            <w:vAlign w:val="center"/>
            <w:hideMark/>
          </w:tcPr>
          <w:p w14:paraId="302F49D4" w14:textId="77777777" w:rsidR="00E4105E" w:rsidRDefault="00CB5EE7">
            <w:r>
              <w:t xml:space="preserve">Conform </w:t>
            </w:r>
            <w:proofErr w:type="spellStart"/>
            <w:r>
              <w:t>cerințelor</w:t>
            </w:r>
            <w:proofErr w:type="spellEnd"/>
            <w:r>
              <w:t xml:space="preserve"> </w:t>
            </w:r>
            <w:proofErr w:type="spellStart"/>
            <w:r>
              <w:t>platformei</w:t>
            </w:r>
            <w:proofErr w:type="spellEnd"/>
            <w:r>
              <w:t xml:space="preserve"> </w:t>
            </w:r>
            <w:proofErr w:type="spellStart"/>
            <w:r>
              <w:t>ofertate</w:t>
            </w:r>
            <w:proofErr w:type="spellEnd"/>
            <w:r>
              <w:t xml:space="preserve"> </w:t>
            </w:r>
            <w:proofErr w:type="spellStart"/>
            <w:r>
              <w:t>și</w:t>
            </w:r>
            <w:proofErr w:type="spellEnd"/>
            <w:r>
              <w:t xml:space="preserve"> </w:t>
            </w:r>
            <w:proofErr w:type="spellStart"/>
            <w:r>
              <w:t>licențiat</w:t>
            </w:r>
            <w:proofErr w:type="spellEnd"/>
            <w:r>
              <w:t xml:space="preserve"> </w:t>
            </w:r>
            <w:proofErr w:type="spellStart"/>
            <w:r>
              <w:t>corespunzător</w:t>
            </w:r>
            <w:proofErr w:type="spellEnd"/>
            <w:r>
              <w:t xml:space="preserve">, </w:t>
            </w:r>
            <w:proofErr w:type="spellStart"/>
            <w:r>
              <w:t>după</w:t>
            </w:r>
            <w:proofErr w:type="spellEnd"/>
            <w:r>
              <w:t xml:space="preserve"> </w:t>
            </w:r>
            <w:proofErr w:type="spellStart"/>
            <w:r>
              <w:t>caz</w:t>
            </w:r>
            <w:proofErr w:type="spellEnd"/>
          </w:p>
        </w:tc>
        <w:tc>
          <w:tcPr>
            <w:tcW w:w="1134" w:type="dxa"/>
            <w:vMerge/>
            <w:vAlign w:val="center"/>
            <w:hideMark/>
          </w:tcPr>
          <w:p w14:paraId="21301E2A" w14:textId="77777777" w:rsidR="00C2164E" w:rsidRPr="008B30F8" w:rsidRDefault="00C2164E" w:rsidP="00C2164E"/>
        </w:tc>
      </w:tr>
      <w:tr w:rsidR="00C2164E" w:rsidRPr="00CB5EE7" w14:paraId="6CC01DEF" w14:textId="77777777" w:rsidTr="00F46F1D">
        <w:trPr>
          <w:trHeight w:val="580"/>
          <w:jc w:val="center"/>
        </w:trPr>
        <w:tc>
          <w:tcPr>
            <w:tcW w:w="2689" w:type="dxa"/>
            <w:vAlign w:val="center"/>
            <w:hideMark/>
          </w:tcPr>
          <w:p w14:paraId="3996F322" w14:textId="77777777" w:rsidR="00E4105E" w:rsidRDefault="00CB5EE7">
            <w:r>
              <w:t xml:space="preserve">Capacitate </w:t>
            </w:r>
            <w:proofErr w:type="spellStart"/>
            <w:r>
              <w:t>stocare</w:t>
            </w:r>
            <w:proofErr w:type="spellEnd"/>
          </w:p>
        </w:tc>
        <w:tc>
          <w:tcPr>
            <w:tcW w:w="5670" w:type="dxa"/>
            <w:vAlign w:val="center"/>
            <w:hideMark/>
          </w:tcPr>
          <w:p w14:paraId="6EFA3777" w14:textId="77777777" w:rsidR="00E4105E" w:rsidRPr="00344F7B" w:rsidRDefault="00CB5EE7">
            <w:pPr>
              <w:rPr>
                <w:lang w:val="es-US"/>
              </w:rPr>
            </w:pPr>
            <w:r w:rsidRPr="00344F7B">
              <w:rPr>
                <w:lang w:val="es-US"/>
              </w:rPr>
              <w:t>Capacitate utilă de minimum 64 TB, cu redundanță la nivel de discuri</w:t>
            </w:r>
          </w:p>
        </w:tc>
        <w:tc>
          <w:tcPr>
            <w:tcW w:w="1134" w:type="dxa"/>
            <w:vMerge/>
            <w:vAlign w:val="center"/>
            <w:hideMark/>
          </w:tcPr>
          <w:p w14:paraId="102EC173" w14:textId="77777777" w:rsidR="00C2164E" w:rsidRPr="00344F7B" w:rsidRDefault="00C2164E" w:rsidP="00C2164E">
            <w:pPr>
              <w:rPr>
                <w:lang w:val="es-US"/>
              </w:rPr>
            </w:pPr>
          </w:p>
        </w:tc>
      </w:tr>
      <w:tr w:rsidR="00C2164E" w:rsidRPr="008B30F8" w14:paraId="677FD5A0" w14:textId="77777777" w:rsidTr="00F46F1D">
        <w:trPr>
          <w:trHeight w:val="580"/>
          <w:jc w:val="center"/>
        </w:trPr>
        <w:tc>
          <w:tcPr>
            <w:tcW w:w="2689" w:type="dxa"/>
            <w:vAlign w:val="center"/>
            <w:hideMark/>
          </w:tcPr>
          <w:p w14:paraId="21494CC4" w14:textId="77777777" w:rsidR="00E4105E" w:rsidRDefault="00CB5EE7">
            <w:proofErr w:type="spellStart"/>
            <w:r>
              <w:t>Discuri</w:t>
            </w:r>
            <w:proofErr w:type="spellEnd"/>
            <w:r>
              <w:t xml:space="preserve"> </w:t>
            </w:r>
            <w:proofErr w:type="spellStart"/>
            <w:r>
              <w:t>sistem</w:t>
            </w:r>
            <w:proofErr w:type="spellEnd"/>
          </w:p>
        </w:tc>
        <w:tc>
          <w:tcPr>
            <w:tcW w:w="5670" w:type="dxa"/>
            <w:vAlign w:val="center"/>
            <w:hideMark/>
          </w:tcPr>
          <w:p w14:paraId="1412C742" w14:textId="77777777" w:rsidR="00E4105E" w:rsidRDefault="00CB5EE7">
            <w:proofErr w:type="spellStart"/>
            <w:r>
              <w:t>Configurație</w:t>
            </w:r>
            <w:proofErr w:type="spellEnd"/>
            <w:r>
              <w:t xml:space="preserve"> </w:t>
            </w:r>
            <w:proofErr w:type="spellStart"/>
            <w:r>
              <w:t>redundantă</w:t>
            </w:r>
            <w:proofErr w:type="spellEnd"/>
            <w:r>
              <w:t xml:space="preserve"> </w:t>
            </w:r>
            <w:proofErr w:type="spellStart"/>
            <w:r>
              <w:t>pentru</w:t>
            </w:r>
            <w:proofErr w:type="spellEnd"/>
            <w:r>
              <w:t xml:space="preserve"> </w:t>
            </w:r>
            <w:proofErr w:type="spellStart"/>
            <w:r>
              <w:t>sistemul</w:t>
            </w:r>
            <w:proofErr w:type="spellEnd"/>
            <w:r>
              <w:t xml:space="preserve"> de </w:t>
            </w:r>
            <w:proofErr w:type="spellStart"/>
            <w:r>
              <w:t>operare</w:t>
            </w:r>
            <w:proofErr w:type="spellEnd"/>
            <w:r>
              <w:t xml:space="preserve"> </w:t>
            </w:r>
            <w:proofErr w:type="spellStart"/>
            <w:r>
              <w:t>și</w:t>
            </w:r>
            <w:proofErr w:type="spellEnd"/>
            <w:r>
              <w:t xml:space="preserve"> </w:t>
            </w:r>
            <w:proofErr w:type="spellStart"/>
            <w:r>
              <w:t>aplicații</w:t>
            </w:r>
            <w:proofErr w:type="spellEnd"/>
            <w:r>
              <w:t xml:space="preserve">, </w:t>
            </w:r>
            <w:proofErr w:type="spellStart"/>
            <w:r>
              <w:t>după</w:t>
            </w:r>
            <w:proofErr w:type="spellEnd"/>
            <w:r>
              <w:t xml:space="preserve"> </w:t>
            </w:r>
            <w:proofErr w:type="spellStart"/>
            <w:r>
              <w:t>caz</w:t>
            </w:r>
            <w:proofErr w:type="spellEnd"/>
          </w:p>
        </w:tc>
        <w:tc>
          <w:tcPr>
            <w:tcW w:w="1134" w:type="dxa"/>
            <w:vMerge/>
            <w:vAlign w:val="center"/>
            <w:hideMark/>
          </w:tcPr>
          <w:p w14:paraId="2F72F077" w14:textId="77777777" w:rsidR="00C2164E" w:rsidRPr="008B30F8" w:rsidRDefault="00C2164E" w:rsidP="00C2164E"/>
        </w:tc>
      </w:tr>
      <w:tr w:rsidR="00C2164E" w:rsidRPr="008B30F8" w14:paraId="6A8FA9E6" w14:textId="77777777" w:rsidTr="00F46F1D">
        <w:trPr>
          <w:trHeight w:val="290"/>
          <w:jc w:val="center"/>
        </w:trPr>
        <w:tc>
          <w:tcPr>
            <w:tcW w:w="2689" w:type="dxa"/>
            <w:vAlign w:val="center"/>
            <w:hideMark/>
          </w:tcPr>
          <w:p w14:paraId="2E335782" w14:textId="77777777" w:rsidR="00E4105E" w:rsidRDefault="00CB5EE7">
            <w:proofErr w:type="spellStart"/>
            <w:r>
              <w:t>Performanță</w:t>
            </w:r>
            <w:proofErr w:type="spellEnd"/>
          </w:p>
        </w:tc>
        <w:tc>
          <w:tcPr>
            <w:tcW w:w="5670" w:type="dxa"/>
            <w:vAlign w:val="center"/>
            <w:hideMark/>
          </w:tcPr>
          <w:p w14:paraId="02B0DDCA" w14:textId="77777777" w:rsidR="00E4105E" w:rsidRDefault="00CB5EE7">
            <w:r>
              <w:t xml:space="preserve">Capacitate </w:t>
            </w:r>
            <w:proofErr w:type="spellStart"/>
            <w:r>
              <w:t>adecvată</w:t>
            </w:r>
            <w:proofErr w:type="spellEnd"/>
            <w:r>
              <w:t xml:space="preserve"> </w:t>
            </w:r>
            <w:proofErr w:type="spellStart"/>
            <w:r>
              <w:t>pentru</w:t>
            </w:r>
            <w:proofErr w:type="spellEnd"/>
            <w:r>
              <w:t xml:space="preserve"> </w:t>
            </w:r>
            <w:proofErr w:type="spellStart"/>
            <w:r>
              <w:t>numărul</w:t>
            </w:r>
            <w:proofErr w:type="spellEnd"/>
            <w:r>
              <w:t xml:space="preserve"> de </w:t>
            </w:r>
            <w:proofErr w:type="spellStart"/>
            <w:r>
              <w:t>camere</w:t>
            </w:r>
            <w:proofErr w:type="spellEnd"/>
            <w:r>
              <w:t xml:space="preserve"> </w:t>
            </w:r>
            <w:proofErr w:type="spellStart"/>
            <w:r>
              <w:t>și</w:t>
            </w:r>
            <w:proofErr w:type="spellEnd"/>
            <w:r>
              <w:t xml:space="preserve"> </w:t>
            </w:r>
            <w:proofErr w:type="spellStart"/>
            <w:r>
              <w:t>fluxurile</w:t>
            </w:r>
            <w:proofErr w:type="spellEnd"/>
            <w:r>
              <w:t xml:space="preserve"> video </w:t>
            </w:r>
            <w:proofErr w:type="spellStart"/>
            <w:r>
              <w:t>ofertate</w:t>
            </w:r>
            <w:proofErr w:type="spellEnd"/>
          </w:p>
        </w:tc>
        <w:tc>
          <w:tcPr>
            <w:tcW w:w="1134" w:type="dxa"/>
            <w:vMerge/>
            <w:vAlign w:val="center"/>
            <w:hideMark/>
          </w:tcPr>
          <w:p w14:paraId="56392D67" w14:textId="77777777" w:rsidR="00C2164E" w:rsidRPr="008B30F8" w:rsidRDefault="00C2164E" w:rsidP="00C2164E"/>
        </w:tc>
      </w:tr>
      <w:tr w:rsidR="00C2164E" w:rsidRPr="008B30F8" w14:paraId="1BBA5278" w14:textId="77777777" w:rsidTr="00F46F1D">
        <w:trPr>
          <w:trHeight w:val="290"/>
          <w:jc w:val="center"/>
        </w:trPr>
        <w:tc>
          <w:tcPr>
            <w:tcW w:w="2689" w:type="dxa"/>
            <w:vAlign w:val="center"/>
            <w:hideMark/>
          </w:tcPr>
          <w:p w14:paraId="2475D976" w14:textId="77777777" w:rsidR="00E4105E" w:rsidRDefault="00CB5EE7">
            <w:proofErr w:type="spellStart"/>
            <w:r>
              <w:t>Redare</w:t>
            </w:r>
            <w:proofErr w:type="spellEnd"/>
          </w:p>
        </w:tc>
        <w:tc>
          <w:tcPr>
            <w:tcW w:w="5670" w:type="dxa"/>
            <w:vAlign w:val="center"/>
            <w:hideMark/>
          </w:tcPr>
          <w:p w14:paraId="582455D6" w14:textId="77777777" w:rsidR="00E4105E" w:rsidRDefault="00CB5EE7">
            <w:r>
              <w:t xml:space="preserve">Capacitate </w:t>
            </w:r>
            <w:proofErr w:type="spellStart"/>
            <w:r>
              <w:t>adecvată</w:t>
            </w:r>
            <w:proofErr w:type="spellEnd"/>
            <w:r>
              <w:t xml:space="preserve"> </w:t>
            </w:r>
            <w:proofErr w:type="spellStart"/>
            <w:r>
              <w:t>pentru</w:t>
            </w:r>
            <w:proofErr w:type="spellEnd"/>
            <w:r>
              <w:t xml:space="preserve"> </w:t>
            </w:r>
            <w:proofErr w:type="spellStart"/>
            <w:r>
              <w:t>căutarea</w:t>
            </w:r>
            <w:proofErr w:type="spellEnd"/>
            <w:r>
              <w:t xml:space="preserve"> </w:t>
            </w:r>
            <w:proofErr w:type="spellStart"/>
            <w:r>
              <w:t>și</w:t>
            </w:r>
            <w:proofErr w:type="spellEnd"/>
            <w:r>
              <w:t xml:space="preserve"> </w:t>
            </w:r>
            <w:proofErr w:type="spellStart"/>
            <w:r>
              <w:t>redarea</w:t>
            </w:r>
            <w:proofErr w:type="spellEnd"/>
            <w:r>
              <w:t xml:space="preserve"> </w:t>
            </w:r>
            <w:proofErr w:type="spellStart"/>
            <w:r>
              <w:t>simultană</w:t>
            </w:r>
            <w:proofErr w:type="spellEnd"/>
            <w:r>
              <w:t xml:space="preserve"> a </w:t>
            </w:r>
            <w:proofErr w:type="spellStart"/>
            <w:r>
              <w:t>înregistrărilor</w:t>
            </w:r>
            <w:proofErr w:type="spellEnd"/>
          </w:p>
        </w:tc>
        <w:tc>
          <w:tcPr>
            <w:tcW w:w="1134" w:type="dxa"/>
            <w:vMerge/>
            <w:vAlign w:val="center"/>
            <w:hideMark/>
          </w:tcPr>
          <w:p w14:paraId="04FDE802" w14:textId="77777777" w:rsidR="00C2164E" w:rsidRPr="008B30F8" w:rsidRDefault="00C2164E" w:rsidP="00C2164E"/>
        </w:tc>
      </w:tr>
      <w:tr w:rsidR="00C2164E" w:rsidRPr="008B30F8" w14:paraId="43096EB4" w14:textId="77777777" w:rsidTr="00F46F1D">
        <w:trPr>
          <w:trHeight w:val="290"/>
          <w:jc w:val="center"/>
        </w:trPr>
        <w:tc>
          <w:tcPr>
            <w:tcW w:w="2689" w:type="dxa"/>
            <w:vAlign w:val="center"/>
            <w:hideMark/>
          </w:tcPr>
          <w:p w14:paraId="55FA92D8" w14:textId="77777777" w:rsidR="00E4105E" w:rsidRDefault="00CB5EE7">
            <w:proofErr w:type="spellStart"/>
            <w:r>
              <w:t>Procesor</w:t>
            </w:r>
            <w:proofErr w:type="spellEnd"/>
          </w:p>
        </w:tc>
        <w:tc>
          <w:tcPr>
            <w:tcW w:w="5670" w:type="dxa"/>
            <w:vAlign w:val="center"/>
            <w:hideMark/>
          </w:tcPr>
          <w:p w14:paraId="08E04CBA" w14:textId="77777777" w:rsidR="00E4105E" w:rsidRDefault="00CB5EE7">
            <w:proofErr w:type="spellStart"/>
            <w:r>
              <w:t>Procesor</w:t>
            </w:r>
            <w:proofErr w:type="spellEnd"/>
            <w:r>
              <w:t xml:space="preserve"> de </w:t>
            </w:r>
            <w:proofErr w:type="spellStart"/>
            <w:r>
              <w:t>clasă</w:t>
            </w:r>
            <w:proofErr w:type="spellEnd"/>
            <w:r>
              <w:t xml:space="preserve"> enterprise, </w:t>
            </w:r>
            <w:proofErr w:type="spellStart"/>
            <w:r>
              <w:t>adecvat</w:t>
            </w:r>
            <w:proofErr w:type="spellEnd"/>
            <w:r>
              <w:t xml:space="preserve"> </w:t>
            </w:r>
            <w:proofErr w:type="spellStart"/>
            <w:r>
              <w:t>soluției</w:t>
            </w:r>
            <w:proofErr w:type="spellEnd"/>
            <w:r>
              <w:t xml:space="preserve"> </w:t>
            </w:r>
            <w:proofErr w:type="spellStart"/>
            <w:r>
              <w:t>ofertate</w:t>
            </w:r>
            <w:proofErr w:type="spellEnd"/>
          </w:p>
        </w:tc>
        <w:tc>
          <w:tcPr>
            <w:tcW w:w="1134" w:type="dxa"/>
            <w:vMerge/>
            <w:vAlign w:val="center"/>
            <w:hideMark/>
          </w:tcPr>
          <w:p w14:paraId="1FEC3066" w14:textId="77777777" w:rsidR="00C2164E" w:rsidRPr="008B30F8" w:rsidRDefault="00C2164E" w:rsidP="00C2164E"/>
        </w:tc>
      </w:tr>
      <w:tr w:rsidR="00C2164E" w:rsidRPr="008B30F8" w14:paraId="7AE9076D" w14:textId="77777777" w:rsidTr="00F46F1D">
        <w:trPr>
          <w:trHeight w:val="290"/>
          <w:jc w:val="center"/>
        </w:trPr>
        <w:tc>
          <w:tcPr>
            <w:tcW w:w="2689" w:type="dxa"/>
            <w:vAlign w:val="center"/>
            <w:hideMark/>
          </w:tcPr>
          <w:p w14:paraId="5BE8CB54" w14:textId="77777777" w:rsidR="00E4105E" w:rsidRDefault="00CB5EE7">
            <w:r>
              <w:t>Memorie RAM</w:t>
            </w:r>
          </w:p>
        </w:tc>
        <w:tc>
          <w:tcPr>
            <w:tcW w:w="5670" w:type="dxa"/>
            <w:vAlign w:val="center"/>
            <w:hideMark/>
          </w:tcPr>
          <w:p w14:paraId="0CCD2A7D" w14:textId="77777777" w:rsidR="00E4105E" w:rsidRDefault="00CB5EE7">
            <w:r>
              <w:t>Minimum 32 GB</w:t>
            </w:r>
          </w:p>
        </w:tc>
        <w:tc>
          <w:tcPr>
            <w:tcW w:w="1134" w:type="dxa"/>
            <w:vMerge/>
            <w:vAlign w:val="center"/>
            <w:hideMark/>
          </w:tcPr>
          <w:p w14:paraId="35E3B023" w14:textId="77777777" w:rsidR="00C2164E" w:rsidRPr="008B30F8" w:rsidRDefault="00C2164E" w:rsidP="00C2164E"/>
        </w:tc>
      </w:tr>
      <w:tr w:rsidR="00C2164E" w:rsidRPr="008B30F8" w14:paraId="6E9F37FB" w14:textId="77777777" w:rsidTr="00F46F1D">
        <w:trPr>
          <w:trHeight w:val="290"/>
          <w:jc w:val="center"/>
        </w:trPr>
        <w:tc>
          <w:tcPr>
            <w:tcW w:w="2689" w:type="dxa"/>
            <w:vAlign w:val="center"/>
            <w:hideMark/>
          </w:tcPr>
          <w:p w14:paraId="58CEE332" w14:textId="77777777" w:rsidR="00E4105E" w:rsidRDefault="00CB5EE7">
            <w:r>
              <w:t>Securitate</w:t>
            </w:r>
          </w:p>
        </w:tc>
        <w:tc>
          <w:tcPr>
            <w:tcW w:w="5670" w:type="dxa"/>
            <w:vAlign w:val="center"/>
            <w:hideMark/>
          </w:tcPr>
          <w:p w14:paraId="13EEE616" w14:textId="77777777" w:rsidR="00E4105E" w:rsidRDefault="00CB5EE7">
            <w:r>
              <w:t xml:space="preserve">TPM </w:t>
            </w:r>
            <w:proofErr w:type="spellStart"/>
            <w:r>
              <w:t>sau</w:t>
            </w:r>
            <w:proofErr w:type="spellEnd"/>
            <w:r>
              <w:t xml:space="preserve"> </w:t>
            </w:r>
            <w:proofErr w:type="spellStart"/>
            <w:r>
              <w:t>mecanism</w:t>
            </w:r>
            <w:proofErr w:type="spellEnd"/>
            <w:r>
              <w:t xml:space="preserve"> </w:t>
            </w:r>
            <w:proofErr w:type="spellStart"/>
            <w:r>
              <w:t>echivalent</w:t>
            </w:r>
            <w:proofErr w:type="spellEnd"/>
            <w:r>
              <w:t xml:space="preserve">; </w:t>
            </w:r>
            <w:proofErr w:type="spellStart"/>
            <w:r>
              <w:t>opțiuni</w:t>
            </w:r>
            <w:proofErr w:type="spellEnd"/>
            <w:r>
              <w:t xml:space="preserve"> de </w:t>
            </w:r>
            <w:proofErr w:type="spellStart"/>
            <w:r>
              <w:t>criptare</w:t>
            </w:r>
            <w:proofErr w:type="spellEnd"/>
            <w:r>
              <w:t xml:space="preserve"> hardware </w:t>
            </w:r>
            <w:proofErr w:type="spellStart"/>
            <w:r>
              <w:t>și</w:t>
            </w:r>
            <w:proofErr w:type="spellEnd"/>
            <w:r>
              <w:t>/</w:t>
            </w:r>
            <w:proofErr w:type="spellStart"/>
            <w:r>
              <w:t>sau</w:t>
            </w:r>
            <w:proofErr w:type="spellEnd"/>
            <w:r>
              <w:t xml:space="preserve"> software, </w:t>
            </w:r>
            <w:proofErr w:type="spellStart"/>
            <w:r>
              <w:t>după</w:t>
            </w:r>
            <w:proofErr w:type="spellEnd"/>
            <w:r>
              <w:t xml:space="preserve"> </w:t>
            </w:r>
            <w:proofErr w:type="spellStart"/>
            <w:r>
              <w:t>caz</w:t>
            </w:r>
            <w:proofErr w:type="spellEnd"/>
          </w:p>
        </w:tc>
        <w:tc>
          <w:tcPr>
            <w:tcW w:w="1134" w:type="dxa"/>
            <w:vMerge/>
            <w:vAlign w:val="center"/>
            <w:hideMark/>
          </w:tcPr>
          <w:p w14:paraId="4EFD8334" w14:textId="77777777" w:rsidR="00C2164E" w:rsidRPr="008B30F8" w:rsidRDefault="00C2164E" w:rsidP="00C2164E"/>
        </w:tc>
      </w:tr>
      <w:tr w:rsidR="00C2164E" w:rsidRPr="008B30F8" w14:paraId="12D51EDD" w14:textId="77777777" w:rsidTr="00F46F1D">
        <w:trPr>
          <w:trHeight w:val="290"/>
          <w:jc w:val="center"/>
        </w:trPr>
        <w:tc>
          <w:tcPr>
            <w:tcW w:w="2689" w:type="dxa"/>
            <w:vAlign w:val="center"/>
            <w:hideMark/>
          </w:tcPr>
          <w:p w14:paraId="6D338D12" w14:textId="77777777" w:rsidR="00E4105E" w:rsidRDefault="00CB5EE7">
            <w:proofErr w:type="spellStart"/>
            <w:r>
              <w:lastRenderedPageBreak/>
              <w:t>Redundanță</w:t>
            </w:r>
            <w:proofErr w:type="spellEnd"/>
          </w:p>
        </w:tc>
        <w:tc>
          <w:tcPr>
            <w:tcW w:w="5670" w:type="dxa"/>
            <w:vAlign w:val="center"/>
            <w:hideMark/>
          </w:tcPr>
          <w:p w14:paraId="6DB7D32A" w14:textId="77777777" w:rsidR="00E4105E" w:rsidRDefault="00CB5EE7">
            <w:r>
              <w:t xml:space="preserve">RAID 6 </w:t>
            </w:r>
            <w:proofErr w:type="spellStart"/>
            <w:r>
              <w:t>sau</w:t>
            </w:r>
            <w:proofErr w:type="spellEnd"/>
            <w:r>
              <w:t xml:space="preserve"> </w:t>
            </w:r>
            <w:proofErr w:type="spellStart"/>
            <w:r>
              <w:t>echivalent</w:t>
            </w:r>
            <w:proofErr w:type="spellEnd"/>
            <w:r>
              <w:t xml:space="preserve">; </w:t>
            </w:r>
            <w:proofErr w:type="spellStart"/>
            <w:r>
              <w:t>posibilitate</w:t>
            </w:r>
            <w:proofErr w:type="spellEnd"/>
            <w:r>
              <w:t xml:space="preserve"> de </w:t>
            </w:r>
            <w:proofErr w:type="spellStart"/>
            <w:r>
              <w:t>redundanță</w:t>
            </w:r>
            <w:proofErr w:type="spellEnd"/>
            <w:r>
              <w:t xml:space="preserve"> </w:t>
            </w:r>
            <w:proofErr w:type="spellStart"/>
            <w:r>
              <w:t>suplimentară</w:t>
            </w:r>
            <w:proofErr w:type="spellEnd"/>
            <w:r>
              <w:t xml:space="preserve">, </w:t>
            </w:r>
            <w:proofErr w:type="spellStart"/>
            <w:r>
              <w:t>după</w:t>
            </w:r>
            <w:proofErr w:type="spellEnd"/>
            <w:r>
              <w:t xml:space="preserve"> </w:t>
            </w:r>
            <w:proofErr w:type="spellStart"/>
            <w:r>
              <w:t>caz</w:t>
            </w:r>
            <w:proofErr w:type="spellEnd"/>
          </w:p>
        </w:tc>
        <w:tc>
          <w:tcPr>
            <w:tcW w:w="1134" w:type="dxa"/>
            <w:vMerge/>
            <w:vAlign w:val="center"/>
            <w:hideMark/>
          </w:tcPr>
          <w:p w14:paraId="402CD430" w14:textId="77777777" w:rsidR="00C2164E" w:rsidRPr="008B30F8" w:rsidRDefault="00C2164E" w:rsidP="00C2164E"/>
        </w:tc>
      </w:tr>
      <w:tr w:rsidR="00C2164E" w:rsidRPr="008B30F8" w14:paraId="507A556A" w14:textId="77777777" w:rsidTr="00F46F1D">
        <w:trPr>
          <w:trHeight w:val="290"/>
          <w:jc w:val="center"/>
        </w:trPr>
        <w:tc>
          <w:tcPr>
            <w:tcW w:w="2689" w:type="dxa"/>
            <w:vAlign w:val="center"/>
            <w:hideMark/>
          </w:tcPr>
          <w:p w14:paraId="150DCD91" w14:textId="77777777" w:rsidR="00E4105E" w:rsidRDefault="00CB5EE7">
            <w:proofErr w:type="spellStart"/>
            <w:r>
              <w:lastRenderedPageBreak/>
              <w:t>Dimensiuni</w:t>
            </w:r>
            <w:proofErr w:type="spellEnd"/>
          </w:p>
        </w:tc>
        <w:tc>
          <w:tcPr>
            <w:tcW w:w="5670" w:type="dxa"/>
            <w:vAlign w:val="center"/>
            <w:hideMark/>
          </w:tcPr>
          <w:p w14:paraId="4D93FFE1" w14:textId="77777777" w:rsidR="00E4105E" w:rsidRDefault="00CB5EE7">
            <w:proofErr w:type="spellStart"/>
            <w:r>
              <w:t>Montabil</w:t>
            </w:r>
            <w:proofErr w:type="spellEnd"/>
            <w:r>
              <w:t xml:space="preserve"> </w:t>
            </w:r>
            <w:proofErr w:type="spellStart"/>
            <w:r>
              <w:t>în</w:t>
            </w:r>
            <w:proofErr w:type="spellEnd"/>
            <w:r>
              <w:t xml:space="preserve"> rack standard 19"</w:t>
            </w:r>
          </w:p>
        </w:tc>
        <w:tc>
          <w:tcPr>
            <w:tcW w:w="1134" w:type="dxa"/>
            <w:vMerge/>
            <w:vAlign w:val="center"/>
            <w:hideMark/>
          </w:tcPr>
          <w:p w14:paraId="41CC2A2A" w14:textId="77777777" w:rsidR="00C2164E" w:rsidRPr="008B30F8" w:rsidRDefault="00C2164E" w:rsidP="00C2164E"/>
        </w:tc>
      </w:tr>
      <w:tr w:rsidR="00C2164E" w:rsidRPr="008B30F8" w14:paraId="3F170C69" w14:textId="77777777" w:rsidTr="00F46F1D">
        <w:trPr>
          <w:trHeight w:val="389"/>
          <w:jc w:val="center"/>
        </w:trPr>
        <w:tc>
          <w:tcPr>
            <w:tcW w:w="2689" w:type="dxa"/>
            <w:vAlign w:val="center"/>
            <w:hideMark/>
          </w:tcPr>
          <w:p w14:paraId="002B9A47" w14:textId="77777777" w:rsidR="00E4105E" w:rsidRDefault="00CB5EE7">
            <w:proofErr w:type="spellStart"/>
            <w:r>
              <w:t>Greutate</w:t>
            </w:r>
            <w:proofErr w:type="spellEnd"/>
          </w:p>
        </w:tc>
        <w:tc>
          <w:tcPr>
            <w:tcW w:w="5670" w:type="dxa"/>
            <w:vAlign w:val="center"/>
            <w:hideMark/>
          </w:tcPr>
          <w:p w14:paraId="23CA564F" w14:textId="77777777" w:rsidR="00E4105E" w:rsidRDefault="00CB5EE7">
            <w:r>
              <w:t xml:space="preserve">Conform </w:t>
            </w:r>
            <w:proofErr w:type="spellStart"/>
            <w:r>
              <w:t>specificației</w:t>
            </w:r>
            <w:proofErr w:type="spellEnd"/>
            <w:r>
              <w:t xml:space="preserve"> </w:t>
            </w:r>
            <w:proofErr w:type="spellStart"/>
            <w:r>
              <w:t>producătorului</w:t>
            </w:r>
            <w:proofErr w:type="spellEnd"/>
          </w:p>
        </w:tc>
        <w:tc>
          <w:tcPr>
            <w:tcW w:w="1134" w:type="dxa"/>
            <w:vMerge/>
            <w:vAlign w:val="center"/>
            <w:hideMark/>
          </w:tcPr>
          <w:p w14:paraId="245DD73D" w14:textId="77777777" w:rsidR="00C2164E" w:rsidRPr="008B30F8" w:rsidRDefault="00C2164E" w:rsidP="00C2164E"/>
        </w:tc>
      </w:tr>
      <w:tr w:rsidR="00C2164E" w:rsidRPr="008B30F8" w14:paraId="33B44194" w14:textId="77777777" w:rsidTr="00F46F1D">
        <w:trPr>
          <w:trHeight w:val="290"/>
          <w:jc w:val="center"/>
        </w:trPr>
        <w:tc>
          <w:tcPr>
            <w:tcW w:w="2689" w:type="dxa"/>
            <w:vAlign w:val="center"/>
            <w:hideMark/>
          </w:tcPr>
          <w:p w14:paraId="7243FC65" w14:textId="77777777" w:rsidR="00E4105E" w:rsidRDefault="00CB5EE7">
            <w:proofErr w:type="spellStart"/>
            <w:r>
              <w:t>Alimentare</w:t>
            </w:r>
            <w:proofErr w:type="spellEnd"/>
          </w:p>
        </w:tc>
        <w:tc>
          <w:tcPr>
            <w:tcW w:w="5670" w:type="dxa"/>
            <w:vAlign w:val="center"/>
            <w:hideMark/>
          </w:tcPr>
          <w:p w14:paraId="3536B03E" w14:textId="77777777" w:rsidR="00E4105E" w:rsidRDefault="00CB5EE7">
            <w:proofErr w:type="spellStart"/>
            <w:r>
              <w:t>Compatibilă</w:t>
            </w:r>
            <w:proofErr w:type="spellEnd"/>
            <w:r>
              <w:t xml:space="preserve"> cu </w:t>
            </w:r>
            <w:proofErr w:type="spellStart"/>
            <w:r>
              <w:t>rețea</w:t>
            </w:r>
            <w:proofErr w:type="spellEnd"/>
            <w:r>
              <w:t xml:space="preserve"> 100–240V AC, 50/60 Hz</w:t>
            </w:r>
          </w:p>
        </w:tc>
        <w:tc>
          <w:tcPr>
            <w:tcW w:w="1134" w:type="dxa"/>
            <w:vMerge/>
            <w:vAlign w:val="center"/>
            <w:hideMark/>
          </w:tcPr>
          <w:p w14:paraId="0E14169D" w14:textId="77777777" w:rsidR="00C2164E" w:rsidRPr="008B30F8" w:rsidRDefault="00C2164E" w:rsidP="00C2164E"/>
        </w:tc>
      </w:tr>
      <w:tr w:rsidR="00C2164E" w:rsidRPr="00D910C1" w14:paraId="1518F24C" w14:textId="77777777" w:rsidTr="00F46F1D">
        <w:trPr>
          <w:trHeight w:val="290"/>
          <w:jc w:val="center"/>
        </w:trPr>
        <w:tc>
          <w:tcPr>
            <w:tcW w:w="2689" w:type="dxa"/>
            <w:vAlign w:val="center"/>
            <w:hideMark/>
          </w:tcPr>
          <w:p w14:paraId="25449B9D" w14:textId="77777777" w:rsidR="00E4105E" w:rsidRDefault="00CB5EE7">
            <w:proofErr w:type="spellStart"/>
            <w:r>
              <w:t>Conformitate</w:t>
            </w:r>
            <w:proofErr w:type="spellEnd"/>
          </w:p>
        </w:tc>
        <w:tc>
          <w:tcPr>
            <w:tcW w:w="5670" w:type="dxa"/>
            <w:vAlign w:val="center"/>
            <w:hideMark/>
          </w:tcPr>
          <w:p w14:paraId="5412AF80" w14:textId="77777777" w:rsidR="00E4105E" w:rsidRDefault="00CB5EE7">
            <w:proofErr w:type="spellStart"/>
            <w:r>
              <w:t>Marcaje</w:t>
            </w:r>
            <w:proofErr w:type="spellEnd"/>
            <w:r>
              <w:t xml:space="preserve"> </w:t>
            </w:r>
            <w:proofErr w:type="spellStart"/>
            <w:r>
              <w:t>și</w:t>
            </w:r>
            <w:proofErr w:type="spellEnd"/>
            <w:r>
              <w:t xml:space="preserve"> </w:t>
            </w:r>
            <w:proofErr w:type="spellStart"/>
            <w:r>
              <w:t>declarații</w:t>
            </w:r>
            <w:proofErr w:type="spellEnd"/>
            <w:r>
              <w:t xml:space="preserve"> de </w:t>
            </w:r>
            <w:proofErr w:type="spellStart"/>
            <w:r>
              <w:t>conformitate</w:t>
            </w:r>
            <w:proofErr w:type="spellEnd"/>
            <w:r>
              <w:t xml:space="preserve"> </w:t>
            </w:r>
            <w:proofErr w:type="spellStart"/>
            <w:r>
              <w:t>aplicabile</w:t>
            </w:r>
            <w:proofErr w:type="spellEnd"/>
            <w:r>
              <w:t xml:space="preserve"> </w:t>
            </w:r>
            <w:proofErr w:type="spellStart"/>
            <w:r>
              <w:t>pentru</w:t>
            </w:r>
            <w:proofErr w:type="spellEnd"/>
            <w:r>
              <w:t xml:space="preserve"> </w:t>
            </w:r>
            <w:proofErr w:type="spellStart"/>
            <w:r>
              <w:t>echipamente</w:t>
            </w:r>
            <w:proofErr w:type="spellEnd"/>
            <w:r>
              <w:t xml:space="preserve"> IT </w:t>
            </w:r>
            <w:proofErr w:type="spellStart"/>
            <w:r>
              <w:t>furnizate</w:t>
            </w:r>
            <w:proofErr w:type="spellEnd"/>
            <w:r>
              <w:t xml:space="preserve"> </w:t>
            </w:r>
            <w:proofErr w:type="spellStart"/>
            <w:r>
              <w:t>pe</w:t>
            </w:r>
            <w:proofErr w:type="spellEnd"/>
            <w:r>
              <w:t xml:space="preserve"> </w:t>
            </w:r>
            <w:proofErr w:type="spellStart"/>
            <w:r>
              <w:t>piața</w:t>
            </w:r>
            <w:proofErr w:type="spellEnd"/>
            <w:r>
              <w:t xml:space="preserve"> UE</w:t>
            </w:r>
          </w:p>
        </w:tc>
        <w:tc>
          <w:tcPr>
            <w:tcW w:w="1134" w:type="dxa"/>
            <w:vMerge/>
            <w:vAlign w:val="center"/>
            <w:hideMark/>
          </w:tcPr>
          <w:p w14:paraId="6BE396B1" w14:textId="77777777" w:rsidR="00C2164E" w:rsidRPr="00C2164E" w:rsidRDefault="00C2164E" w:rsidP="00C2164E">
            <w:pPr>
              <w:rPr>
                <w:lang w:val="pl-PL"/>
              </w:rPr>
            </w:pPr>
          </w:p>
        </w:tc>
      </w:tr>
      <w:tr w:rsidR="00C2164E" w:rsidRPr="00CB5EE7" w14:paraId="088A3418" w14:textId="77777777" w:rsidTr="00F46F1D">
        <w:trPr>
          <w:trHeight w:val="290"/>
          <w:jc w:val="center"/>
        </w:trPr>
        <w:tc>
          <w:tcPr>
            <w:tcW w:w="2689" w:type="dxa"/>
            <w:vAlign w:val="center"/>
            <w:hideMark/>
          </w:tcPr>
          <w:p w14:paraId="791419F5" w14:textId="77777777" w:rsidR="00E4105E" w:rsidRDefault="00CB5EE7">
            <w:proofErr w:type="spellStart"/>
            <w:r>
              <w:t>Garanție</w:t>
            </w:r>
            <w:proofErr w:type="spellEnd"/>
          </w:p>
        </w:tc>
        <w:tc>
          <w:tcPr>
            <w:tcW w:w="5670" w:type="dxa"/>
            <w:vAlign w:val="center"/>
            <w:hideMark/>
          </w:tcPr>
          <w:p w14:paraId="1334CFBB" w14:textId="77777777" w:rsidR="00E4105E" w:rsidRPr="00344F7B" w:rsidRDefault="00CB5EE7">
            <w:pPr>
              <w:rPr>
                <w:lang w:val="pt-BR"/>
              </w:rPr>
            </w:pPr>
            <w:r w:rsidRPr="00344F7B">
              <w:rPr>
                <w:lang w:val="pt-BR"/>
              </w:rPr>
              <w:t>Minimum 36 luni; se acceptă o perioadă mai mare conform ofertei tehnice</w:t>
            </w:r>
          </w:p>
        </w:tc>
        <w:tc>
          <w:tcPr>
            <w:tcW w:w="1134" w:type="dxa"/>
            <w:vMerge/>
            <w:vAlign w:val="center"/>
            <w:hideMark/>
          </w:tcPr>
          <w:p w14:paraId="6C11F8FF" w14:textId="77777777" w:rsidR="00C2164E" w:rsidRPr="00344F7B" w:rsidRDefault="00C2164E" w:rsidP="00C2164E">
            <w:pPr>
              <w:rPr>
                <w:lang w:val="pt-BR"/>
              </w:rPr>
            </w:pPr>
          </w:p>
        </w:tc>
      </w:tr>
    </w:tbl>
    <w:p w14:paraId="38FD2E19" w14:textId="77777777" w:rsidR="00775C89" w:rsidRPr="00344F7B" w:rsidRDefault="00775C89">
      <w:pPr>
        <w:rPr>
          <w:lang w:val="pt-BR"/>
        </w:rPr>
      </w:pPr>
    </w:p>
    <w:sectPr w:rsidR="00775C89" w:rsidRPr="00344F7B" w:rsidSect="00E877FC">
      <w:pgSz w:w="12240" w:h="15840"/>
      <w:pgMar w:top="680" w:right="1134" w:bottom="56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8BC406E"/>
    <w:multiLevelType w:val="multilevel"/>
    <w:tmpl w:val="0FB2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A65170"/>
    <w:multiLevelType w:val="hybridMultilevel"/>
    <w:tmpl w:val="AAC85AE2"/>
    <w:lvl w:ilvl="0" w:tplc="FFFFFFFF">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D45D97"/>
    <w:multiLevelType w:val="hybridMultilevel"/>
    <w:tmpl w:val="E07C7A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915A89"/>
    <w:multiLevelType w:val="hybridMultilevel"/>
    <w:tmpl w:val="1BBC5E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9C579E"/>
    <w:multiLevelType w:val="hybridMultilevel"/>
    <w:tmpl w:val="14E6082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111C21"/>
    <w:multiLevelType w:val="hybridMultilevel"/>
    <w:tmpl w:val="88EE98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8104591"/>
    <w:multiLevelType w:val="hybridMultilevel"/>
    <w:tmpl w:val="65247E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A44FD7"/>
    <w:multiLevelType w:val="hybridMultilevel"/>
    <w:tmpl w:val="E08027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E26E2C"/>
    <w:multiLevelType w:val="hybridMultilevel"/>
    <w:tmpl w:val="DDF45F2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18"/>
  </w:num>
  <w:num w:numId="12">
    <w:abstractNumId w:val="15"/>
  </w:num>
  <w:num w:numId="13">
    <w:abstractNumId w:val="17"/>
  </w:num>
  <w:num w:numId="14">
    <w:abstractNumId w:val="19"/>
  </w:num>
  <w:num w:numId="15">
    <w:abstractNumId w:val="9"/>
  </w:num>
  <w:num w:numId="16">
    <w:abstractNumId w:val="14"/>
  </w:num>
  <w:num w:numId="17">
    <w:abstractNumId w:val="11"/>
  </w:num>
  <w:num w:numId="18">
    <w:abstractNumId w:val="10"/>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1471"/>
    <w:rsid w:val="00034616"/>
    <w:rsid w:val="000466B8"/>
    <w:rsid w:val="0005178B"/>
    <w:rsid w:val="0006063C"/>
    <w:rsid w:val="0008753F"/>
    <w:rsid w:val="00115E46"/>
    <w:rsid w:val="00122B35"/>
    <w:rsid w:val="00141CE1"/>
    <w:rsid w:val="0015074B"/>
    <w:rsid w:val="00162E50"/>
    <w:rsid w:val="001A60C4"/>
    <w:rsid w:val="001D7626"/>
    <w:rsid w:val="001E6DC5"/>
    <w:rsid w:val="0029639D"/>
    <w:rsid w:val="00297543"/>
    <w:rsid w:val="00326F90"/>
    <w:rsid w:val="003279E7"/>
    <w:rsid w:val="00344F7B"/>
    <w:rsid w:val="00364A5A"/>
    <w:rsid w:val="003653AE"/>
    <w:rsid w:val="003E0626"/>
    <w:rsid w:val="003F4EC6"/>
    <w:rsid w:val="00407FA7"/>
    <w:rsid w:val="004167BE"/>
    <w:rsid w:val="00466A04"/>
    <w:rsid w:val="004719BF"/>
    <w:rsid w:val="00477987"/>
    <w:rsid w:val="00496479"/>
    <w:rsid w:val="004E519C"/>
    <w:rsid w:val="004F377F"/>
    <w:rsid w:val="0052310A"/>
    <w:rsid w:val="00527CDE"/>
    <w:rsid w:val="005614D0"/>
    <w:rsid w:val="00562918"/>
    <w:rsid w:val="00575121"/>
    <w:rsid w:val="005870F1"/>
    <w:rsid w:val="00610652"/>
    <w:rsid w:val="0062104C"/>
    <w:rsid w:val="00626365"/>
    <w:rsid w:val="0067118E"/>
    <w:rsid w:val="006720EF"/>
    <w:rsid w:val="006C6289"/>
    <w:rsid w:val="006F74D4"/>
    <w:rsid w:val="00740CDC"/>
    <w:rsid w:val="00746ED3"/>
    <w:rsid w:val="00747FBF"/>
    <w:rsid w:val="00761ACC"/>
    <w:rsid w:val="00764D7D"/>
    <w:rsid w:val="00775C89"/>
    <w:rsid w:val="007B728C"/>
    <w:rsid w:val="007F2D79"/>
    <w:rsid w:val="008467B3"/>
    <w:rsid w:val="008708B3"/>
    <w:rsid w:val="0089053F"/>
    <w:rsid w:val="008B30F8"/>
    <w:rsid w:val="008C39B4"/>
    <w:rsid w:val="009C1E6A"/>
    <w:rsid w:val="00A0362E"/>
    <w:rsid w:val="00A27A3F"/>
    <w:rsid w:val="00AA1D8D"/>
    <w:rsid w:val="00AD71A4"/>
    <w:rsid w:val="00AE2D77"/>
    <w:rsid w:val="00AF74BA"/>
    <w:rsid w:val="00B22A06"/>
    <w:rsid w:val="00B44EB4"/>
    <w:rsid w:val="00B47730"/>
    <w:rsid w:val="00B52289"/>
    <w:rsid w:val="00B61475"/>
    <w:rsid w:val="00B70071"/>
    <w:rsid w:val="00BA0111"/>
    <w:rsid w:val="00C2164E"/>
    <w:rsid w:val="00CB0664"/>
    <w:rsid w:val="00CB5EE7"/>
    <w:rsid w:val="00CF59A4"/>
    <w:rsid w:val="00D03674"/>
    <w:rsid w:val="00D4156F"/>
    <w:rsid w:val="00D57152"/>
    <w:rsid w:val="00D85106"/>
    <w:rsid w:val="00D910C1"/>
    <w:rsid w:val="00D94116"/>
    <w:rsid w:val="00DB06A6"/>
    <w:rsid w:val="00E4105E"/>
    <w:rsid w:val="00E877FC"/>
    <w:rsid w:val="00E93D71"/>
    <w:rsid w:val="00ED2402"/>
    <w:rsid w:val="00F46F1D"/>
    <w:rsid w:val="00F7416D"/>
    <w:rsid w:val="00F7526C"/>
    <w:rsid w:val="00F831ED"/>
    <w:rsid w:val="00F85E17"/>
    <w:rsid w:val="00FC693F"/>
    <w:rsid w:val="00FF4A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CEB931"/>
  <w14:defaultImageDpi w14:val="330"/>
  <w15:docId w15:val="{3721DE1B-A840-4931-9803-B5F73075C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Normal (Web)"/>
    <w:basedOn w:val="a1"/>
    <w:uiPriority w:val="99"/>
    <w:semiHidden/>
    <w:unhideWhenUsed/>
    <w:rsid w:val="0008753F"/>
    <w:pPr>
      <w:spacing w:before="100" w:beforeAutospacing="1" w:after="100" w:afterAutospacing="1" w:line="240" w:lineRule="auto"/>
    </w:pPr>
    <w:rPr>
      <w:rFonts w:eastAsia="Times New Roman" w:cs="Times New Roman"/>
      <w:sz w:val="24"/>
      <w:szCs w:val="24"/>
    </w:rPr>
  </w:style>
  <w:style w:type="table" w:customStyle="1" w:styleId="14">
    <w:name w:val="Сетка таблицы1"/>
    <w:basedOn w:val="a3"/>
    <w:next w:val="aff0"/>
    <w:uiPriority w:val="39"/>
    <w:rsid w:val="00E877F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5">
    <w:name w:val="Основной текст1"/>
    <w:rsid w:val="00E877F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001762">
      <w:marLeft w:val="0"/>
      <w:marRight w:val="0"/>
      <w:marTop w:val="0"/>
      <w:marBottom w:val="0"/>
      <w:divBdr>
        <w:top w:val="none" w:sz="0" w:space="0" w:color="auto"/>
        <w:left w:val="none" w:sz="0" w:space="0" w:color="auto"/>
        <w:bottom w:val="none" w:sz="0" w:space="0" w:color="auto"/>
        <w:right w:val="none" w:sz="0" w:space="0" w:color="auto"/>
      </w:divBdr>
    </w:div>
    <w:div w:id="741872126">
      <w:marLeft w:val="0"/>
      <w:marRight w:val="0"/>
      <w:marTop w:val="0"/>
      <w:marBottom w:val="0"/>
      <w:divBdr>
        <w:top w:val="none" w:sz="0" w:space="0" w:color="auto"/>
        <w:left w:val="none" w:sz="0" w:space="0" w:color="auto"/>
        <w:bottom w:val="none" w:sz="0" w:space="0" w:color="auto"/>
        <w:right w:val="none" w:sz="0" w:space="0" w:color="auto"/>
      </w:divBdr>
    </w:div>
    <w:div w:id="1032874871">
      <w:marLeft w:val="0"/>
      <w:marRight w:val="0"/>
      <w:marTop w:val="0"/>
      <w:marBottom w:val="0"/>
      <w:divBdr>
        <w:top w:val="none" w:sz="0" w:space="0" w:color="auto"/>
        <w:left w:val="none" w:sz="0" w:space="0" w:color="auto"/>
        <w:bottom w:val="none" w:sz="0" w:space="0" w:color="auto"/>
        <w:right w:val="none" w:sz="0" w:space="0" w:color="auto"/>
      </w:divBdr>
    </w:div>
    <w:div w:id="1307852492">
      <w:marLeft w:val="0"/>
      <w:marRight w:val="0"/>
      <w:marTop w:val="0"/>
      <w:marBottom w:val="0"/>
      <w:divBdr>
        <w:top w:val="none" w:sz="0" w:space="0" w:color="auto"/>
        <w:left w:val="none" w:sz="0" w:space="0" w:color="auto"/>
        <w:bottom w:val="none" w:sz="0" w:space="0" w:color="auto"/>
        <w:right w:val="none" w:sz="0" w:space="0" w:color="auto"/>
      </w:divBdr>
    </w:div>
    <w:div w:id="1501117033">
      <w:marLeft w:val="0"/>
      <w:marRight w:val="0"/>
      <w:marTop w:val="0"/>
      <w:marBottom w:val="0"/>
      <w:divBdr>
        <w:top w:val="none" w:sz="0" w:space="0" w:color="auto"/>
        <w:left w:val="none" w:sz="0" w:space="0" w:color="auto"/>
        <w:bottom w:val="none" w:sz="0" w:space="0" w:color="auto"/>
        <w:right w:val="none" w:sz="0" w:space="0" w:color="auto"/>
      </w:divBdr>
    </w:div>
    <w:div w:id="1669939471">
      <w:marLeft w:val="0"/>
      <w:marRight w:val="0"/>
      <w:marTop w:val="0"/>
      <w:marBottom w:val="0"/>
      <w:divBdr>
        <w:top w:val="none" w:sz="0" w:space="0" w:color="auto"/>
        <w:left w:val="none" w:sz="0" w:space="0" w:color="auto"/>
        <w:bottom w:val="none" w:sz="0" w:space="0" w:color="auto"/>
        <w:right w:val="none" w:sz="0" w:space="0" w:color="auto"/>
      </w:divBdr>
    </w:div>
    <w:div w:id="1983846029">
      <w:bodyDiv w:val="1"/>
      <w:marLeft w:val="0"/>
      <w:marRight w:val="0"/>
      <w:marTop w:val="0"/>
      <w:marBottom w:val="0"/>
      <w:divBdr>
        <w:top w:val="none" w:sz="0" w:space="0" w:color="auto"/>
        <w:left w:val="none" w:sz="0" w:space="0" w:color="auto"/>
        <w:bottom w:val="none" w:sz="0" w:space="0" w:color="auto"/>
        <w:right w:val="none" w:sz="0" w:space="0" w:color="auto"/>
      </w:divBdr>
      <w:divsChild>
        <w:div w:id="1835416346">
          <w:marLeft w:val="0"/>
          <w:marRight w:val="0"/>
          <w:marTop w:val="0"/>
          <w:marBottom w:val="0"/>
          <w:divBdr>
            <w:top w:val="none" w:sz="0" w:space="0" w:color="auto"/>
            <w:left w:val="none" w:sz="0" w:space="0" w:color="auto"/>
            <w:bottom w:val="none" w:sz="0" w:space="0" w:color="auto"/>
            <w:right w:val="none" w:sz="0" w:space="0" w:color="auto"/>
          </w:divBdr>
        </w:div>
      </w:divsChild>
    </w:div>
    <w:div w:id="2011444279">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91CEA-C953-4FF4-8DFE-6AC401B9465E}">
  <ds:schemaRefs>
    <ds:schemaRef ds:uri="http://schemas.openxmlformats.org/officeDocument/2006/bibliography"/>
  </ds:schemaRefs>
</ds:datastoreItem>
</file>

<file path=docMetadata/LabelInfo.xml><?xml version="1.0" encoding="utf-8"?>
<clbl:labelList xmlns:clbl="http://schemas.microsoft.com/office/2020/mipLabelMetadata">
  <clbl:label id="{4bcc68ec-2b75-42c3-994e-06197ab03eee}" enabled="0" method="" siteId="{4bcc68ec-2b75-42c3-994e-06197ab03eee}"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10</Pages>
  <Words>3269</Words>
  <Characters>18635</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21861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Cabac Adrian</cp:lastModifiedBy>
  <cp:revision>3</cp:revision>
  <dcterms:created xsi:type="dcterms:W3CDTF">2026-05-07T12:21:00Z</dcterms:created>
  <dcterms:modified xsi:type="dcterms:W3CDTF">2026-05-07T12:26:00Z</dcterms:modified>
  <cp:category/>
</cp:coreProperties>
</file>