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6D33F9" w14:paraId="19B0DCB4" w14:textId="77777777">
        <w:tc>
          <w:tcPr>
            <w:tcW w:w="9638" w:type="dxa"/>
            <w:tcBorders>
              <w:top w:val="none" w:sz="0" w:space="0" w:color="FFFFFF"/>
              <w:left w:val="none" w:sz="0" w:space="0" w:color="FFFFFF"/>
              <w:bottom w:val="none" w:sz="0" w:space="0" w:color="FFFFFF"/>
              <w:right w:val="none" w:sz="0" w:space="0" w:color="FFFFFF"/>
            </w:tcBorders>
            <w:shd w:val="clear" w:color="auto" w:fill="1F4E79"/>
            <w:tcMar>
              <w:top w:w="200" w:type="dxa"/>
              <w:left w:w="300" w:type="dxa"/>
              <w:bottom w:w="200" w:type="dxa"/>
              <w:right w:w="300" w:type="dxa"/>
            </w:tcMar>
          </w:tcPr>
          <w:p w14:paraId="19B0DCB2" w14:textId="77777777" w:rsidR="00000000" w:rsidRDefault="00000000">
            <w:pPr>
              <w:spacing w:after="40"/>
              <w:jc w:val="center"/>
            </w:pPr>
            <w:r>
              <w:rPr>
                <w:b/>
                <w:bCs/>
                <w:color w:val="FFFFFF"/>
                <w:sz w:val="28"/>
                <w:szCs w:val="28"/>
              </w:rPr>
              <w:t>CAIET DE SARCINI – SPECIFICAȚII TEHNICE</w:t>
            </w:r>
          </w:p>
          <w:p w14:paraId="19B0DCB3" w14:textId="77777777" w:rsidR="00000000" w:rsidRDefault="00000000">
            <w:pPr>
              <w:spacing w:after="80"/>
              <w:jc w:val="center"/>
            </w:pPr>
            <w:r>
              <w:rPr>
                <w:b/>
                <w:bCs/>
                <w:color w:val="BDD7EE"/>
              </w:rPr>
              <w:t>LOT 1 – ECHIPAMENTE IT</w:t>
            </w:r>
          </w:p>
        </w:tc>
      </w:tr>
    </w:tbl>
    <w:p w14:paraId="19B0DCB5" w14:textId="77777777" w:rsidR="00000000" w:rsidRDefault="00000000">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7038"/>
      </w:tblGrid>
      <w:tr w:rsidR="006D33F9" w14:paraId="19B0DCB8" w14:textId="77777777">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CB6" w14:textId="63A3D3D9" w:rsidR="00000000" w:rsidRDefault="00000000">
            <w:pPr>
              <w:spacing w:after="80"/>
            </w:pPr>
            <w:r>
              <w:rPr>
                <w:b/>
                <w:bCs/>
                <w:color w:val="1F4E79"/>
                <w:sz w:val="20"/>
                <w:szCs w:val="20"/>
              </w:rPr>
              <w:t>Referință:</w:t>
            </w:r>
          </w:p>
        </w:tc>
        <w:tc>
          <w:tcPr>
            <w:tcW w:w="7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CB7" w14:textId="77777777" w:rsidR="00000000" w:rsidRDefault="00000000">
            <w:pPr>
              <w:spacing w:after="80"/>
            </w:pPr>
            <w:r>
              <w:rPr>
                <w:color w:val="000000"/>
                <w:sz w:val="20"/>
                <w:szCs w:val="20"/>
              </w:rPr>
              <w:t>ROMD00084/2026/L1</w:t>
            </w:r>
          </w:p>
        </w:tc>
      </w:tr>
      <w:tr w:rsidR="006D33F9" w14:paraId="19B0DCBB"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CB9" w14:textId="77777777" w:rsidR="00000000" w:rsidRDefault="00000000">
            <w:pPr>
              <w:spacing w:after="80"/>
            </w:pPr>
            <w:r>
              <w:rPr>
                <w:b/>
                <w:bCs/>
                <w:color w:val="1F4E79"/>
                <w:sz w:val="20"/>
                <w:szCs w:val="20"/>
              </w:rPr>
              <w:t>CPV principal:</w:t>
            </w:r>
          </w:p>
        </w:tc>
        <w:tc>
          <w:tcPr>
            <w:tcW w:w="7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CBA" w14:textId="77777777" w:rsidR="00000000" w:rsidRDefault="00000000">
            <w:pPr>
              <w:spacing w:after="80"/>
            </w:pPr>
            <w:r>
              <w:t>30200000-1 – Echipamente și material informatic</w:t>
            </w:r>
          </w:p>
        </w:tc>
      </w:tr>
      <w:tr w:rsidR="006D33F9" w14:paraId="19B0DCBE" w14:textId="77777777">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CBC" w14:textId="77777777" w:rsidR="00000000" w:rsidRDefault="00000000">
            <w:pPr>
              <w:spacing w:after="80"/>
            </w:pPr>
            <w:r>
              <w:rPr>
                <w:b/>
                <w:bCs/>
                <w:color w:val="1F4E79"/>
                <w:sz w:val="20"/>
                <w:szCs w:val="20"/>
              </w:rPr>
              <w:t>CPV complementare:</w:t>
            </w:r>
          </w:p>
        </w:tc>
        <w:tc>
          <w:tcPr>
            <w:tcW w:w="7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r>
              <w:t>30213000-5 (PC-uri desktop); 30213100-6 (laptopuri); 30231320-6 (monitoare tactile); 32324600-6 (televizoare); 32321200-1 (echipamente audio-vizuale)</w:t>
            </w:r>
          </w:p>
        </w:tc>
      </w:tr>
      <w:tr w:rsidR="006D33F9" w14:paraId="19B0DCC1"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CBF" w14:textId="59504AC8" w:rsidR="00000000" w:rsidRDefault="00000000">
            <w:pPr>
              <w:spacing w:after="80"/>
            </w:pPr>
            <w:r>
              <w:rPr>
                <w:b/>
                <w:bCs/>
                <w:color w:val="1F4E79"/>
                <w:sz w:val="20"/>
                <w:szCs w:val="20"/>
              </w:rPr>
              <w:t>Condiție livrare:</w:t>
            </w:r>
          </w:p>
        </w:tc>
        <w:tc>
          <w:tcPr>
            <w:tcW w:w="7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CC0" w14:textId="2E203CE0" w:rsidR="00000000" w:rsidRDefault="00000000">
            <w:pPr>
              <w:spacing w:after="80"/>
            </w:pPr>
            <w:r>
              <w:rPr>
                <w:color w:val="000000"/>
                <w:sz w:val="20"/>
                <w:szCs w:val="20"/>
              </w:rPr>
              <w:t>DDP – depozitul Bibliotecii Naționale, str. 31 August 1989, nr. 78A, MD-2012, Chișinău</w:t>
            </w:r>
          </w:p>
        </w:tc>
      </w:tr>
      <w:tr w:rsidR="00EB4800" w14:paraId="19B0DCC4" w14:textId="77777777">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CC2" w14:textId="1F64E971" w:rsidR="00000000" w:rsidRDefault="00000000" w:rsidP="00EB4800">
            <w:pPr>
              <w:spacing w:after="80"/>
            </w:pPr>
            <w:r>
              <w:rPr>
                <w:b/>
                <w:bCs/>
                <w:color w:val="1F4E79"/>
                <w:sz w:val="20"/>
                <w:szCs w:val="20"/>
              </w:rPr>
              <w:t>Termen livrare:</w:t>
            </w:r>
          </w:p>
        </w:tc>
        <w:tc>
          <w:tcPr>
            <w:tcW w:w="7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6529D76" w14:textId="77777777" w:rsidR="00000000" w:rsidRDefault="00000000" w:rsidP="00EB4800">
            <w:pPr>
              <w:spacing w:after="80"/>
              <w:rPr>
                <w:color w:val="000000"/>
                <w:sz w:val="20"/>
                <w:szCs w:val="20"/>
              </w:rPr>
            </w:pPr>
            <w:r>
              <w:rPr>
                <w:color w:val="000000"/>
                <w:sz w:val="20"/>
                <w:szCs w:val="20"/>
              </w:rPr>
              <w:t xml:space="preserve">10 (zece) zile calendaristice de la semnarea contractului; </w:t>
            </w:r>
          </w:p>
          <w:p w14:paraId="19B0DCC3" w14:textId="44D0B8E9" w:rsidR="00000000" w:rsidRDefault="00000000" w:rsidP="00EB4800">
            <w:pPr>
              <w:spacing w:after="80"/>
            </w:pPr>
            <w:r w:rsidRPr="005605DE">
              <w:rPr>
                <w:color w:val="000000"/>
                <w:sz w:val="20"/>
                <w:szCs w:val="20"/>
              </w:rPr>
              <w:t>30 de zile calendaristice pentru server</w:t>
            </w:r>
          </w:p>
        </w:tc>
      </w:tr>
      <w:tr w:rsidR="006D33F9" w14:paraId="19B0DCCA" w14:textId="77777777">
        <w:tc>
          <w:tcPr>
            <w:tcW w:w="26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CC8" w14:textId="56DFD0E6" w:rsidR="00000000" w:rsidRDefault="00000000">
            <w:pPr>
              <w:spacing w:after="80"/>
            </w:pPr>
            <w:r>
              <w:t>Valoare totala estimată (fără TVA):</w:t>
            </w:r>
          </w:p>
        </w:tc>
        <w:tc>
          <w:tcPr>
            <w:tcW w:w="7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CC9" w14:textId="77777777" w:rsidR="00000000" w:rsidRDefault="00000000">
            <w:pPr>
              <w:spacing w:after="80"/>
            </w:pPr>
            <w:r>
              <w:rPr>
                <w:color w:val="000000"/>
                <w:sz w:val="20"/>
                <w:szCs w:val="20"/>
              </w:rPr>
              <w:t>1.130.860,00 MDL</w:t>
            </w:r>
          </w:p>
        </w:tc>
      </w:tr>
      <w:tr w:rsidR="006D33F9" w14:paraId="19B0DCCD" w14:textId="77777777">
        <w:tc>
          <w:tcPr>
            <w:tcW w:w="26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CCB" w14:textId="77777777" w:rsidR="00000000" w:rsidRDefault="00000000">
            <w:pPr>
              <w:spacing w:after="80"/>
            </w:pPr>
            <w:r>
              <w:t>Autoritate contractantă:</w:t>
            </w:r>
          </w:p>
        </w:tc>
        <w:tc>
          <w:tcPr>
            <w:tcW w:w="7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CCC" w14:textId="68F24BAC" w:rsidR="00000000" w:rsidRDefault="00000000">
            <w:pPr>
              <w:spacing w:after="80"/>
            </w:pPr>
            <w:r>
              <w:rPr>
                <w:color w:val="000000"/>
                <w:sz w:val="20"/>
                <w:szCs w:val="20"/>
              </w:rPr>
              <w:t>Biblioteca Naționala a Republicii Moldova  |  IDNO: 1003600154127</w:t>
            </w:r>
          </w:p>
        </w:tc>
      </w:tr>
    </w:tbl>
    <w:p w14:paraId="19B0DCCE" w14:textId="77777777" w:rsidR="00000000" w:rsidRDefault="00000000">
      <w:pPr>
        <w:spacing w:after="6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0"/>
        <w:gridCol w:w="9238"/>
      </w:tblGrid>
      <w:tr w:rsidR="006D33F9" w14:paraId="19B0DCD1" w14:textId="77777777">
        <w:tc>
          <w:tcPr>
            <w:tcW w:w="400" w:type="dxa"/>
            <w:tcBorders>
              <w:top w:val="none" w:sz="0" w:space="0" w:color="FFFFFF"/>
              <w:left w:val="none" w:sz="0" w:space="0" w:color="FFFFFF"/>
              <w:bottom w:val="none" w:sz="0" w:space="0" w:color="FFFFFF"/>
              <w:right w:val="none" w:sz="0" w:space="0" w:color="FFFFFF"/>
            </w:tcBorders>
            <w:shd w:val="clear" w:color="auto" w:fill="D6E4F0"/>
            <w:tcMar>
              <w:top w:w="80" w:type="dxa"/>
              <w:left w:w="120" w:type="dxa"/>
              <w:bottom w:w="80" w:type="dxa"/>
              <w:right w:w="60" w:type="dxa"/>
            </w:tcMar>
          </w:tcPr>
          <w:p w14:paraId="19B0DCCF" w14:textId="77777777" w:rsidR="00000000" w:rsidRDefault="00000000">
            <w:r>
              <w:rPr>
                <w:b/>
                <w:bCs/>
                <w:color w:val="2E75B6"/>
              </w:rPr>
              <w:t>i</w:t>
            </w:r>
          </w:p>
        </w:tc>
        <w:tc>
          <w:tcPr>
            <w:tcW w:w="9238" w:type="dxa"/>
            <w:tcBorders>
              <w:top w:val="none" w:sz="0" w:space="0" w:color="FFFFFF"/>
              <w:left w:val="none" w:sz="0" w:space="0" w:color="FFFFFF"/>
              <w:bottom w:val="none" w:sz="0" w:space="0" w:color="FFFFFF"/>
              <w:right w:val="none" w:sz="0" w:space="0" w:color="FFFFFF"/>
            </w:tcBorders>
            <w:shd w:val="clear" w:color="auto" w:fill="D6E4F0"/>
            <w:tcMar>
              <w:top w:w="80" w:type="dxa"/>
              <w:left w:w="60" w:type="dxa"/>
              <w:bottom w:w="80" w:type="dxa"/>
              <w:right w:w="120" w:type="dxa"/>
            </w:tcMar>
          </w:tcPr>
          <w:p w14:paraId="19B0DCD0" w14:textId="41928E11" w:rsidR="00000000" w:rsidRDefault="00000000">
            <w:r>
              <w:t>Specificațiile tehnice constituie cerințe minime obligatorii. Ofertantul poate propune produse cu performante egale sau superioare. Nu se accepta produse care nu satisfac cumulativ toate cerințele minime. Toate produsele trebuie să fie NOI, originale, ne-refurbished.</w:t>
            </w:r>
          </w:p>
        </w:tc>
      </w:tr>
    </w:tbl>
    <w:p w14:paraId="19B0DCD2" w14:textId="77777777" w:rsidR="00000000" w:rsidRDefault="00000000">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6D33F9" w:rsidRPr="005605DE" w14:paraId="19B0DCD4"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19B0DCD3" w14:textId="77777777" w:rsidR="00000000" w:rsidRPr="005605DE" w:rsidRDefault="00000000">
            <w:pPr>
              <w:rPr>
                <w:lang w:val="it-IT"/>
              </w:rPr>
            </w:pPr>
            <w:r w:rsidRPr="005605DE">
              <w:rPr>
                <w:b/>
                <w:bCs/>
                <w:color w:val="FFFFFF"/>
                <w:lang w:val="it-IT"/>
              </w:rPr>
              <w:t>LISTA PRODUSELOR SI SPECIFICAȚII TEHNICE</w:t>
            </w:r>
          </w:p>
        </w:tc>
      </w:tr>
    </w:tbl>
    <w:p w14:paraId="19B0DCD5" w14:textId="77777777" w:rsidR="00000000" w:rsidRPr="005605DE" w:rsidRDefault="00000000">
      <w:pPr>
        <w:spacing w:after="40"/>
        <w:rPr>
          <w:lang w:val="it-IT"/>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2"/>
        <w:gridCol w:w="1786"/>
        <w:gridCol w:w="578"/>
        <w:gridCol w:w="639"/>
        <w:gridCol w:w="4776"/>
        <w:gridCol w:w="1397"/>
      </w:tblGrid>
      <w:tr w:rsidR="006D33F9" w14:paraId="19B0DCDC" w14:textId="77777777">
        <w:trPr>
          <w:tblHeader/>
        </w:trPr>
        <w:tc>
          <w:tcPr>
            <w:tcW w:w="4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00" w:type="dxa"/>
              <w:bottom w:w="80" w:type="dxa"/>
              <w:right w:w="100" w:type="dxa"/>
            </w:tcMar>
            <w:vAlign w:val="center"/>
          </w:tcPr>
          <w:p w14:paraId="19B0DCD6" w14:textId="77777777" w:rsidR="00000000" w:rsidRDefault="00000000">
            <w:pPr>
              <w:spacing w:after="80"/>
            </w:pPr>
            <w:r>
              <w:rPr>
                <w:b/>
                <w:bCs/>
                <w:color w:val="FFFFFF"/>
                <w:sz w:val="19"/>
                <w:szCs w:val="19"/>
              </w:rPr>
              <w:t>Nr.</w:t>
            </w:r>
          </w:p>
        </w:tc>
        <w:tc>
          <w:tcPr>
            <w:tcW w:w="18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00" w:type="dxa"/>
              <w:bottom w:w="80" w:type="dxa"/>
              <w:right w:w="100" w:type="dxa"/>
            </w:tcMar>
            <w:vAlign w:val="center"/>
          </w:tcPr>
          <w:p w14:paraId="19B0DCD7" w14:textId="77777777" w:rsidR="00000000" w:rsidRDefault="00000000">
            <w:pPr>
              <w:spacing w:after="80"/>
            </w:pPr>
            <w:r>
              <w:rPr>
                <w:b/>
                <w:bCs/>
                <w:color w:val="FFFFFF"/>
                <w:sz w:val="19"/>
                <w:szCs w:val="19"/>
              </w:rPr>
              <w:t>Denumire produs / serviciu</w:t>
            </w:r>
          </w:p>
        </w:tc>
        <w:tc>
          <w:tcPr>
            <w:tcW w:w="5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00" w:type="dxa"/>
              <w:bottom w:w="80" w:type="dxa"/>
              <w:right w:w="100" w:type="dxa"/>
            </w:tcMar>
            <w:vAlign w:val="center"/>
          </w:tcPr>
          <w:p w14:paraId="19B0DCD8" w14:textId="77777777" w:rsidR="00000000" w:rsidRDefault="00000000">
            <w:pPr>
              <w:spacing w:after="80"/>
            </w:pPr>
            <w:r>
              <w:rPr>
                <w:b/>
                <w:bCs/>
                <w:color w:val="FFFFFF"/>
                <w:sz w:val="19"/>
                <w:szCs w:val="19"/>
              </w:rPr>
              <w:t>U.M.</w:t>
            </w:r>
          </w:p>
        </w:tc>
        <w:tc>
          <w:tcPr>
            <w:tcW w:w="5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00" w:type="dxa"/>
              <w:bottom w:w="80" w:type="dxa"/>
              <w:right w:w="100" w:type="dxa"/>
            </w:tcMar>
            <w:vAlign w:val="center"/>
          </w:tcPr>
          <w:p w14:paraId="19B0DCD9" w14:textId="77777777" w:rsidR="00000000" w:rsidRDefault="00000000">
            <w:pPr>
              <w:spacing w:after="80"/>
            </w:pPr>
            <w:r>
              <w:rPr>
                <w:b/>
                <w:bCs/>
                <w:color w:val="FFFFFF"/>
                <w:sz w:val="19"/>
                <w:szCs w:val="19"/>
              </w:rPr>
              <w:t>Cant.</w:t>
            </w:r>
          </w:p>
        </w:tc>
        <w:tc>
          <w:tcPr>
            <w:tcW w:w="5038" w:type="dxa"/>
            <w:tcBorders>
              <w:top w:val="single" w:sz="4" w:space="0" w:color="AAAAAA"/>
              <w:left w:val="single" w:sz="4" w:space="0" w:color="AAAAAA"/>
              <w:bottom w:val="single" w:sz="4" w:space="0" w:color="AAAAAA"/>
              <w:right w:val="single" w:sz="4" w:space="0" w:color="AAAAAA"/>
            </w:tcBorders>
            <w:shd w:val="clear" w:color="auto" w:fill="1E4E79"/>
            <w:tcMar>
              <w:top w:w="80" w:type="dxa"/>
              <w:left w:w="100" w:type="dxa"/>
              <w:bottom w:w="80" w:type="dxa"/>
              <w:right w:w="100" w:type="dxa"/>
            </w:tcMar>
            <w:vAlign w:val="center"/>
          </w:tcPr>
          <w:p w14:paraId="19B0DCDA" w14:textId="4A119639" w:rsidR="00000000" w:rsidRDefault="00000000">
            <w:pPr>
              <w:spacing w:after="80"/>
            </w:pPr>
            <w:r>
              <w:rPr>
                <w:b/>
                <w:bCs/>
                <w:color w:val="FFFFFF"/>
                <w:sz w:val="19"/>
                <w:szCs w:val="19"/>
              </w:rPr>
              <w:t>Specificații tehnice solicitate, Standarde de referință</w:t>
            </w:r>
          </w:p>
        </w:tc>
        <w:tc>
          <w:tcPr>
            <w:tcW w:w="14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100" w:type="dxa"/>
              <w:bottom w:w="80" w:type="dxa"/>
              <w:right w:w="100" w:type="dxa"/>
            </w:tcMar>
            <w:vAlign w:val="center"/>
          </w:tcPr>
          <w:p w14:paraId="19B0DCDB" w14:textId="2B071526" w:rsidR="00000000" w:rsidRDefault="00000000">
            <w:pPr>
              <w:spacing w:after="80"/>
            </w:pPr>
            <w:r>
              <w:t>Val. estimată (MDL, fără TVA)</w:t>
            </w:r>
          </w:p>
        </w:tc>
      </w:tr>
      <w:tr w:rsidR="006D33F9" w:rsidRPr="00796404" w14:paraId="19B0DCF4" w14:textId="77777777">
        <w:tc>
          <w:tcPr>
            <w:tcW w:w="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CDD" w14:textId="77777777" w:rsidR="00000000" w:rsidRDefault="00000000">
            <w:pPr>
              <w:spacing w:after="80"/>
              <w:jc w:val="center"/>
            </w:pPr>
            <w:r>
              <w:rPr>
                <w:color w:val="000000"/>
                <w:sz w:val="19"/>
                <w:szCs w:val="19"/>
              </w:rPr>
              <w:t>1</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tcPr>
          <w:p w14:paraId="19B0DCDE" w14:textId="77777777" w:rsidR="00000000" w:rsidRDefault="00000000">
            <w:pPr>
              <w:spacing w:after="80"/>
            </w:pPr>
            <w:r>
              <w:rPr>
                <w:b/>
                <w:bCs/>
                <w:color w:val="000000"/>
                <w:sz w:val="19"/>
                <w:szCs w:val="19"/>
              </w:rPr>
              <w:t>Interactiv Display Panou Interactiv 86"</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CDF"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CE0" w14:textId="77777777" w:rsidR="00000000" w:rsidRDefault="00000000">
            <w:pPr>
              <w:spacing w:after="80"/>
              <w:jc w:val="center"/>
            </w:pPr>
            <w:r>
              <w:rPr>
                <w:b/>
                <w:bCs/>
                <w:color w:val="000000"/>
                <w:sz w:val="19"/>
                <w:szCs w:val="19"/>
              </w:rPr>
              <w:t>2</w:t>
            </w:r>
          </w:p>
        </w:tc>
        <w:tc>
          <w:tcPr>
            <w:tcW w:w="5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80" w:type="dxa"/>
            </w:tcMar>
          </w:tcPr>
          <w:p>
            <w:r>
              <w:t>Ecran și imagine: diagonală 86 inch, rezoluție minimă 3840x2160 (4K UHD), tratament anti-reflexie, rată de reîmprospătare minimă 60 Hz, timp de răspuns maxim 5 ms, raport de contrast minim 5000:1. Sistem de operare și hardware: Android 14 sau echivalent, cu posibilitate de actualizare, memorie RAM minimă 16 GB, stocare internă minimă 256 GB, certificare EDLA sau echivalent. Conectivitate: Wi-Fi dual band + Bluetooth minim 5.0. Audio: 2x20W + 20W subwoofer. Porturi față: USB 3.0 x3, USB-C 3.0 (100W) x1, HDMI 2.0 x1. Porturi spate: HDMI 2.0 x2, VGA x1, USB-C (65W) x1, DP x1, MIC x1, USB 3.0 x2, USB Touch 3.0 x2, RS232 x1, TF card slot x1, Audio IN 3.5mm x1, RJ45 (1GB) x1, USB 2.0 x1, OPS SLOT EU SIZE sau echivalent. Ieșiri spate: HDMI 2.0 x1, Audio OUT 3.5mm x1, RJ45 (1GB) x1, COAXIAL/SPDIF x1. Port superior: USB-C pentru cameră modulară. Suport de perete inclus. Licență software pentru partajare ecran inclusă (SB-eShare sau echivalent). Garanție minimum 24 luni. Produs nou, original, ne-refurbished.</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CF3"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lastRenderedPageBreak/>
              <w:t>33.500,00</w:t>
            </w:r>
          </w:p>
        </w:tc>
      </w:tr>
      <w:tr w:rsidR="006D33F9" w:rsidRPr="00796404" w14:paraId="19B0DD07" w14:textId="77777777">
        <w:tc>
          <w:tcPr>
            <w:tcW w:w="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CF5" w14:textId="77777777" w:rsidR="00000000" w:rsidRDefault="00000000">
            <w:pPr>
              <w:spacing w:after="80"/>
              <w:jc w:val="center"/>
            </w:pPr>
            <w:r>
              <w:rPr>
                <w:color w:val="000000"/>
                <w:sz w:val="19"/>
                <w:szCs w:val="19"/>
              </w:rPr>
              <w:t>2</w:t>
            </w:r>
          </w:p>
        </w:tc>
        <w:tc>
          <w:tcPr>
            <w:tcW w:w="1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tcPr>
          <w:p w14:paraId="19B0DCF6" w14:textId="77777777" w:rsidR="00000000" w:rsidRDefault="00000000">
            <w:pPr>
              <w:spacing w:after="80"/>
            </w:pPr>
            <w:r>
              <w:rPr>
                <w:b/>
                <w:bCs/>
                <w:color w:val="000000"/>
                <w:sz w:val="19"/>
                <w:szCs w:val="19"/>
              </w:rPr>
              <w:t>Display Interactiv Panou Interactiv 75"</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CF7"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CF8" w14:textId="77777777" w:rsidR="00000000" w:rsidRDefault="00000000">
            <w:pPr>
              <w:spacing w:after="80"/>
              <w:jc w:val="center"/>
            </w:pPr>
            <w:r>
              <w:rPr>
                <w:b/>
                <w:bCs/>
                <w:color w:val="000000"/>
                <w:sz w:val="19"/>
                <w:szCs w:val="19"/>
              </w:rPr>
              <w:t>1</w:t>
            </w:r>
          </w:p>
        </w:tc>
        <w:tc>
          <w:tcPr>
            <w:tcW w:w="5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80" w:type="dxa"/>
            </w:tcMar>
          </w:tcPr>
          <w:p>
            <w:r>
              <w:t>Ecran și imagine: diagonală 75 inch, rezoluție minimă 3840x2160 (4K UHD), tratament anti-reflexie, rată de reîmprospătare minimă 60 Hz, timp de răspuns maxim 5 ms, raport de contrast minim 5000:1. Sistem de operare și hardware: Android 14 sau echivalent, cu posibilitate de actualizare, memorie RAM minimă 16 GB, stocare internă minimă 256 GB, certificare EDLA sau echivalent. Conectivitate: Wi-Fi dual band + Bluetooth minim 5.0. Audio: 2x20W + 20W subwoofer. Porturi față, spate și sus: cel puțin echivalente cu specificațiile modelului de 86 inch. Suport de perete inclus. Licență software pentru partajare ecran inclusă (SB-eShare sau echivalent). Garanție minimum 24 luni. Produs nou, original, ne-refurbished.</w:t>
            </w:r>
          </w:p>
        </w:tc>
        <w:tc>
          <w:tcPr>
            <w:tcW w:w="1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06"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t>25.800,00</w:t>
            </w:r>
          </w:p>
        </w:tc>
      </w:tr>
      <w:tr w:rsidR="006D33F9" w:rsidRPr="00796404" w14:paraId="19B0DD20" w14:textId="77777777">
        <w:tc>
          <w:tcPr>
            <w:tcW w:w="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08" w14:textId="77777777" w:rsidR="00000000" w:rsidRDefault="00000000">
            <w:pPr>
              <w:spacing w:after="80"/>
              <w:jc w:val="center"/>
            </w:pPr>
            <w:r>
              <w:rPr>
                <w:color w:val="000000"/>
                <w:sz w:val="19"/>
                <w:szCs w:val="19"/>
              </w:rPr>
              <w:t>3</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tcPr>
          <w:p w14:paraId="19B0DD09" w14:textId="77777777" w:rsidR="00000000" w:rsidRDefault="00000000">
            <w:pPr>
              <w:spacing w:after="80"/>
            </w:pPr>
            <w:r>
              <w:rPr>
                <w:b/>
                <w:bCs/>
                <w:color w:val="000000"/>
                <w:sz w:val="19"/>
                <w:szCs w:val="19"/>
              </w:rPr>
              <w:t>Laptop</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0A"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0B" w14:textId="77777777" w:rsidR="00000000" w:rsidRDefault="00000000">
            <w:pPr>
              <w:spacing w:after="80"/>
              <w:jc w:val="center"/>
            </w:pPr>
            <w:r>
              <w:rPr>
                <w:b/>
                <w:bCs/>
                <w:color w:val="000000"/>
                <w:sz w:val="19"/>
                <w:szCs w:val="19"/>
              </w:rPr>
              <w:t>3</w:t>
            </w:r>
          </w:p>
        </w:tc>
        <w:tc>
          <w:tcPr>
            <w:tcW w:w="5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80" w:type="dxa"/>
            </w:tcMar>
          </w:tcPr>
          <w:p>
            <w:r>
              <w:t>Ecran: 16 inch, panou IPS level sau echivalent, rezoluție 1920x1200 WUXGA, aspect 16:10, rată de reîmprospătare 165 Hz, luminozitate 300 cd/m2, suprafață mată. Procesor: minimum 8 nuclee / 16 fire de execuție, frecvență de bază 3.8 GHz, turbo 5.1 GHz, cache L3 de 16 MB. Memorie RAM: 16 GB DDR5 SDRAM, minim 5600 MHz, 2 sloturi SO-DIMM, maximum 64 GB. Stocare: SSD M.2 2280 PCIe NVMe 1 TB, cu slot secundar pentru extindere. Grafică dedicată, minimum 8 GB GDDR7 sau echivalent. Periferice integrate: tastatură numerică iluminată, difuzoare stereo, cameră web 1080p FHD IR, microfon array. Conectivitate: LAN Gigabit, Wi-Fi 802.11ax 2x2, Bluetooth 5.3, 2x USB-C 3.2 (display + power delivery), 3x USB-A 3.2, HDMI 2.1, RJ45, jack audio 3.5mm. Baterie Li-Ion 90 Wh, adaptor 240 W. Produs nou, ne-refurbished. Garanție minimum 24 luni.</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1F"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lastRenderedPageBreak/>
              <w:t>22.000,00</w:t>
            </w:r>
          </w:p>
        </w:tc>
      </w:tr>
      <w:tr w:rsidR="006D33F9" w:rsidRPr="00796404" w14:paraId="19B0DD37" w14:textId="77777777">
        <w:tc>
          <w:tcPr>
            <w:tcW w:w="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21" w14:textId="77777777" w:rsidR="00000000" w:rsidRDefault="00000000">
            <w:pPr>
              <w:spacing w:after="80"/>
              <w:jc w:val="center"/>
            </w:pPr>
            <w:r>
              <w:rPr>
                <w:color w:val="000000"/>
                <w:sz w:val="19"/>
                <w:szCs w:val="19"/>
              </w:rPr>
              <w:t>4</w:t>
            </w:r>
          </w:p>
        </w:tc>
        <w:tc>
          <w:tcPr>
            <w:tcW w:w="1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tcPr>
          <w:p w14:paraId="19B0DD22" w14:textId="77777777" w:rsidR="00000000" w:rsidRDefault="00000000">
            <w:pPr>
              <w:spacing w:after="80"/>
            </w:pPr>
            <w:r>
              <w:t>Calculator All-în-One</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23"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24" w14:textId="77777777" w:rsidR="00000000" w:rsidRDefault="00000000">
            <w:pPr>
              <w:spacing w:after="80"/>
              <w:jc w:val="center"/>
            </w:pPr>
            <w:r>
              <w:rPr>
                <w:b/>
                <w:bCs/>
                <w:color w:val="000000"/>
                <w:sz w:val="19"/>
                <w:szCs w:val="19"/>
              </w:rPr>
              <w:t>25</w:t>
            </w:r>
          </w:p>
        </w:tc>
        <w:tc>
          <w:tcPr>
            <w:tcW w:w="5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80" w:type="dxa"/>
            </w:tcMar>
          </w:tcPr>
          <w:p>
            <w:r>
              <w:t>Ecran: 27 inch, panou IPS, rezoluție 1920x1080 FHD, aspect 16:9, luminozitate minimă 300 cd/m2, fără funcție tactilă. Procesor: minimum 4 nuclee / 8 fire de execuție, frecvență de bază 2.8 GHz, turbo 4.3 GHz, cache L3 6 MB. Memorie și stocare: RAM 16 GB DDR5 SDRAM minim 5500 MHz, SSD M.2 PCIe NVMe 512 GB. Grafică integrată. Periferice: cameră web 720p HD, difuzoare stereo 2x2W, tastatură și mouse wireless incluse. Conectivitate: LAN Gigabit, Wi-Fi 802.11ax, Bluetooth 5.4, 1x USB-C, 2x USB-A 3.2, 2x USB-A 2.0, HDMI Out, RJ45, jack audio 3.5mm. Suport AIO simplu cu reglaj de înclinare, alimentare 90W. Produs nou, ne-refurbished. Garanție minimum 24 luni.</w:t>
            </w:r>
          </w:p>
        </w:tc>
        <w:tc>
          <w:tcPr>
            <w:tcW w:w="1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36"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t>12.300,00</w:t>
            </w:r>
          </w:p>
        </w:tc>
      </w:tr>
      <w:tr w:rsidR="006D33F9" w:rsidRPr="00796404" w14:paraId="19B0DD51" w14:textId="77777777">
        <w:tc>
          <w:tcPr>
            <w:tcW w:w="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38" w14:textId="77777777" w:rsidR="00000000" w:rsidRDefault="00000000">
            <w:pPr>
              <w:spacing w:after="80"/>
              <w:jc w:val="center"/>
            </w:pPr>
            <w:r>
              <w:rPr>
                <w:color w:val="000000"/>
                <w:sz w:val="19"/>
                <w:szCs w:val="19"/>
              </w:rPr>
              <w:t>5</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tcPr>
          <w:p w14:paraId="19B0DD39" w14:textId="77777777" w:rsidR="00000000" w:rsidRDefault="00000000">
            <w:pPr>
              <w:spacing w:after="80"/>
            </w:pPr>
            <w:r>
              <w:rPr>
                <w:b/>
                <w:bCs/>
                <w:color w:val="000000"/>
                <w:sz w:val="19"/>
                <w:szCs w:val="19"/>
              </w:rPr>
              <w:t>Imprimanta multifunctionala A4</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3A"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3B" w14:textId="77777777" w:rsidR="00000000" w:rsidRDefault="00000000">
            <w:pPr>
              <w:spacing w:after="80"/>
              <w:jc w:val="center"/>
            </w:pPr>
            <w:r>
              <w:rPr>
                <w:b/>
                <w:bCs/>
                <w:color w:val="000000"/>
                <w:sz w:val="19"/>
                <w:szCs w:val="19"/>
              </w:rPr>
              <w:t>2</w:t>
            </w:r>
          </w:p>
        </w:tc>
        <w:tc>
          <w:tcPr>
            <w:tcW w:w="5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80" w:type="dxa"/>
            </w:tcMar>
          </w:tcPr>
          <w:p>
            <w:r>
              <w:t>Funcții: printare / copiere / scanare. Printare: viteză până la 40 ppm simplex, 33.6 ipm duplex, rezoluție până la 1200x1200 dpi, timp încălzire 14s, prima pagină în 5s. Copiere: viteză până la 40 ppm, rezoluție 600x600 dpi, reducere/mărire 25-400%, până la 999 copii. Scanare: rezoluție optică 600x600 dpi, extinsă 9600x9600 dpi, viteză 100 ipm mono duplex, 80 ipm color duplex, compatibilitate TWAIN/WIA/ICA, scanare către email, PC, USB, FTP, cloud, iFAX. Alimentare hârtie: casetă 250 foi, tavă multifuncțională 100 foi, ADF 50 foi; opțional casetă 550 foi, capacitate maximă 900 foi, ieșire 150 foi. Volum lunar recomandat 750-4000 pagini, ciclu maxim 80.000 pagini. Procesor 1200 MHz, memorie 1 GB, stocare 4 GB eMMC, panou LCD color tactil 12.7 cm. Interfețe: USB 2.0, Ethernet Gigabit, Wi-Fi 802.11b/g/n. Cartuș minim 3000 pagini. Garanție minimum 24 luni. Produs nou, ne-refurbished.</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50"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lastRenderedPageBreak/>
              <w:t>7.400,00</w:t>
            </w:r>
          </w:p>
        </w:tc>
      </w:tr>
      <w:tr w:rsidR="006D33F9" w:rsidRPr="00796404" w14:paraId="19B0DD6B" w14:textId="77777777">
        <w:tc>
          <w:tcPr>
            <w:tcW w:w="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52" w14:textId="77777777" w:rsidR="00000000" w:rsidRDefault="00000000">
            <w:pPr>
              <w:spacing w:after="80"/>
              <w:jc w:val="center"/>
            </w:pPr>
            <w:r>
              <w:rPr>
                <w:color w:val="000000"/>
                <w:sz w:val="19"/>
                <w:szCs w:val="19"/>
              </w:rPr>
              <w:t>6</w:t>
            </w:r>
          </w:p>
        </w:tc>
        <w:tc>
          <w:tcPr>
            <w:tcW w:w="1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tcPr>
          <w:p w14:paraId="19B0DD53" w14:textId="77777777" w:rsidR="00000000" w:rsidRDefault="00000000">
            <w:pPr>
              <w:spacing w:after="80"/>
            </w:pPr>
            <w:r>
              <w:rPr>
                <w:b/>
                <w:bCs/>
                <w:color w:val="000000"/>
                <w:sz w:val="19"/>
                <w:szCs w:val="19"/>
              </w:rPr>
              <w:t>Server</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54"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55" w14:textId="77777777" w:rsidR="00000000" w:rsidRDefault="00000000">
            <w:pPr>
              <w:spacing w:after="80"/>
              <w:jc w:val="center"/>
            </w:pPr>
            <w:r>
              <w:rPr>
                <w:b/>
                <w:bCs/>
                <w:color w:val="000000"/>
                <w:sz w:val="19"/>
                <w:szCs w:val="19"/>
              </w:rPr>
              <w:t>1</w:t>
            </w:r>
          </w:p>
        </w:tc>
        <w:tc>
          <w:tcPr>
            <w:tcW w:w="5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80" w:type="dxa"/>
            </w:tcMar>
          </w:tcPr>
          <w:p>
            <w:r>
              <w:t>Șasiu și configurație: șasiu 2U, suport până la 16 unități SAS/SATA 2.5 inch. Procesoare: două procesoare, minimum 16 nuclee/32 fire de execuție fiecare, minimum 30 MB cache, DDR5 minim 4400, radiator pentru configurație dual CPU, TDP maxim 165W. Memorie: 8 x 32 GB RDIMM DDR5 minim 6400 (total 256 GB). Stocare: controler RAID hardware SAS/SATA performant (PERC H755 sau echivalent), 2 x SSD 960 GB SATA hot-plug + 2 x HDD SAS 2.4 TB 10K RPM hot-plug. Rețea: adaptor dual port 10GbE BASE-T OCP NIC 3.0 sau echivalent. Alimentare și răcire: 6 ventilatoare de înaltă performanță, dual Hot-Plug PSU 1100W (100-240Vac) Titanium sau echivalent, redundant (1+1), cabluri C13-C14. PCIe: riser cu sloturi Gen4/Gen5 sau echivalent. Management OOB: iDRAC / iLO / IPMI / iRMC Enterprise sau echivalent. Șine: șine glisante pentru rack 2U sau echivalent, bezel standard 2U. Software: Windows Server 2025 Standard 16 Core sau licență echivalentă compatibilă cu infrastructura beneficiarului, licență + kit media recovery. Garanție 24 luni. Produs nou, ne-refurbished.</w:t>
            </w:r>
          </w:p>
        </w:tc>
        <w:tc>
          <w:tcPr>
            <w:tcW w:w="1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6A"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t>640.000,00</w:t>
            </w:r>
          </w:p>
        </w:tc>
      </w:tr>
      <w:tr w:rsidR="006D33F9" w:rsidRPr="00796404" w14:paraId="19B0DD7C" w14:textId="77777777">
        <w:tc>
          <w:tcPr>
            <w:tcW w:w="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6C" w14:textId="77777777" w:rsidR="00000000" w:rsidRDefault="00000000">
            <w:pPr>
              <w:spacing w:after="80"/>
              <w:jc w:val="center"/>
            </w:pPr>
            <w:r>
              <w:rPr>
                <w:color w:val="000000"/>
                <w:sz w:val="19"/>
                <w:szCs w:val="19"/>
              </w:rPr>
              <w:t>7</w:t>
            </w:r>
          </w:p>
        </w:tc>
        <w:tc>
          <w:tcPr>
            <w:tcW w:w="18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tcPr>
          <w:p w14:paraId="19B0DD6D" w14:textId="77777777" w:rsidR="00000000" w:rsidRDefault="00000000">
            <w:pPr>
              <w:spacing w:after="80"/>
            </w:pPr>
            <w:r>
              <w:rPr>
                <w:b/>
                <w:bCs/>
                <w:color w:val="000000"/>
                <w:sz w:val="19"/>
                <w:szCs w:val="19"/>
              </w:rPr>
              <w:t>LED Smart TV 55"</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6E"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6F" w14:textId="77777777" w:rsidR="00000000" w:rsidRDefault="00000000">
            <w:pPr>
              <w:spacing w:after="80"/>
              <w:jc w:val="center"/>
            </w:pPr>
            <w:r>
              <w:rPr>
                <w:b/>
                <w:bCs/>
                <w:color w:val="000000"/>
                <w:sz w:val="19"/>
                <w:szCs w:val="19"/>
              </w:rPr>
              <w:t>1</w:t>
            </w:r>
          </w:p>
        </w:tc>
        <w:tc>
          <w:tcPr>
            <w:tcW w:w="50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80" w:type="dxa"/>
            </w:tcMar>
          </w:tcPr>
          <w:p>
            <w:r>
              <w:t>Tip: LED Smart TV, diagonală 55 inch, rezoluție 3840x2160 (4K UHD), iluminare Direct LED, HDR10, rată de reîmprospătare maximă 60 Hz. Platformă software Smart TV: webOS sau echivalent. Tuner TV: DVB-T2/T, DVB-S2/S, DVB-C, HDMI CEC suportat. Conectivitate wireless: Wi-Fi 802.11ac, Bluetooth 5.0. Conectivitate cablu: Ethernet (LAN). Intrări HDMI: 3x HDMI ARC, slot CI. Porturi: 1x USB 2.0 Type-A. Difuzoare: 2x10W, culoare negru. Interfață montaj VESA: 300x200. Garanție minimum 24 luni. Produs nou, ne-refurbished.</w:t>
            </w:r>
          </w:p>
        </w:tc>
        <w:tc>
          <w:tcPr>
            <w:tcW w:w="1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80" w:type="dxa"/>
              <w:bottom w:w="60" w:type="dxa"/>
              <w:right w:w="80" w:type="dxa"/>
            </w:tcMar>
            <w:vAlign w:val="center"/>
          </w:tcPr>
          <w:p w14:paraId="19B0DD7B"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lastRenderedPageBreak/>
              <w:t>6.900,00</w:t>
            </w:r>
          </w:p>
        </w:tc>
      </w:tr>
      <w:tr w:rsidR="006D33F9" w:rsidRPr="00796404" w14:paraId="19B0DD8C" w14:textId="77777777">
        <w:tc>
          <w:tcPr>
            <w:tcW w:w="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7D" w14:textId="77777777" w:rsidR="00000000" w:rsidRDefault="00000000">
            <w:pPr>
              <w:spacing w:after="80"/>
              <w:jc w:val="center"/>
            </w:pPr>
            <w:r>
              <w:rPr>
                <w:color w:val="000000"/>
                <w:sz w:val="19"/>
                <w:szCs w:val="19"/>
              </w:rPr>
              <w:t>8</w:t>
            </w:r>
          </w:p>
        </w:tc>
        <w:tc>
          <w:tcPr>
            <w:tcW w:w="18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tcPr>
          <w:p w14:paraId="19B0DD7E" w14:textId="77777777" w:rsidR="00000000" w:rsidRDefault="00000000">
            <w:pPr>
              <w:spacing w:after="80"/>
            </w:pPr>
            <w:r>
              <w:rPr>
                <w:b/>
                <w:bCs/>
                <w:color w:val="000000"/>
                <w:sz w:val="19"/>
                <w:szCs w:val="19"/>
              </w:rPr>
              <w:t>Difuzoare</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7F" w14:textId="77777777" w:rsidR="00000000" w:rsidRDefault="00000000">
            <w:pPr>
              <w:spacing w:after="80"/>
              <w:jc w:val="center"/>
            </w:pPr>
            <w:r>
              <w:rPr>
                <w:color w:val="000000"/>
                <w:sz w:val="19"/>
                <w:szCs w:val="19"/>
              </w:rPr>
              <w:t>buc</w:t>
            </w:r>
          </w:p>
        </w:tc>
        <w:tc>
          <w:tcPr>
            <w:tcW w:w="5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80" w14:textId="77777777" w:rsidR="00000000" w:rsidRDefault="00000000">
            <w:pPr>
              <w:spacing w:after="80"/>
              <w:jc w:val="center"/>
            </w:pPr>
            <w:r>
              <w:rPr>
                <w:b/>
                <w:bCs/>
                <w:color w:val="000000"/>
                <w:sz w:val="19"/>
                <w:szCs w:val="19"/>
              </w:rPr>
              <w:t>2</w:t>
            </w:r>
          </w:p>
        </w:tc>
        <w:tc>
          <w:tcPr>
            <w:tcW w:w="50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80" w:type="dxa"/>
            </w:tcMar>
          </w:tcPr>
          <w:p>
            <w:r>
              <w:t>Putere RMS: 50W, canale audio: 2.0 CH. Răspuns frecvență: 60 Hz - 20.000 Hz. Tweeter: 24 mm, woofer: 70 mm. Intrări audio: MP3, conectori 2x RCA. Conectivitate wireless: Bluetooth. Cititor USB Flash x1. Controale: volum, pauză, play. Telecomandă inclusă. Sursă alimentare: AC 220V, cablu optic inclus. Dimensiuni satelit (H x W x D): 129 x 185 x 120 mm, greutate 1.9 kg. Garanție minimum 24 luni. Produs nou, ne-refurbished.</w:t>
            </w:r>
          </w:p>
        </w:tc>
        <w:tc>
          <w:tcPr>
            <w:tcW w:w="1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80" w:type="dxa"/>
              <w:bottom w:w="60" w:type="dxa"/>
              <w:right w:w="80" w:type="dxa"/>
            </w:tcMar>
            <w:vAlign w:val="center"/>
          </w:tcPr>
          <w:p w14:paraId="19B0DD8B" w14:textId="77777777" w:rsidR="00000000" w:rsidRPr="00796404" w:rsidRDefault="00000000" w:rsidP="0035386B">
            <w:pPr>
              <w:spacing w:after="80"/>
              <w:jc w:val="both"/>
              <w:rPr>
                <w:rFonts w:asciiTheme="minorBidi" w:hAnsiTheme="minorBidi"/>
                <w:sz w:val="18"/>
                <w:szCs w:val="18"/>
              </w:rPr>
            </w:pPr>
            <w:r>
              <w:rPr>
                <w:rFonts w:asciiTheme="minorBidi" w:hAnsiTheme="minorBidi"/>
                <w:sz w:val="18"/>
                <w:szCs w:val="18"/>
              </w:rPr>
              <w:t>1.430,00</w:t>
            </w:r>
          </w:p>
        </w:tc>
      </w:tr>
      <w:tr w:rsidR="006D33F9" w14:paraId="19B0DD8F" w14:textId="77777777">
        <w:tc>
          <w:tcPr>
            <w:tcW w:w="8238" w:type="dxa"/>
            <w:gridSpan w:val="5"/>
            <w:tcBorders>
              <w:top w:val="single" w:sz="4" w:space="0" w:color="AAAAAA"/>
              <w:left w:val="single" w:sz="4" w:space="0" w:color="AAAAAA"/>
              <w:bottom w:val="single" w:sz="4" w:space="0" w:color="AAAAAA"/>
              <w:right w:val="single" w:sz="4" w:space="0" w:color="AAAAAA"/>
            </w:tcBorders>
            <w:shd w:val="clear" w:color="auto" w:fill="1E4E79"/>
            <w:tcMar>
              <w:top w:w="80" w:type="dxa"/>
              <w:left w:w="120" w:type="dxa"/>
              <w:bottom w:w="80" w:type="dxa"/>
              <w:right w:w="120" w:type="dxa"/>
            </w:tcMar>
          </w:tcPr>
          <w:p w14:paraId="19B0DD8D" w14:textId="77777777" w:rsidR="00000000" w:rsidRDefault="00000000">
            <w:pPr>
              <w:spacing w:after="80"/>
            </w:pPr>
            <w:r>
              <w:t>VALOARE TOTALĂ ESTIMATĂ (fără TVA)</w:t>
            </w:r>
          </w:p>
        </w:tc>
        <w:tc>
          <w:tcPr>
            <w:tcW w:w="1400" w:type="dxa"/>
            <w:tcBorders>
              <w:top w:val="single" w:sz="4" w:space="0" w:color="AAAAAA"/>
              <w:left w:val="single" w:sz="4" w:space="0" w:color="AAAAAA"/>
              <w:bottom w:val="single" w:sz="4" w:space="0" w:color="AAAAAA"/>
              <w:right w:val="single" w:sz="4" w:space="0" w:color="AAAAAA"/>
            </w:tcBorders>
            <w:shd w:val="clear" w:color="auto" w:fill="1E4E79"/>
            <w:tcMar>
              <w:top w:w="80" w:type="dxa"/>
              <w:left w:w="80" w:type="dxa"/>
              <w:bottom w:w="80" w:type="dxa"/>
              <w:right w:w="80" w:type="dxa"/>
            </w:tcMar>
          </w:tcPr>
          <w:p w14:paraId="19B0DD8E" w14:textId="77777777" w:rsidR="00000000" w:rsidRDefault="00000000">
            <w:pPr>
              <w:spacing w:after="80"/>
              <w:jc w:val="right"/>
            </w:pPr>
            <w:r>
              <w:rPr>
                <w:b/>
                <w:bCs/>
                <w:color w:val="FFFFFF"/>
                <w:sz w:val="20"/>
                <w:szCs w:val="20"/>
              </w:rPr>
              <w:t>1.130.860,00 MDL</w:t>
            </w:r>
          </w:p>
        </w:tc>
      </w:tr>
    </w:tbl>
    <w:p w14:paraId="19B0DD90" w14:textId="77777777" w:rsidR="00000000" w:rsidRDefault="00000000">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6D33F9" w14:paraId="19B0DD92"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19B0DD91" w14:textId="77777777" w:rsidR="00000000" w:rsidRDefault="00000000">
            <w:r>
              <w:rPr>
                <w:b/>
                <w:bCs/>
                <w:color w:val="FFFFFF"/>
              </w:rPr>
              <w:t>CERINȚE SUPLIMENTARE OBLIGATORII</w:t>
            </w:r>
          </w:p>
        </w:tc>
      </w:tr>
    </w:tbl>
    <w:p w14:paraId="19B0DD93" w14:textId="77777777" w:rsidR="00000000" w:rsidRDefault="00000000">
      <w:pPr>
        <w:spacing w:after="4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7238"/>
      </w:tblGrid>
      <w:tr w:rsidR="006D33F9" w14:paraId="19B0DD99"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D97" w14:textId="77777777" w:rsidR="00000000" w:rsidRDefault="00000000">
            <w:pPr>
              <w:spacing w:after="80"/>
            </w:pPr>
            <w:r>
              <w:rPr>
                <w:b/>
                <w:bCs/>
                <w:color w:val="000000"/>
                <w:sz w:val="20"/>
                <w:szCs w:val="20"/>
              </w:rPr>
              <w:t>Prezentare MAF:</w:t>
            </w:r>
          </w:p>
        </w:tc>
        <w:tc>
          <w:tcPr>
            <w:tcW w:w="7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r>
              <w:t>Pentru echipamentele principale, ofertantul va prezenta MAF sau document echivalent emis de producător, distribuitor autorizat ori partener comercial autorizat. În lipsa unui MAF, se acceptă documente care confirmă proveniența, garanția și dreptul de comercializare/service pentru produsul propus.</w:t>
            </w:r>
          </w:p>
        </w:tc>
      </w:tr>
      <w:tr w:rsidR="006D33F9" w14:paraId="3D85A658"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69A5F080" w14:textId="77777777" w:rsidR="00000000" w:rsidRDefault="00000000">
            <w:pPr>
              <w:spacing w:after="80"/>
            </w:pPr>
            <w:r>
              <w:rPr>
                <w:b/>
                <w:bCs/>
                <w:color w:val="000000"/>
                <w:sz w:val="20"/>
                <w:szCs w:val="20"/>
              </w:rPr>
              <w:t>Service centru autorizat:</w:t>
            </w:r>
          </w:p>
        </w:tc>
        <w:tc>
          <w:tcPr>
            <w:tcW w:w="7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r>
              <w:t>Ofertantul va asigura service de garanție pe teritoriul Republicii Moldova, direct sau prin partener autorizat, confirmat prin certificat, acord de service, contract de parteneriat sau document echivalent.</w:t>
            </w:r>
          </w:p>
        </w:tc>
      </w:tr>
      <w:tr w:rsidR="006D33F9" w14:paraId="68E96F9F"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4B4B6140" w14:textId="77777777" w:rsidR="00000000" w:rsidRDefault="00000000">
            <w:pPr>
              <w:spacing w:after="80"/>
            </w:pPr>
            <w:r>
              <w:rPr>
                <w:b/>
                <w:bCs/>
                <w:color w:val="000000"/>
                <w:sz w:val="20"/>
                <w:szCs w:val="20"/>
              </w:rPr>
              <w:t>Experiență în domeniu:</w:t>
            </w:r>
          </w:p>
        </w:tc>
        <w:tc>
          <w:tcPr>
            <w:tcW w:w="7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r>
              <w:t>Experiența se demonstrează conform criteriilor de selecție din Anunțul de participare și Instrucțiunile pentru ofertanți; nu se solicită o vechime separată minimă în afara contractelor similare.</w:t>
            </w:r>
          </w:p>
        </w:tc>
      </w:tr>
      <w:tr w:rsidR="009E2E5E" w14:paraId="19B0DD9F"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D9D" w14:textId="0F110F59" w:rsidR="00000000" w:rsidRDefault="00000000" w:rsidP="009E2E5E">
            <w:pPr>
              <w:spacing w:after="80"/>
            </w:pPr>
            <w:r>
              <w:rPr>
                <w:b/>
                <w:bCs/>
                <w:color w:val="000000"/>
                <w:sz w:val="20"/>
                <w:szCs w:val="20"/>
              </w:rPr>
              <w:t>Termen de livrare:</w:t>
            </w:r>
          </w:p>
        </w:tc>
        <w:tc>
          <w:tcPr>
            <w:tcW w:w="7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D9E" w14:textId="41384686" w:rsidR="00000000" w:rsidRDefault="00000000" w:rsidP="009E2E5E">
            <w:pPr>
              <w:spacing w:after="80"/>
            </w:pPr>
            <w:r>
              <w:rPr>
                <w:color w:val="000000"/>
                <w:sz w:val="20"/>
                <w:szCs w:val="20"/>
              </w:rPr>
              <w:t xml:space="preserve">10 (zece) zile calendaristice de la semnarea contractului; </w:t>
            </w:r>
            <w:r w:rsidRPr="005605DE">
              <w:rPr>
                <w:color w:val="000000"/>
                <w:sz w:val="20"/>
                <w:szCs w:val="20"/>
              </w:rPr>
              <w:t>30 de zile calendaristice pentru server</w:t>
            </w:r>
          </w:p>
        </w:tc>
      </w:tr>
    </w:tbl>
    <w:p w14:paraId="19B0DDA3" w14:textId="77777777" w:rsidR="00000000" w:rsidRDefault="00000000">
      <w:pPr>
        <w:spacing w:after="80"/>
      </w:pPr>
    </w:p>
    <w:p w14:paraId="60E384CB" w14:textId="77777777" w:rsidR="00000000" w:rsidRDefault="00000000">
      <w:pPr>
        <w:spacing w:after="80"/>
      </w:pPr>
    </w:p>
    <w:p w14:paraId="6D4CBFDE" w14:textId="77777777" w:rsidR="00000000" w:rsidRDefault="00000000">
      <w:pPr>
        <w:spacing w:after="80"/>
      </w:pPr>
    </w:p>
    <w:p w14:paraId="53DAADA2" w14:textId="77777777" w:rsidR="00000000" w:rsidRDefault="00000000">
      <w:pPr>
        <w:spacing w:after="80"/>
      </w:pPr>
    </w:p>
    <w:p w14:paraId="553673D3" w14:textId="77777777" w:rsidR="00000000" w:rsidRDefault="00000000">
      <w:pPr>
        <w:spacing w:after="8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8"/>
      </w:tblGrid>
      <w:tr w:rsidR="006D33F9" w:rsidRPr="005605DE" w14:paraId="19B0DDA5" w14:textId="77777777">
        <w:tc>
          <w:tcPr>
            <w:tcW w:w="9638" w:type="dxa"/>
            <w:tcBorders>
              <w:top w:val="none" w:sz="0" w:space="0" w:color="FFFFFF"/>
              <w:left w:val="none" w:sz="0" w:space="0" w:color="FFFFFF"/>
              <w:bottom w:val="none" w:sz="0" w:space="0" w:color="FFFFFF"/>
              <w:right w:val="none" w:sz="0" w:space="0" w:color="FFFFFF"/>
            </w:tcBorders>
            <w:shd w:val="clear" w:color="auto" w:fill="2E75B6"/>
            <w:tcMar>
              <w:top w:w="100" w:type="dxa"/>
              <w:left w:w="180" w:type="dxa"/>
              <w:bottom w:w="100" w:type="dxa"/>
              <w:right w:w="180" w:type="dxa"/>
            </w:tcMar>
          </w:tcPr>
          <w:p w14:paraId="19B0DDA4" w14:textId="77777777" w:rsidR="00000000" w:rsidRPr="005605DE" w:rsidRDefault="00000000">
            <w:pPr>
              <w:rPr>
                <w:lang w:val="it-IT"/>
              </w:rPr>
            </w:pPr>
            <w:r w:rsidRPr="005605DE">
              <w:rPr>
                <w:b/>
                <w:bCs/>
                <w:color w:val="FFFFFF"/>
                <w:lang w:val="it-IT"/>
              </w:rPr>
              <w:t>CONDIȚII GENERALE DE LIVRARE ȘI CALITATE</w:t>
            </w:r>
          </w:p>
        </w:tc>
      </w:tr>
    </w:tbl>
    <w:p w14:paraId="19B0DDA6" w14:textId="77777777" w:rsidR="00000000" w:rsidRPr="005605DE" w:rsidRDefault="00000000">
      <w:pPr>
        <w:spacing w:after="40"/>
        <w:rPr>
          <w:lang w:val="it-IT"/>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7238"/>
      </w:tblGrid>
      <w:tr w:rsidR="006D33F9" w14:paraId="19B0DDA9" w14:textId="77777777">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DA7" w14:textId="77777777" w:rsidR="00000000" w:rsidRDefault="00000000">
            <w:pPr>
              <w:spacing w:after="80"/>
            </w:pPr>
            <w:r>
              <w:rPr>
                <w:b/>
                <w:bCs/>
                <w:color w:val="000000"/>
                <w:sz w:val="20"/>
                <w:szCs w:val="20"/>
              </w:rPr>
              <w:t>Condiție de livrare:</w:t>
            </w:r>
          </w:p>
        </w:tc>
        <w:tc>
          <w:tcPr>
            <w:tcW w:w="7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DA8" w14:textId="77777777" w:rsidR="00000000" w:rsidRDefault="00000000">
            <w:pPr>
              <w:spacing w:after="80"/>
            </w:pPr>
            <w:r>
              <w:t>DDP (Delivered Duty Paid) – depozitul Bibliotecii Naționale, str. 31 August 1989, nr. 78A, MD-2012, Chișinău. Prețul include transportul, vama, asigurarea și toate costurile aferente.</w:t>
            </w:r>
          </w:p>
        </w:tc>
      </w:tr>
      <w:tr w:rsidR="006D33F9" w14:paraId="19B0DDAC"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DAA" w14:textId="77777777" w:rsidR="00000000" w:rsidRDefault="00000000">
            <w:pPr>
              <w:spacing w:after="80"/>
            </w:pPr>
            <w:r>
              <w:rPr>
                <w:b/>
                <w:bCs/>
                <w:color w:val="000000"/>
                <w:sz w:val="20"/>
                <w:szCs w:val="20"/>
              </w:rPr>
              <w:lastRenderedPageBreak/>
              <w:t>Starea produselor:</w:t>
            </w:r>
          </w:p>
        </w:tc>
        <w:tc>
          <w:tcPr>
            <w:tcW w:w="7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DAB" w14:textId="480BE1D9" w:rsidR="00000000" w:rsidRDefault="00000000">
            <w:pPr>
              <w:spacing w:after="80"/>
            </w:pPr>
            <w:r>
              <w:t>Toate produsele trebuie să fie NOI, originale, ne-scoase din cutie, ne-refurbished. Nu se accepta produse second-hand, recondiționat e sau renovate.</w:t>
            </w:r>
          </w:p>
        </w:tc>
      </w:tr>
      <w:tr w:rsidR="006D33F9" w14:paraId="19B0DDAF" w14:textId="77777777">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DAD" w14:textId="77777777" w:rsidR="00000000" w:rsidRDefault="00000000">
            <w:pPr>
              <w:spacing w:after="80"/>
            </w:pPr>
            <w:r>
              <w:rPr>
                <w:b/>
                <w:bCs/>
                <w:color w:val="000000"/>
                <w:sz w:val="20"/>
                <w:szCs w:val="20"/>
              </w:rPr>
              <w:t>Garanție minimă:</w:t>
            </w:r>
          </w:p>
        </w:tc>
        <w:tc>
          <w:tcPr>
            <w:tcW w:w="7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DAE" w14:textId="77777777" w:rsidR="00000000" w:rsidRDefault="00000000">
            <w:pPr>
              <w:spacing w:after="80"/>
            </w:pPr>
            <w:r>
              <w:rPr>
                <w:color w:val="000000"/>
                <w:sz w:val="20"/>
                <w:szCs w:val="20"/>
              </w:rPr>
              <w:t>Minimum 24 luni pentru toate produsele, daca nu se specifica altfel. Garanția curge de la data semnarii procesului-verbal de recepție.</w:t>
            </w:r>
          </w:p>
        </w:tc>
      </w:tr>
      <w:tr w:rsidR="006D33F9" w14:paraId="19B0DDB2" w14:textId="77777777">
        <w:tc>
          <w:tcPr>
            <w:tcW w:w="2400"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DB0" w14:textId="77777777" w:rsidR="00000000" w:rsidRDefault="00000000">
            <w:pPr>
              <w:spacing w:after="80"/>
            </w:pPr>
            <w:r>
              <w:rPr>
                <w:b/>
                <w:bCs/>
                <w:color w:val="000000"/>
                <w:sz w:val="20"/>
                <w:szCs w:val="20"/>
              </w:rPr>
              <w:t>Documentație:</w:t>
            </w:r>
          </w:p>
        </w:tc>
        <w:tc>
          <w:tcPr>
            <w:tcW w:w="723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9B0DDB1" w14:textId="77777777" w:rsidR="00000000" w:rsidRDefault="00000000">
            <w:pPr>
              <w:spacing w:after="80"/>
            </w:pPr>
            <w:r>
              <w:t>Fiecare produs va fi însoțit de: certificat de garanție, manual de utilizare, declarație de conformitate CE sau echivalent.</w:t>
            </w:r>
          </w:p>
        </w:tc>
      </w:tr>
      <w:tr w:rsidR="006D33F9" w14:paraId="19B0DDB5" w14:textId="77777777">
        <w:tc>
          <w:tcPr>
            <w:tcW w:w="2400"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DB3" w14:textId="77777777" w:rsidR="00000000" w:rsidRDefault="00000000">
            <w:pPr>
              <w:spacing w:after="80"/>
            </w:pPr>
            <w:r>
              <w:rPr>
                <w:b/>
                <w:bCs/>
                <w:color w:val="000000"/>
                <w:sz w:val="20"/>
                <w:szCs w:val="20"/>
              </w:rPr>
              <w:t>Recepție:</w:t>
            </w:r>
          </w:p>
        </w:tc>
        <w:tc>
          <w:tcPr>
            <w:tcW w:w="723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19B0DDB4" w14:textId="4511C82E" w:rsidR="00000000" w:rsidRDefault="00000000">
            <w:pPr>
              <w:spacing w:after="80"/>
            </w:pPr>
            <w:r>
              <w:t xml:space="preserve">Recepția se efectuează de comisia AC la locul de livrare, prin verificarea cantității, conformității tehnice și funcționalității. </w:t>
            </w:r>
          </w:p>
        </w:tc>
      </w:tr>
    </w:tbl>
    <w:p w14:paraId="19B0DDB6" w14:textId="77777777" w:rsidR="00000000" w:rsidRDefault="00000000">
      <w:pPr>
        <w:spacing w:after="60"/>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8"/>
        <w:gridCol w:w="9210"/>
      </w:tblGrid>
      <w:tr w:rsidR="006D33F9" w14:paraId="19B0DDB9" w14:textId="77777777">
        <w:tc>
          <w:tcPr>
            <w:tcW w:w="400" w:type="dxa"/>
            <w:tcBorders>
              <w:top w:val="none" w:sz="0" w:space="0" w:color="FFFFFF"/>
              <w:left w:val="single" w:sz="12" w:space="0" w:color="2E7D32"/>
              <w:bottom w:val="none" w:sz="0" w:space="0" w:color="FFFFFF"/>
              <w:right w:val="none" w:sz="0" w:space="0" w:color="FFFFFF"/>
            </w:tcBorders>
            <w:shd w:val="clear" w:color="auto" w:fill="E8F5E9"/>
            <w:tcMar>
              <w:top w:w="80" w:type="dxa"/>
              <w:left w:w="120" w:type="dxa"/>
              <w:bottom w:w="80" w:type="dxa"/>
              <w:right w:w="60" w:type="dxa"/>
            </w:tcMar>
          </w:tcPr>
          <w:p w14:paraId="19B0DDB7" w14:textId="77777777" w:rsidR="00000000" w:rsidRDefault="00000000">
            <w:r>
              <w:rPr>
                <w:b/>
                <w:bCs/>
                <w:color w:val="2E7D32"/>
                <w:sz w:val="18"/>
                <w:szCs w:val="18"/>
              </w:rPr>
              <w:t>OK</w:t>
            </w:r>
          </w:p>
        </w:tc>
        <w:tc>
          <w:tcPr>
            <w:tcW w:w="9238" w:type="dxa"/>
            <w:tcBorders>
              <w:top w:val="none" w:sz="0" w:space="0" w:color="FFFFFF"/>
              <w:left w:val="none" w:sz="0" w:space="0" w:color="FFFFFF"/>
              <w:bottom w:val="none" w:sz="0" w:space="0" w:color="FFFFFF"/>
              <w:right w:val="none" w:sz="0" w:space="0" w:color="FFFFFF"/>
            </w:tcBorders>
            <w:shd w:val="clear" w:color="auto" w:fill="E8F5E9"/>
            <w:tcMar>
              <w:top w:w="80" w:type="dxa"/>
              <w:left w:w="60" w:type="dxa"/>
              <w:bottom w:w="80" w:type="dxa"/>
              <w:right w:w="120" w:type="dxa"/>
            </w:tcMar>
          </w:tcPr>
          <w:p w14:paraId="19B0DDB8" w14:textId="77777777" w:rsidR="00000000" w:rsidRDefault="00000000">
            <w:r>
              <w:t>Prezentul caiet de sarcini a fost elaborat de Biblioteca Națională a Republicii Moldova în calitate de Autoritate Contractantă în cadrul proiectului BiblioTech ROMD00084, INTERREG NEXT România-Moldova 2021-2027. Data: 08 iulie 2026.</w:t>
            </w:r>
          </w:p>
        </w:tc>
      </w:tr>
    </w:tbl>
    <w:p w14:paraId="19B0DDBA" w14:textId="77777777" w:rsidR="00000000" w:rsidRDefault="00000000">
      <w:pPr>
        <w:spacing w:after="40"/>
      </w:pPr>
    </w:p>
    <w:sectPr w:rsidR="006D33F9">
      <w:headerReference w:type="default" r:id="rId7"/>
      <w:footerReference w:type="default" r:id="rId8"/>
      <w:footerReference w:type="first" r:id="rId11"/>
      <w:footerReference w:type="even" r:id="rId12"/>
      <w:headerReference w:type="first" r:id="rId13"/>
      <w:headerReference w:type="even" r:id="rId14"/>
      <w:pgSz w:w="11906" w:h="16838"/>
      <w:pgMar w:top="850"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83857" w14:textId="77777777" w:rsidR="00E32FA2" w:rsidRDefault="00E32FA2">
      <w:pPr>
        <w:spacing w:after="0" w:line="240" w:lineRule="auto"/>
      </w:pPr>
      <w:r>
        <w:separator/>
      </w:r>
    </w:p>
  </w:endnote>
  <w:endnote w:type="continuationSeparator" w:id="0">
    <w:p w14:paraId="3231A4E3" w14:textId="77777777" w:rsidR="00E32FA2" w:rsidRDefault="00E32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DDBC" w14:textId="77777777" w:rsidR="00000000" w:rsidRDefault="00000000">
    <w:pPr>
      <w:pBdr>
        <w:top w:val="single" w:sz="4" w:space="4" w:color="2E75B6"/>
      </w:pBdr>
      <w:spacing w:before="80"/>
    </w:pPr>
    <w:proofErr w:type="spellStart"/>
    <w:r>
      <w:rPr>
        <w:color w:val="555555"/>
        <w:sz w:val="16"/>
        <w:szCs w:val="16"/>
      </w:rPr>
      <w:t>Caiet</w:t>
    </w:r>
    <w:proofErr w:type="spellEnd"/>
    <w:r>
      <w:rPr>
        <w:color w:val="555555"/>
        <w:sz w:val="16"/>
        <w:szCs w:val="16"/>
      </w:rPr>
      <w:t xml:space="preserve"> de </w:t>
    </w:r>
    <w:proofErr w:type="spellStart"/>
    <w:r>
      <w:rPr>
        <w:color w:val="555555"/>
        <w:sz w:val="16"/>
        <w:szCs w:val="16"/>
      </w:rPr>
      <w:t>sarcini</w:t>
    </w:r>
    <w:proofErr w:type="spellEnd"/>
    <w:r>
      <w:rPr>
        <w:color w:val="555555"/>
        <w:sz w:val="16"/>
        <w:szCs w:val="16"/>
      </w:rPr>
      <w:t xml:space="preserve"> – Lot 1 </w:t>
    </w:r>
    <w:proofErr w:type="spellStart"/>
    <w:r>
      <w:rPr>
        <w:color w:val="555555"/>
        <w:sz w:val="16"/>
        <w:szCs w:val="16"/>
      </w:rPr>
      <w:t>Echipamente</w:t>
    </w:r>
    <w:proofErr w:type="spellEnd"/>
    <w:r>
      <w:rPr>
        <w:color w:val="555555"/>
        <w:sz w:val="16"/>
        <w:szCs w:val="16"/>
      </w:rPr>
      <w:t xml:space="preserve"> </w:t>
    </w:r>
    <w:proofErr w:type="gramStart"/>
    <w:r>
      <w:rPr>
        <w:color w:val="555555"/>
        <w:sz w:val="16"/>
        <w:szCs w:val="16"/>
      </w:rPr>
      <w:t>IT  |</w:t>
    </w:r>
    <w:proofErr w:type="gramEnd"/>
    <w:r>
      <w:rPr>
        <w:color w:val="555555"/>
        <w:sz w:val="16"/>
        <w:szCs w:val="16"/>
      </w:rPr>
      <w:t xml:space="preserve">  </w:t>
    </w:r>
    <w:proofErr w:type="spellStart"/>
    <w:r>
      <w:rPr>
        <w:color w:val="555555"/>
        <w:sz w:val="16"/>
        <w:szCs w:val="16"/>
      </w:rPr>
      <w:t>Proiect</w:t>
    </w:r>
    <w:proofErr w:type="spellEnd"/>
    <w:r>
      <w:rPr>
        <w:color w:val="555555"/>
        <w:sz w:val="16"/>
        <w:szCs w:val="16"/>
      </w:rPr>
      <w:t xml:space="preserve"> BiblioTech ROMD</w:t>
    </w:r>
    <w:proofErr w:type="gramStart"/>
    <w:r>
      <w:rPr>
        <w:color w:val="555555"/>
        <w:sz w:val="16"/>
        <w:szCs w:val="16"/>
      </w:rPr>
      <w:t>00084  |</w:t>
    </w:r>
    <w:proofErr w:type="gramEnd"/>
    <w:r>
      <w:rPr>
        <w:color w:val="555555"/>
        <w:sz w:val="16"/>
        <w:szCs w:val="16"/>
      </w:rPr>
      <w:t xml:space="preserve">  INTERREG NEXT Romania-Moldova 2021-2027</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9ABD2" w14:textId="77777777" w:rsidR="00E32FA2" w:rsidRDefault="00E32FA2">
      <w:pPr>
        <w:spacing w:after="0" w:line="240" w:lineRule="auto"/>
      </w:pPr>
      <w:r>
        <w:separator/>
      </w:r>
    </w:p>
  </w:footnote>
  <w:footnote w:type="continuationSeparator" w:id="0">
    <w:p w14:paraId="3642E443" w14:textId="77777777" w:rsidR="00E32FA2" w:rsidRDefault="00E32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0DDBB" w14:textId="77777777" w:rsidR="00000000" w:rsidRDefault="00000000">
    <w:pPr>
      <w:pBdr>
        <w:bottom w:val="single" w:sz="6" w:space="4" w:color="2E75B6"/>
      </w:pBdr>
      <w:spacing w:after="60"/>
      <w:jc w:val="center"/>
    </w:pPr>
    <w:r>
      <w:rPr>
        <w:noProof/>
      </w:rPr>
      <w:drawing>
        <wp:inline distT="0" distB="0" distL="0" distR="0" wp14:anchorId="19B0DDBD" wp14:editId="19B0DDBE">
          <wp:extent cx="3762375" cy="523875"/>
          <wp:effectExtent l="0" t="0" r="0" b="0"/>
          <wp:docPr id="1" name="logo" descr="INTERREG NEXT Romania-Moldova" title="INTERRE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3762375" cy="523875"/>
                  </a:xfrm>
                  <a:prstGeom prst="rect">
                    <a:avLst/>
                  </a:prstGeom>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2039694887">
    <w:abstractNumId w:val="8"/>
  </w:num>
  <w:num w:numId="2" w16cid:durableId="227766263">
    <w:abstractNumId w:val="6"/>
  </w:num>
  <w:num w:numId="3" w16cid:durableId="1470901403">
    <w:abstractNumId w:val="5"/>
  </w:num>
  <w:num w:numId="4" w16cid:durableId="592934363">
    <w:abstractNumId w:val="4"/>
  </w:num>
  <w:num w:numId="5" w16cid:durableId="358817811">
    <w:abstractNumId w:val="7"/>
  </w:num>
  <w:num w:numId="6" w16cid:durableId="1216238591">
    <w:abstractNumId w:val="3"/>
  </w:num>
  <w:num w:numId="7" w16cid:durableId="1409695053">
    <w:abstractNumId w:val="2"/>
  </w:num>
  <w:num w:numId="8" w16cid:durableId="1908879953">
    <w:abstractNumId w:val="1"/>
  </w:num>
  <w:num w:numId="9" w16cid:durableId="671379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7793"/>
    <w:rsid w:val="0015074B"/>
    <w:rsid w:val="0029639D"/>
    <w:rsid w:val="00326F90"/>
    <w:rsid w:val="005605DE"/>
    <w:rsid w:val="00AA1D8D"/>
    <w:rsid w:val="00B47730"/>
    <w:rsid w:val="00CB0664"/>
    <w:rsid w:val="00E32FA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A64A11E2-08AB-47FA-8217-918DBA82B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2.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1299</Words>
  <Characters>7536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8818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Valeriu Secaș</cp:lastModifiedBy>
  <cp:revision>2</cp:revision>
  <dcterms:created xsi:type="dcterms:W3CDTF">2013-12-23T23:15:00Z</dcterms:created>
  <dcterms:modified xsi:type="dcterms:W3CDTF">2026-07-09T13:05:00Z</dcterms:modified>
  <cp:category/>
</cp:coreProperties>
</file>