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270F" w:rsidRPr="00FF38A1" w:rsidRDefault="00374C8A" w:rsidP="007F29ED">
      <w:pPr>
        <w:jc w:val="right"/>
        <w:rPr>
          <w:rFonts w:cs="Times New Roman"/>
          <w:sz w:val="22"/>
        </w:rPr>
      </w:pPr>
      <w:r w:rsidRPr="00FF38A1">
        <w:rPr>
          <w:rFonts w:cs="Times New Roman"/>
          <w:sz w:val="22"/>
        </w:rPr>
        <w:t>Anexa</w:t>
      </w:r>
      <w:r w:rsidR="00FF38A1" w:rsidRPr="00FF38A1">
        <w:rPr>
          <w:rFonts w:cs="Times New Roman"/>
          <w:sz w:val="22"/>
        </w:rPr>
        <w:t xml:space="preserve"> </w:t>
      </w:r>
      <w:r w:rsidRPr="00FF38A1">
        <w:rPr>
          <w:rFonts w:cs="Times New Roman"/>
          <w:sz w:val="22"/>
        </w:rPr>
        <w:br/>
        <w:t xml:space="preserve">la Documentația standard nr. </w:t>
      </w:r>
      <w:r w:rsidR="00FF38A1" w:rsidRPr="00FF38A1">
        <w:t>Ordinul MF nr</w:t>
      </w:r>
      <w:r w:rsidR="00FF38A1" w:rsidRPr="00FF38A1">
        <w:rPr>
          <w:b/>
          <w:bCs/>
        </w:rPr>
        <w:t xml:space="preserve">. </w:t>
      </w:r>
      <w:r w:rsidR="00FF38A1" w:rsidRPr="00FF38A1">
        <w:rPr>
          <w:rStyle w:val="Robust"/>
          <w:b w:val="0"/>
          <w:bCs w:val="0"/>
        </w:rPr>
        <w:t>115/2021</w:t>
      </w:r>
    </w:p>
    <w:p w:rsidR="000B6594" w:rsidRPr="007076F9" w:rsidRDefault="000B6594" w:rsidP="00531B9B">
      <w:pPr>
        <w:rPr>
          <w:rFonts w:cs="Times New Roman"/>
          <w:b/>
          <w:sz w:val="22"/>
        </w:rPr>
      </w:pPr>
    </w:p>
    <w:p w:rsidR="0022270F" w:rsidRPr="007076F9" w:rsidRDefault="00374C8A" w:rsidP="00E17C54">
      <w:pPr>
        <w:jc w:val="center"/>
        <w:rPr>
          <w:rFonts w:cs="Times New Roman"/>
          <w:sz w:val="22"/>
        </w:rPr>
      </w:pPr>
      <w:r w:rsidRPr="007076F9">
        <w:rPr>
          <w:rFonts w:cs="Times New Roman"/>
          <w:b/>
          <w:sz w:val="22"/>
        </w:rPr>
        <w:t>ANUNȚ DE PARTICIPARE, INCLUSIV PENTRU PROCEDURILE DEPRESELECȚIE/PROCEDURILE NEGOCIATE</w:t>
      </w:r>
    </w:p>
    <w:p w:rsidR="0022270F" w:rsidRPr="007076F9" w:rsidRDefault="00374C8A" w:rsidP="00531B9B">
      <w:pPr>
        <w:rPr>
          <w:rFonts w:cs="Times New Roman"/>
          <w:sz w:val="22"/>
        </w:rPr>
      </w:pPr>
      <w:r w:rsidRPr="007076F9">
        <w:rPr>
          <w:rFonts w:cs="Times New Roman"/>
          <w:sz w:val="22"/>
        </w:rPr>
        <w:t>privind achiziționarea pieselor de schimb (anvelope, jante și acumulatoare) pentru transportul auto</w:t>
      </w:r>
    </w:p>
    <w:p w:rsidR="00803D8D" w:rsidRPr="007076F9" w:rsidRDefault="00374C8A" w:rsidP="00531B9B">
      <w:pPr>
        <w:rPr>
          <w:rFonts w:cs="Times New Roman"/>
          <w:b/>
          <w:sz w:val="22"/>
          <w:lang w:val="ro-RO"/>
        </w:rPr>
      </w:pPr>
      <w:r w:rsidRPr="007076F9">
        <w:rPr>
          <w:rFonts w:cs="Times New Roman"/>
          <w:sz w:val="22"/>
        </w:rPr>
        <w:t>prin procedura de achiziție: valoare mică</w:t>
      </w:r>
    </w:p>
    <w:p w:rsidR="0022270F" w:rsidRPr="007076F9" w:rsidRDefault="00374C8A" w:rsidP="00531B9B">
      <w:pPr>
        <w:rPr>
          <w:rFonts w:cs="Times New Roman"/>
          <w:sz w:val="22"/>
        </w:rPr>
      </w:pPr>
      <w:r w:rsidRPr="007076F9">
        <w:rPr>
          <w:rFonts w:cs="Times New Roman"/>
          <w:b/>
          <w:sz w:val="22"/>
        </w:rPr>
        <w:t xml:space="preserve">*Procedura a fost inclusă în planul de achiziții publice a autorității contractante (Da/Nu): </w:t>
      </w:r>
      <w:r w:rsidRPr="007076F9">
        <w:rPr>
          <w:rFonts w:cs="Times New Roman"/>
          <w:sz w:val="22"/>
        </w:rPr>
        <w:t>DA</w:t>
      </w:r>
    </w:p>
    <w:p w:rsidR="0022270F" w:rsidRPr="007076F9" w:rsidRDefault="00374C8A" w:rsidP="00531B9B">
      <w:pPr>
        <w:rPr>
          <w:rFonts w:cs="Times New Roman"/>
          <w:sz w:val="22"/>
        </w:rPr>
      </w:pPr>
      <w:r w:rsidRPr="007076F9">
        <w:rPr>
          <w:rFonts w:cs="Times New Roman"/>
          <w:b/>
          <w:sz w:val="22"/>
        </w:rPr>
        <w:t xml:space="preserve">Link-ul către planul de achiziții publice publicat: </w:t>
      </w:r>
      <w:r w:rsidRPr="007076F9">
        <w:rPr>
          <w:rFonts w:cs="Times New Roman"/>
          <w:sz w:val="22"/>
        </w:rPr>
        <w:t>https://ansp.md/achizitii/</w:t>
      </w:r>
    </w:p>
    <w:p w:rsidR="0022270F" w:rsidRPr="007076F9" w:rsidRDefault="00374C8A" w:rsidP="00531B9B">
      <w:pPr>
        <w:rPr>
          <w:rFonts w:cs="Times New Roman"/>
          <w:sz w:val="22"/>
        </w:rPr>
      </w:pPr>
      <w:r w:rsidRPr="007076F9">
        <w:rPr>
          <w:rFonts w:cs="Times New Roman"/>
          <w:b/>
          <w:sz w:val="22"/>
        </w:rPr>
        <w:t xml:space="preserve">1. Denumirea autorității contractante: </w:t>
      </w:r>
      <w:r w:rsidRPr="007076F9">
        <w:rPr>
          <w:rFonts w:cs="Times New Roman"/>
          <w:sz w:val="22"/>
        </w:rPr>
        <w:t>Agenția Națională pentru Sănătate Publică</w:t>
      </w:r>
    </w:p>
    <w:p w:rsidR="0022270F" w:rsidRPr="007076F9" w:rsidRDefault="00374C8A" w:rsidP="00531B9B">
      <w:pPr>
        <w:rPr>
          <w:rFonts w:cs="Times New Roman"/>
          <w:sz w:val="22"/>
        </w:rPr>
      </w:pPr>
      <w:r w:rsidRPr="007076F9">
        <w:rPr>
          <w:rFonts w:cs="Times New Roman"/>
          <w:b/>
          <w:sz w:val="22"/>
        </w:rPr>
        <w:t xml:space="preserve">2. IDNO: </w:t>
      </w:r>
      <w:r w:rsidRPr="007076F9">
        <w:rPr>
          <w:rFonts w:cs="Times New Roman"/>
          <w:sz w:val="22"/>
        </w:rPr>
        <w:t>1018601000021</w:t>
      </w:r>
    </w:p>
    <w:p w:rsidR="0022270F" w:rsidRPr="007076F9" w:rsidRDefault="00374C8A" w:rsidP="00531B9B">
      <w:pPr>
        <w:rPr>
          <w:rFonts w:cs="Times New Roman"/>
          <w:sz w:val="22"/>
        </w:rPr>
      </w:pPr>
      <w:r w:rsidRPr="007076F9">
        <w:rPr>
          <w:rFonts w:cs="Times New Roman"/>
          <w:b/>
          <w:sz w:val="22"/>
        </w:rPr>
        <w:t xml:space="preserve">3. Adresa: </w:t>
      </w:r>
      <w:r w:rsidRPr="007076F9">
        <w:rPr>
          <w:rFonts w:cs="Times New Roman"/>
          <w:sz w:val="22"/>
        </w:rPr>
        <w:t>mun. Chișinău, str. Gh. Asachi, 67 A</w:t>
      </w:r>
    </w:p>
    <w:p w:rsidR="0022270F" w:rsidRPr="007076F9" w:rsidRDefault="00374C8A" w:rsidP="00531B9B">
      <w:pPr>
        <w:rPr>
          <w:rFonts w:cs="Times New Roman"/>
          <w:bCs/>
          <w:sz w:val="22"/>
        </w:rPr>
      </w:pPr>
      <w:r w:rsidRPr="007076F9">
        <w:rPr>
          <w:rFonts w:cs="Times New Roman"/>
          <w:b/>
          <w:sz w:val="22"/>
        </w:rPr>
        <w:t xml:space="preserve">4. Numărul de telefon/fax: </w:t>
      </w:r>
      <w:r w:rsidR="008D1020" w:rsidRPr="007076F9">
        <w:rPr>
          <w:rFonts w:cs="Times New Roman"/>
          <w:bCs/>
          <w:sz w:val="22"/>
        </w:rPr>
        <w:t>067108593</w:t>
      </w:r>
    </w:p>
    <w:p w:rsidR="0022270F" w:rsidRPr="007076F9" w:rsidRDefault="00374C8A" w:rsidP="00531B9B">
      <w:pPr>
        <w:rPr>
          <w:rFonts w:cs="Times New Roman"/>
          <w:sz w:val="22"/>
        </w:rPr>
      </w:pPr>
      <w:r w:rsidRPr="007076F9">
        <w:rPr>
          <w:rFonts w:cs="Times New Roman"/>
          <w:b/>
          <w:sz w:val="22"/>
        </w:rPr>
        <w:t xml:space="preserve">5. Adresa de e-mail și pagina web oficială a autorității contractante: </w:t>
      </w:r>
      <w:r w:rsidRPr="007076F9">
        <w:rPr>
          <w:rFonts w:cs="Times New Roman"/>
          <w:sz w:val="22"/>
        </w:rPr>
        <w:t>achizitii@ansp.gov.md; www.ansp.md</w:t>
      </w:r>
    </w:p>
    <w:p w:rsidR="0022270F" w:rsidRPr="007076F9" w:rsidRDefault="00374C8A" w:rsidP="00531B9B">
      <w:pPr>
        <w:rPr>
          <w:rFonts w:cs="Times New Roman"/>
          <w:sz w:val="22"/>
        </w:rPr>
      </w:pPr>
      <w:r w:rsidRPr="007076F9">
        <w:rPr>
          <w:rFonts w:cs="Times New Roman"/>
          <w:b/>
          <w:sz w:val="22"/>
        </w:rPr>
        <w:t xml:space="preserve">6. Adresa de e-mail sau pagina web oficială de la care se va putea obține accesul la documentația de atribuire: </w:t>
      </w:r>
      <w:r w:rsidRPr="007076F9">
        <w:rPr>
          <w:rFonts w:cs="Times New Roman"/>
          <w:sz w:val="22"/>
        </w:rPr>
        <w:t>documentația de atribuire este anexată în cadrul procedurii în SIA RSAP</w:t>
      </w:r>
    </w:p>
    <w:p w:rsidR="0022270F" w:rsidRPr="007076F9" w:rsidRDefault="00374C8A" w:rsidP="00531B9B">
      <w:pPr>
        <w:rPr>
          <w:rFonts w:cs="Times New Roman"/>
          <w:sz w:val="22"/>
        </w:rPr>
      </w:pPr>
      <w:r w:rsidRPr="007076F9">
        <w:rPr>
          <w:rFonts w:cs="Times New Roman"/>
          <w:b/>
          <w:sz w:val="22"/>
        </w:rPr>
        <w:t xml:space="preserve">7. Tipul autorității contractante și obiectul principal de activitate: </w:t>
      </w:r>
      <w:r w:rsidRPr="007076F9">
        <w:rPr>
          <w:rFonts w:cs="Times New Roman"/>
          <w:sz w:val="22"/>
        </w:rPr>
        <w:t>Autoritate administrativă subordonată Ministerului Sănătății al RM.</w:t>
      </w:r>
    </w:p>
    <w:p w:rsidR="0022270F" w:rsidRPr="007076F9" w:rsidRDefault="00374C8A" w:rsidP="00531B9B">
      <w:pPr>
        <w:rPr>
          <w:rFonts w:cs="Times New Roman"/>
          <w:b/>
          <w:sz w:val="22"/>
        </w:rPr>
      </w:pPr>
      <w:r w:rsidRPr="007076F9">
        <w:rPr>
          <w:rFonts w:cs="Times New Roman"/>
          <w:sz w:val="22"/>
        </w:rPr>
        <w:t>8. Agenția Națională pentru Sănătate Publică invită operatorii economici interesați, care îi pot satisface necesitățile, să participe la procedura de achiziție privind livrarea următoarelor bunuri:</w:t>
      </w:r>
    </w:p>
    <w:p w:rsidR="000B6594" w:rsidRPr="007076F9" w:rsidRDefault="000B6594" w:rsidP="00531B9B">
      <w:pPr>
        <w:rPr>
          <w:rFonts w:cs="Times New Roman"/>
          <w:sz w:val="22"/>
        </w:rPr>
      </w:pPr>
    </w:p>
    <w:tbl>
      <w:tblPr>
        <w:tblW w:w="1005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21"/>
        <w:gridCol w:w="1256"/>
        <w:gridCol w:w="2135"/>
        <w:gridCol w:w="1023"/>
        <w:gridCol w:w="1206"/>
        <w:gridCol w:w="2276"/>
        <w:gridCol w:w="1072"/>
      </w:tblGrid>
      <w:tr w:rsidR="00811206" w:rsidRPr="007076F9" w:rsidTr="00DB17FC">
        <w:trPr>
          <w:cantSplit/>
          <w:trHeight w:val="1716"/>
          <w:tblHeader/>
          <w:jc w:val="center"/>
        </w:trPr>
        <w:tc>
          <w:tcPr>
            <w:tcW w:w="1088" w:type="dxa"/>
            <w:shd w:val="clear" w:color="auto" w:fill="FFFFFF"/>
            <w:vAlign w:val="center"/>
          </w:tcPr>
          <w:p w:rsidR="00811206" w:rsidRPr="007076F9" w:rsidRDefault="00811206" w:rsidP="00531B9B">
            <w:pPr>
              <w:rPr>
                <w:rFonts w:cs="Times New Roman"/>
                <w:b/>
                <w:bCs/>
                <w:sz w:val="22"/>
              </w:rPr>
            </w:pPr>
            <w:r w:rsidRPr="007076F9">
              <w:rPr>
                <w:rFonts w:cs="Times New Roman"/>
                <w:b/>
                <w:bCs/>
                <w:sz w:val="22"/>
              </w:rPr>
              <w:t>Nr. d/o</w:t>
            </w:r>
          </w:p>
        </w:tc>
        <w:tc>
          <w:tcPr>
            <w:tcW w:w="652" w:type="dxa"/>
            <w:shd w:val="clear" w:color="auto" w:fill="FFFFFF"/>
            <w:vAlign w:val="center"/>
          </w:tcPr>
          <w:p w:rsidR="00811206" w:rsidRPr="007076F9" w:rsidRDefault="00811206" w:rsidP="00531B9B">
            <w:pPr>
              <w:rPr>
                <w:rFonts w:cs="Times New Roman"/>
                <w:b/>
                <w:bCs/>
                <w:sz w:val="22"/>
              </w:rPr>
            </w:pPr>
            <w:r w:rsidRPr="007076F9">
              <w:rPr>
                <w:rFonts w:cs="Times New Roman"/>
                <w:b/>
                <w:bCs/>
                <w:sz w:val="22"/>
              </w:rPr>
              <w:t>Cod CPV</w:t>
            </w:r>
          </w:p>
        </w:tc>
        <w:tc>
          <w:tcPr>
            <w:tcW w:w="2065" w:type="dxa"/>
            <w:shd w:val="clear" w:color="auto" w:fill="FFFFFF"/>
            <w:vAlign w:val="center"/>
          </w:tcPr>
          <w:p w:rsidR="00811206" w:rsidRPr="007076F9" w:rsidRDefault="00811206" w:rsidP="00531B9B">
            <w:pPr>
              <w:rPr>
                <w:rFonts w:cs="Times New Roman"/>
                <w:b/>
                <w:bCs/>
                <w:sz w:val="22"/>
              </w:rPr>
            </w:pPr>
            <w:r w:rsidRPr="007076F9">
              <w:rPr>
                <w:rFonts w:cs="Times New Roman"/>
                <w:b/>
                <w:bCs/>
                <w:sz w:val="22"/>
              </w:rPr>
              <w:t>Denumirea bunurilor/serviciilor solicitate</w:t>
            </w:r>
          </w:p>
        </w:tc>
        <w:tc>
          <w:tcPr>
            <w:tcW w:w="994" w:type="dxa"/>
            <w:shd w:val="clear" w:color="auto" w:fill="FFFFFF"/>
            <w:vAlign w:val="center"/>
          </w:tcPr>
          <w:p w:rsidR="00811206" w:rsidRPr="007076F9" w:rsidRDefault="00811206" w:rsidP="00531B9B">
            <w:pPr>
              <w:rPr>
                <w:rFonts w:cs="Times New Roman"/>
                <w:b/>
                <w:bCs/>
                <w:sz w:val="22"/>
              </w:rPr>
            </w:pPr>
            <w:r w:rsidRPr="007076F9">
              <w:rPr>
                <w:rFonts w:cs="Times New Roman"/>
                <w:b/>
                <w:bCs/>
                <w:sz w:val="22"/>
              </w:rPr>
              <w:t>Unitatea de măsură</w:t>
            </w:r>
          </w:p>
        </w:tc>
        <w:tc>
          <w:tcPr>
            <w:tcW w:w="1170" w:type="dxa"/>
            <w:shd w:val="clear" w:color="auto" w:fill="FFFFFF"/>
            <w:vAlign w:val="center"/>
          </w:tcPr>
          <w:p w:rsidR="00811206" w:rsidRPr="007076F9" w:rsidRDefault="00811206" w:rsidP="00531B9B">
            <w:pPr>
              <w:rPr>
                <w:rFonts w:cs="Times New Roman"/>
                <w:b/>
                <w:bCs/>
                <w:sz w:val="22"/>
              </w:rPr>
            </w:pPr>
            <w:r w:rsidRPr="007076F9">
              <w:rPr>
                <w:rFonts w:cs="Times New Roman"/>
                <w:b/>
                <w:bCs/>
                <w:sz w:val="22"/>
              </w:rPr>
              <w:t>Cantitatea</w:t>
            </w:r>
          </w:p>
        </w:tc>
        <w:tc>
          <w:tcPr>
            <w:tcW w:w="2329" w:type="dxa"/>
            <w:shd w:val="clear" w:color="auto" w:fill="FFFFFF"/>
            <w:vAlign w:val="center"/>
          </w:tcPr>
          <w:p w:rsidR="00811206" w:rsidRPr="007076F9" w:rsidRDefault="00811206" w:rsidP="00531B9B">
            <w:pPr>
              <w:rPr>
                <w:rFonts w:cs="Times New Roman"/>
                <w:b/>
                <w:bCs/>
                <w:sz w:val="22"/>
              </w:rPr>
            </w:pPr>
            <w:r w:rsidRPr="007076F9">
              <w:rPr>
                <w:rFonts w:cs="Times New Roman"/>
                <w:b/>
                <w:bCs/>
                <w:sz w:val="22"/>
              </w:rPr>
              <w:t>Specificarea tehnică deplină solicitată, Standarde de referință</w:t>
            </w:r>
          </w:p>
        </w:tc>
        <w:tc>
          <w:tcPr>
            <w:tcW w:w="1759" w:type="dxa"/>
            <w:shd w:val="clear" w:color="auto" w:fill="FFFFFF"/>
            <w:vAlign w:val="center"/>
          </w:tcPr>
          <w:p w:rsidR="00811206" w:rsidRPr="007076F9" w:rsidRDefault="00811206" w:rsidP="00531B9B">
            <w:pPr>
              <w:rPr>
                <w:rFonts w:cs="Times New Roman"/>
                <w:b/>
                <w:bCs/>
                <w:sz w:val="22"/>
              </w:rPr>
            </w:pPr>
            <w:r w:rsidRPr="007076F9">
              <w:rPr>
                <w:rFonts w:cs="Times New Roman"/>
                <w:b/>
                <w:bCs/>
                <w:sz w:val="22"/>
              </w:rPr>
              <w:t>Valoarea estimată (se va indica pentru fiecare lot în parte)</w:t>
            </w:r>
          </w:p>
        </w:tc>
      </w:tr>
      <w:tr w:rsidR="0098480E" w:rsidRPr="007076F9" w:rsidTr="00DB17FC">
        <w:trPr>
          <w:cantSplit/>
          <w:jc w:val="center"/>
        </w:trPr>
        <w:tc>
          <w:tcPr>
            <w:tcW w:w="1088" w:type="dxa"/>
            <w:vAlign w:val="center"/>
          </w:tcPr>
          <w:p w:rsidR="004F177F" w:rsidRDefault="003C7DD0">
            <w:pPr>
              <w:rPr>
                <w:rFonts w:cs="Times New Roman"/>
                <w:sz w:val="22"/>
              </w:rPr>
            </w:pPr>
            <w:r>
              <w:rPr>
                <w:rFonts w:cs="Times New Roman"/>
                <w:sz w:val="22"/>
              </w:rPr>
              <w:t>Lotul 1</w:t>
            </w:r>
          </w:p>
        </w:tc>
        <w:tc>
          <w:tcPr>
            <w:tcW w:w="652" w:type="dxa"/>
            <w:vAlign w:val="center"/>
          </w:tcPr>
          <w:p w:rsidR="004F177F" w:rsidRDefault="003C7DD0">
            <w:pPr>
              <w:rPr>
                <w:rFonts w:cs="Times New Roman"/>
                <w:sz w:val="22"/>
              </w:rPr>
            </w:pPr>
            <w:r>
              <w:rPr>
                <w:rFonts w:cs="Times New Roman"/>
                <w:sz w:val="22"/>
              </w:rPr>
              <w:t>34300000-0</w:t>
            </w:r>
          </w:p>
        </w:tc>
        <w:tc>
          <w:tcPr>
            <w:tcW w:w="2065" w:type="dxa"/>
            <w:vAlign w:val="center"/>
          </w:tcPr>
          <w:p w:rsidR="004F177F" w:rsidRDefault="003C7DD0">
            <w:pPr>
              <w:rPr>
                <w:rFonts w:cs="Times New Roman"/>
                <w:sz w:val="22"/>
              </w:rPr>
            </w:pPr>
            <w:r>
              <w:rPr>
                <w:rFonts w:cs="Times New Roman"/>
                <w:sz w:val="22"/>
              </w:rPr>
              <w:t>Anvelope auto</w:t>
            </w:r>
          </w:p>
        </w:tc>
        <w:tc>
          <w:tcPr>
            <w:tcW w:w="994" w:type="dxa"/>
            <w:vAlign w:val="center"/>
          </w:tcPr>
          <w:p w:rsidR="004F177F" w:rsidRDefault="003C7DD0">
            <w:pPr>
              <w:rPr>
                <w:rFonts w:cs="Times New Roman"/>
                <w:sz w:val="22"/>
              </w:rPr>
            </w:pPr>
            <w:r>
              <w:rPr>
                <w:rFonts w:cs="Times New Roman"/>
                <w:sz w:val="22"/>
              </w:rPr>
              <w:t>buc.</w:t>
            </w:r>
          </w:p>
        </w:tc>
        <w:tc>
          <w:tcPr>
            <w:tcW w:w="1170" w:type="dxa"/>
            <w:vAlign w:val="center"/>
          </w:tcPr>
          <w:p w:rsidR="004F177F" w:rsidRDefault="003C7DD0">
            <w:pPr>
              <w:rPr>
                <w:rFonts w:cs="Times New Roman"/>
                <w:sz w:val="22"/>
              </w:rPr>
            </w:pPr>
            <w:r>
              <w:rPr>
                <w:rFonts w:cs="Times New Roman"/>
                <w:sz w:val="22"/>
              </w:rPr>
              <w:t>62</w:t>
            </w:r>
          </w:p>
        </w:tc>
        <w:tc>
          <w:tcPr>
            <w:tcW w:w="2329" w:type="dxa"/>
            <w:vAlign w:val="center"/>
          </w:tcPr>
          <w:p w:rsidR="004F177F" w:rsidRDefault="003C7DD0">
            <w:pPr>
              <w:rPr>
                <w:rFonts w:cs="Times New Roman"/>
                <w:sz w:val="22"/>
              </w:rPr>
            </w:pPr>
            <w:r>
              <w:rPr>
                <w:rFonts w:cs="Times New Roman"/>
                <w:sz w:val="22"/>
              </w:rPr>
              <w:t>Anvelope de vară și de iarnă pentru Dacia Logan, Dacia Duster, Dacia Sandero, Fiat Ducato și Chevrolet Orlando. Dimensiunile, indicii de aderență, consum și zgomot, standardele de referință, cerința DOT și garanția sunt indicate în caietul de sarcini.</w:t>
            </w:r>
          </w:p>
        </w:tc>
        <w:tc>
          <w:tcPr>
            <w:tcW w:w="1759" w:type="dxa"/>
            <w:vAlign w:val="center"/>
          </w:tcPr>
          <w:p w:rsidR="004F177F" w:rsidRDefault="003C7DD0">
            <w:pPr>
              <w:rPr>
                <w:rFonts w:cs="Times New Roman"/>
                <w:sz w:val="22"/>
              </w:rPr>
            </w:pPr>
            <w:r>
              <w:rPr>
                <w:rFonts w:cs="Times New Roman"/>
                <w:sz w:val="22"/>
              </w:rPr>
              <w:t>69 600,00 lei fără TVA</w:t>
            </w:r>
          </w:p>
        </w:tc>
      </w:tr>
      <w:tr w:rsidR="0098480E" w:rsidRPr="007076F9" w:rsidTr="00DB17FC">
        <w:trPr>
          <w:cantSplit/>
          <w:jc w:val="center"/>
        </w:trPr>
        <w:tc>
          <w:tcPr>
            <w:tcW w:w="1088" w:type="dxa"/>
            <w:vAlign w:val="center"/>
          </w:tcPr>
          <w:p w:rsidR="004F177F" w:rsidRDefault="003C7DD0">
            <w:pPr>
              <w:rPr>
                <w:rFonts w:cs="Times New Roman"/>
                <w:sz w:val="22"/>
              </w:rPr>
            </w:pPr>
            <w:r>
              <w:rPr>
                <w:rFonts w:cs="Times New Roman"/>
                <w:sz w:val="22"/>
              </w:rPr>
              <w:t>Lotul 2</w:t>
            </w:r>
          </w:p>
        </w:tc>
        <w:tc>
          <w:tcPr>
            <w:tcW w:w="652" w:type="dxa"/>
            <w:vAlign w:val="center"/>
          </w:tcPr>
          <w:p w:rsidR="004F177F" w:rsidRDefault="003C7DD0">
            <w:pPr>
              <w:rPr>
                <w:rFonts w:cs="Times New Roman"/>
                <w:sz w:val="22"/>
              </w:rPr>
            </w:pPr>
            <w:r>
              <w:t>34300000-0</w:t>
            </w:r>
          </w:p>
        </w:tc>
        <w:tc>
          <w:tcPr>
            <w:tcW w:w="2065" w:type="dxa"/>
            <w:vAlign w:val="center"/>
          </w:tcPr>
          <w:p w:rsidR="004F177F" w:rsidRDefault="003C7DD0">
            <w:pPr>
              <w:rPr>
                <w:rFonts w:cs="Times New Roman"/>
                <w:sz w:val="22"/>
              </w:rPr>
            </w:pPr>
            <w:r>
              <w:rPr>
                <w:rFonts w:cs="Times New Roman"/>
                <w:sz w:val="22"/>
              </w:rPr>
              <w:t>Acumulatoare auto de 75 Ah</w:t>
            </w:r>
          </w:p>
        </w:tc>
        <w:tc>
          <w:tcPr>
            <w:tcW w:w="994" w:type="dxa"/>
            <w:vAlign w:val="center"/>
          </w:tcPr>
          <w:p w:rsidR="004F177F" w:rsidRDefault="003C7DD0">
            <w:pPr>
              <w:rPr>
                <w:rFonts w:cs="Times New Roman"/>
                <w:sz w:val="22"/>
              </w:rPr>
            </w:pPr>
            <w:r>
              <w:rPr>
                <w:rFonts w:cs="Times New Roman"/>
                <w:sz w:val="22"/>
              </w:rPr>
              <w:t>buc.</w:t>
            </w:r>
          </w:p>
        </w:tc>
        <w:tc>
          <w:tcPr>
            <w:tcW w:w="1170" w:type="dxa"/>
            <w:vAlign w:val="center"/>
          </w:tcPr>
          <w:p w:rsidR="004F177F" w:rsidRDefault="003C7DD0">
            <w:pPr>
              <w:rPr>
                <w:rFonts w:cs="Times New Roman"/>
                <w:sz w:val="22"/>
              </w:rPr>
            </w:pPr>
            <w:r>
              <w:rPr>
                <w:rFonts w:cs="Times New Roman"/>
                <w:sz w:val="22"/>
              </w:rPr>
              <w:t>4</w:t>
            </w:r>
          </w:p>
        </w:tc>
        <w:tc>
          <w:tcPr>
            <w:tcW w:w="2329" w:type="dxa"/>
            <w:vAlign w:val="center"/>
          </w:tcPr>
          <w:p w:rsidR="004F177F" w:rsidRDefault="003C7DD0">
            <w:pPr>
              <w:rPr>
                <w:rFonts w:cs="Times New Roman"/>
                <w:sz w:val="22"/>
              </w:rPr>
            </w:pPr>
            <w:r>
              <w:rPr>
                <w:rFonts w:cs="Times New Roman"/>
                <w:sz w:val="22"/>
              </w:rPr>
              <w:t>Tensiune 12 V; capacitate 75 Ah; curent de pornire minimum 680 A; polaritate normală; dimensiuni și standarde conform caietului de sarcini; anul producerii 2026; garanție minimum 24 de luni.</w:t>
            </w:r>
          </w:p>
        </w:tc>
        <w:tc>
          <w:tcPr>
            <w:tcW w:w="1759" w:type="dxa"/>
            <w:vAlign w:val="center"/>
          </w:tcPr>
          <w:p w:rsidR="004F177F" w:rsidRDefault="003C7DD0">
            <w:pPr>
              <w:rPr>
                <w:rFonts w:cs="Times New Roman"/>
                <w:sz w:val="22"/>
              </w:rPr>
            </w:pPr>
            <w:r>
              <w:rPr>
                <w:rFonts w:cs="Times New Roman"/>
                <w:sz w:val="22"/>
              </w:rPr>
              <w:t>6 500,00 lei fără TVA</w:t>
            </w:r>
          </w:p>
        </w:tc>
      </w:tr>
      <w:tr w:rsidR="0098480E" w:rsidRPr="007076F9" w:rsidTr="00DB17FC">
        <w:trPr>
          <w:cantSplit/>
          <w:jc w:val="center"/>
        </w:trPr>
        <w:tc>
          <w:tcPr>
            <w:tcW w:w="1088" w:type="dxa"/>
            <w:vAlign w:val="center"/>
          </w:tcPr>
          <w:p w:rsidR="004F177F" w:rsidRDefault="003C7DD0">
            <w:pPr>
              <w:rPr>
                <w:rFonts w:cs="Times New Roman"/>
                <w:sz w:val="22"/>
              </w:rPr>
            </w:pPr>
            <w:r>
              <w:rPr>
                <w:rFonts w:cs="Times New Roman"/>
                <w:sz w:val="22"/>
              </w:rPr>
              <w:lastRenderedPageBreak/>
              <w:t>Lotul 3</w:t>
            </w:r>
          </w:p>
        </w:tc>
        <w:tc>
          <w:tcPr>
            <w:tcW w:w="652" w:type="dxa"/>
            <w:vAlign w:val="center"/>
          </w:tcPr>
          <w:p w:rsidR="004F177F" w:rsidRDefault="003C7DD0">
            <w:pPr>
              <w:rPr>
                <w:rFonts w:cs="Times New Roman"/>
                <w:sz w:val="22"/>
              </w:rPr>
            </w:pPr>
            <w:r>
              <w:t>34300000-0</w:t>
            </w:r>
          </w:p>
        </w:tc>
        <w:tc>
          <w:tcPr>
            <w:tcW w:w="2065" w:type="dxa"/>
            <w:vAlign w:val="center"/>
          </w:tcPr>
          <w:p w:rsidR="004F177F" w:rsidRDefault="003C7DD0">
            <w:pPr>
              <w:rPr>
                <w:rFonts w:cs="Times New Roman"/>
                <w:sz w:val="22"/>
              </w:rPr>
            </w:pPr>
            <w:r>
              <w:rPr>
                <w:rFonts w:cs="Times New Roman"/>
                <w:sz w:val="22"/>
              </w:rPr>
              <w:t>Acumulatoare auto pentru vehiculele indicate</w:t>
            </w:r>
          </w:p>
        </w:tc>
        <w:tc>
          <w:tcPr>
            <w:tcW w:w="994" w:type="dxa"/>
            <w:vAlign w:val="center"/>
          </w:tcPr>
          <w:p w:rsidR="004F177F" w:rsidRDefault="003C7DD0">
            <w:pPr>
              <w:rPr>
                <w:rFonts w:cs="Times New Roman"/>
                <w:sz w:val="22"/>
              </w:rPr>
            </w:pPr>
            <w:r>
              <w:rPr>
                <w:rFonts w:cs="Times New Roman"/>
                <w:sz w:val="22"/>
              </w:rPr>
              <w:t>buc.</w:t>
            </w:r>
          </w:p>
        </w:tc>
        <w:tc>
          <w:tcPr>
            <w:tcW w:w="1170" w:type="dxa"/>
            <w:vAlign w:val="center"/>
          </w:tcPr>
          <w:p w:rsidR="004F177F" w:rsidRDefault="003C7DD0">
            <w:pPr>
              <w:rPr>
                <w:rFonts w:cs="Times New Roman"/>
                <w:sz w:val="22"/>
              </w:rPr>
            </w:pPr>
            <w:r>
              <w:rPr>
                <w:rFonts w:cs="Times New Roman"/>
                <w:sz w:val="22"/>
              </w:rPr>
              <w:t>23</w:t>
            </w:r>
          </w:p>
        </w:tc>
        <w:tc>
          <w:tcPr>
            <w:tcW w:w="2329" w:type="dxa"/>
            <w:vAlign w:val="center"/>
          </w:tcPr>
          <w:p w:rsidR="004F177F" w:rsidRDefault="003C7DD0">
            <w:pPr>
              <w:rPr>
                <w:rFonts w:cs="Times New Roman"/>
                <w:sz w:val="22"/>
              </w:rPr>
            </w:pPr>
            <w:r>
              <w:rPr>
                <w:rFonts w:cs="Times New Roman"/>
                <w:sz w:val="22"/>
              </w:rPr>
              <w:t>Acumulatoare pentru Mitsubishi L-300, Dacia Logan și Dacia Duster, inclusiv tip AGM pentru sistem Start-Stop. Caracteristicile, dimensiunile, codurile VIN și standardele sunt indicate în caietul de sarcini; anul producerii 2026; garanție minimum 24 de luni.</w:t>
            </w:r>
          </w:p>
        </w:tc>
        <w:tc>
          <w:tcPr>
            <w:tcW w:w="1759" w:type="dxa"/>
            <w:vAlign w:val="center"/>
          </w:tcPr>
          <w:p w:rsidR="004F177F" w:rsidRDefault="003C7DD0">
            <w:pPr>
              <w:rPr>
                <w:rFonts w:cs="Times New Roman"/>
                <w:sz w:val="22"/>
              </w:rPr>
            </w:pPr>
            <w:r>
              <w:rPr>
                <w:rFonts w:cs="Times New Roman"/>
                <w:sz w:val="22"/>
              </w:rPr>
              <w:t>38 000,00 lei fără TVA</w:t>
            </w:r>
          </w:p>
        </w:tc>
      </w:tr>
      <w:tr w:rsidR="0098480E" w:rsidRPr="007076F9" w:rsidTr="00DB17FC">
        <w:trPr>
          <w:cantSplit/>
          <w:jc w:val="center"/>
        </w:trPr>
        <w:tc>
          <w:tcPr>
            <w:tcW w:w="1088" w:type="dxa"/>
            <w:vAlign w:val="center"/>
          </w:tcPr>
          <w:p w:rsidR="004F177F" w:rsidRDefault="003C7DD0">
            <w:pPr>
              <w:rPr>
                <w:rFonts w:cs="Times New Roman"/>
                <w:sz w:val="22"/>
              </w:rPr>
            </w:pPr>
            <w:r>
              <w:rPr>
                <w:rFonts w:cs="Times New Roman"/>
                <w:sz w:val="22"/>
              </w:rPr>
              <w:t>Lotul 4</w:t>
            </w:r>
          </w:p>
        </w:tc>
        <w:tc>
          <w:tcPr>
            <w:tcW w:w="652" w:type="dxa"/>
            <w:vAlign w:val="center"/>
          </w:tcPr>
          <w:p w:rsidR="004F177F" w:rsidRDefault="003C7DD0">
            <w:pPr>
              <w:rPr>
                <w:rFonts w:cs="Times New Roman"/>
                <w:sz w:val="22"/>
              </w:rPr>
            </w:pPr>
            <w:r>
              <w:t>34300000-0</w:t>
            </w:r>
          </w:p>
        </w:tc>
        <w:tc>
          <w:tcPr>
            <w:tcW w:w="2065" w:type="dxa"/>
            <w:vAlign w:val="center"/>
          </w:tcPr>
          <w:p w:rsidR="004F177F" w:rsidRDefault="003C7DD0">
            <w:pPr>
              <w:rPr>
                <w:rFonts w:cs="Times New Roman"/>
                <w:sz w:val="22"/>
              </w:rPr>
            </w:pPr>
            <w:r>
              <w:rPr>
                <w:rFonts w:cs="Times New Roman"/>
                <w:sz w:val="22"/>
              </w:rPr>
              <w:t>Jante din tablă pentru Dacia Sandero</w:t>
            </w:r>
          </w:p>
        </w:tc>
        <w:tc>
          <w:tcPr>
            <w:tcW w:w="994" w:type="dxa"/>
            <w:vAlign w:val="center"/>
          </w:tcPr>
          <w:p w:rsidR="004F177F" w:rsidRDefault="003C7DD0">
            <w:pPr>
              <w:rPr>
                <w:rFonts w:cs="Times New Roman"/>
                <w:sz w:val="22"/>
              </w:rPr>
            </w:pPr>
            <w:r>
              <w:rPr>
                <w:rFonts w:cs="Times New Roman"/>
                <w:sz w:val="22"/>
              </w:rPr>
              <w:t>buc.</w:t>
            </w:r>
          </w:p>
        </w:tc>
        <w:tc>
          <w:tcPr>
            <w:tcW w:w="1170" w:type="dxa"/>
            <w:vAlign w:val="center"/>
          </w:tcPr>
          <w:p w:rsidR="004F177F" w:rsidRDefault="003C7DD0">
            <w:pPr>
              <w:rPr>
                <w:rFonts w:cs="Times New Roman"/>
                <w:sz w:val="22"/>
              </w:rPr>
            </w:pPr>
            <w:r>
              <w:rPr>
                <w:rFonts w:cs="Times New Roman"/>
                <w:sz w:val="22"/>
              </w:rPr>
              <w:t>8</w:t>
            </w:r>
          </w:p>
        </w:tc>
        <w:tc>
          <w:tcPr>
            <w:tcW w:w="2329" w:type="dxa"/>
            <w:vAlign w:val="center"/>
          </w:tcPr>
          <w:p w:rsidR="004F177F" w:rsidRDefault="003C7DD0">
            <w:pPr>
              <w:rPr>
                <w:rFonts w:cs="Times New Roman"/>
                <w:sz w:val="22"/>
              </w:rPr>
            </w:pPr>
            <w:r>
              <w:rPr>
                <w:rFonts w:cs="Times New Roman"/>
                <w:sz w:val="22"/>
              </w:rPr>
              <w:t>Jante din tablă pentru Dacia Sandero, VIN UU1DJF00169221501, anul 2022: 16, ET37, 6J/16H2, 4/100; standardele de referință și garanția sunt indicate în caietul de sarcini.</w:t>
            </w:r>
          </w:p>
        </w:tc>
        <w:tc>
          <w:tcPr>
            <w:tcW w:w="1759" w:type="dxa"/>
            <w:vAlign w:val="center"/>
          </w:tcPr>
          <w:p w:rsidR="004F177F" w:rsidRDefault="003C7DD0">
            <w:pPr>
              <w:rPr>
                <w:rFonts w:cs="Times New Roman"/>
                <w:sz w:val="22"/>
              </w:rPr>
            </w:pPr>
            <w:r>
              <w:rPr>
                <w:rFonts w:cs="Times New Roman"/>
                <w:sz w:val="22"/>
              </w:rPr>
              <w:t>10 900,00 lei fără TVA</w:t>
            </w:r>
          </w:p>
        </w:tc>
      </w:tr>
      <w:tr w:rsidR="0098480E" w:rsidRPr="007076F9" w:rsidTr="00DB17FC">
        <w:trPr>
          <w:cantSplit/>
          <w:jc w:val="center"/>
        </w:trPr>
        <w:tc>
          <w:tcPr>
            <w:tcW w:w="1088" w:type="dxa"/>
            <w:vAlign w:val="center"/>
          </w:tcPr>
          <w:p w:rsidR="004F177F" w:rsidRDefault="003C7DD0">
            <w:pPr>
              <w:rPr>
                <w:rFonts w:cs="Times New Roman"/>
                <w:sz w:val="22"/>
              </w:rPr>
            </w:pPr>
            <w:r>
              <w:rPr>
                <w:rFonts w:cs="Times New Roman"/>
                <w:sz w:val="22"/>
              </w:rPr>
              <w:t>Valoarea estimativă totală</w:t>
            </w:r>
          </w:p>
        </w:tc>
        <w:tc>
          <w:tcPr>
            <w:tcW w:w="652" w:type="dxa"/>
            <w:vAlign w:val="center"/>
          </w:tcPr>
          <w:p w:rsidR="0098480E" w:rsidRPr="007076F9" w:rsidRDefault="0098480E" w:rsidP="00531B9B">
            <w:pPr>
              <w:rPr>
                <w:rFonts w:cs="Times New Roman"/>
                <w:sz w:val="22"/>
              </w:rPr>
            </w:pPr>
          </w:p>
        </w:tc>
        <w:tc>
          <w:tcPr>
            <w:tcW w:w="2065" w:type="dxa"/>
            <w:vAlign w:val="center"/>
          </w:tcPr>
          <w:p w:rsidR="004F177F" w:rsidRDefault="003C7DD0">
            <w:pPr>
              <w:rPr>
                <w:rFonts w:cs="Times New Roman"/>
                <w:sz w:val="22"/>
              </w:rPr>
            </w:pPr>
            <w:r>
              <w:rPr>
                <w:rFonts w:cs="Times New Roman"/>
                <w:sz w:val="22"/>
              </w:rPr>
              <w:t>piese de schimb (anvelope, jante și acumulatoare) pentru transportul auto</w:t>
            </w:r>
          </w:p>
        </w:tc>
        <w:tc>
          <w:tcPr>
            <w:tcW w:w="994" w:type="dxa"/>
            <w:vAlign w:val="center"/>
          </w:tcPr>
          <w:p w:rsidR="0098480E" w:rsidRPr="007076F9" w:rsidRDefault="0098480E" w:rsidP="00531B9B">
            <w:pPr>
              <w:rPr>
                <w:rFonts w:cs="Times New Roman"/>
                <w:sz w:val="22"/>
              </w:rPr>
            </w:pPr>
          </w:p>
        </w:tc>
        <w:tc>
          <w:tcPr>
            <w:tcW w:w="1170" w:type="dxa"/>
            <w:vAlign w:val="center"/>
          </w:tcPr>
          <w:p w:rsidR="0098480E" w:rsidRPr="007076F9" w:rsidRDefault="0098480E" w:rsidP="00531B9B">
            <w:pPr>
              <w:rPr>
                <w:rFonts w:cs="Times New Roman"/>
                <w:sz w:val="22"/>
              </w:rPr>
            </w:pPr>
          </w:p>
        </w:tc>
        <w:tc>
          <w:tcPr>
            <w:tcW w:w="2329" w:type="dxa"/>
            <w:vAlign w:val="center"/>
          </w:tcPr>
          <w:p w:rsidR="0098480E" w:rsidRPr="007076F9" w:rsidRDefault="0098480E" w:rsidP="00531B9B">
            <w:pPr>
              <w:rPr>
                <w:rFonts w:cs="Times New Roman"/>
                <w:sz w:val="22"/>
              </w:rPr>
            </w:pPr>
          </w:p>
        </w:tc>
        <w:tc>
          <w:tcPr>
            <w:tcW w:w="1759" w:type="dxa"/>
            <w:vAlign w:val="center"/>
          </w:tcPr>
          <w:p w:rsidR="004F177F" w:rsidRDefault="003C7DD0">
            <w:pPr>
              <w:rPr>
                <w:rFonts w:cs="Times New Roman"/>
                <w:sz w:val="22"/>
              </w:rPr>
            </w:pPr>
            <w:r>
              <w:rPr>
                <w:rFonts w:cs="Times New Roman"/>
                <w:sz w:val="22"/>
              </w:rPr>
              <w:t>125 000,00 lei fără TVA</w:t>
            </w:r>
          </w:p>
        </w:tc>
      </w:tr>
    </w:tbl>
    <w:p w:rsidR="0022270F" w:rsidRPr="007076F9" w:rsidRDefault="00374C8A" w:rsidP="00531B9B">
      <w:pPr>
        <w:rPr>
          <w:rFonts w:cs="Times New Roman"/>
          <w:sz w:val="22"/>
        </w:rPr>
      </w:pPr>
      <w:r w:rsidRPr="007076F9">
        <w:rPr>
          <w:rFonts w:cs="Times New Roman"/>
          <w:b/>
          <w:sz w:val="22"/>
        </w:rPr>
        <w:t xml:space="preserve">9. În cazul procedurilor de preselecție se indică numărul minim al candidaților și, dacă este cazul, numărul maxim al acestora. </w:t>
      </w:r>
      <w:r w:rsidRPr="007076F9">
        <w:rPr>
          <w:rFonts w:cs="Times New Roman"/>
          <w:sz w:val="22"/>
        </w:rPr>
        <w:t>Nu se aplică.</w:t>
      </w:r>
    </w:p>
    <w:p w:rsidR="0022270F" w:rsidRPr="007076F9" w:rsidRDefault="00374C8A" w:rsidP="00531B9B">
      <w:pPr>
        <w:rPr>
          <w:rFonts w:cs="Times New Roman"/>
          <w:sz w:val="22"/>
        </w:rPr>
      </w:pPr>
      <w:r w:rsidRPr="007076F9">
        <w:rPr>
          <w:rFonts w:cs="Times New Roman"/>
          <w:sz w:val="22"/>
        </w:rPr>
        <w:t>10. În cazul în care contractul este împărțit pe loturi, un operator economic poate depune oferta: pentru un singur lot, pentru mai multe loturi sau pentru toate loturile.</w:t>
      </w:r>
    </w:p>
    <w:p w:rsidR="0022270F" w:rsidRPr="007076F9" w:rsidRDefault="00374C8A" w:rsidP="00531B9B">
      <w:pPr>
        <w:rPr>
          <w:rFonts w:cs="Times New Roman"/>
          <w:sz w:val="22"/>
        </w:rPr>
      </w:pPr>
      <w:r w:rsidRPr="007076F9">
        <w:rPr>
          <w:rFonts w:cs="Times New Roman"/>
          <w:b/>
          <w:sz w:val="22"/>
        </w:rPr>
        <w:t xml:space="preserve">11. Admiterea sau interzicerea ofertelor alternative: </w:t>
      </w:r>
      <w:r w:rsidRPr="007076F9">
        <w:rPr>
          <w:rFonts w:cs="Times New Roman"/>
          <w:sz w:val="22"/>
        </w:rPr>
        <w:t>nu se admit.</w:t>
      </w:r>
    </w:p>
    <w:p w:rsidR="0022270F" w:rsidRPr="007076F9" w:rsidRDefault="00374C8A" w:rsidP="00531B9B">
      <w:pPr>
        <w:rPr>
          <w:rFonts w:cs="Times New Roman"/>
          <w:sz w:val="22"/>
        </w:rPr>
      </w:pPr>
      <w:r w:rsidRPr="007076F9">
        <w:rPr>
          <w:rFonts w:cs="Times New Roman"/>
          <w:sz w:val="22"/>
        </w:rPr>
        <w:t>12. Termenii și condițiile de livrare/prestare/executare solicitați: livrarea integrală în maximum 60 de zile calendaristice de la data înregistrării contractului, la solicitarea și în condițiile stabilite de ANSP, la adresa: mun. Chișinău, str. Gheorghe Asachi, 67 A.</w:t>
      </w:r>
    </w:p>
    <w:p w:rsidR="0022270F" w:rsidRPr="007076F9" w:rsidRDefault="00374C8A" w:rsidP="00531B9B">
      <w:pPr>
        <w:rPr>
          <w:rFonts w:cs="Times New Roman"/>
          <w:sz w:val="22"/>
        </w:rPr>
      </w:pPr>
      <w:r w:rsidRPr="007076F9">
        <w:rPr>
          <w:rFonts w:cs="Times New Roman"/>
          <w:b/>
          <w:sz w:val="22"/>
        </w:rPr>
        <w:t xml:space="preserve">13. Termenul de valabilitate a contractului: </w:t>
      </w:r>
      <w:r w:rsidRPr="007076F9">
        <w:rPr>
          <w:rFonts w:cs="Times New Roman"/>
          <w:sz w:val="22"/>
        </w:rPr>
        <w:t>31.12.2026</w:t>
      </w:r>
    </w:p>
    <w:p w:rsidR="0022270F" w:rsidRPr="007076F9" w:rsidRDefault="00374C8A" w:rsidP="00531B9B">
      <w:pPr>
        <w:rPr>
          <w:rFonts w:cs="Times New Roman"/>
          <w:sz w:val="22"/>
        </w:rPr>
      </w:pPr>
      <w:r w:rsidRPr="007076F9">
        <w:rPr>
          <w:rFonts w:cs="Times New Roman"/>
          <w:b/>
          <w:sz w:val="22"/>
        </w:rPr>
        <w:t xml:space="preserve">14. Contract de achiziție rezervat atelierelor protejate sau că acesta poate fi executat numai în cadrul unor programe de angajare protejată: </w:t>
      </w:r>
      <w:r w:rsidRPr="007076F9">
        <w:rPr>
          <w:rFonts w:cs="Times New Roman"/>
          <w:sz w:val="22"/>
        </w:rPr>
        <w:t>Nu.</w:t>
      </w:r>
    </w:p>
    <w:p w:rsidR="0022270F" w:rsidRPr="007076F9" w:rsidRDefault="00374C8A" w:rsidP="00531B9B">
      <w:pPr>
        <w:rPr>
          <w:rFonts w:cs="Times New Roman"/>
          <w:sz w:val="22"/>
        </w:rPr>
      </w:pPr>
      <w:r w:rsidRPr="007076F9">
        <w:rPr>
          <w:rFonts w:cs="Times New Roman"/>
          <w:b/>
          <w:sz w:val="22"/>
        </w:rPr>
        <w:t xml:space="preserve">15. Prestarea serviciului/livrarea bunurilor este rezervată unei anumite profesii în temeiul unor legi sau acte administrative: </w:t>
      </w:r>
      <w:r w:rsidRPr="007076F9">
        <w:rPr>
          <w:rFonts w:cs="Times New Roman"/>
          <w:sz w:val="22"/>
        </w:rPr>
        <w:t>Nu se aplică.</w:t>
      </w:r>
    </w:p>
    <w:p w:rsidR="0022270F" w:rsidRPr="007076F9" w:rsidRDefault="00374C8A" w:rsidP="00531B9B">
      <w:pPr>
        <w:rPr>
          <w:rFonts w:cs="Times New Roman"/>
          <w:sz w:val="22"/>
        </w:rPr>
      </w:pPr>
      <w:r w:rsidRPr="007076F9">
        <w:rPr>
          <w:rFonts w:cs="Times New Roman"/>
          <w:b/>
          <w:sz w:val="22"/>
        </w:rPr>
        <w:t xml:space="preserve">16. Scurta descriere a criteriilor privind eligibilitatea operatorilor economici și a criteriilor de selecție; informațiile solicitate (DUAE, documentație):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621"/>
        <w:gridCol w:w="2795"/>
        <w:gridCol w:w="3764"/>
        <w:gridCol w:w="2159"/>
      </w:tblGrid>
      <w:tr w:rsidR="0022270F" w:rsidRPr="007076F9" w:rsidTr="007E7CF6">
        <w:trPr>
          <w:cantSplit/>
          <w:tblHeader/>
          <w:jc w:val="center"/>
        </w:trPr>
        <w:tc>
          <w:tcPr>
            <w:tcW w:w="701" w:type="dxa"/>
            <w:shd w:val="clear" w:color="auto" w:fill="FFFFFF"/>
            <w:vAlign w:val="center"/>
          </w:tcPr>
          <w:p w:rsidR="0022270F" w:rsidRPr="007076F9" w:rsidRDefault="00374C8A" w:rsidP="00531B9B">
            <w:pPr>
              <w:rPr>
                <w:rFonts w:cs="Times New Roman"/>
                <w:sz w:val="22"/>
              </w:rPr>
            </w:pPr>
            <w:r w:rsidRPr="007076F9">
              <w:rPr>
                <w:rFonts w:cs="Times New Roman"/>
                <w:sz w:val="22"/>
              </w:rPr>
              <w:t>Nr. d/o</w:t>
            </w:r>
          </w:p>
        </w:tc>
        <w:tc>
          <w:tcPr>
            <w:tcW w:w="2693" w:type="dxa"/>
            <w:shd w:val="clear" w:color="auto" w:fill="FFFFFF"/>
            <w:vAlign w:val="center"/>
          </w:tcPr>
          <w:p w:rsidR="0022270F" w:rsidRPr="007076F9" w:rsidRDefault="00374C8A" w:rsidP="00531B9B">
            <w:pPr>
              <w:rPr>
                <w:rFonts w:cs="Times New Roman"/>
                <w:sz w:val="22"/>
              </w:rPr>
            </w:pPr>
            <w:r w:rsidRPr="007076F9">
              <w:rPr>
                <w:rFonts w:cs="Times New Roman"/>
                <w:sz w:val="22"/>
              </w:rPr>
              <w:t>Descrierea criteriului/cerinței</w:t>
            </w:r>
          </w:p>
        </w:tc>
        <w:tc>
          <w:tcPr>
            <w:tcW w:w="5103" w:type="dxa"/>
            <w:shd w:val="clear" w:color="auto" w:fill="FFFFFF"/>
            <w:vAlign w:val="center"/>
          </w:tcPr>
          <w:p w:rsidR="0022270F" w:rsidRPr="007076F9" w:rsidRDefault="00374C8A" w:rsidP="00531B9B">
            <w:pPr>
              <w:rPr>
                <w:rFonts w:cs="Times New Roman"/>
                <w:sz w:val="22"/>
              </w:rPr>
            </w:pPr>
            <w:r w:rsidRPr="007076F9">
              <w:rPr>
                <w:rFonts w:cs="Times New Roman"/>
                <w:sz w:val="22"/>
              </w:rPr>
              <w:t>Mod de demonstrare a îndeplinirii criteriului/cerinței</w:t>
            </w:r>
          </w:p>
        </w:tc>
        <w:tc>
          <w:tcPr>
            <w:tcW w:w="1560" w:type="dxa"/>
            <w:shd w:val="clear" w:color="auto" w:fill="FFFFFF"/>
            <w:vAlign w:val="center"/>
          </w:tcPr>
          <w:p w:rsidR="0022270F" w:rsidRPr="007076F9" w:rsidRDefault="00374C8A" w:rsidP="00531B9B">
            <w:pPr>
              <w:rPr>
                <w:rFonts w:cs="Times New Roman"/>
                <w:sz w:val="22"/>
              </w:rPr>
            </w:pPr>
            <w:r w:rsidRPr="007076F9">
              <w:rPr>
                <w:rFonts w:cs="Times New Roman"/>
                <w:sz w:val="22"/>
              </w:rPr>
              <w:t>Nivelul minim/Obligativitatea</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DUAE</w:t>
            </w:r>
          </w:p>
        </w:tc>
        <w:tc>
          <w:tcPr>
            <w:tcW w:w="5103" w:type="dxa"/>
            <w:vAlign w:val="center"/>
          </w:tcPr>
          <w:p w:rsidR="004F177F" w:rsidRDefault="003C7DD0">
            <w:pPr>
              <w:rPr>
                <w:rFonts w:cs="Times New Roman"/>
                <w:sz w:val="22"/>
              </w:rPr>
            </w:pPr>
            <w:r>
              <w:rPr>
                <w:rFonts w:cs="Times New Roman"/>
                <w:sz w:val="22"/>
              </w:rPr>
              <w:t>Original. Completat și semnat electronic de către participant.</w:t>
            </w:r>
          </w:p>
        </w:tc>
        <w:tc>
          <w:tcPr>
            <w:tcW w:w="1560" w:type="dxa"/>
            <w:vAlign w:val="center"/>
          </w:tcPr>
          <w:p w:rsidR="004F177F" w:rsidRDefault="003C7DD0">
            <w:pPr>
              <w:rPr>
                <w:rFonts w:cs="Times New Roman"/>
                <w:sz w:val="22"/>
              </w:rPr>
            </w:pPr>
            <w:r>
              <w:rPr>
                <w:rFonts w:cs="Times New Roman"/>
                <w:sz w:val="22"/>
              </w:rPr>
              <w:t>Obligatoriu</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Specificații tehnice (anexa nr. 3)</w:t>
            </w:r>
          </w:p>
        </w:tc>
        <w:tc>
          <w:tcPr>
            <w:tcW w:w="5103" w:type="dxa"/>
            <w:vAlign w:val="center"/>
          </w:tcPr>
          <w:p w:rsidR="004F177F" w:rsidRDefault="003C7DD0">
            <w:pPr>
              <w:rPr>
                <w:rFonts w:cs="Times New Roman"/>
                <w:sz w:val="22"/>
              </w:rPr>
            </w:pPr>
            <w:r>
              <w:rPr>
                <w:rFonts w:cs="Times New Roman"/>
                <w:sz w:val="22"/>
              </w:rPr>
              <w:t>Original. Completate pentru loturile ofertate și semnate electronic de către participant.</w:t>
            </w:r>
          </w:p>
        </w:tc>
        <w:tc>
          <w:tcPr>
            <w:tcW w:w="1560" w:type="dxa"/>
            <w:vAlign w:val="center"/>
          </w:tcPr>
          <w:p w:rsidR="004F177F" w:rsidRDefault="003C7DD0">
            <w:pPr>
              <w:rPr>
                <w:rFonts w:cs="Times New Roman"/>
                <w:sz w:val="22"/>
              </w:rPr>
            </w:pPr>
            <w:r>
              <w:rPr>
                <w:rFonts w:cs="Times New Roman"/>
                <w:sz w:val="22"/>
              </w:rPr>
              <w:t>Obligatoriu</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Specificații de preț (anexa nr. 4)</w:t>
            </w:r>
          </w:p>
        </w:tc>
        <w:tc>
          <w:tcPr>
            <w:tcW w:w="5103" w:type="dxa"/>
            <w:vAlign w:val="center"/>
          </w:tcPr>
          <w:p w:rsidR="004F177F" w:rsidRDefault="003C7DD0">
            <w:pPr>
              <w:rPr>
                <w:rFonts w:cs="Times New Roman"/>
                <w:sz w:val="22"/>
              </w:rPr>
            </w:pPr>
            <w:r>
              <w:rPr>
                <w:rFonts w:cs="Times New Roman"/>
                <w:sz w:val="22"/>
              </w:rPr>
              <w:t>Original. Completate pentru loturile ofertate și semnate electronic de către participant. Ofertantul va indica toate informațiile solicitate cu privire la prețuri și condițiile comerciale aferente obiectului contractului.</w:t>
            </w:r>
          </w:p>
        </w:tc>
        <w:tc>
          <w:tcPr>
            <w:tcW w:w="1560" w:type="dxa"/>
            <w:vAlign w:val="center"/>
          </w:tcPr>
          <w:p w:rsidR="004F177F" w:rsidRDefault="003C7DD0">
            <w:pPr>
              <w:rPr>
                <w:rFonts w:cs="Times New Roman"/>
                <w:sz w:val="22"/>
              </w:rPr>
            </w:pPr>
            <w:r>
              <w:rPr>
                <w:rFonts w:cs="Times New Roman"/>
                <w:sz w:val="22"/>
              </w:rPr>
              <w:t>Obligatoriu</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Cerere de participare (anexa nr. 1)</w:t>
            </w:r>
          </w:p>
        </w:tc>
        <w:tc>
          <w:tcPr>
            <w:tcW w:w="5103" w:type="dxa"/>
            <w:vAlign w:val="center"/>
          </w:tcPr>
          <w:p w:rsidR="004F177F" w:rsidRDefault="003C7DD0">
            <w:pPr>
              <w:rPr>
                <w:rFonts w:cs="Times New Roman"/>
                <w:sz w:val="22"/>
              </w:rPr>
            </w:pPr>
            <w:r>
              <w:rPr>
                <w:rFonts w:cs="Times New Roman"/>
                <w:sz w:val="22"/>
              </w:rPr>
              <w:t>Original. Semnat electronic de către participant.</w:t>
            </w:r>
          </w:p>
        </w:tc>
        <w:tc>
          <w:tcPr>
            <w:tcW w:w="1560" w:type="dxa"/>
            <w:vAlign w:val="center"/>
          </w:tcPr>
          <w:p w:rsidR="004F177F" w:rsidRDefault="003C7DD0">
            <w:pPr>
              <w:rPr>
                <w:rFonts w:cs="Times New Roman"/>
                <w:sz w:val="22"/>
              </w:rPr>
            </w:pPr>
            <w:r>
              <w:rPr>
                <w:rFonts w:cs="Times New Roman"/>
                <w:sz w:val="22"/>
              </w:rPr>
              <w:t>Obligatoriu*</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Declarație privind valabilitatea ofertei (anexa nr. 6)</w:t>
            </w:r>
          </w:p>
        </w:tc>
        <w:tc>
          <w:tcPr>
            <w:tcW w:w="5103" w:type="dxa"/>
            <w:vAlign w:val="center"/>
          </w:tcPr>
          <w:p w:rsidR="004F177F" w:rsidRDefault="003C7DD0">
            <w:pPr>
              <w:rPr>
                <w:rFonts w:cs="Times New Roman"/>
                <w:sz w:val="22"/>
              </w:rPr>
            </w:pPr>
            <w:r>
              <w:rPr>
                <w:rFonts w:cs="Times New Roman"/>
                <w:sz w:val="22"/>
              </w:rPr>
              <w:t>Original. Semnat electronic de către participant. Oferta va fi valabilă 60 de zile.</w:t>
            </w:r>
          </w:p>
        </w:tc>
        <w:tc>
          <w:tcPr>
            <w:tcW w:w="1560" w:type="dxa"/>
            <w:vAlign w:val="center"/>
          </w:tcPr>
          <w:p w:rsidR="004F177F" w:rsidRDefault="003C7DD0">
            <w:pPr>
              <w:rPr>
                <w:rFonts w:cs="Times New Roman"/>
                <w:sz w:val="22"/>
              </w:rPr>
            </w:pPr>
            <w:r>
              <w:rPr>
                <w:rFonts w:cs="Times New Roman"/>
                <w:sz w:val="22"/>
              </w:rPr>
              <w:t>Obligatoriu*</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Certificat de atribuire a contului bancar, eliberat de banca deținătoare</w:t>
            </w:r>
          </w:p>
        </w:tc>
        <w:tc>
          <w:tcPr>
            <w:tcW w:w="5103" w:type="dxa"/>
            <w:vAlign w:val="center"/>
          </w:tcPr>
          <w:p w:rsidR="004F177F" w:rsidRDefault="003C7DD0">
            <w:pPr>
              <w:rPr>
                <w:rFonts w:cs="Times New Roman"/>
                <w:sz w:val="22"/>
              </w:rPr>
            </w:pPr>
            <w:r>
              <w:rPr>
                <w:rFonts w:cs="Times New Roman"/>
                <w:sz w:val="22"/>
              </w:rPr>
              <w:t>Varianta scanată de pe original, confirmată prin semnătura electronică.</w:t>
            </w:r>
          </w:p>
        </w:tc>
        <w:tc>
          <w:tcPr>
            <w:tcW w:w="1560" w:type="dxa"/>
            <w:vAlign w:val="center"/>
          </w:tcPr>
          <w:p w:rsidR="004F177F" w:rsidRDefault="003C7DD0">
            <w:pPr>
              <w:rPr>
                <w:rFonts w:cs="Times New Roman"/>
                <w:sz w:val="22"/>
              </w:rPr>
            </w:pPr>
            <w:r>
              <w:rPr>
                <w:rFonts w:cs="Times New Roman"/>
                <w:sz w:val="22"/>
              </w:rPr>
              <w:t>Obligatoriu*</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Certificat de înregistrare a întreprinderii/decizie de înregistrare/Extras din Registrul de stat al persoanelor juridice</w:t>
            </w:r>
          </w:p>
        </w:tc>
        <w:tc>
          <w:tcPr>
            <w:tcW w:w="5103" w:type="dxa"/>
            <w:vAlign w:val="center"/>
          </w:tcPr>
          <w:p w:rsidR="004F177F" w:rsidRDefault="003C7DD0">
            <w:pPr>
              <w:rPr>
                <w:rFonts w:cs="Times New Roman"/>
                <w:sz w:val="22"/>
              </w:rPr>
            </w:pPr>
            <w:r>
              <w:rPr>
                <w:rFonts w:cs="Times New Roman"/>
                <w:sz w:val="22"/>
              </w:rPr>
              <w:t>Copia. Semnată electronic de către participant.</w:t>
            </w:r>
          </w:p>
        </w:tc>
        <w:tc>
          <w:tcPr>
            <w:tcW w:w="1560" w:type="dxa"/>
            <w:vAlign w:val="center"/>
          </w:tcPr>
          <w:p w:rsidR="004F177F" w:rsidRDefault="003C7DD0">
            <w:pPr>
              <w:rPr>
                <w:rFonts w:cs="Times New Roman"/>
                <w:sz w:val="22"/>
              </w:rPr>
            </w:pPr>
            <w:r>
              <w:rPr>
                <w:rFonts w:cs="Times New Roman"/>
                <w:sz w:val="22"/>
              </w:rPr>
              <w:t>Obligatoriu*</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Certificat de calitate a produsului</w:t>
            </w:r>
          </w:p>
        </w:tc>
        <w:tc>
          <w:tcPr>
            <w:tcW w:w="5103" w:type="dxa"/>
            <w:vAlign w:val="center"/>
          </w:tcPr>
          <w:p w:rsidR="004F177F" w:rsidRDefault="003C7DD0">
            <w:pPr>
              <w:rPr>
                <w:rFonts w:cs="Times New Roman"/>
                <w:sz w:val="22"/>
              </w:rPr>
            </w:pPr>
            <w:r>
              <w:rPr>
                <w:rFonts w:cs="Times New Roman"/>
                <w:sz w:val="22"/>
              </w:rPr>
              <w:t>Se va prezenta la momentul livrării bunurilor de către operatorul economic desemnat câștigător.</w:t>
            </w:r>
          </w:p>
        </w:tc>
        <w:tc>
          <w:tcPr>
            <w:tcW w:w="1560" w:type="dxa"/>
            <w:vAlign w:val="center"/>
          </w:tcPr>
          <w:p w:rsidR="004F177F" w:rsidRDefault="003C7DD0">
            <w:pPr>
              <w:rPr>
                <w:rFonts w:cs="Times New Roman"/>
                <w:sz w:val="22"/>
              </w:rPr>
            </w:pPr>
            <w:r>
              <w:rPr>
                <w:rFonts w:cs="Times New Roman"/>
                <w:sz w:val="22"/>
              </w:rPr>
              <w:t>Obligatoriu*, după caz</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Certificat de conformitate/Raport de încercări sau documentul care atestă conformitatea bunurilor ofertate</w:t>
            </w:r>
          </w:p>
        </w:tc>
        <w:tc>
          <w:tcPr>
            <w:tcW w:w="5103" w:type="dxa"/>
            <w:vAlign w:val="center"/>
          </w:tcPr>
          <w:p w:rsidR="004F177F" w:rsidRDefault="003C7DD0">
            <w:pPr>
              <w:rPr>
                <w:rFonts w:cs="Times New Roman"/>
                <w:sz w:val="22"/>
              </w:rPr>
            </w:pPr>
            <w:r>
              <w:rPr>
                <w:rFonts w:cs="Times New Roman"/>
                <w:sz w:val="22"/>
              </w:rPr>
              <w:t>Copia. Semnată electronic de către participant.</w:t>
            </w:r>
          </w:p>
        </w:tc>
        <w:tc>
          <w:tcPr>
            <w:tcW w:w="1560" w:type="dxa"/>
            <w:vAlign w:val="center"/>
          </w:tcPr>
          <w:p w:rsidR="004F177F" w:rsidRDefault="003C7DD0">
            <w:pPr>
              <w:rPr>
                <w:rFonts w:cs="Times New Roman"/>
                <w:sz w:val="22"/>
              </w:rPr>
            </w:pPr>
            <w:r>
              <w:rPr>
                <w:rFonts w:cs="Times New Roman"/>
                <w:sz w:val="22"/>
              </w:rPr>
              <w:t>Obligatoriu*, după caz</w:t>
            </w:r>
          </w:p>
        </w:tc>
      </w:tr>
      <w:tr w:rsidR="0022270F" w:rsidRPr="007076F9" w:rsidTr="007E7CF6">
        <w:trPr>
          <w:cantSplit/>
          <w:jc w:val="center"/>
        </w:trPr>
        <w:tc>
          <w:tcPr>
            <w:tcW w:w="701" w:type="dxa"/>
            <w:vAlign w:val="center"/>
          </w:tcPr>
          <w:p w:rsidR="004F177F" w:rsidRDefault="004F177F">
            <w:pPr>
              <w:pStyle w:val="Listparagraf"/>
              <w:numPr>
                <w:ilvl w:val="0"/>
                <w:numId w:val="12"/>
              </w:numPr>
              <w:rPr>
                <w:rFonts w:cs="Times New Roman"/>
                <w:sz w:val="22"/>
              </w:rPr>
            </w:pPr>
          </w:p>
        </w:tc>
        <w:tc>
          <w:tcPr>
            <w:tcW w:w="2693" w:type="dxa"/>
            <w:vAlign w:val="center"/>
          </w:tcPr>
          <w:p w:rsidR="004F177F" w:rsidRDefault="003C7DD0">
            <w:pPr>
              <w:rPr>
                <w:rFonts w:cs="Times New Roman"/>
                <w:sz w:val="22"/>
              </w:rPr>
            </w:pPr>
            <w:r>
              <w:rPr>
                <w:rFonts w:cs="Times New Roman"/>
                <w:sz w:val="22"/>
              </w:rPr>
              <w:t>Declarație privind garanția bunurilor</w:t>
            </w:r>
          </w:p>
        </w:tc>
        <w:tc>
          <w:tcPr>
            <w:tcW w:w="5103" w:type="dxa"/>
            <w:vAlign w:val="center"/>
          </w:tcPr>
          <w:p w:rsidR="004F177F" w:rsidRDefault="003C7DD0">
            <w:pPr>
              <w:rPr>
                <w:rFonts w:cs="Times New Roman"/>
                <w:sz w:val="22"/>
              </w:rPr>
            </w:pPr>
            <w:r>
              <w:rPr>
                <w:rFonts w:cs="Times New Roman"/>
                <w:sz w:val="22"/>
              </w:rPr>
              <w:t>Original. Semnat electronic de către participant. Garanție minimum 24 de luni pentru acumulatoare și minimum 12 luni pentru anvelope și jante.</w:t>
            </w:r>
          </w:p>
        </w:tc>
        <w:tc>
          <w:tcPr>
            <w:tcW w:w="1560" w:type="dxa"/>
            <w:vAlign w:val="center"/>
          </w:tcPr>
          <w:p w:rsidR="004F177F" w:rsidRDefault="003C7DD0">
            <w:pPr>
              <w:rPr>
                <w:rFonts w:cs="Times New Roman"/>
                <w:sz w:val="22"/>
              </w:rPr>
            </w:pPr>
            <w:r>
              <w:rPr>
                <w:rFonts w:cs="Times New Roman"/>
                <w:sz w:val="22"/>
              </w:rPr>
              <w:t>Obligatoriu*</w:t>
            </w:r>
          </w:p>
        </w:tc>
      </w:tr>
      <w:tr w:rsidR="00DA768A" w:rsidRPr="00FF38A1" w:rsidTr="007E7CF6">
        <w:trPr>
          <w:cantSplit/>
          <w:jc w:val="center"/>
        </w:trPr>
        <w:tc>
          <w:tcPr>
            <w:tcW w:w="701" w:type="dxa"/>
            <w:vAlign w:val="center"/>
          </w:tcPr>
          <w:p w:rsidR="004F177F" w:rsidRPr="00FF38A1" w:rsidRDefault="004F177F">
            <w:pPr>
              <w:pStyle w:val="Listparagraf"/>
              <w:numPr>
                <w:ilvl w:val="0"/>
                <w:numId w:val="12"/>
              </w:numPr>
              <w:rPr>
                <w:rFonts w:cs="Times New Roman"/>
                <w:b/>
                <w:bCs/>
                <w:sz w:val="22"/>
              </w:rPr>
            </w:pPr>
          </w:p>
        </w:tc>
        <w:tc>
          <w:tcPr>
            <w:tcW w:w="2693" w:type="dxa"/>
            <w:vAlign w:val="center"/>
          </w:tcPr>
          <w:p w:rsidR="004F177F" w:rsidRPr="00FF38A1" w:rsidRDefault="003C7DD0">
            <w:pPr>
              <w:rPr>
                <w:rFonts w:cs="Times New Roman"/>
                <w:b/>
                <w:bCs/>
                <w:sz w:val="22"/>
              </w:rPr>
            </w:pPr>
            <w:r w:rsidRPr="00FF38A1">
              <w:rPr>
                <w:rFonts w:cs="Times New Roman"/>
                <w:b/>
                <w:bCs/>
                <w:sz w:val="22"/>
              </w:rPr>
              <w:t>Fișe tehnice/cataloage/prospecte ale producătorului sau documente echivalente</w:t>
            </w:r>
          </w:p>
        </w:tc>
        <w:tc>
          <w:tcPr>
            <w:tcW w:w="5103" w:type="dxa"/>
            <w:vAlign w:val="center"/>
          </w:tcPr>
          <w:p w:rsidR="004F177F" w:rsidRPr="00FF38A1" w:rsidRDefault="003C7DD0">
            <w:pPr>
              <w:rPr>
                <w:rFonts w:cs="Times New Roman"/>
                <w:b/>
                <w:bCs/>
                <w:sz w:val="22"/>
              </w:rPr>
            </w:pPr>
            <w:r w:rsidRPr="00FF38A1">
              <w:rPr>
                <w:rFonts w:cs="Times New Roman"/>
                <w:b/>
                <w:bCs/>
                <w:sz w:val="22"/>
              </w:rPr>
              <w:t>Documente semnate electronic, care confirmă caracteristicile tehnice, standardele și compatibilitatea bunurilor ofertate cu vehiculele indicate.</w:t>
            </w:r>
          </w:p>
        </w:tc>
        <w:tc>
          <w:tcPr>
            <w:tcW w:w="1560" w:type="dxa"/>
            <w:vAlign w:val="center"/>
          </w:tcPr>
          <w:p w:rsidR="004F177F" w:rsidRPr="00FF38A1" w:rsidRDefault="003C7DD0">
            <w:pPr>
              <w:rPr>
                <w:rFonts w:cs="Times New Roman"/>
                <w:b/>
                <w:bCs/>
                <w:sz w:val="22"/>
              </w:rPr>
            </w:pPr>
            <w:r w:rsidRPr="00FF38A1">
              <w:rPr>
                <w:rFonts w:cs="Times New Roman"/>
                <w:b/>
                <w:bCs/>
                <w:sz w:val="22"/>
              </w:rPr>
              <w:t>Obligatoriu*</w:t>
            </w:r>
          </w:p>
        </w:tc>
      </w:tr>
    </w:tbl>
    <w:p w:rsidR="0022270F" w:rsidRPr="00FF38A1" w:rsidRDefault="00374C8A" w:rsidP="00531B9B">
      <w:pPr>
        <w:rPr>
          <w:rFonts w:cs="Times New Roman"/>
          <w:b/>
          <w:bCs/>
          <w:sz w:val="22"/>
        </w:rPr>
      </w:pPr>
      <w:r w:rsidRPr="00FF38A1">
        <w:rPr>
          <w:rFonts w:cs="Times New Roman"/>
          <w:b/>
          <w:bCs/>
          <w:sz w:val="22"/>
        </w:rPr>
        <w:t xml:space="preserve">17. Garanția pentru ofertă: </w:t>
      </w:r>
      <w:r w:rsidRPr="00FF38A1">
        <w:rPr>
          <w:rFonts w:cs="Times New Roman"/>
          <w:sz w:val="22"/>
        </w:rPr>
        <w:t>nu se aplică.</w:t>
      </w:r>
    </w:p>
    <w:p w:rsidR="0022270F" w:rsidRPr="00FF38A1" w:rsidRDefault="00374C8A" w:rsidP="00531B9B">
      <w:pPr>
        <w:rPr>
          <w:rFonts w:cs="Times New Roman"/>
          <w:bCs/>
          <w:sz w:val="22"/>
        </w:rPr>
      </w:pPr>
      <w:r w:rsidRPr="007076F9">
        <w:rPr>
          <w:rFonts w:cs="Times New Roman"/>
          <w:b/>
          <w:sz w:val="22"/>
        </w:rPr>
        <w:t xml:space="preserve">18. Termenul de garanție a bunurilor/serviciilor/lucrărilor: </w:t>
      </w:r>
      <w:r w:rsidRPr="00FF38A1">
        <w:rPr>
          <w:rFonts w:cs="Times New Roman"/>
          <w:bCs/>
          <w:sz w:val="22"/>
        </w:rPr>
        <w:t>minimum 24 de luni pentru acumulatoare și minimum 12 luni pentru anvelope și jante, calculat de la data livrării și recepționării bunurilor.</w:t>
      </w:r>
    </w:p>
    <w:p w:rsidR="0022270F" w:rsidRPr="007076F9" w:rsidRDefault="001E7444" w:rsidP="00531B9B">
      <w:pPr>
        <w:rPr>
          <w:rFonts w:cs="Times New Roman"/>
          <w:sz w:val="22"/>
        </w:rPr>
      </w:pPr>
      <w:r w:rsidRPr="007076F9">
        <w:rPr>
          <w:rFonts w:cs="Times New Roman"/>
          <w:b/>
          <w:bCs/>
          <w:sz w:val="22"/>
        </w:rPr>
        <w:t>19</w:t>
      </w:r>
      <w:r w:rsidR="00374C8A" w:rsidRPr="007076F9">
        <w:rPr>
          <w:rFonts w:cs="Times New Roman"/>
          <w:b/>
          <w:bCs/>
          <w:sz w:val="22"/>
        </w:rPr>
        <w:t>. Tehnici și instrumente specifice de atribuire:</w:t>
      </w:r>
      <w:r w:rsidR="00A20347" w:rsidRPr="007076F9">
        <w:rPr>
          <w:rFonts w:cs="Times New Roman"/>
          <w:sz w:val="22"/>
        </w:rPr>
        <w:t xml:space="preserve"> </w:t>
      </w:r>
      <w:r w:rsidR="00374C8A" w:rsidRPr="007076F9">
        <w:rPr>
          <w:rFonts w:cs="Times New Roman"/>
          <w:sz w:val="22"/>
        </w:rPr>
        <w:t>nu se aplică.</w:t>
      </w:r>
    </w:p>
    <w:p w:rsidR="00CB7340" w:rsidRPr="007076F9" w:rsidRDefault="00374C8A" w:rsidP="00531B9B">
      <w:pPr>
        <w:rPr>
          <w:rFonts w:cs="Times New Roman"/>
          <w:sz w:val="22"/>
        </w:rPr>
      </w:pPr>
      <w:r w:rsidRPr="007076F9">
        <w:rPr>
          <w:rFonts w:cs="Times New Roman"/>
          <w:b/>
          <w:sz w:val="22"/>
        </w:rPr>
        <w:t xml:space="preserve">20. Motivul recurgerii la procedura accelerată: </w:t>
      </w:r>
      <w:r w:rsidRPr="007076F9">
        <w:rPr>
          <w:rFonts w:cs="Times New Roman"/>
          <w:sz w:val="22"/>
        </w:rPr>
        <w:t>nu se aplică.</w:t>
      </w:r>
    </w:p>
    <w:p w:rsidR="00803D8D" w:rsidRPr="007076F9" w:rsidRDefault="00374C8A" w:rsidP="00531B9B">
      <w:pPr>
        <w:rPr>
          <w:rFonts w:cs="Times New Roman"/>
          <w:bCs/>
          <w:sz w:val="22"/>
        </w:rPr>
      </w:pPr>
      <w:r w:rsidRPr="007076F9">
        <w:rPr>
          <w:rFonts w:cs="Times New Roman"/>
          <w:b/>
          <w:sz w:val="22"/>
        </w:rPr>
        <w:t xml:space="preserve">21. Tehnici și instrumente specifice de atribuire: </w:t>
      </w:r>
      <w:r w:rsidR="00A20347" w:rsidRPr="007076F9">
        <w:rPr>
          <w:rFonts w:cs="Times New Roman"/>
          <w:bCs/>
          <w:sz w:val="22"/>
        </w:rPr>
        <w:t>n</w:t>
      </w:r>
      <w:r w:rsidR="00803D8D" w:rsidRPr="007076F9">
        <w:rPr>
          <w:rFonts w:cs="Times New Roman"/>
          <w:bCs/>
          <w:sz w:val="22"/>
        </w:rPr>
        <w:t>u se aplică.</w:t>
      </w:r>
    </w:p>
    <w:p w:rsidR="0022270F" w:rsidRPr="007076F9" w:rsidRDefault="00374C8A" w:rsidP="00531B9B">
      <w:pPr>
        <w:rPr>
          <w:rFonts w:cs="Times New Roman"/>
          <w:sz w:val="22"/>
        </w:rPr>
      </w:pPr>
      <w:r w:rsidRPr="007076F9">
        <w:rPr>
          <w:rFonts w:cs="Times New Roman"/>
          <w:b/>
          <w:sz w:val="22"/>
        </w:rPr>
        <w:t xml:space="preserve">22. Condiții speciale de care depinde îndeplinirea contractului: </w:t>
      </w:r>
      <w:r w:rsidRPr="00FF38A1">
        <w:rPr>
          <w:rFonts w:cs="Times New Roman"/>
          <w:bCs/>
          <w:sz w:val="22"/>
        </w:rPr>
        <w:t>nu se aplică.</w:t>
      </w:r>
    </w:p>
    <w:p w:rsidR="0022270F" w:rsidRPr="007076F9" w:rsidRDefault="00374C8A" w:rsidP="00531B9B">
      <w:pPr>
        <w:rPr>
          <w:rFonts w:cs="Times New Roman"/>
          <w:sz w:val="22"/>
        </w:rPr>
      </w:pPr>
      <w:r w:rsidRPr="007076F9">
        <w:rPr>
          <w:rFonts w:cs="Times New Roman"/>
          <w:b/>
          <w:sz w:val="22"/>
        </w:rPr>
        <w:t xml:space="preserve">23. Ofertele se prezintă în valută: </w:t>
      </w:r>
      <w:r w:rsidRPr="007076F9">
        <w:rPr>
          <w:rFonts w:cs="Times New Roman"/>
          <w:sz w:val="22"/>
        </w:rPr>
        <w:t>lei MD.</w:t>
      </w:r>
    </w:p>
    <w:p w:rsidR="0022270F" w:rsidRPr="00FF38A1" w:rsidRDefault="00374C8A" w:rsidP="00531B9B">
      <w:pPr>
        <w:rPr>
          <w:rFonts w:cs="Times New Roman"/>
          <w:bCs/>
          <w:sz w:val="22"/>
        </w:rPr>
      </w:pPr>
      <w:r w:rsidRPr="007076F9">
        <w:rPr>
          <w:rFonts w:cs="Times New Roman"/>
          <w:b/>
          <w:sz w:val="22"/>
        </w:rPr>
        <w:t xml:space="preserve">24. Criteriul de evaluare aplicat pentru atribuirea contractului: </w:t>
      </w:r>
      <w:r w:rsidRPr="00FF38A1">
        <w:rPr>
          <w:rFonts w:cs="Times New Roman"/>
          <w:bCs/>
          <w:sz w:val="22"/>
        </w:rPr>
        <w:t>prețul cel mai scăzut pe lot, cu corespunderea tuturor cerințelor obligatorii solicitate privind obiectul achiziției.</w:t>
      </w:r>
    </w:p>
    <w:p w:rsidR="0022270F" w:rsidRPr="007076F9" w:rsidRDefault="00374C8A" w:rsidP="00531B9B">
      <w:pPr>
        <w:rPr>
          <w:rFonts w:cs="Times New Roman"/>
          <w:sz w:val="22"/>
        </w:rPr>
      </w:pPr>
      <w:r w:rsidRPr="007076F9">
        <w:rPr>
          <w:rFonts w:cs="Times New Roman"/>
          <w:b/>
          <w:sz w:val="22"/>
        </w:rPr>
        <w:t xml:space="preserve">25. Factorii de evaluare a ofertei celei mai avantajoase din punct de vedere economic, precum și ponderile lor: </w:t>
      </w:r>
      <w:r w:rsidRPr="007076F9">
        <w:rPr>
          <w:rFonts w:cs="Times New Roman"/>
          <w:sz w:val="22"/>
        </w:rPr>
        <w:t>nu se aplică.</w:t>
      </w:r>
    </w:p>
    <w:p w:rsidR="0022270F" w:rsidRPr="007076F9" w:rsidRDefault="00374C8A" w:rsidP="00531B9B">
      <w:pPr>
        <w:rPr>
          <w:rFonts w:cs="Times New Roman"/>
          <w:sz w:val="22"/>
        </w:rPr>
      </w:pPr>
      <w:r w:rsidRPr="007076F9">
        <w:rPr>
          <w:rFonts w:cs="Times New Roman"/>
          <w:b/>
          <w:sz w:val="22"/>
        </w:rPr>
        <w:t xml:space="preserve">26. Termenul limită de depunere/deschidere a ofertelor: </w:t>
      </w:r>
      <w:r w:rsidRPr="007076F9">
        <w:rPr>
          <w:rFonts w:cs="Times New Roman"/>
          <w:sz w:val="22"/>
        </w:rPr>
        <w:t>conform SIA RSAP.</w:t>
      </w:r>
    </w:p>
    <w:p w:rsidR="0022270F" w:rsidRPr="007076F9" w:rsidRDefault="00374C8A" w:rsidP="00531B9B">
      <w:pPr>
        <w:rPr>
          <w:rFonts w:cs="Times New Roman"/>
          <w:sz w:val="22"/>
        </w:rPr>
      </w:pPr>
      <w:r w:rsidRPr="007076F9">
        <w:rPr>
          <w:rFonts w:cs="Times New Roman"/>
          <w:b/>
          <w:sz w:val="22"/>
        </w:rPr>
        <w:t xml:space="preserve">27. Adresa la care trebuie transmise ofertele sau cererile de participare: </w:t>
      </w:r>
      <w:r w:rsidRPr="007076F9">
        <w:rPr>
          <w:rFonts w:cs="Times New Roman"/>
          <w:sz w:val="22"/>
        </w:rPr>
        <w:t>Ofertele sau cererile de participare vor fi depuse electronic prin intermediul SIA RSAP.</w:t>
      </w:r>
    </w:p>
    <w:p w:rsidR="0022270F" w:rsidRPr="007076F9" w:rsidRDefault="00374C8A" w:rsidP="00531B9B">
      <w:pPr>
        <w:rPr>
          <w:rFonts w:cs="Times New Roman"/>
          <w:bCs/>
          <w:sz w:val="22"/>
        </w:rPr>
      </w:pPr>
      <w:r w:rsidRPr="007076F9">
        <w:rPr>
          <w:rFonts w:cs="Times New Roman"/>
          <w:b/>
          <w:sz w:val="22"/>
        </w:rPr>
        <w:t xml:space="preserve">28. Termenul de valabilitate a ofertelor: </w:t>
      </w:r>
      <w:r w:rsidRPr="007076F9">
        <w:rPr>
          <w:rFonts w:cs="Times New Roman"/>
          <w:bCs/>
          <w:sz w:val="22"/>
        </w:rPr>
        <w:t>60 zile.</w:t>
      </w:r>
    </w:p>
    <w:p w:rsidR="000C3DFC" w:rsidRPr="007076F9" w:rsidRDefault="000C3DFC" w:rsidP="000C3DFC">
      <w:pPr>
        <w:pStyle w:val="isselectedend"/>
        <w:spacing w:before="0" w:beforeAutospacing="0" w:after="0" w:afterAutospacing="0"/>
        <w:jc w:val="both"/>
        <w:rPr>
          <w:color w:val="FF0000"/>
          <w:sz w:val="22"/>
          <w:szCs w:val="22"/>
        </w:rPr>
      </w:pPr>
      <w:r w:rsidRPr="007076F9">
        <w:rPr>
          <w:b/>
          <w:color w:val="FF0000"/>
          <w:sz w:val="22"/>
          <w:szCs w:val="22"/>
        </w:rPr>
        <w:t>*</w:t>
      </w:r>
      <w:r w:rsidRPr="007076F9">
        <w:rPr>
          <w:color w:val="FF0000"/>
          <w:sz w:val="22"/>
          <w:szCs w:val="22"/>
        </w:rPr>
        <w:t>Termenul de valabilitate a ofertelor începe din ziua imediat următoare termenului-limită stabilit pentru depunerea ofertelor.</w:t>
      </w:r>
    </w:p>
    <w:p w:rsidR="000C3DFC" w:rsidRPr="007076F9" w:rsidRDefault="000C3DFC" w:rsidP="000C3DFC">
      <w:pPr>
        <w:rPr>
          <w:rFonts w:cs="Times New Roman"/>
          <w:sz w:val="22"/>
        </w:rPr>
      </w:pPr>
      <w:r w:rsidRPr="007076F9">
        <w:rPr>
          <w:rFonts w:cs="Times New Roman"/>
          <w:color w:val="FF0000"/>
          <w:sz w:val="22"/>
        </w:rPr>
        <w:lastRenderedPageBreak/>
        <w:t>Data-limită de depunere a ofertelor nu se include în calculul termenului de valabilitate.</w:t>
      </w:r>
    </w:p>
    <w:p w:rsidR="0022270F" w:rsidRPr="007076F9" w:rsidRDefault="00374C8A" w:rsidP="00531B9B">
      <w:pPr>
        <w:rPr>
          <w:rFonts w:cs="Times New Roman"/>
          <w:sz w:val="22"/>
        </w:rPr>
      </w:pPr>
      <w:r w:rsidRPr="007076F9">
        <w:rPr>
          <w:rFonts w:cs="Times New Roman"/>
          <w:b/>
          <w:sz w:val="22"/>
        </w:rPr>
        <w:t xml:space="preserve">29. Locul deschiderii ofertelor: </w:t>
      </w:r>
      <w:r w:rsidRPr="007076F9">
        <w:rPr>
          <w:rFonts w:cs="Times New Roman"/>
          <w:sz w:val="22"/>
        </w:rPr>
        <w:t>SIA RSAP, platforma achiziții.md. Ofertele întârziate vor fi respinse.</w:t>
      </w:r>
    </w:p>
    <w:p w:rsidR="0022270F" w:rsidRPr="007076F9" w:rsidRDefault="00374C8A" w:rsidP="00531B9B">
      <w:pPr>
        <w:rPr>
          <w:rFonts w:cs="Times New Roman"/>
          <w:sz w:val="22"/>
        </w:rPr>
      </w:pPr>
      <w:r w:rsidRPr="007076F9">
        <w:rPr>
          <w:rFonts w:cs="Times New Roman"/>
          <w:b/>
          <w:sz w:val="22"/>
        </w:rPr>
        <w:t xml:space="preserve">30. Persoanele autorizate să asiste la deschiderea ofertelor: </w:t>
      </w:r>
      <w:r w:rsidRPr="007076F9">
        <w:rPr>
          <w:rFonts w:cs="Times New Roman"/>
          <w:sz w:val="22"/>
        </w:rPr>
        <w:t>Ofertanții sau reprezentanții acestora au dreptul să participe la deschiderea ofertelor, cu excepția cazului când ofertele au fost depuse prin SIA RSAP.</w:t>
      </w:r>
    </w:p>
    <w:p w:rsidR="0022270F" w:rsidRPr="007076F9" w:rsidRDefault="00374C8A" w:rsidP="00531B9B">
      <w:pPr>
        <w:rPr>
          <w:rFonts w:cs="Times New Roman"/>
          <w:sz w:val="22"/>
        </w:rPr>
      </w:pPr>
      <w:r w:rsidRPr="007076F9">
        <w:rPr>
          <w:rFonts w:cs="Times New Roman"/>
          <w:b/>
          <w:sz w:val="22"/>
        </w:rPr>
        <w:t xml:space="preserve">31. Limba sau limbile în care trebuie redactate ofertele sau cererile de participare: </w:t>
      </w:r>
      <w:r w:rsidRPr="007076F9">
        <w:rPr>
          <w:rFonts w:cs="Times New Roman"/>
          <w:sz w:val="22"/>
        </w:rPr>
        <w:t>limba de stat.</w:t>
      </w:r>
    </w:p>
    <w:p w:rsidR="0022270F" w:rsidRPr="007076F9" w:rsidRDefault="00374C8A" w:rsidP="00531B9B">
      <w:pPr>
        <w:rPr>
          <w:rFonts w:cs="Times New Roman"/>
          <w:sz w:val="22"/>
        </w:rPr>
      </w:pPr>
      <w:r w:rsidRPr="007076F9">
        <w:rPr>
          <w:rFonts w:cs="Times New Roman"/>
          <w:b/>
          <w:sz w:val="22"/>
        </w:rPr>
        <w:t xml:space="preserve">32. Semnarea contractului: </w:t>
      </w:r>
      <w:r w:rsidRPr="007076F9">
        <w:rPr>
          <w:rFonts w:cs="Times New Roman"/>
          <w:sz w:val="22"/>
        </w:rPr>
        <w:t>în termen de 2 zile de la transmiterea contractului spre semnare.</w:t>
      </w:r>
    </w:p>
    <w:p w:rsidR="0022270F" w:rsidRPr="007076F9" w:rsidRDefault="00374C8A" w:rsidP="00531B9B">
      <w:pPr>
        <w:rPr>
          <w:rFonts w:cs="Times New Roman"/>
          <w:sz w:val="22"/>
        </w:rPr>
      </w:pPr>
      <w:r w:rsidRPr="007076F9">
        <w:rPr>
          <w:rFonts w:cs="Times New Roman"/>
          <w:b/>
          <w:sz w:val="22"/>
        </w:rPr>
        <w:t xml:space="preserve">33. Respectivul contract se referă la un proiect și/sau program finanțat din fonduri ale Uniunii Europene: </w:t>
      </w:r>
      <w:r w:rsidRPr="007076F9">
        <w:rPr>
          <w:rFonts w:cs="Times New Roman"/>
          <w:sz w:val="22"/>
        </w:rPr>
        <w:t>Nu se aplică.</w:t>
      </w:r>
    </w:p>
    <w:p w:rsidR="0022270F" w:rsidRPr="007076F9" w:rsidRDefault="00374C8A" w:rsidP="00531B9B">
      <w:pPr>
        <w:rPr>
          <w:rFonts w:cs="Times New Roman"/>
          <w:sz w:val="22"/>
        </w:rPr>
      </w:pPr>
      <w:r w:rsidRPr="007076F9">
        <w:rPr>
          <w:rFonts w:cs="Times New Roman"/>
          <w:b/>
          <w:sz w:val="22"/>
        </w:rPr>
        <w:t xml:space="preserve">34. Denumirea și adresa organismului competent de soluționare a contestațiilor: </w:t>
      </w:r>
      <w:r w:rsidRPr="007076F9">
        <w:rPr>
          <w:rFonts w:cs="Times New Roman"/>
          <w:sz w:val="22"/>
        </w:rPr>
        <w:t xml:space="preserve">Agenția Națională pentru Soluționarea Contestațiilor, mun. Chișinău, bd. Ștefan cel Mare și Sfânt nr. 124 (et. 4), MD 2001; Tel/Fax/email: 022-820 652, 022 820-651, </w:t>
      </w:r>
      <w:hyperlink r:id="rId6" w:history="1">
        <w:r w:rsidR="001B08D7" w:rsidRPr="007076F9">
          <w:rPr>
            <w:rStyle w:val="Hyperlink"/>
            <w:rFonts w:cs="Times New Roman"/>
            <w:sz w:val="22"/>
          </w:rPr>
          <w:t>contestatii@ansc.md</w:t>
        </w:r>
      </w:hyperlink>
      <w:r w:rsidR="001B08D7" w:rsidRPr="007076F9">
        <w:rPr>
          <w:rFonts w:cs="Times New Roman"/>
          <w:sz w:val="22"/>
        </w:rPr>
        <w:t xml:space="preserve"> </w:t>
      </w:r>
      <w:r w:rsidRPr="007076F9">
        <w:rPr>
          <w:rFonts w:cs="Times New Roman"/>
          <w:sz w:val="22"/>
        </w:rPr>
        <w:t>.</w:t>
      </w:r>
    </w:p>
    <w:p w:rsidR="0022270F" w:rsidRPr="007076F9" w:rsidRDefault="00374C8A" w:rsidP="00531B9B">
      <w:pPr>
        <w:rPr>
          <w:rFonts w:cs="Times New Roman"/>
          <w:sz w:val="22"/>
        </w:rPr>
      </w:pPr>
      <w:r w:rsidRPr="007076F9">
        <w:rPr>
          <w:rFonts w:cs="Times New Roman"/>
          <w:b/>
          <w:sz w:val="22"/>
        </w:rPr>
        <w:t xml:space="preserve">35. Data și referința publicărilor anterioare în Jurnalul Oficial al Uniunii Europene: </w:t>
      </w:r>
      <w:r w:rsidRPr="007076F9">
        <w:rPr>
          <w:rFonts w:cs="Times New Roman"/>
          <w:sz w:val="22"/>
        </w:rPr>
        <w:t>nu se aplică.</w:t>
      </w:r>
    </w:p>
    <w:p w:rsidR="0022270F" w:rsidRPr="007076F9" w:rsidRDefault="00374C8A" w:rsidP="00531B9B">
      <w:pPr>
        <w:rPr>
          <w:rFonts w:cs="Times New Roman"/>
          <w:sz w:val="22"/>
        </w:rPr>
      </w:pPr>
      <w:r w:rsidRPr="007076F9">
        <w:rPr>
          <w:rFonts w:cs="Times New Roman"/>
          <w:b/>
          <w:sz w:val="22"/>
        </w:rPr>
        <w:t xml:space="preserve">36. În cazul achizițiilor periodice, calendarul estimat pentru publicarea anunțurilor viitoare: </w:t>
      </w:r>
      <w:r w:rsidRPr="007076F9">
        <w:rPr>
          <w:rFonts w:cs="Times New Roman"/>
          <w:sz w:val="22"/>
        </w:rPr>
        <w:t>nu se aplică.</w:t>
      </w:r>
    </w:p>
    <w:p w:rsidR="0022270F" w:rsidRPr="007076F9" w:rsidRDefault="00374C8A" w:rsidP="00531B9B">
      <w:pPr>
        <w:rPr>
          <w:rFonts w:cs="Times New Roman"/>
          <w:sz w:val="22"/>
        </w:rPr>
      </w:pPr>
      <w:r w:rsidRPr="007076F9">
        <w:rPr>
          <w:rFonts w:cs="Times New Roman"/>
          <w:b/>
          <w:sz w:val="22"/>
        </w:rPr>
        <w:t>37. Data publicării anunțului de intenție sau precizarea că nu a fost publicat un astfel de anunț: nu a fost publicat.</w:t>
      </w:r>
    </w:p>
    <w:p w:rsidR="0022270F" w:rsidRPr="007076F9" w:rsidRDefault="00374C8A" w:rsidP="00531B9B">
      <w:pPr>
        <w:rPr>
          <w:rFonts w:cs="Times New Roman"/>
          <w:sz w:val="22"/>
        </w:rPr>
      </w:pPr>
      <w:r w:rsidRPr="007076F9">
        <w:rPr>
          <w:rFonts w:cs="Times New Roman"/>
          <w:b/>
          <w:sz w:val="22"/>
        </w:rPr>
        <w:t xml:space="preserve">38. Data transmiterii spre publicare a anunțului de participare: </w:t>
      </w:r>
      <w:r w:rsidRPr="007076F9">
        <w:rPr>
          <w:rFonts w:cs="Times New Roman"/>
          <w:sz w:val="22"/>
        </w:rPr>
        <w:t>conform SIA RSAP.</w:t>
      </w:r>
    </w:p>
    <w:p w:rsidR="0022270F" w:rsidRPr="007076F9" w:rsidRDefault="006A7BA5" w:rsidP="00531B9B">
      <w:pPr>
        <w:rPr>
          <w:rFonts w:cs="Times New Roman"/>
          <w:sz w:val="22"/>
        </w:rPr>
      </w:pPr>
      <w:r w:rsidRPr="007076F9">
        <w:rPr>
          <w:rFonts w:cs="Times New Roman"/>
          <w:b/>
          <w:bCs/>
          <w:sz w:val="22"/>
        </w:rPr>
        <w:t>39</w:t>
      </w:r>
      <w:r w:rsidR="00374C8A" w:rsidRPr="007076F9">
        <w:rPr>
          <w:rFonts w:cs="Times New Roman"/>
          <w:b/>
          <w:bCs/>
          <w:sz w:val="22"/>
        </w:rPr>
        <w:t xml:space="preserve">. Alte informații relevante: </w:t>
      </w:r>
      <w:r w:rsidR="00374C8A" w:rsidRPr="007076F9">
        <w:rPr>
          <w:rFonts w:cs="Times New Roman"/>
          <w:sz w:val="22"/>
        </w:rPr>
        <w:t>Termenul pentru solicitarea clarificărilor: 3 zile până la termenul-limită de depunere a ofertelor.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5864"/>
        <w:gridCol w:w="3475"/>
      </w:tblGrid>
      <w:tr w:rsidR="0022270F" w:rsidRPr="007076F9">
        <w:trPr>
          <w:cantSplit/>
          <w:tblHeader/>
          <w:jc w:val="center"/>
        </w:trPr>
        <w:tc>
          <w:tcPr>
            <w:tcW w:w="5953" w:type="dxa"/>
            <w:shd w:val="clear" w:color="auto" w:fill="FFFFFF"/>
            <w:vAlign w:val="center"/>
          </w:tcPr>
          <w:p w:rsidR="0022270F" w:rsidRPr="007076F9" w:rsidRDefault="00374C8A" w:rsidP="00531B9B">
            <w:pPr>
              <w:rPr>
                <w:rFonts w:cs="Times New Roman"/>
                <w:sz w:val="22"/>
              </w:rPr>
            </w:pPr>
            <w:r w:rsidRPr="007076F9">
              <w:rPr>
                <w:rFonts w:cs="Times New Roman"/>
                <w:b/>
                <w:sz w:val="22"/>
              </w:rPr>
              <w:t>Denumirea instrumentului electronic</w:t>
            </w:r>
          </w:p>
        </w:tc>
        <w:tc>
          <w:tcPr>
            <w:tcW w:w="3515" w:type="dxa"/>
            <w:shd w:val="clear" w:color="auto" w:fill="FFFFFF"/>
            <w:vAlign w:val="center"/>
          </w:tcPr>
          <w:p w:rsidR="0022270F" w:rsidRPr="007076F9" w:rsidRDefault="00374C8A" w:rsidP="00531B9B">
            <w:pPr>
              <w:rPr>
                <w:rFonts w:cs="Times New Roman"/>
                <w:sz w:val="22"/>
              </w:rPr>
            </w:pPr>
            <w:r w:rsidRPr="007076F9">
              <w:rPr>
                <w:rFonts w:cs="Times New Roman"/>
                <w:b/>
                <w:sz w:val="22"/>
              </w:rPr>
              <w:t>Se va utiliza/accepta sau nu</w:t>
            </w:r>
          </w:p>
        </w:tc>
      </w:tr>
      <w:tr w:rsidR="0022270F" w:rsidRPr="007076F9">
        <w:trPr>
          <w:cantSplit/>
          <w:jc w:val="center"/>
        </w:trPr>
        <w:tc>
          <w:tcPr>
            <w:tcW w:w="5953" w:type="dxa"/>
            <w:vAlign w:val="center"/>
          </w:tcPr>
          <w:p w:rsidR="0022270F" w:rsidRPr="007076F9" w:rsidRDefault="00374C8A" w:rsidP="00531B9B">
            <w:pPr>
              <w:rPr>
                <w:rFonts w:cs="Times New Roman"/>
                <w:sz w:val="22"/>
              </w:rPr>
            </w:pPr>
            <w:r w:rsidRPr="007076F9">
              <w:rPr>
                <w:rFonts w:cs="Times New Roman"/>
                <w:sz w:val="22"/>
              </w:rPr>
              <w:t>depunerea electronică a ofertelor sau a cererilor de participare</w:t>
            </w:r>
          </w:p>
        </w:tc>
        <w:tc>
          <w:tcPr>
            <w:tcW w:w="3515" w:type="dxa"/>
            <w:vAlign w:val="center"/>
          </w:tcPr>
          <w:p w:rsidR="0022270F" w:rsidRPr="007076F9" w:rsidRDefault="00374C8A" w:rsidP="00531B9B">
            <w:pPr>
              <w:rPr>
                <w:rFonts w:cs="Times New Roman"/>
                <w:sz w:val="22"/>
              </w:rPr>
            </w:pPr>
            <w:r w:rsidRPr="007076F9">
              <w:rPr>
                <w:rFonts w:cs="Times New Roman"/>
                <w:sz w:val="22"/>
              </w:rPr>
              <w:t>Se acceptă</w:t>
            </w:r>
          </w:p>
        </w:tc>
      </w:tr>
      <w:tr w:rsidR="0022270F" w:rsidRPr="007076F9">
        <w:trPr>
          <w:cantSplit/>
          <w:jc w:val="center"/>
        </w:trPr>
        <w:tc>
          <w:tcPr>
            <w:tcW w:w="5953" w:type="dxa"/>
            <w:vAlign w:val="center"/>
          </w:tcPr>
          <w:p w:rsidR="0022270F" w:rsidRPr="007076F9" w:rsidRDefault="00374C8A" w:rsidP="00531B9B">
            <w:pPr>
              <w:rPr>
                <w:rFonts w:cs="Times New Roman"/>
                <w:sz w:val="22"/>
              </w:rPr>
            </w:pPr>
            <w:r w:rsidRPr="007076F9">
              <w:rPr>
                <w:rFonts w:cs="Times New Roman"/>
                <w:sz w:val="22"/>
              </w:rPr>
              <w:t>sistemul de comenzi electronice</w:t>
            </w:r>
          </w:p>
        </w:tc>
        <w:tc>
          <w:tcPr>
            <w:tcW w:w="3515" w:type="dxa"/>
            <w:vAlign w:val="center"/>
          </w:tcPr>
          <w:p w:rsidR="0022270F" w:rsidRPr="007076F9" w:rsidRDefault="00374C8A" w:rsidP="00531B9B">
            <w:pPr>
              <w:rPr>
                <w:rFonts w:cs="Times New Roman"/>
                <w:sz w:val="22"/>
              </w:rPr>
            </w:pPr>
            <w:r w:rsidRPr="007076F9">
              <w:rPr>
                <w:rFonts w:cs="Times New Roman"/>
                <w:sz w:val="22"/>
              </w:rPr>
              <w:t>Nu se acceptă</w:t>
            </w:r>
          </w:p>
        </w:tc>
      </w:tr>
      <w:tr w:rsidR="0022270F" w:rsidRPr="007076F9">
        <w:trPr>
          <w:cantSplit/>
          <w:jc w:val="center"/>
        </w:trPr>
        <w:tc>
          <w:tcPr>
            <w:tcW w:w="5953" w:type="dxa"/>
            <w:vAlign w:val="center"/>
          </w:tcPr>
          <w:p w:rsidR="0022270F" w:rsidRPr="007076F9" w:rsidRDefault="00374C8A" w:rsidP="00531B9B">
            <w:pPr>
              <w:rPr>
                <w:rFonts w:cs="Times New Roman"/>
                <w:sz w:val="22"/>
              </w:rPr>
            </w:pPr>
            <w:r w:rsidRPr="007076F9">
              <w:rPr>
                <w:rFonts w:cs="Times New Roman"/>
                <w:sz w:val="22"/>
              </w:rPr>
              <w:t>facturarea electronică</w:t>
            </w:r>
          </w:p>
        </w:tc>
        <w:tc>
          <w:tcPr>
            <w:tcW w:w="3515" w:type="dxa"/>
            <w:vAlign w:val="center"/>
          </w:tcPr>
          <w:p w:rsidR="0022270F" w:rsidRPr="007076F9" w:rsidRDefault="00374C8A" w:rsidP="00531B9B">
            <w:pPr>
              <w:rPr>
                <w:rFonts w:cs="Times New Roman"/>
                <w:sz w:val="22"/>
              </w:rPr>
            </w:pPr>
            <w:r w:rsidRPr="007076F9">
              <w:rPr>
                <w:rFonts w:cs="Times New Roman"/>
                <w:sz w:val="22"/>
              </w:rPr>
              <w:t>Se acceptă</w:t>
            </w:r>
          </w:p>
        </w:tc>
      </w:tr>
      <w:tr w:rsidR="0022270F" w:rsidRPr="007076F9">
        <w:trPr>
          <w:cantSplit/>
          <w:jc w:val="center"/>
        </w:trPr>
        <w:tc>
          <w:tcPr>
            <w:tcW w:w="5953" w:type="dxa"/>
            <w:vAlign w:val="center"/>
          </w:tcPr>
          <w:p w:rsidR="0022270F" w:rsidRPr="007076F9" w:rsidRDefault="00374C8A" w:rsidP="00531B9B">
            <w:pPr>
              <w:rPr>
                <w:rFonts w:cs="Times New Roman"/>
                <w:sz w:val="22"/>
              </w:rPr>
            </w:pPr>
            <w:r w:rsidRPr="007076F9">
              <w:rPr>
                <w:rFonts w:cs="Times New Roman"/>
                <w:sz w:val="22"/>
              </w:rPr>
              <w:t>plățile electronice</w:t>
            </w:r>
          </w:p>
        </w:tc>
        <w:tc>
          <w:tcPr>
            <w:tcW w:w="3515" w:type="dxa"/>
            <w:vAlign w:val="center"/>
          </w:tcPr>
          <w:p w:rsidR="0022270F" w:rsidRPr="007076F9" w:rsidRDefault="00374C8A" w:rsidP="00531B9B">
            <w:pPr>
              <w:rPr>
                <w:rFonts w:cs="Times New Roman"/>
                <w:sz w:val="22"/>
              </w:rPr>
            </w:pPr>
            <w:r w:rsidRPr="007076F9">
              <w:rPr>
                <w:rFonts w:cs="Times New Roman"/>
                <w:sz w:val="22"/>
              </w:rPr>
              <w:t>Se acceptă</w:t>
            </w:r>
          </w:p>
        </w:tc>
      </w:tr>
    </w:tbl>
    <w:p w:rsidR="0022270F" w:rsidRPr="007076F9" w:rsidRDefault="00374C8A" w:rsidP="00531B9B">
      <w:pPr>
        <w:rPr>
          <w:rFonts w:cs="Times New Roman"/>
          <w:sz w:val="22"/>
        </w:rPr>
      </w:pPr>
      <w:r w:rsidRPr="007076F9">
        <w:rPr>
          <w:rFonts w:cs="Times New Roman"/>
          <w:b/>
          <w:sz w:val="22"/>
        </w:rPr>
        <w:t xml:space="preserve">40. Contractul intră sub incidența Acordului privind achizițiile guvernamentale al OMC: </w:t>
      </w:r>
      <w:r w:rsidR="001B08D7" w:rsidRPr="007076F9">
        <w:rPr>
          <w:rFonts w:cs="Times New Roman"/>
          <w:sz w:val="22"/>
        </w:rPr>
        <w:t>N</w:t>
      </w:r>
      <w:r w:rsidRPr="007076F9">
        <w:rPr>
          <w:rFonts w:cs="Times New Roman"/>
          <w:sz w:val="22"/>
        </w:rPr>
        <w:t>u.</w:t>
      </w:r>
    </w:p>
    <w:p w:rsidR="006E0A3D" w:rsidRPr="007076F9" w:rsidRDefault="00374C8A" w:rsidP="00531B9B">
      <w:pPr>
        <w:rPr>
          <w:rFonts w:cs="Times New Roman"/>
          <w:sz w:val="22"/>
        </w:rPr>
      </w:pPr>
      <w:r w:rsidRPr="007076F9">
        <w:rPr>
          <w:rFonts w:cs="Times New Roman"/>
          <w:b/>
          <w:sz w:val="22"/>
        </w:rPr>
        <w:t>41. Alte informații relevante: Termenul pentru solicitarea clarificărilor: 3 zile până la termenul-limită de depunere a ofertelor. Toate documentele vor fi semnate electronic de către participant.</w:t>
      </w:r>
    </w:p>
    <w:p w:rsidR="00A20347" w:rsidRPr="007076F9" w:rsidRDefault="00A20347" w:rsidP="00531B9B">
      <w:pPr>
        <w:rPr>
          <w:rFonts w:cs="Times New Roman"/>
          <w:b/>
          <w:sz w:val="22"/>
        </w:rPr>
      </w:pPr>
    </w:p>
    <w:p w:rsidR="00FF38A1" w:rsidRDefault="00FF38A1" w:rsidP="00BD4525">
      <w:pPr>
        <w:rPr>
          <w:rFonts w:cs="Times New Roman"/>
          <w:b/>
          <w:sz w:val="22"/>
        </w:rPr>
      </w:pPr>
    </w:p>
    <w:p w:rsidR="00BD4525" w:rsidRPr="007076F9" w:rsidRDefault="00374C8A" w:rsidP="00BD4525">
      <w:pPr>
        <w:rPr>
          <w:rFonts w:cs="Times New Roman"/>
          <w:sz w:val="22"/>
        </w:rPr>
      </w:pPr>
      <w:r w:rsidRPr="007076F9">
        <w:rPr>
          <w:rFonts w:cs="Times New Roman"/>
          <w:b/>
          <w:sz w:val="22"/>
        </w:rPr>
        <w:t xml:space="preserve">Conducătorul grupului de lucru: </w:t>
      </w:r>
      <w:r w:rsidRPr="007076F9">
        <w:rPr>
          <w:rFonts w:cs="Times New Roman"/>
          <w:sz w:val="22"/>
        </w:rPr>
        <w:t xml:space="preserve">________________________ </w:t>
      </w:r>
      <w:r w:rsidR="000B6594" w:rsidRPr="007076F9">
        <w:rPr>
          <w:rFonts w:cs="Times New Roman"/>
          <w:sz w:val="22"/>
        </w:rPr>
        <w:tab/>
      </w:r>
      <w:r w:rsidR="00BD4525" w:rsidRPr="007076F9">
        <w:rPr>
          <w:rFonts w:cs="Times New Roman"/>
          <w:sz w:val="22"/>
        </w:rPr>
        <w:t>Nicolae JELAMSCHI</w:t>
      </w: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A03EF" w:rsidRDefault="002A03EF" w:rsidP="00D92004">
      <w:pPr>
        <w:rPr>
          <w:rFonts w:cs="Times New Roman"/>
          <w:sz w:val="22"/>
        </w:rPr>
      </w:pPr>
    </w:p>
    <w:p w:rsidR="0022270F" w:rsidRPr="007076F9" w:rsidRDefault="0010737E" w:rsidP="00D92004">
      <w:pPr>
        <w:rPr>
          <w:rFonts w:cs="Times New Roman"/>
          <w:sz w:val="22"/>
        </w:rPr>
      </w:pPr>
      <w:bookmarkStart w:id="0" w:name="_GoBack"/>
      <w:bookmarkEnd w:id="0"/>
      <w:r>
        <w:rPr>
          <w:rFonts w:cs="Times New Roman"/>
          <w:sz w:val="22"/>
        </w:rPr>
        <w:t>ex</w:t>
      </w:r>
      <w:r w:rsidR="00374C8A" w:rsidRPr="007076F9">
        <w:rPr>
          <w:rFonts w:cs="Times New Roman"/>
          <w:sz w:val="22"/>
        </w:rPr>
        <w:t>ecutor: Vladimir Vornic</w:t>
      </w:r>
    </w:p>
    <w:p w:rsidR="0022270F" w:rsidRPr="007076F9" w:rsidRDefault="00374C8A" w:rsidP="00531B9B">
      <w:pPr>
        <w:rPr>
          <w:rFonts w:cs="Times New Roman"/>
          <w:sz w:val="22"/>
        </w:rPr>
      </w:pPr>
      <w:r w:rsidRPr="007076F9">
        <w:rPr>
          <w:rFonts w:cs="Times New Roman"/>
          <w:sz w:val="22"/>
        </w:rPr>
        <w:t>Tel.: 067493406</w:t>
      </w:r>
    </w:p>
    <w:p w:rsidR="00BD4525" w:rsidRPr="007076F9" w:rsidRDefault="00374C8A" w:rsidP="00531B9B">
      <w:pPr>
        <w:rPr>
          <w:rStyle w:val="Hyperlink"/>
          <w:rFonts w:cs="Times New Roman"/>
          <w:sz w:val="22"/>
        </w:rPr>
        <w:sectPr w:rsidR="00BD4525" w:rsidRPr="007076F9" w:rsidSect="00924ED0">
          <w:type w:val="continuous"/>
          <w:pgSz w:w="11906" w:h="16838"/>
          <w:pgMar w:top="1134" w:right="850" w:bottom="1134" w:left="1701" w:header="709" w:footer="709" w:gutter="0"/>
          <w:cols w:space="720"/>
          <w:docGrid w:linePitch="326"/>
        </w:sectPr>
      </w:pPr>
      <w:r w:rsidRPr="007076F9">
        <w:rPr>
          <w:rFonts w:cs="Times New Roman"/>
          <w:sz w:val="22"/>
        </w:rPr>
        <w:t xml:space="preserve">e-mail: </w:t>
      </w:r>
      <w:r w:rsidR="00FF1E07" w:rsidRPr="007076F9">
        <w:rPr>
          <w:rFonts w:cs="Times New Roman"/>
          <w:sz w:val="22"/>
        </w:rPr>
        <w:t>achizitii@ansp.gov.md</w:t>
      </w:r>
    </w:p>
    <w:p w:rsidR="00BD4525" w:rsidRPr="007076F9" w:rsidRDefault="00BD4525" w:rsidP="00BD4525">
      <w:pPr>
        <w:pageBreakBefore/>
        <w:jc w:val="right"/>
        <w:rPr>
          <w:rFonts w:cs="Times New Roman"/>
          <w:bCs/>
          <w:sz w:val="22"/>
        </w:rPr>
      </w:pPr>
      <w:r w:rsidRPr="007076F9">
        <w:rPr>
          <w:rFonts w:cs="Times New Roman"/>
          <w:bCs/>
          <w:sz w:val="22"/>
        </w:rPr>
        <w:lastRenderedPageBreak/>
        <w:t>Anexa nr. 1</w:t>
      </w:r>
    </w:p>
    <w:p w:rsidR="00BD4525" w:rsidRPr="007076F9" w:rsidRDefault="00BD4525" w:rsidP="00BD4525">
      <w:pPr>
        <w:jc w:val="center"/>
        <w:rPr>
          <w:rFonts w:cs="Times New Roman"/>
          <w:sz w:val="22"/>
        </w:rPr>
      </w:pPr>
      <w:r w:rsidRPr="007076F9">
        <w:rPr>
          <w:rFonts w:cs="Times New Roman"/>
          <w:b/>
          <w:sz w:val="22"/>
        </w:rPr>
        <w:t>CERERE DE PARTICIPARE</w:t>
      </w:r>
    </w:p>
    <w:p w:rsidR="00BD4525" w:rsidRPr="007076F9" w:rsidRDefault="00BD4525" w:rsidP="00BD4525">
      <w:pPr>
        <w:rPr>
          <w:rFonts w:cs="Times New Roman"/>
          <w:sz w:val="22"/>
        </w:rPr>
      </w:pPr>
      <w:r w:rsidRPr="007076F9">
        <w:rPr>
          <w:rFonts w:cs="Times New Roman"/>
          <w:sz w:val="22"/>
        </w:rPr>
        <w:t>Către Agenția Națională pentru Sănătate Publică, mun. Chișinău, str. Gheorghe Asachi, 67 A</w:t>
      </w:r>
    </w:p>
    <w:p w:rsidR="00BD4525" w:rsidRPr="007076F9" w:rsidRDefault="00BD4525" w:rsidP="00BD4525">
      <w:pPr>
        <w:rPr>
          <w:rFonts w:cs="Times New Roman"/>
          <w:sz w:val="22"/>
        </w:rPr>
      </w:pPr>
      <w:r w:rsidRPr="007076F9">
        <w:rPr>
          <w:rFonts w:cs="Times New Roman"/>
          <w:sz w:val="22"/>
        </w:rPr>
        <w:t>Stimaţi domni,</w:t>
      </w:r>
    </w:p>
    <w:p w:rsidR="00BD4525" w:rsidRPr="007076F9" w:rsidRDefault="00BD4525" w:rsidP="00BD4525">
      <w:pPr>
        <w:jc w:val="both"/>
        <w:rPr>
          <w:rFonts w:cs="Times New Roman"/>
          <w:sz w:val="22"/>
        </w:rPr>
      </w:pPr>
      <w:r w:rsidRPr="007076F9">
        <w:rPr>
          <w:rFonts w:cs="Times New Roman"/>
          <w:sz w:val="22"/>
        </w:rPr>
        <w:t>Ca urmare a invitației de participare din __________, privind aplicarea procedurii pentru atribuirea contractului de achiziție a pieselor de schimb (anvelope, jante și acumulatoare) pentru transportul auto, noi [denumirea/numele ofertantului/candidatului], am luat cunoştinţă de condițiile și cerințele expuse în documentația de atribuire și exprimăm prin prezenta interesul de a participa, în calitate de ofertant/candidat, neavând obiecții la documentația de atribuire.</w:t>
      </w:r>
    </w:p>
    <w:p w:rsidR="00BD4525" w:rsidRPr="007076F9" w:rsidRDefault="00BD4525" w:rsidP="00BD4525">
      <w:pPr>
        <w:rPr>
          <w:rFonts w:cs="Times New Roman"/>
          <w:sz w:val="22"/>
        </w:rPr>
      </w:pPr>
      <w:r w:rsidRPr="007076F9">
        <w:rPr>
          <w:rFonts w:cs="Times New Roman"/>
          <w:sz w:val="22"/>
        </w:rPr>
        <w:t>Data completării [data]</w:t>
      </w:r>
    </w:p>
    <w:p w:rsidR="00BD4525" w:rsidRPr="007076F9" w:rsidRDefault="00BD4525" w:rsidP="00BD4525">
      <w:pPr>
        <w:rPr>
          <w:rFonts w:cs="Times New Roman"/>
          <w:sz w:val="22"/>
        </w:rPr>
      </w:pPr>
      <w:r w:rsidRPr="007076F9">
        <w:rPr>
          <w:rFonts w:cs="Times New Roman"/>
          <w:sz w:val="22"/>
        </w:rPr>
        <w:t>Cu stimă,</w:t>
      </w:r>
    </w:p>
    <w:p w:rsidR="00BD4525" w:rsidRPr="007076F9" w:rsidRDefault="00BD4525" w:rsidP="00BD4525">
      <w:pPr>
        <w:rPr>
          <w:rFonts w:cs="Times New Roman"/>
          <w:sz w:val="22"/>
        </w:rPr>
      </w:pPr>
      <w:r w:rsidRPr="007076F9">
        <w:rPr>
          <w:rFonts w:cs="Times New Roman"/>
          <w:sz w:val="22"/>
        </w:rPr>
        <w:t>Ofertant/candidat [denumirea operatorului economic]</w:t>
      </w:r>
    </w:p>
    <w:p w:rsidR="00BD4525" w:rsidRPr="007076F9" w:rsidRDefault="00BD4525" w:rsidP="00BD4525">
      <w:pPr>
        <w:rPr>
          <w:rFonts w:cs="Times New Roman"/>
          <w:sz w:val="22"/>
        </w:rPr>
      </w:pPr>
      <w:r w:rsidRPr="007076F9">
        <w:rPr>
          <w:rFonts w:cs="Times New Roman"/>
          <w:sz w:val="22"/>
        </w:rPr>
        <w:t>[semnătura autorizată]</w:t>
      </w:r>
    </w:p>
    <w:p w:rsidR="00D756A6" w:rsidRPr="007076F9" w:rsidRDefault="00D756A6" w:rsidP="00D756A6">
      <w:pPr>
        <w:rPr>
          <w:rStyle w:val="Hyperlink"/>
          <w:rFonts w:cs="Times New Roman"/>
          <w:color w:val="auto"/>
          <w:sz w:val="22"/>
          <w:u w:val="none"/>
        </w:rPr>
        <w:sectPr w:rsidR="00D756A6" w:rsidRPr="007076F9" w:rsidSect="00924ED0">
          <w:type w:val="continuous"/>
          <w:pgSz w:w="11906" w:h="16838"/>
          <w:pgMar w:top="1134" w:right="850" w:bottom="1134" w:left="1701" w:header="709" w:footer="709" w:gutter="0"/>
          <w:cols w:space="720"/>
          <w:docGrid w:linePitch="326"/>
        </w:sectPr>
      </w:pPr>
    </w:p>
    <w:p w:rsidR="00924ED0" w:rsidRPr="007076F9" w:rsidRDefault="00924ED0" w:rsidP="00924ED0">
      <w:pPr>
        <w:jc w:val="right"/>
        <w:rPr>
          <w:rFonts w:cs="Times New Roman"/>
          <w:bCs/>
          <w:sz w:val="22"/>
        </w:rPr>
      </w:pPr>
      <w:r w:rsidRPr="007076F9">
        <w:rPr>
          <w:rFonts w:cs="Times New Roman"/>
          <w:bCs/>
          <w:sz w:val="22"/>
        </w:rPr>
        <w:lastRenderedPageBreak/>
        <w:t>Anexa nr. 3</w:t>
      </w:r>
    </w:p>
    <w:p w:rsidR="00924ED0" w:rsidRPr="007076F9" w:rsidRDefault="00924ED0" w:rsidP="00924ED0">
      <w:pPr>
        <w:jc w:val="right"/>
        <w:rPr>
          <w:rFonts w:cs="Times New Roman"/>
          <w:b/>
          <w:sz w:val="22"/>
        </w:rPr>
      </w:pPr>
    </w:p>
    <w:p w:rsidR="00924ED0" w:rsidRPr="007076F9" w:rsidRDefault="00924ED0" w:rsidP="00924ED0">
      <w:pPr>
        <w:jc w:val="right"/>
        <w:rPr>
          <w:rFonts w:cs="Times New Roman"/>
          <w:sz w:val="22"/>
          <w:lang w:val="ro-MD"/>
        </w:rPr>
      </w:pPr>
      <w:r w:rsidRPr="007076F9">
        <w:rPr>
          <w:rFonts w:cs="Times New Roman"/>
          <w:sz w:val="22"/>
          <w:lang w:val="ro-MD"/>
        </w:rPr>
        <w:t xml:space="preserve">APROBAT </w:t>
      </w:r>
    </w:p>
    <w:p w:rsidR="00924ED0" w:rsidRPr="007076F9" w:rsidRDefault="00924ED0" w:rsidP="00924ED0">
      <w:pPr>
        <w:jc w:val="right"/>
        <w:rPr>
          <w:rFonts w:cs="Times New Roman"/>
          <w:sz w:val="22"/>
          <w:lang w:val="ro-MD"/>
        </w:rPr>
      </w:pPr>
      <w:r w:rsidRPr="007076F9">
        <w:rPr>
          <w:rFonts w:cs="Times New Roman"/>
          <w:sz w:val="22"/>
          <w:lang w:val="ro-MD"/>
        </w:rPr>
        <w:t xml:space="preserve">prin Ordinul </w:t>
      </w:r>
    </w:p>
    <w:p w:rsidR="00924ED0" w:rsidRPr="007076F9" w:rsidRDefault="00924ED0" w:rsidP="00924ED0">
      <w:pPr>
        <w:jc w:val="right"/>
        <w:rPr>
          <w:rFonts w:cs="Times New Roman"/>
          <w:sz w:val="22"/>
          <w:lang w:val="ro-MD"/>
        </w:rPr>
      </w:pPr>
      <w:r w:rsidRPr="007076F9">
        <w:rPr>
          <w:rFonts w:cs="Times New Roman"/>
          <w:sz w:val="22"/>
          <w:lang w:val="ro-MD"/>
        </w:rPr>
        <w:t>Ministrului Finanțelor</w:t>
      </w:r>
    </w:p>
    <w:p w:rsidR="00924ED0" w:rsidRPr="007076F9" w:rsidRDefault="00924ED0" w:rsidP="00924ED0">
      <w:pPr>
        <w:jc w:val="right"/>
        <w:rPr>
          <w:rFonts w:cs="Times New Roman"/>
          <w:sz w:val="22"/>
          <w:lang w:val="ro-MD"/>
        </w:rPr>
      </w:pPr>
      <w:r w:rsidRPr="007076F9">
        <w:rPr>
          <w:rFonts w:cs="Times New Roman"/>
          <w:sz w:val="22"/>
          <w:lang w:val="ro-MD"/>
        </w:rPr>
        <w:t xml:space="preserve">                                               nr.      din _________2020          </w:t>
      </w:r>
    </w:p>
    <w:p w:rsidR="00924ED0" w:rsidRPr="007076F9" w:rsidRDefault="00924ED0" w:rsidP="00924ED0">
      <w:pPr>
        <w:jc w:val="right"/>
        <w:rPr>
          <w:rFonts w:cs="Times New Roman"/>
          <w:sz w:val="22"/>
          <w:lang w:val="ro-MD"/>
        </w:rPr>
      </w:pPr>
    </w:p>
    <w:p w:rsidR="00924ED0" w:rsidRPr="007076F9" w:rsidRDefault="00924ED0" w:rsidP="00924ED0">
      <w:pPr>
        <w:jc w:val="center"/>
        <w:rPr>
          <w:rFonts w:cs="Times New Roman"/>
          <w:b/>
          <w:sz w:val="22"/>
          <w:lang w:val="ro-MD"/>
        </w:rPr>
      </w:pPr>
    </w:p>
    <w:p w:rsidR="00924ED0" w:rsidRPr="007076F9" w:rsidRDefault="00924ED0" w:rsidP="00924ED0">
      <w:pPr>
        <w:jc w:val="center"/>
        <w:rPr>
          <w:rFonts w:cs="Times New Roman"/>
          <w:b/>
          <w:sz w:val="22"/>
          <w:lang w:val="ro-MD"/>
        </w:rPr>
      </w:pPr>
      <w:r w:rsidRPr="007076F9">
        <w:rPr>
          <w:rFonts w:cs="Times New Roman"/>
          <w:b/>
          <w:sz w:val="22"/>
          <w:lang w:val="ro-MD"/>
        </w:rPr>
        <w:t xml:space="preserve">FORMULARUL STANDARD AL DOCUMENTULUI UNIC </w:t>
      </w:r>
    </w:p>
    <w:p w:rsidR="00924ED0" w:rsidRPr="007076F9" w:rsidRDefault="00924ED0" w:rsidP="00924ED0">
      <w:pPr>
        <w:jc w:val="center"/>
        <w:rPr>
          <w:rFonts w:cs="Times New Roman"/>
          <w:b/>
          <w:sz w:val="22"/>
          <w:lang w:val="ro-MD"/>
        </w:rPr>
      </w:pPr>
      <w:r w:rsidRPr="007076F9">
        <w:rPr>
          <w:rFonts w:cs="Times New Roman"/>
          <w:b/>
          <w:sz w:val="22"/>
          <w:lang w:val="ro-MD"/>
        </w:rPr>
        <w:t>DE ACHIZIȚII EUROPEAN</w:t>
      </w:r>
    </w:p>
    <w:p w:rsidR="00924ED0" w:rsidRPr="007076F9" w:rsidRDefault="00924ED0" w:rsidP="00924ED0">
      <w:pPr>
        <w:jc w:val="both"/>
        <w:rPr>
          <w:rFonts w:cs="Times New Roman"/>
          <w:b/>
          <w:sz w:val="22"/>
          <w:lang w:val="ro-MD"/>
        </w:rPr>
      </w:pPr>
    </w:p>
    <w:p w:rsidR="00924ED0" w:rsidRPr="007076F9" w:rsidRDefault="00924ED0" w:rsidP="00924ED0">
      <w:pPr>
        <w:numPr>
          <w:ilvl w:val="0"/>
          <w:numId w:val="27"/>
        </w:numPr>
        <w:tabs>
          <w:tab w:val="left" w:pos="426"/>
        </w:tabs>
        <w:suppressAutoHyphens/>
        <w:ind w:left="0" w:firstLine="0"/>
        <w:jc w:val="both"/>
        <w:rPr>
          <w:rFonts w:cs="Times New Roman"/>
          <w:sz w:val="22"/>
          <w:lang w:val="ro-MD"/>
        </w:rPr>
      </w:pPr>
      <w:r w:rsidRPr="007076F9">
        <w:rPr>
          <w:rFonts w:cs="Times New Roman"/>
          <w:sz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24ED0" w:rsidRPr="007076F9" w:rsidRDefault="00924ED0" w:rsidP="00924ED0">
      <w:pPr>
        <w:numPr>
          <w:ilvl w:val="0"/>
          <w:numId w:val="27"/>
        </w:numPr>
        <w:tabs>
          <w:tab w:val="left" w:pos="426"/>
        </w:tabs>
        <w:suppressAutoHyphens/>
        <w:ind w:left="0" w:firstLine="0"/>
        <w:jc w:val="both"/>
        <w:rPr>
          <w:rFonts w:cs="Times New Roman"/>
          <w:sz w:val="22"/>
          <w:lang w:val="ro-MD"/>
        </w:rPr>
      </w:pPr>
      <w:r w:rsidRPr="007076F9">
        <w:rPr>
          <w:rFonts w:cs="Times New Roman"/>
          <w:sz w:val="22"/>
          <w:lang w:val="ro-MD"/>
        </w:rPr>
        <w:t xml:space="preserve">Formularul este completat, semnat electronic și transmis autorității contractante la depunerea ofertei. </w:t>
      </w:r>
    </w:p>
    <w:p w:rsidR="00924ED0" w:rsidRPr="007076F9" w:rsidRDefault="00924ED0" w:rsidP="00924ED0">
      <w:pPr>
        <w:numPr>
          <w:ilvl w:val="0"/>
          <w:numId w:val="27"/>
        </w:numPr>
        <w:tabs>
          <w:tab w:val="left" w:pos="426"/>
        </w:tabs>
        <w:suppressAutoHyphens/>
        <w:ind w:left="0" w:firstLine="0"/>
        <w:jc w:val="both"/>
        <w:rPr>
          <w:rFonts w:cs="Times New Roman"/>
          <w:sz w:val="22"/>
          <w:lang w:val="ro-MD"/>
        </w:rPr>
      </w:pPr>
      <w:r w:rsidRPr="007076F9">
        <w:rPr>
          <w:rFonts w:cs="Times New Roman"/>
          <w:sz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924ED0" w:rsidRPr="007076F9" w:rsidRDefault="00924ED0" w:rsidP="00924ED0">
      <w:pPr>
        <w:numPr>
          <w:ilvl w:val="0"/>
          <w:numId w:val="27"/>
        </w:numPr>
        <w:tabs>
          <w:tab w:val="left" w:pos="426"/>
        </w:tabs>
        <w:suppressAutoHyphens/>
        <w:ind w:left="0" w:firstLine="0"/>
        <w:jc w:val="both"/>
        <w:rPr>
          <w:rFonts w:cs="Times New Roman"/>
          <w:sz w:val="22"/>
          <w:lang w:val="ro-MD"/>
        </w:rPr>
      </w:pPr>
      <w:r w:rsidRPr="007076F9">
        <w:rPr>
          <w:rFonts w:cs="Times New Roman"/>
          <w:sz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24ED0" w:rsidRPr="007076F9" w:rsidRDefault="00924ED0" w:rsidP="00924ED0">
      <w:pPr>
        <w:numPr>
          <w:ilvl w:val="0"/>
          <w:numId w:val="27"/>
        </w:numPr>
        <w:suppressAutoHyphens/>
        <w:jc w:val="both"/>
        <w:rPr>
          <w:rFonts w:cs="Times New Roman"/>
          <w:sz w:val="22"/>
          <w:lang w:val="ro-MD"/>
        </w:rPr>
      </w:pPr>
      <w:r w:rsidRPr="007076F9">
        <w:rPr>
          <w:rFonts w:cs="Times New Roman"/>
          <w:sz w:val="22"/>
          <w:lang w:val="ro-MD"/>
        </w:rPr>
        <w:t>Formularul DUAE este constituit din 7 capitole, și anume:</w:t>
      </w:r>
    </w:p>
    <w:p w:rsidR="00924ED0" w:rsidRPr="007076F9" w:rsidRDefault="00924ED0" w:rsidP="00924ED0">
      <w:pPr>
        <w:numPr>
          <w:ilvl w:val="0"/>
          <w:numId w:val="28"/>
        </w:numPr>
        <w:suppressAutoHyphens/>
        <w:ind w:left="0" w:firstLine="360"/>
        <w:jc w:val="both"/>
        <w:rPr>
          <w:rFonts w:cs="Times New Roman"/>
          <w:sz w:val="22"/>
          <w:lang w:val="ro-MD"/>
        </w:rPr>
      </w:pPr>
      <w:r w:rsidRPr="007076F9">
        <w:rPr>
          <w:rFonts w:cs="Times New Roman"/>
          <w:sz w:val="22"/>
          <w:lang w:val="ro-MD"/>
        </w:rPr>
        <w:t>Capitolul I. Informații privind procedura de achiziție publică și autoritatea/entitatea contractantă;</w:t>
      </w:r>
    </w:p>
    <w:p w:rsidR="00924ED0" w:rsidRPr="007076F9" w:rsidRDefault="00924ED0" w:rsidP="00924ED0">
      <w:pPr>
        <w:numPr>
          <w:ilvl w:val="0"/>
          <w:numId w:val="28"/>
        </w:numPr>
        <w:suppressAutoHyphens/>
        <w:ind w:left="0" w:firstLine="360"/>
        <w:jc w:val="both"/>
        <w:rPr>
          <w:rFonts w:cs="Times New Roman"/>
          <w:sz w:val="22"/>
          <w:lang w:val="ro-MD"/>
        </w:rPr>
      </w:pPr>
      <w:r w:rsidRPr="007076F9">
        <w:rPr>
          <w:rFonts w:cs="Times New Roman"/>
          <w:sz w:val="22"/>
          <w:lang w:val="ro-MD"/>
        </w:rPr>
        <w:t>Capitolul II. Informații referitoare la operatorul economic;</w:t>
      </w:r>
    </w:p>
    <w:p w:rsidR="00924ED0" w:rsidRPr="007076F9" w:rsidRDefault="00924ED0" w:rsidP="00924ED0">
      <w:pPr>
        <w:numPr>
          <w:ilvl w:val="0"/>
          <w:numId w:val="28"/>
        </w:numPr>
        <w:suppressAutoHyphens/>
        <w:ind w:left="0" w:firstLine="360"/>
        <w:jc w:val="both"/>
        <w:rPr>
          <w:rFonts w:cs="Times New Roman"/>
          <w:sz w:val="22"/>
          <w:lang w:val="ro-MD"/>
        </w:rPr>
      </w:pPr>
      <w:r w:rsidRPr="007076F9">
        <w:rPr>
          <w:rFonts w:cs="Times New Roman"/>
          <w:sz w:val="22"/>
          <w:lang w:val="ro-MD"/>
        </w:rPr>
        <w:t>Capitolul III. Motive de excludere din cadrul procedurii de achiziție publică;</w:t>
      </w:r>
    </w:p>
    <w:p w:rsidR="00924ED0" w:rsidRPr="007076F9" w:rsidRDefault="00924ED0" w:rsidP="00924ED0">
      <w:pPr>
        <w:numPr>
          <w:ilvl w:val="0"/>
          <w:numId w:val="28"/>
        </w:numPr>
        <w:suppressAutoHyphens/>
        <w:ind w:left="0" w:firstLine="360"/>
        <w:jc w:val="both"/>
        <w:rPr>
          <w:rFonts w:cs="Times New Roman"/>
          <w:sz w:val="22"/>
          <w:lang w:val="ro-MD"/>
        </w:rPr>
      </w:pPr>
      <w:r w:rsidRPr="007076F9">
        <w:rPr>
          <w:rFonts w:cs="Times New Roman"/>
          <w:sz w:val="22"/>
          <w:lang w:val="ro-MD"/>
        </w:rPr>
        <w:t>Capitolul IV. Criteriile de calificare și selecție a operatorilor economici;</w:t>
      </w:r>
    </w:p>
    <w:p w:rsidR="00924ED0" w:rsidRPr="007076F9" w:rsidRDefault="00924ED0" w:rsidP="00924ED0">
      <w:pPr>
        <w:numPr>
          <w:ilvl w:val="0"/>
          <w:numId w:val="28"/>
        </w:numPr>
        <w:suppressAutoHyphens/>
        <w:ind w:left="0" w:firstLine="360"/>
        <w:jc w:val="both"/>
        <w:rPr>
          <w:rFonts w:cs="Times New Roman"/>
          <w:sz w:val="22"/>
          <w:lang w:val="ro-MD"/>
        </w:rPr>
      </w:pPr>
      <w:r w:rsidRPr="007076F9">
        <w:rPr>
          <w:rFonts w:cs="Times New Roman"/>
          <w:sz w:val="22"/>
          <w:lang w:val="ro-MD"/>
        </w:rPr>
        <w:t>Capitolul V. Indicații generale pentru criteriile de selecție a operatorilor economici;</w:t>
      </w:r>
    </w:p>
    <w:p w:rsidR="00924ED0" w:rsidRPr="007076F9" w:rsidRDefault="00924ED0" w:rsidP="00924ED0">
      <w:pPr>
        <w:numPr>
          <w:ilvl w:val="0"/>
          <w:numId w:val="28"/>
        </w:numPr>
        <w:suppressAutoHyphens/>
        <w:ind w:left="0" w:firstLine="360"/>
        <w:jc w:val="both"/>
        <w:rPr>
          <w:rFonts w:cs="Times New Roman"/>
          <w:sz w:val="22"/>
          <w:lang w:val="ro-MD"/>
        </w:rPr>
      </w:pPr>
      <w:r w:rsidRPr="007076F9">
        <w:rPr>
          <w:rFonts w:cs="Times New Roman"/>
          <w:sz w:val="22"/>
          <w:lang w:val="ro-MD"/>
        </w:rPr>
        <w:t>Capitolul VI. Preselecția candidaților pentru procedura de atribuire a contractului de achiziție publică;</w:t>
      </w:r>
    </w:p>
    <w:p w:rsidR="00924ED0" w:rsidRPr="007076F9" w:rsidRDefault="00924ED0" w:rsidP="00924ED0">
      <w:pPr>
        <w:numPr>
          <w:ilvl w:val="0"/>
          <w:numId w:val="28"/>
        </w:numPr>
        <w:suppressAutoHyphens/>
        <w:jc w:val="both"/>
        <w:rPr>
          <w:rFonts w:cs="Times New Roman"/>
          <w:sz w:val="22"/>
          <w:lang w:val="ro-MD"/>
        </w:rPr>
      </w:pPr>
      <w:r w:rsidRPr="007076F9">
        <w:rPr>
          <w:rFonts w:cs="Times New Roman"/>
          <w:sz w:val="22"/>
          <w:lang w:val="ro-MD"/>
        </w:rPr>
        <w:t>Capitolul VII. Declarații finale.</w:t>
      </w:r>
    </w:p>
    <w:p w:rsidR="00924ED0" w:rsidRPr="007076F9" w:rsidRDefault="00924ED0" w:rsidP="00924ED0">
      <w:pPr>
        <w:numPr>
          <w:ilvl w:val="0"/>
          <w:numId w:val="27"/>
        </w:numPr>
        <w:suppressAutoHyphens/>
        <w:jc w:val="both"/>
        <w:rPr>
          <w:rFonts w:cs="Times New Roman"/>
          <w:sz w:val="22"/>
          <w:lang w:val="ro-MD"/>
        </w:rPr>
      </w:pPr>
      <w:r w:rsidRPr="007076F9">
        <w:rPr>
          <w:rFonts w:cs="Times New Roman"/>
          <w:sz w:val="22"/>
          <w:lang w:val="ro-MD"/>
        </w:rPr>
        <w:t>Prezentarea formularului DUAE la depunerea ofertei care nu este conform cu cerințele stabilite în Documentația de atribuire duce la respingerea ofertei.</w:t>
      </w:r>
    </w:p>
    <w:p w:rsidR="00924ED0" w:rsidRPr="007076F9" w:rsidRDefault="00924ED0" w:rsidP="00924ED0">
      <w:pPr>
        <w:jc w:val="both"/>
        <w:rPr>
          <w:rFonts w:cs="Times New Roman"/>
          <w:sz w:val="22"/>
        </w:rPr>
      </w:pPr>
      <w:r w:rsidRPr="007076F9">
        <w:rPr>
          <w:rFonts w:cs="Times New Roman"/>
          <w:b/>
          <w:sz w:val="22"/>
          <w:lang w:val="ro-MD"/>
        </w:rPr>
        <w:t>Capitolul I. Informații privind procedura de achiziție publică și autoritatea/entitatea contractantă</w:t>
      </w:r>
    </w:p>
    <w:p w:rsidR="00924ED0" w:rsidRPr="007076F9" w:rsidRDefault="00924ED0" w:rsidP="00924ED0">
      <w:pPr>
        <w:rPr>
          <w:rFonts w:cs="Times New Roman"/>
          <w:b/>
          <w:sz w:val="22"/>
          <w:lang w:val="ro-MD"/>
        </w:rPr>
      </w:pPr>
    </w:p>
    <w:p w:rsidR="00924ED0" w:rsidRPr="007076F9" w:rsidRDefault="00924ED0" w:rsidP="00924ED0">
      <w:pPr>
        <w:jc w:val="both"/>
        <w:rPr>
          <w:rFonts w:cs="Times New Roman"/>
          <w:sz w:val="22"/>
          <w:lang w:val="ro-MD"/>
        </w:rPr>
      </w:pPr>
      <w:r w:rsidRPr="007076F9">
        <w:rPr>
          <w:rFonts w:cs="Times New Roman"/>
          <w:i/>
          <w:sz w:val="22"/>
          <w:lang w:val="ro-MD"/>
        </w:rPr>
        <w:t xml:space="preserve">Compartimentul se completează doar de către autoritatea/entitatea contractantă. </w:t>
      </w:r>
    </w:p>
    <w:tbl>
      <w:tblPr>
        <w:tblW w:w="0" w:type="auto"/>
        <w:jc w:val="center"/>
        <w:tblLook w:val="0000" w:firstRow="0" w:lastRow="0" w:firstColumn="0" w:lastColumn="0" w:noHBand="0" w:noVBand="0"/>
      </w:tblPr>
      <w:tblGrid>
        <w:gridCol w:w="3941"/>
        <w:gridCol w:w="6236"/>
        <w:gridCol w:w="3143"/>
      </w:tblGrid>
      <w:tr w:rsidR="00924ED0" w:rsidRPr="007076F9" w:rsidTr="00D756A6">
        <w:trPr>
          <w:cantSplit/>
          <w:tblHeader/>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b/>
                <w:sz w:val="22"/>
                <w:lang w:val="ro-MD"/>
              </w:rPr>
            </w:pPr>
            <w:r w:rsidRPr="007076F9">
              <w:rPr>
                <w:rFonts w:cs="Times New Roman"/>
                <w:b/>
                <w:sz w:val="22"/>
                <w:lang w:val="ro-MD"/>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b/>
                <w:sz w:val="22"/>
                <w:lang w:val="ro-MD"/>
              </w:rPr>
            </w:pPr>
            <w:r w:rsidRPr="007076F9">
              <w:rPr>
                <w:rFonts w:cs="Times New Roman"/>
                <w:b/>
                <w:sz w:val="22"/>
                <w:lang w:val="ro-MD"/>
              </w:rPr>
              <w:t>Conținutul cerinței</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7"/>
              <w:contextualSpacing/>
              <w:jc w:val="center"/>
              <w:rPr>
                <w:rFonts w:cs="Times New Roman"/>
                <w:b/>
                <w:sz w:val="22"/>
                <w:lang w:val="ro-MD"/>
              </w:rPr>
            </w:pPr>
            <w:r w:rsidRPr="007076F9">
              <w:rPr>
                <w:rFonts w:cs="Times New Roman"/>
                <w:b/>
                <w:sz w:val="22"/>
                <w:lang w:val="ro-MD"/>
              </w:rPr>
              <w:t>Răspuns</w:t>
            </w:r>
          </w:p>
        </w:tc>
      </w:tr>
      <w:tr w:rsidR="00924ED0" w:rsidRPr="007076F9" w:rsidTr="00D756A6">
        <w:trPr>
          <w:cantSplit/>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sz w:val="22"/>
                <w:lang w:val="ro-MD"/>
              </w:rPr>
            </w:pPr>
            <w:r w:rsidRPr="007076F9">
              <w:rPr>
                <w:rFonts w:cs="Times New Roman"/>
                <w:sz w:val="22"/>
                <w:lang w:val="ro-MD"/>
              </w:rPr>
              <w:t>2</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7"/>
              <w:contextualSpacing/>
              <w:jc w:val="center"/>
              <w:rPr>
                <w:rFonts w:cs="Times New Roman"/>
                <w:sz w:val="22"/>
                <w:lang w:val="ro-MD"/>
              </w:rPr>
            </w:pPr>
            <w:r w:rsidRPr="007076F9">
              <w:rPr>
                <w:rFonts w:cs="Times New Roman"/>
                <w:sz w:val="22"/>
                <w:lang w:val="ro-MD"/>
              </w:rPr>
              <w:t>3</w:t>
            </w:r>
          </w:p>
        </w:tc>
      </w:tr>
      <w:tr w:rsidR="00924ED0" w:rsidRPr="007076F9" w:rsidTr="00D756A6">
        <w:trPr>
          <w:cantSplit/>
          <w:jc w:val="center"/>
        </w:trPr>
        <w:tc>
          <w:tcPr>
            <w:tcW w:w="13320"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0"/>
              </w:numPr>
              <w:suppressAutoHyphens/>
              <w:contextualSpacing/>
              <w:rPr>
                <w:rFonts w:cs="Times New Roman"/>
                <w:b/>
                <w:sz w:val="22"/>
                <w:lang w:val="ro-MD"/>
              </w:rPr>
            </w:pPr>
            <w:r w:rsidRPr="007076F9">
              <w:rPr>
                <w:rFonts w:cs="Times New Roman"/>
                <w:b/>
                <w:sz w:val="22"/>
                <w:lang w:val="ro-MD"/>
              </w:rPr>
              <w:t>Informații despre publicare</w:t>
            </w:r>
          </w:p>
        </w:tc>
      </w:tr>
      <w:tr w:rsidR="00924ED0" w:rsidRPr="007076F9" w:rsidTr="00D756A6">
        <w:trPr>
          <w:cantSplit/>
          <w:trHeight w:val="943"/>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sz w:val="22"/>
                <w:lang w:val="ro-MD"/>
              </w:rPr>
            </w:pPr>
            <w:r w:rsidRPr="007076F9">
              <w:rPr>
                <w:rFonts w:cs="Times New Roman"/>
                <w:sz w:val="22"/>
                <w:lang w:val="ro-MD"/>
              </w:rPr>
              <w:t>Numărul anunțului/invitației publicate în Buletinul achizițiilor publice, și după caz numărul anunțului publicat în Jurnalul Oficial al Uniunii Europene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rPr>
            </w:pPr>
            <w:r w:rsidRPr="007076F9">
              <w:rPr>
                <w:rFonts w:cs="Times New Roman"/>
                <w:sz w:val="22"/>
              </w:rPr>
              <w:t>Conform SIA RSAP</w:t>
            </w:r>
          </w:p>
        </w:tc>
      </w:tr>
      <w:tr w:rsidR="00924ED0" w:rsidRPr="007076F9" w:rsidTr="00D756A6">
        <w:trPr>
          <w:cantSplit/>
          <w:jc w:val="center"/>
        </w:trPr>
        <w:tc>
          <w:tcPr>
            <w:tcW w:w="13320"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0"/>
              </w:numPr>
              <w:suppressAutoHyphens/>
              <w:contextualSpacing/>
              <w:rPr>
                <w:rFonts w:cs="Times New Roman"/>
                <w:b/>
                <w:sz w:val="22"/>
                <w:lang w:val="ro-MD"/>
              </w:rPr>
            </w:pPr>
            <w:r w:rsidRPr="007076F9">
              <w:rPr>
                <w:rFonts w:cs="Times New Roman"/>
                <w:b/>
                <w:sz w:val="22"/>
                <w:lang w:val="ro-MD"/>
              </w:rPr>
              <w:t>Identitatea autorității/entității contractante</w:t>
            </w:r>
          </w:p>
        </w:tc>
      </w:tr>
      <w:tr w:rsidR="00924ED0" w:rsidRPr="007076F9" w:rsidTr="00D756A6">
        <w:trPr>
          <w:cantSplit/>
          <w:trHeight w:val="264"/>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lastRenderedPageBreak/>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9"/>
              <w:contextualSpacing/>
              <w:jc w:val="both"/>
              <w:rPr>
                <w:rFonts w:cs="Times New Roman"/>
                <w:sz w:val="22"/>
              </w:rPr>
            </w:pPr>
            <w:r w:rsidRPr="007076F9">
              <w:rPr>
                <w:rFonts w:cs="Times New Roman"/>
                <w:sz w:val="22"/>
                <w:lang w:val="ro-MD"/>
              </w:rPr>
              <w:t>Denumirea autorității/entității contractante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rPr>
            </w:pPr>
            <w:r w:rsidRPr="007076F9">
              <w:rPr>
                <w:rFonts w:cs="Times New Roman"/>
                <w:sz w:val="22"/>
              </w:rPr>
              <w:t>AGENȚIA NAȚIONALĂ PENTRU SĂNĂTATE PUBLICĂ</w:t>
            </w:r>
          </w:p>
        </w:tc>
      </w:tr>
      <w:tr w:rsidR="00924ED0" w:rsidRPr="007076F9" w:rsidTr="00D756A6">
        <w:trPr>
          <w:cantSplit/>
          <w:trHeight w:val="113"/>
          <w:jc w:val="center"/>
        </w:trPr>
        <w:tc>
          <w:tcPr>
            <w:tcW w:w="394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9"/>
              <w:contextualSpacing/>
              <w:jc w:val="both"/>
              <w:rPr>
                <w:rFonts w:cs="Times New Roman"/>
                <w:sz w:val="22"/>
              </w:rPr>
            </w:pPr>
            <w:r w:rsidRPr="007076F9">
              <w:rPr>
                <w:rFonts w:cs="Times New Roman"/>
                <w:sz w:val="22"/>
                <w:lang w:val="ro-MD"/>
              </w:rPr>
              <w:t>Număr unic de identificare (IDNO) a autorității/entității contractante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rPr>
            </w:pPr>
            <w:r w:rsidRPr="007076F9">
              <w:rPr>
                <w:rFonts w:cs="Times New Roman"/>
                <w:sz w:val="22"/>
              </w:rPr>
              <w:t>1018601000021</w:t>
            </w:r>
          </w:p>
        </w:tc>
      </w:tr>
    </w:tbl>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sz w:val="22"/>
        </w:rPr>
      </w:pPr>
      <w:r w:rsidRPr="007076F9">
        <w:rPr>
          <w:rFonts w:cs="Times New Roman"/>
          <w:b/>
          <w:sz w:val="22"/>
          <w:lang w:val="ro-MD"/>
        </w:rPr>
        <w:t xml:space="preserve">Capitolul II. Informații referitoare la operatorul economic </w:t>
      </w:r>
    </w:p>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i/>
          <w:sz w:val="22"/>
          <w:lang w:val="ro-MD"/>
        </w:rPr>
      </w:pPr>
      <w:r w:rsidRPr="007076F9">
        <w:rPr>
          <w:rFonts w:cs="Times New Roman"/>
          <w:i/>
          <w:sz w:val="22"/>
          <w:lang w:val="ro-MD"/>
        </w:rPr>
        <w:t>Compartimentul se completează doar de către operatorii economici.</w:t>
      </w:r>
    </w:p>
    <w:tbl>
      <w:tblPr>
        <w:tblW w:w="0" w:type="auto"/>
        <w:jc w:val="center"/>
        <w:tblLook w:val="0000" w:firstRow="0" w:lastRow="0" w:firstColumn="0" w:lastColumn="0" w:noHBand="0" w:noVBand="0"/>
      </w:tblPr>
      <w:tblGrid>
        <w:gridCol w:w="1603"/>
        <w:gridCol w:w="5628"/>
        <w:gridCol w:w="5805"/>
      </w:tblGrid>
      <w:tr w:rsidR="00924ED0" w:rsidRPr="007076F9" w:rsidTr="00D756A6">
        <w:trPr>
          <w:cantSplit/>
          <w:tblHeade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rPr>
            </w:pPr>
            <w:r w:rsidRPr="007076F9">
              <w:rPr>
                <w:rFonts w:cs="Times New Roman"/>
                <w:b/>
                <w:sz w:val="22"/>
                <w:lang w:val="ro-MD"/>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b/>
                <w:sz w:val="22"/>
                <w:lang w:val="ro-MD"/>
              </w:rPr>
            </w:pPr>
            <w:r w:rsidRPr="007076F9">
              <w:rPr>
                <w:rFonts w:cs="Times New Roman"/>
                <w:b/>
                <w:sz w:val="22"/>
                <w:lang w:val="ro-MD"/>
              </w:rPr>
              <w:t>Conținutul cerințelor</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b/>
                <w:sz w:val="22"/>
                <w:lang w:val="ro-MD"/>
              </w:rPr>
            </w:pPr>
            <w:r w:rsidRPr="007076F9">
              <w:rPr>
                <w:rFonts w:cs="Times New Roman"/>
                <w:b/>
                <w:sz w:val="22"/>
                <w:lang w:val="ro-MD"/>
              </w:rPr>
              <w:t>Răspuns</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sz w:val="22"/>
                <w:lang w:val="ro-MD"/>
              </w:rPr>
            </w:pPr>
            <w:r w:rsidRPr="007076F9">
              <w:rPr>
                <w:rFonts w:cs="Times New Roman"/>
                <w:sz w:val="22"/>
                <w:lang w:val="ro-MD"/>
              </w:rPr>
              <w:t>2</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sz w:val="22"/>
                <w:lang w:val="ro-MD"/>
              </w:rPr>
            </w:pPr>
            <w:r w:rsidRPr="007076F9">
              <w:rPr>
                <w:rFonts w:cs="Times New Roman"/>
                <w:sz w:val="22"/>
                <w:lang w:val="ro-MD"/>
              </w:rPr>
              <w:t>3</w:t>
            </w:r>
          </w:p>
        </w:tc>
      </w:tr>
      <w:tr w:rsidR="00924ED0" w:rsidRPr="007076F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2"/>
              </w:numPr>
              <w:suppressAutoHyphens/>
              <w:contextualSpacing/>
              <w:jc w:val="both"/>
              <w:rPr>
                <w:rFonts w:cs="Times New Roman"/>
                <w:b/>
                <w:sz w:val="22"/>
                <w:lang w:val="ro-MD"/>
              </w:rPr>
            </w:pPr>
            <w:r w:rsidRPr="007076F9">
              <w:rPr>
                <w:rFonts w:cs="Times New Roman"/>
                <w:b/>
                <w:sz w:val="22"/>
                <w:lang w:val="ro-MD"/>
              </w:rPr>
              <w:t>Informații privind operatorul economic</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center"/>
              <w:rPr>
                <w:rFonts w:cs="Times New Roman"/>
                <w:sz w:val="22"/>
                <w:lang w:val="ro-MD"/>
              </w:rPr>
            </w:pPr>
            <w:r w:rsidRPr="007076F9">
              <w:rPr>
                <w:rFonts w:cs="Times New Roman"/>
                <w:sz w:val="22"/>
                <w:lang w:val="ro-MD"/>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Denumirea operatorul economic</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 xml:space="preserve">Țara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 xml:space="preserve">Cod poștal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 xml:space="preserve">Oraș/Localitate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 xml:space="preserve">Adresa juridică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rPr>
            </w:pPr>
            <w:r w:rsidRPr="007076F9">
              <w:rPr>
                <w:rFonts w:cs="Times New Roman"/>
                <w:sz w:val="22"/>
                <w:lang w:val="ro-MD"/>
              </w:rPr>
              <w:t>Pagina web</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rPr>
            </w:pPr>
            <w:r w:rsidRPr="007076F9">
              <w:rPr>
                <w:rFonts w:cs="Times New Roman"/>
                <w:sz w:val="22"/>
                <w:lang w:val="ro-MD"/>
              </w:rPr>
              <w:t>Persoana sau persoanele de contact</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i/>
                <w:sz w:val="22"/>
                <w:lang w:val="ro-MD"/>
              </w:rPr>
            </w:pPr>
            <w:r w:rsidRPr="007076F9">
              <w:rPr>
                <w:rFonts w:cs="Times New Roman"/>
                <w:i/>
                <w:sz w:val="22"/>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i/>
                <w:sz w:val="22"/>
                <w:lang w:val="ro-MD"/>
              </w:rPr>
            </w:pPr>
            <w:r w:rsidRPr="007076F9">
              <w:rPr>
                <w:rFonts w:cs="Times New Roman"/>
                <w:i/>
                <w:sz w:val="22"/>
                <w:lang w:val="ro-MD"/>
              </w:rPr>
              <w:t xml:space="preserve">Telefon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i/>
                <w:sz w:val="22"/>
                <w:lang w:val="ro-MD"/>
              </w:rPr>
            </w:pPr>
            <w:r w:rsidRPr="007076F9">
              <w:rPr>
                <w:rFonts w:cs="Times New Roman"/>
                <w:i/>
                <w:sz w:val="22"/>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rPr>
            </w:pPr>
            <w:r w:rsidRPr="007076F9">
              <w:rPr>
                <w:rFonts w:cs="Times New Roman"/>
                <w:i/>
                <w:sz w:val="22"/>
                <w:lang w:val="ro-MD"/>
              </w:rPr>
              <w:t>Adresa de e-mail</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Număr unic de identificare (IDNO/IDNP)</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|număr|</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Numărul cod TVA</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|număr|</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Forma organizatorico-juridică a activității de antreprenoriat</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sz w:val="22"/>
                <w:lang w:val="ro-MD"/>
              </w:rPr>
            </w:pPr>
            <w:r w:rsidRPr="007076F9">
              <w:rPr>
                <w:rFonts w:cs="Times New Roman"/>
                <w:sz w:val="22"/>
                <w:lang w:val="ro-MD"/>
              </w:rPr>
              <w:t>2A.11</w:t>
            </w:r>
          </w:p>
        </w:tc>
        <w:tc>
          <w:tcPr>
            <w:tcW w:w="11433" w:type="dxa"/>
            <w:gridSpan w:val="2"/>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rPr>
            </w:pPr>
            <w:r w:rsidRPr="007076F9">
              <w:rPr>
                <w:rFonts w:cs="Times New Roman"/>
                <w:sz w:val="22"/>
                <w:lang w:val="ro-MD"/>
              </w:rPr>
              <w:t>Informația cu privire la numele acționarilor/asociaților/beneficiarului efectiv</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i/>
                <w:sz w:val="22"/>
                <w:lang w:val="ro-MD"/>
              </w:rPr>
            </w:pPr>
            <w:r w:rsidRPr="007076F9">
              <w:rPr>
                <w:rFonts w:cs="Times New Roman"/>
                <w:i/>
                <w:sz w:val="22"/>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Numele acționarilor / asociaților</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firstLine="851"/>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i/>
                <w:sz w:val="22"/>
                <w:lang w:val="ro-MD"/>
              </w:rPr>
            </w:pPr>
            <w:r w:rsidRPr="007076F9">
              <w:rPr>
                <w:rFonts w:cs="Times New Roman"/>
                <w:i/>
                <w:sz w:val="22"/>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Numele beneficiarului efectiv</w:t>
            </w:r>
          </w:p>
          <w:p w:rsidR="00924ED0" w:rsidRPr="007076F9" w:rsidRDefault="00924ED0" w:rsidP="00924ED0">
            <w:pPr>
              <w:contextualSpacing/>
              <w:jc w:val="both"/>
              <w:rPr>
                <w:rFonts w:cs="Times New Roman"/>
                <w:sz w:val="22"/>
                <w:lang w:val="ro-MD"/>
              </w:rPr>
            </w:pPr>
            <w:r w:rsidRPr="007076F9">
              <w:rPr>
                <w:rFonts w:cs="Times New Roman"/>
                <w:i/>
                <w:iCs/>
                <w:sz w:val="22"/>
                <w:lang w:val="ro-MD"/>
              </w:rPr>
              <w:t>[</w:t>
            </w:r>
            <w:r w:rsidRPr="007076F9">
              <w:rPr>
                <w:rFonts w:cs="Times New Roman"/>
                <w:b/>
                <w:i/>
                <w:iCs/>
                <w:sz w:val="22"/>
                <w:lang w:val="ro-MD"/>
              </w:rPr>
              <w:t>beneficiar efectiv</w:t>
            </w:r>
            <w:r w:rsidRPr="007076F9">
              <w:rPr>
                <w:rFonts w:cs="Times New Roman"/>
                <w:sz w:val="22"/>
                <w:lang w:val="ro-MD"/>
              </w:rPr>
              <w:t xml:space="preserve"> – </w:t>
            </w:r>
            <w:r w:rsidRPr="007076F9">
              <w:rPr>
                <w:rFonts w:cs="Times New Roman"/>
                <w:i/>
                <w:sz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firstLine="851"/>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jc w:val="center"/>
              <w:rPr>
                <w:rFonts w:cs="Times New Roman"/>
                <w:i/>
                <w:sz w:val="22"/>
                <w:lang w:val="ro-MD"/>
              </w:rPr>
            </w:pPr>
            <w:r w:rsidRPr="007076F9">
              <w:rPr>
                <w:rFonts w:cs="Times New Roman"/>
                <w:i/>
                <w:sz w:val="22"/>
                <w:lang w:val="ro-MD"/>
              </w:rPr>
              <w:lastRenderedPageBreak/>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 xml:space="preserve">Cetățenia beneficiarului efectiv </w:t>
            </w:r>
            <w:r w:rsidRPr="007076F9">
              <w:rPr>
                <w:rFonts w:cs="Times New Roman"/>
                <w:i/>
                <w:sz w:val="22"/>
                <w:lang w:val="ro-MD"/>
              </w:rPr>
              <w:t>(legătură juridico-politică permanentă a persoanei fizice definite conform poziției 2A.11.2)</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firstLine="851"/>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Operatorul economic este:</w:t>
            </w:r>
          </w:p>
          <w:p w:rsidR="00924ED0" w:rsidRPr="007076F9" w:rsidRDefault="00924ED0" w:rsidP="00924ED0">
            <w:pPr>
              <w:pStyle w:val="Listparagraf"/>
              <w:numPr>
                <w:ilvl w:val="0"/>
                <w:numId w:val="21"/>
              </w:numPr>
              <w:suppressAutoHyphens/>
              <w:rPr>
                <w:rFonts w:cs="Times New Roman"/>
                <w:sz w:val="22"/>
                <w:lang w:val="ro-MD"/>
              </w:rPr>
            </w:pPr>
            <w:r w:rsidRPr="007076F9">
              <w:rPr>
                <w:rFonts w:cs="Times New Roman"/>
                <w:sz w:val="22"/>
                <w:lang w:val="ro-RO"/>
              </w:rPr>
              <w:t>întreprindere mică</w:t>
            </w:r>
          </w:p>
          <w:p w:rsidR="00924ED0" w:rsidRPr="007076F9" w:rsidRDefault="00924ED0" w:rsidP="00924ED0">
            <w:pPr>
              <w:pStyle w:val="Listparagraf"/>
              <w:numPr>
                <w:ilvl w:val="0"/>
                <w:numId w:val="21"/>
              </w:numPr>
              <w:suppressAutoHyphens/>
              <w:rPr>
                <w:rFonts w:cs="Times New Roman"/>
                <w:sz w:val="22"/>
                <w:lang w:val="ro-MD"/>
              </w:rPr>
            </w:pPr>
            <w:r w:rsidRPr="007076F9">
              <w:rPr>
                <w:rFonts w:cs="Times New Roman"/>
                <w:sz w:val="22"/>
                <w:lang w:val="ro-MD"/>
              </w:rPr>
              <w:t xml:space="preserve">întreprindere mijlocie </w:t>
            </w:r>
          </w:p>
          <w:p w:rsidR="00924ED0" w:rsidRPr="007076F9" w:rsidRDefault="00924ED0" w:rsidP="00924ED0">
            <w:pPr>
              <w:pStyle w:val="Listparagraf"/>
              <w:numPr>
                <w:ilvl w:val="0"/>
                <w:numId w:val="21"/>
              </w:numPr>
              <w:suppressAutoHyphens/>
              <w:rPr>
                <w:rFonts w:cs="Times New Roman"/>
                <w:sz w:val="22"/>
                <w:lang w:val="ro-MD"/>
              </w:rPr>
            </w:pPr>
            <w:r w:rsidRPr="007076F9">
              <w:rPr>
                <w:rFonts w:cs="Times New Roman"/>
                <w:sz w:val="22"/>
                <w:lang w:val="ro-RO"/>
              </w:rPr>
              <w:t>și altele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 xml:space="preserve">            |text|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sz w:val="22"/>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i/>
                <w:sz w:val="22"/>
                <w:lang w:val="ro-MD"/>
              </w:rPr>
            </w:pPr>
            <w:r w:rsidRPr="007076F9">
              <w:rPr>
                <w:rFonts w:cs="Times New Roman"/>
                <w:sz w:val="22"/>
                <w:lang w:val="ro-MD"/>
              </w:rPr>
              <w:t>În cazul în care achiziția este rezervată: operatorul economic este un atelier protejat sau o întreprindere socială, sau va asigura executarea contractului în contextul programelor de angajare protejată?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i/>
                <w:sz w:val="22"/>
                <w:lang w:val="ro-MD"/>
              </w:rPr>
            </w:pPr>
          </w:p>
          <w:p w:rsidR="00924ED0" w:rsidRPr="007076F9" w:rsidRDefault="00924ED0" w:rsidP="00924ED0">
            <w:pPr>
              <w:ind w:left="135"/>
              <w:contextualSpacing/>
              <w:jc w:val="center"/>
              <w:rPr>
                <w:rFonts w:cs="Times New Roman"/>
                <w:sz w:val="22"/>
                <w:lang w:val="ro-MD"/>
              </w:rPr>
            </w:pPr>
            <w:r w:rsidRPr="007076F9">
              <w:rPr>
                <w:rFonts w:cs="Times New Roman"/>
                <w:sz w:val="22"/>
                <w:lang w:val="ro-MD"/>
              </w:rPr>
              <w:t>󠇡Da            󠇡󠇡Nu</w:t>
            </w:r>
          </w:p>
          <w:p w:rsidR="00924ED0" w:rsidRPr="007076F9" w:rsidRDefault="00924ED0" w:rsidP="00924ED0">
            <w:pPr>
              <w:contextualSpacing/>
              <w:jc w:val="center"/>
              <w:rPr>
                <w:rFonts w:cs="Times New Roman"/>
                <w:sz w:val="22"/>
                <w:lang w:val="ro-MD"/>
              </w:rPr>
            </w:pPr>
          </w:p>
          <w:p w:rsidR="00924ED0" w:rsidRPr="007076F9" w:rsidRDefault="00924ED0" w:rsidP="00924ED0">
            <w:pPr>
              <w:ind w:left="-148"/>
              <w:contextualSpacing/>
              <w:jc w:val="center"/>
              <w:rPr>
                <w:rFonts w:cs="Times New Roman"/>
                <w:i/>
                <w:sz w:val="22"/>
                <w:lang w:val="ro-MD"/>
              </w:rPr>
            </w:pP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rPr>
            </w:pPr>
            <w:r w:rsidRPr="007076F9">
              <w:rPr>
                <w:rFonts w:cs="Times New Roman"/>
                <w:i/>
                <w:sz w:val="22"/>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i/>
                <w:sz w:val="22"/>
                <w:lang w:val="ro-MD"/>
              </w:rPr>
            </w:pPr>
            <w:r w:rsidRPr="007076F9">
              <w:rPr>
                <w:rFonts w:cs="Times New Roman"/>
                <w:i/>
                <w:sz w:val="22"/>
                <w:lang w:val="ro-MD"/>
              </w:rPr>
              <w:t>Dacă da, care este procentul  corespunzător de lucrători cu dizabilități sau defavorizați?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8"/>
              <w:contextualSpacing/>
              <w:jc w:val="center"/>
              <w:rPr>
                <w:rFonts w:cs="Times New Roman"/>
                <w:i/>
                <w:sz w:val="22"/>
                <w:lang w:val="ro-MD"/>
              </w:rPr>
            </w:pPr>
            <w:r w:rsidRPr="007076F9">
              <w:rPr>
                <w:rFonts w:cs="Times New Roman"/>
                <w:i/>
                <w:sz w:val="22"/>
                <w:lang w:val="ro-MD"/>
              </w:rPr>
              <w:t>|număr|</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rPr>
            </w:pPr>
            <w:r w:rsidRPr="007076F9">
              <w:rPr>
                <w:rFonts w:cs="Times New Roman"/>
                <w:i/>
                <w:sz w:val="22"/>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i/>
                <w:sz w:val="22"/>
                <w:lang w:val="ro-MD"/>
              </w:rPr>
            </w:pPr>
            <w:r w:rsidRPr="007076F9">
              <w:rPr>
                <w:rFonts w:cs="Times New Roman"/>
                <w:i/>
                <w:sz w:val="22"/>
                <w:lang w:val="ro-MD"/>
              </w:rPr>
              <w:t>Specificați cărei sau căror categorii de lucrători cu dizabilități sau defavorizați le aparțin angajații în cauză?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8"/>
              <w:contextualSpacing/>
              <w:jc w:val="center"/>
              <w:rPr>
                <w:rFonts w:cs="Times New Roman"/>
                <w:i/>
                <w:sz w:val="22"/>
                <w:lang w:val="ro-MD"/>
              </w:rPr>
            </w:pPr>
            <w:r w:rsidRPr="007076F9">
              <w:rPr>
                <w:rFonts w:cs="Times New Roman"/>
                <w:i/>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00" w:hanging="34"/>
              <w:contextualSpacing/>
              <w:rPr>
                <w:rFonts w:cs="Times New Roman"/>
                <w:sz w:val="22"/>
              </w:rPr>
            </w:pPr>
            <w:r w:rsidRPr="007076F9">
              <w:rPr>
                <w:rFonts w:cs="Times New Roman"/>
                <w:sz w:val="22"/>
                <w:lang w:val="ro-MD"/>
              </w:rPr>
              <w:t>Operatorul economic participă la procedura de achiziții publice împreună cu alți operatori economici?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35"/>
              <w:contextualSpacing/>
              <w:jc w:val="center"/>
              <w:rPr>
                <w:rFonts w:cs="Times New Roman"/>
                <w:sz w:val="22"/>
                <w:lang w:val="ro-MD"/>
              </w:rPr>
            </w:pPr>
            <w:r w:rsidRPr="007076F9">
              <w:rPr>
                <w:rFonts w:cs="Times New Roman"/>
                <w:sz w:val="22"/>
                <w:lang w:val="ro-MD"/>
              </w:rPr>
              <w:t>󠇡Da            󠇡󠇡Nu</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rPr>
            </w:pPr>
            <w:r w:rsidRPr="007076F9">
              <w:rPr>
                <w:rFonts w:cs="Times New Roman"/>
                <w:i/>
                <w:sz w:val="22"/>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i/>
                <w:sz w:val="22"/>
                <w:lang w:val="ro-MD"/>
              </w:rPr>
            </w:pPr>
            <w:r w:rsidRPr="007076F9">
              <w:rPr>
                <w:rFonts w:cs="Times New Roman"/>
                <w:i/>
                <w:sz w:val="22"/>
                <w:lang w:val="ro-MD"/>
              </w:rPr>
              <w:t>Dacă Da, precizați rolul operatorului economic în cadrul grupului (lider, responsabil cu îndeplinirea unor sarcini specifice, etc).</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i/>
                <w:sz w:val="22"/>
                <w:lang w:val="ro-MD"/>
              </w:rPr>
            </w:pPr>
          </w:p>
          <w:p w:rsidR="00924ED0" w:rsidRPr="007076F9" w:rsidRDefault="00924ED0" w:rsidP="00924ED0">
            <w:pPr>
              <w:ind w:left="208" w:hanging="142"/>
              <w:contextualSpacing/>
              <w:jc w:val="center"/>
              <w:rPr>
                <w:rFonts w:cs="Times New Roman"/>
                <w:i/>
                <w:sz w:val="22"/>
                <w:lang w:val="ro-MD"/>
              </w:rPr>
            </w:pPr>
            <w:r w:rsidRPr="007076F9">
              <w:rPr>
                <w:rFonts w:cs="Times New Roman"/>
                <w:i/>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rPr>
            </w:pPr>
            <w:r w:rsidRPr="007076F9">
              <w:rPr>
                <w:rFonts w:cs="Times New Roman"/>
                <w:i/>
                <w:sz w:val="22"/>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sz w:val="22"/>
              </w:rPr>
            </w:pPr>
            <w:r w:rsidRPr="007076F9">
              <w:rPr>
                <w:rFonts w:cs="Times New Roman"/>
                <w:i/>
                <w:sz w:val="22"/>
                <w:lang w:val="ro-MD"/>
              </w:rPr>
              <w:t>Numiți operatorii economici care participă la procedura respectivă de achiziție publică.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08" w:hanging="73"/>
              <w:contextualSpacing/>
              <w:jc w:val="center"/>
              <w:rPr>
                <w:rFonts w:cs="Times New Roman"/>
                <w:i/>
                <w:sz w:val="22"/>
                <w:lang w:val="ro-MD"/>
              </w:rPr>
            </w:pPr>
            <w:r w:rsidRPr="007076F9">
              <w:rPr>
                <w:rFonts w:cs="Times New Roman"/>
                <w:i/>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rPr>
            </w:pPr>
            <w:r w:rsidRPr="007076F9">
              <w:rPr>
                <w:rFonts w:cs="Times New Roman"/>
                <w:i/>
                <w:sz w:val="22"/>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i/>
                <w:sz w:val="22"/>
                <w:lang w:val="ro-MD"/>
              </w:rPr>
            </w:pPr>
            <w:r w:rsidRPr="007076F9">
              <w:rPr>
                <w:rFonts w:cs="Times New Roman"/>
                <w:i/>
                <w:sz w:val="22"/>
                <w:lang w:val="ro-MD"/>
              </w:rPr>
              <w:t>Specificați denumirea grupului participant.</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77" w:hanging="142"/>
              <w:contextualSpacing/>
              <w:jc w:val="center"/>
              <w:rPr>
                <w:rFonts w:cs="Times New Roman"/>
                <w:b/>
                <w:i/>
                <w:sz w:val="22"/>
                <w:lang w:val="ro-MD"/>
              </w:rPr>
            </w:pPr>
            <w:r w:rsidRPr="007076F9">
              <w:rPr>
                <w:rFonts w:cs="Times New Roman"/>
                <w:i/>
                <w:sz w:val="22"/>
                <w:lang w:val="ro-MD"/>
              </w:rPr>
              <w:t>|text|</w:t>
            </w:r>
          </w:p>
        </w:tc>
      </w:tr>
      <w:tr w:rsidR="00924ED0" w:rsidRPr="007076F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sz w:val="22"/>
              </w:rPr>
            </w:pPr>
            <w:r w:rsidRPr="007076F9">
              <w:rPr>
                <w:rFonts w:cs="Times New Roman"/>
                <w:i/>
                <w:sz w:val="22"/>
                <w:lang w:val="ro-MD"/>
              </w:rPr>
              <w:t>Notă. Dacă ați răspuns Da la întrebarea 2A.14, asigurați-vă ca operatorii economici menționați să prezinte un formular DUAE separat.</w:t>
            </w:r>
          </w:p>
        </w:tc>
      </w:tr>
      <w:tr w:rsidR="00924ED0" w:rsidRPr="007076F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2"/>
              </w:numPr>
              <w:suppressAutoHyphens/>
              <w:contextualSpacing/>
              <w:rPr>
                <w:rFonts w:cs="Times New Roman"/>
                <w:b/>
                <w:sz w:val="22"/>
                <w:lang w:val="ro-MD"/>
              </w:rPr>
            </w:pPr>
            <w:r w:rsidRPr="007076F9">
              <w:rPr>
                <w:rFonts w:cs="Times New Roman"/>
                <w:b/>
                <w:sz w:val="22"/>
                <w:lang w:val="ro-MD"/>
              </w:rPr>
              <w:t>Informații privind reprezentanții operatorului economic</w:t>
            </w:r>
          </w:p>
        </w:tc>
      </w:tr>
      <w:tr w:rsidR="00924ED0" w:rsidRPr="007076F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66"/>
              <w:contextualSpacing/>
              <w:jc w:val="both"/>
              <w:rPr>
                <w:rFonts w:cs="Times New Roman"/>
                <w:sz w:val="22"/>
                <w:lang w:val="ro-MD"/>
              </w:rPr>
            </w:pPr>
            <w:r w:rsidRPr="007076F9">
              <w:rPr>
                <w:rFonts w:cs="Times New Roman"/>
                <w:sz w:val="22"/>
                <w:lang w:val="ro-MD"/>
              </w:rPr>
              <w:t>Indicați numele persoanei (persoanelor) împuternicită (împuternicite) să îl reprezinte pe operatorul economic în scopurile prezentei proceduri de achiziție publică.</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rPr>
                <w:rFonts w:cs="Times New Roman"/>
                <w:sz w:val="22"/>
                <w:lang w:val="ro-MD"/>
              </w:rPr>
            </w:pPr>
            <w:r w:rsidRPr="007076F9">
              <w:rPr>
                <w:rFonts w:cs="Times New Roman"/>
                <w:sz w:val="22"/>
                <w:lang w:val="ro-MD"/>
              </w:rPr>
              <w:t xml:space="preserve">Nume și prenume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66"/>
              <w:contextualSpacing/>
              <w:jc w:val="both"/>
              <w:rPr>
                <w:rFonts w:cs="Times New Roman"/>
                <w:sz w:val="22"/>
                <w:lang w:val="ro-MD"/>
              </w:rPr>
            </w:pPr>
            <w:r w:rsidRPr="007076F9">
              <w:rPr>
                <w:rFonts w:cs="Times New Roman"/>
                <w:sz w:val="22"/>
                <w:lang w:val="ro-MD"/>
              </w:rPr>
              <w:t>Poziție/acționând în calitate de..</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66"/>
              <w:contextualSpacing/>
              <w:jc w:val="both"/>
              <w:rPr>
                <w:rFonts w:cs="Times New Roman"/>
                <w:sz w:val="22"/>
                <w:lang w:val="ro-MD"/>
              </w:rPr>
            </w:pPr>
            <w:r w:rsidRPr="007076F9">
              <w:rPr>
                <w:rFonts w:cs="Times New Roman"/>
                <w:sz w:val="22"/>
                <w:lang w:val="ro-MD"/>
              </w:rPr>
              <w:t xml:space="preserve">Țară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|text|</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66"/>
              <w:contextualSpacing/>
              <w:jc w:val="both"/>
              <w:rPr>
                <w:rFonts w:cs="Times New Roman"/>
                <w:sz w:val="22"/>
                <w:lang w:val="ro-MD"/>
              </w:rPr>
            </w:pPr>
            <w:r w:rsidRPr="007076F9">
              <w:rPr>
                <w:rFonts w:cs="Times New Roman"/>
                <w:sz w:val="22"/>
                <w:lang w:val="ro-MD"/>
              </w:rPr>
              <w:t xml:space="preserve">Telefon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[număr]</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66"/>
              <w:contextualSpacing/>
              <w:jc w:val="both"/>
              <w:rPr>
                <w:rFonts w:cs="Times New Roman"/>
                <w:sz w:val="22"/>
                <w:lang w:val="ro-MD"/>
              </w:rPr>
            </w:pPr>
            <w:r w:rsidRPr="007076F9">
              <w:rPr>
                <w:rFonts w:cs="Times New Roman"/>
                <w:sz w:val="22"/>
                <w:lang w:val="ro-MD"/>
              </w:rPr>
              <w:t>Adresa de e-mail</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 xml:space="preserve">|text| </w:t>
            </w:r>
          </w:p>
        </w:tc>
      </w:tr>
      <w:tr w:rsidR="00924ED0" w:rsidRPr="007076F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2"/>
              </w:numPr>
              <w:suppressAutoHyphens/>
              <w:contextualSpacing/>
              <w:rPr>
                <w:rFonts w:cs="Times New Roman"/>
                <w:b/>
                <w:sz w:val="22"/>
                <w:lang w:val="ro-MD"/>
              </w:rPr>
            </w:pPr>
            <w:r w:rsidRPr="007076F9">
              <w:rPr>
                <w:rFonts w:cs="Times New Roman"/>
                <w:b/>
                <w:sz w:val="22"/>
                <w:lang w:val="ro-MD"/>
              </w:rPr>
              <w:t>Informații privind utilizarea capacităților altor entități</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lastRenderedPageBreak/>
              <w:t>2C.1</w:t>
            </w:r>
          </w:p>
        </w:tc>
        <w:tc>
          <w:tcPr>
            <w:tcW w:w="5628"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5805"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ind w:left="720"/>
              <w:contextualSpacing/>
              <w:jc w:val="both"/>
              <w:rPr>
                <w:rFonts w:cs="Times New Roman"/>
                <w:sz w:val="22"/>
                <w:lang w:val="ro-MD"/>
              </w:rPr>
            </w:pPr>
          </w:p>
          <w:p w:rsidR="00924ED0" w:rsidRPr="007076F9" w:rsidRDefault="00924ED0" w:rsidP="00924ED0">
            <w:pPr>
              <w:ind w:left="170"/>
              <w:contextualSpacing/>
              <w:jc w:val="both"/>
              <w:rPr>
                <w:rFonts w:cs="Times New Roman"/>
                <w:sz w:val="22"/>
                <w:lang w:val="ro-MD"/>
              </w:rPr>
            </w:pPr>
            <w:r w:rsidRPr="007076F9">
              <w:rPr>
                <w:rFonts w:cs="Times New Roman"/>
                <w:sz w:val="22"/>
                <w:lang w:val="ro-MD"/>
              </w:rPr>
              <w:t>󠇡Da            󠇡󠇡Nu</w:t>
            </w:r>
          </w:p>
        </w:tc>
      </w:tr>
      <w:tr w:rsidR="00924ED0" w:rsidRPr="007076F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24ED0" w:rsidRPr="007076F9"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2"/>
              </w:numPr>
              <w:tabs>
                <w:tab w:val="left" w:pos="284"/>
              </w:tabs>
              <w:suppressAutoHyphens/>
              <w:ind w:left="0" w:firstLine="0"/>
              <w:contextualSpacing/>
              <w:jc w:val="both"/>
              <w:rPr>
                <w:rFonts w:cs="Times New Roman"/>
                <w:b/>
                <w:sz w:val="22"/>
                <w:lang w:val="ro-MD"/>
              </w:rPr>
            </w:pPr>
            <w:r w:rsidRPr="007076F9">
              <w:rPr>
                <w:rFonts w:cs="Times New Roman"/>
                <w:b/>
                <w:sz w:val="22"/>
                <w:lang w:val="ro-MD"/>
              </w:rPr>
              <w:t xml:space="preserve">Informații privind subcontractanții pe ale căror capacități operatorul economic se bazează </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84" w:hanging="568"/>
              <w:contextualSpacing/>
              <w:jc w:val="center"/>
              <w:rPr>
                <w:rFonts w:cs="Times New Roman"/>
                <w:sz w:val="22"/>
                <w:lang w:val="ro-MD"/>
              </w:rPr>
            </w:pPr>
            <w:r w:rsidRPr="007076F9">
              <w:rPr>
                <w:rFonts w:cs="Times New Roman"/>
                <w:sz w:val="22"/>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sz w:val="22"/>
                <w:lang w:val="ro-MD"/>
              </w:rPr>
            </w:pPr>
            <w:r w:rsidRPr="007076F9">
              <w:rPr>
                <w:rFonts w:cs="Times New Roman"/>
                <w:sz w:val="22"/>
                <w:lang w:val="ro-MD"/>
              </w:rPr>
              <w:t>Operatorul economic intenționează să subcontracteze vreo parte din contract cu alți operatori economici?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70"/>
              <w:contextualSpacing/>
              <w:jc w:val="center"/>
              <w:rPr>
                <w:rFonts w:cs="Times New Roman"/>
                <w:sz w:val="22"/>
                <w:lang w:val="ro-MD"/>
              </w:rPr>
            </w:pPr>
            <w:r w:rsidRPr="007076F9">
              <w:rPr>
                <w:rFonts w:cs="Times New Roman"/>
                <w:sz w:val="22"/>
                <w:lang w:val="ro-MD"/>
              </w:rPr>
              <w:t>󠇡Da            󠇡󠇡Nu</w:t>
            </w:r>
          </w:p>
        </w:tc>
      </w:tr>
      <w:tr w:rsidR="00924ED0" w:rsidRPr="007076F9"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i/>
                <w:sz w:val="22"/>
                <w:lang w:val="ro-MD"/>
              </w:rPr>
            </w:pPr>
            <w:r w:rsidRPr="007076F9">
              <w:rPr>
                <w:rFonts w:cs="Times New Roman"/>
                <w:i/>
                <w:sz w:val="22"/>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enumerați subcontractanții propuși.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i/>
                <w:sz w:val="22"/>
                <w:lang w:val="ro-MD"/>
              </w:rPr>
            </w:pPr>
            <w:r w:rsidRPr="007076F9">
              <w:rPr>
                <w:rFonts w:cs="Times New Roman"/>
                <w:i/>
                <w:sz w:val="22"/>
                <w:lang w:val="ro-MD"/>
              </w:rPr>
              <w:t>|text|</w:t>
            </w:r>
          </w:p>
        </w:tc>
      </w:tr>
    </w:tbl>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b/>
          <w:sz w:val="22"/>
          <w:lang w:val="ro-MD"/>
        </w:rPr>
      </w:pPr>
      <w:r w:rsidRPr="007076F9">
        <w:rPr>
          <w:rFonts w:cs="Times New Roman"/>
          <w:b/>
          <w:sz w:val="22"/>
          <w:lang w:val="ro-MD"/>
        </w:rPr>
        <w:t>Capitolul III. Motive de excludere din cadrul procedurii de achiziție publică</w:t>
      </w:r>
    </w:p>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sz w:val="22"/>
        </w:rPr>
      </w:pPr>
      <w:r w:rsidRPr="007076F9">
        <w:rPr>
          <w:rFonts w:cs="Times New Roman"/>
          <w:i/>
          <w:sz w:val="22"/>
          <w:lang w:val="ro-MD"/>
        </w:rPr>
        <w:t>Compartimentul se completează de către operatorii economici.</w:t>
      </w:r>
      <w:r w:rsidRPr="007076F9">
        <w:rPr>
          <w:rFonts w:cs="Times New Roman"/>
          <w:b/>
          <w:sz w:val="22"/>
          <w:lang w:val="ro-MD"/>
        </w:rPr>
        <w:t xml:space="preserve"> </w:t>
      </w:r>
    </w:p>
    <w:tbl>
      <w:tblPr>
        <w:tblpPr w:rightFromText="180" w:vertAnchor="text" w:tblpXSpec="center" w:tblpY="1"/>
        <w:tblOverlap w:val="never"/>
        <w:tblW w:w="0" w:type="auto"/>
        <w:jc w:val="center"/>
        <w:tblLook w:val="0000" w:firstRow="0" w:lastRow="0" w:firstColumn="0" w:lastColumn="0" w:noHBand="0" w:noVBand="0"/>
      </w:tblPr>
      <w:tblGrid>
        <w:gridCol w:w="1743"/>
        <w:gridCol w:w="6020"/>
        <w:gridCol w:w="2382"/>
      </w:tblGrid>
      <w:tr w:rsidR="00924ED0" w:rsidRPr="007076F9" w:rsidTr="00924ED0">
        <w:trPr>
          <w:cantSplit/>
          <w:tblHeade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b/>
                <w:sz w:val="22"/>
                <w:lang w:val="ro-MD"/>
              </w:rPr>
            </w:pPr>
            <w:r w:rsidRPr="007076F9">
              <w:rPr>
                <w:rFonts w:cs="Times New Roman"/>
                <w:b/>
                <w:sz w:val="22"/>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b/>
                <w:sz w:val="22"/>
                <w:lang w:val="ro-MD"/>
              </w:rPr>
            </w:pPr>
            <w:r w:rsidRPr="007076F9">
              <w:rPr>
                <w:rFonts w:cs="Times New Roman"/>
                <w:b/>
                <w:sz w:val="22"/>
                <w:lang w:val="ro-MD"/>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46"/>
              <w:contextualSpacing/>
              <w:jc w:val="center"/>
              <w:rPr>
                <w:rFonts w:cs="Times New Roman"/>
                <w:b/>
                <w:sz w:val="22"/>
                <w:lang w:val="ro-MD"/>
              </w:rPr>
            </w:pPr>
            <w:r w:rsidRPr="007076F9">
              <w:rPr>
                <w:rFonts w:cs="Times New Roman"/>
                <w:b/>
                <w:sz w:val="22"/>
                <w:lang w:val="ro-MD"/>
              </w:rPr>
              <w:t>Răspuns</w:t>
            </w:r>
          </w:p>
        </w:tc>
      </w:tr>
      <w:tr w:rsidR="00924ED0" w:rsidRPr="007076F9"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numPr>
                <w:ilvl w:val="0"/>
                <w:numId w:val="17"/>
              </w:numPr>
              <w:suppressAutoHyphens/>
              <w:ind w:left="284" w:hanging="284"/>
              <w:contextualSpacing/>
              <w:jc w:val="both"/>
              <w:rPr>
                <w:rFonts w:cs="Times New Roman"/>
                <w:b/>
                <w:sz w:val="22"/>
                <w:lang w:val="ro-MD"/>
              </w:rPr>
            </w:pPr>
            <w:r w:rsidRPr="007076F9">
              <w:rPr>
                <w:rFonts w:cs="Times New Roman"/>
                <w:b/>
                <w:sz w:val="22"/>
                <w:lang w:val="ro-MD"/>
              </w:rPr>
              <w:t>Motive referitoare la condamnări prin hotărârea definitivă a unei instanțe judecătorești</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center"/>
              <w:rPr>
                <w:rFonts w:cs="Times New Roman"/>
                <w:b/>
                <w:sz w:val="22"/>
                <w:lang w:val="ro-MD"/>
              </w:rPr>
            </w:pPr>
            <w:r w:rsidRPr="007076F9">
              <w:rPr>
                <w:rFonts w:cs="Times New Roman"/>
                <w:b/>
                <w:sz w:val="22"/>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center"/>
              <w:rPr>
                <w:rFonts w:cs="Times New Roman"/>
                <w:b/>
                <w:sz w:val="22"/>
                <w:lang w:val="ro-MD"/>
              </w:rPr>
            </w:pPr>
            <w:r w:rsidRPr="007076F9">
              <w:rPr>
                <w:rFonts w:cs="Times New Roman"/>
                <w:b/>
                <w:sz w:val="22"/>
                <w:lang w:val="ro-MD"/>
              </w:rPr>
              <w:t>2</w:t>
            </w:r>
          </w:p>
        </w:tc>
        <w:tc>
          <w:tcPr>
            <w:tcW w:w="237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center"/>
              <w:rPr>
                <w:rFonts w:cs="Times New Roman"/>
                <w:b/>
                <w:sz w:val="22"/>
                <w:lang w:val="ro-MD"/>
              </w:rPr>
            </w:pPr>
            <w:r w:rsidRPr="007076F9">
              <w:rPr>
                <w:rFonts w:cs="Times New Roman"/>
                <w:b/>
                <w:sz w:val="22"/>
                <w:lang w:val="ro-MD"/>
              </w:rPr>
              <w:t>3</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rPr>
                <w:rFonts w:cs="Times New Roman"/>
                <w:sz w:val="22"/>
              </w:rPr>
            </w:pPr>
            <w:r w:rsidRPr="007076F9">
              <w:rPr>
                <w:rFonts w:cs="Times New Roman"/>
                <w:sz w:val="22"/>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sz w:val="22"/>
              </w:rPr>
            </w:pPr>
            <w:r w:rsidRPr="007076F9">
              <w:rPr>
                <w:rFonts w:cs="Times New Roman"/>
                <w:b/>
                <w:sz w:val="22"/>
                <w:lang w:val="ro-MD"/>
              </w:rPr>
              <w:t xml:space="preserve">Participare la o organizație criminală. </w:t>
            </w:r>
          </w:p>
          <w:p w:rsidR="00924ED0" w:rsidRPr="007076F9" w:rsidRDefault="00924ED0" w:rsidP="00924ED0">
            <w:pPr>
              <w:ind w:left="120"/>
              <w:contextualSpacing/>
              <w:jc w:val="both"/>
              <w:rPr>
                <w:rFonts w:cs="Times New Roman"/>
                <w:sz w:val="22"/>
                <w:lang w:val="ro-MD"/>
              </w:rPr>
            </w:pPr>
            <w:r w:rsidRPr="007076F9">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sz w:val="22"/>
              </w:rPr>
            </w:pPr>
            <w:r w:rsidRPr="007076F9">
              <w:rPr>
                <w:rFonts w:cs="Times New Roman"/>
                <w:b/>
                <w:sz w:val="22"/>
                <w:lang w:val="ro-MD"/>
              </w:rPr>
              <w:t>Corupție.</w:t>
            </w:r>
          </w:p>
          <w:p w:rsidR="00924ED0" w:rsidRPr="007076F9" w:rsidRDefault="00924ED0" w:rsidP="00924ED0">
            <w:pPr>
              <w:ind w:left="120"/>
              <w:contextualSpacing/>
              <w:jc w:val="both"/>
              <w:rPr>
                <w:rFonts w:cs="Times New Roman"/>
                <w:sz w:val="22"/>
                <w:lang w:val="ro-MD"/>
              </w:rPr>
            </w:pPr>
            <w:r w:rsidRPr="007076F9">
              <w:rPr>
                <w:rFonts w:cs="Times New Roman"/>
                <w:sz w:val="22"/>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lastRenderedPageBreak/>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3A.3</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b/>
                <w:sz w:val="22"/>
                <w:lang w:val="ro-MD"/>
              </w:rPr>
            </w:pPr>
            <w:r w:rsidRPr="007076F9">
              <w:rPr>
                <w:rFonts w:cs="Times New Roman"/>
                <w:b/>
                <w:sz w:val="22"/>
                <w:lang w:val="ro-MD"/>
              </w:rPr>
              <w:t>Fraude.</w:t>
            </w:r>
          </w:p>
          <w:p w:rsidR="00924ED0" w:rsidRPr="007076F9" w:rsidRDefault="00924ED0" w:rsidP="00924ED0">
            <w:pPr>
              <w:ind w:left="120"/>
              <w:contextualSpacing/>
              <w:jc w:val="both"/>
              <w:rPr>
                <w:rFonts w:cs="Times New Roman"/>
                <w:sz w:val="22"/>
                <w:lang w:val="ro-MD"/>
              </w:rPr>
            </w:pPr>
            <w:r w:rsidRPr="007076F9">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b/>
                <w:sz w:val="22"/>
                <w:lang w:val="ro-MD"/>
              </w:rPr>
            </w:pPr>
            <w:r w:rsidRPr="007076F9">
              <w:rPr>
                <w:rFonts w:cs="Times New Roman"/>
                <w:b/>
                <w:sz w:val="22"/>
                <w:lang w:val="ro-MD"/>
              </w:rPr>
              <w:t>Infracțiuni teroriste sau infracțiuni legate de activitățile teroriste.</w:t>
            </w:r>
          </w:p>
          <w:p w:rsidR="00924ED0" w:rsidRPr="007076F9" w:rsidRDefault="00924ED0" w:rsidP="00924ED0">
            <w:pPr>
              <w:ind w:left="120"/>
              <w:contextualSpacing/>
              <w:jc w:val="both"/>
              <w:rPr>
                <w:rFonts w:cs="Times New Roman"/>
                <w:sz w:val="22"/>
                <w:lang w:val="ro-MD"/>
              </w:rPr>
            </w:pPr>
            <w:r w:rsidRPr="007076F9">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b/>
                <w:sz w:val="22"/>
                <w:lang w:val="ro-MD"/>
              </w:rPr>
            </w:pPr>
            <w:r w:rsidRPr="007076F9">
              <w:rPr>
                <w:rFonts w:cs="Times New Roman"/>
                <w:b/>
                <w:sz w:val="22"/>
                <w:lang w:val="ro-MD"/>
              </w:rPr>
              <w:t>Spălare de bani sau finanțarea terorismului.</w:t>
            </w:r>
          </w:p>
          <w:p w:rsidR="00924ED0" w:rsidRPr="007076F9" w:rsidRDefault="00924ED0" w:rsidP="00924ED0">
            <w:pPr>
              <w:ind w:left="120"/>
              <w:contextualSpacing/>
              <w:jc w:val="both"/>
              <w:rPr>
                <w:rFonts w:cs="Times New Roman"/>
                <w:sz w:val="22"/>
                <w:lang w:val="ro-MD"/>
              </w:rPr>
            </w:pPr>
            <w:r w:rsidRPr="007076F9">
              <w:rPr>
                <w:rFonts w:cs="Times New Roman"/>
                <w:sz w:val="22"/>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w:t>
            </w:r>
            <w:r w:rsidRPr="007076F9">
              <w:rPr>
                <w:rFonts w:cs="Times New Roman"/>
                <w:sz w:val="22"/>
                <w:lang w:val="ro-MD"/>
              </w:rPr>
              <w:lastRenderedPageBreak/>
              <w:t>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lastRenderedPageBreak/>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b/>
                <w:sz w:val="22"/>
                <w:lang w:val="ro-MD"/>
              </w:rPr>
            </w:pPr>
            <w:r w:rsidRPr="007076F9">
              <w:rPr>
                <w:rFonts w:cs="Times New Roman"/>
                <w:b/>
                <w:sz w:val="22"/>
                <w:lang w:val="ro-MD"/>
              </w:rPr>
              <w:t>Exploatarea prin muncă a copiilor și alte forme de trafic de persoane.</w:t>
            </w:r>
          </w:p>
          <w:p w:rsidR="00924ED0" w:rsidRPr="007076F9" w:rsidRDefault="00924ED0" w:rsidP="00924ED0">
            <w:pPr>
              <w:ind w:left="120"/>
              <w:contextualSpacing/>
              <w:jc w:val="both"/>
              <w:rPr>
                <w:rFonts w:cs="Times New Roman"/>
                <w:sz w:val="22"/>
                <w:lang w:val="ro-MD"/>
              </w:rPr>
            </w:pPr>
            <w:r w:rsidRPr="007076F9">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b/>
                <w:sz w:val="22"/>
                <w:lang w:val="ro-MD"/>
              </w:rPr>
            </w:pPr>
            <w:r w:rsidRPr="007076F9">
              <w:rPr>
                <w:rFonts w:cs="Times New Roman"/>
                <w:sz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3A.7.1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17"/>
              </w:numPr>
              <w:suppressAutoHyphens/>
              <w:contextualSpacing/>
              <w:rPr>
                <w:rFonts w:cs="Times New Roman"/>
                <w:b/>
                <w:sz w:val="22"/>
                <w:lang w:val="ro-MD"/>
              </w:rPr>
            </w:pPr>
            <w:r w:rsidRPr="007076F9">
              <w:rPr>
                <w:rFonts w:cs="Times New Roman"/>
                <w:b/>
                <w:sz w:val="22"/>
                <w:lang w:val="ro-MD"/>
              </w:rPr>
              <w:t>Motive privind plata impozitelor sau/și a contribuțiilor de asigurări sociale</w:t>
            </w:r>
          </w:p>
        </w:tc>
      </w:tr>
      <w:tr w:rsidR="00924ED0" w:rsidRPr="007076F9" w:rsidTr="00924ED0">
        <w:trPr>
          <w:cantSplit/>
          <w:trHeight w:val="19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b/>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b/>
                <w:sz w:val="22"/>
                <w:lang w:val="ro-MD"/>
              </w:rPr>
            </w:pPr>
            <w:r w:rsidRPr="007076F9">
              <w:rPr>
                <w:rFonts w:cs="Times New Roman"/>
                <w:b/>
                <w:sz w:val="22"/>
                <w:lang w:val="ro-MD"/>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9"/>
              <w:contextualSpacing/>
              <w:rPr>
                <w:rFonts w:cs="Times New Roman"/>
                <w:b/>
                <w:sz w:val="22"/>
                <w:lang w:val="ro-MD"/>
              </w:rPr>
            </w:pPr>
          </w:p>
        </w:tc>
      </w:tr>
      <w:tr w:rsidR="00924ED0" w:rsidRPr="007076F9" w:rsidTr="00924ED0">
        <w:trPr>
          <w:cantSplit/>
          <w:trHeight w:val="88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sz w:val="22"/>
                <w:lang w:val="ro-MD"/>
              </w:rPr>
            </w:pPr>
            <w:r w:rsidRPr="007076F9">
              <w:rPr>
                <w:rFonts w:cs="Times New Roman"/>
                <w:sz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sz w:val="22"/>
              </w:rPr>
            </w:pPr>
            <w:r w:rsidRPr="007076F9">
              <w:rPr>
                <w:rFonts w:cs="Times New Roman"/>
                <w:i/>
                <w:sz w:val="22"/>
                <w:lang w:val="ro-MD"/>
              </w:rPr>
              <w:t xml:space="preserve">Dacă Nu, în ce mod a fost stabilită obligația cu </w:t>
            </w:r>
            <w:r w:rsidRPr="007076F9">
              <w:rPr>
                <w:rFonts w:cs="Times New Roman"/>
                <w:sz w:val="22"/>
                <w:lang w:val="ro-MD"/>
              </w:rPr>
              <w:t xml:space="preserve"> </w:t>
            </w:r>
            <w:r w:rsidRPr="007076F9">
              <w:rPr>
                <w:rFonts w:cs="Times New Roman"/>
                <w:i/>
                <w:sz w:val="22"/>
                <w:lang w:val="ro-MD"/>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i/>
                <w:sz w:val="22"/>
                <w:lang w:val="ro-MD"/>
              </w:rPr>
            </w:pPr>
            <w:r w:rsidRPr="007076F9">
              <w:rPr>
                <w:rFonts w:cs="Times New Roman"/>
                <w:i/>
                <w:sz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sz w:val="22"/>
                <w:lang w:val="ro-MD"/>
              </w:rPr>
            </w:pPr>
            <w:r w:rsidRPr="007076F9">
              <w:rPr>
                <w:rFonts w:cs="Times New Roman"/>
                <w:i/>
                <w:sz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sz w:val="22"/>
                <w:lang w:val="ro-MD"/>
              </w:rPr>
              <w:lastRenderedPageBreak/>
              <w:t>3B.2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24ED0" w:rsidRPr="007076F9" w:rsidRDefault="00924ED0" w:rsidP="00924ED0">
            <w:pPr>
              <w:contextualSpacing/>
              <w:jc w:val="both"/>
              <w:rPr>
                <w:rFonts w:cs="Times New Roman"/>
                <w:sz w:val="22"/>
                <w:lang w:val="ro-MD"/>
              </w:rPr>
            </w:pPr>
          </w:p>
          <w:p w:rsidR="00924ED0" w:rsidRPr="007076F9" w:rsidRDefault="00924ED0" w:rsidP="00924ED0">
            <w:pPr>
              <w:contextualSpacing/>
              <w:jc w:val="both"/>
              <w:rPr>
                <w:rFonts w:cs="Times New Roman"/>
                <w:sz w:val="22"/>
              </w:rPr>
            </w:pPr>
            <w:r w:rsidRPr="007076F9">
              <w:rPr>
                <w:rFonts w:cs="Times New Roman"/>
                <w:sz w:val="22"/>
                <w:lang w:val="ro-MD"/>
              </w:rPr>
              <w:t xml:space="preserve">Notă: </w:t>
            </w:r>
            <w:r w:rsidRPr="007076F9">
              <w:rPr>
                <w:rFonts w:cs="Times New Roman"/>
                <w:i/>
                <w:sz w:val="22"/>
                <w:lang w:val="ro-MD"/>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p w:rsidR="00924ED0" w:rsidRPr="007076F9" w:rsidRDefault="00924ED0" w:rsidP="00924ED0">
            <w:pPr>
              <w:contextualSpacing/>
              <w:rPr>
                <w:rFonts w:cs="Times New Roman"/>
                <w:sz w:val="22"/>
                <w:lang w:val="ro-MD"/>
              </w:rPr>
            </w:pPr>
          </w:p>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p w:rsidR="00924ED0" w:rsidRPr="007076F9" w:rsidRDefault="00924ED0" w:rsidP="00924ED0">
            <w:pPr>
              <w:contextualSpacing/>
              <w:rPr>
                <w:rFonts w:cs="Times New Roman"/>
                <w:i/>
                <w:sz w:val="22"/>
                <w:lang w:val="ro-MD"/>
              </w:rPr>
            </w:pPr>
          </w:p>
        </w:tc>
      </w:tr>
      <w:tr w:rsidR="00924ED0" w:rsidRPr="007076F9"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i/>
                <w:sz w:val="22"/>
                <w:lang w:val="ro-MD"/>
              </w:rPr>
              <w:t xml:space="preserve">Dacă Da, operatorul economic este în măsură să furnizeze actul privind </w:t>
            </w:r>
            <w:r w:rsidRPr="007076F9">
              <w:rPr>
                <w:rFonts w:cs="Times New Roman"/>
                <w:sz w:val="22"/>
                <w:lang w:val="ro-MD"/>
              </w:rPr>
              <w:t xml:space="preserve"> </w:t>
            </w:r>
            <w:r w:rsidRPr="007076F9">
              <w:rPr>
                <w:rFonts w:cs="Times New Roman"/>
                <w:i/>
                <w:sz w:val="22"/>
                <w:lang w:val="ro-MD"/>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Cs/>
                <w:sz w:val="22"/>
                <w:lang w:val="ro-MD"/>
              </w:rPr>
            </w:pPr>
            <w:r w:rsidRPr="007076F9">
              <w:rPr>
                <w:rFonts w:cs="Times New Roman"/>
                <w:iCs/>
                <w:sz w:val="22"/>
                <w:lang w:val="ro-MD"/>
              </w:rPr>
              <w:t>󠇡Da           󠇡󠇡Nu</w:t>
            </w:r>
          </w:p>
        </w:tc>
      </w:tr>
      <w:tr w:rsidR="00924ED0" w:rsidRPr="007076F9"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Operatorul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iCs/>
                <w:sz w:val="22"/>
                <w:lang w:val="ro-MD"/>
              </w:rPr>
              <w:t>󠇡Da           󠇡󠇡Nu</w:t>
            </w:r>
          </w:p>
        </w:tc>
      </w:tr>
      <w:tr w:rsidR="00924ED0" w:rsidRPr="007076F9" w:rsidTr="00924ED0">
        <w:trPr>
          <w:cantSplit/>
          <w:trHeight w:val="232"/>
          <w:jc w:val="center"/>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sz w:val="22"/>
                <w:lang w:val="ro-MD"/>
              </w:rPr>
            </w:pPr>
            <w:r w:rsidRPr="007076F9">
              <w:rPr>
                <w:rFonts w:cs="Times New Roman"/>
                <w:sz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Adresa de internet:</w:t>
            </w:r>
          </w:p>
          <w:p w:rsidR="00924ED0" w:rsidRPr="007076F9" w:rsidRDefault="00924ED0" w:rsidP="00924ED0">
            <w:pPr>
              <w:ind w:left="-151"/>
              <w:contextualSpacing/>
              <w:jc w:val="both"/>
              <w:rPr>
                <w:rFonts w:cs="Times New Roman"/>
                <w:sz w:val="22"/>
                <w:lang w:val="ro-MD"/>
              </w:rPr>
            </w:pPr>
            <w:r w:rsidRPr="007076F9">
              <w:rPr>
                <w:rFonts w:cs="Times New Roman"/>
                <w:sz w:val="22"/>
                <w:lang w:val="ro-MD"/>
              </w:rPr>
              <w:t xml:space="preserve">    |text|</w:t>
            </w:r>
          </w:p>
        </w:tc>
      </w:tr>
      <w:tr w:rsidR="00924ED0" w:rsidRPr="007076F9" w:rsidTr="00924ED0">
        <w:trPr>
          <w:cantSplit/>
          <w:trHeight w:val="280"/>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both"/>
              <w:rPr>
                <w:rFonts w:cs="Times New Roman"/>
                <w:i/>
                <w:sz w:val="22"/>
                <w:lang w:val="ro-MD"/>
              </w:rPr>
            </w:pPr>
          </w:p>
        </w:tc>
        <w:tc>
          <w:tcPr>
            <w:tcW w:w="237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12"/>
              <w:contextualSpacing/>
              <w:jc w:val="both"/>
              <w:rPr>
                <w:rFonts w:cs="Times New Roman"/>
                <w:sz w:val="22"/>
                <w:lang w:val="ro-MD"/>
              </w:rPr>
            </w:pPr>
            <w:r w:rsidRPr="007076F9">
              <w:rPr>
                <w:rFonts w:cs="Times New Roman"/>
                <w:sz w:val="22"/>
                <w:lang w:val="ro-MD"/>
              </w:rPr>
              <w:t xml:space="preserve"> Autoritatea sau</w:t>
            </w:r>
          </w:p>
          <w:p w:rsidR="00924ED0" w:rsidRPr="007076F9" w:rsidRDefault="00924ED0" w:rsidP="00924ED0">
            <w:pPr>
              <w:ind w:hanging="112"/>
              <w:contextualSpacing/>
              <w:jc w:val="both"/>
              <w:rPr>
                <w:rFonts w:cs="Times New Roman"/>
                <w:sz w:val="22"/>
                <w:lang w:val="ro-MD"/>
              </w:rPr>
            </w:pPr>
            <w:r w:rsidRPr="007076F9">
              <w:rPr>
                <w:rFonts w:cs="Times New Roman"/>
                <w:sz w:val="22"/>
                <w:lang w:val="ro-MD"/>
              </w:rPr>
              <w:t xml:space="preserve"> organismul  emitent(ă): </w:t>
            </w:r>
          </w:p>
          <w:p w:rsidR="00924ED0" w:rsidRPr="007076F9" w:rsidRDefault="00924ED0" w:rsidP="00924ED0">
            <w:pPr>
              <w:ind w:left="-112"/>
              <w:contextualSpacing/>
              <w:jc w:val="both"/>
              <w:rPr>
                <w:rFonts w:cs="Times New Roman"/>
                <w:sz w:val="22"/>
                <w:lang w:val="ro-MD"/>
              </w:rPr>
            </w:pPr>
            <w:r w:rsidRPr="007076F9">
              <w:rPr>
                <w:rFonts w:cs="Times New Roman"/>
                <w:sz w:val="22"/>
                <w:lang w:val="ro-MD"/>
              </w:rPr>
              <w:t xml:space="preserve">  |text|</w:t>
            </w:r>
          </w:p>
        </w:tc>
      </w:tr>
      <w:tr w:rsidR="00924ED0" w:rsidRPr="007076F9" w:rsidTr="00924ED0">
        <w:trPr>
          <w:cantSplit/>
          <w:trHeight w:val="312"/>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both"/>
              <w:rPr>
                <w:rFonts w:cs="Times New Roman"/>
                <w:i/>
                <w:sz w:val="22"/>
                <w:lang w:val="ro-MD"/>
              </w:rPr>
            </w:pPr>
          </w:p>
        </w:tc>
        <w:tc>
          <w:tcPr>
            <w:tcW w:w="237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6"/>
              <w:contextualSpacing/>
              <w:jc w:val="both"/>
              <w:rPr>
                <w:rFonts w:cs="Times New Roman"/>
                <w:sz w:val="22"/>
                <w:lang w:val="ro-MD"/>
              </w:rPr>
            </w:pPr>
            <w:r w:rsidRPr="007076F9">
              <w:rPr>
                <w:rFonts w:cs="Times New Roman"/>
                <w:sz w:val="22"/>
                <w:lang w:val="ro-MD"/>
              </w:rPr>
              <w:t>Referința exactă a</w:t>
            </w:r>
          </w:p>
          <w:p w:rsidR="00924ED0" w:rsidRPr="007076F9" w:rsidRDefault="00924ED0" w:rsidP="00924ED0">
            <w:pPr>
              <w:ind w:left="-6"/>
              <w:contextualSpacing/>
              <w:jc w:val="both"/>
              <w:rPr>
                <w:rFonts w:cs="Times New Roman"/>
                <w:sz w:val="22"/>
                <w:lang w:val="ro-MD"/>
              </w:rPr>
            </w:pPr>
            <w:r w:rsidRPr="007076F9">
              <w:rPr>
                <w:rFonts w:cs="Times New Roman"/>
                <w:sz w:val="22"/>
                <w:lang w:val="ro-MD"/>
              </w:rPr>
              <w:t xml:space="preserve">documentației:    </w:t>
            </w:r>
          </w:p>
          <w:p w:rsidR="00924ED0" w:rsidRPr="007076F9" w:rsidRDefault="00924ED0" w:rsidP="00924ED0">
            <w:pPr>
              <w:ind w:left="-151"/>
              <w:contextualSpacing/>
              <w:jc w:val="both"/>
              <w:rPr>
                <w:rFonts w:cs="Times New Roman"/>
                <w:sz w:val="22"/>
                <w:lang w:val="ro-MD"/>
              </w:rPr>
            </w:pPr>
            <w:r w:rsidRPr="007076F9">
              <w:rPr>
                <w:rFonts w:cs="Times New Roman"/>
                <w:sz w:val="22"/>
                <w:lang w:val="ro-MD"/>
              </w:rPr>
              <w:t>|  |text|</w:t>
            </w:r>
          </w:p>
        </w:tc>
      </w:tr>
      <w:tr w:rsidR="00924ED0" w:rsidRPr="007076F9"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pStyle w:val="Listparagraf"/>
              <w:numPr>
                <w:ilvl w:val="0"/>
                <w:numId w:val="17"/>
              </w:numPr>
              <w:suppressAutoHyphens/>
              <w:ind w:left="-151" w:firstLine="577"/>
              <w:rPr>
                <w:rFonts w:cs="Times New Roman"/>
                <w:b/>
                <w:sz w:val="22"/>
                <w:lang w:val="ro-MD"/>
              </w:rPr>
            </w:pPr>
            <w:r w:rsidRPr="007076F9">
              <w:rPr>
                <w:rFonts w:cs="Times New Roman"/>
                <w:b/>
                <w:sz w:val="22"/>
                <w:lang w:val="ro-MD"/>
              </w:rPr>
              <w:t>Includerea în lista de interdicție a operatorilor economici</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sz w:val="22"/>
              </w:rPr>
            </w:pPr>
            <w:r w:rsidRPr="007076F9">
              <w:rPr>
                <w:rFonts w:cs="Times New Roman"/>
                <w:sz w:val="22"/>
                <w:lang w:val="ro-MD"/>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51"/>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20"/>
              <w:contextualSpacing/>
              <w:jc w:val="both"/>
              <w:rPr>
                <w:rFonts w:cs="Times New Roman"/>
                <w:b/>
                <w:i/>
                <w:sz w:val="22"/>
                <w:lang w:val="ro-MD"/>
              </w:rPr>
            </w:pPr>
            <w:r w:rsidRPr="007076F9">
              <w:rPr>
                <w:rFonts w:cs="Times New Roman"/>
                <w:i/>
                <w:sz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pStyle w:val="Listparagraf"/>
              <w:numPr>
                <w:ilvl w:val="0"/>
                <w:numId w:val="17"/>
              </w:numPr>
              <w:suppressAutoHyphens/>
              <w:rPr>
                <w:rFonts w:cs="Times New Roman"/>
                <w:b/>
                <w:sz w:val="22"/>
                <w:lang w:val="ro-MD"/>
              </w:rPr>
            </w:pPr>
            <w:r w:rsidRPr="007076F9">
              <w:rPr>
                <w:rFonts w:cs="Times New Roman"/>
                <w:b/>
                <w:sz w:val="22"/>
                <w:lang w:val="ro-MD"/>
              </w:rPr>
              <w:t>Motive legate de insolvabilitate, conflicte de interese sau abateri profesionale</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hanging="862"/>
              <w:contextualSpacing/>
              <w:jc w:val="center"/>
              <w:rPr>
                <w:rFonts w:cs="Times New Roman"/>
                <w:b/>
                <w:sz w:val="22"/>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26"/>
              <w:contextualSpacing/>
              <w:jc w:val="both"/>
              <w:rPr>
                <w:rFonts w:cs="Times New Roman"/>
                <w:sz w:val="22"/>
                <w:lang w:val="ro-MD"/>
              </w:rPr>
            </w:pPr>
            <w:r w:rsidRPr="007076F9">
              <w:rPr>
                <w:rFonts w:cs="Times New Roman"/>
                <w:b/>
                <w:sz w:val="22"/>
                <w:lang w:val="ro-MD"/>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9"/>
              <w:contextualSpacing/>
              <w:jc w:val="center"/>
              <w:rPr>
                <w:rFonts w:cs="Times New Roman"/>
                <w:sz w:val="22"/>
                <w:lang w:val="ro-MD"/>
              </w:rPr>
            </w:pP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hanging="862"/>
              <w:contextualSpacing/>
              <w:jc w:val="center"/>
              <w:rPr>
                <w:rFonts w:cs="Times New Roman"/>
                <w:sz w:val="22"/>
                <w:lang w:val="ro-MD"/>
              </w:rPr>
            </w:pPr>
            <w:r w:rsidRPr="007076F9">
              <w:rPr>
                <w:rFonts w:cs="Times New Roman"/>
                <w:sz w:val="22"/>
                <w:lang w:val="ro-MD"/>
              </w:rPr>
              <w:lastRenderedPageBreak/>
              <w:t>3D.1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sz w:val="22"/>
                <w:lang w:val="ro-MD"/>
              </w:rPr>
              <w:t>Operatorul economic a încălcat obligațiile în domeniul mediului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3D.1.1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sz w:val="22"/>
                <w:lang w:val="ro-MD"/>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sz w:val="22"/>
                <w:lang w:val="ro-MD"/>
              </w:rPr>
              <w:t>Operatorul economic a încălcat obligațiile în domeniul muncii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490"/>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26"/>
              <w:contextualSpacing/>
              <w:jc w:val="both"/>
              <w:rPr>
                <w:rFonts w:cs="Times New Roman"/>
                <w:b/>
                <w:sz w:val="22"/>
                <w:lang w:val="ro-MD"/>
              </w:rPr>
            </w:pPr>
            <w:r w:rsidRPr="007076F9">
              <w:rPr>
                <w:rFonts w:cs="Times New Roman"/>
                <w:b/>
                <w:sz w:val="22"/>
                <w:lang w:val="ro-MD"/>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65"/>
              <w:contextualSpacing/>
              <w:jc w:val="center"/>
              <w:rPr>
                <w:rFonts w:cs="Times New Roman"/>
                <w:b/>
                <w:sz w:val="22"/>
                <w:lang w:val="ro-MD"/>
              </w:rPr>
            </w:pP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3D.4</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26"/>
              <w:contextualSpacing/>
              <w:jc w:val="both"/>
              <w:rPr>
                <w:rFonts w:cs="Times New Roman"/>
                <w:sz w:val="22"/>
              </w:rPr>
            </w:pPr>
            <w:r w:rsidRPr="007076F9">
              <w:rPr>
                <w:rFonts w:cs="Times New Roman"/>
                <w:sz w:val="22"/>
                <w:lang w:val="ro-MD"/>
              </w:rPr>
              <w:t xml:space="preserve">Operatorul economic este în situație de insolvabilitate sau de lichidare a activității antreprenoriale </w:t>
            </w:r>
            <w:r w:rsidRPr="007076F9">
              <w:rPr>
                <w:rFonts w:cs="Times New Roman"/>
                <w:color w:val="000000"/>
                <w:sz w:val="22"/>
                <w:lang w:val="ro-MD"/>
              </w:rPr>
              <w:t xml:space="preserve"> ca urmare a unei hotărârii judecătorești</w:t>
            </w:r>
            <w:r w:rsidRPr="007076F9">
              <w:rPr>
                <w:rFonts w:cs="Times New Roman"/>
                <w:sz w:val="22"/>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5"/>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490"/>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b/>
                <w:sz w:val="22"/>
                <w:lang w:val="ro-MD"/>
              </w:rPr>
            </w:pPr>
            <w:r w:rsidRPr="007076F9">
              <w:rPr>
                <w:rFonts w:cs="Times New Roman"/>
                <w:b/>
                <w:sz w:val="22"/>
                <w:lang w:val="ro-MD"/>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rPr>
                <w:rFonts w:cs="Times New Roman"/>
                <w:b/>
                <w:sz w:val="22"/>
                <w:lang w:val="ro-MD"/>
              </w:rPr>
            </w:pP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lastRenderedPageBreak/>
              <w:t>3D.5.2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490"/>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b/>
                <w:sz w:val="22"/>
                <w:lang w:val="ro-MD"/>
              </w:rPr>
            </w:pPr>
            <w:r w:rsidRPr="007076F9">
              <w:rPr>
                <w:rFonts w:cs="Times New Roman"/>
                <w:b/>
                <w:sz w:val="22"/>
                <w:lang w:val="ro-MD"/>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rPr>
                <w:rFonts w:cs="Times New Roman"/>
                <w:b/>
                <w:sz w:val="22"/>
                <w:lang w:val="ro-MD"/>
              </w:rPr>
            </w:pP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84"/>
              <w:contextualSpacing/>
              <w:jc w:val="center"/>
              <w:rPr>
                <w:rFonts w:cs="Times New Roman"/>
                <w:sz w:val="22"/>
                <w:lang w:val="ro-MD"/>
              </w:rPr>
            </w:pPr>
            <w:r w:rsidRPr="007076F9">
              <w:rPr>
                <w:rFonts w:cs="Times New Roman"/>
                <w:sz w:val="22"/>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Activitățile economice ale operatorului economic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490"/>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b/>
                <w:sz w:val="22"/>
                <w:lang w:val="ro-MD"/>
              </w:rPr>
            </w:pPr>
            <w:r w:rsidRPr="007076F9">
              <w:rPr>
                <w:rFonts w:cs="Times New Roman"/>
                <w:b/>
                <w:sz w:val="22"/>
                <w:lang w:val="ro-MD"/>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rPr>
                <w:rFonts w:cs="Times New Roman"/>
                <w:b/>
                <w:sz w:val="22"/>
                <w:lang w:val="ro-MD"/>
              </w:rPr>
            </w:pP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sz w:val="22"/>
                <w:lang w:val="ro-MD"/>
              </w:rPr>
              <w:t xml:space="preserve">Operatorul economic, în ultimii 3 ani, a încheiat acorduri cu alți operatori economici care au ca obiect denaturarea concurenței, fapt </w:t>
            </w:r>
            <w:r w:rsidRPr="007076F9">
              <w:rPr>
                <w:rFonts w:cs="Times New Roman"/>
                <w:color w:val="000000"/>
                <w:sz w:val="22"/>
                <w:lang w:val="ro-MD"/>
              </w:rPr>
              <w:t>constatat prin decizie a organului abilitat în acest sens</w:t>
            </w:r>
            <w:r w:rsidRPr="007076F9">
              <w:rPr>
                <w:rFonts w:cs="Times New Roman"/>
                <w:sz w:val="22"/>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54"/>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i/>
                <w:sz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
                <w:sz w:val="22"/>
                <w:lang w:val="ro-MD"/>
              </w:rPr>
            </w:pPr>
            <w:r w:rsidRPr="007076F9">
              <w:rPr>
                <w:rFonts w:cs="Times New Roman"/>
                <w:i/>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490"/>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142"/>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b/>
                <w:sz w:val="22"/>
                <w:lang w:val="ro-MD"/>
              </w:rPr>
            </w:pPr>
            <w:r w:rsidRPr="007076F9">
              <w:rPr>
                <w:rFonts w:cs="Times New Roman"/>
                <w:b/>
                <w:sz w:val="22"/>
                <w:lang w:val="ro-MD"/>
              </w:rPr>
              <w:t xml:space="preserve">Conflict 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54"/>
              <w:contextualSpacing/>
              <w:jc w:val="center"/>
              <w:rPr>
                <w:rFonts w:cs="Times New Roman"/>
                <w:b/>
                <w:sz w:val="22"/>
                <w:lang w:val="ro-MD"/>
              </w:rPr>
            </w:pP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sz w:val="22"/>
                <w:lang w:val="ro-MD"/>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54"/>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
                <w:sz w:val="22"/>
                <w:lang w:val="ro-MD"/>
              </w:rPr>
            </w:pPr>
            <w:r w:rsidRPr="007076F9">
              <w:rPr>
                <w:rFonts w:cs="Times New Roman"/>
                <w:i/>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490"/>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142"/>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b/>
                <w:sz w:val="22"/>
                <w:lang w:val="ro-MD"/>
              </w:rPr>
            </w:pPr>
            <w:r w:rsidRPr="007076F9">
              <w:rPr>
                <w:rFonts w:cs="Times New Roman"/>
                <w:b/>
                <w:sz w:val="22"/>
                <w:lang w:val="ro-MD"/>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54"/>
              <w:contextualSpacing/>
              <w:rPr>
                <w:rFonts w:cs="Times New Roman"/>
                <w:b/>
                <w:sz w:val="22"/>
                <w:lang w:val="ro-MD"/>
              </w:rPr>
            </w:pP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sz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rPr>
            </w:pPr>
            <w:r w:rsidRPr="007076F9">
              <w:rPr>
                <w:rFonts w:cs="Times New Roman"/>
                <w:i/>
                <w:sz w:val="22"/>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i/>
                <w:sz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Cs/>
                <w:sz w:val="22"/>
                <w:lang w:val="ro-MD"/>
              </w:rPr>
            </w:pPr>
            <w:r w:rsidRPr="007076F9">
              <w:rPr>
                <w:rFonts w:cs="Times New Roman"/>
                <w:iCs/>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490"/>
              <w:contextualSpacing/>
              <w:jc w:val="cente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142"/>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b/>
                <w:sz w:val="22"/>
                <w:lang w:val="ro-MD"/>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b/>
                <w:sz w:val="22"/>
                <w:lang w:val="ro-MD"/>
              </w:rPr>
            </w:pP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88"/>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contextualSpacing/>
              <w:jc w:val="center"/>
              <w:rPr>
                <w:rFonts w:cs="Times New Roman"/>
                <w:i/>
                <w:sz w:val="22"/>
                <w:lang w:val="ro-MD"/>
              </w:rPr>
            </w:pPr>
            <w:r w:rsidRPr="007076F9">
              <w:rPr>
                <w:rFonts w:cs="Times New Roman"/>
                <w:i/>
                <w:sz w:val="22"/>
                <w:lang w:val="ro-MD"/>
              </w:rPr>
              <w:t>󠇡Da            󠇡󠇡Nu</w:t>
            </w:r>
          </w:p>
        </w:tc>
      </w:tr>
      <w:tr w:rsidR="00924ED0" w:rsidRPr="007076F9"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i/>
                <w:sz w:val="22"/>
                <w:lang w:val="ro-MD"/>
              </w:rPr>
            </w:pPr>
            <w:r w:rsidRPr="007076F9">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490"/>
              <w:contextualSpacing/>
              <w:jc w:val="center"/>
              <w:rPr>
                <w:rFonts w:cs="Times New Roman"/>
                <w:i/>
                <w:sz w:val="22"/>
                <w:lang w:val="ro-MD"/>
              </w:rPr>
            </w:pPr>
            <w:r w:rsidRPr="007076F9">
              <w:rPr>
                <w:rFonts w:cs="Times New Roman"/>
                <w:i/>
                <w:sz w:val="22"/>
                <w:lang w:val="ro-MD"/>
              </w:rPr>
              <w:t>|text|</w:t>
            </w:r>
          </w:p>
        </w:tc>
      </w:tr>
    </w:tbl>
    <w:p w:rsidR="00924ED0" w:rsidRPr="007076F9" w:rsidRDefault="00924ED0" w:rsidP="00924ED0">
      <w:pPr>
        <w:jc w:val="both"/>
        <w:rPr>
          <w:rFonts w:cs="Times New Roman"/>
          <w:sz w:val="22"/>
          <w:lang w:val="ro-MD"/>
        </w:rPr>
      </w:pPr>
    </w:p>
    <w:p w:rsidR="00924ED0" w:rsidRPr="007076F9" w:rsidRDefault="00924ED0" w:rsidP="00924ED0">
      <w:pPr>
        <w:pageBreakBefore/>
        <w:jc w:val="both"/>
        <w:rPr>
          <w:rFonts w:cs="Times New Roman"/>
          <w:b/>
          <w:sz w:val="22"/>
          <w:lang w:val="ro-MD"/>
        </w:rPr>
      </w:pPr>
      <w:r w:rsidRPr="007076F9">
        <w:rPr>
          <w:rFonts w:cs="Times New Roman"/>
          <w:b/>
          <w:sz w:val="22"/>
          <w:lang w:val="ro-MD"/>
        </w:rPr>
        <w:lastRenderedPageBreak/>
        <w:t>Capitolul IV. Criteriile de calificare și selecție a operatorilor economici</w:t>
      </w:r>
    </w:p>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sz w:val="22"/>
        </w:rPr>
      </w:pPr>
      <w:r w:rsidRPr="007076F9">
        <w:rPr>
          <w:rFonts w:cs="Times New Roman"/>
          <w:i/>
          <w:sz w:val="22"/>
          <w:lang w:val="ro-MD"/>
        </w:rPr>
        <w:t>Compartimentul se completează de către autoritatea/entitatea (coloana nr.2) contractantă și operatorii economici (coloana nr.3)</w:t>
      </w:r>
      <w:r w:rsidRPr="007076F9">
        <w:rPr>
          <w:rFonts w:cs="Times New Roman"/>
          <w:sz w:val="22"/>
        </w:rPr>
        <w:t>.</w:t>
      </w:r>
    </w:p>
    <w:tbl>
      <w:tblPr>
        <w:tblW w:w="0" w:type="auto"/>
        <w:jc w:val="center"/>
        <w:tblLook w:val="0000" w:firstRow="0" w:lastRow="0" w:firstColumn="0" w:lastColumn="0" w:noHBand="0" w:noVBand="0"/>
      </w:tblPr>
      <w:tblGrid>
        <w:gridCol w:w="1667"/>
        <w:gridCol w:w="6096"/>
        <w:gridCol w:w="2411"/>
      </w:tblGrid>
      <w:tr w:rsidR="00924ED0" w:rsidRPr="007076F9" w:rsidTr="00924ED0">
        <w:trPr>
          <w:cantSplit/>
          <w:tblHeade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b/>
                <w:sz w:val="22"/>
                <w:lang w:val="ro-MD"/>
              </w:rPr>
            </w:pPr>
            <w:r w:rsidRPr="007076F9">
              <w:rPr>
                <w:rFonts w:cs="Times New Roman"/>
                <w:b/>
                <w:sz w:val="22"/>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b/>
                <w:sz w:val="22"/>
                <w:lang w:val="ro-MD"/>
              </w:rPr>
            </w:pPr>
            <w:r w:rsidRPr="007076F9">
              <w:rPr>
                <w:rFonts w:cs="Times New Roman"/>
                <w:b/>
                <w:sz w:val="22"/>
                <w:lang w:val="ro-MD"/>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46"/>
              <w:contextualSpacing/>
              <w:jc w:val="center"/>
              <w:rPr>
                <w:rFonts w:cs="Times New Roman"/>
                <w:b/>
                <w:sz w:val="22"/>
                <w:lang w:val="ro-MD"/>
              </w:rPr>
            </w:pPr>
            <w:r w:rsidRPr="007076F9">
              <w:rPr>
                <w:rFonts w:cs="Times New Roman"/>
                <w:b/>
                <w:sz w:val="22"/>
                <w:lang w:val="ro-MD"/>
              </w:rPr>
              <w:t>Răspuns</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center"/>
              <w:rPr>
                <w:rFonts w:cs="Times New Roman"/>
                <w:b/>
                <w:sz w:val="22"/>
                <w:lang w:val="ro-MD"/>
              </w:rPr>
            </w:pPr>
            <w:r w:rsidRPr="007076F9">
              <w:rPr>
                <w:rFonts w:cs="Times New Roman"/>
                <w:b/>
                <w:sz w:val="22"/>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center"/>
              <w:rPr>
                <w:rFonts w:cs="Times New Roman"/>
                <w:b/>
                <w:sz w:val="22"/>
                <w:lang w:val="ro-MD"/>
              </w:rPr>
            </w:pPr>
            <w:r w:rsidRPr="007076F9">
              <w:rPr>
                <w:rFonts w:cs="Times New Roman"/>
                <w:b/>
                <w:sz w:val="22"/>
                <w:lang w:val="ro-MD"/>
              </w:rPr>
              <w:t>2</w:t>
            </w:r>
          </w:p>
        </w:tc>
        <w:tc>
          <w:tcPr>
            <w:tcW w:w="241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center"/>
              <w:rPr>
                <w:rFonts w:cs="Times New Roman"/>
                <w:b/>
                <w:sz w:val="22"/>
                <w:lang w:val="ro-MD"/>
              </w:rPr>
            </w:pPr>
            <w:r w:rsidRPr="007076F9">
              <w:rPr>
                <w:rFonts w:cs="Times New Roman"/>
                <w:b/>
                <w:sz w:val="22"/>
                <w:lang w:val="ro-MD"/>
              </w:rPr>
              <w:t>3</w:t>
            </w:r>
          </w:p>
        </w:tc>
      </w:tr>
      <w:tr w:rsidR="00924ED0" w:rsidRPr="007076F9"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4"/>
              </w:numPr>
              <w:suppressAutoHyphens/>
              <w:ind w:left="567" w:hanging="425"/>
              <w:contextualSpacing/>
              <w:jc w:val="both"/>
              <w:rPr>
                <w:rFonts w:cs="Times New Roman"/>
                <w:b/>
                <w:sz w:val="22"/>
                <w:lang w:val="ro-MD"/>
              </w:rPr>
            </w:pPr>
            <w:r w:rsidRPr="007076F9">
              <w:rPr>
                <w:rFonts w:cs="Times New Roman"/>
                <w:b/>
                <w:sz w:val="22"/>
                <w:lang w:val="ro-MD"/>
              </w:rPr>
              <w:t>Capacitatea de exercitare a activității profesionale</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Operatorul economic este în măsură să furnizeze documentul/documentele prin care se va demonstra înregistrarea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b/>
                <w:i/>
                <w:sz w:val="22"/>
                <w:lang w:val="ro-MD"/>
              </w:rPr>
            </w:pPr>
            <w:r w:rsidRPr="007076F9">
              <w:rPr>
                <w:rFonts w:cs="Times New Roman"/>
                <w:i/>
                <w:sz w:val="22"/>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i/>
                <w:sz w:val="22"/>
                <w:lang w:val="ro-MD"/>
              </w:rPr>
            </w:pPr>
            <w:r w:rsidRPr="007076F9">
              <w:rPr>
                <w:rFonts w:cs="Times New Roman"/>
                <w:i/>
                <w:sz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35"/>
              <w:contextualSpacing/>
              <w:jc w:val="center"/>
              <w:rPr>
                <w:rFonts w:cs="Times New Roman"/>
                <w:sz w:val="22"/>
                <w:lang w:val="ro-MD"/>
              </w:rPr>
            </w:pPr>
            <w:r w:rsidRPr="007076F9">
              <w:rPr>
                <w:rFonts w:cs="Times New Roman"/>
                <w:i/>
                <w:sz w:val="22"/>
                <w:lang w:val="ro-MD"/>
              </w:rPr>
              <w:t>|text|</w:t>
            </w:r>
          </w:p>
        </w:tc>
      </w:tr>
      <w:tr w:rsidR="00924ED0" w:rsidRPr="007076F9" w:rsidTr="00924ED0">
        <w:trPr>
          <w:cantSplit/>
          <w:trHeight w:val="24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i/>
                <w:sz w:val="22"/>
                <w:lang w:val="ro-MD"/>
              </w:rPr>
            </w:pPr>
            <w:r w:rsidRPr="007076F9">
              <w:rPr>
                <w:rFonts w:cs="Times New Roman"/>
                <w:i/>
                <w:sz w:val="22"/>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i/>
                <w:sz w:val="22"/>
                <w:lang w:val="ro-MD"/>
              </w:rPr>
              <w:t xml:space="preserve">Actele de înregistrare a activității antreprenoriale, sunt disponibile gratuit pentru autorități dintr-o bază de date națională? </w:t>
            </w:r>
            <w:r w:rsidRPr="007076F9">
              <w:rPr>
                <w:rFonts w:cs="Times New Roman"/>
                <w:i/>
                <w:iCs/>
                <w:sz w:val="22"/>
                <w:lang w:val="ro-MD"/>
              </w:rPr>
              <w:t>Dacă da, specificați informația care ar permite verificarea</w:t>
            </w:r>
            <w:r w:rsidRPr="007076F9">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firstLine="9"/>
              <w:contextualSpacing/>
              <w:rPr>
                <w:rFonts w:cs="Times New Roman"/>
                <w:i/>
                <w:sz w:val="22"/>
                <w:lang w:val="ro-MD"/>
              </w:rPr>
            </w:pPr>
            <w:r w:rsidRPr="007076F9">
              <w:rPr>
                <w:rFonts w:cs="Times New Roman"/>
                <w:i/>
                <w:sz w:val="22"/>
                <w:lang w:val="ro-MD"/>
              </w:rPr>
              <w:t>Adresa de internet:</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142"/>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Autoritatea sau organismul emitent(ă):</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142"/>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54" w:hanging="17"/>
              <w:contextualSpacing/>
              <w:rPr>
                <w:rFonts w:cs="Times New Roman"/>
                <w:i/>
                <w:sz w:val="22"/>
                <w:lang w:val="ro-MD"/>
              </w:rPr>
            </w:pPr>
            <w:r w:rsidRPr="007076F9">
              <w:rPr>
                <w:rFonts w:cs="Times New Roman"/>
                <w:i/>
                <w:sz w:val="22"/>
                <w:lang w:val="ro-MD"/>
              </w:rPr>
              <w:t>Referința exactă a documentației:</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5"/>
              <w:contextualSpacing/>
              <w:jc w:val="both"/>
              <w:rPr>
                <w:rFonts w:cs="Times New Roman"/>
                <w:sz w:val="22"/>
                <w:lang w:val="ro-MD"/>
              </w:rPr>
            </w:pPr>
            <w:r w:rsidRPr="007076F9">
              <w:rPr>
                <w:rFonts w:cs="Times New Roman"/>
                <w:sz w:val="22"/>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b/>
                <w:i/>
                <w:sz w:val="22"/>
                <w:lang w:val="ro-MD"/>
              </w:rPr>
            </w:pPr>
            <w:r w:rsidRPr="007076F9">
              <w:rPr>
                <w:rFonts w:cs="Times New Roman"/>
                <w:i/>
                <w:sz w:val="22"/>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sz w:val="22"/>
                <w:highlight w:val="yellow"/>
                <w:lang w:val="ro-MD"/>
              </w:rPr>
            </w:pPr>
            <w:r w:rsidRPr="007076F9">
              <w:rPr>
                <w:rFonts w:cs="Times New Roman"/>
                <w:i/>
                <w:sz w:val="22"/>
                <w:lang w:val="ro-MD"/>
              </w:rPr>
              <w:t>Dacă Da, operatorul economic este în măsură să furnizeze documentul/documentele prin care se va demonstra certificarea și/sau autorizarea activității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󠇡Da           󠇡󠇡Nu</w:t>
            </w:r>
          </w:p>
        </w:tc>
      </w:tr>
      <w:tr w:rsidR="00924ED0" w:rsidRPr="007076F9" w:rsidTr="00924ED0">
        <w:trPr>
          <w:cantSplit/>
          <w:trHeight w:val="262"/>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b/>
                <w:i/>
                <w:sz w:val="22"/>
                <w:lang w:val="ro-MD"/>
              </w:rPr>
            </w:pPr>
            <w:r w:rsidRPr="007076F9">
              <w:rPr>
                <w:rFonts w:cs="Times New Roman"/>
                <w:i/>
                <w:sz w:val="22"/>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i/>
                <w:color w:val="FF0000"/>
                <w:sz w:val="22"/>
                <w:lang w:val="ro-MD"/>
              </w:rPr>
            </w:pPr>
            <w:r w:rsidRPr="007076F9">
              <w:rPr>
                <w:rFonts w:cs="Times New Roman"/>
                <w:i/>
                <w:sz w:val="22"/>
                <w:lang w:val="ro-MD"/>
              </w:rPr>
              <w:t xml:space="preserve">Actele privind certificarea sau autorizarea sunt disponibile gratuit pentru autorități, dintr-o bază de date națională? </w:t>
            </w:r>
            <w:r w:rsidRPr="007076F9">
              <w:rPr>
                <w:rFonts w:cs="Times New Roman"/>
                <w:i/>
                <w:iCs/>
                <w:sz w:val="22"/>
                <w:lang w:val="ro-MD"/>
              </w:rPr>
              <w:t>Dacă da, specificați informația care ar permite verificarea</w:t>
            </w:r>
            <w:r w:rsidRPr="007076F9">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firstLine="9"/>
              <w:contextualSpacing/>
              <w:jc w:val="both"/>
              <w:rPr>
                <w:rFonts w:cs="Times New Roman"/>
                <w:i/>
                <w:sz w:val="22"/>
                <w:lang w:val="ro-MD"/>
              </w:rPr>
            </w:pPr>
            <w:r w:rsidRPr="007076F9">
              <w:rPr>
                <w:rFonts w:cs="Times New Roman"/>
                <w:i/>
                <w:sz w:val="22"/>
                <w:lang w:val="ro-MD"/>
              </w:rPr>
              <w:t>Adresa de internet:</w:t>
            </w:r>
          </w:p>
          <w:p w:rsidR="00924ED0" w:rsidRPr="007076F9" w:rsidRDefault="00924ED0" w:rsidP="00924ED0">
            <w:pPr>
              <w:ind w:left="37" w:right="605"/>
              <w:contextualSpacing/>
              <w:jc w:val="both"/>
              <w:rPr>
                <w:rFonts w:cs="Times New Roman"/>
                <w:sz w:val="22"/>
                <w:lang w:val="ro-MD"/>
              </w:rPr>
            </w:pPr>
            <w:r w:rsidRPr="007076F9">
              <w:rPr>
                <w:rFonts w:cs="Times New Roman"/>
                <w:i/>
                <w:sz w:val="22"/>
                <w:lang w:val="ro-MD"/>
              </w:rPr>
              <w:t>|text|</w:t>
            </w:r>
          </w:p>
        </w:tc>
      </w:tr>
      <w:tr w:rsidR="00924ED0" w:rsidRPr="007076F9" w:rsidTr="00924ED0">
        <w:trPr>
          <w:cantSplit/>
          <w:trHeight w:val="2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142"/>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Autoritatea sau organismul emitent(ă):</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trHeight w:val="13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142"/>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pStyle w:val="Listparagraf"/>
              <w:snapToGrid w:val="0"/>
              <w:ind w:left="0"/>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54" w:hanging="17"/>
              <w:contextualSpacing/>
              <w:rPr>
                <w:rFonts w:cs="Times New Roman"/>
                <w:i/>
                <w:sz w:val="22"/>
                <w:lang w:val="ro-MD"/>
              </w:rPr>
            </w:pPr>
            <w:r w:rsidRPr="007076F9">
              <w:rPr>
                <w:rFonts w:cs="Times New Roman"/>
                <w:i/>
                <w:sz w:val="22"/>
                <w:lang w:val="ro-MD"/>
              </w:rPr>
              <w:t>Referința exactă a documentației:</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lastRenderedPageBreak/>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66"/>
              <w:contextualSpacing/>
              <w:jc w:val="both"/>
              <w:rPr>
                <w:rFonts w:cs="Times New Roman"/>
                <w:i/>
                <w:sz w:val="22"/>
                <w:lang w:val="ro-MD"/>
              </w:rPr>
            </w:pPr>
            <w:r w:rsidRPr="007076F9">
              <w:rPr>
                <w:rFonts w:cs="Times New Roman"/>
                <w:sz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4"/>
              </w:numPr>
              <w:suppressAutoHyphens/>
              <w:ind w:left="567" w:hanging="425"/>
              <w:contextualSpacing/>
              <w:jc w:val="both"/>
              <w:rPr>
                <w:rFonts w:cs="Times New Roman"/>
                <w:sz w:val="22"/>
                <w:lang w:val="ro-MD"/>
              </w:rPr>
            </w:pPr>
            <w:r w:rsidRPr="007076F9">
              <w:rPr>
                <w:rFonts w:cs="Times New Roman"/>
                <w:b/>
                <w:sz w:val="22"/>
                <w:lang w:val="ro-MD"/>
              </w:rPr>
              <w:t>Capacitatea economică și financiară</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b/>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b/>
                <w:sz w:val="22"/>
                <w:lang w:val="ro-MD"/>
              </w:rPr>
            </w:pPr>
            <w:r w:rsidRPr="007076F9">
              <w:rPr>
                <w:rFonts w:cs="Times New Roman"/>
                <w:b/>
                <w:sz w:val="22"/>
                <w:lang w:val="ro-MD"/>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b/>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rPr>
            </w:pPr>
            <w:r w:rsidRPr="007076F9">
              <w:rPr>
                <w:rFonts w:cs="Times New Roman"/>
                <w:color w:val="000000"/>
                <w:sz w:val="22"/>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trHeight w:val="15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i/>
                <w:sz w:val="22"/>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rPr>
                <w:rFonts w:cs="Times New Roman"/>
                <w:i/>
                <w:sz w:val="22"/>
                <w:lang w:val="ro-MD"/>
              </w:rPr>
            </w:pPr>
            <w:r w:rsidRPr="007076F9">
              <w:rPr>
                <w:rFonts w:cs="Times New Roman"/>
                <w:i/>
                <w:sz w:val="22"/>
                <w:lang w:val="ro-MD"/>
              </w:rPr>
              <w:t xml:space="preserve">Informația menționată la punctul 4B.1 este disponibilă gratuit pentru autorități, dintr-o bază de date națională? </w:t>
            </w:r>
            <w:r w:rsidRPr="007076F9">
              <w:rPr>
                <w:rFonts w:cs="Times New Roman"/>
                <w:i/>
                <w:iCs/>
                <w:sz w:val="22"/>
                <w:lang w:val="ro-MD"/>
              </w:rPr>
              <w:t>Dacă da, specificați informația care ar permite verificarea ei</w:t>
            </w:r>
            <w:r w:rsidRPr="007076F9">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9" w:firstLine="9"/>
              <w:contextualSpacing/>
              <w:rPr>
                <w:rFonts w:cs="Times New Roman"/>
                <w:i/>
                <w:sz w:val="22"/>
                <w:lang w:val="ro-MD"/>
              </w:rPr>
            </w:pPr>
            <w:r w:rsidRPr="007076F9">
              <w:rPr>
                <w:rFonts w:cs="Times New Roman"/>
                <w:i/>
                <w:sz w:val="22"/>
                <w:lang w:val="ro-MD"/>
              </w:rPr>
              <w:t>Adresa de internet:</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10"/>
              <w:contextualSpacing/>
              <w:rPr>
                <w:rFonts w:cs="Times New Roman"/>
                <w:i/>
                <w:sz w:val="22"/>
                <w:lang w:val="ro-MD"/>
              </w:rPr>
            </w:pPr>
            <w:r w:rsidRPr="007076F9">
              <w:rPr>
                <w:rFonts w:cs="Times New Roman"/>
                <w:i/>
                <w:sz w:val="22"/>
                <w:lang w:val="ro-MD"/>
              </w:rPr>
              <w:t xml:space="preserve"> Autoritatea sau organismul emitent(ă):</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trHeight w:val="21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54" w:hanging="54"/>
              <w:contextualSpacing/>
              <w:rPr>
                <w:rFonts w:cs="Times New Roman"/>
                <w:i/>
                <w:sz w:val="22"/>
                <w:lang w:val="ro-MD"/>
              </w:rPr>
            </w:pPr>
            <w:r w:rsidRPr="007076F9">
              <w:rPr>
                <w:rFonts w:cs="Times New Roman"/>
                <w:i/>
                <w:sz w:val="22"/>
                <w:lang w:val="ro-MD"/>
              </w:rPr>
              <w:t>Referința exactă a documentației:</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b/>
                <w:sz w:val="22"/>
                <w:lang w:val="ro-MD"/>
              </w:rPr>
            </w:pPr>
            <w:r w:rsidRPr="007076F9">
              <w:rPr>
                <w:rFonts w:cs="Times New Roman"/>
                <w:b/>
                <w:sz w:val="22"/>
                <w:lang w:val="ro-MD"/>
              </w:rPr>
              <w:t xml:space="preserve">Cifra de afaceri anuală </w:t>
            </w:r>
            <w:r w:rsidRPr="007076F9">
              <w:rPr>
                <w:rFonts w:cs="Times New Roman"/>
                <w:sz w:val="22"/>
                <w:lang w:val="ro-MD"/>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both"/>
              <w:rPr>
                <w:rFonts w:cs="Times New Roman"/>
                <w:b/>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rPr>
            </w:pPr>
            <w:r w:rsidRPr="007076F9">
              <w:rPr>
                <w:rFonts w:cs="Times New Roman"/>
                <w:sz w:val="22"/>
                <w:lang w:val="ro-MD"/>
              </w:rPr>
              <w:t>Operatorul economic este în măsură să demonstreze o cifră de afaceri anuală, după cum urmează:</w:t>
            </w:r>
          </w:p>
          <w:p w:rsidR="00924ED0" w:rsidRPr="007076F9" w:rsidRDefault="00924ED0" w:rsidP="00924ED0">
            <w:pPr>
              <w:ind w:left="37"/>
              <w:contextualSpacing/>
              <w:jc w:val="both"/>
              <w:rPr>
                <w:rFonts w:cs="Times New Roman"/>
                <w:sz w:val="22"/>
                <w:lang w:val="ro-MD"/>
              </w:rPr>
            </w:pPr>
          </w:p>
          <w:p w:rsidR="00924ED0" w:rsidRPr="007076F9" w:rsidRDefault="00924ED0" w:rsidP="00924ED0">
            <w:pPr>
              <w:ind w:left="37"/>
              <w:contextualSpacing/>
              <w:jc w:val="both"/>
              <w:rPr>
                <w:rFonts w:cs="Times New Roman"/>
                <w:sz w:val="22"/>
              </w:rPr>
            </w:pPr>
            <w:r w:rsidRPr="007076F9">
              <w:rPr>
                <w:rFonts w:cs="Times New Roman"/>
                <w:sz w:val="22"/>
                <w:lang w:val="ro-MD"/>
              </w:rPr>
              <w:t>Valoare _____ Perioada _______</w:t>
            </w:r>
          </w:p>
          <w:p w:rsidR="00924ED0" w:rsidRPr="007076F9" w:rsidRDefault="00924ED0" w:rsidP="00924ED0">
            <w:pPr>
              <w:ind w:left="37"/>
              <w:contextualSpacing/>
              <w:jc w:val="both"/>
              <w:rPr>
                <w:rFonts w:cs="Times New Roman"/>
                <w:sz w:val="22"/>
                <w:lang w:val="ro-MD"/>
              </w:rPr>
            </w:pPr>
          </w:p>
          <w:p w:rsidR="00924ED0" w:rsidRPr="007076F9" w:rsidRDefault="00924ED0" w:rsidP="00924ED0">
            <w:pPr>
              <w:ind w:left="37"/>
              <w:contextualSpacing/>
              <w:jc w:val="both"/>
              <w:rPr>
                <w:rFonts w:cs="Times New Roman"/>
                <w:i/>
                <w:sz w:val="22"/>
                <w:lang w:val="ro-MD"/>
              </w:rPr>
            </w:pPr>
            <w:r w:rsidRPr="007076F9">
              <w:rPr>
                <w:rFonts w:cs="Times New Roman"/>
                <w:i/>
                <w:sz w:val="22"/>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p w:rsidR="00924ED0" w:rsidRPr="007076F9" w:rsidRDefault="00924ED0" w:rsidP="00924ED0">
            <w:pPr>
              <w:ind w:left="720"/>
              <w:contextualSpacing/>
              <w:jc w:val="center"/>
              <w:rPr>
                <w:rFonts w:cs="Times New Roman"/>
                <w:sz w:val="22"/>
                <w:lang w:val="ro-MD"/>
              </w:rPr>
            </w:pPr>
          </w:p>
        </w:tc>
      </w:tr>
      <w:tr w:rsidR="00924ED0" w:rsidRPr="007076F9" w:rsidTr="00924ED0">
        <w:trPr>
          <w:cantSplit/>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i/>
                <w:sz w:val="22"/>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i/>
                <w:sz w:val="22"/>
                <w:lang w:val="ro-MD"/>
              </w:rPr>
              <w:t xml:space="preserve">Specificați care este cifra de afaceri anuală, conform datelor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Valoarea [număr]</w:t>
            </w:r>
          </w:p>
        </w:tc>
      </w:tr>
      <w:tr w:rsidR="00924ED0" w:rsidRPr="007076F9" w:rsidTr="00924ED0">
        <w:trPr>
          <w:cantSplit/>
          <w:trHeight w:val="3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Anul |text|</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b/>
                <w:sz w:val="22"/>
                <w:lang w:val="ro-MD"/>
              </w:rPr>
            </w:pPr>
            <w:r w:rsidRPr="007076F9">
              <w:rPr>
                <w:rFonts w:cs="Times New Roman"/>
                <w:b/>
                <w:sz w:val="22"/>
                <w:lang w:val="ro-MD"/>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b/>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Operatorul economic este în măsură să demonstreze o cifră medie anuală de afaceri,  după cum urmează:</w:t>
            </w:r>
          </w:p>
          <w:p w:rsidR="00924ED0" w:rsidRPr="007076F9" w:rsidRDefault="00924ED0" w:rsidP="00924ED0">
            <w:pPr>
              <w:contextualSpacing/>
              <w:jc w:val="both"/>
              <w:rPr>
                <w:rFonts w:cs="Times New Roman"/>
                <w:sz w:val="22"/>
                <w:lang w:val="ro-MD"/>
              </w:rPr>
            </w:pPr>
          </w:p>
          <w:p w:rsidR="00924ED0" w:rsidRPr="007076F9" w:rsidRDefault="00924ED0" w:rsidP="00924ED0">
            <w:pPr>
              <w:ind w:left="37"/>
              <w:contextualSpacing/>
              <w:jc w:val="both"/>
              <w:rPr>
                <w:rFonts w:cs="Times New Roman"/>
                <w:sz w:val="22"/>
              </w:rPr>
            </w:pPr>
            <w:r w:rsidRPr="007076F9">
              <w:rPr>
                <w:rFonts w:cs="Times New Roman"/>
                <w:sz w:val="22"/>
                <w:lang w:val="ro-MD"/>
              </w:rPr>
              <w:t>Valoare _____  Perioada _______</w:t>
            </w:r>
          </w:p>
          <w:p w:rsidR="00924ED0" w:rsidRPr="007076F9" w:rsidRDefault="00924ED0" w:rsidP="00924ED0">
            <w:pPr>
              <w:ind w:left="37"/>
              <w:contextualSpacing/>
              <w:jc w:val="both"/>
              <w:rPr>
                <w:rFonts w:cs="Times New Roman"/>
                <w:sz w:val="22"/>
                <w:lang w:val="ro-MD"/>
              </w:rPr>
            </w:pPr>
            <w:r w:rsidRPr="007076F9">
              <w:rPr>
                <w:rFonts w:cs="Times New Roman"/>
                <w:sz w:val="22"/>
                <w:lang w:val="ro-MD"/>
              </w:rPr>
              <w:t xml:space="preserve"> </w:t>
            </w:r>
          </w:p>
          <w:p w:rsidR="00924ED0" w:rsidRPr="007076F9" w:rsidRDefault="00924ED0" w:rsidP="00924ED0">
            <w:pPr>
              <w:ind w:left="37"/>
              <w:contextualSpacing/>
              <w:jc w:val="both"/>
              <w:rPr>
                <w:rFonts w:cs="Times New Roman"/>
                <w:i/>
                <w:sz w:val="22"/>
                <w:lang w:val="ro-MD"/>
              </w:rPr>
            </w:pPr>
            <w:r w:rsidRPr="007076F9">
              <w:rPr>
                <w:rFonts w:cs="Times New Roman"/>
                <w:i/>
                <w:sz w:val="22"/>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p w:rsidR="00924ED0" w:rsidRPr="007076F9" w:rsidRDefault="00924ED0" w:rsidP="00924ED0">
            <w:pPr>
              <w:ind w:left="720"/>
              <w:contextualSpacing/>
              <w:jc w:val="both"/>
              <w:rPr>
                <w:rFonts w:cs="Times New Roman"/>
                <w:sz w:val="22"/>
                <w:lang w:val="ro-MD"/>
              </w:rPr>
            </w:pPr>
          </w:p>
        </w:tc>
      </w:tr>
      <w:tr w:rsidR="00924ED0" w:rsidRPr="007076F9" w:rsidTr="00924ED0">
        <w:trPr>
          <w:cantSplit/>
          <w:trHeight w:val="18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i/>
                <w:sz w:val="22"/>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i/>
                <w:sz w:val="22"/>
                <w:lang w:val="ro-MD"/>
              </w:rPr>
              <w:t>Specificați cifra de afaceri, conform datelor din raportul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Valoarea [număr]</w:t>
            </w:r>
          </w:p>
        </w:tc>
      </w:tr>
      <w:tr w:rsidR="00924ED0" w:rsidRPr="007076F9" w:rsidTr="00924ED0">
        <w:trPr>
          <w:cantSplit/>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Anul |text|</w:t>
            </w:r>
          </w:p>
        </w:tc>
      </w:tr>
      <w:tr w:rsidR="00924ED0" w:rsidRPr="007076F9" w:rsidTr="00924ED0">
        <w:trPr>
          <w:cantSplit/>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Valoarea [număr]</w:t>
            </w:r>
          </w:p>
        </w:tc>
      </w:tr>
      <w:tr w:rsidR="00924ED0" w:rsidRPr="007076F9" w:rsidTr="00924ED0">
        <w:trPr>
          <w:cantSplit/>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Anul |text|</w:t>
            </w:r>
          </w:p>
        </w:tc>
      </w:tr>
      <w:tr w:rsidR="00924ED0" w:rsidRPr="007076F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Valoarea [număr]</w:t>
            </w:r>
          </w:p>
        </w:tc>
      </w:tr>
      <w:tr w:rsidR="00924ED0" w:rsidRPr="007076F9"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Anul |text|</w:t>
            </w:r>
          </w:p>
        </w:tc>
      </w:tr>
      <w:tr w:rsidR="00924ED0" w:rsidRPr="007076F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Valoarea medie totală [număr]</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ind w:left="720"/>
              <w:contextualSpacing/>
              <w:jc w:val="both"/>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b/>
                <w:sz w:val="22"/>
                <w:lang w:val="ro-MD"/>
              </w:rPr>
            </w:pPr>
            <w:r w:rsidRPr="007076F9">
              <w:rPr>
                <w:rFonts w:cs="Times New Roman"/>
                <w:b/>
                <w:sz w:val="22"/>
                <w:lang w:val="ro-MD"/>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b/>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sz w:val="22"/>
                <w:lang w:val="ro-MD"/>
              </w:rPr>
            </w:pPr>
          </w:p>
          <w:p w:rsidR="00924ED0" w:rsidRPr="007076F9" w:rsidRDefault="00924ED0" w:rsidP="00924ED0">
            <w:pPr>
              <w:contextualSpacing/>
              <w:jc w:val="center"/>
              <w:rPr>
                <w:rFonts w:cs="Times New Roman"/>
                <w:sz w:val="22"/>
                <w:lang w:val="ro-MD"/>
              </w:rPr>
            </w:pPr>
            <w:r w:rsidRPr="007076F9">
              <w:rPr>
                <w:rFonts w:cs="Times New Roman"/>
                <w:sz w:val="22"/>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 xml:space="preserve">Operatorul economic este în măsură să furnizeze raportul financiar înregistrat, extrase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sz w:val="22"/>
                <w:lang w:val="ro-MD"/>
              </w:rPr>
            </w:pPr>
            <w:r w:rsidRPr="007076F9">
              <w:rPr>
                <w:rFonts w:cs="Times New Roman"/>
                <w:sz w:val="22"/>
                <w:lang w:val="ro-MD"/>
              </w:rPr>
              <w:t>󠇡Da            󠇡󠇡Nu</w:t>
            </w:r>
          </w:p>
        </w:tc>
      </w:tr>
      <w:tr w:rsidR="00924ED0" w:rsidRPr="007076F9" w:rsidTr="00924ED0">
        <w:trPr>
          <w:cantSplit/>
          <w:trHeight w:val="16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sz w:val="22"/>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Informațiile privind situația economică și financiară sunt disponibile gratuit pentru autorități, dintr-o bază de date națională?</w:t>
            </w:r>
            <w:r w:rsidRPr="007076F9">
              <w:rPr>
                <w:rFonts w:cs="Times New Roman"/>
                <w:i/>
                <w:iCs/>
                <w:sz w:val="22"/>
                <w:lang w:val="ro-MD"/>
              </w:rPr>
              <w:t xml:space="preserve"> </w:t>
            </w:r>
            <w:r w:rsidRPr="007076F9">
              <w:rPr>
                <w:rFonts w:cs="Times New Roman"/>
                <w:sz w:val="22"/>
                <w:lang w:val="ro-MD"/>
              </w:rPr>
              <w:t>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Adresa de internet:</w:t>
            </w:r>
          </w:p>
          <w:p w:rsidR="00924ED0" w:rsidRPr="007076F9" w:rsidRDefault="00924ED0" w:rsidP="00924ED0">
            <w:pPr>
              <w:contextualSpacing/>
              <w:rPr>
                <w:rFonts w:cs="Times New Roman"/>
                <w:sz w:val="22"/>
                <w:lang w:val="ro-MD"/>
              </w:rPr>
            </w:pPr>
            <w:r w:rsidRPr="007076F9">
              <w:rPr>
                <w:rFonts w:cs="Times New Roman"/>
                <w:sz w:val="22"/>
                <w:lang w:val="ro-MD"/>
              </w:rPr>
              <w:t>|text|</w:t>
            </w:r>
          </w:p>
        </w:tc>
      </w:tr>
      <w:tr w:rsidR="00924ED0" w:rsidRPr="007076F9"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Autoritatea sau organismul emitent(ă):</w:t>
            </w:r>
          </w:p>
          <w:p w:rsidR="00924ED0" w:rsidRPr="007076F9" w:rsidRDefault="00924ED0" w:rsidP="00924ED0">
            <w:pPr>
              <w:contextualSpacing/>
              <w:rPr>
                <w:rFonts w:cs="Times New Roman"/>
                <w:sz w:val="22"/>
                <w:lang w:val="ro-MD"/>
              </w:rPr>
            </w:pPr>
            <w:r w:rsidRPr="007076F9">
              <w:rPr>
                <w:rFonts w:cs="Times New Roman"/>
                <w:sz w:val="22"/>
                <w:lang w:val="ro-MD"/>
              </w:rPr>
              <w:t>|text|</w:t>
            </w:r>
          </w:p>
        </w:tc>
      </w:tr>
      <w:tr w:rsidR="00924ED0" w:rsidRPr="007076F9" w:rsidTr="00924ED0">
        <w:trPr>
          <w:cantSplit/>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Referința exactă a documentației:</w:t>
            </w:r>
          </w:p>
          <w:p w:rsidR="00924ED0" w:rsidRPr="007076F9" w:rsidRDefault="00924ED0" w:rsidP="00924ED0">
            <w:pPr>
              <w:contextualSpacing/>
              <w:rPr>
                <w:rFonts w:cs="Times New Roman"/>
                <w:sz w:val="22"/>
                <w:lang w:val="ro-MD"/>
              </w:rPr>
            </w:pPr>
            <w:r w:rsidRPr="007076F9">
              <w:rPr>
                <w:rFonts w:cs="Times New Roman"/>
                <w:sz w:val="22"/>
                <w:lang w:val="ro-MD"/>
              </w:rPr>
              <w:t>|text|</w:t>
            </w:r>
          </w:p>
        </w:tc>
      </w:tr>
      <w:tr w:rsidR="00924ED0" w:rsidRPr="007076F9" w:rsidTr="00924ED0">
        <w:trPr>
          <w:cantSplit/>
          <w:trHeight w:val="516"/>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4"/>
              </w:numPr>
              <w:suppressAutoHyphens/>
              <w:ind w:left="567" w:hanging="425"/>
              <w:contextualSpacing/>
              <w:rPr>
                <w:rFonts w:cs="Times New Roman"/>
                <w:i/>
                <w:sz w:val="22"/>
                <w:lang w:val="ro-MD"/>
              </w:rPr>
            </w:pPr>
            <w:r w:rsidRPr="007076F9">
              <w:rPr>
                <w:rFonts w:cs="Times New Roman"/>
                <w:b/>
                <w:sz w:val="22"/>
                <w:lang w:val="ro-MD"/>
              </w:rPr>
              <w:t>Capacitatea tehnică și/sau profesională</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center"/>
              <w:rPr>
                <w:rFonts w:cs="Times New Roman"/>
                <w:i/>
                <w:sz w:val="22"/>
                <w:lang w:val="ro-MD"/>
              </w:rPr>
            </w:pPr>
          </w:p>
          <w:p w:rsidR="00924ED0" w:rsidRPr="007076F9" w:rsidRDefault="00924ED0" w:rsidP="00924ED0">
            <w:pPr>
              <w:contextualSpacing/>
              <w:jc w:val="center"/>
              <w:rPr>
                <w:rFonts w:cs="Times New Roman"/>
                <w:sz w:val="22"/>
                <w:lang w:val="ro-MD"/>
              </w:rPr>
            </w:pPr>
            <w:r w:rsidRPr="007076F9">
              <w:rPr>
                <w:rFonts w:cs="Times New Roman"/>
                <w:sz w:val="22"/>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i/>
                <w:sz w:val="22"/>
                <w:lang w:val="ro-MD"/>
              </w:rPr>
            </w:pPr>
            <w:r w:rsidRPr="007076F9">
              <w:rPr>
                <w:rFonts w:cs="Times New Roman"/>
                <w:sz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trHeight w:val="256"/>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i/>
                <w:sz w:val="22"/>
                <w:lang w:val="ro-MD"/>
              </w:rPr>
            </w:pPr>
            <w:r w:rsidRPr="007076F9">
              <w:rPr>
                <w:rFonts w:cs="Times New Roman"/>
                <w:i/>
                <w:sz w:val="22"/>
                <w:lang w:val="ro-MD"/>
              </w:rPr>
              <w:t xml:space="preserve">Informațiile privind capacitatea tehnică și/sau profesională sunt disponibile gratuit pentru autorități, dintr-o bază de date națională? </w:t>
            </w:r>
            <w:r w:rsidRPr="007076F9">
              <w:rPr>
                <w:rFonts w:cs="Times New Roman"/>
                <w:i/>
                <w:iCs/>
                <w:sz w:val="22"/>
                <w:lang w:val="ro-MD"/>
              </w:rPr>
              <w:t>Dacă da, specificați informația care ar permite verificarea</w:t>
            </w:r>
            <w:r w:rsidRPr="007076F9">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Adresa de internet:</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trHeight w:val="312"/>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10" w:right="-111"/>
              <w:contextualSpacing/>
              <w:rPr>
                <w:rFonts w:cs="Times New Roman"/>
                <w:i/>
                <w:sz w:val="22"/>
                <w:lang w:val="ro-MD"/>
              </w:rPr>
            </w:pPr>
            <w:r w:rsidRPr="007076F9">
              <w:rPr>
                <w:rFonts w:cs="Times New Roman"/>
                <w:i/>
                <w:sz w:val="22"/>
                <w:lang w:val="ro-MD"/>
              </w:rPr>
              <w:t>Autoritatea sau organismul emitent(ă):</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trHeight w:val="256"/>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Referința exactă a documentației:</w:t>
            </w:r>
          </w:p>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sz w:val="22"/>
                <w:lang w:val="ro-MD"/>
              </w:rPr>
            </w:pPr>
            <w:r w:rsidRPr="007076F9">
              <w:rPr>
                <w:rFonts w:cs="Times New Roman"/>
                <w:b/>
                <w:sz w:val="22"/>
                <w:lang w:val="ro-MD"/>
              </w:rPr>
              <w:t>Instalații tehnice și măsuri de asigurare a calității</w:t>
            </w:r>
          </w:p>
        </w:tc>
        <w:tc>
          <w:tcPr>
            <w:tcW w:w="241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jc w:val="center"/>
              <w:rPr>
                <w:rFonts w:cs="Times New Roman"/>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lastRenderedPageBreak/>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rPr>
            </w:pPr>
            <w:r w:rsidRPr="007076F9">
              <w:rPr>
                <w:rFonts w:cs="Times New Roman"/>
                <w:sz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rPr>
            </w:pPr>
            <w:r w:rsidRPr="007076F9">
              <w:rPr>
                <w:rFonts w:cs="Times New Roman"/>
                <w:sz w:val="22"/>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󠇡Da            󠇡󠇡Nu</w:t>
            </w:r>
          </w:p>
        </w:tc>
      </w:tr>
      <w:tr w:rsidR="00924ED0" w:rsidRPr="007076F9" w:rsidTr="00924ED0">
        <w:trPr>
          <w:cantSplit/>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i/>
                <w:sz w:val="22"/>
                <w:lang w:val="ro-MD"/>
              </w:rPr>
              <w:t>Informațiile sunt disponibile gratuit pentru autorități, dintr-o bază de date națională?</w:t>
            </w:r>
            <w:r w:rsidRPr="007076F9">
              <w:rPr>
                <w:rFonts w:cs="Times New Roman"/>
                <w:i/>
                <w:iCs/>
                <w:sz w:val="22"/>
                <w:lang w:val="ro-MD"/>
              </w:rPr>
              <w:t xml:space="preserve"> Dacă da, specificați informația care ar permite verificarea</w:t>
            </w:r>
            <w:r w:rsidRPr="007076F9">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rPr>
                <w:rFonts w:cs="Times New Roman"/>
                <w:i/>
                <w:sz w:val="22"/>
                <w:lang w:val="ro-MD"/>
              </w:rPr>
            </w:pPr>
            <w:r w:rsidRPr="007076F9">
              <w:rPr>
                <w:rFonts w:cs="Times New Roman"/>
                <w:i/>
                <w:sz w:val="22"/>
                <w:lang w:val="ro-MD"/>
              </w:rPr>
              <w:t>Adresa de internet:</w:t>
            </w:r>
          </w:p>
          <w:p w:rsidR="00924ED0" w:rsidRPr="007076F9" w:rsidRDefault="00924ED0" w:rsidP="00924ED0">
            <w:pPr>
              <w:rPr>
                <w:rFonts w:cs="Times New Roman"/>
                <w:i/>
                <w:sz w:val="22"/>
                <w:lang w:val="ro-MD"/>
              </w:rPr>
            </w:pPr>
            <w:r w:rsidRPr="007076F9">
              <w:rPr>
                <w:rFonts w:cs="Times New Roman"/>
                <w:i/>
                <w:sz w:val="22"/>
                <w:lang w:val="ro-MD"/>
              </w:rPr>
              <w:t>|text|</w:t>
            </w:r>
          </w:p>
        </w:tc>
      </w:tr>
      <w:tr w:rsidR="00924ED0" w:rsidRPr="007076F9"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110"/>
              <w:contextualSpacing/>
              <w:rPr>
                <w:rFonts w:cs="Times New Roman"/>
                <w:i/>
                <w:sz w:val="22"/>
                <w:lang w:val="ro-MD"/>
              </w:rPr>
            </w:pPr>
            <w:r w:rsidRPr="007076F9">
              <w:rPr>
                <w:rFonts w:cs="Times New Roman"/>
                <w:i/>
                <w:sz w:val="22"/>
                <w:lang w:val="ro-MD"/>
              </w:rPr>
              <w:t>Autoritatea sau organismul emitent(ă):</w:t>
            </w:r>
          </w:p>
          <w:p w:rsidR="00924ED0" w:rsidRPr="007076F9" w:rsidRDefault="00924ED0" w:rsidP="00924ED0">
            <w:pPr>
              <w:rPr>
                <w:rFonts w:cs="Times New Roman"/>
                <w:i/>
                <w:sz w:val="22"/>
                <w:lang w:val="ro-MD"/>
              </w:rPr>
            </w:pPr>
            <w:r w:rsidRPr="007076F9">
              <w:rPr>
                <w:rFonts w:cs="Times New Roman"/>
                <w:i/>
                <w:sz w:val="22"/>
                <w:lang w:val="ro-MD"/>
              </w:rPr>
              <w:t>|text|</w:t>
            </w:r>
          </w:p>
        </w:tc>
      </w:tr>
      <w:tr w:rsidR="00924ED0" w:rsidRPr="007076F9"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rPr>
                <w:rFonts w:cs="Times New Roman"/>
                <w:i/>
                <w:sz w:val="22"/>
                <w:lang w:val="ro-MD"/>
              </w:rPr>
            </w:pPr>
            <w:r w:rsidRPr="007076F9">
              <w:rPr>
                <w:rFonts w:cs="Times New Roman"/>
                <w:i/>
                <w:sz w:val="22"/>
                <w:lang w:val="ro-MD"/>
              </w:rPr>
              <w:t>Referința exactă a documentației:</w:t>
            </w:r>
          </w:p>
          <w:p w:rsidR="00924ED0" w:rsidRPr="007076F9" w:rsidRDefault="00924ED0" w:rsidP="00924ED0">
            <w:pPr>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jc w:val="center"/>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b/>
                <w:sz w:val="22"/>
                <w:lang w:val="ro-MD"/>
              </w:rPr>
            </w:pPr>
            <w:r w:rsidRPr="007076F9">
              <w:rPr>
                <w:rFonts w:cs="Times New Roman"/>
                <w:b/>
                <w:sz w:val="22"/>
                <w:lang w:val="ro-MD"/>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jc w:val="center"/>
              <w:rPr>
                <w:rFonts w:cs="Times New Roman"/>
                <w:b/>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Operatorul economic dispune de utilaje și echipament necesar pentru îndeplinirea corespunzătoare a contractului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rPr>
            </w:pPr>
            <w:r w:rsidRPr="007076F9">
              <w:rPr>
                <w:rFonts w:cs="Times New Roman"/>
                <w:sz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b/>
                <w:sz w:val="22"/>
                <w:lang w:val="ro-MD"/>
              </w:rPr>
            </w:pPr>
            <w:r w:rsidRPr="007076F9">
              <w:rPr>
                <w:rFonts w:cs="Times New Roman"/>
                <w:b/>
                <w:sz w:val="22"/>
                <w:lang w:val="ro-MD"/>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b/>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Operatorul economic are în cadrul întreprinderii personal calificat conform cerințelor stabilite în anunțul de participare sau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rPr>
            </w:pPr>
            <w:r w:rsidRPr="007076F9">
              <w:rPr>
                <w:rFonts w:cs="Times New Roman"/>
                <w:sz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󠇡Da            󠇡󠇡Nu</w:t>
            </w:r>
          </w:p>
        </w:tc>
      </w:tr>
      <w:tr w:rsidR="00924ED0" w:rsidRPr="007076F9" w:rsidTr="00924ED0">
        <w:trPr>
          <w:cantSplit/>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sz w:val="22"/>
                <w:lang w:val="ro-MD"/>
              </w:rPr>
              <w:t>Indicați efectivele medii anuale de personal angajat din ultimii trei ani de activitate.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Anul |text|</w:t>
            </w:r>
          </w:p>
        </w:tc>
      </w:tr>
      <w:tr w:rsidR="00924ED0" w:rsidRPr="007076F9" w:rsidTr="00924ED0">
        <w:trPr>
          <w:cantSplit/>
          <w:trHeight w:val="31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Angajați [număr]</w:t>
            </w:r>
          </w:p>
        </w:tc>
      </w:tr>
      <w:tr w:rsidR="00924ED0" w:rsidRPr="007076F9" w:rsidTr="00924ED0">
        <w:trPr>
          <w:cantSplit/>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Anul |text|</w:t>
            </w:r>
          </w:p>
        </w:tc>
      </w:tr>
      <w:tr w:rsidR="00924ED0" w:rsidRPr="007076F9" w:rsidTr="00924ED0">
        <w:trPr>
          <w:cantSplit/>
          <w:trHeight w:val="13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Angajați [număr]</w:t>
            </w:r>
          </w:p>
        </w:tc>
      </w:tr>
      <w:tr w:rsidR="00924ED0" w:rsidRPr="007076F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Anul |text|</w:t>
            </w:r>
          </w:p>
        </w:tc>
      </w:tr>
      <w:tr w:rsidR="00924ED0" w:rsidRPr="007076F9" w:rsidTr="00924ED0">
        <w:trPr>
          <w:cantSplit/>
          <w:trHeight w:val="279"/>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Angajați [număr]</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b/>
                <w:sz w:val="22"/>
                <w:lang w:val="ro-MD"/>
              </w:rPr>
            </w:pPr>
            <w:r w:rsidRPr="007076F9">
              <w:rPr>
                <w:rFonts w:cs="Times New Roman"/>
                <w:b/>
                <w:sz w:val="22"/>
                <w:lang w:val="ro-MD"/>
              </w:rPr>
              <w:t>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b/>
                <w:sz w:val="22"/>
                <w:lang w:val="ro-MD"/>
              </w:rPr>
            </w:pPr>
          </w:p>
        </w:tc>
      </w:tr>
      <w:tr w:rsidR="00924ED0" w:rsidRPr="007076F9" w:rsidTr="00924ED0">
        <w:trPr>
          <w:cantSplit/>
          <w:trHeight w:val="19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Indicați numărul membrilor personalului de conducere ale operatorului economic pe parcursul ultimilor trei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Anul |text|</w:t>
            </w:r>
          </w:p>
        </w:tc>
      </w:tr>
      <w:tr w:rsidR="00924ED0" w:rsidRPr="007076F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Persoane [număr]</w:t>
            </w:r>
          </w:p>
        </w:tc>
      </w:tr>
      <w:tr w:rsidR="00924ED0" w:rsidRPr="007076F9"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Anul |text|</w:t>
            </w:r>
          </w:p>
        </w:tc>
      </w:tr>
      <w:tr w:rsidR="00924ED0" w:rsidRPr="007076F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Persoane [număr]</w:t>
            </w:r>
          </w:p>
        </w:tc>
      </w:tr>
      <w:tr w:rsidR="00924ED0" w:rsidRPr="007076F9"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Anul |text|</w:t>
            </w:r>
          </w:p>
        </w:tc>
      </w:tr>
      <w:tr w:rsidR="00924ED0" w:rsidRPr="007076F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rPr>
                <w:rFonts w:cs="Times New Roman"/>
                <w:sz w:val="22"/>
                <w:lang w:val="ro-MD"/>
              </w:rPr>
            </w:pPr>
            <w:r w:rsidRPr="007076F9">
              <w:rPr>
                <w:rFonts w:cs="Times New Roman"/>
                <w:sz w:val="22"/>
                <w:lang w:val="ro-MD"/>
              </w:rPr>
              <w:t>Persoane [număr]</w:t>
            </w:r>
          </w:p>
        </w:tc>
      </w:tr>
      <w:tr w:rsidR="00924ED0" w:rsidRPr="007076F9" w:rsidTr="00924ED0">
        <w:trPr>
          <w:cantSplit/>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jc w:val="center"/>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rPr>
                <w:rFonts w:cs="Times New Roman"/>
                <w:b/>
                <w:sz w:val="22"/>
                <w:lang w:val="ro-MD"/>
              </w:rPr>
            </w:pPr>
            <w:r w:rsidRPr="007076F9">
              <w:rPr>
                <w:rFonts w:cs="Times New Roman"/>
                <w:b/>
                <w:sz w:val="22"/>
                <w:lang w:val="ro-MD"/>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rPr>
                <w:rFonts w:cs="Times New Roman"/>
                <w:b/>
                <w:sz w:val="22"/>
                <w:lang w:val="ro-MD"/>
              </w:rPr>
            </w:pPr>
          </w:p>
        </w:tc>
      </w:tr>
      <w:tr w:rsidR="00924ED0" w:rsidRPr="007076F9" w:rsidTr="00924ED0">
        <w:trPr>
          <w:cantSplit/>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contextualSpacing/>
              <w:rPr>
                <w:rFonts w:cs="Times New Roman"/>
                <w:b/>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rPr>
                <w:rFonts w:cs="Times New Roman"/>
                <w:b/>
                <w:sz w:val="22"/>
                <w:lang w:val="ro-MD"/>
              </w:rPr>
            </w:pPr>
            <w:r w:rsidRPr="007076F9">
              <w:rPr>
                <w:rFonts w:cs="Times New Roman"/>
                <w:b/>
                <w:sz w:val="22"/>
                <w:lang w:val="ro-MD"/>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rPr>
                <w:rFonts w:cs="Times New Roman"/>
                <w:b/>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sz w:val="22"/>
                <w:lang w:val="ro-MD"/>
              </w:rPr>
            </w:pPr>
            <w:r w:rsidRPr="007076F9">
              <w:rPr>
                <w:rFonts w:cs="Times New Roman"/>
                <w:sz w:val="22"/>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jc w:val="center"/>
              <w:rPr>
                <w:rFonts w:cs="Times New Roman"/>
                <w:i/>
                <w:sz w:val="22"/>
                <w:lang w:val="ro-MD"/>
              </w:rPr>
            </w:pPr>
            <w:r w:rsidRPr="007076F9">
              <w:rPr>
                <w:rFonts w:cs="Times New Roman"/>
                <w:i/>
                <w:sz w:val="22"/>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i/>
                <w:sz w:val="22"/>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6"/>
              <w:contextualSpacing/>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6"/>
              <w:contextualSpacing/>
              <w:rPr>
                <w:rFonts w:cs="Times New Roman"/>
                <w:i/>
                <w:sz w:val="22"/>
                <w:lang w:val="ro-MD"/>
              </w:rPr>
            </w:pPr>
          </w:p>
        </w:tc>
      </w:tr>
      <w:tr w:rsidR="00924ED0" w:rsidRPr="007076F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6"/>
              <w:contextualSpacing/>
              <w:rPr>
                <w:rFonts w:cs="Times New Roman"/>
                <w:i/>
                <w:sz w:val="22"/>
                <w:lang w:val="ro-MD"/>
              </w:rPr>
            </w:pPr>
          </w:p>
        </w:tc>
      </w:tr>
      <w:tr w:rsidR="00924ED0" w:rsidRPr="007076F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6"/>
              <w:contextualSpacing/>
              <w:rPr>
                <w:rFonts w:cs="Times New Roman"/>
                <w:i/>
                <w:sz w:val="22"/>
                <w:lang w:val="ro-MD"/>
              </w:rPr>
            </w:pPr>
          </w:p>
        </w:tc>
      </w:tr>
      <w:tr w:rsidR="00924ED0" w:rsidRPr="007076F9" w:rsidTr="00924ED0">
        <w:trPr>
          <w:cantSplit/>
          <w:trHeight w:val="16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ind w:left="720"/>
              <w:contextualSpacing/>
              <w:jc w:val="both"/>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b/>
                <w:sz w:val="22"/>
                <w:lang w:val="ro-MD"/>
              </w:rPr>
              <w:t>Pentru contractele de achiziție publică de 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rPr>
                <w:rFonts w:cs="Times New Roman"/>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142"/>
              <w:contextualSpacing/>
              <w:jc w:val="center"/>
              <w:rPr>
                <w:rFonts w:cs="Times New Roman"/>
                <w:sz w:val="22"/>
                <w:lang w:val="ro-MD"/>
              </w:rPr>
            </w:pPr>
            <w:r w:rsidRPr="007076F9">
              <w:rPr>
                <w:rFonts w:cs="Times New Roman"/>
                <w:sz w:val="22"/>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b/>
                <w:sz w:val="22"/>
                <w:lang w:val="ro-MD"/>
              </w:rPr>
            </w:pPr>
            <w:r w:rsidRPr="007076F9">
              <w:rPr>
                <w:rFonts w:cs="Times New Roman"/>
                <w:sz w:val="22"/>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i/>
                <w:sz w:val="22"/>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i/>
                <w:sz w:val="22"/>
                <w:lang w:val="ro-MD"/>
              </w:rPr>
              <w:t>Dacă Da, enumerați-le specificând descrierea livrărilor, valoarea lor, data de începere, data  furnizării,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6"/>
              <w:contextualSpacing/>
              <w:rPr>
                <w:rFonts w:cs="Times New Roman"/>
                <w:i/>
                <w:sz w:val="22"/>
                <w:lang w:val="ro-MD"/>
              </w:rPr>
            </w:pPr>
            <w:r w:rsidRPr="007076F9">
              <w:rPr>
                <w:rFonts w:cs="Times New Roman"/>
                <w:i/>
                <w:sz w:val="22"/>
                <w:lang w:val="ro-MD"/>
              </w:rPr>
              <w:t>|text|</w:t>
            </w:r>
          </w:p>
        </w:tc>
      </w:tr>
      <w:tr w:rsidR="00924ED0" w:rsidRPr="007076F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6"/>
              <w:contextualSpacing/>
              <w:rPr>
                <w:rFonts w:cs="Times New Roman"/>
                <w:i/>
                <w:sz w:val="22"/>
                <w:lang w:val="ro-MD"/>
              </w:rPr>
            </w:pPr>
          </w:p>
        </w:tc>
      </w:tr>
      <w:tr w:rsidR="00924ED0" w:rsidRPr="007076F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6"/>
              <w:contextualSpacing/>
              <w:rPr>
                <w:rFonts w:cs="Times New Roman"/>
                <w:i/>
                <w:sz w:val="22"/>
                <w:lang w:val="ro-MD"/>
              </w:rPr>
            </w:pPr>
          </w:p>
        </w:tc>
      </w:tr>
      <w:tr w:rsidR="00924ED0" w:rsidRPr="007076F9"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6"/>
              <w:contextualSpacing/>
              <w:rPr>
                <w:rFonts w:cs="Times New Roman"/>
                <w:i/>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ind w:left="720"/>
              <w:contextualSpacing/>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rPr>
                <w:rFonts w:cs="Times New Roman"/>
                <w:sz w:val="22"/>
                <w:lang w:val="ro-MD"/>
              </w:rPr>
            </w:pPr>
            <w:r w:rsidRPr="007076F9">
              <w:rPr>
                <w:rFonts w:cs="Times New Roman"/>
                <w:b/>
                <w:sz w:val="22"/>
                <w:lang w:val="ro-MD"/>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720"/>
              <w:contextualSpacing/>
              <w:rPr>
                <w:rFonts w:cs="Times New Roman"/>
                <w:sz w:val="22"/>
                <w:lang w:val="ro-MD"/>
              </w:rPr>
            </w:pP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sz w:val="22"/>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trHeight w:val="10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rPr>
            </w:pPr>
            <w:r w:rsidRPr="007076F9">
              <w:rPr>
                <w:rFonts w:cs="Times New Roman"/>
                <w:i/>
                <w:sz w:val="22"/>
                <w:lang w:val="ro-MD"/>
              </w:rPr>
              <w:lastRenderedPageBreak/>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Dacă Da, enumerați-le specificând descrierea serviciilor, valoarea lor, durata de execuție, data începerii, beneficiarul și altă informație relevantă.</w:t>
            </w:r>
          </w:p>
          <w:p w:rsidR="00924ED0" w:rsidRPr="007076F9" w:rsidRDefault="00924ED0" w:rsidP="00924ED0">
            <w:pPr>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i/>
                <w:sz w:val="22"/>
                <w:lang w:val="ro-MD"/>
              </w:rPr>
            </w:pPr>
            <w:r w:rsidRPr="007076F9">
              <w:rPr>
                <w:rFonts w:cs="Times New Roman"/>
                <w:i/>
                <w:sz w:val="22"/>
                <w:lang w:val="ro-MD"/>
              </w:rPr>
              <w:t>|text|</w:t>
            </w:r>
          </w:p>
        </w:tc>
      </w:tr>
      <w:tr w:rsidR="00924ED0" w:rsidRPr="007076F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r>
      <w:tr w:rsidR="00924ED0" w:rsidRPr="007076F9"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r>
      <w:tr w:rsidR="00924ED0" w:rsidRPr="007076F9" w:rsidTr="00924ED0">
        <w:trPr>
          <w:cantSplit/>
          <w:trHeight w:val="33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r>
      <w:tr w:rsidR="00924ED0" w:rsidRPr="007076F9" w:rsidTr="00924ED0">
        <w:trPr>
          <w:cantSplit/>
          <w:trHeight w:val="20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rPr>
                <w:rFonts w:cs="Times New Roman"/>
                <w:i/>
                <w:sz w:val="22"/>
                <w:lang w:val="ro-MD"/>
              </w:rPr>
            </w:pPr>
          </w:p>
        </w:tc>
      </w:tr>
      <w:tr w:rsidR="00924ED0" w:rsidRPr="007076F9" w:rsidTr="00924ED0">
        <w:trPr>
          <w:cantSplit/>
          <w:trHeight w:val="300"/>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sz w:val="22"/>
                <w:lang w:val="ro-MD"/>
              </w:rPr>
            </w:pPr>
            <w:r w:rsidRPr="007076F9">
              <w:rPr>
                <w:rFonts w:cs="Times New Roman"/>
                <w:sz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contextualSpacing/>
              <w:jc w:val="center"/>
              <w:rPr>
                <w:rFonts w:cs="Times New Roman"/>
                <w:sz w:val="22"/>
                <w:lang w:val="ro-MD"/>
              </w:rPr>
            </w:pPr>
          </w:p>
          <w:p w:rsidR="00924ED0" w:rsidRPr="007076F9" w:rsidRDefault="00924ED0" w:rsidP="00924ED0">
            <w:pPr>
              <w:contextualSpacing/>
              <w:jc w:val="center"/>
              <w:rPr>
                <w:rFonts w:cs="Times New Roman"/>
                <w:sz w:val="22"/>
                <w:lang w:val="ro-MD"/>
              </w:rPr>
            </w:pPr>
          </w:p>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numPr>
                <w:ilvl w:val="0"/>
                <w:numId w:val="24"/>
              </w:numPr>
              <w:suppressAutoHyphens/>
              <w:ind w:left="426" w:hanging="284"/>
              <w:contextualSpacing/>
              <w:rPr>
                <w:rFonts w:cs="Times New Roman"/>
                <w:sz w:val="22"/>
                <w:lang w:val="ro-MD"/>
              </w:rPr>
            </w:pPr>
            <w:r w:rsidRPr="007076F9">
              <w:rPr>
                <w:rFonts w:cs="Times New Roman"/>
                <w:b/>
                <w:sz w:val="22"/>
                <w:lang w:val="ro-MD"/>
              </w:rPr>
              <w:t>Standarde de asigurare a calității</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trHeight w:val="9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i/>
                <w:sz w:val="22"/>
                <w:lang w:val="ro-MD"/>
              </w:rPr>
            </w:pPr>
            <w:r w:rsidRPr="007076F9">
              <w:rPr>
                <w:rFonts w:cs="Times New Roman"/>
                <w:sz w:val="22"/>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sz w:val="22"/>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Adresa de internet:</w:t>
            </w:r>
          </w:p>
          <w:p w:rsidR="00924ED0" w:rsidRPr="007076F9" w:rsidRDefault="00924ED0" w:rsidP="00924ED0">
            <w:pPr>
              <w:contextualSpacing/>
              <w:jc w:val="center"/>
              <w:rPr>
                <w:rFonts w:cs="Times New Roman"/>
                <w:sz w:val="22"/>
                <w:lang w:val="ro-MD"/>
              </w:rPr>
            </w:pPr>
            <w:r w:rsidRPr="007076F9">
              <w:rPr>
                <w:rFonts w:cs="Times New Roman"/>
                <w:sz w:val="22"/>
                <w:lang w:val="ro-MD"/>
              </w:rPr>
              <w:t>|text|</w:t>
            </w:r>
          </w:p>
        </w:tc>
      </w:tr>
      <w:tr w:rsidR="00924ED0" w:rsidRPr="007076F9" w:rsidTr="00924ED0">
        <w:trPr>
          <w:cantSplit/>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Autoritatea sau organismul emitent(ă):</w:t>
            </w:r>
          </w:p>
          <w:p w:rsidR="00924ED0" w:rsidRPr="007076F9" w:rsidRDefault="00924ED0" w:rsidP="00924ED0">
            <w:pPr>
              <w:contextualSpacing/>
              <w:jc w:val="center"/>
              <w:rPr>
                <w:rFonts w:cs="Times New Roman"/>
                <w:sz w:val="22"/>
                <w:lang w:val="ro-MD"/>
              </w:rPr>
            </w:pPr>
            <w:r w:rsidRPr="007076F9">
              <w:rPr>
                <w:rFonts w:cs="Times New Roman"/>
                <w:sz w:val="22"/>
                <w:lang w:val="ro-MD"/>
              </w:rPr>
              <w:t>|text|</w:t>
            </w:r>
          </w:p>
        </w:tc>
      </w:tr>
      <w:tr w:rsidR="00924ED0" w:rsidRPr="007076F9" w:rsidTr="00924ED0">
        <w:trPr>
          <w:cantSplit/>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Referința exactă a documentației:</w:t>
            </w:r>
          </w:p>
          <w:p w:rsidR="00924ED0" w:rsidRPr="007076F9" w:rsidRDefault="00924ED0" w:rsidP="00924ED0">
            <w:pPr>
              <w:contextualSpacing/>
              <w:jc w:val="center"/>
              <w:rPr>
                <w:rFonts w:cs="Times New Roman"/>
                <w:sz w:val="22"/>
                <w:lang w:val="ro-MD"/>
              </w:rPr>
            </w:pPr>
            <w:r w:rsidRPr="007076F9">
              <w:rPr>
                <w:rFonts w:cs="Times New Roman"/>
                <w:sz w:val="22"/>
                <w:lang w:val="ro-MD"/>
              </w:rPr>
              <w:t>|text|</w:t>
            </w:r>
          </w:p>
        </w:tc>
      </w:tr>
      <w:tr w:rsidR="00924ED0" w:rsidRPr="007076F9" w:rsidTr="00924ED0">
        <w:trPr>
          <w:cantSplit/>
          <w:trHeight w:val="195"/>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24"/>
              </w:numPr>
              <w:suppressAutoHyphens/>
              <w:ind w:left="426" w:hanging="284"/>
              <w:contextualSpacing/>
              <w:rPr>
                <w:rFonts w:cs="Times New Roman"/>
                <w:b/>
                <w:sz w:val="22"/>
                <w:lang w:val="ro-MD"/>
              </w:rPr>
            </w:pPr>
            <w:r w:rsidRPr="007076F9">
              <w:rPr>
                <w:rFonts w:cs="Times New Roman"/>
                <w:b/>
                <w:sz w:val="22"/>
                <w:lang w:val="ro-MD"/>
              </w:rPr>
              <w:t>Standarde de protecție a mediului</w:t>
            </w:r>
          </w:p>
        </w:tc>
      </w:tr>
      <w:tr w:rsidR="00924ED0" w:rsidRPr="007076F9"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b/>
                <w:sz w:val="22"/>
                <w:lang w:val="ro-MD"/>
              </w:rPr>
            </w:pPr>
            <w:r w:rsidRPr="007076F9">
              <w:rPr>
                <w:rFonts w:cs="Times New Roman"/>
                <w:sz w:val="22"/>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37"/>
              <w:contextualSpacing/>
              <w:jc w:val="both"/>
              <w:rPr>
                <w:rFonts w:cs="Times New Roman"/>
                <w:sz w:val="22"/>
                <w:lang w:val="ro-MD"/>
              </w:rPr>
            </w:pPr>
            <w:r w:rsidRPr="007076F9">
              <w:rPr>
                <w:rFonts w:cs="Times New Roman"/>
                <w:sz w:val="22"/>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Adresa de internet:</w:t>
            </w:r>
          </w:p>
          <w:p w:rsidR="00924ED0" w:rsidRPr="007076F9" w:rsidRDefault="00924ED0" w:rsidP="00924ED0">
            <w:pPr>
              <w:contextualSpacing/>
              <w:rPr>
                <w:rFonts w:cs="Times New Roman"/>
                <w:sz w:val="22"/>
                <w:lang w:val="ro-MD"/>
              </w:rPr>
            </w:pPr>
            <w:r w:rsidRPr="007076F9">
              <w:rPr>
                <w:rFonts w:cs="Times New Roman"/>
                <w:sz w:val="22"/>
                <w:lang w:val="ro-MD"/>
              </w:rPr>
              <w:t>|text|</w:t>
            </w:r>
          </w:p>
        </w:tc>
      </w:tr>
      <w:tr w:rsidR="00924ED0" w:rsidRPr="007076F9" w:rsidTr="00924ED0">
        <w:trPr>
          <w:cantSplit/>
          <w:trHeight w:val="12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Autoritatea sau organismul emitent(ă):</w:t>
            </w:r>
          </w:p>
          <w:p w:rsidR="00924ED0" w:rsidRPr="007076F9" w:rsidRDefault="00924ED0" w:rsidP="00924ED0">
            <w:pPr>
              <w:contextualSpacing/>
              <w:rPr>
                <w:rFonts w:cs="Times New Roman"/>
                <w:sz w:val="22"/>
                <w:lang w:val="ro-MD"/>
              </w:rPr>
            </w:pPr>
            <w:r w:rsidRPr="007076F9">
              <w:rPr>
                <w:rFonts w:cs="Times New Roman"/>
                <w:sz w:val="22"/>
                <w:lang w:val="ro-MD"/>
              </w:rPr>
              <w:t>|text|</w:t>
            </w:r>
          </w:p>
        </w:tc>
      </w:tr>
      <w:tr w:rsidR="00924ED0" w:rsidRPr="007076F9" w:rsidTr="00924ED0">
        <w:trPr>
          <w:cantSplit/>
          <w:trHeight w:val="28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Referința exactă a documentației:</w:t>
            </w:r>
          </w:p>
          <w:p w:rsidR="00924ED0" w:rsidRPr="007076F9" w:rsidRDefault="00924ED0" w:rsidP="00924ED0">
            <w:pPr>
              <w:contextualSpacing/>
              <w:rPr>
                <w:rFonts w:cs="Times New Roman"/>
                <w:sz w:val="22"/>
                <w:lang w:val="ro-MD"/>
              </w:rPr>
            </w:pPr>
            <w:r w:rsidRPr="007076F9">
              <w:rPr>
                <w:rFonts w:cs="Times New Roman"/>
                <w:sz w:val="22"/>
                <w:lang w:val="ro-MD"/>
              </w:rPr>
              <w:t>|text|</w:t>
            </w:r>
          </w:p>
        </w:tc>
      </w:tr>
      <w:tr w:rsidR="00924ED0" w:rsidRPr="007076F9"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numPr>
                <w:ilvl w:val="0"/>
                <w:numId w:val="24"/>
              </w:numPr>
              <w:suppressAutoHyphens/>
              <w:ind w:left="426" w:hanging="284"/>
              <w:contextualSpacing/>
              <w:rPr>
                <w:rFonts w:cs="Times New Roman"/>
                <w:sz w:val="22"/>
                <w:lang w:val="ro-MD"/>
              </w:rPr>
            </w:pPr>
            <w:r w:rsidRPr="007076F9">
              <w:rPr>
                <w:rFonts w:cs="Times New Roman"/>
                <w:b/>
                <w:sz w:val="22"/>
                <w:lang w:val="ro-MD"/>
              </w:rPr>
              <w:t>Permiterea controalelor</w:t>
            </w:r>
          </w:p>
        </w:tc>
      </w:tr>
      <w:tr w:rsidR="00924ED0" w:rsidRPr="007076F9" w:rsidTr="00924ED0">
        <w:trPr>
          <w:cantSplit/>
          <w:jc w:val="center"/>
        </w:trPr>
        <w:tc>
          <w:tcPr>
            <w:tcW w:w="1667" w:type="dxa"/>
            <w:tcBorders>
              <w:top w:val="single" w:sz="4" w:space="0" w:color="000000"/>
              <w:left w:val="single" w:sz="4" w:space="0" w:color="000000"/>
              <w:bottom w:val="single" w:sz="4" w:space="0" w:color="auto"/>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4F.1</w:t>
            </w:r>
          </w:p>
        </w:tc>
        <w:tc>
          <w:tcPr>
            <w:tcW w:w="6096" w:type="dxa"/>
            <w:tcBorders>
              <w:top w:val="single" w:sz="4" w:space="0" w:color="000000"/>
              <w:left w:val="single" w:sz="4" w:space="0" w:color="000000"/>
              <w:bottom w:val="single" w:sz="4" w:space="0" w:color="auto"/>
              <w:right w:val="single" w:sz="4" w:space="0" w:color="000000"/>
            </w:tcBorders>
            <w:vAlign w:val="center"/>
          </w:tcPr>
          <w:p w:rsidR="00924ED0" w:rsidRPr="007076F9" w:rsidRDefault="00924ED0" w:rsidP="00924ED0">
            <w:pPr>
              <w:ind w:left="37"/>
              <w:contextualSpacing/>
              <w:jc w:val="both"/>
              <w:rPr>
                <w:rFonts w:cs="Times New Roman"/>
                <w:i/>
                <w:sz w:val="22"/>
                <w:lang w:val="ro-MD"/>
              </w:rPr>
            </w:pPr>
            <w:r w:rsidRPr="007076F9">
              <w:rPr>
                <w:rFonts w:cs="Times New Roman"/>
                <w:sz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000000"/>
              <w:left w:val="single" w:sz="4" w:space="0" w:color="000000"/>
              <w:bottom w:val="single" w:sz="4" w:space="0" w:color="auto"/>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󠇡Da            󠇡󠇡Nu</w:t>
            </w:r>
          </w:p>
        </w:tc>
      </w:tr>
      <w:tr w:rsidR="00924ED0" w:rsidRPr="007076F9" w:rsidTr="00924ED0">
        <w:trPr>
          <w:cantSplit/>
          <w:jc w:val="center"/>
        </w:trPr>
        <w:tc>
          <w:tcPr>
            <w:tcW w:w="1017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4F177F" w:rsidRDefault="003C7DD0">
            <w:pPr>
              <w:jc w:val="center"/>
              <w:rPr>
                <w:rFonts w:cs="Times New Roman"/>
                <w:sz w:val="22"/>
              </w:rPr>
            </w:pPr>
            <w:r>
              <w:rPr>
                <w:rFonts w:cs="Times New Roman"/>
                <w:sz w:val="22"/>
              </w:rPr>
              <w:t>G. Cerințe/documente solicitate conform pct. 16 din Anunțul de participare</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DUAE. Mod de demonstrare: Original. Completat și semnat electronic de către participant. Nivel minim/Obligativitatea: Obligatoriu. Conform pct. 16 subpct. 1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4G.2</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Specificații tehnice (anexa nr. 3). Mod de demonstrare: Original. Completate pentru loturile ofertate și semnate electronic de către participant. Nivel minim/Obligativitatea: Obligatoriu. Conform pct. 16 subpct. 2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4G.3</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Specificații de preț (anexa nr. 4). Mod de demonstrare: Original. Completate pentru loturile ofertate și semnate electronic de către participant. Nivel minim/Obligativitatea: Obligatoriu. Conform pct. 16 subpct. 3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4G.4</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Cerere de participare (anexa nr. 1). Mod de demonstrare: Original. Semnat electronic de către participant. Nivel minim/Obligativitatea: Obligatoriu*. Conform pct. 16 subpct. 4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4G.5</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Declarație privind valabilitatea ofertei (anexa nr. 6). Mod de demonstrare: Original. Semnat electronic de către participant; oferta va fi valabilă 60 de zile. Nivel minim/Obligativitatea: Obligatoriu*. Conform pct. 16 subpct. 5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4G.6</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Certificat de atribuire a contului bancar. Mod de demonstrare: Copie scanată de pe original, confirmată prin semnătură electronică. Nivel minim/Obligativitatea: Obligatoriu*. Conform pct. 16 subpct. 6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lastRenderedPageBreak/>
              <w:t>4G.7</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Certificat/decizie de înregistrare sau extras din Registrul de stat. Mod de demonstrare: Copie, semnată electronic de către participant. Nivel minim/Obligativitatea: Obligatoriu*. Conform pct. 16 subpct. 7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4G.8</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Certificat de calitate a produsului. Mod de demonstrare: Se prezintă la momentul livrării bunurilor de către operatorul economic desemnat câștigător. Nivel minim/Obligativitatea: Obligatoriu*, după caz. Conform pct. 16 subpct. 8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4G.9</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Certificat de conformitate/Raport de încercări sau document echivalent. Mod de demonstrare: Copie, semnată electronic de către participant. Nivel minim/Obligativitatea: Obligatoriu*, după caz. Conform pct. 16 subpct. 9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4G.10</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Declarație privind garanția bunurilor. Mod de demonstrare: Original, semnat electronic; minimum 24 de luni pentru acumulatoare și minimum 12 luni pentru anvelope și jante. Nivel minim/Obligativitatea: Obligatoriu*. Conform pct. 16 subpct. 10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4G.11</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Fișe tehnice/cataloage/prospecte ale producătorului sau documente echivalente. Mod de demonstrare: Documente semnate electronic, care confirmă caracteristicile tehnice, standardele și compatibilitatea bunurilor ofertate. Nivel minim/Obligativitatea: Obligatoriu*. Conform pct. 16 subpct. 11 din Anunțul de participare.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Da    Nu</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4G.12</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Nu se aplică pentru prezenta achiziție.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Nu se aplică</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4G.13</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Nu se aplică pentru prezenta achiziție.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Nu se aplică</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4G.14</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Nu se aplică pentru prezenta achiziție.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Nu se aplică</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4G.15</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Nu se aplică pentru prezenta achiziție.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Nu se aplică</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4G.16</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Garanția de bună execuție: nu se solicită pentru prezenta achiziție.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Nu se aplică</w:t>
            </w:r>
          </w:p>
        </w:tc>
      </w:tr>
      <w:tr w:rsidR="00924ED0" w:rsidRPr="007076F9"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4G.17</w:t>
            </w:r>
          </w:p>
        </w:tc>
        <w:tc>
          <w:tcPr>
            <w:tcW w:w="6096" w:type="dxa"/>
            <w:tcBorders>
              <w:top w:val="single" w:sz="4" w:space="0" w:color="auto"/>
              <w:left w:val="single" w:sz="4" w:space="0" w:color="auto"/>
              <w:bottom w:val="single" w:sz="4" w:space="0" w:color="auto"/>
              <w:right w:val="single" w:sz="4" w:space="0" w:color="auto"/>
            </w:tcBorders>
            <w:vAlign w:val="center"/>
          </w:tcPr>
          <w:p w:rsidR="004F177F" w:rsidRDefault="003C7DD0">
            <w:pPr>
              <w:rPr>
                <w:rFonts w:cs="Times New Roman"/>
                <w:sz w:val="22"/>
              </w:rPr>
            </w:pPr>
            <w:r>
              <w:rPr>
                <w:rFonts w:cs="Times New Roman"/>
                <w:sz w:val="22"/>
              </w:rPr>
              <w:t>Nu se aplică pentru prezenta achiziție.</w:t>
            </w:r>
          </w:p>
        </w:tc>
        <w:tc>
          <w:tcPr>
            <w:tcW w:w="2411" w:type="dxa"/>
            <w:tcBorders>
              <w:top w:val="single" w:sz="4" w:space="0" w:color="auto"/>
              <w:left w:val="single" w:sz="4" w:space="0" w:color="auto"/>
              <w:bottom w:val="single" w:sz="4" w:space="0" w:color="auto"/>
              <w:right w:val="single" w:sz="4" w:space="0" w:color="auto"/>
            </w:tcBorders>
            <w:vAlign w:val="center"/>
          </w:tcPr>
          <w:p w:rsidR="004F177F" w:rsidRDefault="003C7DD0">
            <w:pPr>
              <w:jc w:val="center"/>
              <w:rPr>
                <w:rFonts w:cs="Times New Roman"/>
                <w:sz w:val="22"/>
              </w:rPr>
            </w:pPr>
            <w:r>
              <w:rPr>
                <w:rFonts w:cs="Times New Roman"/>
                <w:sz w:val="22"/>
              </w:rPr>
              <w:t>Nu se aplică</w:t>
            </w:r>
          </w:p>
        </w:tc>
      </w:tr>
      <w:tr w:rsidR="00924ED0" w:rsidRPr="007076F9" w:rsidTr="00924ED0">
        <w:trPr>
          <w:cantSplit/>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924ED0" w:rsidRPr="007076F9" w:rsidRDefault="00924ED0" w:rsidP="00924ED0">
            <w:pPr>
              <w:jc w:val="both"/>
              <w:rPr>
                <w:rFonts w:cs="Times New Roman"/>
                <w:sz w:val="22"/>
              </w:rPr>
            </w:pPr>
            <w:r w:rsidRPr="007076F9">
              <w:rPr>
                <w:rFonts w:cs="Times New Roman"/>
                <w:sz w:val="22"/>
              </w:rPr>
              <w:t>Notă: Documentele marcate cu asterisc (*) sunt obligatorii și urmează a fi prezentate de către operatorul economic la momentul solicitării acestora de către autoritatea contractantă, în cadrul etapei de evaluare, conform cerințelor documentației de atribuire.</w:t>
            </w:r>
          </w:p>
        </w:tc>
      </w:tr>
    </w:tbl>
    <w:p w:rsidR="00924ED0" w:rsidRPr="007076F9" w:rsidRDefault="00924ED0" w:rsidP="00924ED0">
      <w:pPr>
        <w:jc w:val="both"/>
        <w:rPr>
          <w:rFonts w:cs="Times New Roman"/>
          <w:sz w:val="22"/>
          <w:lang w:val="ro-MD"/>
        </w:rPr>
      </w:pPr>
    </w:p>
    <w:p w:rsidR="00924ED0" w:rsidRPr="007076F9" w:rsidRDefault="00924ED0" w:rsidP="00924ED0">
      <w:pPr>
        <w:jc w:val="both"/>
        <w:rPr>
          <w:rFonts w:cs="Times New Roman"/>
          <w:sz w:val="22"/>
        </w:rPr>
      </w:pPr>
      <w:r w:rsidRPr="007076F9">
        <w:rPr>
          <w:rFonts w:cs="Times New Roman"/>
          <w:b/>
          <w:sz w:val="22"/>
          <w:lang w:val="ro-MD"/>
        </w:rPr>
        <w:t>Capitolul V. Indicații generale pentru criteriile de calificare și selecție</w:t>
      </w:r>
    </w:p>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b/>
          <w:sz w:val="22"/>
          <w:lang w:val="ro-MD"/>
        </w:rPr>
      </w:pPr>
      <w:r w:rsidRPr="007076F9">
        <w:rPr>
          <w:rFonts w:cs="Times New Roman"/>
          <w:b/>
          <w:i/>
          <w:sz w:val="22"/>
          <w:lang w:val="ro-MD"/>
        </w:rPr>
        <w:lastRenderedPageBreak/>
        <w:t>Compartimentul se completează de către autoritatea/entitatea contractantă (coloana nr.2) și operatorii economici (coloana nr.3).</w:t>
      </w:r>
    </w:p>
    <w:tbl>
      <w:tblPr>
        <w:tblW w:w="0" w:type="auto"/>
        <w:jc w:val="center"/>
        <w:tblLook w:val="0000" w:firstRow="0" w:lastRow="0" w:firstColumn="0" w:lastColumn="0" w:noHBand="0" w:noVBand="0"/>
      </w:tblPr>
      <w:tblGrid>
        <w:gridCol w:w="1603"/>
        <w:gridCol w:w="6273"/>
        <w:gridCol w:w="2155"/>
      </w:tblGrid>
      <w:tr w:rsidR="00924ED0" w:rsidRPr="007076F9" w:rsidTr="00924ED0">
        <w:trPr>
          <w:cantSplit/>
          <w:tblHeade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b/>
                <w:sz w:val="22"/>
                <w:lang w:val="ro-MD"/>
              </w:rPr>
            </w:pPr>
            <w:r w:rsidRPr="007076F9">
              <w:rPr>
                <w:rFonts w:cs="Times New Roman"/>
                <w:b/>
                <w:sz w:val="22"/>
                <w:lang w:val="ro-MD"/>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b/>
                <w:sz w:val="22"/>
                <w:lang w:val="ro-MD"/>
              </w:rPr>
            </w:pPr>
            <w:r w:rsidRPr="007076F9">
              <w:rPr>
                <w:rFonts w:cs="Times New Roman"/>
                <w:b/>
                <w:sz w:val="22"/>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46"/>
              <w:contextualSpacing/>
              <w:jc w:val="center"/>
              <w:rPr>
                <w:rFonts w:cs="Times New Roman"/>
                <w:b/>
                <w:sz w:val="22"/>
                <w:lang w:val="ro-MD"/>
              </w:rPr>
            </w:pPr>
            <w:r w:rsidRPr="007076F9">
              <w:rPr>
                <w:rFonts w:cs="Times New Roman"/>
                <w:b/>
                <w:sz w:val="22"/>
                <w:lang w:val="ro-MD"/>
              </w:rPr>
              <w:t>Răspuns</w:t>
            </w:r>
          </w:p>
        </w:tc>
      </w:tr>
      <w:tr w:rsidR="00924ED0" w:rsidRPr="007076F9" w:rsidTr="00924ED0">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84"/>
              <w:contextualSpacing/>
              <w:jc w:val="center"/>
              <w:rPr>
                <w:rFonts w:cs="Times New Roman"/>
                <w:b/>
                <w:sz w:val="22"/>
                <w:lang w:val="ro-MD"/>
              </w:rPr>
            </w:pPr>
            <w:r w:rsidRPr="007076F9">
              <w:rPr>
                <w:rFonts w:cs="Times New Roman"/>
                <w:b/>
                <w:sz w:val="22"/>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center"/>
              <w:rPr>
                <w:rFonts w:cs="Times New Roman"/>
                <w:b/>
                <w:sz w:val="22"/>
                <w:lang w:val="ro-MD"/>
              </w:rPr>
            </w:pPr>
            <w:r w:rsidRPr="007076F9">
              <w:rPr>
                <w:rFonts w:cs="Times New Roman"/>
                <w:b/>
                <w:sz w:val="22"/>
                <w:lang w:val="ro-MD"/>
              </w:rPr>
              <w:t>2</w:t>
            </w:r>
          </w:p>
        </w:tc>
        <w:tc>
          <w:tcPr>
            <w:tcW w:w="2155"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ind w:left="720"/>
              <w:contextualSpacing/>
              <w:jc w:val="center"/>
              <w:rPr>
                <w:rFonts w:cs="Times New Roman"/>
                <w:sz w:val="22"/>
                <w:lang w:val="ro-MD"/>
              </w:rPr>
            </w:pPr>
            <w:r w:rsidRPr="007076F9">
              <w:rPr>
                <w:rFonts w:cs="Times New Roman"/>
                <w:sz w:val="22"/>
                <w:lang w:val="ro-MD"/>
              </w:rPr>
              <w:t>3</w:t>
            </w:r>
          </w:p>
        </w:tc>
      </w:tr>
      <w:tr w:rsidR="00924ED0" w:rsidRPr="007076F9" w:rsidTr="00924ED0">
        <w:trPr>
          <w:cantSplit/>
          <w:jc w:val="cente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numPr>
                <w:ilvl w:val="0"/>
                <w:numId w:val="18"/>
              </w:numPr>
              <w:suppressAutoHyphens/>
              <w:contextualSpacing/>
              <w:jc w:val="both"/>
              <w:rPr>
                <w:rFonts w:cs="Times New Roman"/>
                <w:b/>
                <w:sz w:val="22"/>
                <w:lang w:val="ro-MD"/>
              </w:rPr>
            </w:pPr>
            <w:r w:rsidRPr="007076F9">
              <w:rPr>
                <w:rFonts w:cs="Times New Roman"/>
                <w:b/>
                <w:sz w:val="22"/>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snapToGrid w:val="0"/>
              <w:ind w:left="720"/>
              <w:contextualSpacing/>
              <w:jc w:val="both"/>
              <w:rPr>
                <w:rFonts w:cs="Times New Roman"/>
                <w:b/>
                <w:sz w:val="22"/>
                <w:lang w:val="ro-MD"/>
              </w:rPr>
            </w:pPr>
          </w:p>
        </w:tc>
      </w:tr>
      <w:tr w:rsidR="00924ED0" w:rsidRPr="007076F9" w:rsidTr="00924ED0">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 xml:space="preserve">5A.1 </w:t>
            </w:r>
          </w:p>
        </w:tc>
        <w:tc>
          <w:tcPr>
            <w:tcW w:w="6273"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rPr>
            </w:pPr>
            <w:r w:rsidRPr="007076F9">
              <w:rPr>
                <w:rFonts w:cs="Times New Roman"/>
                <w:sz w:val="22"/>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24ED0" w:rsidRPr="007076F9" w:rsidRDefault="00924ED0" w:rsidP="00924ED0">
            <w:pPr>
              <w:contextualSpacing/>
              <w:jc w:val="both"/>
              <w:rPr>
                <w:rFonts w:cs="Times New Roman"/>
                <w:sz w:val="22"/>
                <w:lang w:val="ro-MD"/>
              </w:rPr>
            </w:pPr>
          </w:p>
          <w:p w:rsidR="00924ED0" w:rsidRPr="007076F9" w:rsidRDefault="00924ED0" w:rsidP="00924ED0">
            <w:pPr>
              <w:contextualSpacing/>
              <w:jc w:val="both"/>
              <w:rPr>
                <w:rFonts w:cs="Times New Roman"/>
                <w:color w:val="FF0000"/>
                <w:sz w:val="22"/>
                <w:lang w:val="ro-MD"/>
              </w:rPr>
            </w:pPr>
            <w:r w:rsidRPr="007076F9">
              <w:rPr>
                <w:rFonts w:cs="Times New Roman"/>
                <w:color w:val="FF0000"/>
                <w:sz w:val="22"/>
                <w:lang w:val="ro-MD"/>
              </w:rPr>
              <w:t>Termen 3 zile de la solicitare.</w:t>
            </w:r>
          </w:p>
          <w:p w:rsidR="00924ED0" w:rsidRPr="007076F9" w:rsidRDefault="00924ED0" w:rsidP="00924ED0">
            <w:pPr>
              <w:ind w:left="107"/>
              <w:contextualSpacing/>
              <w:jc w:val="both"/>
              <w:rPr>
                <w:rFonts w:cs="Times New Roman"/>
                <w:sz w:val="22"/>
                <w:lang w:val="ro-MD"/>
              </w:rPr>
            </w:pPr>
          </w:p>
          <w:p w:rsidR="00924ED0" w:rsidRPr="007076F9" w:rsidRDefault="00924ED0" w:rsidP="00924ED0">
            <w:pPr>
              <w:ind w:left="107"/>
              <w:contextualSpacing/>
              <w:jc w:val="both"/>
              <w:rPr>
                <w:rFonts w:cs="Times New Roman"/>
                <w:i/>
                <w:sz w:val="22"/>
                <w:lang w:val="ro-MD"/>
              </w:rPr>
            </w:pPr>
            <w:r w:rsidRPr="007076F9">
              <w:rPr>
                <w:rFonts w:cs="Times New Roman"/>
                <w:i/>
                <w:sz w:val="22"/>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󠇡Da        󠇡󠇡Nu</w:t>
            </w:r>
          </w:p>
        </w:tc>
      </w:tr>
      <w:tr w:rsidR="00924ED0" w:rsidRPr="007076F9" w:rsidTr="00924ED0">
        <w:trPr>
          <w:cantSplit/>
          <w:trHeight w:val="280"/>
          <w:jc w:val="center"/>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sz w:val="22"/>
                <w:lang w:val="ro-MD"/>
              </w:rPr>
            </w:pPr>
            <w:r w:rsidRPr="007076F9">
              <w:rPr>
                <w:rFonts w:cs="Times New Roman"/>
                <w:sz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Adresa de internet:</w:t>
            </w:r>
          </w:p>
          <w:p w:rsidR="00924ED0" w:rsidRPr="007076F9" w:rsidRDefault="00924ED0" w:rsidP="00924ED0">
            <w:pPr>
              <w:contextualSpacing/>
              <w:rPr>
                <w:rFonts w:cs="Times New Roman"/>
                <w:sz w:val="22"/>
                <w:lang w:val="ro-MD"/>
              </w:rPr>
            </w:pPr>
            <w:r w:rsidRPr="007076F9">
              <w:rPr>
                <w:rFonts w:cs="Times New Roman"/>
                <w:sz w:val="22"/>
                <w:lang w:val="ro-MD"/>
              </w:rPr>
              <w:t>|text|</w:t>
            </w:r>
          </w:p>
        </w:tc>
      </w:tr>
      <w:tr w:rsidR="00924ED0" w:rsidRPr="007076F9" w:rsidTr="00924ED0">
        <w:trPr>
          <w:cantSplit/>
          <w:trHeight w:val="320"/>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sz w:val="22"/>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both"/>
              <w:rPr>
                <w:rFonts w:cs="Times New Roman"/>
                <w:sz w:val="22"/>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6" w:right="-253"/>
              <w:contextualSpacing/>
              <w:rPr>
                <w:rFonts w:cs="Times New Roman"/>
                <w:sz w:val="22"/>
                <w:lang w:val="ro-MD"/>
              </w:rPr>
            </w:pPr>
            <w:r w:rsidRPr="007076F9">
              <w:rPr>
                <w:rFonts w:cs="Times New Roman"/>
                <w:sz w:val="22"/>
                <w:lang w:val="ro-MD"/>
              </w:rPr>
              <w:t>Autoritatea sau organismul emitent(ă):</w:t>
            </w:r>
          </w:p>
          <w:p w:rsidR="00924ED0" w:rsidRPr="007076F9" w:rsidRDefault="00924ED0" w:rsidP="00924ED0">
            <w:pPr>
              <w:ind w:right="-253"/>
              <w:contextualSpacing/>
              <w:rPr>
                <w:rFonts w:cs="Times New Roman"/>
                <w:sz w:val="22"/>
                <w:lang w:val="ro-MD"/>
              </w:rPr>
            </w:pPr>
            <w:r w:rsidRPr="007076F9">
              <w:rPr>
                <w:rFonts w:cs="Times New Roman"/>
                <w:sz w:val="22"/>
                <w:lang w:val="ro-MD"/>
              </w:rPr>
              <w:t>|text|</w:t>
            </w:r>
          </w:p>
        </w:tc>
      </w:tr>
      <w:tr w:rsidR="00924ED0" w:rsidRPr="007076F9" w:rsidTr="00924ED0">
        <w:trPr>
          <w:cantSplit/>
          <w:trHeight w:val="504"/>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center"/>
              <w:rPr>
                <w:rFonts w:cs="Times New Roman"/>
                <w:sz w:val="22"/>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contextualSpacing/>
              <w:jc w:val="both"/>
              <w:rPr>
                <w:rFonts w:cs="Times New Roman"/>
                <w:sz w:val="22"/>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rPr>
                <w:rFonts w:cs="Times New Roman"/>
                <w:sz w:val="22"/>
                <w:lang w:val="ro-MD"/>
              </w:rPr>
            </w:pPr>
            <w:r w:rsidRPr="007076F9">
              <w:rPr>
                <w:rFonts w:cs="Times New Roman"/>
                <w:sz w:val="22"/>
                <w:lang w:val="ro-MD"/>
              </w:rPr>
              <w:t>Referința exactă a documentației:</w:t>
            </w:r>
          </w:p>
          <w:p w:rsidR="00924ED0" w:rsidRPr="007076F9" w:rsidRDefault="00924ED0" w:rsidP="00924ED0">
            <w:pPr>
              <w:contextualSpacing/>
              <w:rPr>
                <w:rFonts w:cs="Times New Roman"/>
                <w:sz w:val="22"/>
                <w:lang w:val="ro-MD"/>
              </w:rPr>
            </w:pPr>
            <w:r w:rsidRPr="007076F9">
              <w:rPr>
                <w:rFonts w:cs="Times New Roman"/>
                <w:sz w:val="22"/>
                <w:lang w:val="ro-MD"/>
              </w:rPr>
              <w:t>|text|</w:t>
            </w:r>
          </w:p>
        </w:tc>
      </w:tr>
    </w:tbl>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b/>
          <w:sz w:val="22"/>
          <w:lang w:val="ro-MD"/>
        </w:rPr>
      </w:pPr>
      <w:r w:rsidRPr="007076F9">
        <w:rPr>
          <w:rFonts w:cs="Times New Roman"/>
          <w:b/>
          <w:sz w:val="22"/>
          <w:lang w:val="ro-MD"/>
        </w:rPr>
        <w:t>Capitolul VI. Preselecția candidaților pentru procedura de atribuire a contractului de achiziție publică</w:t>
      </w:r>
    </w:p>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sz w:val="22"/>
        </w:rPr>
      </w:pPr>
      <w:r w:rsidRPr="007076F9">
        <w:rPr>
          <w:rFonts w:cs="Times New Roman"/>
          <w:i/>
          <w:sz w:val="22"/>
          <w:lang w:val="ro-MD"/>
        </w:rPr>
        <w:t>Compartimentul se solicită de către autoritatea contractantă doar în cadrul procedurilor de achiziție publică: licitația restrânsă, negociere, dialog competitiv și parteneriatul pentru inovare</w:t>
      </w:r>
      <w:r w:rsidRPr="007076F9">
        <w:rPr>
          <w:rFonts w:cs="Times New Roman"/>
          <w:sz w:val="22"/>
        </w:rPr>
        <w:t>.</w:t>
      </w:r>
    </w:p>
    <w:tbl>
      <w:tblPr>
        <w:tblW w:w="0" w:type="auto"/>
        <w:jc w:val="center"/>
        <w:tblLook w:val="0000" w:firstRow="0" w:lastRow="0" w:firstColumn="0" w:lastColumn="0" w:noHBand="0" w:noVBand="0"/>
      </w:tblPr>
      <w:tblGrid>
        <w:gridCol w:w="1384"/>
        <w:gridCol w:w="6521"/>
        <w:gridCol w:w="2126"/>
      </w:tblGrid>
      <w:tr w:rsidR="00924ED0" w:rsidRPr="007076F9" w:rsidTr="00924ED0">
        <w:trPr>
          <w:cantSplit/>
          <w:tblHeade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b/>
                <w:sz w:val="22"/>
                <w:lang w:val="ro-MD"/>
              </w:rPr>
            </w:pPr>
            <w:r w:rsidRPr="007076F9">
              <w:rPr>
                <w:rFonts w:cs="Times New Roman"/>
                <w:b/>
                <w:sz w:val="22"/>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b/>
                <w:sz w:val="22"/>
                <w:lang w:val="ro-MD"/>
              </w:rPr>
            </w:pPr>
            <w:r w:rsidRPr="007076F9">
              <w:rPr>
                <w:rFonts w:cs="Times New Roman"/>
                <w:b/>
                <w:sz w:val="22"/>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46"/>
              <w:contextualSpacing/>
              <w:jc w:val="center"/>
              <w:rPr>
                <w:rFonts w:cs="Times New Roman"/>
                <w:b/>
                <w:sz w:val="22"/>
                <w:lang w:val="ro-MD"/>
              </w:rPr>
            </w:pPr>
            <w:r w:rsidRPr="007076F9">
              <w:rPr>
                <w:rFonts w:cs="Times New Roman"/>
                <w:b/>
                <w:sz w:val="22"/>
                <w:lang w:val="ro-MD"/>
              </w:rPr>
              <w:t>Răspuns</w:t>
            </w:r>
          </w:p>
        </w:tc>
      </w:tr>
      <w:tr w:rsidR="00924ED0" w:rsidRPr="007076F9"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b/>
                <w:sz w:val="22"/>
                <w:lang w:val="ro-MD"/>
              </w:rPr>
            </w:pPr>
            <w:r w:rsidRPr="007076F9">
              <w:rPr>
                <w:rFonts w:cs="Times New Roman"/>
                <w:b/>
                <w:sz w:val="22"/>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jc w:val="center"/>
              <w:rPr>
                <w:rFonts w:cs="Times New Roman"/>
                <w:b/>
                <w:sz w:val="22"/>
                <w:lang w:val="ro-MD"/>
              </w:rPr>
            </w:pPr>
            <w:r w:rsidRPr="007076F9">
              <w:rPr>
                <w:rFonts w:cs="Times New Roman"/>
                <w:b/>
                <w:sz w:val="22"/>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246"/>
              <w:contextualSpacing/>
              <w:jc w:val="center"/>
              <w:rPr>
                <w:rFonts w:cs="Times New Roman"/>
                <w:b/>
                <w:sz w:val="22"/>
                <w:lang w:val="ro-MD"/>
              </w:rPr>
            </w:pPr>
            <w:r w:rsidRPr="007076F9">
              <w:rPr>
                <w:rFonts w:cs="Times New Roman"/>
                <w:b/>
                <w:sz w:val="22"/>
                <w:lang w:val="ro-MD"/>
              </w:rPr>
              <w:t>3</w:t>
            </w:r>
          </w:p>
        </w:tc>
      </w:tr>
      <w:tr w:rsidR="00924ED0" w:rsidRPr="007076F9" w:rsidTr="00924ED0">
        <w:trPr>
          <w:cantSplit/>
          <w:jc w:val="cente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ind w:left="720"/>
              <w:contextualSpacing/>
              <w:rPr>
                <w:rFonts w:cs="Times New Roman"/>
                <w:b/>
                <w:sz w:val="22"/>
                <w:lang w:val="ro-MD"/>
              </w:rPr>
            </w:pPr>
            <w:r w:rsidRPr="007076F9">
              <w:rPr>
                <w:rFonts w:cs="Times New Roman"/>
                <w:b/>
                <w:sz w:val="22"/>
                <w:lang w:val="ro-MD"/>
              </w:rPr>
              <w:t>A.</w:t>
            </w:r>
            <w:r w:rsidRPr="007076F9">
              <w:rPr>
                <w:rFonts w:cs="Times New Roman"/>
                <w:b/>
                <w:sz w:val="22"/>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snapToGrid w:val="0"/>
              <w:ind w:left="-246"/>
              <w:contextualSpacing/>
              <w:jc w:val="center"/>
              <w:rPr>
                <w:rFonts w:cs="Times New Roman"/>
                <w:b/>
                <w:sz w:val="22"/>
                <w:lang w:val="ro-MD"/>
              </w:rPr>
            </w:pPr>
          </w:p>
        </w:tc>
      </w:tr>
      <w:tr w:rsidR="00924ED0" w:rsidRPr="007076F9"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bidi/>
              <w:ind w:left="91"/>
              <w:contextualSpacing/>
              <w:jc w:val="center"/>
              <w:rPr>
                <w:rFonts w:cs="Times New Roman"/>
                <w:sz w:val="22"/>
                <w:lang w:val="ro-MD"/>
              </w:rPr>
            </w:pPr>
            <w:r w:rsidRPr="007076F9">
              <w:rPr>
                <w:rFonts w:cs="Times New Roman"/>
                <w:sz w:val="22"/>
                <w:rtl/>
                <w:lang w:val="ro-MD"/>
              </w:rPr>
              <w:t>󠇡</w:t>
            </w:r>
            <w:r w:rsidRPr="007076F9">
              <w:rPr>
                <w:rFonts w:cs="Times New Roman"/>
                <w:sz w:val="22"/>
                <w:lang w:val="ro-MD"/>
              </w:rPr>
              <w:t>Da       󠇡󠇡Nu</w:t>
            </w:r>
          </w:p>
        </w:tc>
      </w:tr>
      <w:tr w:rsidR="00924ED0" w:rsidRPr="007076F9"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center"/>
              <w:rPr>
                <w:rFonts w:cs="Times New Roman"/>
                <w:sz w:val="22"/>
                <w:lang w:val="ro-MD"/>
              </w:rPr>
            </w:pPr>
            <w:r w:rsidRPr="007076F9">
              <w:rPr>
                <w:rFonts w:cs="Times New Roman"/>
                <w:sz w:val="22"/>
                <w:lang w:val="ro-MD"/>
              </w:rPr>
              <w:lastRenderedPageBreak/>
              <w:t>6A.2</w:t>
            </w:r>
          </w:p>
        </w:tc>
        <w:tc>
          <w:tcPr>
            <w:tcW w:w="6521" w:type="dxa"/>
            <w:tcBorders>
              <w:top w:val="single" w:sz="4" w:space="0" w:color="000000"/>
              <w:left w:val="single" w:sz="4" w:space="0" w:color="000000"/>
              <w:bottom w:val="single" w:sz="4" w:space="0" w:color="000000"/>
              <w:right w:val="single" w:sz="4" w:space="0" w:color="000000"/>
            </w:tcBorders>
          </w:tcPr>
          <w:p w:rsidR="00924ED0" w:rsidRPr="007076F9" w:rsidRDefault="00924ED0" w:rsidP="00924ED0">
            <w:pPr>
              <w:contextualSpacing/>
              <w:jc w:val="both"/>
              <w:rPr>
                <w:rFonts w:cs="Times New Roman"/>
                <w:sz w:val="22"/>
                <w:lang w:val="ro-MD"/>
              </w:rPr>
            </w:pPr>
            <w:r w:rsidRPr="007076F9">
              <w:rPr>
                <w:rFonts w:cs="Times New Roman"/>
                <w:sz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7076F9" w:rsidRDefault="00924ED0" w:rsidP="00924ED0">
            <w:pPr>
              <w:contextualSpacing/>
              <w:jc w:val="both"/>
              <w:rPr>
                <w:rFonts w:cs="Times New Roman"/>
                <w:sz w:val="22"/>
                <w:lang w:val="ro-MD"/>
              </w:rPr>
            </w:pPr>
            <w:r w:rsidRPr="007076F9">
              <w:rPr>
                <w:rFonts w:cs="Times New Roman"/>
                <w:sz w:val="22"/>
                <w:lang w:val="ro-MD"/>
              </w:rPr>
              <w:t>󠇡Da       󠇡󠇡Nu</w:t>
            </w:r>
          </w:p>
        </w:tc>
      </w:tr>
    </w:tbl>
    <w:p w:rsidR="00924ED0" w:rsidRPr="007076F9" w:rsidRDefault="00924ED0" w:rsidP="00924ED0">
      <w:pPr>
        <w:jc w:val="both"/>
        <w:rPr>
          <w:rFonts w:cs="Times New Roman"/>
          <w:sz w:val="22"/>
          <w:lang w:val="ro-MD"/>
        </w:rPr>
      </w:pPr>
    </w:p>
    <w:p w:rsidR="00924ED0" w:rsidRPr="007076F9" w:rsidRDefault="00924ED0" w:rsidP="00924ED0">
      <w:pPr>
        <w:jc w:val="both"/>
        <w:rPr>
          <w:rFonts w:cs="Times New Roman"/>
          <w:sz w:val="22"/>
        </w:rPr>
      </w:pPr>
      <w:r w:rsidRPr="007076F9">
        <w:rPr>
          <w:rFonts w:cs="Times New Roman"/>
          <w:b/>
          <w:sz w:val="22"/>
          <w:lang w:val="ro-MD"/>
        </w:rPr>
        <w:t>Capitolul VII. Declarații finale</w:t>
      </w:r>
    </w:p>
    <w:p w:rsidR="00924ED0" w:rsidRPr="007076F9" w:rsidRDefault="00924ED0" w:rsidP="00924ED0">
      <w:pPr>
        <w:jc w:val="both"/>
        <w:rPr>
          <w:rFonts w:cs="Times New Roman"/>
          <w:b/>
          <w:sz w:val="22"/>
          <w:lang w:val="ro-MD"/>
        </w:rPr>
      </w:pPr>
    </w:p>
    <w:p w:rsidR="00924ED0" w:rsidRPr="007076F9" w:rsidRDefault="00924ED0" w:rsidP="00924ED0">
      <w:pPr>
        <w:jc w:val="both"/>
        <w:rPr>
          <w:rFonts w:cs="Times New Roman"/>
          <w:sz w:val="22"/>
        </w:rPr>
      </w:pPr>
      <w:r w:rsidRPr="007076F9">
        <w:rPr>
          <w:rFonts w:cs="Times New Roman"/>
          <w:sz w:val="22"/>
          <w:lang w:val="ro-MD"/>
        </w:rPr>
        <w:t>Operatorul economic declară că informațiile prezentate în capitolele II – V (după caz II-VI) sunt exacte și corect furnizate, cunoscând pe deplin consecințele cazurilor grave de declarații false.</w:t>
      </w:r>
    </w:p>
    <w:p w:rsidR="00924ED0" w:rsidRPr="007076F9" w:rsidRDefault="00924ED0" w:rsidP="00924ED0">
      <w:pPr>
        <w:jc w:val="both"/>
        <w:rPr>
          <w:rFonts w:cs="Times New Roman"/>
          <w:sz w:val="22"/>
          <w:lang w:val="ro-MD"/>
        </w:rPr>
      </w:pPr>
      <w:r w:rsidRPr="007076F9">
        <w:rPr>
          <w:rFonts w:cs="Times New Roman"/>
          <w:sz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24ED0" w:rsidRPr="007076F9" w:rsidRDefault="00924ED0" w:rsidP="00924ED0">
      <w:pPr>
        <w:jc w:val="both"/>
        <w:rPr>
          <w:rFonts w:cs="Times New Roman"/>
          <w:sz w:val="22"/>
          <w:lang w:val="ro-MD"/>
        </w:rPr>
      </w:pPr>
    </w:p>
    <w:p w:rsidR="00924ED0" w:rsidRPr="007076F9" w:rsidRDefault="00924ED0" w:rsidP="00924ED0">
      <w:pPr>
        <w:jc w:val="both"/>
        <w:rPr>
          <w:rFonts w:cs="Times New Roman"/>
          <w:sz w:val="22"/>
          <w:lang w:val="ro-MD"/>
        </w:rPr>
      </w:pPr>
      <w:r w:rsidRPr="007076F9">
        <w:rPr>
          <w:rFonts w:cs="Times New Roman"/>
          <w:sz w:val="22"/>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924ED0" w:rsidRPr="007076F9" w:rsidRDefault="00924ED0" w:rsidP="00924ED0">
      <w:pPr>
        <w:jc w:val="both"/>
        <w:rPr>
          <w:rFonts w:cs="Times New Roman"/>
          <w:sz w:val="22"/>
          <w:lang w:val="ro-MD"/>
        </w:rPr>
      </w:pPr>
    </w:p>
    <w:p w:rsidR="00924ED0" w:rsidRPr="007076F9" w:rsidRDefault="00924ED0" w:rsidP="00924ED0">
      <w:pPr>
        <w:jc w:val="both"/>
        <w:rPr>
          <w:rFonts w:cs="Times New Roman"/>
          <w:sz w:val="22"/>
          <w:lang w:val="ro-MD"/>
        </w:rPr>
      </w:pPr>
      <w:r w:rsidRPr="007076F9">
        <w:rPr>
          <w:rFonts w:cs="Times New Roman"/>
          <w:sz w:val="22"/>
          <w:lang w:val="ro-MD"/>
        </w:rPr>
        <w:t>(Se va completa și semna de către operatorul economic)</w:t>
      </w:r>
    </w:p>
    <w:p w:rsidR="00924ED0" w:rsidRPr="007076F9" w:rsidRDefault="00924ED0" w:rsidP="00924ED0">
      <w:pPr>
        <w:jc w:val="both"/>
        <w:rPr>
          <w:rFonts w:cs="Times New Roman"/>
          <w:sz w:val="22"/>
          <w:lang w:val="ro-MD"/>
        </w:rPr>
      </w:pPr>
    </w:p>
    <w:p w:rsidR="00924ED0" w:rsidRPr="007076F9" w:rsidRDefault="00924ED0" w:rsidP="00924ED0">
      <w:pPr>
        <w:jc w:val="both"/>
        <w:rPr>
          <w:rFonts w:cs="Times New Roman"/>
          <w:sz w:val="22"/>
          <w:lang w:val="ro-MD"/>
        </w:rPr>
      </w:pPr>
      <w:r w:rsidRPr="007076F9">
        <w:rPr>
          <w:rFonts w:cs="Times New Roman"/>
          <w:sz w:val="22"/>
          <w:lang w:val="ro-MD"/>
        </w:rPr>
        <w:t>Nume: [text]</w:t>
      </w:r>
    </w:p>
    <w:p w:rsidR="00924ED0" w:rsidRPr="007076F9" w:rsidRDefault="00924ED0" w:rsidP="00924ED0">
      <w:pPr>
        <w:jc w:val="both"/>
        <w:rPr>
          <w:rFonts w:cs="Times New Roman"/>
          <w:sz w:val="22"/>
        </w:rPr>
      </w:pPr>
      <w:r w:rsidRPr="007076F9">
        <w:rPr>
          <w:rFonts w:cs="Times New Roman"/>
          <w:sz w:val="22"/>
          <w:lang w:val="ro-MD"/>
        </w:rPr>
        <w:t>Funcția: [text]</w:t>
      </w:r>
    </w:p>
    <w:p w:rsidR="00924ED0" w:rsidRPr="007076F9" w:rsidRDefault="00924ED0" w:rsidP="00924ED0">
      <w:pPr>
        <w:jc w:val="both"/>
        <w:rPr>
          <w:rFonts w:cs="Times New Roman"/>
          <w:sz w:val="22"/>
          <w:lang w:val="ro-MD"/>
        </w:rPr>
      </w:pPr>
      <w:r w:rsidRPr="007076F9">
        <w:rPr>
          <w:rFonts w:cs="Times New Roman"/>
          <w:sz w:val="22"/>
          <w:lang w:val="ro-MD"/>
        </w:rPr>
        <w:t>Data: [date]</w:t>
      </w:r>
    </w:p>
    <w:p w:rsidR="00924ED0" w:rsidRPr="007076F9" w:rsidRDefault="00924ED0" w:rsidP="00924ED0">
      <w:pPr>
        <w:jc w:val="both"/>
        <w:rPr>
          <w:rFonts w:cs="Times New Roman"/>
          <w:sz w:val="22"/>
          <w:lang w:val="ro-MD"/>
        </w:rPr>
      </w:pPr>
      <w:r w:rsidRPr="007076F9">
        <w:rPr>
          <w:rFonts w:cs="Times New Roman"/>
          <w:sz w:val="22"/>
          <w:lang w:val="ro-MD"/>
        </w:rPr>
        <w:t>Adresa: [text]</w:t>
      </w:r>
    </w:p>
    <w:p w:rsidR="00924ED0" w:rsidRPr="007076F9" w:rsidRDefault="00924ED0" w:rsidP="00924ED0">
      <w:pPr>
        <w:jc w:val="both"/>
        <w:rPr>
          <w:rFonts w:cs="Times New Roman"/>
          <w:sz w:val="22"/>
          <w:lang w:val="ro-MD"/>
        </w:rPr>
      </w:pPr>
      <w:r w:rsidRPr="007076F9">
        <w:rPr>
          <w:rFonts w:cs="Times New Roman"/>
          <w:sz w:val="22"/>
          <w:lang w:val="ro-MD"/>
        </w:rPr>
        <w:t xml:space="preserve">Semnătura </w:t>
      </w:r>
    </w:p>
    <w:p w:rsidR="00924ED0" w:rsidRPr="007076F9" w:rsidRDefault="00924ED0" w:rsidP="00924ED0">
      <w:pPr>
        <w:rPr>
          <w:rFonts w:cs="Times New Roman"/>
          <w:b/>
          <w:sz w:val="22"/>
          <w:lang w:val="ro-MD"/>
        </w:rPr>
      </w:pPr>
    </w:p>
    <w:p w:rsidR="00924ED0" w:rsidRPr="007076F9" w:rsidRDefault="00924ED0" w:rsidP="00924ED0">
      <w:pPr>
        <w:jc w:val="right"/>
        <w:rPr>
          <w:rFonts w:cs="Times New Roman"/>
          <w:b/>
          <w:sz w:val="22"/>
        </w:rPr>
      </w:pPr>
    </w:p>
    <w:p w:rsidR="00924ED0" w:rsidRPr="007076F9" w:rsidRDefault="00924ED0" w:rsidP="00924ED0">
      <w:pPr>
        <w:jc w:val="right"/>
        <w:rPr>
          <w:rFonts w:cs="Times New Roman"/>
          <w:b/>
          <w:sz w:val="22"/>
        </w:rPr>
      </w:pPr>
    </w:p>
    <w:p w:rsidR="00924ED0" w:rsidRPr="007076F9" w:rsidRDefault="00924ED0" w:rsidP="00924ED0">
      <w:pPr>
        <w:jc w:val="right"/>
        <w:rPr>
          <w:rFonts w:cs="Times New Roman"/>
          <w:b/>
          <w:sz w:val="22"/>
        </w:rPr>
      </w:pPr>
    </w:p>
    <w:p w:rsidR="00924ED0" w:rsidRPr="007076F9" w:rsidRDefault="00924ED0" w:rsidP="00924ED0">
      <w:pPr>
        <w:jc w:val="right"/>
        <w:rPr>
          <w:rFonts w:cs="Times New Roman"/>
          <w:b/>
          <w:sz w:val="22"/>
        </w:rPr>
      </w:pPr>
    </w:p>
    <w:p w:rsidR="00924ED0" w:rsidRPr="007076F9" w:rsidRDefault="00924ED0" w:rsidP="00924ED0">
      <w:pPr>
        <w:jc w:val="right"/>
        <w:rPr>
          <w:rFonts w:cs="Times New Roman"/>
          <w:b/>
          <w:sz w:val="22"/>
        </w:rPr>
      </w:pPr>
    </w:p>
    <w:p w:rsidR="00924ED0" w:rsidRPr="007076F9" w:rsidRDefault="00924ED0" w:rsidP="00924ED0">
      <w:pPr>
        <w:jc w:val="right"/>
        <w:rPr>
          <w:rFonts w:cs="Times New Roman"/>
          <w:b/>
          <w:sz w:val="22"/>
        </w:rPr>
      </w:pPr>
    </w:p>
    <w:p w:rsidR="00AE720F" w:rsidRPr="007076F9" w:rsidRDefault="00AE720F" w:rsidP="00924ED0">
      <w:pPr>
        <w:jc w:val="right"/>
        <w:rPr>
          <w:rFonts w:cs="Times New Roman"/>
          <w:b/>
          <w:sz w:val="22"/>
        </w:rPr>
      </w:pPr>
    </w:p>
    <w:p w:rsidR="00924ED0" w:rsidRPr="007076F9" w:rsidRDefault="00924ED0" w:rsidP="00531B9B">
      <w:pPr>
        <w:rPr>
          <w:rFonts w:cs="Times New Roman"/>
          <w:bCs/>
          <w:sz w:val="22"/>
        </w:rPr>
      </w:pPr>
    </w:p>
    <w:p w:rsidR="00127E6A" w:rsidRPr="007076F9" w:rsidRDefault="00127E6A" w:rsidP="00B8159E">
      <w:pPr>
        <w:jc w:val="right"/>
        <w:rPr>
          <w:rFonts w:cs="Times New Roman"/>
          <w:bCs/>
          <w:sz w:val="22"/>
        </w:rPr>
      </w:pPr>
      <w:r w:rsidRPr="007076F9">
        <w:rPr>
          <w:rFonts w:cs="Times New Roman"/>
          <w:bCs/>
          <w:sz w:val="22"/>
        </w:rPr>
        <w:t xml:space="preserve">Anexa nr. </w:t>
      </w:r>
      <w:r w:rsidR="003A0D7A">
        <w:rPr>
          <w:rFonts w:cs="Times New Roman"/>
          <w:bCs/>
          <w:sz w:val="22"/>
        </w:rPr>
        <w:t>3</w:t>
      </w:r>
    </w:p>
    <w:p w:rsidR="00127E6A" w:rsidRPr="007076F9" w:rsidRDefault="00127E6A" w:rsidP="00531B9B">
      <w:pPr>
        <w:rPr>
          <w:rFonts w:cs="Times New Roman"/>
          <w:sz w:val="22"/>
        </w:rPr>
      </w:pPr>
      <w:r w:rsidRPr="007076F9">
        <w:rPr>
          <w:rFonts w:cs="Times New Roman"/>
          <w:b/>
          <w:bCs/>
          <w:sz w:val="22"/>
        </w:rPr>
        <w:t>Specificaţii tehnice</w:t>
      </w:r>
      <w:r w:rsidRPr="007076F9">
        <w:rPr>
          <w:rFonts w:cs="Times New Roman"/>
          <w:sz w:val="22"/>
        </w:rPr>
        <w:t> </w:t>
      </w:r>
    </w:p>
    <w:p w:rsidR="00127E6A" w:rsidRPr="007076F9" w:rsidRDefault="00127E6A" w:rsidP="00531B9B">
      <w:pPr>
        <w:rPr>
          <w:rFonts w:cs="Times New Roman"/>
          <w:i/>
          <w:iCs/>
          <w:sz w:val="22"/>
        </w:rPr>
      </w:pPr>
      <w:r w:rsidRPr="007076F9">
        <w:rPr>
          <w:rFonts w:cs="Times New Roman"/>
          <w:i/>
          <w:iCs/>
          <w:sz w:val="22"/>
        </w:rPr>
        <w:t xml:space="preserve">[Acest tabel va fi completat de către ofertant în coloanele 2, 3, 4, 6, 7, </w:t>
      </w:r>
    </w:p>
    <w:p w:rsidR="00127E6A" w:rsidRPr="007076F9" w:rsidRDefault="00127E6A" w:rsidP="00531B9B">
      <w:pPr>
        <w:rPr>
          <w:rFonts w:cs="Times New Roman"/>
          <w:i/>
          <w:iCs/>
          <w:sz w:val="22"/>
        </w:rPr>
      </w:pPr>
      <w:r w:rsidRPr="007076F9">
        <w:rPr>
          <w:rFonts w:cs="Times New Roman"/>
          <w:i/>
          <w:iCs/>
          <w:sz w:val="22"/>
        </w:rPr>
        <w:t>iar de către autoritatea contractantă – în coloanele 1, 5,]</w:t>
      </w:r>
    </w:p>
    <w:tbl>
      <w:tblPr>
        <w:tblStyle w:val="Tabelgril1"/>
        <w:tblpPr w:leftFromText="180" w:rightFromText="180" w:vertAnchor="text" w:horzAnchor="margin" w:tblpXSpec="center" w:tblpY="24"/>
        <w:tblW w:w="0" w:type="auto"/>
        <w:jc w:val="center"/>
        <w:tblInd w:w="0" w:type="dxa"/>
        <w:tblLook w:val="04A0" w:firstRow="1" w:lastRow="0" w:firstColumn="1" w:lastColumn="0" w:noHBand="0" w:noVBand="1"/>
      </w:tblPr>
      <w:tblGrid>
        <w:gridCol w:w="14277"/>
      </w:tblGrid>
      <w:tr w:rsidR="00127E6A" w:rsidRPr="007076F9" w:rsidTr="00127E6A">
        <w:trPr>
          <w:cantSplit/>
          <w:trHeight w:val="417"/>
          <w:tblHeader/>
          <w:jc w:val="center"/>
        </w:trPr>
        <w:tc>
          <w:tcPr>
            <w:tcW w:w="14601" w:type="dxa"/>
            <w:tcBorders>
              <w:top w:val="single" w:sz="4" w:space="0" w:color="auto"/>
              <w:left w:val="single" w:sz="4" w:space="0" w:color="auto"/>
              <w:bottom w:val="single" w:sz="4" w:space="0" w:color="auto"/>
              <w:right w:val="single" w:sz="4" w:space="0" w:color="auto"/>
            </w:tcBorders>
            <w:vAlign w:val="center"/>
            <w:hideMark/>
          </w:tcPr>
          <w:p w:rsidR="00127E6A" w:rsidRPr="007076F9" w:rsidRDefault="00127E6A" w:rsidP="00531B9B">
            <w:pPr>
              <w:rPr>
                <w:sz w:val="22"/>
              </w:rPr>
            </w:pPr>
            <w:r w:rsidRPr="007076F9">
              <w:rPr>
                <w:sz w:val="22"/>
              </w:rPr>
              <w:t>Numărul procedurii de achiziție______________din___________</w:t>
            </w:r>
          </w:p>
        </w:tc>
      </w:tr>
      <w:tr w:rsidR="00127E6A" w:rsidRPr="007076F9" w:rsidTr="00127E6A">
        <w:trPr>
          <w:cantSplit/>
          <w:trHeight w:val="616"/>
          <w:jc w:val="center"/>
        </w:trPr>
        <w:tc>
          <w:tcPr>
            <w:tcW w:w="14601" w:type="dxa"/>
            <w:tcBorders>
              <w:top w:val="single" w:sz="4" w:space="0" w:color="auto"/>
              <w:left w:val="single" w:sz="4" w:space="0" w:color="auto"/>
              <w:bottom w:val="single" w:sz="4" w:space="0" w:color="auto"/>
              <w:right w:val="single" w:sz="4" w:space="0" w:color="auto"/>
            </w:tcBorders>
            <w:vAlign w:val="center"/>
            <w:hideMark/>
          </w:tcPr>
          <w:p w:rsidR="004F177F" w:rsidRDefault="003C7DD0">
            <w:pPr>
              <w:rPr>
                <w:sz w:val="22"/>
              </w:rPr>
            </w:pPr>
            <w:r>
              <w:rPr>
                <w:sz w:val="22"/>
              </w:rPr>
              <w:t>Obiectul achiziției: piese de schimb (anvelope, jante și acumulatoare) pentru transportul auto</w:t>
            </w:r>
          </w:p>
        </w:tc>
      </w:tr>
    </w:tbl>
    <w:p w:rsidR="00127E6A" w:rsidRPr="007076F9" w:rsidRDefault="00127E6A" w:rsidP="00531B9B">
      <w:pPr>
        <w:rPr>
          <w:rFonts w:cs="Times New Roman"/>
          <w:sz w:val="22"/>
        </w:rPr>
      </w:pPr>
    </w:p>
    <w:tbl>
      <w:tblPr>
        <w:tblStyle w:val="Tabelgril1"/>
        <w:tblpPr w:leftFromText="180" w:rightFromText="180" w:vertAnchor="text" w:horzAnchor="margin" w:tblpXSpec="center" w:tblpY="36"/>
        <w:tblW w:w="0" w:type="auto"/>
        <w:jc w:val="center"/>
        <w:tblInd w:w="0" w:type="dxa"/>
        <w:tblLook w:val="04A0" w:firstRow="1" w:lastRow="0" w:firstColumn="1" w:lastColumn="0" w:noHBand="0" w:noVBand="1"/>
      </w:tblPr>
      <w:tblGrid>
        <w:gridCol w:w="2453"/>
        <w:gridCol w:w="2105"/>
        <w:gridCol w:w="1092"/>
        <w:gridCol w:w="1611"/>
        <w:gridCol w:w="3297"/>
        <w:gridCol w:w="1554"/>
        <w:gridCol w:w="2159"/>
      </w:tblGrid>
      <w:tr w:rsidR="00127E6A" w:rsidRPr="007076F9" w:rsidTr="00127E6A">
        <w:trPr>
          <w:cantSplit/>
          <w:tblHeader/>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7076F9" w:rsidRDefault="00127E6A" w:rsidP="00531B9B">
            <w:pPr>
              <w:rPr>
                <w:sz w:val="22"/>
              </w:rPr>
            </w:pPr>
            <w:r w:rsidRPr="007076F9">
              <w:rPr>
                <w:sz w:val="22"/>
              </w:rPr>
              <w:t>Denumirea bunurilor/serviciilor</w:t>
            </w:r>
          </w:p>
        </w:tc>
        <w:tc>
          <w:tcPr>
            <w:tcW w:w="2268"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7076F9" w:rsidRDefault="00127E6A" w:rsidP="00531B9B">
            <w:pPr>
              <w:rPr>
                <w:sz w:val="22"/>
              </w:rPr>
            </w:pPr>
            <w:r w:rsidRPr="007076F9">
              <w:rPr>
                <w:sz w:val="22"/>
              </w:rPr>
              <w:t>Denumirea modelului bunului/serviciului</w:t>
            </w:r>
          </w:p>
        </w:tc>
        <w:tc>
          <w:tcPr>
            <w:tcW w:w="1275"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7076F9" w:rsidRDefault="00127E6A" w:rsidP="00531B9B">
            <w:pPr>
              <w:rPr>
                <w:sz w:val="22"/>
              </w:rPr>
            </w:pPr>
            <w:r w:rsidRPr="007076F9">
              <w:rPr>
                <w:sz w:val="22"/>
              </w:rPr>
              <w:t>Ţara de origine</w:t>
            </w:r>
          </w:p>
        </w:tc>
        <w:tc>
          <w:tcPr>
            <w:tcW w:w="1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7076F9" w:rsidRDefault="00127E6A" w:rsidP="00531B9B">
            <w:pPr>
              <w:rPr>
                <w:sz w:val="22"/>
              </w:rPr>
            </w:pPr>
            <w:r w:rsidRPr="007076F9">
              <w:rPr>
                <w:sz w:val="22"/>
              </w:rPr>
              <w:t>Producătorul</w:t>
            </w:r>
          </w:p>
        </w:tc>
        <w:tc>
          <w:tcPr>
            <w:tcW w:w="451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7076F9" w:rsidRDefault="00127E6A" w:rsidP="00531B9B">
            <w:pPr>
              <w:rPr>
                <w:sz w:val="22"/>
              </w:rPr>
            </w:pPr>
            <w:r w:rsidRPr="007076F9">
              <w:rPr>
                <w:sz w:val="22"/>
              </w:rPr>
              <w:t>Specificarea tehnică deplină solicitată de către autoritatea contractantă</w:t>
            </w:r>
          </w:p>
        </w:tc>
        <w:tc>
          <w:tcPr>
            <w:tcW w:w="1726"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7076F9" w:rsidRDefault="00127E6A" w:rsidP="00531B9B">
            <w:pPr>
              <w:rPr>
                <w:sz w:val="22"/>
              </w:rPr>
            </w:pPr>
            <w:r w:rsidRPr="007076F9">
              <w:rPr>
                <w:sz w:val="22"/>
              </w:rPr>
              <w:t>Specificarea tehnică deplină propusă de către ofertant</w:t>
            </w:r>
          </w:p>
        </w:tc>
        <w:tc>
          <w:tcPr>
            <w:tcW w:w="1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7076F9" w:rsidRDefault="00127E6A" w:rsidP="00531B9B">
            <w:pPr>
              <w:rPr>
                <w:sz w:val="22"/>
              </w:rPr>
            </w:pPr>
            <w:r w:rsidRPr="007076F9">
              <w:rPr>
                <w:sz w:val="22"/>
              </w:rPr>
              <w:t>Standarde de referinţă</w:t>
            </w:r>
          </w:p>
        </w:tc>
      </w:tr>
      <w:tr w:rsidR="0098480E" w:rsidRPr="007076F9">
        <w:trPr>
          <w:cantSplit/>
          <w:jc w:val="center"/>
        </w:trPr>
        <w:tc>
          <w:tcPr>
            <w:tcW w:w="2149" w:type="dxa"/>
            <w:vAlign w:val="center"/>
          </w:tcPr>
          <w:p w:rsidR="004F177F" w:rsidRDefault="003C7DD0">
            <w:pPr>
              <w:rPr>
                <w:sz w:val="22"/>
              </w:rPr>
            </w:pPr>
            <w:r>
              <w:rPr>
                <w:sz w:val="22"/>
              </w:rPr>
              <w:t>Lotul 1, poziția 1 – Anvelope pentru Dacia Logan, vară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Dimensiune: 185/65 R15; sezon: vară; aderență: minimum B; consum: maximum C; zgomot exterior: maximum 70 dB. Regulamente de referință: UN ECE R30, UN ECE R54, UN ECE R117; ISO 28580; ISO 19447; corespunderea etichetării europene conform Regulamentului (UE) 2020/740. DOT nu mai vechi de 12 luni de la data înregistrării contractului. Garanție: minimum 12 luni.</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1, poziția 2 – Anvelope pentru Dacia Logan, iarnă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 xml:space="preserve">Dimensiune: 185/65 R15; sezon: iarnă; aderență: minimum B; consum: clasa C; zgomot exterior: 71 dB. Regulamente de referință: UN ECE R30, UN ECE R54, UN ECE R117; ISO 28580; ISO 19447; corespunderea etichetării europene conform Regulamentului (UE) 2020/740. DOT nu mai vechi de 12 luni de la data înregistrării </w:t>
            </w:r>
            <w:r>
              <w:rPr>
                <w:sz w:val="22"/>
              </w:rPr>
              <w:lastRenderedPageBreak/>
              <w:t>contractului. Garanție: minimum 12 luni.</w:t>
            </w:r>
          </w:p>
        </w:tc>
        <w:tc>
          <w:tcPr>
            <w:tcW w:w="1684" w:type="dxa"/>
            <w:vAlign w:val="center"/>
          </w:tcPr>
          <w:p w:rsidR="004F177F" w:rsidRDefault="003C7DD0">
            <w:pPr>
              <w:rPr>
                <w:sz w:val="22"/>
              </w:rPr>
            </w:pPr>
            <w:r>
              <w:rPr>
                <w:sz w:val="22"/>
              </w:rPr>
              <w:lastRenderedPageBreak/>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1, poziția 3 – Anvelope pentru Dacia Duster, vară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Dimensiune: 215/65 R16; sezon: vară; aderență: minimum B; consum: maximum C; zgomot exterior: maximum 69 dB. Regulamente de referință: UN ECE R30, UN ECE R54, UN ECE R117; ISO 28580; ISO 19447; corespunderea etichetării europene conform Regulamentului (UE) 2020/740. DOT nu mai vechi de 12 luni de la data înregistrării contractului. Garanție: minimum 12 luni.</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1, poziția 4 – Anvelope pentru Dacia Duster, iarnă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Dimensiune: 215/65 R16; sezon: iarnă; aderență: minimum B; consum: maximum B; zgomot exterior: maximum 72 dB. Regulamente de referință: UN ECE R30, UN ECE R54, UN ECE R117; ISO 28580; ISO 19447; corespunderea etichetării europene conform Regulamentului (UE) 2020/740. DOT nu mai vechi de 12 luni de la data înregistrării contractului. Garanție: minimum 12 luni.</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1, poziția 5 – Anvelope pentru Dacia Sandero, vară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 xml:space="preserve">Dimensiune: 205/60 R16; sezon: vară; aderență: minimum B; consum: maximum B; zgomot exterior: maximum 68 dB. Regulamente de referință: UN ECE R30, UN ECE R54, UN ECE R117; ISO 28580; ISO 19447; corespunderea etichetării europene conform Regulamentului (UE) </w:t>
            </w:r>
            <w:r>
              <w:rPr>
                <w:sz w:val="22"/>
              </w:rPr>
              <w:lastRenderedPageBreak/>
              <w:t>2020/740. DOT nu mai vechi de 12 luni de la data înregistrării contractului. Garanție: minimum 12 luni.</w:t>
            </w:r>
          </w:p>
        </w:tc>
        <w:tc>
          <w:tcPr>
            <w:tcW w:w="1684" w:type="dxa"/>
            <w:vAlign w:val="center"/>
          </w:tcPr>
          <w:p w:rsidR="004F177F" w:rsidRDefault="003C7DD0">
            <w:pPr>
              <w:rPr>
                <w:sz w:val="22"/>
              </w:rPr>
            </w:pPr>
            <w:r>
              <w:rPr>
                <w:sz w:val="22"/>
              </w:rPr>
              <w:lastRenderedPageBreak/>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1, poziția 6 – Anvelope pentru Dacia Sandero, iarnă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Dimensiune: 205/60 R16; sezon: iarnă; aderență: minimum B; consum: maximum D; zgomot exterior: maximum 70 dB. Regulamente de referință: UN ECE R30, UN ECE R54, UN ECE R117; ISO 28580; ISO 19447; corespunderea etichetării europene conform Regulamentului (UE) 2020/740. DOT nu mai vechi de 12 luni de la data înregistrării contractului. Garanție: minimum 12 luni.</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1, poziția 7 – Anvelope pentru Fiat Ducato, vară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Dimensiune: 225/75 R16C; sezon: vară; aderență: minimum B; consum: maximum C; zgomot exterior: maximum 72 dB. Regulamente de referință: UN ECE R30, UN ECE R54, UN ECE R117; ISO 28580; ISO 19447; corespunderea etichetării europene conform Regulamentului (UE) 2020/740. DOT nu mai vechi de 12 luni de la data înregistrării contractului. Garanție: minimum 12 luni.</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1, poziția 8 – Anvelope pentru Fiat Ducato, iarnă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 xml:space="preserve">Dimensiune: 225/75 R16C; sezon: iarnă; aderență: minimum B; consum: maximum D; zgomot exterior: maximum 72 dB. Regulamente de referință: UN ECE R30, UN ECE R54, UN ECE R117; ISO 28580; ISO 19447; </w:t>
            </w:r>
            <w:r>
              <w:rPr>
                <w:sz w:val="22"/>
              </w:rPr>
              <w:lastRenderedPageBreak/>
              <w:t>corespunderea etichetării europene conform Regulamentului (UE) 2020/740. DOT nu mai vechi de 12 luni de la data înregistrării contractului. Garanție: minimum 12 luni.</w:t>
            </w:r>
          </w:p>
        </w:tc>
        <w:tc>
          <w:tcPr>
            <w:tcW w:w="1684" w:type="dxa"/>
            <w:vAlign w:val="center"/>
          </w:tcPr>
          <w:p w:rsidR="004F177F" w:rsidRDefault="003C7DD0">
            <w:pPr>
              <w:rPr>
                <w:sz w:val="22"/>
              </w:rPr>
            </w:pPr>
            <w:r>
              <w:rPr>
                <w:sz w:val="22"/>
              </w:rPr>
              <w:lastRenderedPageBreak/>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1, poziția 9 – Anvelope pentru Chevrolet Orlando, vară</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Dimensiune: 215/60 R16; sezon: vară; aderență: minimum B; consum: maximum B; zgomot exterior: maximum 69 dB. Regulamente de referință: UN ECE R30, UN ECE R54, UN ECE R117; ISO 28580; ISO 19447; corespunderea etichetării europene conform Regulamentului (UE) 2020/740. DOT nu mai vechi de 12 luni de la data înregistrării contractului. Garanție: minimum 12 luni.</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2, poziția 1 – Acumulator auto</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Tensiune: 12 V; capacitate: 75 Ah; curent de pornire: minimum 680 A; polaritate: normală; dimensiuni: lungime 295–300 mm, lățime 170–175 mm, înălțime 180–190 mm; garanție: minimum 24 de luni; anul producerii: 2026. Standarde de referință: EN 50342-1; DIN 72310/DIN 43539; SAE J537; IEC 60095.</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3, poziția 1 – Acumulator pentru Mitsubishi L-300, VIN JMYHNP15W4A001343</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Tensiune: 12 V; capacitate: 70–72 Ah; curent de pornire: 630–830 A (EN); polaritate: inversă; dimensiuni: 255–260 × 173 × 190–225 mm; garanție: minimum 24 de luni; anul producerii: 2026. Standarde de referință: EN 50342-</w:t>
            </w:r>
            <w:r>
              <w:rPr>
                <w:sz w:val="22"/>
              </w:rPr>
              <w:lastRenderedPageBreak/>
              <w:t>1; DIN 72310/DIN 43539; SAE J537; IEC 60095.</w:t>
            </w:r>
          </w:p>
        </w:tc>
        <w:tc>
          <w:tcPr>
            <w:tcW w:w="1684" w:type="dxa"/>
            <w:vAlign w:val="center"/>
          </w:tcPr>
          <w:p w:rsidR="004F177F" w:rsidRDefault="003C7DD0">
            <w:pPr>
              <w:rPr>
                <w:sz w:val="22"/>
              </w:rPr>
            </w:pPr>
            <w:r>
              <w:rPr>
                <w:sz w:val="22"/>
              </w:rPr>
              <w:lastRenderedPageBreak/>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3, poziția 2 – Acumulator pentru Dacia Logan</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Tensiune: 12 V; capacitate: 60 Ah; curent de pornire: minimum 640 A; polaritate: normală; dimensiuni: 250 × 175 × 190 mm; garanție: minimum 24 de luni; anul producerii: 2026. Standarde de referință: EN 50342-1; DIN 72310/DIN 43539; SAE J537; IEC 60095.</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3, poziția 3 – Acumulator pentru Dacia Duster, VIN UU1HSDC5650218251</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Tensiune: 12 V; capacitate: 66 Ah; curent de pornire: minimum 680 A; polaritate: normală; dimensiuni: 250 × 175 × 190 mm; garanție: minimum 24 de luni; anul producerii: 2026. Standarde de referință: EN 50342-1; DIN 72310/DIN 43539; SAE J537; IEC 60095.</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3, poziția 4 – Acumulator AGM pentru Dacia Duster, VIN VFIHJD40866121994</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Tip: AGM; tensiune: 12 V; capacitate: 60 Ah; curent de pornire: minimum 640 A; sistem Start-Stop; polaritate: normală; dimensiuni: 250 × 175 × 190 mm; garanție: minimum 24 de luni; anul producerii: 2026. Standarde de referință: EN 50342-1; EN 50342-6; DIN 72310/DIN 43539; SAE J537; IEC 60095.</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4F177F" w:rsidRDefault="003C7DD0">
            <w:pPr>
              <w:rPr>
                <w:sz w:val="22"/>
              </w:rPr>
            </w:pPr>
            <w:r>
              <w:rPr>
                <w:sz w:val="22"/>
              </w:rPr>
              <w:t>Lotul 4, poziția 1 – Jante din tablă pentru Dacia Sandero, VIN UU1DJF00169221501, anul 2022</w:t>
            </w:r>
          </w:p>
        </w:tc>
        <w:tc>
          <w:tcPr>
            <w:tcW w:w="2237" w:type="dxa"/>
            <w:vAlign w:val="center"/>
          </w:tcPr>
          <w:p w:rsidR="004F177F" w:rsidRDefault="003C7DD0">
            <w:pPr>
              <w:rPr>
                <w:sz w:val="22"/>
              </w:rPr>
            </w:pPr>
            <w:r>
              <w:rPr>
                <w:sz w:val="22"/>
              </w:rPr>
              <w:t>[model/cod, după caz]</w:t>
            </w:r>
          </w:p>
        </w:tc>
        <w:tc>
          <w:tcPr>
            <w:tcW w:w="1226" w:type="dxa"/>
            <w:vAlign w:val="center"/>
          </w:tcPr>
          <w:p w:rsidR="004F177F" w:rsidRDefault="003C7DD0">
            <w:pPr>
              <w:rPr>
                <w:sz w:val="22"/>
              </w:rPr>
            </w:pPr>
            <w:r>
              <w:rPr>
                <w:sz w:val="22"/>
              </w:rPr>
              <w:t>[țara]</w:t>
            </w:r>
          </w:p>
        </w:tc>
        <w:tc>
          <w:tcPr>
            <w:tcW w:w="1669" w:type="dxa"/>
            <w:vAlign w:val="center"/>
          </w:tcPr>
          <w:p w:rsidR="004F177F" w:rsidRDefault="003C7DD0">
            <w:pPr>
              <w:rPr>
                <w:sz w:val="22"/>
              </w:rPr>
            </w:pPr>
            <w:r>
              <w:rPr>
                <w:sz w:val="22"/>
              </w:rPr>
              <w:t>[producătorul]</w:t>
            </w:r>
          </w:p>
        </w:tc>
        <w:tc>
          <w:tcPr>
            <w:tcW w:w="4137" w:type="dxa"/>
            <w:vAlign w:val="center"/>
          </w:tcPr>
          <w:p w:rsidR="004F177F" w:rsidRDefault="003C7DD0">
            <w:pPr>
              <w:rPr>
                <w:sz w:val="22"/>
              </w:rPr>
            </w:pPr>
            <w:r>
              <w:rPr>
                <w:sz w:val="22"/>
              </w:rPr>
              <w:t>Dimensiune: 16; ET37; 6J/16H2; prindere 4/100. Standarde de referință: Regulamentul UN/ECE nr. 124; ISO 5775; normele tehnice ETRTO. Garanție: minimum 12 luni.</w:t>
            </w:r>
          </w:p>
        </w:tc>
        <w:tc>
          <w:tcPr>
            <w:tcW w:w="1684" w:type="dxa"/>
            <w:vAlign w:val="center"/>
          </w:tcPr>
          <w:p w:rsidR="004F177F" w:rsidRDefault="003C7DD0">
            <w:pPr>
              <w:rPr>
                <w:sz w:val="22"/>
              </w:rPr>
            </w:pPr>
            <w:r>
              <w:rPr>
                <w:sz w:val="22"/>
              </w:rPr>
              <w:t>[se completează de ofertant]</w:t>
            </w:r>
          </w:p>
        </w:tc>
        <w:tc>
          <w:tcPr>
            <w:tcW w:w="1632" w:type="dxa"/>
            <w:vAlign w:val="center"/>
          </w:tcPr>
          <w:p w:rsidR="004F177F" w:rsidRDefault="003C7DD0">
            <w:pPr>
              <w:rPr>
                <w:sz w:val="22"/>
              </w:rPr>
            </w:pPr>
            <w:r>
              <w:rPr>
                <w:sz w:val="22"/>
              </w:rPr>
              <w:t>[standarde/documente propuse de ofertant]</w:t>
            </w:r>
          </w:p>
        </w:tc>
      </w:tr>
      <w:tr w:rsidR="0098480E" w:rsidRPr="007076F9">
        <w:trPr>
          <w:cantSplit/>
          <w:jc w:val="center"/>
        </w:trPr>
        <w:tc>
          <w:tcPr>
            <w:tcW w:w="2149" w:type="dxa"/>
            <w:vAlign w:val="center"/>
          </w:tcPr>
          <w:p w:rsidR="0098480E" w:rsidRPr="007076F9" w:rsidRDefault="005F130F" w:rsidP="00531B9B">
            <w:pPr>
              <w:rPr>
                <w:sz w:val="22"/>
              </w:rPr>
            </w:pPr>
            <w:r w:rsidRPr="007076F9">
              <w:rPr>
                <w:sz w:val="22"/>
              </w:rPr>
              <w:t>Total</w:t>
            </w:r>
          </w:p>
        </w:tc>
        <w:tc>
          <w:tcPr>
            <w:tcW w:w="2237" w:type="dxa"/>
            <w:vAlign w:val="center"/>
          </w:tcPr>
          <w:p w:rsidR="0098480E" w:rsidRPr="007076F9" w:rsidRDefault="0098480E" w:rsidP="00531B9B">
            <w:pPr>
              <w:rPr>
                <w:sz w:val="22"/>
              </w:rPr>
            </w:pPr>
          </w:p>
        </w:tc>
        <w:tc>
          <w:tcPr>
            <w:tcW w:w="1226" w:type="dxa"/>
            <w:vAlign w:val="center"/>
          </w:tcPr>
          <w:p w:rsidR="0098480E" w:rsidRPr="007076F9" w:rsidRDefault="0098480E" w:rsidP="00531B9B">
            <w:pPr>
              <w:rPr>
                <w:sz w:val="22"/>
              </w:rPr>
            </w:pPr>
          </w:p>
        </w:tc>
        <w:tc>
          <w:tcPr>
            <w:tcW w:w="1669" w:type="dxa"/>
            <w:vAlign w:val="center"/>
          </w:tcPr>
          <w:p w:rsidR="0098480E" w:rsidRPr="007076F9" w:rsidRDefault="0098480E" w:rsidP="00531B9B">
            <w:pPr>
              <w:rPr>
                <w:sz w:val="22"/>
              </w:rPr>
            </w:pPr>
          </w:p>
        </w:tc>
        <w:tc>
          <w:tcPr>
            <w:tcW w:w="4137" w:type="dxa"/>
            <w:vAlign w:val="center"/>
          </w:tcPr>
          <w:p w:rsidR="0098480E" w:rsidRPr="007076F9" w:rsidRDefault="0098480E" w:rsidP="00531B9B">
            <w:pPr>
              <w:rPr>
                <w:sz w:val="22"/>
              </w:rPr>
            </w:pPr>
          </w:p>
        </w:tc>
        <w:tc>
          <w:tcPr>
            <w:tcW w:w="1684" w:type="dxa"/>
            <w:vAlign w:val="center"/>
          </w:tcPr>
          <w:p w:rsidR="0098480E" w:rsidRPr="007076F9" w:rsidRDefault="0098480E" w:rsidP="00531B9B">
            <w:pPr>
              <w:rPr>
                <w:sz w:val="22"/>
              </w:rPr>
            </w:pPr>
          </w:p>
        </w:tc>
        <w:tc>
          <w:tcPr>
            <w:tcW w:w="1632" w:type="dxa"/>
            <w:vAlign w:val="center"/>
          </w:tcPr>
          <w:p w:rsidR="0098480E" w:rsidRPr="007076F9" w:rsidRDefault="0098480E" w:rsidP="00531B9B">
            <w:pPr>
              <w:rPr>
                <w:sz w:val="22"/>
              </w:rPr>
            </w:pPr>
          </w:p>
        </w:tc>
      </w:tr>
    </w:tbl>
    <w:p w:rsidR="00127E6A" w:rsidRPr="007076F9" w:rsidRDefault="00127E6A" w:rsidP="00531B9B">
      <w:pPr>
        <w:rPr>
          <w:rFonts w:cs="Times New Roman"/>
          <w:sz w:val="22"/>
        </w:rPr>
      </w:pPr>
    </w:p>
    <w:p w:rsidR="00127E6A" w:rsidRPr="007076F9" w:rsidRDefault="00127E6A" w:rsidP="00531B9B">
      <w:pPr>
        <w:rPr>
          <w:rFonts w:cs="Times New Roman"/>
          <w:sz w:val="22"/>
        </w:rPr>
      </w:pPr>
      <w:r w:rsidRPr="007076F9">
        <w:rPr>
          <w:rFonts w:cs="Times New Roman"/>
          <w:sz w:val="22"/>
        </w:rPr>
        <w:t>Semnat:________ Numele, Prenumele:____________ În calitate de: ______________</w:t>
      </w:r>
    </w:p>
    <w:p w:rsidR="00127E6A" w:rsidRPr="007076F9" w:rsidRDefault="00127E6A" w:rsidP="00531B9B">
      <w:pPr>
        <w:rPr>
          <w:rFonts w:cs="Times New Roman"/>
          <w:sz w:val="22"/>
        </w:rPr>
      </w:pPr>
      <w:r w:rsidRPr="007076F9">
        <w:rPr>
          <w:rFonts w:cs="Times New Roman"/>
          <w:sz w:val="22"/>
        </w:rPr>
        <w:t>Ofertantul: ______________________ Adresa: _____________________</w:t>
      </w:r>
    </w:p>
    <w:p w:rsidR="00127E6A" w:rsidRPr="007076F9" w:rsidRDefault="00127E6A" w:rsidP="00531B9B">
      <w:pPr>
        <w:rPr>
          <w:rFonts w:cs="Times New Roman"/>
          <w:sz w:val="22"/>
        </w:rPr>
      </w:pPr>
    </w:p>
    <w:p w:rsidR="00127E6A" w:rsidRPr="007076F9" w:rsidRDefault="00127E6A" w:rsidP="00531B9B">
      <w:pPr>
        <w:rPr>
          <w:rFonts w:cs="Times New Roman"/>
          <w:sz w:val="22"/>
        </w:rPr>
      </w:pPr>
    </w:p>
    <w:p w:rsidR="00127E6A" w:rsidRPr="007076F9" w:rsidRDefault="00127E6A" w:rsidP="00531B9B">
      <w:pPr>
        <w:rPr>
          <w:rFonts w:cs="Times New Roman"/>
          <w:bCs/>
          <w:sz w:val="22"/>
        </w:rPr>
      </w:pPr>
    </w:p>
    <w:p w:rsidR="00A20347" w:rsidRPr="007076F9" w:rsidRDefault="00A20347" w:rsidP="00531B9B">
      <w:pPr>
        <w:rPr>
          <w:rFonts w:cs="Times New Roman"/>
          <w:bCs/>
          <w:sz w:val="22"/>
        </w:rPr>
      </w:pPr>
    </w:p>
    <w:p w:rsidR="00924ED0" w:rsidRPr="007076F9" w:rsidRDefault="00924ED0"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Default="00AE720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p>
    <w:p w:rsidR="002A03EF" w:rsidRDefault="002A03EF" w:rsidP="00B8159E">
      <w:pPr>
        <w:jc w:val="right"/>
        <w:rPr>
          <w:rFonts w:cs="Times New Roman"/>
          <w:bCs/>
          <w:sz w:val="22"/>
        </w:rPr>
      </w:pPr>
      <w:r>
        <w:rPr>
          <w:rFonts w:cs="Times New Roman"/>
          <w:bCs/>
          <w:sz w:val="22"/>
        </w:rPr>
        <w:t>Â</w:t>
      </w:r>
    </w:p>
    <w:p w:rsidR="002A03EF" w:rsidRPr="007076F9" w:rsidRDefault="002A03E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AE720F" w:rsidRPr="007076F9" w:rsidRDefault="00AE720F" w:rsidP="00B8159E">
      <w:pPr>
        <w:jc w:val="right"/>
        <w:rPr>
          <w:rFonts w:cs="Times New Roman"/>
          <w:bCs/>
          <w:sz w:val="22"/>
        </w:rPr>
      </w:pPr>
    </w:p>
    <w:p w:rsidR="00127E6A" w:rsidRPr="007076F9" w:rsidRDefault="00127E6A" w:rsidP="00B8159E">
      <w:pPr>
        <w:jc w:val="right"/>
        <w:rPr>
          <w:rFonts w:cs="Times New Roman"/>
          <w:bCs/>
          <w:sz w:val="22"/>
        </w:rPr>
      </w:pPr>
      <w:r w:rsidRPr="007076F9">
        <w:rPr>
          <w:rFonts w:cs="Times New Roman"/>
          <w:bCs/>
          <w:sz w:val="22"/>
        </w:rPr>
        <w:t xml:space="preserve">Anexa nr. </w:t>
      </w:r>
      <w:r w:rsidR="003A0D7A">
        <w:rPr>
          <w:rFonts w:cs="Times New Roman"/>
          <w:bCs/>
          <w:sz w:val="22"/>
        </w:rPr>
        <w:t>4</w:t>
      </w:r>
    </w:p>
    <w:p w:rsidR="00127E6A" w:rsidRPr="007076F9" w:rsidRDefault="00127E6A" w:rsidP="00531B9B">
      <w:pPr>
        <w:rPr>
          <w:rFonts w:cs="Times New Roman"/>
          <w:bCs/>
          <w:sz w:val="22"/>
        </w:rPr>
      </w:pPr>
      <w:r w:rsidRPr="007076F9">
        <w:rPr>
          <w:rFonts w:cs="Times New Roman"/>
          <w:bCs/>
          <w:sz w:val="22"/>
        </w:rPr>
        <w:t xml:space="preserve">                                                                                                                              Specificații de preț</w:t>
      </w:r>
    </w:p>
    <w:p w:rsidR="00127E6A" w:rsidRPr="007076F9" w:rsidRDefault="00127E6A" w:rsidP="00531B9B">
      <w:pPr>
        <w:rPr>
          <w:rFonts w:cs="Times New Roman"/>
          <w:i/>
          <w:iCs/>
          <w:sz w:val="22"/>
        </w:rPr>
      </w:pPr>
    </w:p>
    <w:p w:rsidR="00127E6A" w:rsidRPr="007076F9" w:rsidRDefault="00127E6A" w:rsidP="00531B9B">
      <w:pPr>
        <w:rPr>
          <w:rFonts w:cs="Times New Roman"/>
          <w:i/>
          <w:iCs/>
          <w:sz w:val="22"/>
        </w:rPr>
      </w:pPr>
      <w:r w:rsidRPr="007076F9">
        <w:rPr>
          <w:rFonts w:cs="Times New Roman"/>
          <w:sz w:val="22"/>
        </w:rPr>
        <w:t>[Acest tabel va fi completat de către ofertant în coloanele 5, 6, 7, 8 și 11, la necesitate,</w:t>
      </w:r>
    </w:p>
    <w:p w:rsidR="00127E6A" w:rsidRPr="007076F9" w:rsidRDefault="00127E6A" w:rsidP="00531B9B">
      <w:pPr>
        <w:rPr>
          <w:rFonts w:cs="Times New Roman"/>
          <w:sz w:val="22"/>
          <w:lang w:val="it-IT"/>
        </w:rPr>
      </w:pPr>
      <w:r w:rsidRPr="007076F9">
        <w:rPr>
          <w:rFonts w:cs="Times New Roman"/>
          <w:sz w:val="22"/>
        </w:rPr>
        <w:t>iar de către autoritatea contractantă – în coloanele 1, 2, 3, 4, 9, 10.]</w:t>
      </w:r>
    </w:p>
    <w:tbl>
      <w:tblPr>
        <w:tblStyle w:val="Tabelgril1"/>
        <w:tblW w:w="0" w:type="auto"/>
        <w:jc w:val="center"/>
        <w:tblInd w:w="0" w:type="dxa"/>
        <w:tblLook w:val="04A0" w:firstRow="1" w:lastRow="0" w:firstColumn="1" w:lastColumn="0" w:noHBand="0" w:noVBand="1"/>
      </w:tblPr>
      <w:tblGrid>
        <w:gridCol w:w="1256"/>
        <w:gridCol w:w="2453"/>
        <w:gridCol w:w="962"/>
        <w:gridCol w:w="1108"/>
        <w:gridCol w:w="830"/>
        <w:gridCol w:w="830"/>
        <w:gridCol w:w="816"/>
        <w:gridCol w:w="816"/>
        <w:gridCol w:w="1548"/>
        <w:gridCol w:w="1230"/>
        <w:gridCol w:w="2428"/>
      </w:tblGrid>
      <w:tr w:rsidR="00127E6A" w:rsidRPr="007076F9" w:rsidTr="00127E6A">
        <w:trPr>
          <w:cantSplit/>
          <w:trHeight w:val="409"/>
          <w:tblHeader/>
          <w:jc w:val="center"/>
        </w:trPr>
        <w:tc>
          <w:tcPr>
            <w:tcW w:w="15021" w:type="dxa"/>
            <w:gridSpan w:val="11"/>
            <w:tcBorders>
              <w:top w:val="single" w:sz="4" w:space="0" w:color="auto"/>
              <w:left w:val="single" w:sz="4" w:space="0" w:color="auto"/>
              <w:bottom w:val="single" w:sz="4" w:space="0" w:color="auto"/>
              <w:right w:val="single" w:sz="4" w:space="0" w:color="auto"/>
            </w:tcBorders>
            <w:vAlign w:val="center"/>
            <w:hideMark/>
          </w:tcPr>
          <w:p w:rsidR="00127E6A" w:rsidRPr="007076F9" w:rsidRDefault="00127E6A" w:rsidP="00531B9B">
            <w:pPr>
              <w:rPr>
                <w:sz w:val="22"/>
              </w:rPr>
            </w:pPr>
            <w:r w:rsidRPr="007076F9">
              <w:rPr>
                <w:sz w:val="22"/>
              </w:rPr>
              <w:t>Numărul procedurii de achiziție______________din___________</w:t>
            </w:r>
          </w:p>
        </w:tc>
      </w:tr>
      <w:tr w:rsidR="00127E6A" w:rsidRPr="007076F9" w:rsidTr="00127E6A">
        <w:trPr>
          <w:cantSplit/>
          <w:trHeight w:val="346"/>
          <w:jc w:val="center"/>
        </w:trPr>
        <w:tc>
          <w:tcPr>
            <w:tcW w:w="15021" w:type="dxa"/>
            <w:gridSpan w:val="11"/>
            <w:tcBorders>
              <w:top w:val="single" w:sz="4" w:space="0" w:color="auto"/>
              <w:left w:val="single" w:sz="4" w:space="0" w:color="auto"/>
              <w:bottom w:val="single" w:sz="4" w:space="0" w:color="auto"/>
              <w:right w:val="single" w:sz="4" w:space="0" w:color="auto"/>
            </w:tcBorders>
            <w:vAlign w:val="center"/>
            <w:hideMark/>
          </w:tcPr>
          <w:p w:rsidR="004F177F" w:rsidRDefault="003C7DD0">
            <w:pPr>
              <w:rPr>
                <w:sz w:val="22"/>
              </w:rPr>
            </w:pPr>
            <w:r>
              <w:rPr>
                <w:sz w:val="22"/>
              </w:rPr>
              <w:t>Obiectul achiziției: piese de schimb (anvelope, jante și acumulatoare) pentru transportul auto</w:t>
            </w:r>
          </w:p>
        </w:tc>
      </w:tr>
      <w:tr w:rsidR="0098480E" w:rsidRPr="007076F9" w:rsidTr="007E7CF6">
        <w:trPr>
          <w:cantSplit/>
          <w:jc w:val="center"/>
        </w:trPr>
        <w:tc>
          <w:tcPr>
            <w:tcW w:w="884" w:type="dxa"/>
            <w:vAlign w:val="center"/>
          </w:tcPr>
          <w:p w:rsidR="0098480E" w:rsidRPr="007076F9" w:rsidRDefault="005F130F" w:rsidP="00531B9B">
            <w:pPr>
              <w:rPr>
                <w:sz w:val="22"/>
              </w:rPr>
            </w:pPr>
            <w:r w:rsidRPr="007076F9">
              <w:rPr>
                <w:sz w:val="22"/>
              </w:rPr>
              <w:t>Cod CPV</w:t>
            </w:r>
          </w:p>
        </w:tc>
        <w:tc>
          <w:tcPr>
            <w:tcW w:w="1988" w:type="dxa"/>
            <w:vAlign w:val="center"/>
          </w:tcPr>
          <w:p w:rsidR="0098480E" w:rsidRPr="007076F9" w:rsidRDefault="005F130F" w:rsidP="00531B9B">
            <w:pPr>
              <w:rPr>
                <w:sz w:val="22"/>
              </w:rPr>
            </w:pPr>
            <w:r w:rsidRPr="007076F9">
              <w:rPr>
                <w:sz w:val="22"/>
              </w:rPr>
              <w:t>Denumirea bunurilor/serviciilor</w:t>
            </w:r>
          </w:p>
        </w:tc>
        <w:tc>
          <w:tcPr>
            <w:tcW w:w="962" w:type="dxa"/>
            <w:vAlign w:val="center"/>
          </w:tcPr>
          <w:p w:rsidR="0098480E" w:rsidRPr="007076F9" w:rsidRDefault="005F130F" w:rsidP="00531B9B">
            <w:pPr>
              <w:rPr>
                <w:sz w:val="22"/>
              </w:rPr>
            </w:pPr>
            <w:r w:rsidRPr="007076F9">
              <w:rPr>
                <w:sz w:val="22"/>
              </w:rPr>
              <w:t>Unitatea de măsură</w:t>
            </w:r>
          </w:p>
        </w:tc>
        <w:tc>
          <w:tcPr>
            <w:tcW w:w="1108" w:type="dxa"/>
            <w:vAlign w:val="center"/>
          </w:tcPr>
          <w:p w:rsidR="0098480E" w:rsidRPr="007076F9" w:rsidRDefault="005F130F" w:rsidP="00531B9B">
            <w:pPr>
              <w:rPr>
                <w:sz w:val="22"/>
              </w:rPr>
            </w:pPr>
            <w:r w:rsidRPr="007076F9">
              <w:rPr>
                <w:sz w:val="22"/>
              </w:rPr>
              <w:t>Cantitatea</w:t>
            </w:r>
          </w:p>
        </w:tc>
        <w:tc>
          <w:tcPr>
            <w:tcW w:w="908" w:type="dxa"/>
            <w:vAlign w:val="center"/>
          </w:tcPr>
          <w:p w:rsidR="0098480E" w:rsidRPr="007076F9" w:rsidRDefault="005F130F" w:rsidP="00531B9B">
            <w:pPr>
              <w:rPr>
                <w:sz w:val="22"/>
              </w:rPr>
            </w:pPr>
            <w:r w:rsidRPr="007076F9">
              <w:rPr>
                <w:sz w:val="22"/>
              </w:rPr>
              <w:t>Preț unitar (fără TVA)</w:t>
            </w:r>
          </w:p>
        </w:tc>
        <w:tc>
          <w:tcPr>
            <w:tcW w:w="908" w:type="dxa"/>
            <w:vAlign w:val="center"/>
          </w:tcPr>
          <w:p w:rsidR="0098480E" w:rsidRPr="007076F9" w:rsidRDefault="005F130F" w:rsidP="00531B9B">
            <w:pPr>
              <w:rPr>
                <w:sz w:val="22"/>
              </w:rPr>
            </w:pPr>
            <w:r w:rsidRPr="007076F9">
              <w:rPr>
                <w:sz w:val="22"/>
              </w:rPr>
              <w:t>Preț unitar (cu TVA)</w:t>
            </w:r>
          </w:p>
        </w:tc>
        <w:tc>
          <w:tcPr>
            <w:tcW w:w="902" w:type="dxa"/>
            <w:vAlign w:val="center"/>
          </w:tcPr>
          <w:p w:rsidR="0098480E" w:rsidRPr="007076F9" w:rsidRDefault="005F130F" w:rsidP="00531B9B">
            <w:pPr>
              <w:rPr>
                <w:sz w:val="22"/>
              </w:rPr>
            </w:pPr>
            <w:r w:rsidRPr="007076F9">
              <w:rPr>
                <w:sz w:val="22"/>
              </w:rPr>
              <w:t>Suma fără TVA</w:t>
            </w:r>
          </w:p>
        </w:tc>
        <w:tc>
          <w:tcPr>
            <w:tcW w:w="902" w:type="dxa"/>
            <w:vAlign w:val="center"/>
          </w:tcPr>
          <w:p w:rsidR="0098480E" w:rsidRPr="007076F9" w:rsidRDefault="005F130F" w:rsidP="00531B9B">
            <w:pPr>
              <w:rPr>
                <w:sz w:val="22"/>
              </w:rPr>
            </w:pPr>
            <w:r w:rsidRPr="007076F9">
              <w:rPr>
                <w:sz w:val="22"/>
              </w:rPr>
              <w:t>Suma cu TVA</w:t>
            </w:r>
          </w:p>
        </w:tc>
        <w:tc>
          <w:tcPr>
            <w:tcW w:w="1548" w:type="dxa"/>
            <w:vAlign w:val="center"/>
          </w:tcPr>
          <w:p w:rsidR="0098480E" w:rsidRPr="007076F9" w:rsidRDefault="005F130F" w:rsidP="00531B9B">
            <w:pPr>
              <w:rPr>
                <w:sz w:val="22"/>
              </w:rPr>
            </w:pPr>
            <w:r w:rsidRPr="007076F9">
              <w:rPr>
                <w:sz w:val="22"/>
              </w:rPr>
              <w:t>Termenul de livrare/prestare</w:t>
            </w:r>
          </w:p>
        </w:tc>
        <w:tc>
          <w:tcPr>
            <w:tcW w:w="1240" w:type="dxa"/>
            <w:vAlign w:val="center"/>
          </w:tcPr>
          <w:p w:rsidR="0098480E" w:rsidRPr="007076F9" w:rsidRDefault="005F130F" w:rsidP="00531B9B">
            <w:pPr>
              <w:rPr>
                <w:sz w:val="22"/>
              </w:rPr>
            </w:pPr>
            <w:r w:rsidRPr="007076F9">
              <w:rPr>
                <w:sz w:val="22"/>
              </w:rPr>
              <w:t>Clasificație bugetară (IBAN)</w:t>
            </w:r>
          </w:p>
        </w:tc>
        <w:tc>
          <w:tcPr>
            <w:tcW w:w="3671" w:type="dxa"/>
            <w:vAlign w:val="center"/>
          </w:tcPr>
          <w:p w:rsidR="0098480E" w:rsidRPr="007076F9" w:rsidRDefault="005F130F" w:rsidP="00531B9B">
            <w:pPr>
              <w:rPr>
                <w:sz w:val="22"/>
              </w:rPr>
            </w:pPr>
            <w:r w:rsidRPr="007076F9">
              <w:rPr>
                <w:sz w:val="22"/>
              </w:rPr>
              <w:t>Discount %</w:t>
            </w: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1, poziția 1 – Anvelope pentru Dacia Logan, vară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12</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1, poziția 2 – Anvelope pentru Dacia Logan, iarnă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4</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1, poziția 3 – Anvelope pentru Dacia Duster, vară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12</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1, poziția 4 – Anvelope pentru Dacia Duster, iarnă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6</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lastRenderedPageBreak/>
              <w:t>34300000-0</w:t>
            </w:r>
          </w:p>
        </w:tc>
        <w:tc>
          <w:tcPr>
            <w:tcW w:w="1988" w:type="dxa"/>
            <w:vAlign w:val="center"/>
          </w:tcPr>
          <w:p w:rsidR="004F177F" w:rsidRDefault="003C7DD0">
            <w:pPr>
              <w:rPr>
                <w:sz w:val="22"/>
              </w:rPr>
            </w:pPr>
            <w:r>
              <w:rPr>
                <w:sz w:val="22"/>
              </w:rPr>
              <w:t>Lotul 1, poziția 5 – Anvelope pentru Dacia Sandero, vară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4</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1, poziția 6 – Anvelope pentru Dacia Sandero, iarnă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12</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1, poziția 7 – Anvelope pentru Fiat Ducato, vară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4</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1, poziția 8 – Anvelope pentru Fiat Ducato, iarnă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4</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1, poziția 9 – Anvelope pentru Chevrolet Orlando, vară</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4</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2, poziția 1 – Acumulator auto, 75 Ah</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4</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lastRenderedPageBreak/>
              <w:t>34300000-0</w:t>
            </w:r>
          </w:p>
        </w:tc>
        <w:tc>
          <w:tcPr>
            <w:tcW w:w="1988" w:type="dxa"/>
            <w:vAlign w:val="center"/>
          </w:tcPr>
          <w:p w:rsidR="004F177F" w:rsidRDefault="003C7DD0">
            <w:pPr>
              <w:rPr>
                <w:sz w:val="22"/>
              </w:rPr>
            </w:pPr>
            <w:r>
              <w:rPr>
                <w:sz w:val="22"/>
              </w:rPr>
              <w:t>Lotul 3, poziția 1 – Acumulator pentru Mitsubishi L-300, VIN JMYHNP15W4A001343</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2</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3, poziția 2 – Acumulator pentru Dacia Logan</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11</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3, poziția 3 – Acumulator pentru Dacia Duster, VIN UU1HSDC5650218251</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2</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3, poziția 4 – Acumulator AGM pentru Dacia Duster, VIN VFIHJD40866121994</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8</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r w:rsidR="0098480E" w:rsidRPr="007076F9" w:rsidTr="007E7CF6">
        <w:trPr>
          <w:cantSplit/>
          <w:jc w:val="center"/>
        </w:trPr>
        <w:tc>
          <w:tcPr>
            <w:tcW w:w="884" w:type="dxa"/>
            <w:vAlign w:val="center"/>
          </w:tcPr>
          <w:p w:rsidR="004F177F" w:rsidRDefault="003C7DD0">
            <w:pPr>
              <w:rPr>
                <w:sz w:val="22"/>
              </w:rPr>
            </w:pPr>
            <w:r>
              <w:t>34300000-0</w:t>
            </w:r>
          </w:p>
        </w:tc>
        <w:tc>
          <w:tcPr>
            <w:tcW w:w="1988" w:type="dxa"/>
            <w:vAlign w:val="center"/>
          </w:tcPr>
          <w:p w:rsidR="004F177F" w:rsidRDefault="003C7DD0">
            <w:pPr>
              <w:rPr>
                <w:sz w:val="22"/>
              </w:rPr>
            </w:pPr>
            <w:r>
              <w:rPr>
                <w:sz w:val="22"/>
              </w:rPr>
              <w:t>Lotul 4, poziția 1 – Jante din tablă pentru Dacia Sandero, VIN UU1DJF00169221501, anul 2022</w:t>
            </w:r>
          </w:p>
        </w:tc>
        <w:tc>
          <w:tcPr>
            <w:tcW w:w="962" w:type="dxa"/>
            <w:vAlign w:val="center"/>
          </w:tcPr>
          <w:p w:rsidR="004F177F" w:rsidRDefault="003C7DD0">
            <w:pPr>
              <w:rPr>
                <w:sz w:val="22"/>
              </w:rPr>
            </w:pPr>
            <w:r>
              <w:rPr>
                <w:sz w:val="22"/>
              </w:rPr>
              <w:t>buc.</w:t>
            </w:r>
          </w:p>
        </w:tc>
        <w:tc>
          <w:tcPr>
            <w:tcW w:w="1108" w:type="dxa"/>
            <w:vAlign w:val="center"/>
          </w:tcPr>
          <w:p w:rsidR="004F177F" w:rsidRDefault="003C7DD0">
            <w:pPr>
              <w:rPr>
                <w:sz w:val="22"/>
              </w:rPr>
            </w:pPr>
            <w:r>
              <w:rPr>
                <w:sz w:val="22"/>
              </w:rPr>
              <w:t>8</w:t>
            </w:r>
          </w:p>
        </w:tc>
        <w:tc>
          <w:tcPr>
            <w:tcW w:w="908" w:type="dxa"/>
            <w:vAlign w:val="center"/>
          </w:tcPr>
          <w:p w:rsidR="004F177F" w:rsidRDefault="004F177F">
            <w:pPr>
              <w:rPr>
                <w:sz w:val="22"/>
              </w:rPr>
            </w:pPr>
          </w:p>
        </w:tc>
        <w:tc>
          <w:tcPr>
            <w:tcW w:w="908" w:type="dxa"/>
            <w:vAlign w:val="center"/>
          </w:tcPr>
          <w:p w:rsidR="004F177F" w:rsidRDefault="004F177F">
            <w:pPr>
              <w:rPr>
                <w:sz w:val="22"/>
              </w:rPr>
            </w:pPr>
          </w:p>
        </w:tc>
        <w:tc>
          <w:tcPr>
            <w:tcW w:w="902" w:type="dxa"/>
            <w:vAlign w:val="center"/>
          </w:tcPr>
          <w:p w:rsidR="004F177F" w:rsidRDefault="004F177F">
            <w:pPr>
              <w:rPr>
                <w:sz w:val="22"/>
              </w:rPr>
            </w:pPr>
          </w:p>
        </w:tc>
        <w:tc>
          <w:tcPr>
            <w:tcW w:w="902" w:type="dxa"/>
            <w:vAlign w:val="center"/>
          </w:tcPr>
          <w:p w:rsidR="004F177F" w:rsidRDefault="004F177F">
            <w:pPr>
              <w:rPr>
                <w:sz w:val="22"/>
              </w:rPr>
            </w:pPr>
          </w:p>
        </w:tc>
        <w:tc>
          <w:tcPr>
            <w:tcW w:w="1548" w:type="dxa"/>
            <w:vAlign w:val="center"/>
          </w:tcPr>
          <w:p w:rsidR="004F177F" w:rsidRDefault="003C7DD0">
            <w:pPr>
              <w:rPr>
                <w:sz w:val="22"/>
              </w:rPr>
            </w:pPr>
            <w:r>
              <w:rPr>
                <w:sz w:val="22"/>
              </w:rPr>
              <w:t>Maximum 60 de zile calendaristice de la data înregistrării contractului</w:t>
            </w:r>
          </w:p>
        </w:tc>
        <w:tc>
          <w:tcPr>
            <w:tcW w:w="1240" w:type="dxa"/>
            <w:vAlign w:val="center"/>
          </w:tcPr>
          <w:p w:rsidR="004F177F" w:rsidRDefault="004F177F">
            <w:pPr>
              <w:rPr>
                <w:sz w:val="22"/>
              </w:rPr>
            </w:pPr>
          </w:p>
        </w:tc>
        <w:tc>
          <w:tcPr>
            <w:tcW w:w="3671" w:type="dxa"/>
            <w:vAlign w:val="center"/>
          </w:tcPr>
          <w:p w:rsidR="004F177F" w:rsidRDefault="004F177F">
            <w:pPr>
              <w:rPr>
                <w:sz w:val="22"/>
              </w:rPr>
            </w:pPr>
          </w:p>
        </w:tc>
      </w:tr>
    </w:tbl>
    <w:p w:rsidR="00127E6A" w:rsidRPr="007076F9" w:rsidRDefault="00127E6A" w:rsidP="00531B9B">
      <w:pPr>
        <w:rPr>
          <w:rFonts w:cs="Times New Roman"/>
          <w:sz w:val="22"/>
        </w:rPr>
      </w:pPr>
      <w:r w:rsidRPr="007076F9">
        <w:rPr>
          <w:rFonts w:cs="Times New Roman"/>
          <w:sz w:val="22"/>
        </w:rPr>
        <w:t>Semnat:________ Numele, Prenumele:____________ În calitate de: ______________</w:t>
      </w:r>
    </w:p>
    <w:p w:rsidR="00127E6A" w:rsidRPr="007076F9" w:rsidRDefault="00127E6A" w:rsidP="00531B9B">
      <w:pPr>
        <w:rPr>
          <w:rFonts w:cs="Times New Roman"/>
          <w:sz w:val="22"/>
        </w:rPr>
      </w:pPr>
      <w:r w:rsidRPr="007076F9">
        <w:rPr>
          <w:rFonts w:cs="Times New Roman"/>
          <w:sz w:val="22"/>
        </w:rPr>
        <w:t>Ofertantul: ______________________ Adresa: __________________________</w:t>
      </w:r>
    </w:p>
    <w:p w:rsidR="00A20347" w:rsidRPr="007076F9" w:rsidRDefault="00A20347" w:rsidP="00531B9B">
      <w:pPr>
        <w:rPr>
          <w:rFonts w:cs="Times New Roman"/>
          <w:sz w:val="22"/>
        </w:rPr>
        <w:sectPr w:rsidR="00A20347" w:rsidRPr="007076F9" w:rsidSect="00924ED0">
          <w:pgSz w:w="16838" w:h="11906" w:orient="landscape"/>
          <w:pgMar w:top="1134" w:right="850" w:bottom="1134" w:left="1701" w:header="709" w:footer="709" w:gutter="0"/>
          <w:cols w:space="720"/>
          <w:docGrid w:linePitch="326"/>
        </w:sectPr>
      </w:pPr>
    </w:p>
    <w:p w:rsidR="00127E6A" w:rsidRPr="007076F9" w:rsidRDefault="00127E6A" w:rsidP="00B8159E">
      <w:pPr>
        <w:jc w:val="right"/>
        <w:rPr>
          <w:rFonts w:cs="Times New Roman"/>
          <w:sz w:val="22"/>
        </w:rPr>
      </w:pPr>
    </w:p>
    <w:p w:rsidR="00127E6A" w:rsidRPr="007076F9" w:rsidRDefault="00127E6A" w:rsidP="00B8159E">
      <w:pPr>
        <w:jc w:val="right"/>
        <w:rPr>
          <w:rFonts w:cs="Times New Roman"/>
          <w:sz w:val="22"/>
        </w:rPr>
      </w:pPr>
      <w:r w:rsidRPr="007076F9">
        <w:rPr>
          <w:rFonts w:cs="Times New Roman"/>
          <w:sz w:val="22"/>
        </w:rPr>
        <w:t xml:space="preserve">Anexa nr. </w:t>
      </w:r>
      <w:r w:rsidR="003A0D7A">
        <w:rPr>
          <w:rFonts w:cs="Times New Roman"/>
          <w:sz w:val="22"/>
        </w:rPr>
        <w:t>5</w:t>
      </w:r>
    </w:p>
    <w:tbl>
      <w:tblPr>
        <w:tblW w:w="0" w:type="auto"/>
        <w:jc w:val="center"/>
        <w:tblLook w:val="04A0" w:firstRow="1" w:lastRow="0" w:firstColumn="1" w:lastColumn="0" w:noHBand="0" w:noVBand="1"/>
      </w:tblPr>
      <w:tblGrid>
        <w:gridCol w:w="5155"/>
        <w:gridCol w:w="4534"/>
      </w:tblGrid>
      <w:tr w:rsidR="00127E6A" w:rsidRPr="007076F9" w:rsidTr="00127E6A">
        <w:trPr>
          <w:cantSplit/>
          <w:tblHeader/>
          <w:jc w:val="center"/>
        </w:trPr>
        <w:tc>
          <w:tcPr>
            <w:tcW w:w="0" w:type="auto"/>
            <w:gridSpan w:val="2"/>
            <w:tcMar>
              <w:top w:w="24" w:type="dxa"/>
              <w:left w:w="48" w:type="dxa"/>
              <w:bottom w:w="24" w:type="dxa"/>
              <w:right w:w="48" w:type="dxa"/>
            </w:tcMar>
            <w:vAlign w:val="center"/>
          </w:tcPr>
          <w:p w:rsidR="00127E6A" w:rsidRPr="007076F9" w:rsidRDefault="00127E6A" w:rsidP="00531B9B">
            <w:pPr>
              <w:rPr>
                <w:rFonts w:cs="Times New Roman"/>
                <w:sz w:val="22"/>
                <w:lang w:eastAsia="ro-RO"/>
              </w:rPr>
            </w:pPr>
          </w:p>
          <w:p w:rsidR="00127E6A" w:rsidRPr="007076F9" w:rsidRDefault="00127E6A" w:rsidP="00FF20E1">
            <w:pPr>
              <w:jc w:val="center"/>
              <w:rPr>
                <w:rFonts w:cs="Times New Roman"/>
                <w:sz w:val="22"/>
                <w:lang w:eastAsia="ro-RO"/>
              </w:rPr>
            </w:pPr>
            <w:r w:rsidRPr="007076F9">
              <w:rPr>
                <w:rFonts w:cs="Times New Roman"/>
                <w:b/>
                <w:bCs/>
                <w:sz w:val="22"/>
                <w:lang w:eastAsia="ro-RO"/>
              </w:rPr>
              <w:t>DECLARAŢIE DE ELIGIBILITATE</w:t>
            </w:r>
          </w:p>
          <w:p w:rsidR="00127E6A" w:rsidRPr="007076F9" w:rsidRDefault="00127E6A" w:rsidP="00531B9B">
            <w:pPr>
              <w:rPr>
                <w:rFonts w:cs="Times New Roman"/>
                <w:sz w:val="22"/>
                <w:lang w:eastAsia="ro-RO"/>
              </w:rPr>
            </w:pPr>
            <w:r w:rsidRPr="007076F9">
              <w:rPr>
                <w:rFonts w:cs="Times New Roman"/>
                <w:sz w:val="22"/>
                <w:lang w:eastAsia="ro-RO"/>
              </w:rPr>
              <w:t> </w:t>
            </w:r>
          </w:p>
          <w:p w:rsidR="00127E6A" w:rsidRPr="007076F9" w:rsidRDefault="00127E6A" w:rsidP="00531B9B">
            <w:pPr>
              <w:rPr>
                <w:rFonts w:cs="Times New Roman"/>
                <w:sz w:val="22"/>
                <w:lang w:eastAsia="ro-RO"/>
              </w:rPr>
            </w:pPr>
            <w:r w:rsidRPr="007076F9">
              <w:rPr>
                <w:rFonts w:cs="Times New Roman"/>
                <w:sz w:val="22"/>
                <w:lang w:eastAsia="ro-RO"/>
              </w:rPr>
              <w:t>Către __________________________________________________________________________</w:t>
            </w:r>
          </w:p>
          <w:p w:rsidR="00127E6A" w:rsidRPr="007076F9" w:rsidRDefault="00127E6A" w:rsidP="00531B9B">
            <w:pPr>
              <w:rPr>
                <w:rFonts w:cs="Times New Roman"/>
                <w:sz w:val="22"/>
                <w:lang w:eastAsia="ro-RO"/>
              </w:rPr>
            </w:pPr>
            <w:r w:rsidRPr="007076F9">
              <w:rPr>
                <w:rFonts w:cs="Times New Roman"/>
                <w:sz w:val="22"/>
                <w:lang w:eastAsia="ro-RO"/>
              </w:rPr>
              <w:t>                                   (denumirea autorităţii/entităţii contractante şi adresa completă)</w:t>
            </w:r>
          </w:p>
          <w:p w:rsidR="00127E6A" w:rsidRPr="007076F9" w:rsidRDefault="00127E6A" w:rsidP="00531B9B">
            <w:pPr>
              <w:rPr>
                <w:rFonts w:cs="Times New Roman"/>
                <w:sz w:val="22"/>
                <w:lang w:eastAsia="ro-RO"/>
              </w:rPr>
            </w:pPr>
            <w:r w:rsidRPr="007076F9">
              <w:rPr>
                <w:rFonts w:cs="Times New Roman"/>
                <w:sz w:val="22"/>
                <w:lang w:eastAsia="ro-RO"/>
              </w:rPr>
              <w:t> </w:t>
            </w:r>
          </w:p>
          <w:p w:rsidR="00127E6A" w:rsidRPr="007076F9" w:rsidRDefault="00127E6A" w:rsidP="00531B9B">
            <w:pPr>
              <w:rPr>
                <w:rFonts w:cs="Times New Roman"/>
                <w:sz w:val="22"/>
                <w:lang w:eastAsia="ro-RO"/>
              </w:rPr>
            </w:pPr>
            <w:r w:rsidRPr="007076F9">
              <w:rPr>
                <w:rFonts w:cs="Times New Roman"/>
                <w:b/>
                <w:bCs/>
                <w:sz w:val="22"/>
                <w:lang w:eastAsia="ro-RO"/>
              </w:rPr>
              <w:t>Stimaţi domni</w:t>
            </w:r>
            <w:r w:rsidRPr="007076F9">
              <w:rPr>
                <w:rFonts w:cs="Times New Roman"/>
                <w:sz w:val="22"/>
                <w:lang w:eastAsia="ro-RO"/>
              </w:rPr>
              <w:t>,</w:t>
            </w:r>
          </w:p>
          <w:p w:rsidR="00127E6A" w:rsidRPr="007076F9" w:rsidRDefault="00127E6A" w:rsidP="00531B9B">
            <w:pPr>
              <w:rPr>
                <w:rFonts w:cs="Times New Roman"/>
                <w:sz w:val="22"/>
                <w:lang w:eastAsia="ro-RO"/>
              </w:rPr>
            </w:pPr>
            <w:r w:rsidRPr="007076F9">
              <w:rPr>
                <w:rFonts w:cs="Times New Roman"/>
                <w:sz w:val="22"/>
                <w:lang w:eastAsia="ro-RO"/>
              </w:rPr>
              <w:t>Subsemnatul, reprezentant împuternicit al _____________________________________________,</w:t>
            </w:r>
          </w:p>
          <w:p w:rsidR="00127E6A" w:rsidRPr="007076F9" w:rsidRDefault="00127E6A" w:rsidP="00531B9B">
            <w:pPr>
              <w:rPr>
                <w:rFonts w:cs="Times New Roman"/>
                <w:sz w:val="22"/>
                <w:lang w:eastAsia="ro-RO"/>
              </w:rPr>
            </w:pPr>
            <w:r w:rsidRPr="007076F9">
              <w:rPr>
                <w:rFonts w:cs="Times New Roman"/>
                <w:sz w:val="22"/>
                <w:lang w:eastAsia="ro-RO"/>
              </w:rPr>
              <w:t>                                                                                   (denumirea operatorului economic)</w:t>
            </w:r>
          </w:p>
          <w:p w:rsidR="00127E6A" w:rsidRPr="007076F9" w:rsidRDefault="00127E6A" w:rsidP="00531B9B">
            <w:pPr>
              <w:rPr>
                <w:rFonts w:cs="Times New Roman"/>
                <w:sz w:val="22"/>
                <w:lang w:eastAsia="ro-RO"/>
              </w:rPr>
            </w:pPr>
            <w:r w:rsidRPr="007076F9">
              <w:rPr>
                <w:rFonts w:cs="Times New Roman"/>
                <w:sz w:val="22"/>
                <w:lang w:eastAsia="ro-RO"/>
              </w:rPr>
              <w:t>în calitate de ofertant, declar pe propria răspundere, sub sancţiunea excluderii din procedură şi sub sancţiunile aplicate faptei de fals în acte publice, că nu mă aflu în una dintre situaţiile prevăzute la art.19 din Legea nr.131/2015 privind achiziţiile publice.</w:t>
            </w:r>
          </w:p>
          <w:p w:rsidR="00127E6A" w:rsidRPr="007076F9" w:rsidRDefault="00127E6A" w:rsidP="00531B9B">
            <w:pPr>
              <w:rPr>
                <w:rFonts w:cs="Times New Roman"/>
                <w:sz w:val="22"/>
                <w:lang w:eastAsia="ro-RO"/>
              </w:rPr>
            </w:pPr>
            <w:r w:rsidRPr="007076F9">
              <w:rPr>
                <w:rFonts w:cs="Times New Roman"/>
                <w:sz w:val="22"/>
                <w:lang w:eastAsia="ro-RO"/>
              </w:rPr>
              <w:t>Mă oblig, la solicitarea autorităţii/entităţii contractante, în scopul verificării şi confirmării declaraţiei, să prezint orice document doveditor de care dispun.</w:t>
            </w:r>
          </w:p>
        </w:tc>
      </w:tr>
      <w:tr w:rsidR="00127E6A" w:rsidRPr="007076F9" w:rsidTr="00127E6A">
        <w:trPr>
          <w:cantSplit/>
          <w:trHeight w:val="56"/>
          <w:jc w:val="center"/>
        </w:trPr>
        <w:tc>
          <w:tcPr>
            <w:tcW w:w="0" w:type="auto"/>
            <w:tcMar>
              <w:top w:w="24" w:type="dxa"/>
              <w:left w:w="48" w:type="dxa"/>
              <w:bottom w:w="24" w:type="dxa"/>
              <w:right w:w="48" w:type="dxa"/>
            </w:tcMar>
            <w:vAlign w:val="center"/>
            <w:hideMark/>
          </w:tcPr>
          <w:p w:rsidR="00127E6A" w:rsidRPr="007076F9" w:rsidRDefault="00127E6A" w:rsidP="00531B9B">
            <w:pPr>
              <w:rPr>
                <w:rFonts w:cs="Times New Roman"/>
                <w:sz w:val="22"/>
                <w:lang w:eastAsia="ro-RO"/>
              </w:rPr>
            </w:pPr>
            <w:r w:rsidRPr="007076F9">
              <w:rPr>
                <w:rFonts w:cs="Times New Roman"/>
                <w:sz w:val="22"/>
                <w:lang w:eastAsia="ro-RO"/>
              </w:rPr>
              <w:t xml:space="preserve">  </w:t>
            </w:r>
          </w:p>
          <w:p w:rsidR="00127E6A" w:rsidRPr="007076F9" w:rsidRDefault="00127E6A" w:rsidP="00531B9B">
            <w:pPr>
              <w:rPr>
                <w:rFonts w:cs="Times New Roman"/>
                <w:sz w:val="22"/>
                <w:lang w:eastAsia="ro-RO"/>
              </w:rPr>
            </w:pPr>
            <w:r w:rsidRPr="007076F9">
              <w:rPr>
                <w:rFonts w:cs="Times New Roman"/>
                <w:sz w:val="22"/>
                <w:lang w:eastAsia="ro-RO"/>
              </w:rPr>
              <w:t>Data completării_____________</w:t>
            </w:r>
          </w:p>
        </w:tc>
        <w:tc>
          <w:tcPr>
            <w:tcW w:w="0" w:type="auto"/>
            <w:tcMar>
              <w:top w:w="24" w:type="dxa"/>
              <w:left w:w="48" w:type="dxa"/>
              <w:bottom w:w="24" w:type="dxa"/>
              <w:right w:w="48" w:type="dxa"/>
            </w:tcMar>
            <w:vAlign w:val="center"/>
            <w:hideMark/>
          </w:tcPr>
          <w:p w:rsidR="00127E6A" w:rsidRPr="007076F9" w:rsidRDefault="00127E6A" w:rsidP="00531B9B">
            <w:pPr>
              <w:rPr>
                <w:rFonts w:cs="Times New Roman"/>
                <w:sz w:val="22"/>
                <w:lang w:eastAsia="ro-RO"/>
              </w:rPr>
            </w:pPr>
            <w:r w:rsidRPr="007076F9">
              <w:rPr>
                <w:rFonts w:cs="Times New Roman"/>
                <w:sz w:val="22"/>
                <w:lang w:eastAsia="ro-RO"/>
              </w:rPr>
              <w:t> </w:t>
            </w:r>
          </w:p>
          <w:p w:rsidR="00127E6A" w:rsidRPr="007076F9" w:rsidRDefault="00127E6A" w:rsidP="00531B9B">
            <w:pPr>
              <w:rPr>
                <w:rFonts w:cs="Times New Roman"/>
                <w:sz w:val="22"/>
                <w:lang w:eastAsia="ro-RO"/>
              </w:rPr>
            </w:pPr>
            <w:r w:rsidRPr="007076F9">
              <w:rPr>
                <w:rFonts w:cs="Times New Roman"/>
                <w:sz w:val="22"/>
                <w:lang w:eastAsia="ro-RO"/>
              </w:rPr>
              <w:t>Ofertant/candidat</w:t>
            </w:r>
          </w:p>
          <w:p w:rsidR="00127E6A" w:rsidRPr="007076F9" w:rsidRDefault="00127E6A" w:rsidP="00531B9B">
            <w:pPr>
              <w:rPr>
                <w:rFonts w:cs="Times New Roman"/>
                <w:sz w:val="22"/>
                <w:lang w:eastAsia="ro-RO"/>
              </w:rPr>
            </w:pPr>
            <w:r w:rsidRPr="007076F9">
              <w:rPr>
                <w:rFonts w:cs="Times New Roman"/>
                <w:sz w:val="22"/>
                <w:lang w:eastAsia="ro-RO"/>
              </w:rPr>
              <w:t>___________________</w:t>
            </w:r>
          </w:p>
          <w:p w:rsidR="00127E6A" w:rsidRPr="007076F9" w:rsidRDefault="00127E6A" w:rsidP="00531B9B">
            <w:pPr>
              <w:rPr>
                <w:rFonts w:cs="Times New Roman"/>
                <w:sz w:val="22"/>
                <w:lang w:eastAsia="ro-RO"/>
              </w:rPr>
            </w:pPr>
            <w:r w:rsidRPr="007076F9">
              <w:rPr>
                <w:rFonts w:cs="Times New Roman"/>
                <w:sz w:val="22"/>
                <w:lang w:eastAsia="ro-RO"/>
              </w:rPr>
              <w:t xml:space="preserve">           (semnătura autorizată)</w:t>
            </w:r>
          </w:p>
        </w:tc>
      </w:tr>
    </w:tbl>
    <w:p w:rsidR="00127E6A" w:rsidRPr="007076F9" w:rsidRDefault="00127E6A" w:rsidP="00531B9B">
      <w:pPr>
        <w:rPr>
          <w:rFonts w:cs="Times New Roman"/>
          <w:sz w:val="22"/>
        </w:rPr>
      </w:pPr>
    </w:p>
    <w:p w:rsidR="00127E6A" w:rsidRPr="007076F9" w:rsidRDefault="00127E6A" w:rsidP="00531B9B">
      <w:pPr>
        <w:rPr>
          <w:rFonts w:cs="Times New Roman"/>
          <w:sz w:val="22"/>
        </w:rPr>
      </w:pPr>
    </w:p>
    <w:p w:rsidR="00924ED0" w:rsidRPr="007076F9" w:rsidRDefault="00924ED0" w:rsidP="00B8159E">
      <w:pPr>
        <w:jc w:val="right"/>
        <w:rPr>
          <w:rFonts w:cs="Times New Roman"/>
          <w:sz w:val="22"/>
          <w:lang w:val="it-IT"/>
        </w:rPr>
      </w:pPr>
    </w:p>
    <w:p w:rsidR="00924ED0" w:rsidRPr="007076F9" w:rsidRDefault="00924ED0" w:rsidP="00B8159E">
      <w:pPr>
        <w:jc w:val="right"/>
        <w:rPr>
          <w:rFonts w:cs="Times New Roman"/>
          <w:sz w:val="22"/>
          <w:lang w:val="it-IT"/>
        </w:rPr>
      </w:pPr>
    </w:p>
    <w:p w:rsidR="00924ED0" w:rsidRPr="007076F9" w:rsidRDefault="00924ED0" w:rsidP="00B8159E">
      <w:pPr>
        <w:jc w:val="right"/>
        <w:rPr>
          <w:rFonts w:cs="Times New Roman"/>
          <w:sz w:val="22"/>
          <w:lang w:val="it-IT"/>
        </w:rPr>
      </w:pPr>
    </w:p>
    <w:p w:rsidR="00924ED0" w:rsidRPr="007076F9" w:rsidRDefault="00924ED0" w:rsidP="00B8159E">
      <w:pPr>
        <w:jc w:val="right"/>
        <w:rPr>
          <w:rFonts w:cs="Times New Roman"/>
          <w:sz w:val="22"/>
          <w:lang w:val="it-IT"/>
        </w:rPr>
      </w:pPr>
    </w:p>
    <w:p w:rsidR="00924ED0" w:rsidRPr="007076F9" w:rsidRDefault="00924ED0"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924ED0" w:rsidRPr="007076F9" w:rsidRDefault="00924ED0"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AE720F" w:rsidRPr="007076F9" w:rsidRDefault="00AE720F" w:rsidP="00B8159E">
      <w:pPr>
        <w:jc w:val="right"/>
        <w:rPr>
          <w:rFonts w:cs="Times New Roman"/>
          <w:sz w:val="22"/>
          <w:lang w:val="it-IT"/>
        </w:rPr>
      </w:pPr>
    </w:p>
    <w:p w:rsidR="00B8159E" w:rsidRPr="007076F9" w:rsidRDefault="00B8159E" w:rsidP="00B8159E">
      <w:pPr>
        <w:jc w:val="right"/>
        <w:rPr>
          <w:rFonts w:cs="Times New Roman"/>
          <w:sz w:val="22"/>
          <w:lang w:val="it-IT"/>
        </w:rPr>
      </w:pPr>
      <w:r w:rsidRPr="007076F9">
        <w:rPr>
          <w:rFonts w:cs="Times New Roman"/>
          <w:sz w:val="22"/>
          <w:lang w:val="it-IT"/>
        </w:rPr>
        <w:t xml:space="preserve">Anexa nr. </w:t>
      </w:r>
      <w:r w:rsidR="003A0D7A">
        <w:rPr>
          <w:rFonts w:cs="Times New Roman"/>
          <w:sz w:val="22"/>
          <w:lang w:val="it-IT"/>
        </w:rPr>
        <w:t>6</w:t>
      </w:r>
    </w:p>
    <w:p w:rsidR="00B8159E" w:rsidRPr="007076F9" w:rsidRDefault="00B8159E" w:rsidP="00B8159E">
      <w:pPr>
        <w:jc w:val="right"/>
        <w:rPr>
          <w:rFonts w:cs="Times New Roman"/>
          <w:sz w:val="22"/>
          <w:lang w:val="it-IT"/>
        </w:rPr>
      </w:pPr>
      <w:r w:rsidRPr="007076F9">
        <w:rPr>
          <w:rFonts w:cs="Times New Roman"/>
          <w:sz w:val="22"/>
          <w:lang w:val="it-IT"/>
        </w:rPr>
        <w:t>la Documentația standard nr._____</w:t>
      </w:r>
    </w:p>
    <w:p w:rsidR="00B8159E" w:rsidRPr="007076F9" w:rsidRDefault="00B8159E" w:rsidP="00B8159E">
      <w:pPr>
        <w:jc w:val="right"/>
        <w:rPr>
          <w:rFonts w:cs="Times New Roman"/>
          <w:sz w:val="22"/>
          <w:lang w:val="it-IT"/>
        </w:rPr>
      </w:pPr>
      <w:r w:rsidRPr="007076F9">
        <w:rPr>
          <w:rFonts w:cs="Times New Roman"/>
          <w:sz w:val="22"/>
          <w:lang w:val="it-IT"/>
        </w:rPr>
        <w:t>din “____” ________ 20___</w:t>
      </w:r>
    </w:p>
    <w:p w:rsidR="00B8159E" w:rsidRPr="007076F9" w:rsidRDefault="00B8159E" w:rsidP="00B8159E">
      <w:pPr>
        <w:pStyle w:val="Corptext"/>
        <w:tabs>
          <w:tab w:val="left" w:pos="567"/>
        </w:tabs>
        <w:spacing w:after="0"/>
        <w:rPr>
          <w:rFonts w:cs="Times New Roman"/>
          <w:sz w:val="22"/>
        </w:rPr>
      </w:pPr>
    </w:p>
    <w:p w:rsidR="00B8159E" w:rsidRPr="007076F9" w:rsidRDefault="00B8159E" w:rsidP="00B8159E">
      <w:pPr>
        <w:pStyle w:val="Titlu2"/>
        <w:tabs>
          <w:tab w:val="left" w:pos="567"/>
        </w:tabs>
        <w:spacing w:before="0"/>
        <w:jc w:val="center"/>
        <w:rPr>
          <w:rFonts w:ascii="Times New Roman" w:hAnsi="Times New Roman" w:cs="Times New Roman"/>
          <w:color w:val="auto"/>
          <w:sz w:val="22"/>
          <w:szCs w:val="22"/>
        </w:rPr>
      </w:pPr>
      <w:bookmarkStart w:id="1" w:name="_Hlk77771056"/>
      <w:r w:rsidRPr="007076F9">
        <w:rPr>
          <w:rFonts w:ascii="Times New Roman" w:eastAsia="Times New Roman" w:hAnsi="Times New Roman" w:cs="Times New Roman"/>
          <w:color w:val="auto"/>
          <w:sz w:val="22"/>
          <w:szCs w:val="22"/>
        </w:rPr>
        <w:t>DECLARAŢIE</w:t>
      </w:r>
    </w:p>
    <w:p w:rsidR="00B8159E" w:rsidRPr="007076F9" w:rsidRDefault="00B8159E" w:rsidP="00B8159E">
      <w:pPr>
        <w:pStyle w:val="Corptext"/>
        <w:tabs>
          <w:tab w:val="left" w:pos="567"/>
        </w:tabs>
        <w:spacing w:after="0"/>
        <w:jc w:val="center"/>
        <w:rPr>
          <w:rFonts w:cs="Times New Roman"/>
          <w:b/>
          <w:sz w:val="22"/>
        </w:rPr>
      </w:pPr>
      <w:r w:rsidRPr="007076F9">
        <w:rPr>
          <w:rFonts w:cs="Times New Roman"/>
          <w:b/>
          <w:sz w:val="22"/>
        </w:rPr>
        <w:t>privind valabilitatea ofertei</w:t>
      </w:r>
      <w:bookmarkEnd w:id="1"/>
    </w:p>
    <w:p w:rsidR="00B8159E" w:rsidRPr="007076F9" w:rsidRDefault="00B8159E" w:rsidP="00B8159E">
      <w:pPr>
        <w:pStyle w:val="Corptext"/>
        <w:tabs>
          <w:tab w:val="left" w:pos="-142"/>
        </w:tabs>
        <w:spacing w:after="0"/>
        <w:jc w:val="center"/>
        <w:rPr>
          <w:rFonts w:cs="Times New Roman"/>
          <w:sz w:val="22"/>
        </w:rPr>
      </w:pPr>
      <w:r w:rsidRPr="007076F9">
        <w:rPr>
          <w:rFonts w:cs="Times New Roman"/>
          <w:sz w:val="22"/>
        </w:rPr>
        <w:t>Către Agenția Națională pentru Sănătate Publică, mun. Chișinău, str. Gheorghe Asachi, 67 A</w:t>
      </w:r>
    </w:p>
    <w:p w:rsidR="00B8159E" w:rsidRPr="007076F9" w:rsidRDefault="00B8159E" w:rsidP="00B8159E">
      <w:pPr>
        <w:pStyle w:val="Corptext"/>
        <w:tabs>
          <w:tab w:val="left" w:pos="567"/>
        </w:tabs>
        <w:spacing w:after="0"/>
        <w:jc w:val="both"/>
        <w:rPr>
          <w:rFonts w:cs="Times New Roman"/>
          <w:sz w:val="22"/>
        </w:rPr>
      </w:pPr>
    </w:p>
    <w:p w:rsidR="00B8159E" w:rsidRPr="007076F9" w:rsidRDefault="00B8159E" w:rsidP="00B8159E">
      <w:pPr>
        <w:pStyle w:val="Corptext"/>
        <w:tabs>
          <w:tab w:val="left" w:pos="567"/>
        </w:tabs>
        <w:spacing w:after="0"/>
        <w:jc w:val="both"/>
        <w:rPr>
          <w:rFonts w:cs="Times New Roman"/>
          <w:sz w:val="22"/>
        </w:rPr>
      </w:pPr>
    </w:p>
    <w:p w:rsidR="00B8159E" w:rsidRPr="007076F9" w:rsidRDefault="00B8159E" w:rsidP="00B8159E">
      <w:pPr>
        <w:pStyle w:val="Corptext"/>
        <w:tabs>
          <w:tab w:val="left" w:pos="567"/>
        </w:tabs>
        <w:spacing w:after="0"/>
        <w:jc w:val="both"/>
        <w:rPr>
          <w:rFonts w:cs="Times New Roman"/>
          <w:sz w:val="22"/>
        </w:rPr>
      </w:pPr>
      <w:r w:rsidRPr="007076F9">
        <w:rPr>
          <w:rFonts w:cs="Times New Roman"/>
          <w:b/>
          <w:sz w:val="22"/>
        </w:rPr>
        <w:t>Stimaţi domni</w:t>
      </w:r>
      <w:r w:rsidRPr="007076F9">
        <w:rPr>
          <w:rFonts w:cs="Times New Roman"/>
          <w:sz w:val="22"/>
        </w:rPr>
        <w:t>,</w:t>
      </w:r>
    </w:p>
    <w:p w:rsidR="00B8159E" w:rsidRPr="007076F9" w:rsidRDefault="00B8159E" w:rsidP="00B8159E">
      <w:pPr>
        <w:pStyle w:val="Corptext"/>
        <w:tabs>
          <w:tab w:val="left" w:pos="567"/>
        </w:tabs>
        <w:spacing w:after="0"/>
        <w:rPr>
          <w:rFonts w:cs="Times New Roman"/>
          <w:sz w:val="22"/>
        </w:rPr>
      </w:pPr>
    </w:p>
    <w:p w:rsidR="00B8159E" w:rsidRPr="007076F9" w:rsidRDefault="00B8159E" w:rsidP="00B8159E">
      <w:pPr>
        <w:shd w:val="clear" w:color="auto" w:fill="FFFFFF" w:themeFill="background1"/>
        <w:rPr>
          <w:rFonts w:cs="Times New Roman"/>
          <w:b/>
          <w:sz w:val="22"/>
          <w:lang w:val="it-IT" w:eastAsia="ru-RU"/>
        </w:rPr>
      </w:pPr>
      <w:r w:rsidRPr="007076F9">
        <w:rPr>
          <w:rFonts w:cs="Times New Roman"/>
          <w:sz w:val="22"/>
        </w:rPr>
        <w:t xml:space="preserve">    Ne angajăm să menținem oferta valabilă, privind achiziționarea pieselor de schimb (anvelope, jante și acumulatoare) pentru transportul auto, prin procedura de achiziție publică de valoare mică,</w:t>
      </w:r>
    </w:p>
    <w:p w:rsidR="00B8159E" w:rsidRPr="007076F9" w:rsidRDefault="00B8159E" w:rsidP="00B8159E">
      <w:pPr>
        <w:autoSpaceDN w:val="0"/>
        <w:adjustRightInd w:val="0"/>
        <w:jc w:val="both"/>
        <w:rPr>
          <w:rFonts w:eastAsia="Calibri" w:cs="Times New Roman"/>
          <w:sz w:val="22"/>
        </w:rPr>
      </w:pPr>
      <w:r w:rsidRPr="007076F9">
        <w:rPr>
          <w:rFonts w:cs="Times New Roman"/>
          <w:sz w:val="22"/>
        </w:rPr>
        <w:t>pentru o durată de 60 (șaizeci) de zile calendaristice, respectiv până la data de ___________________ (ziua/luna/anul), și ea va rămâne obligatorie pentru noi și poate fi acceptată oricând înainte de expirarea perioadei de valabilitate.</w:t>
      </w:r>
    </w:p>
    <w:p w:rsidR="00B8159E" w:rsidRPr="007076F9" w:rsidRDefault="00B8159E" w:rsidP="00B8159E">
      <w:pPr>
        <w:pStyle w:val="Corptext"/>
        <w:tabs>
          <w:tab w:val="left" w:pos="567"/>
        </w:tabs>
        <w:spacing w:after="0"/>
        <w:rPr>
          <w:rFonts w:cs="Times New Roman"/>
          <w:sz w:val="22"/>
        </w:rPr>
      </w:pPr>
      <w:r w:rsidRPr="007076F9">
        <w:rPr>
          <w:rFonts w:cs="Times New Roman"/>
          <w:sz w:val="22"/>
        </w:rPr>
        <w:t>Data completării . . . . . . . . . . . . .</w:t>
      </w:r>
      <w:r w:rsidRPr="007076F9">
        <w:rPr>
          <w:rFonts w:cs="Times New Roman"/>
          <w:sz w:val="22"/>
        </w:rPr>
        <w:tab/>
        <w:t>Cu stimă,</w:t>
      </w:r>
    </w:p>
    <w:p w:rsidR="00B8159E" w:rsidRPr="007076F9" w:rsidRDefault="00B8159E" w:rsidP="00B8159E">
      <w:pPr>
        <w:pStyle w:val="Corptext"/>
        <w:tabs>
          <w:tab w:val="left" w:pos="567"/>
        </w:tabs>
        <w:spacing w:after="0"/>
        <w:jc w:val="right"/>
        <w:rPr>
          <w:rFonts w:cs="Times New Roman"/>
          <w:sz w:val="22"/>
        </w:rPr>
      </w:pPr>
      <w:r w:rsidRPr="007076F9">
        <w:rPr>
          <w:rFonts w:cs="Times New Roman"/>
          <w:sz w:val="22"/>
        </w:rPr>
        <w:t>Ofertant/candidat</w:t>
      </w:r>
    </w:p>
    <w:p w:rsidR="00B8159E" w:rsidRPr="007076F9" w:rsidRDefault="00B8159E" w:rsidP="007E7CF6">
      <w:pPr>
        <w:pStyle w:val="Corptext"/>
        <w:tabs>
          <w:tab w:val="left" w:pos="567"/>
        </w:tabs>
        <w:spacing w:after="0"/>
        <w:jc w:val="right"/>
        <w:rPr>
          <w:rFonts w:cs="Times New Roman"/>
          <w:sz w:val="22"/>
        </w:rPr>
      </w:pPr>
      <w:r w:rsidRPr="007076F9">
        <w:rPr>
          <w:rFonts w:cs="Times New Roman"/>
          <w:sz w:val="22"/>
        </w:rPr>
        <w:t xml:space="preserve"> (semnătura autorizată</w:t>
      </w:r>
      <w:r w:rsidR="007E7CF6" w:rsidRPr="007076F9">
        <w:rPr>
          <w:rFonts w:cs="Times New Roman"/>
          <w:sz w:val="22"/>
        </w:rPr>
        <w:t>)</w:t>
      </w:r>
    </w:p>
    <w:p w:rsidR="00FF20E1" w:rsidRPr="007076F9" w:rsidRDefault="00FF20E1" w:rsidP="00FF20E1">
      <w:pPr>
        <w:rPr>
          <w:rFonts w:cs="Times New Roman"/>
          <w:bCs/>
          <w:sz w:val="22"/>
        </w:rPr>
      </w:pPr>
    </w:p>
    <w:p w:rsidR="00924ED0" w:rsidRPr="007076F9" w:rsidRDefault="00924ED0" w:rsidP="00FF20E1">
      <w:pPr>
        <w:jc w:val="right"/>
        <w:rPr>
          <w:rFonts w:cs="Times New Roman"/>
          <w:sz w:val="22"/>
          <w:lang w:val="it-IT"/>
        </w:rPr>
      </w:pPr>
    </w:p>
    <w:p w:rsidR="00924ED0" w:rsidRPr="007076F9" w:rsidRDefault="00924ED0" w:rsidP="00FF20E1">
      <w:pPr>
        <w:jc w:val="right"/>
        <w:rPr>
          <w:rFonts w:cs="Times New Roman"/>
          <w:sz w:val="22"/>
          <w:lang w:val="it-IT"/>
        </w:rPr>
      </w:pPr>
    </w:p>
    <w:p w:rsidR="00924ED0" w:rsidRPr="007076F9" w:rsidRDefault="00924ED0" w:rsidP="00FF20E1">
      <w:pPr>
        <w:jc w:val="right"/>
        <w:rPr>
          <w:rFonts w:cs="Times New Roman"/>
          <w:sz w:val="22"/>
          <w:lang w:val="it-IT"/>
        </w:rPr>
      </w:pPr>
    </w:p>
    <w:p w:rsidR="00924ED0" w:rsidRPr="007076F9" w:rsidRDefault="00924ED0" w:rsidP="00FF20E1">
      <w:pPr>
        <w:jc w:val="right"/>
        <w:rPr>
          <w:rFonts w:cs="Times New Roman"/>
          <w:sz w:val="22"/>
          <w:lang w:val="it-IT"/>
        </w:rPr>
      </w:pPr>
    </w:p>
    <w:p w:rsidR="00924ED0" w:rsidRPr="007076F9" w:rsidRDefault="00924ED0" w:rsidP="00FF20E1">
      <w:pPr>
        <w:jc w:val="right"/>
        <w:rPr>
          <w:rFonts w:cs="Times New Roman"/>
          <w:sz w:val="22"/>
          <w:lang w:val="it-IT"/>
        </w:rPr>
      </w:pPr>
    </w:p>
    <w:p w:rsidR="00924ED0" w:rsidRPr="007076F9" w:rsidRDefault="00924ED0" w:rsidP="00FF20E1">
      <w:pPr>
        <w:jc w:val="right"/>
        <w:rPr>
          <w:rFonts w:cs="Times New Roman"/>
          <w:sz w:val="22"/>
          <w:lang w:val="it-IT"/>
        </w:rPr>
        <w:sectPr w:rsidR="00924ED0" w:rsidRPr="007076F9" w:rsidSect="00924ED0">
          <w:pgSz w:w="12240" w:h="15840"/>
          <w:pgMar w:top="1134" w:right="850" w:bottom="1134" w:left="1701" w:header="720" w:footer="720" w:gutter="0"/>
          <w:cols w:space="720"/>
          <w:docGrid w:linePitch="360"/>
        </w:sectPr>
      </w:pPr>
    </w:p>
    <w:p w:rsidR="00924ED0" w:rsidRPr="007076F9" w:rsidRDefault="00924ED0" w:rsidP="00FF20E1">
      <w:pPr>
        <w:jc w:val="right"/>
        <w:rPr>
          <w:rFonts w:cs="Times New Roman"/>
          <w:sz w:val="22"/>
          <w:lang w:val="it-IT"/>
        </w:rPr>
      </w:pPr>
    </w:p>
    <w:p w:rsidR="00FF20E1" w:rsidRPr="007076F9" w:rsidRDefault="00FF20E1" w:rsidP="00FF20E1">
      <w:pPr>
        <w:jc w:val="right"/>
        <w:rPr>
          <w:rFonts w:cs="Times New Roman"/>
          <w:sz w:val="22"/>
          <w:lang w:val="it-IT"/>
        </w:rPr>
      </w:pPr>
      <w:r w:rsidRPr="007076F9">
        <w:rPr>
          <w:rFonts w:cs="Times New Roman"/>
          <w:sz w:val="22"/>
          <w:lang w:val="it-IT"/>
        </w:rPr>
        <w:t>Anexa nr.</w:t>
      </w:r>
      <w:r w:rsidR="003A0D7A">
        <w:rPr>
          <w:rFonts w:cs="Times New Roman"/>
          <w:sz w:val="22"/>
          <w:lang w:val="it-IT"/>
        </w:rPr>
        <w:t>7</w:t>
      </w:r>
    </w:p>
    <w:p w:rsidR="00FF20E1" w:rsidRPr="007076F9" w:rsidRDefault="00FF20E1" w:rsidP="00FF20E1">
      <w:pPr>
        <w:tabs>
          <w:tab w:val="left" w:pos="567"/>
        </w:tabs>
        <w:jc w:val="center"/>
        <w:rPr>
          <w:rFonts w:eastAsia="PMingLiU" w:cs="Times New Roman"/>
          <w:b/>
          <w:sz w:val="22"/>
          <w:lang w:eastAsia="zh-CN"/>
        </w:rPr>
      </w:pPr>
      <w:bookmarkStart w:id="2" w:name="_Hlk77771164"/>
      <w:r w:rsidRPr="007076F9">
        <w:rPr>
          <w:rFonts w:cs="Times New Roman"/>
          <w:b/>
          <w:sz w:val="22"/>
          <w:lang w:eastAsia="zh-CN"/>
        </w:rPr>
        <w:t xml:space="preserve">DECLARAȚIE </w:t>
      </w:r>
    </w:p>
    <w:p w:rsidR="00FF20E1" w:rsidRPr="007076F9" w:rsidRDefault="00FF20E1" w:rsidP="00FF20E1">
      <w:pPr>
        <w:tabs>
          <w:tab w:val="left" w:pos="567"/>
        </w:tabs>
        <w:jc w:val="center"/>
        <w:rPr>
          <w:rFonts w:cs="Times New Roman"/>
          <w:b/>
          <w:sz w:val="22"/>
        </w:rPr>
      </w:pPr>
      <w:r w:rsidRPr="007076F9">
        <w:rPr>
          <w:rFonts w:cs="Times New Roman"/>
          <w:b/>
          <w:sz w:val="22"/>
          <w:lang w:eastAsia="zh-CN"/>
        </w:rPr>
        <w:t xml:space="preserve">privind </w:t>
      </w:r>
      <w:r w:rsidRPr="007076F9">
        <w:rPr>
          <w:rFonts w:cs="Times New Roman"/>
          <w:b/>
          <w:sz w:val="22"/>
        </w:rPr>
        <w:t>lista principalelor livrari/prestări efectuate în ultimii 3 ani</w:t>
      </w:r>
      <w:r w:rsidRPr="007076F9" w:rsidDel="004137E9">
        <w:rPr>
          <w:rFonts w:cs="Times New Roman"/>
          <w:b/>
          <w:sz w:val="22"/>
        </w:rPr>
        <w:t xml:space="preserve"> </w:t>
      </w:r>
      <w:r w:rsidRPr="007076F9">
        <w:rPr>
          <w:rFonts w:cs="Times New Roman"/>
          <w:b/>
          <w:sz w:val="22"/>
        </w:rPr>
        <w:t>de activitate</w:t>
      </w:r>
    </w:p>
    <w:bookmarkEnd w:id="2"/>
    <w:p w:rsidR="00FF20E1" w:rsidRPr="007076F9" w:rsidRDefault="00FF20E1" w:rsidP="00FF20E1">
      <w:pPr>
        <w:tabs>
          <w:tab w:val="left" w:pos="567"/>
        </w:tabs>
        <w:jc w:val="center"/>
        <w:rPr>
          <w:rFonts w:cs="Times New Roman"/>
          <w:b/>
          <w:sz w:val="22"/>
        </w:rPr>
      </w:pPr>
    </w:p>
    <w:p w:rsidR="00FF20E1" w:rsidRPr="007076F9" w:rsidRDefault="00FF20E1" w:rsidP="00FF20E1">
      <w:pPr>
        <w:tabs>
          <w:tab w:val="left" w:pos="567"/>
        </w:tabs>
        <w:rPr>
          <w:rFonts w:cs="Times New Roman"/>
          <w:b/>
          <w:sz w:val="22"/>
        </w:rPr>
      </w:pPr>
    </w:p>
    <w:tbl>
      <w:tblPr>
        <w:tblW w:w="0" w:type="auto"/>
        <w:tblInd w:w="-881" w:type="dxa"/>
        <w:tblLook w:val="00A0" w:firstRow="1" w:lastRow="0" w:firstColumn="1" w:lastColumn="0" w:noHBand="0" w:noVBand="0"/>
      </w:tblPr>
      <w:tblGrid>
        <w:gridCol w:w="572"/>
        <w:gridCol w:w="1365"/>
        <w:gridCol w:w="2258"/>
        <w:gridCol w:w="2851"/>
        <w:gridCol w:w="2768"/>
        <w:gridCol w:w="4346"/>
      </w:tblGrid>
      <w:tr w:rsidR="00FF20E1" w:rsidRPr="007076F9" w:rsidTr="00924ED0">
        <w:trPr>
          <w:cantSplit/>
          <w:trHeight w:val="1140"/>
          <w:tblHeader/>
        </w:trPr>
        <w:tc>
          <w:tcPr>
            <w:tcW w:w="607" w:type="dxa"/>
            <w:tcBorders>
              <w:top w:val="single" w:sz="4" w:space="0" w:color="auto"/>
              <w:left w:val="single" w:sz="4" w:space="0" w:color="auto"/>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Nr</w:t>
            </w:r>
          </w:p>
          <w:p w:rsidR="00FF20E1" w:rsidRPr="007076F9" w:rsidRDefault="00FF20E1" w:rsidP="00924ED0">
            <w:pPr>
              <w:jc w:val="center"/>
              <w:rPr>
                <w:rFonts w:cs="Times New Roman"/>
                <w:b/>
                <w:bCs/>
                <w:sz w:val="22"/>
                <w:lang w:eastAsia="zh-CN"/>
              </w:rPr>
            </w:pPr>
            <w:r w:rsidRPr="007076F9">
              <w:rPr>
                <w:rFonts w:cs="Times New Roman"/>
                <w:b/>
                <w:bCs/>
                <w:sz w:val="22"/>
              </w:rPr>
              <w:t>d/o</w:t>
            </w:r>
          </w:p>
        </w:tc>
        <w:tc>
          <w:tcPr>
            <w:tcW w:w="1080" w:type="dxa"/>
            <w:tcBorders>
              <w:top w:val="single" w:sz="4" w:space="0" w:color="auto"/>
              <w:left w:val="nil"/>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Obiectul contractului</w:t>
            </w:r>
          </w:p>
        </w:tc>
        <w:tc>
          <w:tcPr>
            <w:tcW w:w="1440" w:type="dxa"/>
            <w:tcBorders>
              <w:top w:val="single" w:sz="4" w:space="0" w:color="auto"/>
              <w:left w:val="nil"/>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Calitatea Furnizorului/Prestatorului</w:t>
            </w:r>
            <w:r w:rsidRPr="007076F9">
              <w:rPr>
                <w:rFonts w:cs="Times New Roman"/>
                <w:b/>
                <w:bCs/>
                <w:sz w:val="22"/>
                <w:vertAlign w:val="superscript"/>
              </w:rPr>
              <w:t>*)</w:t>
            </w:r>
          </w:p>
        </w:tc>
        <w:tc>
          <w:tcPr>
            <w:tcW w:w="3118" w:type="dxa"/>
            <w:tcBorders>
              <w:top w:val="single" w:sz="4" w:space="0" w:color="auto"/>
              <w:left w:val="nil"/>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Preţul contractului/ valoarea bunurilor/serviciilor livrate/prestate</w:t>
            </w:r>
          </w:p>
        </w:tc>
        <w:tc>
          <w:tcPr>
            <w:tcW w:w="5812" w:type="dxa"/>
            <w:tcBorders>
              <w:top w:val="single" w:sz="4" w:space="0" w:color="auto"/>
              <w:left w:val="nil"/>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Perioada de livrare/prestare (luni)</w:t>
            </w:r>
          </w:p>
        </w:tc>
      </w:tr>
      <w:tr w:rsidR="00FF20E1" w:rsidRPr="007076F9"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1</w:t>
            </w:r>
          </w:p>
        </w:tc>
        <w:tc>
          <w:tcPr>
            <w:tcW w:w="1080"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1440"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2147"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3118"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5812"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r>
      <w:tr w:rsidR="00FF20E1" w:rsidRPr="007076F9"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2</w:t>
            </w:r>
          </w:p>
        </w:tc>
        <w:tc>
          <w:tcPr>
            <w:tcW w:w="1080"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1440"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2147"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3118"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5812"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r>
      <w:tr w:rsidR="00FF20E1" w:rsidRPr="007076F9"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7076F9" w:rsidRDefault="00FF20E1" w:rsidP="00924ED0">
            <w:pPr>
              <w:jc w:val="center"/>
              <w:rPr>
                <w:rFonts w:cs="Times New Roman"/>
                <w:b/>
                <w:bCs/>
                <w:sz w:val="22"/>
              </w:rPr>
            </w:pPr>
            <w:r w:rsidRPr="007076F9">
              <w:rPr>
                <w:rFonts w:cs="Times New Roman"/>
                <w:b/>
                <w:bCs/>
                <w:sz w:val="22"/>
              </w:rPr>
              <w:t>...</w:t>
            </w:r>
          </w:p>
        </w:tc>
        <w:tc>
          <w:tcPr>
            <w:tcW w:w="1080"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1440"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2147"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3118"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c>
          <w:tcPr>
            <w:tcW w:w="5812" w:type="dxa"/>
            <w:tcBorders>
              <w:top w:val="nil"/>
              <w:left w:val="nil"/>
              <w:bottom w:val="single" w:sz="4" w:space="0" w:color="auto"/>
              <w:right w:val="single" w:sz="4" w:space="0" w:color="auto"/>
            </w:tcBorders>
            <w:vAlign w:val="center"/>
          </w:tcPr>
          <w:p w:rsidR="00FF20E1" w:rsidRPr="007076F9" w:rsidRDefault="00FF20E1" w:rsidP="00924ED0">
            <w:pPr>
              <w:jc w:val="center"/>
              <w:rPr>
                <w:rFonts w:cs="Times New Roman"/>
                <w:sz w:val="22"/>
              </w:rPr>
            </w:pPr>
            <w:r w:rsidRPr="007076F9">
              <w:rPr>
                <w:rFonts w:cs="Times New Roman"/>
                <w:sz w:val="22"/>
              </w:rPr>
              <w:t> </w:t>
            </w:r>
          </w:p>
        </w:tc>
      </w:tr>
    </w:tbl>
    <w:p w:rsidR="00FF20E1" w:rsidRPr="007076F9" w:rsidRDefault="00FF20E1" w:rsidP="00FF20E1">
      <w:pPr>
        <w:jc w:val="both"/>
        <w:rPr>
          <w:rFonts w:cs="Times New Roman"/>
          <w:sz w:val="22"/>
          <w:vertAlign w:val="superscript"/>
        </w:rPr>
      </w:pPr>
    </w:p>
    <w:p w:rsidR="00FF20E1" w:rsidRPr="007076F9" w:rsidRDefault="00FF20E1" w:rsidP="00FF20E1">
      <w:pPr>
        <w:jc w:val="both"/>
        <w:rPr>
          <w:rFonts w:cs="Times New Roman"/>
          <w:sz w:val="22"/>
        </w:rPr>
      </w:pPr>
      <w:r w:rsidRPr="007076F9">
        <w:rPr>
          <w:rFonts w:cs="Times New Roman"/>
          <w:sz w:val="22"/>
          <w:vertAlign w:val="superscript"/>
        </w:rPr>
        <w:t>*)</w:t>
      </w:r>
      <w:r w:rsidRPr="007076F9">
        <w:rPr>
          <w:rFonts w:cs="Times New Roman"/>
          <w:sz w:val="22"/>
        </w:rPr>
        <w:t xml:space="preserve"> Se precizează calitatea în care a participat la îndeplinirea contractului, care poate fi de: contractant unic sau lider de asociaţie; contractant asociat; subcontractant.</w:t>
      </w:r>
    </w:p>
    <w:p w:rsidR="00FF20E1" w:rsidRPr="007076F9" w:rsidRDefault="00FF20E1" w:rsidP="00FF20E1">
      <w:pPr>
        <w:jc w:val="both"/>
        <w:rPr>
          <w:rFonts w:eastAsia="PMingLiU" w:cs="Times New Roman"/>
          <w:sz w:val="22"/>
          <w:lang w:eastAsia="zh-CN"/>
        </w:rPr>
      </w:pPr>
      <w:r w:rsidRPr="007076F9">
        <w:rPr>
          <w:rFonts w:cs="Times New Roman"/>
          <w:sz w:val="22"/>
          <w:lang w:eastAsia="zh-CN"/>
        </w:rPr>
        <w:t>Semnat: ________________________________________</w:t>
      </w:r>
    </w:p>
    <w:p w:rsidR="00FF20E1" w:rsidRPr="007076F9" w:rsidRDefault="00FF20E1" w:rsidP="00FF20E1">
      <w:pPr>
        <w:jc w:val="both"/>
        <w:rPr>
          <w:rFonts w:eastAsia="PMingLiU" w:cs="Times New Roman"/>
          <w:sz w:val="22"/>
          <w:lang w:eastAsia="zh-CN"/>
        </w:rPr>
      </w:pPr>
      <w:r w:rsidRPr="007076F9">
        <w:rPr>
          <w:rFonts w:cs="Times New Roman"/>
          <w:sz w:val="22"/>
          <w:lang w:eastAsia="zh-CN"/>
        </w:rPr>
        <w:t>Nume: _________________________________________</w:t>
      </w:r>
    </w:p>
    <w:p w:rsidR="00FF20E1" w:rsidRPr="007076F9" w:rsidRDefault="00FF20E1" w:rsidP="00FF20E1">
      <w:pPr>
        <w:jc w:val="both"/>
        <w:rPr>
          <w:rFonts w:eastAsia="PMingLiU" w:cs="Times New Roman"/>
          <w:sz w:val="22"/>
          <w:lang w:eastAsia="zh-CN"/>
        </w:rPr>
      </w:pPr>
      <w:r w:rsidRPr="007076F9">
        <w:rPr>
          <w:rFonts w:cs="Times New Roman"/>
          <w:sz w:val="22"/>
          <w:lang w:eastAsia="zh-CN"/>
        </w:rPr>
        <w:t>Funcţia în cadrul firmei: ___________________________</w:t>
      </w:r>
    </w:p>
    <w:p w:rsidR="00FF20E1" w:rsidRPr="007076F9" w:rsidRDefault="00FF20E1" w:rsidP="00FF20E1">
      <w:pPr>
        <w:jc w:val="both"/>
        <w:rPr>
          <w:rFonts w:eastAsia="PMingLiU" w:cs="Times New Roman"/>
          <w:sz w:val="22"/>
          <w:lang w:eastAsia="zh-CN"/>
        </w:rPr>
      </w:pPr>
      <w:r w:rsidRPr="007076F9">
        <w:rPr>
          <w:rFonts w:cs="Times New Roman"/>
          <w:sz w:val="22"/>
          <w:lang w:eastAsia="zh-CN"/>
        </w:rPr>
        <w:t>Denumirea firmei: _______________________________</w:t>
      </w:r>
    </w:p>
    <w:p w:rsidR="00FF20E1" w:rsidRPr="007076F9" w:rsidRDefault="00FF20E1" w:rsidP="00FF20E1">
      <w:pPr>
        <w:jc w:val="center"/>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AE720F" w:rsidRPr="007076F9" w:rsidRDefault="00AE720F" w:rsidP="00FF20E1">
      <w:pPr>
        <w:jc w:val="right"/>
        <w:rPr>
          <w:rFonts w:cs="Times New Roman"/>
          <w:sz w:val="22"/>
          <w:lang w:val="it-IT"/>
        </w:rPr>
      </w:pPr>
    </w:p>
    <w:p w:rsidR="003A0D7A" w:rsidRDefault="003A0D7A" w:rsidP="00FF20E1">
      <w:pPr>
        <w:jc w:val="right"/>
        <w:rPr>
          <w:rFonts w:cs="Times New Roman"/>
          <w:sz w:val="22"/>
          <w:lang w:val="it-IT"/>
        </w:rPr>
      </w:pPr>
    </w:p>
    <w:p w:rsidR="003A0D7A" w:rsidRDefault="003A0D7A" w:rsidP="00FF20E1">
      <w:pPr>
        <w:jc w:val="right"/>
        <w:rPr>
          <w:rFonts w:cs="Times New Roman"/>
          <w:sz w:val="22"/>
          <w:lang w:val="it-IT"/>
        </w:rPr>
      </w:pPr>
    </w:p>
    <w:p w:rsidR="00FF20E1" w:rsidRPr="007076F9" w:rsidRDefault="00FF20E1" w:rsidP="00FF20E1">
      <w:pPr>
        <w:jc w:val="right"/>
        <w:rPr>
          <w:rFonts w:cs="Times New Roman"/>
          <w:sz w:val="22"/>
          <w:lang w:val="it-IT"/>
        </w:rPr>
      </w:pPr>
      <w:r w:rsidRPr="007076F9">
        <w:rPr>
          <w:rFonts w:cs="Times New Roman"/>
          <w:sz w:val="22"/>
          <w:lang w:val="it-IT"/>
        </w:rPr>
        <w:lastRenderedPageBreak/>
        <w:t xml:space="preserve">Anexa nr. </w:t>
      </w:r>
      <w:r w:rsidR="003A0D7A">
        <w:rPr>
          <w:rFonts w:cs="Times New Roman"/>
          <w:sz w:val="22"/>
          <w:lang w:val="it-IT"/>
        </w:rPr>
        <w:t>8</w:t>
      </w:r>
    </w:p>
    <w:p w:rsidR="00FF20E1" w:rsidRPr="007076F9" w:rsidRDefault="00FF20E1" w:rsidP="00FF20E1">
      <w:pPr>
        <w:keepNext/>
        <w:keepLines/>
        <w:outlineLvl w:val="1"/>
        <w:rPr>
          <w:rFonts w:eastAsiaTheme="majorEastAsia" w:cs="Times New Roman"/>
          <w:b/>
          <w:bCs/>
          <w:sz w:val="22"/>
        </w:rPr>
      </w:pPr>
    </w:p>
    <w:p w:rsidR="00FF20E1" w:rsidRPr="007076F9" w:rsidRDefault="00FF20E1" w:rsidP="00FF20E1">
      <w:pPr>
        <w:keepNext/>
        <w:keepLines/>
        <w:jc w:val="center"/>
        <w:outlineLvl w:val="1"/>
        <w:rPr>
          <w:rFonts w:eastAsiaTheme="majorEastAsia" w:cs="Times New Roman"/>
          <w:b/>
          <w:sz w:val="22"/>
        </w:rPr>
      </w:pPr>
      <w:bookmarkStart w:id="3" w:name="_Toc449692118"/>
    </w:p>
    <w:p w:rsidR="00FF20E1" w:rsidRPr="007076F9" w:rsidRDefault="00FF20E1" w:rsidP="00FF20E1">
      <w:pPr>
        <w:keepNext/>
        <w:keepLines/>
        <w:jc w:val="center"/>
        <w:outlineLvl w:val="1"/>
        <w:rPr>
          <w:rFonts w:eastAsiaTheme="majorEastAsia" w:cs="Times New Roman"/>
          <w:b/>
          <w:sz w:val="22"/>
        </w:rPr>
      </w:pPr>
      <w:bookmarkStart w:id="4" w:name="_Hlk77771358"/>
      <w:r w:rsidRPr="007076F9">
        <w:rPr>
          <w:rFonts w:eastAsiaTheme="majorEastAsia" w:cs="Times New Roman"/>
          <w:b/>
          <w:sz w:val="22"/>
        </w:rPr>
        <w:t>CAIET DE SARCINI</w:t>
      </w:r>
      <w:bookmarkEnd w:id="3"/>
    </w:p>
    <w:bookmarkEnd w:id="4"/>
    <w:p w:rsidR="00FF20E1" w:rsidRPr="007076F9" w:rsidRDefault="00FF20E1" w:rsidP="00FF20E1">
      <w:pPr>
        <w:keepNext/>
        <w:keepLines/>
        <w:jc w:val="center"/>
        <w:outlineLvl w:val="1"/>
        <w:rPr>
          <w:rFonts w:eastAsiaTheme="majorEastAsia" w:cs="Times New Roman"/>
          <w:b/>
          <w:sz w:val="22"/>
        </w:rPr>
      </w:pPr>
      <w:r w:rsidRPr="007076F9">
        <w:rPr>
          <w:rFonts w:eastAsiaTheme="majorEastAsia" w:cs="Times New Roman"/>
          <w:b/>
          <w:sz w:val="22"/>
        </w:rPr>
        <w:t>Bunuri/Servicii</w:t>
      </w:r>
    </w:p>
    <w:p w:rsidR="00FF20E1" w:rsidRPr="007076F9" w:rsidRDefault="00FF20E1" w:rsidP="00FF20E1">
      <w:pPr>
        <w:keepNext/>
        <w:keepLines/>
        <w:jc w:val="center"/>
        <w:outlineLvl w:val="1"/>
        <w:rPr>
          <w:rFonts w:eastAsiaTheme="majorEastAsia" w:cs="Times New Roman"/>
          <w:b/>
          <w:sz w:val="22"/>
        </w:rPr>
      </w:pPr>
    </w:p>
    <w:p w:rsidR="00FF20E1" w:rsidRPr="007076F9" w:rsidRDefault="00FF20E1" w:rsidP="00FF20E1">
      <w:pPr>
        <w:jc w:val="both"/>
        <w:rPr>
          <w:rFonts w:cs="Times New Roman"/>
          <w:bCs/>
          <w:sz w:val="22"/>
        </w:rPr>
      </w:pPr>
      <w:r w:rsidRPr="007076F9">
        <w:rPr>
          <w:rFonts w:cs="Times New Roman"/>
          <w:bCs/>
          <w:sz w:val="22"/>
        </w:rPr>
        <w:t>Obiectul: achiziționarea pieselor de schimb (anvelope, jante și acumulatoare) pentru transportul auto</w:t>
      </w:r>
    </w:p>
    <w:p w:rsidR="00FF20E1" w:rsidRPr="007076F9" w:rsidRDefault="00FF20E1" w:rsidP="00FF20E1">
      <w:pPr>
        <w:jc w:val="both"/>
        <w:rPr>
          <w:rFonts w:cs="Times New Roman"/>
          <w:bCs/>
          <w:sz w:val="22"/>
        </w:rPr>
      </w:pPr>
      <w:r w:rsidRPr="007076F9">
        <w:rPr>
          <w:rFonts w:cs="Times New Roman"/>
          <w:bCs/>
          <w:sz w:val="22"/>
        </w:rPr>
        <w:t xml:space="preserve">                                                                            (denumirea, adresa)</w:t>
      </w:r>
    </w:p>
    <w:p w:rsidR="00FF20E1" w:rsidRPr="007076F9" w:rsidRDefault="00FF20E1" w:rsidP="00FF20E1">
      <w:pPr>
        <w:jc w:val="both"/>
        <w:rPr>
          <w:rFonts w:cs="Times New Roman"/>
          <w:bCs/>
          <w:sz w:val="22"/>
        </w:rPr>
      </w:pPr>
      <w:r w:rsidRPr="007076F9">
        <w:rPr>
          <w:rFonts w:cs="Times New Roman"/>
          <w:bCs/>
          <w:sz w:val="22"/>
        </w:rPr>
        <w:t>Autoritatea contractantă: Agenția Națională pentru Sănătate Publică, mun. Chișinău, str. Gheorghe Asachi, 67 A</w:t>
      </w:r>
    </w:p>
    <w:p w:rsidR="00FF20E1" w:rsidRPr="007076F9" w:rsidRDefault="00FF20E1" w:rsidP="00FF20E1">
      <w:pPr>
        <w:jc w:val="both"/>
        <w:rPr>
          <w:rFonts w:cs="Times New Roman"/>
          <w:bCs/>
          <w:sz w:val="22"/>
        </w:rPr>
      </w:pPr>
      <w:r w:rsidRPr="007076F9">
        <w:rPr>
          <w:rFonts w:cs="Times New Roman"/>
          <w:bCs/>
          <w:sz w:val="22"/>
        </w:rPr>
        <w:t xml:space="preserve">                                                                              (denumirea, adresa)</w:t>
      </w:r>
    </w:p>
    <w:p w:rsidR="00FF20E1" w:rsidRPr="007076F9" w:rsidRDefault="00FF20E1" w:rsidP="00FF20E1">
      <w:pPr>
        <w:keepNext/>
        <w:keepLines/>
        <w:outlineLvl w:val="1"/>
        <w:rPr>
          <w:rFonts w:eastAsiaTheme="majorEastAsia" w:cs="Times New Roman"/>
          <w:b/>
          <w:sz w:val="22"/>
        </w:rPr>
      </w:pPr>
    </w:p>
    <w:p w:rsidR="00FF20E1" w:rsidRPr="007076F9" w:rsidRDefault="00FF20E1" w:rsidP="00FF20E1">
      <w:pPr>
        <w:ind w:left="709"/>
        <w:rPr>
          <w:rFonts w:cs="Times New Roman"/>
          <w:b/>
          <w:sz w:val="22"/>
        </w:rPr>
      </w:pPr>
      <w:r w:rsidRPr="007076F9">
        <w:rPr>
          <w:rFonts w:cs="Times New Roman"/>
          <w:b/>
          <w:sz w:val="22"/>
        </w:rPr>
        <w:t>1. Descriere generală. Informaţii</w:t>
      </w:r>
    </w:p>
    <w:p w:rsidR="00FF20E1" w:rsidRPr="007076F9" w:rsidRDefault="00FF20E1" w:rsidP="00FF20E1">
      <w:pPr>
        <w:ind w:firstLine="709"/>
        <w:jc w:val="both"/>
        <w:rPr>
          <w:rFonts w:cs="Times New Roman"/>
          <w:bCs/>
          <w:sz w:val="22"/>
        </w:rPr>
      </w:pPr>
      <w:bookmarkStart w:id="5" w:name="_Hlk63345649"/>
      <w:r w:rsidRPr="007076F9">
        <w:rPr>
          <w:rFonts w:cs="Times New Roman"/>
          <w:bCs/>
          <w:sz w:val="22"/>
        </w:rPr>
        <w:t>Se dau detalii generale privind obiectul achiziției.</w:t>
      </w:r>
      <w:bookmarkEnd w:id="5"/>
    </w:p>
    <w:p w:rsidR="00FF20E1" w:rsidRPr="007076F9" w:rsidRDefault="00FF20E1" w:rsidP="00FF20E1">
      <w:pPr>
        <w:ind w:firstLine="709"/>
        <w:jc w:val="both"/>
        <w:rPr>
          <w:rFonts w:cs="Times New Roman"/>
          <w:b/>
          <w:sz w:val="22"/>
        </w:rPr>
      </w:pPr>
      <w:bookmarkStart w:id="6" w:name="_Hlk65747910"/>
      <w:r w:rsidRPr="007076F9">
        <w:rPr>
          <w:rFonts w:cs="Times New Roman"/>
          <w:b/>
          <w:sz w:val="22"/>
        </w:rPr>
        <w:t>2.  Utilizarea, păstrarea, protecţia, calitatea</w:t>
      </w:r>
      <w:bookmarkStart w:id="7" w:name="_Hlk63425519"/>
      <w:r w:rsidRPr="007076F9">
        <w:rPr>
          <w:rFonts w:cs="Times New Roman"/>
          <w:b/>
          <w:sz w:val="22"/>
        </w:rPr>
        <w:t xml:space="preserve"> produselor/serviciilor</w:t>
      </w:r>
      <w:bookmarkEnd w:id="7"/>
    </w:p>
    <w:p w:rsidR="00FF20E1" w:rsidRPr="007076F9" w:rsidRDefault="00FF20E1" w:rsidP="00FF20E1">
      <w:pPr>
        <w:ind w:firstLine="709"/>
        <w:jc w:val="both"/>
        <w:rPr>
          <w:rFonts w:cs="Times New Roman"/>
          <w:bCs/>
          <w:sz w:val="22"/>
        </w:rPr>
      </w:pPr>
      <w:r w:rsidRPr="007076F9">
        <w:rPr>
          <w:rFonts w:cs="Times New Roman"/>
          <w:bCs/>
          <w:sz w:val="22"/>
        </w:rPr>
        <w:t>Se precizează detalii privind modul de transportare, prestare, utilizare și locul livrării/prestării a produselor/serviciilor.</w:t>
      </w:r>
    </w:p>
    <w:p w:rsidR="00FF20E1" w:rsidRPr="007076F9" w:rsidRDefault="00FF20E1" w:rsidP="00FF20E1">
      <w:pPr>
        <w:pStyle w:val="Listparagraf"/>
        <w:numPr>
          <w:ilvl w:val="0"/>
          <w:numId w:val="14"/>
        </w:numPr>
        <w:tabs>
          <w:tab w:val="left" w:pos="1134"/>
        </w:tabs>
        <w:contextualSpacing w:val="0"/>
        <w:jc w:val="both"/>
        <w:rPr>
          <w:rFonts w:cs="Times New Roman"/>
          <w:b/>
          <w:sz w:val="22"/>
        </w:rPr>
      </w:pPr>
      <w:r w:rsidRPr="007076F9">
        <w:rPr>
          <w:rFonts w:cs="Times New Roman"/>
          <w:b/>
          <w:sz w:val="22"/>
        </w:rPr>
        <w:t>Materiale, compatibilităţi, reglementări tehnice şi standarde utilizate</w:t>
      </w:r>
    </w:p>
    <w:p w:rsidR="00FF20E1" w:rsidRPr="007076F9" w:rsidRDefault="00FF20E1" w:rsidP="00FF20E1">
      <w:pPr>
        <w:ind w:firstLine="709"/>
        <w:jc w:val="both"/>
        <w:rPr>
          <w:rFonts w:cs="Times New Roman"/>
          <w:sz w:val="22"/>
        </w:rPr>
      </w:pPr>
      <w:r w:rsidRPr="007076F9">
        <w:rPr>
          <w:rFonts w:cs="Times New Roman"/>
          <w:sz w:val="22"/>
        </w:rPr>
        <w:t>Se precizează conformitatea şi aplicabilitatea materialelor, legislaţia, reglementările tehnice şi standardele aplicate.</w:t>
      </w:r>
    </w:p>
    <w:p w:rsidR="00FF20E1" w:rsidRPr="007076F9" w:rsidRDefault="00FF20E1" w:rsidP="00FF20E1">
      <w:pPr>
        <w:pStyle w:val="Listparagraf"/>
        <w:numPr>
          <w:ilvl w:val="0"/>
          <w:numId w:val="14"/>
        </w:numPr>
        <w:tabs>
          <w:tab w:val="left" w:pos="1134"/>
        </w:tabs>
        <w:contextualSpacing w:val="0"/>
        <w:jc w:val="both"/>
        <w:rPr>
          <w:rFonts w:cs="Times New Roman"/>
          <w:b/>
          <w:sz w:val="22"/>
        </w:rPr>
      </w:pPr>
      <w:r w:rsidRPr="007076F9">
        <w:rPr>
          <w:rFonts w:cs="Times New Roman"/>
          <w:b/>
          <w:sz w:val="22"/>
        </w:rPr>
        <w:t>Cerinţe privind calculul costului/prețului</w:t>
      </w:r>
    </w:p>
    <w:p w:rsidR="00FF20E1" w:rsidRPr="007076F9" w:rsidRDefault="00FF20E1" w:rsidP="00FF20E1">
      <w:pPr>
        <w:ind w:firstLine="709"/>
        <w:jc w:val="both"/>
        <w:rPr>
          <w:rFonts w:cs="Times New Roman"/>
          <w:bCs/>
          <w:sz w:val="22"/>
        </w:rPr>
      </w:pPr>
      <w:r w:rsidRPr="007076F9">
        <w:rPr>
          <w:rFonts w:cs="Times New Roman"/>
          <w:bCs/>
          <w:sz w:val="22"/>
        </w:rPr>
        <w:t xml:space="preserve">Se precizează modalitatea de calculare a costului bunului/serviciului, prin trimitere la actele normative în domeniu. </w:t>
      </w:r>
    </w:p>
    <w:p w:rsidR="00FF20E1" w:rsidRPr="007076F9" w:rsidRDefault="00FF20E1" w:rsidP="00FF20E1">
      <w:pPr>
        <w:pStyle w:val="Listparagraf"/>
        <w:numPr>
          <w:ilvl w:val="0"/>
          <w:numId w:val="14"/>
        </w:numPr>
        <w:tabs>
          <w:tab w:val="left" w:pos="1134"/>
        </w:tabs>
        <w:contextualSpacing w:val="0"/>
        <w:jc w:val="both"/>
        <w:rPr>
          <w:rFonts w:cs="Times New Roman"/>
          <w:b/>
          <w:sz w:val="22"/>
        </w:rPr>
      </w:pPr>
      <w:r w:rsidRPr="007076F9">
        <w:rPr>
          <w:rFonts w:cs="Times New Roman"/>
          <w:b/>
          <w:sz w:val="22"/>
        </w:rPr>
        <w:t>Mostre</w:t>
      </w:r>
    </w:p>
    <w:p w:rsidR="00FF20E1" w:rsidRPr="007076F9" w:rsidRDefault="00FF20E1" w:rsidP="00FF20E1">
      <w:pPr>
        <w:ind w:firstLine="709"/>
        <w:jc w:val="both"/>
        <w:rPr>
          <w:rFonts w:cs="Times New Roman"/>
          <w:sz w:val="22"/>
        </w:rPr>
      </w:pPr>
      <w:r w:rsidRPr="007076F9">
        <w:rPr>
          <w:rFonts w:cs="Times New Roman"/>
          <w:sz w:val="22"/>
        </w:rPr>
        <w:t>Se precizează modul de prezentare a mostrelor la toate produsele utilizate.</w:t>
      </w:r>
    </w:p>
    <w:p w:rsidR="00FF20E1" w:rsidRPr="007076F9" w:rsidRDefault="00FF20E1" w:rsidP="00FF20E1">
      <w:pPr>
        <w:pStyle w:val="Listparagraf"/>
        <w:numPr>
          <w:ilvl w:val="0"/>
          <w:numId w:val="14"/>
        </w:numPr>
        <w:tabs>
          <w:tab w:val="left" w:pos="993"/>
        </w:tabs>
        <w:contextualSpacing w:val="0"/>
        <w:jc w:val="both"/>
        <w:rPr>
          <w:rFonts w:cs="Times New Roman"/>
          <w:b/>
          <w:sz w:val="22"/>
        </w:rPr>
      </w:pPr>
      <w:r w:rsidRPr="007076F9">
        <w:rPr>
          <w:rFonts w:cs="Times New Roman"/>
          <w:b/>
          <w:sz w:val="22"/>
        </w:rPr>
        <w:t>Echipamentele, instalaţiile, utilajele, sculele, instrumentele, dispozitivele şi alte obiecte necesare pentru prestarea serviciilor</w:t>
      </w:r>
    </w:p>
    <w:p w:rsidR="00FF20E1" w:rsidRPr="007076F9" w:rsidRDefault="00FF20E1" w:rsidP="00FF20E1">
      <w:pPr>
        <w:ind w:firstLine="709"/>
        <w:jc w:val="both"/>
        <w:rPr>
          <w:rFonts w:cs="Times New Roman"/>
          <w:sz w:val="22"/>
        </w:rPr>
      </w:pPr>
      <w:r w:rsidRPr="007076F9">
        <w:rPr>
          <w:rFonts w:cs="Times New Roman"/>
          <w:sz w:val="22"/>
        </w:rPr>
        <w:t>Se precizează echipamentele, instalaţiile, utilajele, sculele, instrumentele, dispozitivele, mijloacele de transport, etc..</w:t>
      </w:r>
    </w:p>
    <w:p w:rsidR="00FF20E1" w:rsidRPr="007076F9" w:rsidRDefault="00FF20E1" w:rsidP="00FF20E1">
      <w:pPr>
        <w:ind w:firstLine="709"/>
        <w:jc w:val="both"/>
        <w:rPr>
          <w:rFonts w:cs="Times New Roman"/>
          <w:b/>
          <w:sz w:val="22"/>
        </w:rPr>
      </w:pPr>
      <w:r w:rsidRPr="007076F9">
        <w:rPr>
          <w:rFonts w:cs="Times New Roman"/>
          <w:b/>
          <w:sz w:val="22"/>
        </w:rPr>
        <w:t>7. Articole, produse şi piese necesare instalaţiilor</w:t>
      </w:r>
    </w:p>
    <w:p w:rsidR="00FF20E1" w:rsidRPr="007076F9" w:rsidRDefault="00FF20E1" w:rsidP="00FF20E1">
      <w:pPr>
        <w:ind w:firstLine="709"/>
        <w:jc w:val="both"/>
        <w:rPr>
          <w:rFonts w:cs="Times New Roman"/>
          <w:sz w:val="22"/>
        </w:rPr>
      </w:pPr>
      <w:r w:rsidRPr="007076F9">
        <w:rPr>
          <w:rFonts w:cs="Times New Roman"/>
          <w:sz w:val="22"/>
        </w:rPr>
        <w:t>Se precizează furnizorul articolelor, produselor şi pieselor necesare instalaţiilor, tipurile şi cantitatea.</w:t>
      </w:r>
    </w:p>
    <w:p w:rsidR="00FF20E1" w:rsidRPr="007076F9" w:rsidRDefault="00FF20E1" w:rsidP="00FF20E1">
      <w:pPr>
        <w:ind w:firstLine="709"/>
        <w:jc w:val="both"/>
        <w:rPr>
          <w:rFonts w:cs="Times New Roman"/>
          <w:b/>
          <w:sz w:val="22"/>
        </w:rPr>
      </w:pPr>
      <w:r w:rsidRPr="007076F9">
        <w:rPr>
          <w:rFonts w:cs="Times New Roman"/>
          <w:b/>
          <w:sz w:val="22"/>
        </w:rPr>
        <w:t>8. Definiţii</w:t>
      </w:r>
    </w:p>
    <w:p w:rsidR="00FF20E1" w:rsidRPr="007076F9" w:rsidRDefault="00FF20E1" w:rsidP="00FF20E1">
      <w:pPr>
        <w:ind w:firstLine="709"/>
        <w:jc w:val="both"/>
        <w:rPr>
          <w:rFonts w:cs="Times New Roman"/>
          <w:sz w:val="22"/>
        </w:rPr>
      </w:pPr>
      <w:r w:rsidRPr="007076F9">
        <w:rPr>
          <w:rFonts w:cs="Times New Roman"/>
          <w:sz w:val="22"/>
        </w:rPr>
        <w:t>Se precizează termenii şi definiţiile utilizate în caietul de sarcini şi unele caracteristici.</w:t>
      </w:r>
    </w:p>
    <w:p w:rsidR="00FF20E1" w:rsidRPr="007076F9" w:rsidRDefault="00FF20E1" w:rsidP="00FF20E1">
      <w:pPr>
        <w:ind w:firstLine="709"/>
        <w:jc w:val="both"/>
        <w:rPr>
          <w:rFonts w:cs="Times New Roman"/>
          <w:b/>
          <w:sz w:val="22"/>
        </w:rPr>
      </w:pPr>
      <w:r w:rsidRPr="007076F9">
        <w:rPr>
          <w:rFonts w:cs="Times New Roman"/>
          <w:b/>
          <w:sz w:val="22"/>
        </w:rPr>
        <w:t>9. Documente obligatorii la depunerea ofertei</w:t>
      </w:r>
    </w:p>
    <w:p w:rsidR="00FF20E1" w:rsidRPr="007076F9" w:rsidRDefault="00FF20E1" w:rsidP="00FF20E1">
      <w:pPr>
        <w:ind w:firstLine="709"/>
        <w:jc w:val="both"/>
        <w:rPr>
          <w:rFonts w:cs="Times New Roman"/>
          <w:sz w:val="22"/>
        </w:rPr>
      </w:pPr>
      <w:r w:rsidRPr="007076F9">
        <w:rPr>
          <w:rFonts w:cs="Times New Roman"/>
          <w:sz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FF20E1" w:rsidRPr="007076F9" w:rsidRDefault="00FF20E1" w:rsidP="00FF20E1">
      <w:pPr>
        <w:ind w:firstLine="709"/>
        <w:jc w:val="both"/>
        <w:rPr>
          <w:rFonts w:cs="Times New Roman"/>
          <w:b/>
          <w:sz w:val="22"/>
        </w:rPr>
      </w:pPr>
      <w:r w:rsidRPr="007076F9">
        <w:rPr>
          <w:rFonts w:cs="Times New Roman"/>
          <w:b/>
          <w:sz w:val="22"/>
        </w:rPr>
        <w:t>10. Documente obligatorii la evaluarea ofertelor</w:t>
      </w:r>
    </w:p>
    <w:p w:rsidR="00FF20E1" w:rsidRPr="007076F9" w:rsidRDefault="00FF20E1" w:rsidP="00FF20E1">
      <w:pPr>
        <w:ind w:firstLine="709"/>
        <w:jc w:val="both"/>
        <w:rPr>
          <w:rFonts w:cs="Times New Roman"/>
          <w:sz w:val="22"/>
        </w:rPr>
      </w:pPr>
      <w:r w:rsidRPr="007076F9">
        <w:rPr>
          <w:rFonts w:cs="Times New Roman"/>
          <w:sz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20E1" w:rsidRPr="007076F9" w:rsidRDefault="00FF20E1" w:rsidP="00FF20E1">
      <w:pPr>
        <w:rPr>
          <w:rFonts w:cs="Times New Roman"/>
          <w:bCs/>
          <w:i/>
          <w:sz w:val="22"/>
        </w:rPr>
      </w:pPr>
    </w:p>
    <w:p w:rsidR="00FF20E1" w:rsidRPr="007076F9" w:rsidRDefault="00FF20E1" w:rsidP="00FF20E1">
      <w:pPr>
        <w:rPr>
          <w:rFonts w:cs="Times New Roman"/>
          <w:bCs/>
          <w:iCs/>
          <w:sz w:val="22"/>
        </w:rPr>
      </w:pPr>
      <w:r w:rsidRPr="007076F9">
        <w:rPr>
          <w:rFonts w:cs="Times New Roman"/>
          <w:bCs/>
          <w:iCs/>
          <w:sz w:val="22"/>
        </w:rPr>
        <w:t>Autoritatea contractantă  ___________              Data „____”_________________</w:t>
      </w:r>
    </w:p>
    <w:p w:rsidR="00FF20E1" w:rsidRPr="007076F9" w:rsidRDefault="00FF20E1" w:rsidP="00FF20E1">
      <w:pPr>
        <w:jc w:val="right"/>
        <w:rPr>
          <w:rFonts w:cs="Times New Roman"/>
          <w:bCs/>
          <w:i/>
          <w:iCs/>
          <w:sz w:val="22"/>
        </w:rPr>
      </w:pPr>
      <w:bookmarkStart w:id="8" w:name="_Hlk63071406"/>
      <w:r w:rsidRPr="007076F9">
        <w:rPr>
          <w:rFonts w:cs="Times New Roman"/>
          <w:b/>
          <w:bCs/>
          <w:color w:val="FF0000"/>
          <w:sz w:val="22"/>
        </w:rPr>
        <w:t>Notă:</w:t>
      </w:r>
      <w:r w:rsidRPr="007076F9">
        <w:rPr>
          <w:rFonts w:cs="Times New Roman"/>
          <w:b/>
          <w:bCs/>
          <w:sz w:val="22"/>
        </w:rPr>
        <w:t xml:space="preserve"> </w:t>
      </w:r>
      <w:r w:rsidRPr="007076F9">
        <w:rPr>
          <w:rFonts w:cs="Times New Roman"/>
          <w:bCs/>
          <w:i/>
          <w:iCs/>
          <w:sz w:val="22"/>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6"/>
      <w:bookmarkEnd w:id="8"/>
      <w:r w:rsidRPr="007076F9">
        <w:rPr>
          <w:rFonts w:cs="Times New Roman"/>
          <w:bCs/>
          <w:i/>
          <w:iCs/>
          <w:sz w:val="22"/>
        </w:rPr>
        <w:t xml:space="preserve"> </w:t>
      </w:r>
    </w:p>
    <w:p w:rsidR="00AE720F" w:rsidRPr="007076F9" w:rsidRDefault="00AE720F" w:rsidP="003A0D7A">
      <w:pPr>
        <w:jc w:val="center"/>
        <w:rPr>
          <w:rFonts w:cs="Times New Roman"/>
          <w:bCs/>
          <w:sz w:val="22"/>
        </w:rPr>
      </w:pPr>
    </w:p>
    <w:p w:rsidR="00AE720F" w:rsidRPr="007076F9" w:rsidRDefault="00AE720F" w:rsidP="00FF20E1">
      <w:pPr>
        <w:jc w:val="right"/>
        <w:rPr>
          <w:rFonts w:cs="Times New Roman"/>
          <w:bCs/>
          <w:sz w:val="22"/>
        </w:rPr>
      </w:pPr>
    </w:p>
    <w:p w:rsidR="00FF20E1" w:rsidRPr="007076F9" w:rsidRDefault="0021318A" w:rsidP="00AE720F">
      <w:pPr>
        <w:jc w:val="right"/>
        <w:rPr>
          <w:rFonts w:cs="Times New Roman"/>
          <w:bCs/>
          <w:sz w:val="22"/>
        </w:rPr>
      </w:pPr>
      <w:r w:rsidRPr="007076F9">
        <w:rPr>
          <w:rFonts w:cs="Times New Roman"/>
          <w:bCs/>
          <w:sz w:val="22"/>
        </w:rPr>
        <w:t>Anexa nr</w:t>
      </w:r>
      <w:r w:rsidR="00924ED0" w:rsidRPr="007076F9">
        <w:rPr>
          <w:rFonts w:cs="Times New Roman"/>
          <w:bCs/>
          <w:sz w:val="22"/>
        </w:rPr>
        <w:t>.</w:t>
      </w:r>
      <w:r w:rsidR="003A0D7A">
        <w:rPr>
          <w:rFonts w:cs="Times New Roman"/>
          <w:bCs/>
          <w:sz w:val="22"/>
        </w:rPr>
        <w:t>9</w:t>
      </w:r>
    </w:p>
    <w:p w:rsidR="0021318A" w:rsidRPr="007076F9" w:rsidRDefault="0021318A" w:rsidP="0021318A">
      <w:pPr>
        <w:jc w:val="center"/>
        <w:rPr>
          <w:rFonts w:cs="Times New Roman"/>
          <w:sz w:val="22"/>
        </w:rPr>
      </w:pPr>
      <w:r w:rsidRPr="007076F9">
        <w:rPr>
          <w:rFonts w:cs="Times New Roman"/>
          <w:b/>
          <w:sz w:val="22"/>
        </w:rPr>
        <w:t>DECLARAȚIE PRIVIND DATELE DE IDENTIFICARE ALE OPERATORULUI ECONOMIC</w:t>
      </w:r>
    </w:p>
    <w:p w:rsidR="0021318A" w:rsidRPr="007076F9" w:rsidRDefault="0021318A" w:rsidP="0021318A">
      <w:pPr>
        <w:rPr>
          <w:rFonts w:cs="Times New Roman"/>
          <w:sz w:val="22"/>
        </w:rPr>
      </w:pPr>
      <w:r w:rsidRPr="007076F9">
        <w:rPr>
          <w:rFonts w:cs="Times New Roman"/>
          <w:sz w:val="22"/>
        </w:rPr>
        <w:t>Subsemnatul(a) ____________________________________, în calitate de reprezentant legal / persoană împuternicită a operatorului economic ____________________________________, declar pe propria răspundere că informațiile prezentate mai jos sunt complete, corecte și actuale:</w:t>
      </w:r>
    </w:p>
    <w:tbl>
      <w:tblPr>
        <w:tblStyle w:val="Tabelgril1"/>
        <w:tblW w:w="0" w:type="auto"/>
        <w:jc w:val="center"/>
        <w:tblInd w:w="0" w:type="dxa"/>
        <w:tblLook w:val="04A0" w:firstRow="1" w:lastRow="0" w:firstColumn="1" w:lastColumn="0" w:noHBand="0" w:noVBand="1"/>
      </w:tblPr>
      <w:tblGrid>
        <w:gridCol w:w="8223"/>
        <w:gridCol w:w="5056"/>
      </w:tblGrid>
      <w:tr w:rsidR="0021318A" w:rsidRPr="007076F9" w:rsidTr="00924ED0">
        <w:trPr>
          <w:cantSplit/>
          <w:tblHeade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Informația solicitată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Datele operatorului economic</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1. Denumirea completă a operatorului economic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2. Forma juridică de organizare</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3. IDNO</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4. Adresa juridică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5. Adresa poștală / sediul de corespondență, dacă diferă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6. Administrator / conducător</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color w:val="FF0000"/>
                <w:sz w:val="22"/>
              </w:rPr>
            </w:pPr>
            <w:r w:rsidRPr="007076F9">
              <w:rPr>
                <w:color w:val="FF0000"/>
                <w:sz w:val="22"/>
              </w:rPr>
              <w:t>7. Persoana împuternicită să semneze oferta și contractul, după caz. În caz că semnează altă persoană decât administratotul să fie prezentat în mod obligatoriu un document intern (procură, ordin etc).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8. Telefon de contact</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9. Adresa electronică oficială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10. Denumirea băncii</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11. Cod bancar (SWIFT/BIC)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12. Cod IBAN</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____________________________________________</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13. Regimul TVA aplicabil</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 Plătitor de TVA        ☐ Neplătitor de TVA</w:t>
            </w:r>
          </w:p>
        </w:tc>
      </w:tr>
      <w:tr w:rsidR="0021318A" w:rsidRPr="007076F9"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14. Persoana responsabilă de executarea contractului</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7076F9" w:rsidRDefault="0021318A" w:rsidP="00924ED0">
            <w:pPr>
              <w:rPr>
                <w:sz w:val="22"/>
              </w:rPr>
            </w:pPr>
            <w:r w:rsidRPr="007076F9">
              <w:rPr>
                <w:sz w:val="22"/>
              </w:rPr>
              <w:t>Nume, prenume: ______________________________</w:t>
            </w:r>
            <w:r w:rsidRPr="007076F9">
              <w:rPr>
                <w:sz w:val="22"/>
              </w:rPr>
              <w:br/>
              <w:t>Funcția: ____________________________________</w:t>
            </w:r>
            <w:r w:rsidRPr="007076F9">
              <w:rPr>
                <w:sz w:val="22"/>
              </w:rPr>
              <w:br/>
              <w:t>Telefon: ____________________________________</w:t>
            </w:r>
            <w:r w:rsidRPr="007076F9">
              <w:rPr>
                <w:sz w:val="22"/>
              </w:rPr>
              <w:br/>
              <w:t>E-mail: _____________________________________</w:t>
            </w:r>
          </w:p>
        </w:tc>
      </w:tr>
    </w:tbl>
    <w:p w:rsidR="0021318A" w:rsidRPr="007076F9" w:rsidRDefault="0021318A" w:rsidP="0021318A">
      <w:pPr>
        <w:jc w:val="both"/>
        <w:rPr>
          <w:rFonts w:cs="Times New Roman"/>
          <w:sz w:val="22"/>
        </w:rPr>
      </w:pPr>
      <w:r w:rsidRPr="007076F9">
        <w:rPr>
          <w:rFonts w:cs="Times New Roman"/>
          <w:sz w:val="22"/>
        </w:rPr>
        <w:t>Operatorul economic declară că nu se află în proces de insolvabilitate, lichidare sau suspendare a activității și are dreptul legal de a desfășura activitățile aferente obiectului contractului.</w:t>
      </w:r>
    </w:p>
    <w:p w:rsidR="0021318A" w:rsidRPr="007076F9" w:rsidRDefault="0021318A" w:rsidP="0021318A">
      <w:pPr>
        <w:rPr>
          <w:rFonts w:cs="Times New Roman"/>
          <w:sz w:val="22"/>
        </w:rPr>
      </w:pPr>
      <w:r w:rsidRPr="007076F9">
        <w:rPr>
          <w:rFonts w:cs="Times New Roman"/>
          <w:sz w:val="22"/>
        </w:rPr>
        <w:t>Data completării: _______________</w:t>
      </w:r>
    </w:p>
    <w:p w:rsidR="0021318A" w:rsidRPr="007076F9" w:rsidRDefault="0021318A" w:rsidP="0021318A">
      <w:pPr>
        <w:rPr>
          <w:rFonts w:cs="Times New Roman"/>
          <w:sz w:val="22"/>
        </w:rPr>
      </w:pPr>
      <w:r w:rsidRPr="007076F9">
        <w:rPr>
          <w:rFonts w:cs="Times New Roman"/>
          <w:sz w:val="22"/>
        </w:rPr>
        <w:t>Operator economic: _______________________________</w:t>
      </w:r>
    </w:p>
    <w:p w:rsidR="0021318A" w:rsidRPr="007076F9" w:rsidRDefault="0021318A" w:rsidP="0021318A">
      <w:pPr>
        <w:rPr>
          <w:rFonts w:cs="Times New Roman"/>
          <w:sz w:val="22"/>
        </w:rPr>
      </w:pPr>
      <w:r w:rsidRPr="007076F9">
        <w:rPr>
          <w:rFonts w:cs="Times New Roman"/>
          <w:sz w:val="22"/>
        </w:rPr>
        <w:t>Nume, prenume: _______________________________</w:t>
      </w:r>
    </w:p>
    <w:p w:rsidR="0021318A" w:rsidRPr="007076F9" w:rsidRDefault="0021318A" w:rsidP="0021318A">
      <w:pPr>
        <w:rPr>
          <w:rFonts w:cs="Times New Roman"/>
          <w:sz w:val="22"/>
        </w:rPr>
      </w:pPr>
      <w:r w:rsidRPr="007076F9">
        <w:rPr>
          <w:rFonts w:cs="Times New Roman"/>
          <w:sz w:val="22"/>
        </w:rPr>
        <w:t>Funcția: _______________________________</w:t>
      </w:r>
    </w:p>
    <w:p w:rsidR="0021318A" w:rsidRPr="007076F9" w:rsidRDefault="0021318A" w:rsidP="0021318A">
      <w:pPr>
        <w:rPr>
          <w:rFonts w:cs="Times New Roman"/>
          <w:sz w:val="22"/>
        </w:rPr>
      </w:pPr>
      <w:r w:rsidRPr="007076F9">
        <w:rPr>
          <w:rFonts w:cs="Times New Roman"/>
          <w:sz w:val="22"/>
        </w:rPr>
        <w:t>Semnătura: _______________________________</w:t>
      </w:r>
    </w:p>
    <w:p w:rsidR="00127E6A" w:rsidRPr="007076F9" w:rsidRDefault="00127E6A" w:rsidP="00BD31A6">
      <w:pPr>
        <w:jc w:val="both"/>
        <w:rPr>
          <w:rFonts w:cs="Times New Roman"/>
          <w:sz w:val="22"/>
        </w:rPr>
      </w:pPr>
      <w:r w:rsidRPr="007076F9">
        <w:rPr>
          <w:rFonts w:cs="Times New Roman"/>
          <w:sz w:val="22"/>
        </w:rPr>
        <w:t>Operatorul economic declară că nu se află în proces de insolvabilitate, lichidare sau suspendare a activității și are dreptul legal de a desfășura activitățile aferente obiectului contractului.</w:t>
      </w:r>
    </w:p>
    <w:p w:rsidR="00127E6A" w:rsidRPr="007076F9" w:rsidRDefault="00127E6A" w:rsidP="00531B9B">
      <w:pPr>
        <w:rPr>
          <w:rFonts w:cs="Times New Roman"/>
          <w:sz w:val="22"/>
        </w:rPr>
      </w:pPr>
      <w:r w:rsidRPr="007076F9">
        <w:rPr>
          <w:rFonts w:cs="Times New Roman"/>
          <w:sz w:val="22"/>
        </w:rPr>
        <w:t>Data completării: _______________</w:t>
      </w:r>
    </w:p>
    <w:p w:rsidR="00127E6A" w:rsidRPr="007076F9" w:rsidRDefault="00127E6A" w:rsidP="00531B9B">
      <w:pPr>
        <w:rPr>
          <w:rFonts w:cs="Times New Roman"/>
          <w:sz w:val="22"/>
        </w:rPr>
      </w:pPr>
      <w:r w:rsidRPr="007076F9">
        <w:rPr>
          <w:rFonts w:cs="Times New Roman"/>
          <w:sz w:val="22"/>
        </w:rPr>
        <w:t>Operator economic: _______________________________</w:t>
      </w:r>
    </w:p>
    <w:p w:rsidR="00127E6A" w:rsidRPr="007076F9" w:rsidRDefault="00127E6A" w:rsidP="00531B9B">
      <w:pPr>
        <w:rPr>
          <w:rFonts w:cs="Times New Roman"/>
          <w:sz w:val="22"/>
        </w:rPr>
      </w:pPr>
      <w:r w:rsidRPr="007076F9">
        <w:rPr>
          <w:rFonts w:cs="Times New Roman"/>
          <w:sz w:val="22"/>
        </w:rPr>
        <w:t>Nume, prenume: _______________________________</w:t>
      </w:r>
    </w:p>
    <w:p w:rsidR="00127E6A" w:rsidRPr="007076F9" w:rsidRDefault="00127E6A" w:rsidP="00531B9B">
      <w:pPr>
        <w:rPr>
          <w:rFonts w:cs="Times New Roman"/>
          <w:sz w:val="22"/>
        </w:rPr>
      </w:pPr>
      <w:r w:rsidRPr="007076F9">
        <w:rPr>
          <w:rFonts w:cs="Times New Roman"/>
          <w:sz w:val="22"/>
        </w:rPr>
        <w:t>Funcția: _______________________________</w:t>
      </w:r>
    </w:p>
    <w:p w:rsidR="00814F27" w:rsidRPr="007076F9" w:rsidRDefault="00127E6A" w:rsidP="00531B9B">
      <w:pPr>
        <w:rPr>
          <w:rFonts w:cs="Times New Roman"/>
          <w:sz w:val="22"/>
        </w:rPr>
      </w:pPr>
      <w:r w:rsidRPr="007076F9">
        <w:rPr>
          <w:rFonts w:cs="Times New Roman"/>
          <w:sz w:val="22"/>
        </w:rPr>
        <w:t>Semnătura: _______________________________</w:t>
      </w:r>
    </w:p>
    <w:sectPr w:rsidR="00814F27" w:rsidRPr="007076F9" w:rsidSect="003A0D7A">
      <w:pgSz w:w="15840" w:h="12240" w:orient="landscape"/>
      <w:pgMar w:top="993"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7BA1FF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43A445E"/>
    <w:multiLevelType w:val="multilevel"/>
    <w:tmpl w:val="2B8CE4B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A3D6806"/>
    <w:multiLevelType w:val="multilevel"/>
    <w:tmpl w:val="0EDC781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EB55A99"/>
    <w:multiLevelType w:val="multilevel"/>
    <w:tmpl w:val="C1EAC93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7764CCA"/>
    <w:multiLevelType w:val="multilevel"/>
    <w:tmpl w:val="2C32F16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23B46C0C"/>
    <w:multiLevelType w:val="multilevel"/>
    <w:tmpl w:val="B830907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1A25AEB"/>
    <w:multiLevelType w:val="multilevel"/>
    <w:tmpl w:val="57CC8F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7D53373"/>
    <w:multiLevelType w:val="multilevel"/>
    <w:tmpl w:val="05F849D4"/>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E3D6768"/>
    <w:multiLevelType w:val="hybridMultilevel"/>
    <w:tmpl w:val="CE227BEE"/>
    <w:lvl w:ilvl="0" w:tplc="C14E81F6">
      <w:start w:val="1"/>
      <w:numFmt w:val="decimal"/>
      <w:lvlText w:val="%1."/>
      <w:lvlJc w:val="left"/>
      <w:pPr>
        <w:ind w:left="720" w:hanging="360"/>
      </w:pPr>
      <w:rPr>
        <w:b/>
        <w:i w:val="0"/>
        <w:iCs w:val="0"/>
        <w:sz w:val="24"/>
        <w:szCs w:val="24"/>
      </w:rPr>
    </w:lvl>
    <w:lvl w:ilvl="1" w:tplc="0442B36A">
      <w:start w:val="1"/>
      <w:numFmt w:val="lowerLetter"/>
      <w:lvlText w:val="%2."/>
      <w:lvlJc w:val="left"/>
      <w:pPr>
        <w:ind w:left="1440" w:hanging="360"/>
      </w:pPr>
    </w:lvl>
    <w:lvl w:ilvl="2" w:tplc="A10E2F7A">
      <w:start w:val="1"/>
      <w:numFmt w:val="lowerRoman"/>
      <w:lvlText w:val="%3."/>
      <w:lvlJc w:val="right"/>
      <w:pPr>
        <w:ind w:left="2160" w:hanging="180"/>
      </w:pPr>
    </w:lvl>
    <w:lvl w:ilvl="3" w:tplc="C75475A4">
      <w:start w:val="1"/>
      <w:numFmt w:val="decimal"/>
      <w:lvlText w:val="%4."/>
      <w:lvlJc w:val="left"/>
      <w:pPr>
        <w:ind w:left="2880" w:hanging="360"/>
      </w:pPr>
    </w:lvl>
    <w:lvl w:ilvl="4" w:tplc="AAF4EFCC">
      <w:start w:val="1"/>
      <w:numFmt w:val="lowerLetter"/>
      <w:lvlText w:val="%5."/>
      <w:lvlJc w:val="left"/>
      <w:pPr>
        <w:ind w:left="3600" w:hanging="360"/>
      </w:pPr>
    </w:lvl>
    <w:lvl w:ilvl="5" w:tplc="1FDE0C58">
      <w:start w:val="1"/>
      <w:numFmt w:val="lowerRoman"/>
      <w:lvlText w:val="%6."/>
      <w:lvlJc w:val="right"/>
      <w:pPr>
        <w:ind w:left="4320" w:hanging="180"/>
      </w:pPr>
    </w:lvl>
    <w:lvl w:ilvl="6" w:tplc="C76E6E8C">
      <w:start w:val="1"/>
      <w:numFmt w:val="decimal"/>
      <w:lvlText w:val="%7."/>
      <w:lvlJc w:val="left"/>
      <w:pPr>
        <w:ind w:left="5040" w:hanging="360"/>
      </w:pPr>
    </w:lvl>
    <w:lvl w:ilvl="7" w:tplc="7F58DAE4">
      <w:start w:val="1"/>
      <w:numFmt w:val="lowerLetter"/>
      <w:lvlText w:val="%8."/>
      <w:lvlJc w:val="left"/>
      <w:pPr>
        <w:ind w:left="5760" w:hanging="360"/>
      </w:pPr>
    </w:lvl>
    <w:lvl w:ilvl="8" w:tplc="031A6B5A">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67F3DE7"/>
    <w:multiLevelType w:val="hybridMultilevel"/>
    <w:tmpl w:val="2D5C6D76"/>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B55725"/>
    <w:multiLevelType w:val="multilevel"/>
    <w:tmpl w:val="F5A66A2A"/>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344D1F"/>
    <w:multiLevelType w:val="multilevel"/>
    <w:tmpl w:val="B610F37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BB73B8"/>
    <w:multiLevelType w:val="hybridMultilevel"/>
    <w:tmpl w:val="6428F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723BB9"/>
    <w:multiLevelType w:val="multilevel"/>
    <w:tmpl w:val="E1562BA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E886012"/>
    <w:multiLevelType w:val="multilevel"/>
    <w:tmpl w:val="ABF465FA"/>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0586A75"/>
    <w:multiLevelType w:val="multilevel"/>
    <w:tmpl w:val="9F90DDE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F5265B0"/>
    <w:multiLevelType w:val="multilevel"/>
    <w:tmpl w:val="9ECEDBC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82D3679"/>
    <w:multiLevelType w:val="multilevel"/>
    <w:tmpl w:val="168C6216"/>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8"/>
  </w:num>
  <w:num w:numId="13">
    <w:abstractNumId w:val="27"/>
  </w:num>
  <w:num w:numId="14">
    <w:abstractNumId w:val="17"/>
  </w:num>
  <w:num w:numId="15">
    <w:abstractNumId w:val="14"/>
  </w:num>
  <w:num w:numId="16">
    <w:abstractNumId w:val="15"/>
  </w:num>
  <w:num w:numId="17">
    <w:abstractNumId w:val="22"/>
  </w:num>
  <w:num w:numId="18">
    <w:abstractNumId w:val="19"/>
  </w:num>
  <w:num w:numId="19">
    <w:abstractNumId w:val="12"/>
  </w:num>
  <w:num w:numId="20">
    <w:abstractNumId w:val="10"/>
  </w:num>
  <w:num w:numId="21">
    <w:abstractNumId w:val="11"/>
  </w:num>
  <w:num w:numId="22">
    <w:abstractNumId w:val="23"/>
  </w:num>
  <w:num w:numId="23">
    <w:abstractNumId w:val="24"/>
  </w:num>
  <w:num w:numId="24">
    <w:abstractNumId w:val="26"/>
  </w:num>
  <w:num w:numId="25">
    <w:abstractNumId w:val="13"/>
  </w:num>
  <w:num w:numId="26">
    <w:abstractNumId w:val="25"/>
  </w:num>
  <w:num w:numId="27">
    <w:abstractNumId w:val="9"/>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369E"/>
    <w:rsid w:val="000B6594"/>
    <w:rsid w:val="000C3DFC"/>
    <w:rsid w:val="0010737E"/>
    <w:rsid w:val="00110FDC"/>
    <w:rsid w:val="00127E6A"/>
    <w:rsid w:val="0015074B"/>
    <w:rsid w:val="001B08D7"/>
    <w:rsid w:val="001E7444"/>
    <w:rsid w:val="001F1165"/>
    <w:rsid w:val="00210902"/>
    <w:rsid w:val="0021318A"/>
    <w:rsid w:val="0022270F"/>
    <w:rsid w:val="0029639D"/>
    <w:rsid w:val="002A03EF"/>
    <w:rsid w:val="00326F90"/>
    <w:rsid w:val="00374C8A"/>
    <w:rsid w:val="003A0D7A"/>
    <w:rsid w:val="003C7DD0"/>
    <w:rsid w:val="00484219"/>
    <w:rsid w:val="004F177F"/>
    <w:rsid w:val="00505F62"/>
    <w:rsid w:val="00531B9B"/>
    <w:rsid w:val="005F130F"/>
    <w:rsid w:val="00603D90"/>
    <w:rsid w:val="006603CA"/>
    <w:rsid w:val="006A7BA5"/>
    <w:rsid w:val="006E0A3D"/>
    <w:rsid w:val="007076F9"/>
    <w:rsid w:val="00707AC9"/>
    <w:rsid w:val="00730D67"/>
    <w:rsid w:val="00747772"/>
    <w:rsid w:val="007C25C0"/>
    <w:rsid w:val="007E7CF6"/>
    <w:rsid w:val="007F29ED"/>
    <w:rsid w:val="00803D8D"/>
    <w:rsid w:val="00811206"/>
    <w:rsid w:val="00814F27"/>
    <w:rsid w:val="008D1020"/>
    <w:rsid w:val="00924ED0"/>
    <w:rsid w:val="0098480E"/>
    <w:rsid w:val="009B721A"/>
    <w:rsid w:val="00A02F09"/>
    <w:rsid w:val="00A138C2"/>
    <w:rsid w:val="00A20347"/>
    <w:rsid w:val="00A45F2B"/>
    <w:rsid w:val="00A97ADF"/>
    <w:rsid w:val="00AA1D8D"/>
    <w:rsid w:val="00AE720F"/>
    <w:rsid w:val="00B47730"/>
    <w:rsid w:val="00B8159E"/>
    <w:rsid w:val="00BD31A6"/>
    <w:rsid w:val="00BD4525"/>
    <w:rsid w:val="00C56432"/>
    <w:rsid w:val="00C75252"/>
    <w:rsid w:val="00C8582B"/>
    <w:rsid w:val="00CB0664"/>
    <w:rsid w:val="00CB7340"/>
    <w:rsid w:val="00D756A6"/>
    <w:rsid w:val="00D92004"/>
    <w:rsid w:val="00DA768A"/>
    <w:rsid w:val="00DB14F8"/>
    <w:rsid w:val="00DB17FC"/>
    <w:rsid w:val="00DE74D3"/>
    <w:rsid w:val="00E17C54"/>
    <w:rsid w:val="00E87FE3"/>
    <w:rsid w:val="00E902B2"/>
    <w:rsid w:val="00EA2F43"/>
    <w:rsid w:val="00EE23B4"/>
    <w:rsid w:val="00FA6A39"/>
    <w:rsid w:val="00FC693F"/>
    <w:rsid w:val="00FD1F25"/>
    <w:rsid w:val="00FF1E07"/>
    <w:rsid w:val="00FF20E1"/>
    <w:rsid w:val="00FF38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33D6F0"/>
  <w14:defaultImageDpi w14:val="300"/>
  <w15:docId w15:val="{B8976D2F-105D-493F-8E59-1BAE937C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Titlu3">
    <w:name w:val="heading 3"/>
    <w:basedOn w:val="Normal"/>
    <w:next w:val="Normal"/>
    <w:link w:val="Titlu3Caracte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Titlu9">
    <w:name w:val="heading 9"/>
    <w:basedOn w:val="Normal"/>
    <w:next w:val="Normal"/>
    <w:link w:val="Titlu9Caracte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E618BF"/>
    <w:pPr>
      <w:tabs>
        <w:tab w:val="center" w:pos="4680"/>
        <w:tab w:val="right" w:pos="9360"/>
      </w:tabs>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nhideWhenUsed/>
    <w:rsid w:val="00E618BF"/>
    <w:pPr>
      <w:tabs>
        <w:tab w:val="center" w:pos="4680"/>
        <w:tab w:val="right" w:pos="9360"/>
      </w:tabs>
    </w:pPr>
  </w:style>
  <w:style w:type="character" w:customStyle="1" w:styleId="SubsolCaracter">
    <w:name w:val="Subsol Caracter"/>
    <w:basedOn w:val="Fontdeparagrafimplicit"/>
    <w:link w:val="Subsol"/>
    <w:uiPriority w:val="99"/>
    <w:rsid w:val="00E618BF"/>
  </w:style>
  <w:style w:type="paragraph" w:styleId="Frspaiere">
    <w:name w:val="No Spacing"/>
    <w:qFormat/>
    <w:rsid w:val="00FC693F"/>
    <w:pPr>
      <w:spacing w:after="0" w:line="240" w:lineRule="auto"/>
    </w:pPr>
    <w:rPr>
      <w:rFonts w:ascii="Times New Roman" w:eastAsia="Times New Roman" w:hAnsi="Times New Roman"/>
      <w:sz w:val="24"/>
    </w:r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aliases w:val="HotarirePunct1"/>
    <w:basedOn w:val="Normal"/>
    <w:link w:val="ListparagrafCaracter"/>
    <w:qFormat/>
    <w:rsid w:val="00FC693F"/>
    <w:pPr>
      <w:ind w:left="720"/>
      <w:contextualSpacing/>
    </w:pPr>
  </w:style>
  <w:style w:type="paragraph" w:styleId="Corptext">
    <w:name w:val="Body Text"/>
    <w:basedOn w:val="Normal"/>
    <w:link w:val="CorptextCaracter"/>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4"/>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nhideWhenUsed/>
    <w:qFormat/>
    <w:rsid w:val="00FC693F"/>
    <w:rPr>
      <w:b/>
      <w:bCs/>
      <w:color w:val="4F81BD" w:themeColor="accent1"/>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nhideWhenUsed/>
    <w:qFormat/>
    <w:rsid w:val="00FC693F"/>
    <w:pPr>
      <w:outlineLvl w:val="9"/>
    </w:pPr>
    <w:rPr>
      <w:rFonts w:ascii="Times New Roman" w:eastAsia="Times New Roman" w:hAnsi="Times New Roman"/>
    </w:r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nhideWhenUsed/>
    <w:rsid w:val="00FF1E07"/>
    <w:rPr>
      <w:color w:val="0000FF" w:themeColor="hyperlink"/>
      <w:u w:val="single"/>
    </w:rPr>
  </w:style>
  <w:style w:type="character" w:styleId="MeniuneNerezolvat">
    <w:name w:val="Unresolved Mention"/>
    <w:basedOn w:val="Fontdeparagrafimplicit"/>
    <w:uiPriority w:val="99"/>
    <w:semiHidden/>
    <w:unhideWhenUsed/>
    <w:rsid w:val="00FF1E07"/>
    <w:rPr>
      <w:color w:val="605E5C"/>
      <w:shd w:val="clear" w:color="auto" w:fill="E1DFDD"/>
    </w:rPr>
  </w:style>
  <w:style w:type="table" w:customStyle="1" w:styleId="Tabelgril1">
    <w:name w:val="Tabel grilă1"/>
    <w:basedOn w:val="TabelNormal"/>
    <w:next w:val="Tabelgril"/>
    <w:uiPriority w:val="59"/>
    <w:rsid w:val="00127E6A"/>
    <w:pPr>
      <w:spacing w:after="0" w:line="240" w:lineRule="auto"/>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0C3DFC"/>
    <w:pPr>
      <w:spacing w:before="100" w:beforeAutospacing="1" w:after="100" w:afterAutospacing="1"/>
    </w:pPr>
    <w:rPr>
      <w:rFonts w:cs="Times New Roman"/>
      <w:szCs w:val="24"/>
    </w:rPr>
  </w:style>
  <w:style w:type="character" w:customStyle="1" w:styleId="ListparagrafCaracter">
    <w:name w:val="Listă paragraf Caracter"/>
    <w:aliases w:val="HotarirePunct1 Caracter"/>
    <w:link w:val="Listparagraf"/>
    <w:uiPriority w:val="34"/>
    <w:locked/>
    <w:rsid w:val="00FF20E1"/>
    <w:rPr>
      <w:rFonts w:ascii="Times New Roman" w:eastAsia="Times New Roman" w:hAnsi="Times New Roman"/>
      <w:sz w:val="24"/>
    </w:rPr>
  </w:style>
  <w:style w:type="character" w:customStyle="1" w:styleId="WW8Num2z0">
    <w:name w:val="WW8Num2z0"/>
    <w:qFormat/>
    <w:rsid w:val="00924ED0"/>
  </w:style>
  <w:style w:type="character" w:customStyle="1" w:styleId="WW8Num3z0">
    <w:name w:val="WW8Num3z0"/>
    <w:qFormat/>
    <w:rsid w:val="00924ED0"/>
  </w:style>
  <w:style w:type="character" w:customStyle="1" w:styleId="WW8Num4z0">
    <w:name w:val="WW8Num4z0"/>
    <w:qFormat/>
    <w:rsid w:val="00924ED0"/>
  </w:style>
  <w:style w:type="character" w:customStyle="1" w:styleId="WW8Num5z0">
    <w:name w:val="WW8Num5z0"/>
    <w:qFormat/>
    <w:rsid w:val="00924ED0"/>
  </w:style>
  <w:style w:type="character" w:customStyle="1" w:styleId="WW8Num6z0">
    <w:name w:val="WW8Num6z0"/>
    <w:qFormat/>
    <w:rsid w:val="00924ED0"/>
  </w:style>
  <w:style w:type="character" w:customStyle="1" w:styleId="WW8Num7z0">
    <w:name w:val="WW8Num7z0"/>
    <w:qFormat/>
    <w:rsid w:val="00924ED0"/>
    <w:rPr>
      <w:b w:val="0"/>
    </w:rPr>
  </w:style>
  <w:style w:type="character" w:customStyle="1" w:styleId="WW8Num9z0">
    <w:name w:val="WW8Num9z0"/>
    <w:qFormat/>
    <w:rsid w:val="00924ED0"/>
  </w:style>
  <w:style w:type="character" w:customStyle="1" w:styleId="WW8Num10z0">
    <w:name w:val="WW8Num10z0"/>
    <w:qFormat/>
    <w:rsid w:val="00924ED0"/>
    <w:rPr>
      <w:rFonts w:ascii="Times New Roman" w:eastAsia="Times New Roman" w:hAnsi="Times New Roman" w:cs="Times New Roman"/>
    </w:rPr>
  </w:style>
  <w:style w:type="character" w:customStyle="1" w:styleId="WW8Num10z1">
    <w:name w:val="WW8Num10z1"/>
    <w:qFormat/>
    <w:rsid w:val="00924ED0"/>
    <w:rPr>
      <w:rFonts w:ascii="Courier New" w:hAnsi="Courier New" w:cs="Courier New"/>
    </w:rPr>
  </w:style>
  <w:style w:type="character" w:customStyle="1" w:styleId="WW8Num10z2">
    <w:name w:val="WW8Num10z2"/>
    <w:qFormat/>
    <w:rsid w:val="00924ED0"/>
    <w:rPr>
      <w:rFonts w:ascii="Wingdings" w:hAnsi="Wingdings" w:cs="Wingdings"/>
    </w:rPr>
  </w:style>
  <w:style w:type="character" w:customStyle="1" w:styleId="WW8Num10z3">
    <w:name w:val="WW8Num10z3"/>
    <w:qFormat/>
    <w:rsid w:val="00924ED0"/>
    <w:rPr>
      <w:rFonts w:ascii="Symbol" w:hAnsi="Symbol" w:cs="Symbol"/>
    </w:rPr>
  </w:style>
  <w:style w:type="character" w:customStyle="1" w:styleId="WW8Num11z0">
    <w:name w:val="WW8Num11z0"/>
    <w:qFormat/>
    <w:rsid w:val="00924ED0"/>
    <w:rPr>
      <w:rFonts w:ascii="Times New Roman" w:eastAsia="Times New Roman" w:hAnsi="Times New Roman" w:cs="Times New Roman"/>
    </w:rPr>
  </w:style>
  <w:style w:type="character" w:customStyle="1" w:styleId="WW8Num11z1">
    <w:name w:val="WW8Num11z1"/>
    <w:qFormat/>
    <w:rsid w:val="00924ED0"/>
    <w:rPr>
      <w:rFonts w:ascii="Courier New" w:hAnsi="Courier New" w:cs="Courier New"/>
    </w:rPr>
  </w:style>
  <w:style w:type="character" w:customStyle="1" w:styleId="WW8Num11z2">
    <w:name w:val="WW8Num11z2"/>
    <w:qFormat/>
    <w:rsid w:val="00924ED0"/>
    <w:rPr>
      <w:rFonts w:ascii="Wingdings" w:hAnsi="Wingdings" w:cs="Wingdings"/>
    </w:rPr>
  </w:style>
  <w:style w:type="character" w:customStyle="1" w:styleId="WW8Num11z3">
    <w:name w:val="WW8Num11z3"/>
    <w:qFormat/>
    <w:rsid w:val="00924ED0"/>
    <w:rPr>
      <w:rFonts w:ascii="Symbol" w:hAnsi="Symbol" w:cs="Symbol"/>
    </w:rPr>
  </w:style>
  <w:style w:type="character" w:customStyle="1" w:styleId="WW8Num12z0">
    <w:name w:val="WW8Num12z0"/>
    <w:qFormat/>
    <w:rsid w:val="00924ED0"/>
    <w:rPr>
      <w:rFonts w:ascii="Times New Roman" w:eastAsia="Times New Roman" w:hAnsi="Times New Roman" w:cs="Times New Roman"/>
    </w:rPr>
  </w:style>
  <w:style w:type="character" w:customStyle="1" w:styleId="WW8Num12z1">
    <w:name w:val="WW8Num12z1"/>
    <w:qFormat/>
    <w:rsid w:val="00924ED0"/>
    <w:rPr>
      <w:rFonts w:ascii="Courier New" w:hAnsi="Courier New" w:cs="Courier New"/>
    </w:rPr>
  </w:style>
  <w:style w:type="character" w:customStyle="1" w:styleId="WW8Num12z2">
    <w:name w:val="WW8Num12z2"/>
    <w:qFormat/>
    <w:rsid w:val="00924ED0"/>
    <w:rPr>
      <w:rFonts w:ascii="Wingdings" w:hAnsi="Wingdings" w:cs="Wingdings"/>
    </w:rPr>
  </w:style>
  <w:style w:type="character" w:customStyle="1" w:styleId="WW8Num12z3">
    <w:name w:val="WW8Num12z3"/>
    <w:qFormat/>
    <w:rsid w:val="00924ED0"/>
    <w:rPr>
      <w:rFonts w:ascii="Symbol" w:hAnsi="Symbol" w:cs="Symbol"/>
    </w:rPr>
  </w:style>
  <w:style w:type="character" w:customStyle="1" w:styleId="WW8Num13z0">
    <w:name w:val="WW8Num13z0"/>
    <w:qFormat/>
    <w:rsid w:val="00924ED0"/>
  </w:style>
  <w:style w:type="character" w:customStyle="1" w:styleId="WW8Num14z0">
    <w:name w:val="WW8Num14z0"/>
    <w:qFormat/>
    <w:rsid w:val="00924ED0"/>
    <w:rPr>
      <w:rFonts w:ascii="Symbol" w:hAnsi="Symbol" w:cs="Symbol"/>
    </w:rPr>
  </w:style>
  <w:style w:type="character" w:customStyle="1" w:styleId="WW8Num14z1">
    <w:name w:val="WW8Num14z1"/>
    <w:qFormat/>
    <w:rsid w:val="00924ED0"/>
    <w:rPr>
      <w:rFonts w:ascii="Courier New" w:hAnsi="Courier New" w:cs="Courier New"/>
    </w:rPr>
  </w:style>
  <w:style w:type="character" w:customStyle="1" w:styleId="WW8Num14z2">
    <w:name w:val="WW8Num14z2"/>
    <w:qFormat/>
    <w:rsid w:val="00924ED0"/>
    <w:rPr>
      <w:rFonts w:ascii="Wingdings" w:hAnsi="Wingdings" w:cs="Wingdings"/>
    </w:rPr>
  </w:style>
  <w:style w:type="character" w:customStyle="1" w:styleId="WW8Num15z0">
    <w:name w:val="WW8Num15z0"/>
    <w:qFormat/>
    <w:rsid w:val="00924ED0"/>
  </w:style>
  <w:style w:type="character" w:customStyle="1" w:styleId="WW8Num16z0">
    <w:name w:val="WW8Num16z0"/>
    <w:qFormat/>
    <w:rsid w:val="00924ED0"/>
    <w:rPr>
      <w:rFonts w:ascii="Times New Roman" w:eastAsia="Times New Roman" w:hAnsi="Times New Roman" w:cs="Times New Roman"/>
      <w:b w:val="0"/>
      <w:i w:val="0"/>
      <w:color w:val="000000"/>
    </w:rPr>
  </w:style>
  <w:style w:type="character" w:customStyle="1" w:styleId="WW8Num16z1">
    <w:name w:val="WW8Num16z1"/>
    <w:qFormat/>
    <w:rsid w:val="00924ED0"/>
    <w:rPr>
      <w:rFonts w:ascii="Times New Roman" w:eastAsia="Times New Roman" w:hAnsi="Times New Roman" w:cs="Times New Roman"/>
      <w:b/>
    </w:rPr>
  </w:style>
  <w:style w:type="character" w:customStyle="1" w:styleId="WW8Num17z0">
    <w:name w:val="WW8Num17z0"/>
    <w:qFormat/>
    <w:rsid w:val="00924ED0"/>
    <w:rPr>
      <w:rFonts w:ascii="Times New Roman" w:eastAsia="Times New Roman" w:hAnsi="Times New Roman" w:cs="Times New Roman"/>
    </w:rPr>
  </w:style>
  <w:style w:type="character" w:customStyle="1" w:styleId="WW8Num17z1">
    <w:name w:val="WW8Num17z1"/>
    <w:qFormat/>
    <w:rsid w:val="00924ED0"/>
    <w:rPr>
      <w:rFonts w:ascii="Courier New" w:hAnsi="Courier New" w:cs="Courier New"/>
    </w:rPr>
  </w:style>
  <w:style w:type="character" w:customStyle="1" w:styleId="WW8Num17z2">
    <w:name w:val="WW8Num17z2"/>
    <w:qFormat/>
    <w:rsid w:val="00924ED0"/>
    <w:rPr>
      <w:rFonts w:ascii="Wingdings" w:hAnsi="Wingdings" w:cs="Wingdings"/>
    </w:rPr>
  </w:style>
  <w:style w:type="character" w:customStyle="1" w:styleId="WW8Num17z3">
    <w:name w:val="WW8Num17z3"/>
    <w:qFormat/>
    <w:rsid w:val="00924ED0"/>
    <w:rPr>
      <w:rFonts w:ascii="Symbol" w:hAnsi="Symbol" w:cs="Symbol"/>
    </w:rPr>
  </w:style>
  <w:style w:type="character" w:customStyle="1" w:styleId="WW8Num18z0">
    <w:name w:val="WW8Num18z0"/>
    <w:qFormat/>
    <w:rsid w:val="00924ED0"/>
  </w:style>
  <w:style w:type="character" w:customStyle="1" w:styleId="WW8Num20z0">
    <w:name w:val="WW8Num20z0"/>
    <w:qFormat/>
    <w:rsid w:val="00924ED0"/>
  </w:style>
  <w:style w:type="character" w:customStyle="1" w:styleId="WW8Num21z0">
    <w:name w:val="WW8Num21z0"/>
    <w:qFormat/>
    <w:rsid w:val="00924ED0"/>
    <w:rPr>
      <w:b/>
      <w:i w:val="0"/>
      <w:sz w:val="24"/>
      <w:szCs w:val="24"/>
    </w:rPr>
  </w:style>
  <w:style w:type="character" w:customStyle="1" w:styleId="WW8Num22z0">
    <w:name w:val="WW8Num22z0"/>
    <w:qFormat/>
    <w:rsid w:val="00924ED0"/>
  </w:style>
  <w:style w:type="character" w:customStyle="1" w:styleId="WW8Num23z0">
    <w:name w:val="WW8Num23z0"/>
    <w:qFormat/>
    <w:rsid w:val="00924ED0"/>
    <w:rPr>
      <w:b w:val="0"/>
      <w:i w:val="0"/>
    </w:rPr>
  </w:style>
  <w:style w:type="character" w:customStyle="1" w:styleId="WW8Num24z0">
    <w:name w:val="WW8Num24z0"/>
    <w:qFormat/>
    <w:rsid w:val="00924ED0"/>
    <w:rPr>
      <w:b/>
      <w:i w:val="0"/>
      <w:sz w:val="24"/>
      <w:szCs w:val="24"/>
    </w:rPr>
  </w:style>
  <w:style w:type="character" w:customStyle="1" w:styleId="WW8Num26z0">
    <w:name w:val="WW8Num26z0"/>
    <w:qFormat/>
    <w:rsid w:val="00924ED0"/>
    <w:rPr>
      <w:rFonts w:ascii="Symbol" w:hAnsi="Symbol" w:cs="Symbol"/>
    </w:rPr>
  </w:style>
  <w:style w:type="character" w:customStyle="1" w:styleId="WW8Num26z1">
    <w:name w:val="WW8Num26z1"/>
    <w:qFormat/>
    <w:rsid w:val="00924ED0"/>
    <w:rPr>
      <w:rFonts w:ascii="Courier New" w:hAnsi="Courier New" w:cs="Courier New"/>
    </w:rPr>
  </w:style>
  <w:style w:type="character" w:customStyle="1" w:styleId="WW8Num26z2">
    <w:name w:val="WW8Num26z2"/>
    <w:qFormat/>
    <w:rsid w:val="00924ED0"/>
    <w:rPr>
      <w:rFonts w:ascii="Wingdings" w:hAnsi="Wingdings" w:cs="Wingdings"/>
    </w:rPr>
  </w:style>
  <w:style w:type="character" w:customStyle="1" w:styleId="WW8Num27z0">
    <w:name w:val="WW8Num27z0"/>
    <w:qFormat/>
    <w:rsid w:val="00924ED0"/>
  </w:style>
  <w:style w:type="character" w:customStyle="1" w:styleId="WW8Num28z0">
    <w:name w:val="WW8Num28z0"/>
    <w:qFormat/>
    <w:rsid w:val="00924ED0"/>
  </w:style>
  <w:style w:type="character" w:customStyle="1" w:styleId="WW8Num29z0">
    <w:name w:val="WW8Num29z0"/>
    <w:qFormat/>
    <w:rsid w:val="00924ED0"/>
    <w:rPr>
      <w:rFonts w:ascii="Symbol" w:hAnsi="Symbol" w:cs="Symbol"/>
    </w:rPr>
  </w:style>
  <w:style w:type="character" w:customStyle="1" w:styleId="WW8Num30z0">
    <w:name w:val="WW8Num30z0"/>
    <w:qFormat/>
    <w:rsid w:val="00924ED0"/>
    <w:rPr>
      <w:b/>
    </w:rPr>
  </w:style>
  <w:style w:type="character" w:customStyle="1" w:styleId="WW8Num31z0">
    <w:name w:val="WW8Num31z0"/>
    <w:qFormat/>
    <w:rsid w:val="00924ED0"/>
  </w:style>
  <w:style w:type="character" w:customStyle="1" w:styleId="WW8Num32z0">
    <w:name w:val="WW8Num32z0"/>
    <w:qFormat/>
    <w:rsid w:val="00924ED0"/>
    <w:rPr>
      <w:rFonts w:ascii="Times New Roman" w:eastAsia="Times New Roman" w:hAnsi="Times New Roman" w:cs="Times New Roman"/>
    </w:rPr>
  </w:style>
  <w:style w:type="character" w:customStyle="1" w:styleId="Heading1Char">
    <w:name w:val="Heading 1 Char"/>
    <w:qFormat/>
    <w:rsid w:val="00924ED0"/>
    <w:rPr>
      <w:rFonts w:ascii="Times New Roman" w:eastAsia="Times New Roman" w:hAnsi="Times New Roman" w:cs="Times New Roman"/>
      <w:b/>
      <w:sz w:val="28"/>
      <w:szCs w:val="24"/>
      <w:lang w:val="ro-RO"/>
    </w:rPr>
  </w:style>
  <w:style w:type="character" w:customStyle="1" w:styleId="Heading2Char">
    <w:name w:val="Heading 2 Char"/>
    <w:qFormat/>
    <w:rsid w:val="00924ED0"/>
    <w:rPr>
      <w:rFonts w:ascii="Arial" w:eastAsia="Times New Roman" w:hAnsi="Arial" w:cs="Arial"/>
      <w:b/>
      <w:bCs/>
      <w:i/>
      <w:iCs/>
      <w:sz w:val="28"/>
      <w:szCs w:val="28"/>
      <w:lang w:val="ro-MD"/>
    </w:rPr>
  </w:style>
  <w:style w:type="character" w:customStyle="1" w:styleId="Heading3Char">
    <w:name w:val="Heading 3 Char"/>
    <w:qFormat/>
    <w:rsid w:val="00924ED0"/>
    <w:rPr>
      <w:rFonts w:ascii="Arial" w:eastAsia="Times New Roman" w:hAnsi="Arial" w:cs="Arial"/>
      <w:kern w:val="2"/>
      <w:sz w:val="24"/>
      <w:lang w:val="en-GB"/>
    </w:rPr>
  </w:style>
  <w:style w:type="character" w:customStyle="1" w:styleId="Heading4Char">
    <w:name w:val="Heading 4 Char"/>
    <w:qFormat/>
    <w:rsid w:val="00924ED0"/>
    <w:rPr>
      <w:rFonts w:ascii="Times New Roman" w:eastAsia="Times New Roman" w:hAnsi="Times New Roman" w:cs="Times New Roman"/>
      <w:b/>
      <w:sz w:val="24"/>
      <w:szCs w:val="20"/>
      <w:lang w:val="ro-RO"/>
    </w:rPr>
  </w:style>
  <w:style w:type="character" w:customStyle="1" w:styleId="BodyTextIndentChar">
    <w:name w:val="Body Text Indent Char"/>
    <w:qFormat/>
    <w:rsid w:val="00924ED0"/>
    <w:rPr>
      <w:rFonts w:ascii="Times New Roman" w:eastAsia="Times New Roman" w:hAnsi="Times New Roman" w:cs="Times New Roman"/>
      <w:sz w:val="24"/>
      <w:szCs w:val="24"/>
      <w:lang w:val="ro-MD"/>
    </w:rPr>
  </w:style>
  <w:style w:type="character" w:customStyle="1" w:styleId="NoSpacingChar">
    <w:name w:val="No Spacing Char"/>
    <w:qFormat/>
    <w:rsid w:val="00924ED0"/>
    <w:rPr>
      <w:rFonts w:ascii="Times New Roman" w:eastAsia="Times New Roman" w:hAnsi="Times New Roman" w:cs="Times New Roman"/>
      <w:sz w:val="24"/>
      <w:szCs w:val="24"/>
    </w:rPr>
  </w:style>
  <w:style w:type="character" w:customStyle="1" w:styleId="apple-converted-space">
    <w:name w:val="apple-converted-space"/>
    <w:qFormat/>
    <w:rsid w:val="00924ED0"/>
  </w:style>
  <w:style w:type="character" w:customStyle="1" w:styleId="BalloonTextChar">
    <w:name w:val="Balloon Text Char"/>
    <w:qFormat/>
    <w:rsid w:val="00924ED0"/>
    <w:rPr>
      <w:rFonts w:ascii="Tahoma" w:eastAsia="Times New Roman" w:hAnsi="Tahoma" w:cs="Tahoma"/>
      <w:sz w:val="16"/>
      <w:szCs w:val="16"/>
      <w:lang w:val="ru-RU"/>
    </w:rPr>
  </w:style>
  <w:style w:type="character" w:customStyle="1" w:styleId="CommentReference">
    <w:name w:val="Comment Reference"/>
    <w:qFormat/>
    <w:rsid w:val="00924ED0"/>
    <w:rPr>
      <w:sz w:val="16"/>
      <w:szCs w:val="16"/>
    </w:rPr>
  </w:style>
  <w:style w:type="character" w:customStyle="1" w:styleId="CommentTextChar">
    <w:name w:val="Comment Text Char"/>
    <w:qFormat/>
    <w:rsid w:val="00924ED0"/>
    <w:rPr>
      <w:rFonts w:ascii="Times New Roman" w:eastAsia="Times New Roman" w:hAnsi="Times New Roman" w:cs="Times New Roman"/>
      <w:lang w:val="ru-RU"/>
    </w:rPr>
  </w:style>
  <w:style w:type="character" w:customStyle="1" w:styleId="CommentSubjectChar">
    <w:name w:val="Comment Subject Char"/>
    <w:qFormat/>
    <w:rsid w:val="00924ED0"/>
    <w:rPr>
      <w:rFonts w:ascii="Times New Roman" w:eastAsia="Times New Roman" w:hAnsi="Times New Roman" w:cs="Times New Roman"/>
      <w:b/>
      <w:bCs/>
      <w:lang w:val="ru-RU"/>
    </w:rPr>
  </w:style>
  <w:style w:type="character" w:customStyle="1" w:styleId="HeaderChar">
    <w:name w:val="Header Char"/>
    <w:qFormat/>
    <w:rsid w:val="00924ED0"/>
    <w:rPr>
      <w:rFonts w:cs="Arial"/>
      <w:sz w:val="22"/>
      <w:szCs w:val="22"/>
      <w:lang w:val="en-GB"/>
    </w:rPr>
  </w:style>
  <w:style w:type="character" w:customStyle="1" w:styleId="FooterChar">
    <w:name w:val="Footer Char"/>
    <w:qFormat/>
    <w:rsid w:val="00924ED0"/>
    <w:rPr>
      <w:rFonts w:cs="Arial"/>
      <w:sz w:val="22"/>
      <w:szCs w:val="22"/>
      <w:lang w:val="en-GB"/>
    </w:rPr>
  </w:style>
  <w:style w:type="character" w:customStyle="1" w:styleId="HTMLPreformattedChar">
    <w:name w:val="HTML Preformatted Char"/>
    <w:qFormat/>
    <w:rsid w:val="00924ED0"/>
    <w:rPr>
      <w:rFonts w:ascii="Courier New" w:eastAsia="Times New Roman" w:hAnsi="Courier New" w:cs="Courier New"/>
      <w:lang w:val="en-GB"/>
    </w:rPr>
  </w:style>
  <w:style w:type="character" w:customStyle="1" w:styleId="FootnoteTextChar">
    <w:name w:val="Footnote Text Char"/>
    <w:qFormat/>
    <w:rsid w:val="00924ED0"/>
    <w:rPr>
      <w:rFonts w:ascii="Times New Roman" w:hAnsi="Times New Roman" w:cs="Times New Roman"/>
      <w:lang w:val="en-GB"/>
    </w:rPr>
  </w:style>
  <w:style w:type="character" w:customStyle="1" w:styleId="NormalBoldChar">
    <w:name w:val="NormalBold Char"/>
    <w:qFormat/>
    <w:rsid w:val="00924ED0"/>
    <w:rPr>
      <w:rFonts w:ascii="Times New Roman" w:eastAsia="Times New Roman" w:hAnsi="Times New Roman" w:cs="Times New Roman"/>
      <w:b/>
      <w:sz w:val="24"/>
      <w:szCs w:val="22"/>
      <w:lang w:val="en-GB"/>
    </w:rPr>
  </w:style>
  <w:style w:type="character" w:customStyle="1" w:styleId="DeltaViewInsertion">
    <w:name w:val="DeltaView Insertion"/>
    <w:qFormat/>
    <w:rsid w:val="00924ED0"/>
    <w:rPr>
      <w:b/>
      <w:i/>
      <w:spacing w:val="0"/>
    </w:rPr>
  </w:style>
  <w:style w:type="character" w:customStyle="1" w:styleId="BodyTextChar">
    <w:name w:val="Body Text Char"/>
    <w:qFormat/>
    <w:rsid w:val="00924ED0"/>
    <w:rPr>
      <w:rFonts w:ascii="Arial" w:eastAsia="Times" w:hAnsi="Arial" w:cs="Arial"/>
      <w:sz w:val="28"/>
      <w:lang w:val="en-GB"/>
    </w:rPr>
  </w:style>
  <w:style w:type="character" w:customStyle="1" w:styleId="legds2">
    <w:name w:val="legds2"/>
    <w:qFormat/>
    <w:rsid w:val="00924ED0"/>
    <w:rPr>
      <w:vanish w:val="0"/>
    </w:rPr>
  </w:style>
  <w:style w:type="character" w:styleId="AcronimHTML">
    <w:name w:val="HTML Acronym"/>
    <w:qFormat/>
    <w:rsid w:val="00924ED0"/>
  </w:style>
  <w:style w:type="character" w:customStyle="1" w:styleId="notranslate">
    <w:name w:val="notranslate"/>
    <w:qFormat/>
    <w:rsid w:val="00924ED0"/>
  </w:style>
  <w:style w:type="character" w:customStyle="1" w:styleId="docblue">
    <w:name w:val="doc_blue"/>
    <w:qFormat/>
    <w:rsid w:val="00924ED0"/>
  </w:style>
  <w:style w:type="paragraph" w:customStyle="1" w:styleId="Heading">
    <w:name w:val="Heading"/>
    <w:basedOn w:val="Normal"/>
    <w:next w:val="Corptext"/>
    <w:qFormat/>
    <w:rsid w:val="00924ED0"/>
    <w:pPr>
      <w:keepNext/>
      <w:suppressAutoHyphens/>
      <w:spacing w:before="240" w:after="120"/>
    </w:pPr>
    <w:rPr>
      <w:rFonts w:ascii="Liberation Sans" w:eastAsia="Noto Sans CJK SC" w:hAnsi="Liberation Sans" w:cs="Lohit Devanagari"/>
      <w:sz w:val="28"/>
      <w:szCs w:val="28"/>
      <w:lang w:val="ru-RU" w:eastAsia="zh-CN"/>
    </w:rPr>
  </w:style>
  <w:style w:type="paragraph" w:customStyle="1" w:styleId="Index">
    <w:name w:val="Index"/>
    <w:basedOn w:val="Normal"/>
    <w:qFormat/>
    <w:rsid w:val="00924ED0"/>
    <w:pPr>
      <w:suppressLineNumbers/>
      <w:suppressAutoHyphens/>
    </w:pPr>
    <w:rPr>
      <w:rFonts w:cs="Lohit Devanagari"/>
      <w:szCs w:val="24"/>
      <w:lang w:val="ru-RU" w:eastAsia="zh-CN"/>
    </w:rPr>
  </w:style>
  <w:style w:type="paragraph" w:styleId="Indentcorptext">
    <w:name w:val="Body Text Indent"/>
    <w:basedOn w:val="Normal"/>
    <w:link w:val="IndentcorptextCaracter"/>
    <w:rsid w:val="00924ED0"/>
    <w:pPr>
      <w:suppressAutoHyphens/>
      <w:spacing w:after="120"/>
      <w:ind w:left="283"/>
    </w:pPr>
    <w:rPr>
      <w:rFonts w:cs="Times New Roman"/>
      <w:szCs w:val="24"/>
      <w:lang w:val="ro-MD" w:eastAsia="zh-CN"/>
    </w:rPr>
  </w:style>
  <w:style w:type="character" w:customStyle="1" w:styleId="IndentcorptextCaracter">
    <w:name w:val="Indent corp text Caracter"/>
    <w:basedOn w:val="Fontdeparagrafimplicit"/>
    <w:link w:val="Indentcorptext"/>
    <w:rsid w:val="00924ED0"/>
    <w:rPr>
      <w:rFonts w:ascii="Times New Roman" w:eastAsia="Times New Roman" w:hAnsi="Times New Roman" w:cs="Times New Roman"/>
      <w:sz w:val="24"/>
      <w:szCs w:val="24"/>
      <w:lang w:val="ro-MD" w:eastAsia="zh-CN"/>
    </w:rPr>
  </w:style>
  <w:style w:type="paragraph" w:customStyle="1" w:styleId="FR1">
    <w:name w:val="FR1"/>
    <w:qFormat/>
    <w:rsid w:val="00924ED0"/>
    <w:pPr>
      <w:widowControl w:val="0"/>
      <w:suppressAutoHyphens/>
      <w:snapToGrid w:val="0"/>
      <w:spacing w:after="0" w:line="257" w:lineRule="auto"/>
      <w:ind w:firstLine="720"/>
      <w:jc w:val="both"/>
    </w:pPr>
    <w:rPr>
      <w:rFonts w:ascii="Times New Roman" w:eastAsia="Times New Roman" w:hAnsi="Times New Roman" w:cs="Times New Roman"/>
      <w:szCs w:val="20"/>
      <w:lang w:val="ro-RO" w:eastAsia="zh-CN"/>
    </w:rPr>
  </w:style>
  <w:style w:type="paragraph" w:styleId="TextnBalon">
    <w:name w:val="Balloon Text"/>
    <w:basedOn w:val="Normal"/>
    <w:link w:val="TextnBalonCaracter"/>
    <w:qFormat/>
    <w:rsid w:val="00924ED0"/>
    <w:pPr>
      <w:suppressAutoHyphens/>
    </w:pPr>
    <w:rPr>
      <w:rFonts w:ascii="Tahoma" w:hAnsi="Tahoma" w:cs="Tahoma"/>
      <w:sz w:val="16"/>
      <w:szCs w:val="16"/>
      <w:lang w:val="ru-RU" w:eastAsia="zh-CN"/>
    </w:rPr>
  </w:style>
  <w:style w:type="character" w:customStyle="1" w:styleId="TextnBalonCaracter">
    <w:name w:val="Text în Balon Caracter"/>
    <w:basedOn w:val="Fontdeparagrafimplicit"/>
    <w:link w:val="TextnBalon"/>
    <w:rsid w:val="00924ED0"/>
    <w:rPr>
      <w:rFonts w:ascii="Tahoma" w:eastAsia="Times New Roman" w:hAnsi="Tahoma" w:cs="Tahoma"/>
      <w:sz w:val="16"/>
      <w:szCs w:val="16"/>
      <w:lang w:val="ru-RU" w:eastAsia="zh-CN"/>
    </w:rPr>
  </w:style>
  <w:style w:type="paragraph" w:customStyle="1" w:styleId="CommentText">
    <w:name w:val="Comment Text"/>
    <w:basedOn w:val="Normal"/>
    <w:qFormat/>
    <w:rsid w:val="00924ED0"/>
    <w:pPr>
      <w:suppressAutoHyphens/>
    </w:pPr>
    <w:rPr>
      <w:rFonts w:cs="Times New Roman"/>
      <w:sz w:val="20"/>
      <w:szCs w:val="20"/>
      <w:lang w:val="ru-RU" w:eastAsia="zh-CN"/>
    </w:rPr>
  </w:style>
  <w:style w:type="paragraph" w:customStyle="1" w:styleId="CommentSubject">
    <w:name w:val="Comment Subject"/>
    <w:basedOn w:val="CommentText"/>
    <w:next w:val="CommentText"/>
    <w:qFormat/>
    <w:rsid w:val="00924ED0"/>
    <w:rPr>
      <w:b/>
      <w:bCs/>
    </w:rPr>
  </w:style>
  <w:style w:type="paragraph" w:styleId="NormalWeb">
    <w:name w:val="Normal (Web)"/>
    <w:basedOn w:val="Normal"/>
    <w:qFormat/>
    <w:rsid w:val="00924ED0"/>
    <w:pPr>
      <w:suppressAutoHyphens/>
      <w:ind w:firstLine="567"/>
      <w:jc w:val="both"/>
    </w:pPr>
    <w:rPr>
      <w:rFonts w:cs="Times New Roman"/>
      <w:szCs w:val="24"/>
      <w:lang w:val="ro-RO" w:eastAsia="zh-CN"/>
    </w:rPr>
  </w:style>
  <w:style w:type="paragraph" w:customStyle="1" w:styleId="cb">
    <w:name w:val="cb"/>
    <w:basedOn w:val="Normal"/>
    <w:qFormat/>
    <w:rsid w:val="00924ED0"/>
    <w:pPr>
      <w:suppressAutoHyphens/>
      <w:spacing w:before="280" w:after="280"/>
    </w:pPr>
    <w:rPr>
      <w:rFonts w:cs="Times New Roman"/>
      <w:szCs w:val="24"/>
      <w:lang w:val="ru-RU" w:eastAsia="zh-CN"/>
    </w:rPr>
  </w:style>
  <w:style w:type="paragraph" w:customStyle="1" w:styleId="HeaderandFooter">
    <w:name w:val="Header and Footer"/>
    <w:basedOn w:val="Normal"/>
    <w:qFormat/>
    <w:rsid w:val="00924ED0"/>
    <w:pPr>
      <w:suppressLineNumbers/>
      <w:tabs>
        <w:tab w:val="center" w:pos="4819"/>
        <w:tab w:val="right" w:pos="9638"/>
      </w:tabs>
      <w:suppressAutoHyphens/>
    </w:pPr>
    <w:rPr>
      <w:rFonts w:cs="Times New Roman"/>
      <w:szCs w:val="24"/>
      <w:lang w:val="ru-RU" w:eastAsia="zh-CN"/>
    </w:rPr>
  </w:style>
  <w:style w:type="paragraph" w:styleId="PreformatatHTML">
    <w:name w:val="HTML Preformatted"/>
    <w:basedOn w:val="Normal"/>
    <w:link w:val="PreformatatHTMLCaracter"/>
    <w:qFormat/>
    <w:rsid w:val="00924E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val="en-GB" w:eastAsia="zh-CN"/>
    </w:rPr>
  </w:style>
  <w:style w:type="character" w:customStyle="1" w:styleId="PreformatatHTMLCaracter">
    <w:name w:val="Preformatat HTML Caracter"/>
    <w:basedOn w:val="Fontdeparagrafimplicit"/>
    <w:link w:val="PreformatatHTML"/>
    <w:rsid w:val="00924ED0"/>
    <w:rPr>
      <w:rFonts w:ascii="Courier New" w:eastAsia="Times New Roman" w:hAnsi="Courier New" w:cs="Courier New"/>
      <w:sz w:val="20"/>
      <w:szCs w:val="20"/>
      <w:lang w:val="en-GB" w:eastAsia="zh-CN"/>
    </w:rPr>
  </w:style>
  <w:style w:type="paragraph" w:customStyle="1" w:styleId="p3">
    <w:name w:val="p3"/>
    <w:basedOn w:val="Normal"/>
    <w:qFormat/>
    <w:rsid w:val="00924ED0"/>
    <w:pPr>
      <w:suppressAutoHyphens/>
      <w:spacing w:before="45" w:after="45"/>
    </w:pPr>
    <w:rPr>
      <w:rFonts w:ascii="Times" w:eastAsia="Calibri" w:hAnsi="Times" w:cs="Times"/>
      <w:sz w:val="14"/>
      <w:szCs w:val="14"/>
      <w:lang w:val="en-GB" w:eastAsia="zh-CN"/>
    </w:rPr>
  </w:style>
  <w:style w:type="paragraph" w:customStyle="1" w:styleId="Bulletted">
    <w:name w:val="Bulletted"/>
    <w:basedOn w:val="Normal"/>
    <w:next w:val="Normal"/>
    <w:qFormat/>
    <w:rsid w:val="00924ED0"/>
    <w:pPr>
      <w:numPr>
        <w:numId w:val="2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jc w:val="both"/>
    </w:pPr>
    <w:rPr>
      <w:rFonts w:ascii="Arial" w:hAnsi="Arial" w:cs="Arial"/>
      <w:szCs w:val="20"/>
      <w:lang w:val="en-GB" w:eastAsia="zh-CN"/>
    </w:rPr>
  </w:style>
  <w:style w:type="paragraph" w:customStyle="1" w:styleId="Outline4">
    <w:name w:val="Outline4"/>
    <w:basedOn w:val="Normal"/>
    <w:next w:val="Normal"/>
    <w:qFormat/>
    <w:rsid w:val="00924ED0"/>
    <w:pPr>
      <w:tabs>
        <w:tab w:val="left" w:pos="720"/>
        <w:tab w:val="left" w:pos="1440"/>
        <w:tab w:val="left" w:pos="2160"/>
        <w:tab w:val="left" w:pos="2880"/>
        <w:tab w:val="left" w:pos="4680"/>
        <w:tab w:val="left" w:pos="5400"/>
        <w:tab w:val="right" w:pos="9000"/>
      </w:tabs>
      <w:suppressAutoHyphens/>
      <w:spacing w:line="240" w:lineRule="atLeast"/>
      <w:ind w:left="2160"/>
      <w:jc w:val="both"/>
    </w:pPr>
    <w:rPr>
      <w:rFonts w:ascii="Arial" w:hAnsi="Arial" w:cs="Arial"/>
      <w:kern w:val="2"/>
      <w:szCs w:val="20"/>
      <w:lang w:val="en-GB" w:eastAsia="zh-CN"/>
    </w:rPr>
  </w:style>
  <w:style w:type="paragraph" w:customStyle="1" w:styleId="Outline5">
    <w:name w:val="Outline5"/>
    <w:basedOn w:val="Normal"/>
    <w:next w:val="Normal"/>
    <w:qFormat/>
    <w:rsid w:val="00924ED0"/>
    <w:pPr>
      <w:tabs>
        <w:tab w:val="left" w:pos="720"/>
        <w:tab w:val="left" w:pos="1440"/>
        <w:tab w:val="left" w:pos="2160"/>
        <w:tab w:val="left" w:pos="2880"/>
        <w:tab w:val="left" w:pos="4680"/>
        <w:tab w:val="left" w:pos="5400"/>
        <w:tab w:val="right" w:pos="9000"/>
      </w:tabs>
      <w:suppressAutoHyphens/>
      <w:spacing w:line="240" w:lineRule="atLeast"/>
      <w:ind w:left="720"/>
      <w:jc w:val="both"/>
    </w:pPr>
    <w:rPr>
      <w:rFonts w:ascii="Arial" w:hAnsi="Arial" w:cs="Arial"/>
      <w:kern w:val="2"/>
      <w:szCs w:val="20"/>
      <w:lang w:val="en-GB" w:eastAsia="zh-CN"/>
    </w:rPr>
  </w:style>
  <w:style w:type="paragraph" w:customStyle="1" w:styleId="Outline6">
    <w:name w:val="Outline6"/>
    <w:basedOn w:val="Normal"/>
    <w:next w:val="Normal"/>
    <w:qFormat/>
    <w:rsid w:val="00924ED0"/>
    <w:pPr>
      <w:tabs>
        <w:tab w:val="left" w:pos="720"/>
        <w:tab w:val="left" w:pos="1440"/>
        <w:tab w:val="left" w:pos="2160"/>
        <w:tab w:val="left" w:pos="2880"/>
        <w:tab w:val="left" w:pos="4680"/>
        <w:tab w:val="left" w:pos="5400"/>
        <w:tab w:val="right" w:pos="9000"/>
      </w:tabs>
      <w:suppressAutoHyphens/>
      <w:spacing w:after="240" w:line="240" w:lineRule="atLeast"/>
      <w:ind w:left="2160"/>
      <w:jc w:val="both"/>
    </w:pPr>
    <w:rPr>
      <w:rFonts w:ascii="Arial" w:hAnsi="Arial" w:cs="Arial"/>
      <w:kern w:val="2"/>
      <w:szCs w:val="20"/>
      <w:lang w:val="en-GB" w:eastAsia="zh-CN"/>
    </w:rPr>
  </w:style>
  <w:style w:type="paragraph" w:customStyle="1" w:styleId="Outline7">
    <w:name w:val="Outline7"/>
    <w:basedOn w:val="Normal"/>
    <w:next w:val="Normal"/>
    <w:qFormat/>
    <w:rsid w:val="00924ED0"/>
    <w:pPr>
      <w:tabs>
        <w:tab w:val="left" w:pos="720"/>
        <w:tab w:val="left" w:pos="1440"/>
        <w:tab w:val="left" w:pos="2160"/>
        <w:tab w:val="left" w:pos="2880"/>
        <w:tab w:val="left" w:pos="4680"/>
        <w:tab w:val="left" w:pos="5400"/>
        <w:tab w:val="right" w:pos="9000"/>
      </w:tabs>
      <w:suppressAutoHyphens/>
      <w:spacing w:after="240" w:line="240" w:lineRule="atLeast"/>
      <w:ind w:left="720"/>
      <w:jc w:val="both"/>
    </w:pPr>
    <w:rPr>
      <w:rFonts w:ascii="Arial" w:hAnsi="Arial" w:cs="Arial"/>
      <w:kern w:val="2"/>
      <w:szCs w:val="20"/>
      <w:lang w:val="en-GB" w:eastAsia="zh-CN"/>
    </w:rPr>
  </w:style>
  <w:style w:type="paragraph" w:customStyle="1" w:styleId="Tiret0">
    <w:name w:val="Tiret 0"/>
    <w:basedOn w:val="Normal"/>
    <w:qFormat/>
    <w:rsid w:val="00924ED0"/>
    <w:pPr>
      <w:numPr>
        <w:numId w:val="25"/>
      </w:numPr>
      <w:suppressAutoHyphens/>
      <w:spacing w:before="120" w:after="120"/>
      <w:jc w:val="both"/>
    </w:pPr>
    <w:rPr>
      <w:rFonts w:eastAsia="Calibri" w:cs="Times New Roman"/>
      <w:lang w:val="en-GB" w:eastAsia="zh-CN"/>
    </w:rPr>
  </w:style>
  <w:style w:type="paragraph" w:customStyle="1" w:styleId="ChapterTitle">
    <w:name w:val="ChapterTitle"/>
    <w:basedOn w:val="Normal"/>
    <w:next w:val="Normal"/>
    <w:qFormat/>
    <w:rsid w:val="00924ED0"/>
    <w:pPr>
      <w:keepNext/>
      <w:suppressAutoHyphens/>
      <w:spacing w:before="120" w:after="360"/>
      <w:jc w:val="center"/>
    </w:pPr>
    <w:rPr>
      <w:rFonts w:eastAsia="Calibri" w:cs="Times New Roman"/>
      <w:b/>
      <w:sz w:val="32"/>
      <w:lang w:val="en-GB" w:eastAsia="zh-CN"/>
    </w:rPr>
  </w:style>
  <w:style w:type="paragraph" w:styleId="Textnotdesubsol">
    <w:name w:val="footnote text"/>
    <w:basedOn w:val="Normal"/>
    <w:link w:val="TextnotdesubsolCaracter"/>
    <w:rsid w:val="00924ED0"/>
    <w:pPr>
      <w:suppressAutoHyphens/>
      <w:ind w:left="720" w:hanging="720"/>
      <w:jc w:val="both"/>
    </w:pPr>
    <w:rPr>
      <w:rFonts w:eastAsia="Calibri" w:cs="Times New Roman"/>
      <w:sz w:val="20"/>
      <w:szCs w:val="20"/>
      <w:lang w:val="en-GB" w:eastAsia="zh-CN"/>
    </w:rPr>
  </w:style>
  <w:style w:type="character" w:customStyle="1" w:styleId="TextnotdesubsolCaracter">
    <w:name w:val="Text notă de subsol Caracter"/>
    <w:basedOn w:val="Fontdeparagrafimplicit"/>
    <w:link w:val="Textnotdesubsol"/>
    <w:rsid w:val="00924ED0"/>
    <w:rPr>
      <w:rFonts w:ascii="Times New Roman" w:eastAsia="Calibri" w:hAnsi="Times New Roman" w:cs="Times New Roman"/>
      <w:sz w:val="20"/>
      <w:szCs w:val="20"/>
      <w:lang w:val="en-GB" w:eastAsia="zh-CN"/>
    </w:rPr>
  </w:style>
  <w:style w:type="paragraph" w:customStyle="1" w:styleId="SectionTitle">
    <w:name w:val="SectionTitle"/>
    <w:basedOn w:val="Normal"/>
    <w:next w:val="Titlu1"/>
    <w:qFormat/>
    <w:rsid w:val="00924ED0"/>
    <w:pPr>
      <w:keepNext/>
      <w:suppressAutoHyphens/>
      <w:spacing w:before="120" w:after="360"/>
      <w:jc w:val="center"/>
    </w:pPr>
    <w:rPr>
      <w:rFonts w:eastAsia="Calibri" w:cs="Times New Roman"/>
      <w:b/>
      <w:smallCaps/>
      <w:sz w:val="28"/>
      <w:lang w:val="en-GB" w:eastAsia="zh-CN"/>
    </w:rPr>
  </w:style>
  <w:style w:type="paragraph" w:customStyle="1" w:styleId="NumPar1">
    <w:name w:val="NumPar 1"/>
    <w:basedOn w:val="Normal"/>
    <w:next w:val="Normal"/>
    <w:qFormat/>
    <w:rsid w:val="00924ED0"/>
    <w:pPr>
      <w:numPr>
        <w:numId w:val="19"/>
      </w:numPr>
      <w:suppressAutoHyphens/>
      <w:spacing w:before="120" w:after="120"/>
      <w:jc w:val="both"/>
    </w:pPr>
    <w:rPr>
      <w:rFonts w:eastAsia="Calibri" w:cs="Times New Roman"/>
      <w:lang w:val="en-GB" w:eastAsia="zh-CN"/>
    </w:rPr>
  </w:style>
  <w:style w:type="paragraph" w:customStyle="1" w:styleId="NumPar2">
    <w:name w:val="NumPar 2"/>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NumPar3">
    <w:name w:val="NumPar 3"/>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NumPar4">
    <w:name w:val="NumPar 4"/>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Text1">
    <w:name w:val="Text 1"/>
    <w:basedOn w:val="Normal"/>
    <w:qFormat/>
    <w:rsid w:val="00924ED0"/>
    <w:pPr>
      <w:suppressAutoHyphens/>
      <w:spacing w:before="120" w:after="120"/>
      <w:ind w:left="850"/>
      <w:jc w:val="both"/>
    </w:pPr>
    <w:rPr>
      <w:rFonts w:eastAsia="Calibri" w:cs="Times New Roman"/>
      <w:lang w:val="en-GB" w:eastAsia="zh-CN"/>
    </w:rPr>
  </w:style>
  <w:style w:type="paragraph" w:customStyle="1" w:styleId="Tiret1">
    <w:name w:val="Tiret 1"/>
    <w:basedOn w:val="Normal"/>
    <w:qFormat/>
    <w:rsid w:val="00924ED0"/>
    <w:pPr>
      <w:numPr>
        <w:numId w:val="23"/>
      </w:numPr>
      <w:suppressAutoHyphens/>
      <w:spacing w:before="120" w:after="120"/>
      <w:jc w:val="both"/>
    </w:pPr>
    <w:rPr>
      <w:rFonts w:eastAsia="Calibri" w:cs="Times New Roman"/>
      <w:lang w:val="en-GB" w:eastAsia="zh-CN"/>
    </w:rPr>
  </w:style>
  <w:style w:type="paragraph" w:styleId="Listanumerotat4">
    <w:name w:val="List Number 4"/>
    <w:basedOn w:val="Normal"/>
    <w:qFormat/>
    <w:rsid w:val="00924ED0"/>
    <w:pPr>
      <w:numPr>
        <w:numId w:val="16"/>
      </w:numPr>
      <w:suppressAutoHyphens/>
      <w:spacing w:before="120" w:after="120"/>
      <w:contextualSpacing/>
      <w:jc w:val="both"/>
    </w:pPr>
    <w:rPr>
      <w:rFonts w:eastAsia="Calibri" w:cs="Times New Roman"/>
      <w:lang w:val="en-GB" w:eastAsia="zh-CN"/>
    </w:rPr>
  </w:style>
  <w:style w:type="paragraph" w:customStyle="1" w:styleId="NormalLeft">
    <w:name w:val="Normal Left"/>
    <w:basedOn w:val="Normal"/>
    <w:qFormat/>
    <w:rsid w:val="00924ED0"/>
    <w:pPr>
      <w:suppressAutoHyphens/>
      <w:spacing w:before="120" w:after="120"/>
    </w:pPr>
    <w:rPr>
      <w:rFonts w:eastAsia="Calibri" w:cs="Times New Roman"/>
      <w:lang w:val="en-GB" w:eastAsia="zh-CN"/>
    </w:rPr>
  </w:style>
  <w:style w:type="paragraph" w:customStyle="1" w:styleId="NormalBold">
    <w:name w:val="NormalBold"/>
    <w:basedOn w:val="Normal"/>
    <w:qFormat/>
    <w:rsid w:val="00924ED0"/>
    <w:pPr>
      <w:widowControl w:val="0"/>
      <w:suppressAutoHyphens/>
    </w:pPr>
    <w:rPr>
      <w:rFonts w:cs="Times New Roman"/>
      <w:b/>
      <w:lang w:val="en-GB" w:eastAsia="zh-CN"/>
    </w:rPr>
  </w:style>
  <w:style w:type="paragraph" w:styleId="Cuprins1">
    <w:name w:val="toc 1"/>
    <w:basedOn w:val="Normal"/>
    <w:next w:val="Normal"/>
    <w:rsid w:val="00924ED0"/>
    <w:pPr>
      <w:suppressAutoHyphens/>
      <w:spacing w:after="100" w:line="240" w:lineRule="atLeast"/>
      <w:jc w:val="both"/>
    </w:pPr>
    <w:rPr>
      <w:rFonts w:ascii="Arial" w:hAnsi="Arial" w:cs="Arial"/>
      <w:szCs w:val="20"/>
      <w:lang w:val="en-GB" w:eastAsia="zh-CN"/>
    </w:rPr>
  </w:style>
  <w:style w:type="paragraph" w:styleId="Revizuire">
    <w:name w:val="Revision"/>
    <w:qFormat/>
    <w:rsid w:val="00924ED0"/>
    <w:pPr>
      <w:suppressAutoHyphens/>
      <w:spacing w:after="0" w:line="240" w:lineRule="auto"/>
    </w:pPr>
    <w:rPr>
      <w:rFonts w:ascii="Times New Roman" w:eastAsia="Times New Roman" w:hAnsi="Times New Roman" w:cs="Times New Roman"/>
      <w:sz w:val="24"/>
      <w:szCs w:val="24"/>
      <w:lang w:val="ru-RU" w:eastAsia="zh-CN"/>
    </w:rPr>
  </w:style>
  <w:style w:type="paragraph" w:customStyle="1" w:styleId="TableContents">
    <w:name w:val="Table Contents"/>
    <w:basedOn w:val="Normal"/>
    <w:qFormat/>
    <w:rsid w:val="00924ED0"/>
    <w:pPr>
      <w:widowControl w:val="0"/>
      <w:suppressLineNumbers/>
      <w:suppressAutoHyphens/>
    </w:pPr>
    <w:rPr>
      <w:rFonts w:cs="Times New Roman"/>
      <w:szCs w:val="24"/>
      <w:lang w:val="ru-RU" w:eastAsia="zh-CN"/>
    </w:rPr>
  </w:style>
  <w:style w:type="paragraph" w:customStyle="1" w:styleId="TableHeading">
    <w:name w:val="Table Heading"/>
    <w:basedOn w:val="TableContents"/>
    <w:qFormat/>
    <w:rsid w:val="00924ED0"/>
    <w:pPr>
      <w:jc w:val="center"/>
    </w:pPr>
    <w:rPr>
      <w:b/>
      <w:bCs/>
    </w:rPr>
  </w:style>
  <w:style w:type="paragraph" w:customStyle="1" w:styleId="FrameContents">
    <w:name w:val="Frame Contents"/>
    <w:basedOn w:val="Normal"/>
    <w:qFormat/>
    <w:rsid w:val="00924ED0"/>
    <w:pPr>
      <w:suppressAutoHyphens/>
    </w:pPr>
    <w:rPr>
      <w:rFonts w:cs="Times New Roman"/>
      <w:szCs w:val="24"/>
      <w:lang w:val="ru-RU" w:eastAsia="zh-CN"/>
    </w:rPr>
  </w:style>
  <w:style w:type="numbering" w:customStyle="1" w:styleId="WW8Num1">
    <w:name w:val="WW8Num1"/>
    <w:qFormat/>
    <w:rsid w:val="00924ED0"/>
  </w:style>
  <w:style w:type="numbering" w:customStyle="1" w:styleId="WW8Num2">
    <w:name w:val="WW8Num2"/>
    <w:qFormat/>
    <w:rsid w:val="00924ED0"/>
  </w:style>
  <w:style w:type="numbering" w:customStyle="1" w:styleId="WW8Num3">
    <w:name w:val="WW8Num3"/>
    <w:qFormat/>
    <w:rsid w:val="00924ED0"/>
  </w:style>
  <w:style w:type="numbering" w:customStyle="1" w:styleId="WW8Num4">
    <w:name w:val="WW8Num4"/>
    <w:qFormat/>
    <w:rsid w:val="00924ED0"/>
  </w:style>
  <w:style w:type="numbering" w:customStyle="1" w:styleId="WW8Num5">
    <w:name w:val="WW8Num5"/>
    <w:qFormat/>
    <w:rsid w:val="00924ED0"/>
  </w:style>
  <w:style w:type="numbering" w:customStyle="1" w:styleId="WW8Num6">
    <w:name w:val="WW8Num6"/>
    <w:qFormat/>
    <w:rsid w:val="00924ED0"/>
  </w:style>
  <w:style w:type="numbering" w:customStyle="1" w:styleId="WW8Num7">
    <w:name w:val="WW8Num7"/>
    <w:qFormat/>
    <w:rsid w:val="00924ED0"/>
  </w:style>
  <w:style w:type="numbering" w:customStyle="1" w:styleId="WW8Num8">
    <w:name w:val="WW8Num8"/>
    <w:qFormat/>
    <w:rsid w:val="00924ED0"/>
  </w:style>
  <w:style w:type="numbering" w:customStyle="1" w:styleId="WW8Num9">
    <w:name w:val="WW8Num9"/>
    <w:qFormat/>
    <w:rsid w:val="00924ED0"/>
  </w:style>
  <w:style w:type="numbering" w:customStyle="1" w:styleId="WW8Num10">
    <w:name w:val="WW8Num10"/>
    <w:qFormat/>
    <w:rsid w:val="00924ED0"/>
  </w:style>
  <w:style w:type="numbering" w:customStyle="1" w:styleId="WW8Num11">
    <w:name w:val="WW8Num11"/>
    <w:qFormat/>
    <w:rsid w:val="00924ED0"/>
  </w:style>
  <w:style w:type="numbering" w:customStyle="1" w:styleId="WW8Num12">
    <w:name w:val="WW8Num12"/>
    <w:qFormat/>
    <w:rsid w:val="00924ED0"/>
  </w:style>
  <w:style w:type="numbering" w:customStyle="1" w:styleId="WW8Num13">
    <w:name w:val="WW8Num13"/>
    <w:qFormat/>
    <w:rsid w:val="00924ED0"/>
  </w:style>
  <w:style w:type="numbering" w:customStyle="1" w:styleId="WW8Num14">
    <w:name w:val="WW8Num14"/>
    <w:qFormat/>
    <w:rsid w:val="00924ED0"/>
  </w:style>
  <w:style w:type="numbering" w:customStyle="1" w:styleId="WW8Num15">
    <w:name w:val="WW8Num15"/>
    <w:qFormat/>
    <w:rsid w:val="00924ED0"/>
  </w:style>
  <w:style w:type="numbering" w:customStyle="1" w:styleId="WW8Num16">
    <w:name w:val="WW8Num16"/>
    <w:qFormat/>
    <w:rsid w:val="00924ED0"/>
  </w:style>
  <w:style w:type="numbering" w:customStyle="1" w:styleId="WW8Num17">
    <w:name w:val="WW8Num17"/>
    <w:qFormat/>
    <w:rsid w:val="00924ED0"/>
  </w:style>
  <w:style w:type="numbering" w:customStyle="1" w:styleId="WW8Num18">
    <w:name w:val="WW8Num18"/>
    <w:qFormat/>
    <w:rsid w:val="00924ED0"/>
  </w:style>
  <w:style w:type="numbering" w:customStyle="1" w:styleId="WW8Num19">
    <w:name w:val="WW8Num19"/>
    <w:qFormat/>
    <w:rsid w:val="00924ED0"/>
  </w:style>
  <w:style w:type="numbering" w:customStyle="1" w:styleId="WW8Num20">
    <w:name w:val="WW8Num20"/>
    <w:qFormat/>
    <w:rsid w:val="00924ED0"/>
  </w:style>
  <w:style w:type="numbering" w:customStyle="1" w:styleId="WW8Num21">
    <w:name w:val="WW8Num21"/>
    <w:qFormat/>
    <w:rsid w:val="00924ED0"/>
  </w:style>
  <w:style w:type="numbering" w:customStyle="1" w:styleId="WW8Num22">
    <w:name w:val="WW8Num22"/>
    <w:qFormat/>
    <w:rsid w:val="00924ED0"/>
  </w:style>
  <w:style w:type="numbering" w:customStyle="1" w:styleId="WW8Num23">
    <w:name w:val="WW8Num23"/>
    <w:qFormat/>
    <w:rsid w:val="00924ED0"/>
  </w:style>
  <w:style w:type="numbering" w:customStyle="1" w:styleId="WW8Num24">
    <w:name w:val="WW8Num24"/>
    <w:qFormat/>
    <w:rsid w:val="00924ED0"/>
  </w:style>
  <w:style w:type="numbering" w:customStyle="1" w:styleId="WW8Num25">
    <w:name w:val="WW8Num25"/>
    <w:qFormat/>
    <w:rsid w:val="00924ED0"/>
  </w:style>
  <w:style w:type="numbering" w:customStyle="1" w:styleId="WW8Num26">
    <w:name w:val="WW8Num26"/>
    <w:qFormat/>
    <w:rsid w:val="00924ED0"/>
  </w:style>
  <w:style w:type="numbering" w:customStyle="1" w:styleId="WW8Num27">
    <w:name w:val="WW8Num27"/>
    <w:qFormat/>
    <w:rsid w:val="00924ED0"/>
  </w:style>
  <w:style w:type="numbering" w:customStyle="1" w:styleId="WW8Num28">
    <w:name w:val="WW8Num28"/>
    <w:qFormat/>
    <w:rsid w:val="00924ED0"/>
  </w:style>
  <w:style w:type="numbering" w:customStyle="1" w:styleId="WW8Num29">
    <w:name w:val="WW8Num29"/>
    <w:qFormat/>
    <w:rsid w:val="00924ED0"/>
  </w:style>
  <w:style w:type="numbering" w:customStyle="1" w:styleId="WW8Num30">
    <w:name w:val="WW8Num30"/>
    <w:qFormat/>
    <w:rsid w:val="00924ED0"/>
  </w:style>
  <w:style w:type="numbering" w:customStyle="1" w:styleId="WW8Num31">
    <w:name w:val="WW8Num31"/>
    <w:qFormat/>
    <w:rsid w:val="00924ED0"/>
  </w:style>
  <w:style w:type="numbering" w:customStyle="1" w:styleId="WW8Num32">
    <w:name w:val="WW8Num32"/>
    <w:qFormat/>
    <w:rsid w:val="00924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7313905">
      <w:bodyDiv w:val="1"/>
      <w:marLeft w:val="0"/>
      <w:marRight w:val="0"/>
      <w:marTop w:val="0"/>
      <w:marBottom w:val="0"/>
      <w:divBdr>
        <w:top w:val="none" w:sz="0" w:space="0" w:color="auto"/>
        <w:left w:val="none" w:sz="0" w:space="0" w:color="auto"/>
        <w:bottom w:val="none" w:sz="0" w:space="0" w:color="auto"/>
        <w:right w:val="none" w:sz="0" w:space="0" w:color="auto"/>
      </w:divBdr>
    </w:div>
    <w:div w:id="939021158">
      <w:bodyDiv w:val="1"/>
      <w:marLeft w:val="0"/>
      <w:marRight w:val="0"/>
      <w:marTop w:val="0"/>
      <w:marBottom w:val="0"/>
      <w:divBdr>
        <w:top w:val="none" w:sz="0" w:space="0" w:color="auto"/>
        <w:left w:val="none" w:sz="0" w:space="0" w:color="auto"/>
        <w:bottom w:val="none" w:sz="0" w:space="0" w:color="auto"/>
        <w:right w:val="none" w:sz="0" w:space="0" w:color="auto"/>
      </w:divBdr>
    </w:div>
    <w:div w:id="2135295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3A5E6-219B-4042-BE88-3D2396710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9854</Words>
  <Characters>56168</Characters>
  <Application>Microsoft Office Word</Application>
  <DocSecurity>0</DocSecurity>
  <Lines>468</Lines>
  <Paragraphs>131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65891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4</cp:revision>
  <dcterms:created xsi:type="dcterms:W3CDTF">2026-07-31T08:24:00Z</dcterms:created>
  <dcterms:modified xsi:type="dcterms:W3CDTF">2026-08-05T11:04:00Z</dcterms:modified>
  <cp:category/>
</cp:coreProperties>
</file>