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270F" w:rsidRPr="007076F9" w:rsidRDefault="00374C8A" w:rsidP="007F29ED">
      <w:pPr>
        <w:jc w:val="right"/>
        <w:rPr>
          <w:rFonts w:cs="Times New Roman"/>
          <w:sz w:val="22"/>
        </w:rPr>
      </w:pPr>
      <w:proofErr w:type="spellStart"/>
      <w:r w:rsidRPr="007076F9">
        <w:rPr>
          <w:rFonts w:cs="Times New Roman"/>
          <w:color w:val="000000"/>
          <w:sz w:val="22"/>
        </w:rPr>
        <w:t>Anexa</w:t>
      </w:r>
      <w:proofErr w:type="spellEnd"/>
      <w:r w:rsidRPr="007076F9">
        <w:rPr>
          <w:rFonts w:cs="Times New Roman"/>
          <w:color w:val="000000"/>
          <w:sz w:val="22"/>
        </w:rPr>
        <w:t xml:space="preserve"> nr. 2</w:t>
      </w:r>
      <w:r w:rsidRPr="007076F9">
        <w:rPr>
          <w:rFonts w:cs="Times New Roman"/>
          <w:color w:val="000000"/>
          <w:sz w:val="22"/>
        </w:rPr>
        <w:br/>
        <w:t xml:space="preserve">la </w:t>
      </w:r>
      <w:proofErr w:type="spellStart"/>
      <w:r w:rsidRPr="007076F9">
        <w:rPr>
          <w:rFonts w:cs="Times New Roman"/>
          <w:color w:val="000000"/>
          <w:sz w:val="22"/>
        </w:rPr>
        <w:t>Documentația</w:t>
      </w:r>
      <w:proofErr w:type="spellEnd"/>
      <w:r w:rsidRPr="007076F9">
        <w:rPr>
          <w:rFonts w:cs="Times New Roman"/>
          <w:color w:val="000000"/>
          <w:sz w:val="22"/>
        </w:rPr>
        <w:t xml:space="preserve"> standard nr. 69</w:t>
      </w:r>
      <w:r w:rsidRPr="007076F9">
        <w:rPr>
          <w:rFonts w:cs="Times New Roman"/>
          <w:color w:val="000000"/>
          <w:sz w:val="22"/>
        </w:rPr>
        <w:br/>
        <w:t xml:space="preserve">din 7 </w:t>
      </w:r>
      <w:proofErr w:type="spellStart"/>
      <w:r w:rsidRPr="007076F9">
        <w:rPr>
          <w:rFonts w:cs="Times New Roman"/>
          <w:color w:val="000000"/>
          <w:sz w:val="22"/>
        </w:rPr>
        <w:t>mai</w:t>
      </w:r>
      <w:proofErr w:type="spellEnd"/>
      <w:r w:rsidRPr="007076F9">
        <w:rPr>
          <w:rFonts w:cs="Times New Roman"/>
          <w:color w:val="000000"/>
          <w:sz w:val="22"/>
        </w:rPr>
        <w:t xml:space="preserve"> 2021</w:t>
      </w:r>
    </w:p>
    <w:p w:rsidR="000B6594" w:rsidRPr="007076F9" w:rsidRDefault="000B6594" w:rsidP="00531B9B">
      <w:pPr>
        <w:rPr>
          <w:rFonts w:cs="Times New Roman"/>
          <w:b/>
          <w:sz w:val="22"/>
        </w:rPr>
      </w:pPr>
    </w:p>
    <w:p w:rsidR="0022270F" w:rsidRPr="00B17CC9" w:rsidRDefault="00374C8A" w:rsidP="00B17CC9">
      <w:pPr>
        <w:jc w:val="center"/>
        <w:rPr>
          <w:rFonts w:cs="Times New Roman"/>
          <w:sz w:val="22"/>
        </w:rPr>
      </w:pPr>
      <w:r w:rsidRPr="00B17CC9">
        <w:rPr>
          <w:rFonts w:cs="Times New Roman"/>
          <w:b/>
          <w:color w:val="000000"/>
          <w:sz w:val="22"/>
        </w:rPr>
        <w:t>ANUNȚ DE PARTICIPARE, INCLUSIV PENTRU PROCEDURILE DEPRESELECȚIE/PROCEDURILE NEGOCIATE</w:t>
      </w:r>
    </w:p>
    <w:p w:rsidR="0022270F" w:rsidRPr="00B17CC9" w:rsidRDefault="00374C8A" w:rsidP="00B17CC9">
      <w:pPr>
        <w:jc w:val="both"/>
        <w:rPr>
          <w:rFonts w:cs="Times New Roman"/>
          <w:sz w:val="22"/>
        </w:rPr>
      </w:pP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achiziționarea</w:t>
      </w:r>
      <w:proofErr w:type="spellEnd"/>
      <w:r w:rsidRPr="00B17CC9">
        <w:rPr>
          <w:rFonts w:cs="Times New Roman"/>
          <w:color w:val="000000"/>
          <w:sz w:val="22"/>
        </w:rPr>
        <w:t xml:space="preserve"> </w:t>
      </w:r>
      <w:proofErr w:type="spellStart"/>
      <w:r w:rsidRPr="00B17CC9">
        <w:rPr>
          <w:rFonts w:cs="Times New Roman"/>
          <w:color w:val="000000"/>
          <w:sz w:val="22"/>
        </w:rPr>
        <w:t>Consumabile</w:t>
      </w:r>
      <w:proofErr w:type="spellEnd"/>
      <w:r w:rsidRPr="00B17CC9">
        <w:rPr>
          <w:rFonts w:cs="Times New Roman"/>
          <w:color w:val="000000"/>
          <w:sz w:val="22"/>
        </w:rPr>
        <w:t xml:space="preserve"> de </w:t>
      </w:r>
      <w:proofErr w:type="spellStart"/>
      <w:r w:rsidRPr="00B17CC9">
        <w:rPr>
          <w:rFonts w:cs="Times New Roman"/>
          <w:color w:val="000000"/>
          <w:sz w:val="22"/>
        </w:rPr>
        <w:t>laborator</w:t>
      </w:r>
      <w:proofErr w:type="spellEnd"/>
    </w:p>
    <w:p w:rsidR="00803D8D" w:rsidRPr="00B17CC9" w:rsidRDefault="00374C8A" w:rsidP="00B17CC9">
      <w:pPr>
        <w:jc w:val="both"/>
        <w:rPr>
          <w:rFonts w:cs="Times New Roman"/>
          <w:b/>
          <w:sz w:val="22"/>
          <w:lang w:val="ro-RO"/>
        </w:rPr>
      </w:pP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procedura</w:t>
      </w:r>
      <w:proofErr w:type="spellEnd"/>
      <w:r w:rsidRPr="00B17CC9">
        <w:rPr>
          <w:rFonts w:cs="Times New Roman"/>
          <w:color w:val="000000"/>
          <w:sz w:val="22"/>
        </w:rPr>
        <w:t xml:space="preserve"> de </w:t>
      </w:r>
      <w:proofErr w:type="spellStart"/>
      <w:r w:rsidRPr="00B17CC9">
        <w:rPr>
          <w:rFonts w:cs="Times New Roman"/>
          <w:color w:val="000000"/>
          <w:sz w:val="22"/>
        </w:rPr>
        <w:t>achiziție</w:t>
      </w:r>
      <w:proofErr w:type="spellEnd"/>
      <w:r w:rsidRPr="00B17CC9">
        <w:rPr>
          <w:rFonts w:cs="Times New Roman"/>
          <w:color w:val="000000"/>
          <w:sz w:val="22"/>
        </w:rPr>
        <w:t xml:space="preserve">: </w:t>
      </w:r>
      <w:proofErr w:type="spellStart"/>
      <w:r w:rsidRPr="00B17CC9">
        <w:rPr>
          <w:rFonts w:cs="Times New Roman"/>
          <w:color w:val="000000"/>
          <w:sz w:val="22"/>
        </w:rPr>
        <w:t>achiziție</w:t>
      </w:r>
      <w:proofErr w:type="spellEnd"/>
      <w:r w:rsidRPr="00B17CC9">
        <w:rPr>
          <w:rFonts w:cs="Times New Roman"/>
          <w:color w:val="000000"/>
          <w:sz w:val="22"/>
        </w:rPr>
        <w:t xml:space="preserve"> </w:t>
      </w:r>
      <w:proofErr w:type="spellStart"/>
      <w:r w:rsidRPr="00B17CC9">
        <w:rPr>
          <w:rFonts w:cs="Times New Roman"/>
          <w:color w:val="000000"/>
          <w:sz w:val="22"/>
        </w:rPr>
        <w:t>publică</w:t>
      </w:r>
      <w:proofErr w:type="spellEnd"/>
      <w:r w:rsidRPr="00B17CC9">
        <w:rPr>
          <w:rFonts w:cs="Times New Roman"/>
          <w:color w:val="000000"/>
          <w:sz w:val="22"/>
        </w:rPr>
        <w:t xml:space="preserve"> de </w:t>
      </w:r>
      <w:proofErr w:type="spellStart"/>
      <w:r w:rsidRPr="00B17CC9">
        <w:rPr>
          <w:rFonts w:cs="Times New Roman"/>
          <w:color w:val="000000"/>
          <w:sz w:val="22"/>
        </w:rPr>
        <w:t>valoare</w:t>
      </w:r>
      <w:proofErr w:type="spellEnd"/>
      <w:r w:rsidRPr="00B17CC9">
        <w:rPr>
          <w:rFonts w:cs="Times New Roman"/>
          <w:color w:val="000000"/>
          <w:sz w:val="22"/>
        </w:rPr>
        <w:t xml:space="preserve"> </w:t>
      </w:r>
      <w:proofErr w:type="spellStart"/>
      <w:r w:rsidRPr="00B17CC9">
        <w:rPr>
          <w:rFonts w:cs="Times New Roman"/>
          <w:color w:val="000000"/>
          <w:sz w:val="22"/>
        </w:rPr>
        <w:t>mică</w:t>
      </w:r>
      <w:proofErr w:type="spellEnd"/>
      <w:r w:rsidRPr="00B17CC9">
        <w:rPr>
          <w:rFonts w:cs="Times New Roman"/>
          <w:color w:val="000000"/>
          <w:sz w:val="22"/>
        </w:rPr>
        <w:t xml:space="preserve"> (CVM), cu </w:t>
      </w:r>
      <w:proofErr w:type="spellStart"/>
      <w:r w:rsidRPr="00B17CC9">
        <w:rPr>
          <w:rFonts w:cs="Times New Roman"/>
          <w:color w:val="000000"/>
          <w:sz w:val="22"/>
        </w:rPr>
        <w:t>solicitarea</w:t>
      </w:r>
      <w:proofErr w:type="spellEnd"/>
      <w:r w:rsidRPr="00B17CC9">
        <w:rPr>
          <w:rFonts w:cs="Times New Roman"/>
          <w:color w:val="000000"/>
          <w:sz w:val="22"/>
        </w:rPr>
        <w:t xml:space="preserve"> a minimum 3 </w:t>
      </w:r>
      <w:proofErr w:type="spellStart"/>
      <w:r w:rsidRPr="00B17CC9">
        <w:rPr>
          <w:rFonts w:cs="Times New Roman"/>
          <w:color w:val="000000"/>
          <w:sz w:val="22"/>
        </w:rPr>
        <w:t>oferte</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publicare</w:t>
      </w:r>
      <w:proofErr w:type="spellEnd"/>
      <w:r w:rsidRPr="00B17CC9">
        <w:rPr>
          <w:rFonts w:cs="Times New Roman"/>
          <w:color w:val="000000"/>
          <w:sz w:val="22"/>
        </w:rPr>
        <w:t xml:space="preserve"> pe </w:t>
      </w:r>
      <w:proofErr w:type="spellStart"/>
      <w:r w:rsidRPr="00B17CC9">
        <w:rPr>
          <w:rFonts w:cs="Times New Roman"/>
          <w:color w:val="000000"/>
          <w:sz w:val="22"/>
        </w:rPr>
        <w:t>platforma</w:t>
      </w:r>
      <w:proofErr w:type="spellEnd"/>
      <w:r w:rsidRPr="00B17CC9">
        <w:rPr>
          <w:rFonts w:cs="Times New Roman"/>
          <w:color w:val="000000"/>
          <w:sz w:val="22"/>
        </w:rPr>
        <w:t xml:space="preserve"> achizitii.md</w:t>
      </w:r>
    </w:p>
    <w:p w:rsidR="0022270F" w:rsidRPr="00B17CC9" w:rsidRDefault="00374C8A" w:rsidP="00B17CC9">
      <w:pPr>
        <w:jc w:val="both"/>
        <w:rPr>
          <w:rFonts w:cs="Times New Roman"/>
          <w:sz w:val="22"/>
        </w:rPr>
      </w:pPr>
      <w:r w:rsidRPr="00B17CC9">
        <w:rPr>
          <w:rFonts w:cs="Times New Roman"/>
          <w:b/>
          <w:color w:val="000000"/>
          <w:sz w:val="22"/>
        </w:rPr>
        <w:t xml:space="preserve">*Procedura a fost inclusă în planul de achiziții publice </w:t>
      </w:r>
      <w:proofErr w:type="gramStart"/>
      <w:r w:rsidRPr="00B17CC9">
        <w:rPr>
          <w:rFonts w:cs="Times New Roman"/>
          <w:b/>
          <w:color w:val="000000"/>
          <w:sz w:val="22"/>
        </w:rPr>
        <w:t>a</w:t>
      </w:r>
      <w:proofErr w:type="gramEnd"/>
      <w:r w:rsidRPr="00B17CC9">
        <w:rPr>
          <w:rFonts w:cs="Times New Roman"/>
          <w:b/>
          <w:color w:val="000000"/>
          <w:sz w:val="22"/>
        </w:rPr>
        <w:t xml:space="preserve"> </w:t>
      </w:r>
      <w:proofErr w:type="spellStart"/>
      <w:r w:rsidRPr="00B17CC9">
        <w:rPr>
          <w:rFonts w:cs="Times New Roman"/>
          <w:b/>
          <w:color w:val="000000"/>
          <w:sz w:val="22"/>
        </w:rPr>
        <w:t>autorității</w:t>
      </w:r>
      <w:proofErr w:type="spellEnd"/>
      <w:r w:rsidRPr="00B17CC9">
        <w:rPr>
          <w:rFonts w:cs="Times New Roman"/>
          <w:b/>
          <w:color w:val="000000"/>
          <w:sz w:val="22"/>
        </w:rPr>
        <w:t xml:space="preserve"> </w:t>
      </w:r>
      <w:proofErr w:type="spellStart"/>
      <w:r w:rsidRPr="00B17CC9">
        <w:rPr>
          <w:rFonts w:cs="Times New Roman"/>
          <w:b/>
          <w:color w:val="000000"/>
          <w:sz w:val="22"/>
        </w:rPr>
        <w:t>contractante</w:t>
      </w:r>
      <w:proofErr w:type="spellEnd"/>
      <w:r w:rsidRPr="00B17CC9">
        <w:rPr>
          <w:rFonts w:cs="Times New Roman"/>
          <w:b/>
          <w:color w:val="000000"/>
          <w:sz w:val="22"/>
        </w:rPr>
        <w:t xml:space="preserve"> (Da/Nu): DA</w:t>
      </w:r>
    </w:p>
    <w:p w:rsidR="0022270F" w:rsidRPr="00B17CC9" w:rsidRDefault="00374C8A" w:rsidP="00B17CC9">
      <w:pPr>
        <w:jc w:val="both"/>
        <w:rPr>
          <w:rFonts w:cs="Times New Roman"/>
          <w:sz w:val="22"/>
        </w:rPr>
      </w:pPr>
      <w:r w:rsidRPr="00B17CC9">
        <w:rPr>
          <w:rFonts w:cs="Times New Roman"/>
          <w:b/>
          <w:color w:val="000000"/>
          <w:sz w:val="22"/>
        </w:rPr>
        <w:t xml:space="preserve">Link-ul </w:t>
      </w:r>
      <w:proofErr w:type="spellStart"/>
      <w:r w:rsidRPr="00B17CC9">
        <w:rPr>
          <w:rFonts w:cs="Times New Roman"/>
          <w:b/>
          <w:color w:val="000000"/>
          <w:sz w:val="22"/>
        </w:rPr>
        <w:t>către</w:t>
      </w:r>
      <w:proofErr w:type="spellEnd"/>
      <w:r w:rsidRPr="00B17CC9">
        <w:rPr>
          <w:rFonts w:cs="Times New Roman"/>
          <w:b/>
          <w:color w:val="000000"/>
          <w:sz w:val="22"/>
        </w:rPr>
        <w:t xml:space="preserve"> </w:t>
      </w:r>
      <w:proofErr w:type="spellStart"/>
      <w:r w:rsidRPr="00B17CC9">
        <w:rPr>
          <w:rFonts w:cs="Times New Roman"/>
          <w:b/>
          <w:color w:val="000000"/>
          <w:sz w:val="22"/>
        </w:rPr>
        <w:t>planul</w:t>
      </w:r>
      <w:proofErr w:type="spellEnd"/>
      <w:r w:rsidRPr="00B17CC9">
        <w:rPr>
          <w:rFonts w:cs="Times New Roman"/>
          <w:b/>
          <w:color w:val="000000"/>
          <w:sz w:val="22"/>
        </w:rPr>
        <w:t xml:space="preserve"> de </w:t>
      </w:r>
      <w:proofErr w:type="spellStart"/>
      <w:r w:rsidRPr="00B17CC9">
        <w:rPr>
          <w:rFonts w:cs="Times New Roman"/>
          <w:b/>
          <w:color w:val="000000"/>
          <w:sz w:val="22"/>
        </w:rPr>
        <w:t>achiziții</w:t>
      </w:r>
      <w:proofErr w:type="spellEnd"/>
      <w:r w:rsidRPr="00B17CC9">
        <w:rPr>
          <w:rFonts w:cs="Times New Roman"/>
          <w:b/>
          <w:color w:val="000000"/>
          <w:sz w:val="22"/>
        </w:rPr>
        <w:t xml:space="preserve"> </w:t>
      </w:r>
      <w:proofErr w:type="spellStart"/>
      <w:r w:rsidRPr="00B17CC9">
        <w:rPr>
          <w:rFonts w:cs="Times New Roman"/>
          <w:b/>
          <w:color w:val="000000"/>
          <w:sz w:val="22"/>
        </w:rPr>
        <w:t>publice</w:t>
      </w:r>
      <w:proofErr w:type="spellEnd"/>
      <w:r w:rsidRPr="00B17CC9">
        <w:rPr>
          <w:rFonts w:cs="Times New Roman"/>
          <w:b/>
          <w:color w:val="000000"/>
          <w:sz w:val="22"/>
        </w:rPr>
        <w:t xml:space="preserve"> </w:t>
      </w:r>
      <w:proofErr w:type="spellStart"/>
      <w:r w:rsidRPr="00B17CC9">
        <w:rPr>
          <w:rFonts w:cs="Times New Roman"/>
          <w:b/>
          <w:color w:val="000000"/>
          <w:sz w:val="22"/>
        </w:rPr>
        <w:t>publicat</w:t>
      </w:r>
      <w:proofErr w:type="spellEnd"/>
      <w:r w:rsidRPr="00B17CC9">
        <w:rPr>
          <w:rFonts w:cs="Times New Roman"/>
          <w:b/>
          <w:color w:val="000000"/>
          <w:sz w:val="22"/>
        </w:rPr>
        <w:t xml:space="preserve">: </w:t>
      </w:r>
      <w:r w:rsidRPr="00B17CC9">
        <w:rPr>
          <w:rFonts w:cs="Times New Roman"/>
          <w:color w:val="000000"/>
          <w:sz w:val="22"/>
        </w:rPr>
        <w:t>https://ansp.md/achizitii/</w:t>
      </w:r>
    </w:p>
    <w:p w:rsidR="0022270F" w:rsidRPr="00B17CC9" w:rsidRDefault="00374C8A" w:rsidP="00B17CC9">
      <w:pPr>
        <w:jc w:val="both"/>
        <w:rPr>
          <w:rFonts w:cs="Times New Roman"/>
          <w:sz w:val="22"/>
        </w:rPr>
      </w:pPr>
      <w:r w:rsidRPr="00B17CC9">
        <w:rPr>
          <w:rFonts w:cs="Times New Roman"/>
          <w:b/>
          <w:color w:val="000000"/>
          <w:sz w:val="22"/>
        </w:rPr>
        <w:t xml:space="preserve">1. </w:t>
      </w:r>
      <w:proofErr w:type="spellStart"/>
      <w:r w:rsidRPr="00B17CC9">
        <w:rPr>
          <w:rFonts w:cs="Times New Roman"/>
          <w:b/>
          <w:color w:val="000000"/>
          <w:sz w:val="22"/>
        </w:rPr>
        <w:t>Denumirea</w:t>
      </w:r>
      <w:proofErr w:type="spellEnd"/>
      <w:r w:rsidRPr="00B17CC9">
        <w:rPr>
          <w:rFonts w:cs="Times New Roman"/>
          <w:b/>
          <w:color w:val="000000"/>
          <w:sz w:val="22"/>
        </w:rPr>
        <w:t xml:space="preserve"> </w:t>
      </w:r>
      <w:proofErr w:type="spellStart"/>
      <w:r w:rsidRPr="00B17CC9">
        <w:rPr>
          <w:rFonts w:cs="Times New Roman"/>
          <w:b/>
          <w:color w:val="000000"/>
          <w:sz w:val="22"/>
        </w:rPr>
        <w:t>autorității</w:t>
      </w:r>
      <w:proofErr w:type="spellEnd"/>
      <w:r w:rsidRPr="00B17CC9">
        <w:rPr>
          <w:rFonts w:cs="Times New Roman"/>
          <w:b/>
          <w:color w:val="000000"/>
          <w:sz w:val="22"/>
        </w:rPr>
        <w:t xml:space="preserve"> </w:t>
      </w:r>
      <w:proofErr w:type="spellStart"/>
      <w:r w:rsidRPr="00B17CC9">
        <w:rPr>
          <w:rFonts w:cs="Times New Roman"/>
          <w:b/>
          <w:color w:val="000000"/>
          <w:sz w:val="22"/>
        </w:rPr>
        <w:t>contractante</w:t>
      </w:r>
      <w:proofErr w:type="spellEnd"/>
      <w:r w:rsidRPr="00B17CC9">
        <w:rPr>
          <w:rFonts w:cs="Times New Roman"/>
          <w:b/>
          <w:color w:val="000000"/>
          <w:sz w:val="22"/>
        </w:rPr>
        <w:t xml:space="preserve">: </w:t>
      </w:r>
      <w:proofErr w:type="spellStart"/>
      <w:r w:rsidRPr="00B17CC9">
        <w:rPr>
          <w:rFonts w:cs="Times New Roman"/>
          <w:color w:val="000000"/>
          <w:sz w:val="22"/>
        </w:rPr>
        <w:t>Agenția</w:t>
      </w:r>
      <w:proofErr w:type="spellEnd"/>
      <w:r w:rsidRPr="00B17CC9">
        <w:rPr>
          <w:rFonts w:cs="Times New Roman"/>
          <w:color w:val="000000"/>
          <w:sz w:val="22"/>
        </w:rPr>
        <w:t xml:space="preserve"> </w:t>
      </w:r>
      <w:proofErr w:type="spellStart"/>
      <w:r w:rsidRPr="00B17CC9">
        <w:rPr>
          <w:rFonts w:cs="Times New Roman"/>
          <w:color w:val="000000"/>
          <w:sz w:val="22"/>
        </w:rPr>
        <w:t>Națională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Sănătate</w:t>
      </w:r>
      <w:proofErr w:type="spellEnd"/>
      <w:r w:rsidRPr="00B17CC9">
        <w:rPr>
          <w:rFonts w:cs="Times New Roman"/>
          <w:color w:val="000000"/>
          <w:sz w:val="22"/>
        </w:rPr>
        <w:t xml:space="preserve"> </w:t>
      </w:r>
      <w:proofErr w:type="spellStart"/>
      <w:r w:rsidRPr="00B17CC9">
        <w:rPr>
          <w:rFonts w:cs="Times New Roman"/>
          <w:color w:val="000000"/>
          <w:sz w:val="22"/>
        </w:rPr>
        <w:t>Publică</w:t>
      </w:r>
      <w:proofErr w:type="spellEnd"/>
    </w:p>
    <w:p w:rsidR="0022270F" w:rsidRPr="00B17CC9" w:rsidRDefault="00374C8A" w:rsidP="00B17CC9">
      <w:pPr>
        <w:jc w:val="both"/>
        <w:rPr>
          <w:rFonts w:cs="Times New Roman"/>
          <w:sz w:val="22"/>
        </w:rPr>
      </w:pPr>
      <w:r w:rsidRPr="00B17CC9">
        <w:rPr>
          <w:rFonts w:cs="Times New Roman"/>
          <w:b/>
          <w:color w:val="000000"/>
          <w:sz w:val="22"/>
        </w:rPr>
        <w:t xml:space="preserve">2. IDNO: </w:t>
      </w:r>
      <w:r w:rsidRPr="00B17CC9">
        <w:rPr>
          <w:rFonts w:cs="Times New Roman"/>
          <w:color w:val="000000"/>
          <w:sz w:val="22"/>
        </w:rPr>
        <w:t>1018601000021</w:t>
      </w:r>
    </w:p>
    <w:p w:rsidR="0022270F" w:rsidRPr="00B17CC9" w:rsidRDefault="00374C8A" w:rsidP="00B17CC9">
      <w:pPr>
        <w:jc w:val="both"/>
        <w:rPr>
          <w:rFonts w:cs="Times New Roman"/>
          <w:sz w:val="22"/>
        </w:rPr>
      </w:pPr>
      <w:r w:rsidRPr="00B17CC9">
        <w:rPr>
          <w:rFonts w:cs="Times New Roman"/>
          <w:b/>
          <w:color w:val="000000"/>
          <w:sz w:val="22"/>
        </w:rPr>
        <w:t xml:space="preserve">3. </w:t>
      </w:r>
      <w:proofErr w:type="spellStart"/>
      <w:r w:rsidRPr="00B17CC9">
        <w:rPr>
          <w:rFonts w:cs="Times New Roman"/>
          <w:b/>
          <w:color w:val="000000"/>
          <w:sz w:val="22"/>
        </w:rPr>
        <w:t>Adresa</w:t>
      </w:r>
      <w:proofErr w:type="spellEnd"/>
      <w:r w:rsidRPr="00B17CC9">
        <w:rPr>
          <w:rFonts w:cs="Times New Roman"/>
          <w:b/>
          <w:color w:val="000000"/>
          <w:sz w:val="22"/>
        </w:rPr>
        <w:t xml:space="preserve">: </w:t>
      </w:r>
      <w:proofErr w:type="spellStart"/>
      <w:r w:rsidRPr="00B17CC9">
        <w:rPr>
          <w:rFonts w:cs="Times New Roman"/>
          <w:color w:val="000000"/>
          <w:sz w:val="22"/>
        </w:rPr>
        <w:t>mun</w:t>
      </w:r>
      <w:proofErr w:type="spellEnd"/>
      <w:r w:rsidRPr="00B17CC9">
        <w:rPr>
          <w:rFonts w:cs="Times New Roman"/>
          <w:color w:val="000000"/>
          <w:sz w:val="22"/>
        </w:rPr>
        <w:t xml:space="preserve">. </w:t>
      </w:r>
      <w:proofErr w:type="spellStart"/>
      <w:r w:rsidRPr="00B17CC9">
        <w:rPr>
          <w:rFonts w:cs="Times New Roman"/>
          <w:color w:val="000000"/>
          <w:sz w:val="22"/>
        </w:rPr>
        <w:t>Chișinău</w:t>
      </w:r>
      <w:proofErr w:type="spellEnd"/>
      <w:r w:rsidRPr="00B17CC9">
        <w:rPr>
          <w:rFonts w:cs="Times New Roman"/>
          <w:color w:val="000000"/>
          <w:sz w:val="22"/>
        </w:rPr>
        <w:t xml:space="preserve">, str. </w:t>
      </w:r>
      <w:proofErr w:type="spellStart"/>
      <w:r w:rsidRPr="00B17CC9">
        <w:rPr>
          <w:rFonts w:cs="Times New Roman"/>
          <w:color w:val="000000"/>
          <w:sz w:val="22"/>
        </w:rPr>
        <w:t>Gh</w:t>
      </w:r>
      <w:proofErr w:type="spellEnd"/>
      <w:r w:rsidRPr="00B17CC9">
        <w:rPr>
          <w:rFonts w:cs="Times New Roman"/>
          <w:color w:val="000000"/>
          <w:sz w:val="22"/>
        </w:rPr>
        <w:t xml:space="preserve">. </w:t>
      </w:r>
      <w:proofErr w:type="spellStart"/>
      <w:r w:rsidRPr="00B17CC9">
        <w:rPr>
          <w:rFonts w:cs="Times New Roman"/>
          <w:color w:val="000000"/>
          <w:sz w:val="22"/>
        </w:rPr>
        <w:t>Asachi</w:t>
      </w:r>
      <w:proofErr w:type="spellEnd"/>
      <w:r w:rsidRPr="00B17CC9">
        <w:rPr>
          <w:rFonts w:cs="Times New Roman"/>
          <w:color w:val="000000"/>
          <w:sz w:val="22"/>
        </w:rPr>
        <w:t>, 67 A</w:t>
      </w:r>
    </w:p>
    <w:p w:rsidR="0022270F" w:rsidRPr="00B17CC9" w:rsidRDefault="00374C8A" w:rsidP="00B17CC9">
      <w:pPr>
        <w:jc w:val="both"/>
        <w:rPr>
          <w:rFonts w:cs="Times New Roman"/>
          <w:bCs/>
          <w:sz w:val="22"/>
        </w:rPr>
      </w:pPr>
      <w:r w:rsidRPr="00B17CC9">
        <w:rPr>
          <w:rFonts w:cs="Times New Roman"/>
          <w:b/>
          <w:color w:val="000000"/>
          <w:sz w:val="22"/>
        </w:rPr>
        <w:t xml:space="preserve">4. </w:t>
      </w:r>
      <w:proofErr w:type="spellStart"/>
      <w:r w:rsidRPr="00B17CC9">
        <w:rPr>
          <w:rFonts w:cs="Times New Roman"/>
          <w:b/>
          <w:color w:val="000000"/>
          <w:sz w:val="22"/>
        </w:rPr>
        <w:t>Numărul</w:t>
      </w:r>
      <w:proofErr w:type="spellEnd"/>
      <w:r w:rsidRPr="00B17CC9">
        <w:rPr>
          <w:rFonts w:cs="Times New Roman"/>
          <w:b/>
          <w:color w:val="000000"/>
          <w:sz w:val="22"/>
        </w:rPr>
        <w:t xml:space="preserve"> de </w:t>
      </w:r>
      <w:proofErr w:type="spellStart"/>
      <w:r w:rsidRPr="00B17CC9">
        <w:rPr>
          <w:rFonts w:cs="Times New Roman"/>
          <w:b/>
          <w:color w:val="000000"/>
          <w:sz w:val="22"/>
        </w:rPr>
        <w:t>telefon</w:t>
      </w:r>
      <w:proofErr w:type="spellEnd"/>
      <w:r w:rsidRPr="00B17CC9">
        <w:rPr>
          <w:rFonts w:cs="Times New Roman"/>
          <w:b/>
          <w:color w:val="000000"/>
          <w:sz w:val="22"/>
        </w:rPr>
        <w:t>/fax: 067493406</w:t>
      </w:r>
    </w:p>
    <w:p w:rsidR="0022270F" w:rsidRPr="00B17CC9" w:rsidRDefault="00374C8A" w:rsidP="00B17CC9">
      <w:pPr>
        <w:jc w:val="both"/>
        <w:rPr>
          <w:rFonts w:cs="Times New Roman"/>
          <w:sz w:val="22"/>
        </w:rPr>
      </w:pPr>
      <w:r w:rsidRPr="00B17CC9">
        <w:rPr>
          <w:rFonts w:cs="Times New Roman"/>
          <w:b/>
          <w:color w:val="000000"/>
          <w:sz w:val="22"/>
        </w:rPr>
        <w:t xml:space="preserve">5. </w:t>
      </w:r>
      <w:proofErr w:type="spellStart"/>
      <w:r w:rsidRPr="00B17CC9">
        <w:rPr>
          <w:rFonts w:cs="Times New Roman"/>
          <w:b/>
          <w:color w:val="000000"/>
          <w:sz w:val="22"/>
        </w:rPr>
        <w:t>Adresa</w:t>
      </w:r>
      <w:proofErr w:type="spellEnd"/>
      <w:r w:rsidRPr="00B17CC9">
        <w:rPr>
          <w:rFonts w:cs="Times New Roman"/>
          <w:b/>
          <w:color w:val="000000"/>
          <w:sz w:val="22"/>
        </w:rPr>
        <w:t xml:space="preserve"> de e-mail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pagina</w:t>
      </w:r>
      <w:proofErr w:type="spellEnd"/>
      <w:r w:rsidRPr="00B17CC9">
        <w:rPr>
          <w:rFonts w:cs="Times New Roman"/>
          <w:b/>
          <w:color w:val="000000"/>
          <w:sz w:val="22"/>
        </w:rPr>
        <w:t xml:space="preserve"> web </w:t>
      </w:r>
      <w:proofErr w:type="spellStart"/>
      <w:r w:rsidRPr="00B17CC9">
        <w:rPr>
          <w:rFonts w:cs="Times New Roman"/>
          <w:b/>
          <w:color w:val="000000"/>
          <w:sz w:val="22"/>
        </w:rPr>
        <w:t>oficială</w:t>
      </w:r>
      <w:proofErr w:type="spellEnd"/>
      <w:r w:rsidRPr="00B17CC9">
        <w:rPr>
          <w:rFonts w:cs="Times New Roman"/>
          <w:b/>
          <w:color w:val="000000"/>
          <w:sz w:val="22"/>
        </w:rPr>
        <w:t xml:space="preserve"> </w:t>
      </w:r>
      <w:proofErr w:type="gramStart"/>
      <w:r w:rsidRPr="00B17CC9">
        <w:rPr>
          <w:rFonts w:cs="Times New Roman"/>
          <w:b/>
          <w:color w:val="000000"/>
          <w:sz w:val="22"/>
        </w:rPr>
        <w:t>a</w:t>
      </w:r>
      <w:proofErr w:type="gramEnd"/>
      <w:r w:rsidRPr="00B17CC9">
        <w:rPr>
          <w:rFonts w:cs="Times New Roman"/>
          <w:b/>
          <w:color w:val="000000"/>
          <w:sz w:val="22"/>
        </w:rPr>
        <w:t xml:space="preserve"> </w:t>
      </w:r>
      <w:proofErr w:type="spellStart"/>
      <w:r w:rsidRPr="00B17CC9">
        <w:rPr>
          <w:rFonts w:cs="Times New Roman"/>
          <w:b/>
          <w:color w:val="000000"/>
          <w:sz w:val="22"/>
        </w:rPr>
        <w:t>autorității</w:t>
      </w:r>
      <w:proofErr w:type="spellEnd"/>
      <w:r w:rsidRPr="00B17CC9">
        <w:rPr>
          <w:rFonts w:cs="Times New Roman"/>
          <w:b/>
          <w:color w:val="000000"/>
          <w:sz w:val="22"/>
        </w:rPr>
        <w:t xml:space="preserve"> </w:t>
      </w:r>
      <w:proofErr w:type="spellStart"/>
      <w:r w:rsidRPr="00B17CC9">
        <w:rPr>
          <w:rFonts w:cs="Times New Roman"/>
          <w:b/>
          <w:color w:val="000000"/>
          <w:sz w:val="22"/>
        </w:rPr>
        <w:t>contractante</w:t>
      </w:r>
      <w:proofErr w:type="spellEnd"/>
      <w:r w:rsidRPr="00B17CC9">
        <w:rPr>
          <w:rFonts w:cs="Times New Roman"/>
          <w:b/>
          <w:color w:val="000000"/>
          <w:sz w:val="22"/>
        </w:rPr>
        <w:t xml:space="preserve">: </w:t>
      </w:r>
      <w:r w:rsidRPr="00B17CC9">
        <w:rPr>
          <w:rFonts w:cs="Times New Roman"/>
          <w:color w:val="000000"/>
          <w:sz w:val="22"/>
        </w:rPr>
        <w:t>achizitii@ansp.gov.md; www.ansp.md</w:t>
      </w:r>
    </w:p>
    <w:p w:rsidR="0022270F" w:rsidRPr="00B17CC9" w:rsidRDefault="00374C8A" w:rsidP="00B17CC9">
      <w:pPr>
        <w:jc w:val="both"/>
        <w:rPr>
          <w:rFonts w:cs="Times New Roman"/>
          <w:sz w:val="22"/>
        </w:rPr>
      </w:pPr>
      <w:r w:rsidRPr="00B17CC9">
        <w:rPr>
          <w:rFonts w:cs="Times New Roman"/>
          <w:b/>
          <w:color w:val="000000"/>
          <w:sz w:val="22"/>
        </w:rPr>
        <w:t xml:space="preserve">6. Adresa de e-mail sau pagina web oficială de la care se va putea obține accesul la documentația de atribuire: documentația de atribuire este anexată în cadrul achiziției </w:t>
      </w:r>
      <w:proofErr w:type="spellStart"/>
      <w:r w:rsidRPr="00B17CC9">
        <w:rPr>
          <w:rFonts w:cs="Times New Roman"/>
          <w:b/>
          <w:color w:val="000000"/>
          <w:sz w:val="22"/>
        </w:rPr>
        <w:t>publicate</w:t>
      </w:r>
      <w:proofErr w:type="spellEnd"/>
      <w:r w:rsidRPr="00B17CC9">
        <w:rPr>
          <w:rFonts w:cs="Times New Roman"/>
          <w:b/>
          <w:color w:val="000000"/>
          <w:sz w:val="22"/>
        </w:rPr>
        <w:t xml:space="preserve"> pe </w:t>
      </w:r>
      <w:proofErr w:type="spellStart"/>
      <w:r w:rsidRPr="00B17CC9">
        <w:rPr>
          <w:rFonts w:cs="Times New Roman"/>
          <w:b/>
          <w:color w:val="000000"/>
          <w:sz w:val="22"/>
        </w:rPr>
        <w:t>platforma</w:t>
      </w:r>
      <w:proofErr w:type="spellEnd"/>
      <w:r w:rsidRPr="00B17CC9">
        <w:rPr>
          <w:rFonts w:cs="Times New Roman"/>
          <w:b/>
          <w:color w:val="000000"/>
          <w:sz w:val="22"/>
        </w:rPr>
        <w:t xml:space="preserve"> achizitii.md.</w:t>
      </w:r>
    </w:p>
    <w:p w:rsidR="0022270F" w:rsidRPr="00B17CC9" w:rsidRDefault="00374C8A" w:rsidP="00B17CC9">
      <w:pPr>
        <w:jc w:val="both"/>
        <w:rPr>
          <w:rFonts w:cs="Times New Roman"/>
          <w:sz w:val="22"/>
        </w:rPr>
      </w:pPr>
      <w:r w:rsidRPr="00B17CC9">
        <w:rPr>
          <w:rFonts w:cs="Times New Roman"/>
          <w:b/>
          <w:color w:val="000000"/>
          <w:sz w:val="22"/>
        </w:rPr>
        <w:t xml:space="preserve">7. </w:t>
      </w:r>
      <w:proofErr w:type="spellStart"/>
      <w:r w:rsidRPr="00B17CC9">
        <w:rPr>
          <w:rFonts w:cs="Times New Roman"/>
          <w:b/>
          <w:color w:val="000000"/>
          <w:sz w:val="22"/>
        </w:rPr>
        <w:t>Tipul</w:t>
      </w:r>
      <w:proofErr w:type="spellEnd"/>
      <w:r w:rsidRPr="00B17CC9">
        <w:rPr>
          <w:rFonts w:cs="Times New Roman"/>
          <w:b/>
          <w:color w:val="000000"/>
          <w:sz w:val="22"/>
        </w:rPr>
        <w:t xml:space="preserve"> </w:t>
      </w:r>
      <w:proofErr w:type="spellStart"/>
      <w:r w:rsidRPr="00B17CC9">
        <w:rPr>
          <w:rFonts w:cs="Times New Roman"/>
          <w:b/>
          <w:color w:val="000000"/>
          <w:sz w:val="22"/>
        </w:rPr>
        <w:t>autorității</w:t>
      </w:r>
      <w:proofErr w:type="spellEnd"/>
      <w:r w:rsidRPr="00B17CC9">
        <w:rPr>
          <w:rFonts w:cs="Times New Roman"/>
          <w:b/>
          <w:color w:val="000000"/>
          <w:sz w:val="22"/>
        </w:rPr>
        <w:t xml:space="preserve"> </w:t>
      </w:r>
      <w:proofErr w:type="spellStart"/>
      <w:r w:rsidRPr="00B17CC9">
        <w:rPr>
          <w:rFonts w:cs="Times New Roman"/>
          <w:b/>
          <w:color w:val="000000"/>
          <w:sz w:val="22"/>
        </w:rPr>
        <w:t>contractante</w:t>
      </w:r>
      <w:proofErr w:type="spellEnd"/>
      <w:r w:rsidRPr="00B17CC9">
        <w:rPr>
          <w:rFonts w:cs="Times New Roman"/>
          <w:b/>
          <w:color w:val="000000"/>
          <w:sz w:val="22"/>
        </w:rPr>
        <w:t xml:space="preserve">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obiectul</w:t>
      </w:r>
      <w:proofErr w:type="spellEnd"/>
      <w:r w:rsidRPr="00B17CC9">
        <w:rPr>
          <w:rFonts w:cs="Times New Roman"/>
          <w:b/>
          <w:color w:val="000000"/>
          <w:sz w:val="22"/>
        </w:rPr>
        <w:t xml:space="preserve"> principal de </w:t>
      </w:r>
      <w:proofErr w:type="spellStart"/>
      <w:r w:rsidRPr="00B17CC9">
        <w:rPr>
          <w:rFonts w:cs="Times New Roman"/>
          <w:b/>
          <w:color w:val="000000"/>
          <w:sz w:val="22"/>
        </w:rPr>
        <w:t>activitate</w:t>
      </w:r>
      <w:proofErr w:type="spellEnd"/>
      <w:r w:rsidRPr="00B17CC9">
        <w:rPr>
          <w:rFonts w:cs="Times New Roman"/>
          <w:b/>
          <w:color w:val="000000"/>
          <w:sz w:val="22"/>
        </w:rPr>
        <w:t xml:space="preserve">: </w:t>
      </w:r>
      <w:proofErr w:type="spellStart"/>
      <w:r w:rsidRPr="00B17CC9">
        <w:rPr>
          <w:rFonts w:cs="Times New Roman"/>
          <w:color w:val="000000"/>
          <w:sz w:val="22"/>
        </w:rPr>
        <w:t>Autoritate</w:t>
      </w:r>
      <w:proofErr w:type="spellEnd"/>
      <w:r w:rsidRPr="00B17CC9">
        <w:rPr>
          <w:rFonts w:cs="Times New Roman"/>
          <w:color w:val="000000"/>
          <w:sz w:val="22"/>
        </w:rPr>
        <w:t xml:space="preserve"> </w:t>
      </w:r>
      <w:proofErr w:type="spellStart"/>
      <w:r w:rsidRPr="00B17CC9">
        <w:rPr>
          <w:rFonts w:cs="Times New Roman"/>
          <w:color w:val="000000"/>
          <w:sz w:val="22"/>
        </w:rPr>
        <w:t>administrativă</w:t>
      </w:r>
      <w:proofErr w:type="spellEnd"/>
      <w:r w:rsidRPr="00B17CC9">
        <w:rPr>
          <w:rFonts w:cs="Times New Roman"/>
          <w:color w:val="000000"/>
          <w:sz w:val="22"/>
        </w:rPr>
        <w:t xml:space="preserve"> </w:t>
      </w:r>
      <w:proofErr w:type="spellStart"/>
      <w:r w:rsidRPr="00B17CC9">
        <w:rPr>
          <w:rFonts w:cs="Times New Roman"/>
          <w:color w:val="000000"/>
          <w:sz w:val="22"/>
        </w:rPr>
        <w:t>subordonată</w:t>
      </w:r>
      <w:proofErr w:type="spellEnd"/>
      <w:r w:rsidRPr="00B17CC9">
        <w:rPr>
          <w:rFonts w:cs="Times New Roman"/>
          <w:color w:val="000000"/>
          <w:sz w:val="22"/>
        </w:rPr>
        <w:t xml:space="preserve"> </w:t>
      </w:r>
      <w:proofErr w:type="spellStart"/>
      <w:r w:rsidRPr="00B17CC9">
        <w:rPr>
          <w:rFonts w:cs="Times New Roman"/>
          <w:color w:val="000000"/>
          <w:sz w:val="22"/>
        </w:rPr>
        <w:t>Ministerului</w:t>
      </w:r>
      <w:proofErr w:type="spellEnd"/>
      <w:r w:rsidRPr="00B17CC9">
        <w:rPr>
          <w:rFonts w:cs="Times New Roman"/>
          <w:color w:val="000000"/>
          <w:sz w:val="22"/>
        </w:rPr>
        <w:t xml:space="preserve"> </w:t>
      </w:r>
      <w:proofErr w:type="spellStart"/>
      <w:r w:rsidRPr="00B17CC9">
        <w:rPr>
          <w:rFonts w:cs="Times New Roman"/>
          <w:color w:val="000000"/>
          <w:sz w:val="22"/>
        </w:rPr>
        <w:t>Sănătății</w:t>
      </w:r>
      <w:proofErr w:type="spellEnd"/>
      <w:r w:rsidRPr="00B17CC9">
        <w:rPr>
          <w:rFonts w:cs="Times New Roman"/>
          <w:color w:val="000000"/>
          <w:sz w:val="22"/>
        </w:rPr>
        <w:t xml:space="preserve"> al RM.</w:t>
      </w:r>
    </w:p>
    <w:p w:rsidR="0022270F" w:rsidRPr="00B17CC9" w:rsidRDefault="00374C8A" w:rsidP="00B17CC9">
      <w:pPr>
        <w:jc w:val="both"/>
        <w:rPr>
          <w:rFonts w:cs="Times New Roman"/>
          <w:b/>
          <w:sz w:val="22"/>
        </w:rPr>
      </w:pPr>
      <w:r w:rsidRPr="00B17CC9">
        <w:rPr>
          <w:rFonts w:cs="Times New Roman"/>
          <w:color w:val="000000"/>
          <w:sz w:val="22"/>
        </w:rPr>
        <w:t xml:space="preserve">8. </w:t>
      </w:r>
      <w:proofErr w:type="spellStart"/>
      <w:r w:rsidRPr="00B17CC9">
        <w:rPr>
          <w:rFonts w:cs="Times New Roman"/>
          <w:color w:val="000000"/>
          <w:sz w:val="22"/>
        </w:rPr>
        <w:t>Agenția</w:t>
      </w:r>
      <w:proofErr w:type="spellEnd"/>
      <w:r w:rsidRPr="00B17CC9">
        <w:rPr>
          <w:rFonts w:cs="Times New Roman"/>
          <w:color w:val="000000"/>
          <w:sz w:val="22"/>
        </w:rPr>
        <w:t xml:space="preserve"> </w:t>
      </w:r>
      <w:proofErr w:type="spellStart"/>
      <w:r w:rsidRPr="00B17CC9">
        <w:rPr>
          <w:rFonts w:cs="Times New Roman"/>
          <w:color w:val="000000"/>
          <w:sz w:val="22"/>
        </w:rPr>
        <w:t>Națională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Sănătate</w:t>
      </w:r>
      <w:proofErr w:type="spellEnd"/>
      <w:r w:rsidRPr="00B17CC9">
        <w:rPr>
          <w:rFonts w:cs="Times New Roman"/>
          <w:color w:val="000000"/>
          <w:sz w:val="22"/>
        </w:rPr>
        <w:t xml:space="preserve"> </w:t>
      </w:r>
      <w:proofErr w:type="spellStart"/>
      <w:r w:rsidRPr="00B17CC9">
        <w:rPr>
          <w:rFonts w:cs="Times New Roman"/>
          <w:color w:val="000000"/>
          <w:sz w:val="22"/>
        </w:rPr>
        <w:t>Publică</w:t>
      </w:r>
      <w:proofErr w:type="spellEnd"/>
      <w:r w:rsidRPr="00B17CC9">
        <w:rPr>
          <w:rFonts w:cs="Times New Roman"/>
          <w:color w:val="000000"/>
          <w:sz w:val="22"/>
        </w:rPr>
        <w:t xml:space="preserve"> </w:t>
      </w:r>
      <w:proofErr w:type="spellStart"/>
      <w:r w:rsidRPr="00B17CC9">
        <w:rPr>
          <w:rFonts w:cs="Times New Roman"/>
          <w:color w:val="000000"/>
          <w:sz w:val="22"/>
        </w:rPr>
        <w:t>invită</w:t>
      </w:r>
      <w:proofErr w:type="spellEnd"/>
      <w:r w:rsidRPr="00B17CC9">
        <w:rPr>
          <w:rFonts w:cs="Times New Roman"/>
          <w:color w:val="000000"/>
          <w:sz w:val="22"/>
        </w:rPr>
        <w:t xml:space="preserve"> </w:t>
      </w:r>
      <w:proofErr w:type="spellStart"/>
      <w:r w:rsidRPr="00B17CC9">
        <w:rPr>
          <w:rFonts w:cs="Times New Roman"/>
          <w:color w:val="000000"/>
          <w:sz w:val="22"/>
        </w:rPr>
        <w:t>operatorii</w:t>
      </w:r>
      <w:proofErr w:type="spellEnd"/>
      <w:r w:rsidRPr="00B17CC9">
        <w:rPr>
          <w:rFonts w:cs="Times New Roman"/>
          <w:color w:val="000000"/>
          <w:sz w:val="22"/>
        </w:rPr>
        <w:t xml:space="preserve"> economici </w:t>
      </w:r>
      <w:proofErr w:type="spellStart"/>
      <w:r w:rsidRPr="00B17CC9">
        <w:rPr>
          <w:rFonts w:cs="Times New Roman"/>
          <w:color w:val="000000"/>
          <w:sz w:val="22"/>
        </w:rPr>
        <w:t>interesați</w:t>
      </w:r>
      <w:proofErr w:type="spellEnd"/>
      <w:r w:rsidRPr="00B17CC9">
        <w:rPr>
          <w:rFonts w:cs="Times New Roman"/>
          <w:color w:val="000000"/>
          <w:sz w:val="22"/>
        </w:rPr>
        <w:t xml:space="preserve">, care </w:t>
      </w:r>
      <w:proofErr w:type="spellStart"/>
      <w:r w:rsidRPr="00B17CC9">
        <w:rPr>
          <w:rFonts w:cs="Times New Roman"/>
          <w:color w:val="000000"/>
          <w:sz w:val="22"/>
        </w:rPr>
        <w:t>îi</w:t>
      </w:r>
      <w:proofErr w:type="spellEnd"/>
      <w:r w:rsidRPr="00B17CC9">
        <w:rPr>
          <w:rFonts w:cs="Times New Roman"/>
          <w:color w:val="000000"/>
          <w:sz w:val="22"/>
        </w:rPr>
        <w:t xml:space="preserve"> pot </w:t>
      </w:r>
      <w:proofErr w:type="spellStart"/>
      <w:r w:rsidRPr="00B17CC9">
        <w:rPr>
          <w:rFonts w:cs="Times New Roman"/>
          <w:color w:val="000000"/>
          <w:sz w:val="22"/>
        </w:rPr>
        <w:t>satisface</w:t>
      </w:r>
      <w:proofErr w:type="spellEnd"/>
      <w:r w:rsidRPr="00B17CC9">
        <w:rPr>
          <w:rFonts w:cs="Times New Roman"/>
          <w:color w:val="000000"/>
          <w:sz w:val="22"/>
        </w:rPr>
        <w:t xml:space="preserve"> </w:t>
      </w:r>
      <w:proofErr w:type="spellStart"/>
      <w:r w:rsidRPr="00B17CC9">
        <w:rPr>
          <w:rFonts w:cs="Times New Roman"/>
          <w:color w:val="000000"/>
          <w:sz w:val="22"/>
        </w:rPr>
        <w:t>necesitățile</w:t>
      </w:r>
      <w:proofErr w:type="spellEnd"/>
      <w:r w:rsidRPr="00B17CC9">
        <w:rPr>
          <w:rFonts w:cs="Times New Roman"/>
          <w:color w:val="000000"/>
          <w:sz w:val="22"/>
        </w:rPr>
        <w:t xml:space="preserve">, </w:t>
      </w:r>
      <w:proofErr w:type="spellStart"/>
      <w:r w:rsidRPr="00B17CC9">
        <w:rPr>
          <w:rFonts w:cs="Times New Roman"/>
          <w:color w:val="000000"/>
          <w:sz w:val="22"/>
        </w:rPr>
        <w:t>să</w:t>
      </w:r>
      <w:proofErr w:type="spellEnd"/>
      <w:r w:rsidRPr="00B17CC9">
        <w:rPr>
          <w:rFonts w:cs="Times New Roman"/>
          <w:color w:val="000000"/>
          <w:sz w:val="22"/>
        </w:rPr>
        <w:t xml:space="preserve"> </w:t>
      </w:r>
      <w:proofErr w:type="spellStart"/>
      <w:r w:rsidRPr="00B17CC9">
        <w:rPr>
          <w:rFonts w:cs="Times New Roman"/>
          <w:color w:val="000000"/>
          <w:sz w:val="22"/>
        </w:rPr>
        <w:t>participe</w:t>
      </w:r>
      <w:proofErr w:type="spellEnd"/>
      <w:r w:rsidRPr="00B17CC9">
        <w:rPr>
          <w:rFonts w:cs="Times New Roman"/>
          <w:color w:val="000000"/>
          <w:sz w:val="22"/>
        </w:rPr>
        <w:t xml:space="preserve"> la </w:t>
      </w:r>
      <w:proofErr w:type="spellStart"/>
      <w:r w:rsidRPr="00B17CC9">
        <w:rPr>
          <w:rFonts w:cs="Times New Roman"/>
          <w:color w:val="000000"/>
          <w:sz w:val="22"/>
        </w:rPr>
        <w:t>procedura</w:t>
      </w:r>
      <w:proofErr w:type="spellEnd"/>
      <w:r w:rsidRPr="00B17CC9">
        <w:rPr>
          <w:rFonts w:cs="Times New Roman"/>
          <w:color w:val="000000"/>
          <w:sz w:val="22"/>
        </w:rPr>
        <w:t xml:space="preserve"> de </w:t>
      </w:r>
      <w:proofErr w:type="spellStart"/>
      <w:r w:rsidRPr="00B17CC9">
        <w:rPr>
          <w:rFonts w:cs="Times New Roman"/>
          <w:color w:val="000000"/>
          <w:sz w:val="22"/>
        </w:rPr>
        <w:t>achiziție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livrarea</w:t>
      </w:r>
      <w:proofErr w:type="spellEnd"/>
      <w:r w:rsidRPr="00B17CC9">
        <w:rPr>
          <w:rFonts w:cs="Times New Roman"/>
          <w:color w:val="000000"/>
          <w:sz w:val="22"/>
        </w:rPr>
        <w:t xml:space="preserve"> </w:t>
      </w:r>
      <w:proofErr w:type="spellStart"/>
      <w:r w:rsidRPr="00B17CC9">
        <w:rPr>
          <w:rFonts w:cs="Times New Roman"/>
          <w:color w:val="000000"/>
          <w:sz w:val="22"/>
        </w:rPr>
        <w:t>următoarelor</w:t>
      </w:r>
      <w:proofErr w:type="spellEnd"/>
      <w:r w:rsidRPr="00B17CC9">
        <w:rPr>
          <w:rFonts w:cs="Times New Roman"/>
          <w:color w:val="000000"/>
          <w:sz w:val="22"/>
        </w:rPr>
        <w:t xml:space="preserve"> </w:t>
      </w:r>
      <w:proofErr w:type="spellStart"/>
      <w:r w:rsidRPr="00B17CC9">
        <w:rPr>
          <w:rFonts w:cs="Times New Roman"/>
          <w:color w:val="000000"/>
          <w:sz w:val="22"/>
        </w:rPr>
        <w:t>bunuri</w:t>
      </w:r>
      <w:proofErr w:type="spellEnd"/>
      <w:r w:rsidRPr="00B17CC9">
        <w:rPr>
          <w:rFonts w:cs="Times New Roman"/>
          <w:color w:val="000000"/>
          <w:sz w:val="22"/>
        </w:rPr>
        <w:t>:</w:t>
      </w:r>
    </w:p>
    <w:p w:rsidR="000B6594" w:rsidRPr="00B17CC9" w:rsidRDefault="000B6594" w:rsidP="00B17CC9">
      <w:pPr>
        <w:jc w:val="both"/>
        <w:rPr>
          <w:rFonts w:cs="Times New Roman"/>
          <w:sz w:val="22"/>
        </w:rPr>
      </w:pPr>
    </w:p>
    <w:tbl>
      <w:tblPr>
        <w:tblW w:w="100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82"/>
        <w:gridCol w:w="1170"/>
        <w:gridCol w:w="2135"/>
        <w:gridCol w:w="1023"/>
        <w:gridCol w:w="1206"/>
        <w:gridCol w:w="2100"/>
        <w:gridCol w:w="1241"/>
      </w:tblGrid>
      <w:tr w:rsidR="00811206" w:rsidRPr="00B17CC9" w:rsidTr="00DB17FC">
        <w:trPr>
          <w:cantSplit/>
          <w:trHeight w:val="1716"/>
          <w:tblHeader/>
          <w:jc w:val="center"/>
        </w:trPr>
        <w:tc>
          <w:tcPr>
            <w:tcW w:w="1088" w:type="dxa"/>
            <w:shd w:val="clear" w:color="auto" w:fill="FFFFFF"/>
            <w:vAlign w:val="center"/>
          </w:tcPr>
          <w:p w:rsidR="00811206" w:rsidRPr="00B17CC9" w:rsidRDefault="00811206" w:rsidP="00B17CC9">
            <w:pPr>
              <w:jc w:val="both"/>
              <w:rPr>
                <w:rFonts w:cs="Times New Roman"/>
                <w:b/>
                <w:bCs/>
                <w:sz w:val="22"/>
              </w:rPr>
            </w:pPr>
            <w:r w:rsidRPr="00B17CC9">
              <w:rPr>
                <w:rFonts w:cs="Times New Roman"/>
                <w:b/>
                <w:bCs/>
                <w:color w:val="000000"/>
                <w:sz w:val="22"/>
              </w:rPr>
              <w:t>Nr. d/o</w:t>
            </w:r>
          </w:p>
        </w:tc>
        <w:tc>
          <w:tcPr>
            <w:tcW w:w="652" w:type="dxa"/>
            <w:shd w:val="clear" w:color="auto" w:fill="FFFFFF"/>
            <w:vAlign w:val="center"/>
          </w:tcPr>
          <w:p w:rsidR="00811206" w:rsidRPr="00B17CC9" w:rsidRDefault="00811206" w:rsidP="00B17CC9">
            <w:pPr>
              <w:jc w:val="both"/>
              <w:rPr>
                <w:rFonts w:cs="Times New Roman"/>
                <w:b/>
                <w:bCs/>
                <w:sz w:val="22"/>
              </w:rPr>
            </w:pPr>
            <w:r w:rsidRPr="00B17CC9">
              <w:rPr>
                <w:rFonts w:cs="Times New Roman"/>
                <w:b/>
                <w:bCs/>
                <w:color w:val="000000"/>
                <w:sz w:val="22"/>
              </w:rPr>
              <w:t>Cod CPV</w:t>
            </w:r>
          </w:p>
        </w:tc>
        <w:tc>
          <w:tcPr>
            <w:tcW w:w="2065" w:type="dxa"/>
            <w:shd w:val="clear" w:color="auto" w:fill="FFFFFF"/>
            <w:vAlign w:val="center"/>
          </w:tcPr>
          <w:p w:rsidR="00811206" w:rsidRPr="00B17CC9" w:rsidRDefault="00811206" w:rsidP="00B17CC9">
            <w:pPr>
              <w:jc w:val="both"/>
              <w:rPr>
                <w:rFonts w:cs="Times New Roman"/>
                <w:b/>
                <w:bCs/>
                <w:sz w:val="22"/>
              </w:rPr>
            </w:pPr>
            <w:proofErr w:type="spellStart"/>
            <w:r w:rsidRPr="00B17CC9">
              <w:rPr>
                <w:rFonts w:cs="Times New Roman"/>
                <w:b/>
                <w:bCs/>
                <w:color w:val="000000"/>
                <w:sz w:val="22"/>
              </w:rPr>
              <w:t>Denumirea</w:t>
            </w:r>
            <w:proofErr w:type="spellEnd"/>
            <w:r w:rsidRPr="00B17CC9">
              <w:rPr>
                <w:rFonts w:cs="Times New Roman"/>
                <w:b/>
                <w:bCs/>
                <w:color w:val="000000"/>
                <w:sz w:val="22"/>
              </w:rPr>
              <w:t xml:space="preserve"> </w:t>
            </w:r>
            <w:proofErr w:type="spellStart"/>
            <w:r w:rsidRPr="00B17CC9">
              <w:rPr>
                <w:rFonts w:cs="Times New Roman"/>
                <w:b/>
                <w:bCs/>
                <w:color w:val="000000"/>
                <w:sz w:val="22"/>
              </w:rPr>
              <w:t>bunurilor</w:t>
            </w:r>
            <w:proofErr w:type="spellEnd"/>
            <w:r w:rsidRPr="00B17CC9">
              <w:rPr>
                <w:rFonts w:cs="Times New Roman"/>
                <w:b/>
                <w:bCs/>
                <w:color w:val="000000"/>
                <w:sz w:val="22"/>
              </w:rPr>
              <w:t>/</w:t>
            </w:r>
            <w:proofErr w:type="spellStart"/>
            <w:r w:rsidRPr="00B17CC9">
              <w:rPr>
                <w:rFonts w:cs="Times New Roman"/>
                <w:b/>
                <w:bCs/>
                <w:color w:val="000000"/>
                <w:sz w:val="22"/>
              </w:rPr>
              <w:t>serviciilor</w:t>
            </w:r>
            <w:proofErr w:type="spellEnd"/>
            <w:r w:rsidRPr="00B17CC9">
              <w:rPr>
                <w:rFonts w:cs="Times New Roman"/>
                <w:b/>
                <w:bCs/>
                <w:color w:val="000000"/>
                <w:sz w:val="22"/>
              </w:rPr>
              <w:t xml:space="preserve"> solicitate</w:t>
            </w:r>
          </w:p>
        </w:tc>
        <w:tc>
          <w:tcPr>
            <w:tcW w:w="994" w:type="dxa"/>
            <w:shd w:val="clear" w:color="auto" w:fill="FFFFFF"/>
            <w:vAlign w:val="center"/>
          </w:tcPr>
          <w:p w:rsidR="00811206" w:rsidRPr="00B17CC9" w:rsidRDefault="00811206" w:rsidP="00B17CC9">
            <w:pPr>
              <w:jc w:val="both"/>
              <w:rPr>
                <w:rFonts w:cs="Times New Roman"/>
                <w:b/>
                <w:bCs/>
                <w:sz w:val="22"/>
              </w:rPr>
            </w:pPr>
            <w:proofErr w:type="spellStart"/>
            <w:r w:rsidRPr="00B17CC9">
              <w:rPr>
                <w:rFonts w:cs="Times New Roman"/>
                <w:b/>
                <w:bCs/>
                <w:color w:val="000000"/>
                <w:sz w:val="22"/>
              </w:rPr>
              <w:t>Unitatea</w:t>
            </w:r>
            <w:proofErr w:type="spellEnd"/>
            <w:r w:rsidRPr="00B17CC9">
              <w:rPr>
                <w:rFonts w:cs="Times New Roman"/>
                <w:b/>
                <w:bCs/>
                <w:color w:val="000000"/>
                <w:sz w:val="22"/>
              </w:rPr>
              <w:t xml:space="preserve"> de </w:t>
            </w:r>
            <w:proofErr w:type="spellStart"/>
            <w:r w:rsidRPr="00B17CC9">
              <w:rPr>
                <w:rFonts w:cs="Times New Roman"/>
                <w:b/>
                <w:bCs/>
                <w:color w:val="000000"/>
                <w:sz w:val="22"/>
              </w:rPr>
              <w:t>măsură</w:t>
            </w:r>
            <w:proofErr w:type="spellEnd"/>
          </w:p>
        </w:tc>
        <w:tc>
          <w:tcPr>
            <w:tcW w:w="1170" w:type="dxa"/>
            <w:shd w:val="clear" w:color="auto" w:fill="FFFFFF"/>
            <w:vAlign w:val="center"/>
          </w:tcPr>
          <w:p w:rsidR="00811206" w:rsidRPr="00B17CC9" w:rsidRDefault="00811206" w:rsidP="00B17CC9">
            <w:pPr>
              <w:jc w:val="both"/>
              <w:rPr>
                <w:rFonts w:cs="Times New Roman"/>
                <w:b/>
                <w:bCs/>
                <w:sz w:val="22"/>
              </w:rPr>
            </w:pPr>
            <w:proofErr w:type="spellStart"/>
            <w:r w:rsidRPr="00B17CC9">
              <w:rPr>
                <w:rFonts w:cs="Times New Roman"/>
                <w:b/>
                <w:bCs/>
                <w:color w:val="000000"/>
                <w:sz w:val="22"/>
              </w:rPr>
              <w:t>Cantitatea</w:t>
            </w:r>
            <w:proofErr w:type="spellEnd"/>
          </w:p>
        </w:tc>
        <w:tc>
          <w:tcPr>
            <w:tcW w:w="2329" w:type="dxa"/>
            <w:shd w:val="clear" w:color="auto" w:fill="FFFFFF"/>
            <w:vAlign w:val="center"/>
          </w:tcPr>
          <w:p w:rsidR="00811206" w:rsidRPr="00B17CC9" w:rsidRDefault="00811206" w:rsidP="00B17CC9">
            <w:pPr>
              <w:jc w:val="both"/>
              <w:rPr>
                <w:rFonts w:cs="Times New Roman"/>
                <w:b/>
                <w:bCs/>
                <w:sz w:val="22"/>
              </w:rPr>
            </w:pPr>
            <w:proofErr w:type="spellStart"/>
            <w:r w:rsidRPr="00B17CC9">
              <w:rPr>
                <w:rFonts w:cs="Times New Roman"/>
                <w:b/>
                <w:bCs/>
                <w:color w:val="000000"/>
                <w:sz w:val="22"/>
              </w:rPr>
              <w:t>Specificarea</w:t>
            </w:r>
            <w:proofErr w:type="spellEnd"/>
            <w:r w:rsidRPr="00B17CC9">
              <w:rPr>
                <w:rFonts w:cs="Times New Roman"/>
                <w:b/>
                <w:bCs/>
                <w:color w:val="000000"/>
                <w:sz w:val="22"/>
              </w:rPr>
              <w:t xml:space="preserve"> </w:t>
            </w:r>
            <w:proofErr w:type="spellStart"/>
            <w:r w:rsidRPr="00B17CC9">
              <w:rPr>
                <w:rFonts w:cs="Times New Roman"/>
                <w:b/>
                <w:bCs/>
                <w:color w:val="000000"/>
                <w:sz w:val="22"/>
              </w:rPr>
              <w:t>tehnică</w:t>
            </w:r>
            <w:proofErr w:type="spellEnd"/>
            <w:r w:rsidRPr="00B17CC9">
              <w:rPr>
                <w:rFonts w:cs="Times New Roman"/>
                <w:b/>
                <w:bCs/>
                <w:color w:val="000000"/>
                <w:sz w:val="22"/>
              </w:rPr>
              <w:t xml:space="preserve"> </w:t>
            </w:r>
            <w:proofErr w:type="spellStart"/>
            <w:r w:rsidRPr="00B17CC9">
              <w:rPr>
                <w:rFonts w:cs="Times New Roman"/>
                <w:b/>
                <w:bCs/>
                <w:color w:val="000000"/>
                <w:sz w:val="22"/>
              </w:rPr>
              <w:t>deplină</w:t>
            </w:r>
            <w:proofErr w:type="spellEnd"/>
            <w:r w:rsidRPr="00B17CC9">
              <w:rPr>
                <w:rFonts w:cs="Times New Roman"/>
                <w:b/>
                <w:bCs/>
                <w:color w:val="000000"/>
                <w:sz w:val="22"/>
              </w:rPr>
              <w:t xml:space="preserve"> </w:t>
            </w:r>
            <w:proofErr w:type="spellStart"/>
            <w:r w:rsidRPr="00B17CC9">
              <w:rPr>
                <w:rFonts w:cs="Times New Roman"/>
                <w:b/>
                <w:bCs/>
                <w:color w:val="000000"/>
                <w:sz w:val="22"/>
              </w:rPr>
              <w:t>solicitată</w:t>
            </w:r>
            <w:proofErr w:type="spellEnd"/>
            <w:r w:rsidRPr="00B17CC9">
              <w:rPr>
                <w:rFonts w:cs="Times New Roman"/>
                <w:b/>
                <w:bCs/>
                <w:color w:val="000000"/>
                <w:sz w:val="22"/>
              </w:rPr>
              <w:t xml:space="preserve">, </w:t>
            </w:r>
            <w:proofErr w:type="spellStart"/>
            <w:r w:rsidRPr="00B17CC9">
              <w:rPr>
                <w:rFonts w:cs="Times New Roman"/>
                <w:b/>
                <w:bCs/>
                <w:color w:val="000000"/>
                <w:sz w:val="22"/>
              </w:rPr>
              <w:t>Standarde</w:t>
            </w:r>
            <w:proofErr w:type="spellEnd"/>
            <w:r w:rsidRPr="00B17CC9">
              <w:rPr>
                <w:rFonts w:cs="Times New Roman"/>
                <w:b/>
                <w:bCs/>
                <w:color w:val="000000"/>
                <w:sz w:val="22"/>
              </w:rPr>
              <w:t xml:space="preserve"> de </w:t>
            </w:r>
            <w:proofErr w:type="spellStart"/>
            <w:r w:rsidRPr="00B17CC9">
              <w:rPr>
                <w:rFonts w:cs="Times New Roman"/>
                <w:b/>
                <w:bCs/>
                <w:color w:val="000000"/>
                <w:sz w:val="22"/>
              </w:rPr>
              <w:t>referință</w:t>
            </w:r>
            <w:proofErr w:type="spellEnd"/>
          </w:p>
        </w:tc>
        <w:tc>
          <w:tcPr>
            <w:tcW w:w="1759" w:type="dxa"/>
            <w:shd w:val="clear" w:color="auto" w:fill="FFFFFF"/>
            <w:vAlign w:val="center"/>
          </w:tcPr>
          <w:p w:rsidR="00811206" w:rsidRPr="00B17CC9" w:rsidRDefault="00811206" w:rsidP="00B17CC9">
            <w:pPr>
              <w:jc w:val="both"/>
              <w:rPr>
                <w:rFonts w:cs="Times New Roman"/>
                <w:b/>
                <w:bCs/>
                <w:sz w:val="22"/>
              </w:rPr>
            </w:pPr>
            <w:proofErr w:type="spellStart"/>
            <w:r w:rsidRPr="00B17CC9">
              <w:rPr>
                <w:rFonts w:cs="Times New Roman"/>
                <w:b/>
                <w:bCs/>
                <w:color w:val="000000"/>
                <w:sz w:val="22"/>
              </w:rPr>
              <w:t>Valoarea</w:t>
            </w:r>
            <w:proofErr w:type="spellEnd"/>
            <w:r w:rsidRPr="00B17CC9">
              <w:rPr>
                <w:rFonts w:cs="Times New Roman"/>
                <w:b/>
                <w:bCs/>
                <w:color w:val="000000"/>
                <w:sz w:val="22"/>
              </w:rPr>
              <w:t xml:space="preserve"> </w:t>
            </w:r>
            <w:proofErr w:type="spellStart"/>
            <w:r w:rsidRPr="00B17CC9">
              <w:rPr>
                <w:rFonts w:cs="Times New Roman"/>
                <w:b/>
                <w:bCs/>
                <w:color w:val="000000"/>
                <w:sz w:val="22"/>
              </w:rPr>
              <w:t>estimată</w:t>
            </w:r>
            <w:proofErr w:type="spellEnd"/>
            <w:r w:rsidRPr="00B17CC9">
              <w:rPr>
                <w:rFonts w:cs="Times New Roman"/>
                <w:b/>
                <w:bCs/>
                <w:color w:val="000000"/>
                <w:sz w:val="22"/>
              </w:rPr>
              <w:t xml:space="preserve"> (se </w:t>
            </w:r>
            <w:proofErr w:type="spellStart"/>
            <w:r w:rsidRPr="00B17CC9">
              <w:rPr>
                <w:rFonts w:cs="Times New Roman"/>
                <w:b/>
                <w:bCs/>
                <w:color w:val="000000"/>
                <w:sz w:val="22"/>
              </w:rPr>
              <w:t>va</w:t>
            </w:r>
            <w:proofErr w:type="spellEnd"/>
            <w:r w:rsidRPr="00B17CC9">
              <w:rPr>
                <w:rFonts w:cs="Times New Roman"/>
                <w:b/>
                <w:bCs/>
                <w:color w:val="000000"/>
                <w:sz w:val="22"/>
              </w:rPr>
              <w:t xml:space="preserve"> </w:t>
            </w:r>
            <w:proofErr w:type="spellStart"/>
            <w:r w:rsidRPr="00B17CC9">
              <w:rPr>
                <w:rFonts w:cs="Times New Roman"/>
                <w:b/>
                <w:bCs/>
                <w:color w:val="000000"/>
                <w:sz w:val="22"/>
              </w:rPr>
              <w:t>indica</w:t>
            </w:r>
            <w:proofErr w:type="spellEnd"/>
            <w:r w:rsidRPr="00B17CC9">
              <w:rPr>
                <w:rFonts w:cs="Times New Roman"/>
                <w:b/>
                <w:bCs/>
                <w:color w:val="000000"/>
                <w:sz w:val="22"/>
              </w:rPr>
              <w:t xml:space="preserve"> </w:t>
            </w:r>
            <w:proofErr w:type="spellStart"/>
            <w:r w:rsidRPr="00B17CC9">
              <w:rPr>
                <w:rFonts w:cs="Times New Roman"/>
                <w:b/>
                <w:bCs/>
                <w:color w:val="000000"/>
                <w:sz w:val="22"/>
              </w:rPr>
              <w:t>pentru</w:t>
            </w:r>
            <w:proofErr w:type="spellEnd"/>
            <w:r w:rsidRPr="00B17CC9">
              <w:rPr>
                <w:rFonts w:cs="Times New Roman"/>
                <w:b/>
                <w:bCs/>
                <w:color w:val="000000"/>
                <w:sz w:val="22"/>
              </w:rPr>
              <w:t xml:space="preserve"> </w:t>
            </w:r>
            <w:proofErr w:type="spellStart"/>
            <w:r w:rsidRPr="00B17CC9">
              <w:rPr>
                <w:rFonts w:cs="Times New Roman"/>
                <w:b/>
                <w:bCs/>
                <w:color w:val="000000"/>
                <w:sz w:val="22"/>
              </w:rPr>
              <w:t>fiecare</w:t>
            </w:r>
            <w:proofErr w:type="spellEnd"/>
            <w:r w:rsidRPr="00B17CC9">
              <w:rPr>
                <w:rFonts w:cs="Times New Roman"/>
                <w:b/>
                <w:bCs/>
                <w:color w:val="000000"/>
                <w:sz w:val="22"/>
              </w:rPr>
              <w:t xml:space="preserve"> lot </w:t>
            </w:r>
            <w:proofErr w:type="spellStart"/>
            <w:r w:rsidRPr="00B17CC9">
              <w:rPr>
                <w:rFonts w:cs="Times New Roman"/>
                <w:b/>
                <w:bCs/>
                <w:color w:val="000000"/>
                <w:sz w:val="22"/>
              </w:rPr>
              <w:t>în</w:t>
            </w:r>
            <w:proofErr w:type="spellEnd"/>
            <w:r w:rsidRPr="00B17CC9">
              <w:rPr>
                <w:rFonts w:cs="Times New Roman"/>
                <w:b/>
                <w:bCs/>
                <w:color w:val="000000"/>
                <w:sz w:val="22"/>
              </w:rPr>
              <w:t xml:space="preserve"> </w:t>
            </w:r>
            <w:proofErr w:type="spellStart"/>
            <w:r w:rsidRPr="00B17CC9">
              <w:rPr>
                <w:rFonts w:cs="Times New Roman"/>
                <w:b/>
                <w:bCs/>
                <w:color w:val="000000"/>
                <w:sz w:val="22"/>
              </w:rPr>
              <w:t>parte</w:t>
            </w:r>
            <w:proofErr w:type="spellEnd"/>
            <w:r w:rsidRPr="00B17CC9">
              <w:rPr>
                <w:rFonts w:cs="Times New Roman"/>
                <w:b/>
                <w:bCs/>
                <w:color w:val="000000"/>
                <w:sz w:val="22"/>
              </w:rPr>
              <w:t>)</w:t>
            </w: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1</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Sistem de filtrare cu vid pe flacon – 500 mL</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60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Sistem steril de filtrare cu vid, 500 mL; membrană 0,20–0,22 µm; diametru filtru 90 mm. Detalii complete în Anexa nr. 3.</w:t>
            </w:r>
          </w:p>
        </w:tc>
        <w:tc>
          <w:tcPr>
            <w:tcW w:w="1759" w:type="dxa"/>
            <w:vAlign w:val="center"/>
          </w:tcPr>
          <w:p w:rsidR="0098480E" w:rsidRPr="00B17CC9" w:rsidRDefault="005F130F" w:rsidP="00B17CC9">
            <w:pPr>
              <w:jc w:val="both"/>
              <w:rPr>
                <w:rFonts w:cs="Times New Roman"/>
                <w:sz w:val="22"/>
              </w:rPr>
            </w:pPr>
            <w:r w:rsidRPr="00B17CC9">
              <w:rPr>
                <w:rFonts w:cs="Times New Roman"/>
                <w:color w:val="000000"/>
                <w:sz w:val="22"/>
              </w:rPr>
              <w:t>56 400,00</w:t>
            </w: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1</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Sistem de filtrare cu vid pe flacon – 1000 mL</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60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Sistem steril de filtrare cu vid, 1000 mL; membrană 0,20–0,22 µm; diametru filtru 90 mm. Detalii complete în Anexa nr. 3.</w:t>
            </w:r>
          </w:p>
        </w:tc>
        <w:tc>
          <w:tcPr>
            <w:tcW w:w="1759" w:type="dxa"/>
            <w:vAlign w:val="center"/>
          </w:tcPr>
          <w:p w:rsidR="0098480E" w:rsidRPr="00B17CC9" w:rsidRDefault="0098480E" w:rsidP="00B17CC9">
            <w:pPr>
              <w:jc w:val="both"/>
              <w:rPr>
                <w:rFonts w:cs="Times New Roman"/>
                <w:sz w:val="22"/>
              </w:rPr>
            </w:pP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2</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Vârf transparent cu filtru pentru pipetă automată (steril), 0,2–20 µL</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rack</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250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Vârfuri universale sterile cu filtru hidrofob, 0,2–20 µL; rack steril cu 96 vârfuri; adecvate PCR. Detalii complete în Anexa nr. 3.</w:t>
            </w:r>
          </w:p>
        </w:tc>
        <w:tc>
          <w:tcPr>
            <w:tcW w:w="1759" w:type="dxa"/>
            <w:vAlign w:val="center"/>
          </w:tcPr>
          <w:p w:rsidR="0098480E" w:rsidRPr="00B17CC9" w:rsidRDefault="005F130F" w:rsidP="00B17CC9">
            <w:pPr>
              <w:jc w:val="both"/>
              <w:rPr>
                <w:rFonts w:cs="Times New Roman"/>
                <w:sz w:val="22"/>
              </w:rPr>
            </w:pPr>
            <w:r w:rsidRPr="00B17CC9">
              <w:rPr>
                <w:rFonts w:cs="Times New Roman"/>
                <w:color w:val="000000"/>
                <w:sz w:val="22"/>
              </w:rPr>
              <w:t>30 000,00</w:t>
            </w: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lastRenderedPageBreak/>
              <w:t>Lotul</w:t>
            </w:r>
            <w:proofErr w:type="spellEnd"/>
            <w:r w:rsidRPr="00B17CC9">
              <w:rPr>
                <w:rFonts w:cs="Times New Roman"/>
                <w:color w:val="000000"/>
                <w:sz w:val="22"/>
              </w:rPr>
              <w:t xml:space="preserve"> 3</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Tuburi criogenice sterile, volum 5,0 mL</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4000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Tuburi criogenice sterile din PP, 5,0 mL, capac filetat, adecvate până la -196°C, fără DNază/RNază/ADN uman/pirogeni. Detalii complete în Anexa nr. 3.</w:t>
            </w:r>
          </w:p>
        </w:tc>
        <w:tc>
          <w:tcPr>
            <w:tcW w:w="1759" w:type="dxa"/>
            <w:vAlign w:val="center"/>
          </w:tcPr>
          <w:p w:rsidR="0098480E" w:rsidRPr="00B17CC9" w:rsidRDefault="005F130F" w:rsidP="00B17CC9">
            <w:pPr>
              <w:jc w:val="both"/>
              <w:rPr>
                <w:rFonts w:cs="Times New Roman"/>
                <w:sz w:val="22"/>
              </w:rPr>
            </w:pPr>
            <w:r w:rsidRPr="00B17CC9">
              <w:rPr>
                <w:rFonts w:cs="Times New Roman"/>
                <w:color w:val="000000"/>
                <w:sz w:val="22"/>
              </w:rPr>
              <w:t>34 900,00</w:t>
            </w: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4</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Mănuși din latex, fără pudră, mărimea S</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4000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Mănuși de unică folosință din latex, fără pudră, mărimea S. Detalii complete în Anexa nr. 3.</w:t>
            </w:r>
          </w:p>
        </w:tc>
        <w:tc>
          <w:tcPr>
            <w:tcW w:w="1759" w:type="dxa"/>
            <w:vAlign w:val="center"/>
          </w:tcPr>
          <w:p w:rsidR="0098480E" w:rsidRPr="00B17CC9" w:rsidRDefault="005F130F" w:rsidP="00B17CC9">
            <w:pPr>
              <w:jc w:val="both"/>
              <w:rPr>
                <w:rFonts w:cs="Times New Roman"/>
                <w:sz w:val="22"/>
              </w:rPr>
            </w:pPr>
            <w:r w:rsidRPr="00B17CC9">
              <w:rPr>
                <w:rFonts w:cs="Times New Roman"/>
                <w:color w:val="000000"/>
                <w:sz w:val="22"/>
              </w:rPr>
              <w:t>9 600,00</w:t>
            </w: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4</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Mănuși din nitril, fără pudră, mărimea S</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4000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Mănuși de unică folosință din nitril, fără pudră, mărimea S. Detalii complete în Anexa nr. 3.</w:t>
            </w:r>
          </w:p>
        </w:tc>
        <w:tc>
          <w:tcPr>
            <w:tcW w:w="1759" w:type="dxa"/>
            <w:vAlign w:val="center"/>
          </w:tcPr>
          <w:p w:rsidR="0098480E" w:rsidRPr="00B17CC9" w:rsidRDefault="0098480E" w:rsidP="00B17CC9">
            <w:pPr>
              <w:jc w:val="both"/>
              <w:rPr>
                <w:rFonts w:cs="Times New Roman"/>
                <w:sz w:val="22"/>
              </w:rPr>
            </w:pP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color w:val="000000"/>
                <w:sz w:val="22"/>
              </w:rPr>
              <w:t>Lotul</w:t>
            </w:r>
            <w:proofErr w:type="spellEnd"/>
            <w:r w:rsidRPr="00B17CC9">
              <w:rPr>
                <w:rFonts w:cs="Times New Roman"/>
                <w:color w:val="000000"/>
                <w:sz w:val="22"/>
              </w:rPr>
              <w:t xml:space="preserve"> 4</w:t>
            </w:r>
          </w:p>
        </w:tc>
        <w:tc>
          <w:tcPr>
            <w:tcW w:w="652" w:type="dxa"/>
            <w:vAlign w:val="center"/>
          </w:tcPr>
          <w:p w:rsidR="0098480E" w:rsidRPr="00B17CC9" w:rsidRDefault="00A20347" w:rsidP="00B17CC9">
            <w:pPr>
              <w:jc w:val="both"/>
              <w:rPr>
                <w:rFonts w:cs="Times New Roman"/>
                <w:sz w:val="22"/>
              </w:rPr>
            </w:pPr>
            <w:r w:rsidRPr="00B17CC9">
              <w:rPr>
                <w:rFonts w:cs="Times New Roman"/>
                <w:color w:val="000000"/>
                <w:sz w:val="22"/>
              </w:rPr>
              <w:t>33140000-3</w:t>
            </w:r>
          </w:p>
        </w:tc>
        <w:tc>
          <w:tcPr>
            <w:tcW w:w="2065" w:type="dxa"/>
            <w:vAlign w:val="center"/>
          </w:tcPr>
          <w:p w:rsidR="0098480E" w:rsidRPr="00B17CC9" w:rsidRDefault="005F130F" w:rsidP="00B17CC9">
            <w:pPr>
              <w:jc w:val="both"/>
              <w:rPr>
                <w:rFonts w:cs="Times New Roman"/>
                <w:sz w:val="22"/>
              </w:rPr>
            </w:pPr>
            <w:r w:rsidRPr="00B17CC9">
              <w:rPr>
                <w:rFonts w:cs="Times New Roman"/>
                <w:color w:val="000000"/>
                <w:sz w:val="22"/>
              </w:rPr>
              <w:t>Mănuși din latex, fără pudră, mărimea M</w:t>
            </w:r>
          </w:p>
        </w:tc>
        <w:tc>
          <w:tcPr>
            <w:tcW w:w="994" w:type="dxa"/>
            <w:vAlign w:val="center"/>
          </w:tcPr>
          <w:p w:rsidR="0098480E" w:rsidRPr="00B17CC9" w:rsidRDefault="005F130F" w:rsidP="00B17CC9">
            <w:pPr>
              <w:jc w:val="both"/>
              <w:rPr>
                <w:rFonts w:cs="Times New Roman"/>
                <w:sz w:val="22"/>
              </w:rPr>
            </w:pPr>
            <w:r w:rsidRPr="00B17CC9">
              <w:rPr>
                <w:rFonts w:cs="Times New Roman"/>
                <w:color w:val="000000"/>
                <w:sz w:val="22"/>
              </w:rPr>
              <w:t>bucată</w:t>
            </w:r>
          </w:p>
        </w:tc>
        <w:tc>
          <w:tcPr>
            <w:tcW w:w="1170" w:type="dxa"/>
            <w:vAlign w:val="center"/>
          </w:tcPr>
          <w:p w:rsidR="0098480E" w:rsidRPr="00B17CC9" w:rsidRDefault="005F130F" w:rsidP="00B17CC9">
            <w:pPr>
              <w:jc w:val="both"/>
              <w:rPr>
                <w:rFonts w:cs="Times New Roman"/>
                <w:sz w:val="22"/>
              </w:rPr>
            </w:pPr>
            <w:r w:rsidRPr="00B17CC9">
              <w:rPr>
                <w:rFonts w:cs="Times New Roman"/>
                <w:color w:val="000000"/>
                <w:sz w:val="22"/>
              </w:rPr>
              <w:t>4000</w:t>
            </w:r>
          </w:p>
        </w:tc>
        <w:tc>
          <w:tcPr>
            <w:tcW w:w="2329" w:type="dxa"/>
            <w:vAlign w:val="center"/>
          </w:tcPr>
          <w:p w:rsidR="0098480E" w:rsidRPr="00B17CC9" w:rsidRDefault="005F130F" w:rsidP="00B17CC9">
            <w:pPr>
              <w:jc w:val="both"/>
              <w:rPr>
                <w:rFonts w:cs="Times New Roman"/>
                <w:sz w:val="22"/>
              </w:rPr>
            </w:pPr>
            <w:r w:rsidRPr="00B17CC9">
              <w:rPr>
                <w:rFonts w:cs="Times New Roman"/>
                <w:color w:val="000000"/>
                <w:sz w:val="22"/>
              </w:rPr>
              <w:t>Mănuși de unică folosință din latex, fără pudră, mărimea M. Detalii complete în Anexa nr. 3.</w:t>
            </w:r>
          </w:p>
        </w:tc>
        <w:tc>
          <w:tcPr>
            <w:tcW w:w="1759" w:type="dxa"/>
            <w:vAlign w:val="center"/>
          </w:tcPr>
          <w:p w:rsidR="0098480E" w:rsidRPr="00B17CC9" w:rsidRDefault="0098480E" w:rsidP="00B17CC9">
            <w:pPr>
              <w:jc w:val="both"/>
              <w:rPr>
                <w:rFonts w:cs="Times New Roman"/>
                <w:sz w:val="22"/>
              </w:rPr>
            </w:pPr>
          </w:p>
        </w:tc>
      </w:tr>
      <w:tr w:rsidR="0098480E" w:rsidRPr="00B17CC9" w:rsidTr="00DB17FC">
        <w:trPr>
          <w:cantSplit/>
          <w:jc w:val="center"/>
        </w:trPr>
        <w:tc>
          <w:tcPr>
            <w:tcW w:w="1088" w:type="dxa"/>
            <w:vAlign w:val="center"/>
          </w:tcPr>
          <w:p w:rsidR="0098480E" w:rsidRPr="00B17CC9" w:rsidRDefault="005F130F" w:rsidP="00B17CC9">
            <w:pPr>
              <w:jc w:val="both"/>
              <w:rPr>
                <w:rFonts w:cs="Times New Roman"/>
                <w:sz w:val="22"/>
              </w:rPr>
            </w:pPr>
            <w:proofErr w:type="spellStart"/>
            <w:r w:rsidRPr="00B17CC9">
              <w:rPr>
                <w:rFonts w:cs="Times New Roman"/>
                <w:b/>
                <w:color w:val="000000"/>
                <w:sz w:val="22"/>
              </w:rPr>
              <w:t>Valoarea</w:t>
            </w:r>
            <w:proofErr w:type="spellEnd"/>
            <w:r w:rsidRPr="00B17CC9">
              <w:rPr>
                <w:rFonts w:cs="Times New Roman"/>
                <w:b/>
                <w:color w:val="000000"/>
                <w:sz w:val="22"/>
              </w:rPr>
              <w:t xml:space="preserve"> </w:t>
            </w:r>
            <w:proofErr w:type="spellStart"/>
            <w:r w:rsidRPr="00B17CC9">
              <w:rPr>
                <w:rFonts w:cs="Times New Roman"/>
                <w:b/>
                <w:color w:val="000000"/>
                <w:sz w:val="22"/>
              </w:rPr>
              <w:t>estimativă</w:t>
            </w:r>
            <w:proofErr w:type="spellEnd"/>
            <w:r w:rsidRPr="00B17CC9">
              <w:rPr>
                <w:rFonts w:cs="Times New Roman"/>
                <w:b/>
                <w:color w:val="000000"/>
                <w:sz w:val="22"/>
              </w:rPr>
              <w:t xml:space="preserve"> </w:t>
            </w:r>
            <w:proofErr w:type="spellStart"/>
            <w:r w:rsidRPr="00B17CC9">
              <w:rPr>
                <w:rFonts w:cs="Times New Roman"/>
                <w:b/>
                <w:color w:val="000000"/>
                <w:sz w:val="22"/>
              </w:rPr>
              <w:t>totală</w:t>
            </w:r>
            <w:proofErr w:type="spellEnd"/>
          </w:p>
        </w:tc>
        <w:tc>
          <w:tcPr>
            <w:tcW w:w="652" w:type="dxa"/>
            <w:vAlign w:val="center"/>
          </w:tcPr>
          <w:p w:rsidR="0098480E" w:rsidRPr="00B17CC9" w:rsidRDefault="0098480E" w:rsidP="00B17CC9">
            <w:pPr>
              <w:jc w:val="both"/>
              <w:rPr>
                <w:rFonts w:cs="Times New Roman"/>
                <w:sz w:val="22"/>
              </w:rPr>
            </w:pPr>
          </w:p>
        </w:tc>
        <w:tc>
          <w:tcPr>
            <w:tcW w:w="2065" w:type="dxa"/>
            <w:vAlign w:val="center"/>
          </w:tcPr>
          <w:p w:rsidR="0098480E" w:rsidRPr="00B17CC9" w:rsidRDefault="0098480E" w:rsidP="00B17CC9">
            <w:pPr>
              <w:jc w:val="both"/>
              <w:rPr>
                <w:rFonts w:cs="Times New Roman"/>
                <w:sz w:val="22"/>
              </w:rPr>
            </w:pPr>
          </w:p>
        </w:tc>
        <w:tc>
          <w:tcPr>
            <w:tcW w:w="994" w:type="dxa"/>
            <w:vAlign w:val="center"/>
          </w:tcPr>
          <w:p w:rsidR="0098480E" w:rsidRPr="00B17CC9" w:rsidRDefault="0098480E" w:rsidP="00B17CC9">
            <w:pPr>
              <w:jc w:val="both"/>
              <w:rPr>
                <w:rFonts w:cs="Times New Roman"/>
                <w:sz w:val="22"/>
              </w:rPr>
            </w:pPr>
          </w:p>
        </w:tc>
        <w:tc>
          <w:tcPr>
            <w:tcW w:w="1170" w:type="dxa"/>
            <w:vAlign w:val="center"/>
          </w:tcPr>
          <w:p w:rsidR="0098480E" w:rsidRPr="00B17CC9" w:rsidRDefault="0098480E" w:rsidP="00B17CC9">
            <w:pPr>
              <w:jc w:val="both"/>
              <w:rPr>
                <w:rFonts w:cs="Times New Roman"/>
                <w:sz w:val="22"/>
              </w:rPr>
            </w:pPr>
          </w:p>
        </w:tc>
        <w:tc>
          <w:tcPr>
            <w:tcW w:w="2329" w:type="dxa"/>
            <w:vAlign w:val="center"/>
          </w:tcPr>
          <w:p w:rsidR="0098480E" w:rsidRPr="00B17CC9" w:rsidRDefault="0098480E" w:rsidP="00B17CC9">
            <w:pPr>
              <w:jc w:val="both"/>
              <w:rPr>
                <w:rFonts w:cs="Times New Roman"/>
                <w:sz w:val="22"/>
              </w:rPr>
            </w:pPr>
          </w:p>
        </w:tc>
        <w:tc>
          <w:tcPr>
            <w:tcW w:w="1759" w:type="dxa"/>
            <w:vAlign w:val="center"/>
          </w:tcPr>
          <w:p w:rsidR="0098480E" w:rsidRPr="00B17CC9" w:rsidRDefault="005F130F" w:rsidP="00B17CC9">
            <w:pPr>
              <w:jc w:val="both"/>
              <w:rPr>
                <w:rFonts w:cs="Times New Roman"/>
                <w:sz w:val="22"/>
              </w:rPr>
            </w:pPr>
            <w:r w:rsidRPr="00B17CC9">
              <w:rPr>
                <w:rFonts w:cs="Times New Roman"/>
                <w:b/>
                <w:color w:val="000000"/>
                <w:sz w:val="22"/>
              </w:rPr>
              <w:t xml:space="preserve">130 900,00 lei </w:t>
            </w:r>
            <w:proofErr w:type="spellStart"/>
            <w:r w:rsidRPr="00B17CC9">
              <w:rPr>
                <w:rFonts w:cs="Times New Roman"/>
                <w:b/>
                <w:color w:val="000000"/>
                <w:sz w:val="22"/>
              </w:rPr>
              <w:t>fără</w:t>
            </w:r>
            <w:proofErr w:type="spellEnd"/>
            <w:r w:rsidRPr="00B17CC9">
              <w:rPr>
                <w:rFonts w:cs="Times New Roman"/>
                <w:b/>
                <w:color w:val="000000"/>
                <w:sz w:val="22"/>
              </w:rPr>
              <w:t xml:space="preserve"> TVA</w:t>
            </w:r>
          </w:p>
        </w:tc>
      </w:tr>
    </w:tbl>
    <w:p w:rsidR="0022270F" w:rsidRPr="00B17CC9" w:rsidRDefault="00374C8A" w:rsidP="00B17CC9">
      <w:pPr>
        <w:jc w:val="both"/>
        <w:rPr>
          <w:rFonts w:cs="Times New Roman"/>
          <w:sz w:val="22"/>
        </w:rPr>
      </w:pPr>
      <w:r w:rsidRPr="00B17CC9">
        <w:rPr>
          <w:rFonts w:cs="Times New Roman"/>
          <w:b/>
          <w:color w:val="000000"/>
          <w:sz w:val="22"/>
        </w:rPr>
        <w:t xml:space="preserve">9.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cazul</w:t>
      </w:r>
      <w:proofErr w:type="spellEnd"/>
      <w:r w:rsidRPr="00B17CC9">
        <w:rPr>
          <w:rFonts w:cs="Times New Roman"/>
          <w:b/>
          <w:color w:val="000000"/>
          <w:sz w:val="22"/>
        </w:rPr>
        <w:t xml:space="preserve"> </w:t>
      </w:r>
      <w:proofErr w:type="spellStart"/>
      <w:r w:rsidRPr="00B17CC9">
        <w:rPr>
          <w:rFonts w:cs="Times New Roman"/>
          <w:b/>
          <w:color w:val="000000"/>
          <w:sz w:val="22"/>
        </w:rPr>
        <w:t>procedurilor</w:t>
      </w:r>
      <w:proofErr w:type="spellEnd"/>
      <w:r w:rsidRPr="00B17CC9">
        <w:rPr>
          <w:rFonts w:cs="Times New Roman"/>
          <w:b/>
          <w:color w:val="000000"/>
          <w:sz w:val="22"/>
        </w:rPr>
        <w:t xml:space="preserve"> de </w:t>
      </w:r>
      <w:proofErr w:type="spellStart"/>
      <w:r w:rsidRPr="00B17CC9">
        <w:rPr>
          <w:rFonts w:cs="Times New Roman"/>
          <w:b/>
          <w:color w:val="000000"/>
          <w:sz w:val="22"/>
        </w:rPr>
        <w:t>preselecție</w:t>
      </w:r>
      <w:proofErr w:type="spellEnd"/>
      <w:r w:rsidRPr="00B17CC9">
        <w:rPr>
          <w:rFonts w:cs="Times New Roman"/>
          <w:b/>
          <w:color w:val="000000"/>
          <w:sz w:val="22"/>
        </w:rPr>
        <w:t xml:space="preserve"> se </w:t>
      </w:r>
      <w:proofErr w:type="spellStart"/>
      <w:r w:rsidRPr="00B17CC9">
        <w:rPr>
          <w:rFonts w:cs="Times New Roman"/>
          <w:b/>
          <w:color w:val="000000"/>
          <w:sz w:val="22"/>
        </w:rPr>
        <w:t>indică</w:t>
      </w:r>
      <w:proofErr w:type="spellEnd"/>
      <w:r w:rsidRPr="00B17CC9">
        <w:rPr>
          <w:rFonts w:cs="Times New Roman"/>
          <w:b/>
          <w:color w:val="000000"/>
          <w:sz w:val="22"/>
        </w:rPr>
        <w:t xml:space="preserve"> </w:t>
      </w:r>
      <w:proofErr w:type="spellStart"/>
      <w:r w:rsidRPr="00B17CC9">
        <w:rPr>
          <w:rFonts w:cs="Times New Roman"/>
          <w:b/>
          <w:color w:val="000000"/>
          <w:sz w:val="22"/>
        </w:rPr>
        <w:t>numărul</w:t>
      </w:r>
      <w:proofErr w:type="spellEnd"/>
      <w:r w:rsidRPr="00B17CC9">
        <w:rPr>
          <w:rFonts w:cs="Times New Roman"/>
          <w:b/>
          <w:color w:val="000000"/>
          <w:sz w:val="22"/>
        </w:rPr>
        <w:t xml:space="preserve"> minim al </w:t>
      </w:r>
      <w:proofErr w:type="spellStart"/>
      <w:r w:rsidRPr="00B17CC9">
        <w:rPr>
          <w:rFonts w:cs="Times New Roman"/>
          <w:b/>
          <w:color w:val="000000"/>
          <w:sz w:val="22"/>
        </w:rPr>
        <w:t>candidaților</w:t>
      </w:r>
      <w:proofErr w:type="spellEnd"/>
      <w:r w:rsidRPr="00B17CC9">
        <w:rPr>
          <w:rFonts w:cs="Times New Roman"/>
          <w:b/>
          <w:color w:val="000000"/>
          <w:sz w:val="22"/>
        </w:rPr>
        <w:t xml:space="preserve">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dacă</w:t>
      </w:r>
      <w:proofErr w:type="spellEnd"/>
      <w:r w:rsidRPr="00B17CC9">
        <w:rPr>
          <w:rFonts w:cs="Times New Roman"/>
          <w:b/>
          <w:color w:val="000000"/>
          <w:sz w:val="22"/>
        </w:rPr>
        <w:t xml:space="preserve"> </w:t>
      </w:r>
      <w:proofErr w:type="spellStart"/>
      <w:r w:rsidRPr="00B17CC9">
        <w:rPr>
          <w:rFonts w:cs="Times New Roman"/>
          <w:b/>
          <w:color w:val="000000"/>
          <w:sz w:val="22"/>
        </w:rPr>
        <w:t>este</w:t>
      </w:r>
      <w:proofErr w:type="spellEnd"/>
      <w:r w:rsidRPr="00B17CC9">
        <w:rPr>
          <w:rFonts w:cs="Times New Roman"/>
          <w:b/>
          <w:color w:val="000000"/>
          <w:sz w:val="22"/>
        </w:rPr>
        <w:t xml:space="preserve"> </w:t>
      </w:r>
      <w:proofErr w:type="spellStart"/>
      <w:r w:rsidRPr="00B17CC9">
        <w:rPr>
          <w:rFonts w:cs="Times New Roman"/>
          <w:b/>
          <w:color w:val="000000"/>
          <w:sz w:val="22"/>
        </w:rPr>
        <w:t>cazul</w:t>
      </w:r>
      <w:proofErr w:type="spellEnd"/>
      <w:r w:rsidRPr="00B17CC9">
        <w:rPr>
          <w:rFonts w:cs="Times New Roman"/>
          <w:b/>
          <w:color w:val="000000"/>
          <w:sz w:val="22"/>
        </w:rPr>
        <w:t xml:space="preserve">, </w:t>
      </w:r>
      <w:proofErr w:type="spellStart"/>
      <w:r w:rsidRPr="00B17CC9">
        <w:rPr>
          <w:rFonts w:cs="Times New Roman"/>
          <w:b/>
          <w:color w:val="000000"/>
          <w:sz w:val="22"/>
        </w:rPr>
        <w:t>numărul</w:t>
      </w:r>
      <w:proofErr w:type="spellEnd"/>
      <w:r w:rsidRPr="00B17CC9">
        <w:rPr>
          <w:rFonts w:cs="Times New Roman"/>
          <w:b/>
          <w:color w:val="000000"/>
          <w:sz w:val="22"/>
        </w:rPr>
        <w:t xml:space="preserve"> maxim al </w:t>
      </w:r>
      <w:proofErr w:type="spellStart"/>
      <w:r w:rsidRPr="00B17CC9">
        <w:rPr>
          <w:rFonts w:cs="Times New Roman"/>
          <w:b/>
          <w:color w:val="000000"/>
          <w:sz w:val="22"/>
        </w:rPr>
        <w:t>acestora</w:t>
      </w:r>
      <w:proofErr w:type="spellEnd"/>
      <w:r w:rsidRPr="00B17CC9">
        <w:rPr>
          <w:rFonts w:cs="Times New Roman"/>
          <w:b/>
          <w:color w:val="000000"/>
          <w:sz w:val="22"/>
        </w:rPr>
        <w:t xml:space="preser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color w:val="000000"/>
          <w:sz w:val="22"/>
        </w:rPr>
        <w:t xml:space="preserve">10. În cazul în care contractul este împărțit pe loturi, un operator economic poate depune oferta: pentru un singur lot, pentru mai multe loturi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toate</w:t>
      </w:r>
      <w:proofErr w:type="spellEnd"/>
      <w:r w:rsidRPr="00B17CC9">
        <w:rPr>
          <w:rFonts w:cs="Times New Roman"/>
          <w:color w:val="000000"/>
          <w:sz w:val="22"/>
        </w:rPr>
        <w:t xml:space="preserve"> </w:t>
      </w:r>
      <w:proofErr w:type="spellStart"/>
      <w:r w:rsidRPr="00B17CC9">
        <w:rPr>
          <w:rFonts w:cs="Times New Roman"/>
          <w:color w:val="000000"/>
          <w:sz w:val="22"/>
        </w:rPr>
        <w:t>loturile</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11. </w:t>
      </w:r>
      <w:proofErr w:type="spellStart"/>
      <w:r w:rsidRPr="00B17CC9">
        <w:rPr>
          <w:rFonts w:cs="Times New Roman"/>
          <w:b/>
          <w:color w:val="000000"/>
          <w:sz w:val="22"/>
        </w:rPr>
        <w:t>Admiterea</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interzicerea</w:t>
      </w:r>
      <w:proofErr w:type="spellEnd"/>
      <w:r w:rsidRPr="00B17CC9">
        <w:rPr>
          <w:rFonts w:cs="Times New Roman"/>
          <w:b/>
          <w:color w:val="000000"/>
          <w:sz w:val="22"/>
        </w:rPr>
        <w:t xml:space="preserve"> </w:t>
      </w:r>
      <w:proofErr w:type="spellStart"/>
      <w:r w:rsidRPr="00B17CC9">
        <w:rPr>
          <w:rFonts w:cs="Times New Roman"/>
          <w:b/>
          <w:color w:val="000000"/>
          <w:sz w:val="22"/>
        </w:rPr>
        <w:t>ofertelor</w:t>
      </w:r>
      <w:proofErr w:type="spellEnd"/>
      <w:r w:rsidRPr="00B17CC9">
        <w:rPr>
          <w:rFonts w:cs="Times New Roman"/>
          <w:b/>
          <w:color w:val="000000"/>
          <w:sz w:val="22"/>
        </w:rPr>
        <w:t xml:space="preserve"> alternative: </w:t>
      </w:r>
      <w:r w:rsidRPr="00B17CC9">
        <w:rPr>
          <w:rFonts w:cs="Times New Roman"/>
          <w:color w:val="000000"/>
          <w:sz w:val="22"/>
        </w:rPr>
        <w:t>nu se admit.</w:t>
      </w:r>
    </w:p>
    <w:p w:rsidR="0022270F" w:rsidRPr="00B17CC9" w:rsidRDefault="00374C8A" w:rsidP="00B17CC9">
      <w:pPr>
        <w:jc w:val="both"/>
        <w:rPr>
          <w:rFonts w:cs="Times New Roman"/>
          <w:sz w:val="22"/>
        </w:rPr>
      </w:pPr>
      <w:r w:rsidRPr="00B17CC9">
        <w:rPr>
          <w:rFonts w:cs="Times New Roman"/>
          <w:color w:val="000000"/>
          <w:sz w:val="22"/>
        </w:rPr>
        <w:t xml:space="preserve">12. Termenii și condițiile de livrare/prestare/executare solicitați: 30 de zile lucrătoare de la data înregistrării contractului, după caz. Locul livrării: Republica Moldova, mun. Chișinău, str. Gh. Asachi 67. Bunurile se livrează în ambalajul original al producătorului, cu </w:t>
      </w:r>
      <w:proofErr w:type="spellStart"/>
      <w:r w:rsidRPr="00B17CC9">
        <w:rPr>
          <w:rFonts w:cs="Times New Roman"/>
          <w:color w:val="000000"/>
          <w:sz w:val="22"/>
        </w:rPr>
        <w:t>documentele</w:t>
      </w:r>
      <w:proofErr w:type="spellEnd"/>
      <w:r w:rsidRPr="00B17CC9">
        <w:rPr>
          <w:rFonts w:cs="Times New Roman"/>
          <w:color w:val="000000"/>
          <w:sz w:val="22"/>
        </w:rPr>
        <w:t>/</w:t>
      </w:r>
      <w:proofErr w:type="spellStart"/>
      <w:r w:rsidRPr="00B17CC9">
        <w:rPr>
          <w:rFonts w:cs="Times New Roman"/>
          <w:color w:val="000000"/>
          <w:sz w:val="22"/>
        </w:rPr>
        <w:t>certificatele</w:t>
      </w:r>
      <w:proofErr w:type="spellEnd"/>
      <w:r w:rsidRPr="00B17CC9">
        <w:rPr>
          <w:rFonts w:cs="Times New Roman"/>
          <w:color w:val="000000"/>
          <w:sz w:val="22"/>
        </w:rPr>
        <w:t xml:space="preserve"> solicitate </w:t>
      </w:r>
      <w:proofErr w:type="spellStart"/>
      <w:r w:rsidRPr="00B17CC9">
        <w:rPr>
          <w:rFonts w:cs="Times New Roman"/>
          <w:color w:val="000000"/>
          <w:sz w:val="22"/>
        </w:rPr>
        <w:t>valabile</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13. Termenul de </w:t>
      </w:r>
      <w:proofErr w:type="spellStart"/>
      <w:r w:rsidRPr="00B17CC9">
        <w:rPr>
          <w:rFonts w:cs="Times New Roman"/>
          <w:b/>
          <w:color w:val="000000"/>
          <w:sz w:val="22"/>
        </w:rPr>
        <w:t>valabilitate</w:t>
      </w:r>
      <w:proofErr w:type="spellEnd"/>
      <w:r w:rsidRPr="00B17CC9">
        <w:rPr>
          <w:rFonts w:cs="Times New Roman"/>
          <w:b/>
          <w:color w:val="000000"/>
          <w:sz w:val="22"/>
        </w:rPr>
        <w:t xml:space="preserve"> a </w:t>
      </w:r>
      <w:proofErr w:type="spellStart"/>
      <w:r w:rsidRPr="00B17CC9">
        <w:rPr>
          <w:rFonts w:cs="Times New Roman"/>
          <w:b/>
          <w:color w:val="000000"/>
          <w:sz w:val="22"/>
        </w:rPr>
        <w:t>contractului</w:t>
      </w:r>
      <w:proofErr w:type="spellEnd"/>
      <w:r w:rsidRPr="00B17CC9">
        <w:rPr>
          <w:rFonts w:cs="Times New Roman"/>
          <w:b/>
          <w:color w:val="000000"/>
          <w:sz w:val="22"/>
        </w:rPr>
        <w:t>: 31.12.2026</w:t>
      </w:r>
    </w:p>
    <w:p w:rsidR="0022270F" w:rsidRPr="00B17CC9" w:rsidRDefault="00374C8A" w:rsidP="00B17CC9">
      <w:pPr>
        <w:jc w:val="both"/>
        <w:rPr>
          <w:rFonts w:cs="Times New Roman"/>
          <w:sz w:val="22"/>
        </w:rPr>
      </w:pPr>
      <w:r w:rsidRPr="00B17CC9">
        <w:rPr>
          <w:rFonts w:cs="Times New Roman"/>
          <w:b/>
          <w:color w:val="000000"/>
          <w:sz w:val="22"/>
        </w:rPr>
        <w:t xml:space="preserve">14. Contract de </w:t>
      </w:r>
      <w:proofErr w:type="spellStart"/>
      <w:r w:rsidRPr="00B17CC9">
        <w:rPr>
          <w:rFonts w:cs="Times New Roman"/>
          <w:b/>
          <w:color w:val="000000"/>
          <w:sz w:val="22"/>
        </w:rPr>
        <w:t>achiziție</w:t>
      </w:r>
      <w:proofErr w:type="spellEnd"/>
      <w:r w:rsidRPr="00B17CC9">
        <w:rPr>
          <w:rFonts w:cs="Times New Roman"/>
          <w:b/>
          <w:color w:val="000000"/>
          <w:sz w:val="22"/>
        </w:rPr>
        <w:t xml:space="preserve"> </w:t>
      </w:r>
      <w:proofErr w:type="spellStart"/>
      <w:r w:rsidRPr="00B17CC9">
        <w:rPr>
          <w:rFonts w:cs="Times New Roman"/>
          <w:b/>
          <w:color w:val="000000"/>
          <w:sz w:val="22"/>
        </w:rPr>
        <w:t>rezervat</w:t>
      </w:r>
      <w:proofErr w:type="spellEnd"/>
      <w:r w:rsidRPr="00B17CC9">
        <w:rPr>
          <w:rFonts w:cs="Times New Roman"/>
          <w:b/>
          <w:color w:val="000000"/>
          <w:sz w:val="22"/>
        </w:rPr>
        <w:t xml:space="preserve"> </w:t>
      </w:r>
      <w:proofErr w:type="spellStart"/>
      <w:r w:rsidRPr="00B17CC9">
        <w:rPr>
          <w:rFonts w:cs="Times New Roman"/>
          <w:b/>
          <w:color w:val="000000"/>
          <w:sz w:val="22"/>
        </w:rPr>
        <w:t>atelierelor</w:t>
      </w:r>
      <w:proofErr w:type="spellEnd"/>
      <w:r w:rsidRPr="00B17CC9">
        <w:rPr>
          <w:rFonts w:cs="Times New Roman"/>
          <w:b/>
          <w:color w:val="000000"/>
          <w:sz w:val="22"/>
        </w:rPr>
        <w:t xml:space="preserve"> </w:t>
      </w:r>
      <w:proofErr w:type="spellStart"/>
      <w:r w:rsidRPr="00B17CC9">
        <w:rPr>
          <w:rFonts w:cs="Times New Roman"/>
          <w:b/>
          <w:color w:val="000000"/>
          <w:sz w:val="22"/>
        </w:rPr>
        <w:t>protejate</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că</w:t>
      </w:r>
      <w:proofErr w:type="spellEnd"/>
      <w:r w:rsidRPr="00B17CC9">
        <w:rPr>
          <w:rFonts w:cs="Times New Roman"/>
          <w:b/>
          <w:color w:val="000000"/>
          <w:sz w:val="22"/>
        </w:rPr>
        <w:t xml:space="preserve"> </w:t>
      </w:r>
      <w:proofErr w:type="spellStart"/>
      <w:r w:rsidRPr="00B17CC9">
        <w:rPr>
          <w:rFonts w:cs="Times New Roman"/>
          <w:b/>
          <w:color w:val="000000"/>
          <w:sz w:val="22"/>
        </w:rPr>
        <w:t>acesta</w:t>
      </w:r>
      <w:proofErr w:type="spellEnd"/>
      <w:r w:rsidRPr="00B17CC9">
        <w:rPr>
          <w:rFonts w:cs="Times New Roman"/>
          <w:b/>
          <w:color w:val="000000"/>
          <w:sz w:val="22"/>
        </w:rPr>
        <w:t xml:space="preserve"> </w:t>
      </w:r>
      <w:proofErr w:type="spellStart"/>
      <w:r w:rsidRPr="00B17CC9">
        <w:rPr>
          <w:rFonts w:cs="Times New Roman"/>
          <w:b/>
          <w:color w:val="000000"/>
          <w:sz w:val="22"/>
        </w:rPr>
        <w:t>poate</w:t>
      </w:r>
      <w:proofErr w:type="spellEnd"/>
      <w:r w:rsidRPr="00B17CC9">
        <w:rPr>
          <w:rFonts w:cs="Times New Roman"/>
          <w:b/>
          <w:color w:val="000000"/>
          <w:sz w:val="22"/>
        </w:rPr>
        <w:t xml:space="preserve"> fi </w:t>
      </w:r>
      <w:proofErr w:type="spellStart"/>
      <w:r w:rsidRPr="00B17CC9">
        <w:rPr>
          <w:rFonts w:cs="Times New Roman"/>
          <w:b/>
          <w:color w:val="000000"/>
          <w:sz w:val="22"/>
        </w:rPr>
        <w:t>executat</w:t>
      </w:r>
      <w:proofErr w:type="spellEnd"/>
      <w:r w:rsidRPr="00B17CC9">
        <w:rPr>
          <w:rFonts w:cs="Times New Roman"/>
          <w:b/>
          <w:color w:val="000000"/>
          <w:sz w:val="22"/>
        </w:rPr>
        <w:t xml:space="preserve"> </w:t>
      </w:r>
      <w:proofErr w:type="spellStart"/>
      <w:r w:rsidRPr="00B17CC9">
        <w:rPr>
          <w:rFonts w:cs="Times New Roman"/>
          <w:b/>
          <w:color w:val="000000"/>
          <w:sz w:val="22"/>
        </w:rPr>
        <w:t>numai</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cadrul</w:t>
      </w:r>
      <w:proofErr w:type="spellEnd"/>
      <w:r w:rsidRPr="00B17CC9">
        <w:rPr>
          <w:rFonts w:cs="Times New Roman"/>
          <w:b/>
          <w:color w:val="000000"/>
          <w:sz w:val="22"/>
        </w:rPr>
        <w:t xml:space="preserve"> </w:t>
      </w:r>
      <w:proofErr w:type="spellStart"/>
      <w:r w:rsidRPr="00B17CC9">
        <w:rPr>
          <w:rFonts w:cs="Times New Roman"/>
          <w:b/>
          <w:color w:val="000000"/>
          <w:sz w:val="22"/>
        </w:rPr>
        <w:t>unor</w:t>
      </w:r>
      <w:proofErr w:type="spellEnd"/>
      <w:r w:rsidRPr="00B17CC9">
        <w:rPr>
          <w:rFonts w:cs="Times New Roman"/>
          <w:b/>
          <w:color w:val="000000"/>
          <w:sz w:val="22"/>
        </w:rPr>
        <w:t xml:space="preserve"> </w:t>
      </w:r>
      <w:proofErr w:type="spellStart"/>
      <w:r w:rsidRPr="00B17CC9">
        <w:rPr>
          <w:rFonts w:cs="Times New Roman"/>
          <w:b/>
          <w:color w:val="000000"/>
          <w:sz w:val="22"/>
        </w:rPr>
        <w:t>programe</w:t>
      </w:r>
      <w:proofErr w:type="spellEnd"/>
      <w:r w:rsidRPr="00B17CC9">
        <w:rPr>
          <w:rFonts w:cs="Times New Roman"/>
          <w:b/>
          <w:color w:val="000000"/>
          <w:sz w:val="22"/>
        </w:rPr>
        <w:t xml:space="preserve"> de </w:t>
      </w:r>
      <w:proofErr w:type="spellStart"/>
      <w:r w:rsidRPr="00B17CC9">
        <w:rPr>
          <w:rFonts w:cs="Times New Roman"/>
          <w:b/>
          <w:color w:val="000000"/>
          <w:sz w:val="22"/>
        </w:rPr>
        <w:t>angajare</w:t>
      </w:r>
      <w:proofErr w:type="spellEnd"/>
      <w:r w:rsidRPr="00B17CC9">
        <w:rPr>
          <w:rFonts w:cs="Times New Roman"/>
          <w:b/>
          <w:color w:val="000000"/>
          <w:sz w:val="22"/>
        </w:rPr>
        <w:t xml:space="preserve"> </w:t>
      </w:r>
      <w:proofErr w:type="spellStart"/>
      <w:r w:rsidRPr="00B17CC9">
        <w:rPr>
          <w:rFonts w:cs="Times New Roman"/>
          <w:b/>
          <w:color w:val="000000"/>
          <w:sz w:val="22"/>
        </w:rPr>
        <w:t>protejată</w:t>
      </w:r>
      <w:proofErr w:type="spellEnd"/>
      <w:r w:rsidRPr="00B17CC9">
        <w:rPr>
          <w:rFonts w:cs="Times New Roman"/>
          <w:b/>
          <w:color w:val="000000"/>
          <w:sz w:val="22"/>
        </w:rPr>
        <w:t xml:space="preserve">: </w:t>
      </w:r>
      <w:r w:rsidRPr="00B17CC9">
        <w:rPr>
          <w:rFonts w:cs="Times New Roman"/>
          <w:color w:val="000000"/>
          <w:sz w:val="22"/>
        </w:rPr>
        <w:t>Nu.</w:t>
      </w:r>
    </w:p>
    <w:p w:rsidR="0022270F" w:rsidRPr="00B17CC9" w:rsidRDefault="00374C8A" w:rsidP="00B17CC9">
      <w:pPr>
        <w:jc w:val="both"/>
        <w:rPr>
          <w:rFonts w:cs="Times New Roman"/>
          <w:sz w:val="22"/>
        </w:rPr>
      </w:pPr>
      <w:r w:rsidRPr="00B17CC9">
        <w:rPr>
          <w:rFonts w:cs="Times New Roman"/>
          <w:b/>
          <w:color w:val="000000"/>
          <w:sz w:val="22"/>
        </w:rPr>
        <w:t xml:space="preserve">15. </w:t>
      </w:r>
      <w:proofErr w:type="spellStart"/>
      <w:r w:rsidRPr="00B17CC9">
        <w:rPr>
          <w:rFonts w:cs="Times New Roman"/>
          <w:b/>
          <w:color w:val="000000"/>
          <w:sz w:val="22"/>
        </w:rPr>
        <w:t>Prestarea</w:t>
      </w:r>
      <w:proofErr w:type="spellEnd"/>
      <w:r w:rsidRPr="00B17CC9">
        <w:rPr>
          <w:rFonts w:cs="Times New Roman"/>
          <w:b/>
          <w:color w:val="000000"/>
          <w:sz w:val="22"/>
        </w:rPr>
        <w:t xml:space="preserve"> </w:t>
      </w:r>
      <w:proofErr w:type="spellStart"/>
      <w:r w:rsidRPr="00B17CC9">
        <w:rPr>
          <w:rFonts w:cs="Times New Roman"/>
          <w:b/>
          <w:color w:val="000000"/>
          <w:sz w:val="22"/>
        </w:rPr>
        <w:t>serviciului</w:t>
      </w:r>
      <w:proofErr w:type="spellEnd"/>
      <w:r w:rsidRPr="00B17CC9">
        <w:rPr>
          <w:rFonts w:cs="Times New Roman"/>
          <w:b/>
          <w:color w:val="000000"/>
          <w:sz w:val="22"/>
        </w:rPr>
        <w:t>/</w:t>
      </w:r>
      <w:proofErr w:type="spellStart"/>
      <w:r w:rsidRPr="00B17CC9">
        <w:rPr>
          <w:rFonts w:cs="Times New Roman"/>
          <w:b/>
          <w:color w:val="000000"/>
          <w:sz w:val="22"/>
        </w:rPr>
        <w:t>livrarea</w:t>
      </w:r>
      <w:proofErr w:type="spellEnd"/>
      <w:r w:rsidRPr="00B17CC9">
        <w:rPr>
          <w:rFonts w:cs="Times New Roman"/>
          <w:b/>
          <w:color w:val="000000"/>
          <w:sz w:val="22"/>
        </w:rPr>
        <w:t xml:space="preserve"> </w:t>
      </w:r>
      <w:proofErr w:type="spellStart"/>
      <w:r w:rsidRPr="00B17CC9">
        <w:rPr>
          <w:rFonts w:cs="Times New Roman"/>
          <w:b/>
          <w:color w:val="000000"/>
          <w:sz w:val="22"/>
        </w:rPr>
        <w:t>bunurilor</w:t>
      </w:r>
      <w:proofErr w:type="spellEnd"/>
      <w:r w:rsidRPr="00B17CC9">
        <w:rPr>
          <w:rFonts w:cs="Times New Roman"/>
          <w:b/>
          <w:color w:val="000000"/>
          <w:sz w:val="22"/>
        </w:rPr>
        <w:t xml:space="preserve"> </w:t>
      </w:r>
      <w:proofErr w:type="spellStart"/>
      <w:r w:rsidRPr="00B17CC9">
        <w:rPr>
          <w:rFonts w:cs="Times New Roman"/>
          <w:b/>
          <w:color w:val="000000"/>
          <w:sz w:val="22"/>
        </w:rPr>
        <w:t>este</w:t>
      </w:r>
      <w:proofErr w:type="spellEnd"/>
      <w:r w:rsidRPr="00B17CC9">
        <w:rPr>
          <w:rFonts w:cs="Times New Roman"/>
          <w:b/>
          <w:color w:val="000000"/>
          <w:sz w:val="22"/>
        </w:rPr>
        <w:t xml:space="preserve"> </w:t>
      </w:r>
      <w:proofErr w:type="spellStart"/>
      <w:r w:rsidRPr="00B17CC9">
        <w:rPr>
          <w:rFonts w:cs="Times New Roman"/>
          <w:b/>
          <w:color w:val="000000"/>
          <w:sz w:val="22"/>
        </w:rPr>
        <w:t>rezervată</w:t>
      </w:r>
      <w:proofErr w:type="spellEnd"/>
      <w:r w:rsidRPr="00B17CC9">
        <w:rPr>
          <w:rFonts w:cs="Times New Roman"/>
          <w:b/>
          <w:color w:val="000000"/>
          <w:sz w:val="22"/>
        </w:rPr>
        <w:t xml:space="preserve"> </w:t>
      </w:r>
      <w:proofErr w:type="spellStart"/>
      <w:r w:rsidRPr="00B17CC9">
        <w:rPr>
          <w:rFonts w:cs="Times New Roman"/>
          <w:b/>
          <w:color w:val="000000"/>
          <w:sz w:val="22"/>
        </w:rPr>
        <w:t>unei</w:t>
      </w:r>
      <w:proofErr w:type="spellEnd"/>
      <w:r w:rsidRPr="00B17CC9">
        <w:rPr>
          <w:rFonts w:cs="Times New Roman"/>
          <w:b/>
          <w:color w:val="000000"/>
          <w:sz w:val="22"/>
        </w:rPr>
        <w:t xml:space="preserve"> </w:t>
      </w:r>
      <w:proofErr w:type="spellStart"/>
      <w:r w:rsidRPr="00B17CC9">
        <w:rPr>
          <w:rFonts w:cs="Times New Roman"/>
          <w:b/>
          <w:color w:val="000000"/>
          <w:sz w:val="22"/>
        </w:rPr>
        <w:t>anumite</w:t>
      </w:r>
      <w:proofErr w:type="spellEnd"/>
      <w:r w:rsidRPr="00B17CC9">
        <w:rPr>
          <w:rFonts w:cs="Times New Roman"/>
          <w:b/>
          <w:color w:val="000000"/>
          <w:sz w:val="22"/>
        </w:rPr>
        <w:t xml:space="preserve"> </w:t>
      </w:r>
      <w:proofErr w:type="spellStart"/>
      <w:r w:rsidRPr="00B17CC9">
        <w:rPr>
          <w:rFonts w:cs="Times New Roman"/>
          <w:b/>
          <w:color w:val="000000"/>
          <w:sz w:val="22"/>
        </w:rPr>
        <w:t>profesii</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temeiul</w:t>
      </w:r>
      <w:proofErr w:type="spellEnd"/>
      <w:r w:rsidRPr="00B17CC9">
        <w:rPr>
          <w:rFonts w:cs="Times New Roman"/>
          <w:b/>
          <w:color w:val="000000"/>
          <w:sz w:val="22"/>
        </w:rPr>
        <w:t xml:space="preserve"> </w:t>
      </w:r>
      <w:proofErr w:type="spellStart"/>
      <w:r w:rsidRPr="00B17CC9">
        <w:rPr>
          <w:rFonts w:cs="Times New Roman"/>
          <w:b/>
          <w:color w:val="000000"/>
          <w:sz w:val="22"/>
        </w:rPr>
        <w:t>unor</w:t>
      </w:r>
      <w:proofErr w:type="spellEnd"/>
      <w:r w:rsidRPr="00B17CC9">
        <w:rPr>
          <w:rFonts w:cs="Times New Roman"/>
          <w:b/>
          <w:color w:val="000000"/>
          <w:sz w:val="22"/>
        </w:rPr>
        <w:t xml:space="preserve"> </w:t>
      </w:r>
      <w:proofErr w:type="spellStart"/>
      <w:r w:rsidRPr="00B17CC9">
        <w:rPr>
          <w:rFonts w:cs="Times New Roman"/>
          <w:b/>
          <w:color w:val="000000"/>
          <w:sz w:val="22"/>
        </w:rPr>
        <w:t>legi</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acte</w:t>
      </w:r>
      <w:proofErr w:type="spellEnd"/>
      <w:r w:rsidRPr="00B17CC9">
        <w:rPr>
          <w:rFonts w:cs="Times New Roman"/>
          <w:b/>
          <w:color w:val="000000"/>
          <w:sz w:val="22"/>
        </w:rPr>
        <w:t xml:space="preserve"> administrative: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16. </w:t>
      </w:r>
      <w:proofErr w:type="spellStart"/>
      <w:r w:rsidRPr="00B17CC9">
        <w:rPr>
          <w:rFonts w:cs="Times New Roman"/>
          <w:b/>
          <w:color w:val="000000"/>
          <w:sz w:val="22"/>
        </w:rPr>
        <w:t>Scurta</w:t>
      </w:r>
      <w:proofErr w:type="spellEnd"/>
      <w:r w:rsidRPr="00B17CC9">
        <w:rPr>
          <w:rFonts w:cs="Times New Roman"/>
          <w:b/>
          <w:color w:val="000000"/>
          <w:sz w:val="22"/>
        </w:rPr>
        <w:t xml:space="preserve"> </w:t>
      </w:r>
      <w:proofErr w:type="spellStart"/>
      <w:r w:rsidRPr="00B17CC9">
        <w:rPr>
          <w:rFonts w:cs="Times New Roman"/>
          <w:b/>
          <w:color w:val="000000"/>
          <w:sz w:val="22"/>
        </w:rPr>
        <w:t>descriere</w:t>
      </w:r>
      <w:proofErr w:type="spellEnd"/>
      <w:r w:rsidRPr="00B17CC9">
        <w:rPr>
          <w:rFonts w:cs="Times New Roman"/>
          <w:b/>
          <w:color w:val="000000"/>
          <w:sz w:val="22"/>
        </w:rPr>
        <w:t xml:space="preserve"> a </w:t>
      </w:r>
      <w:proofErr w:type="spellStart"/>
      <w:r w:rsidRPr="00B17CC9">
        <w:rPr>
          <w:rFonts w:cs="Times New Roman"/>
          <w:b/>
          <w:color w:val="000000"/>
          <w:sz w:val="22"/>
        </w:rPr>
        <w:t>criteriilor</w:t>
      </w:r>
      <w:proofErr w:type="spellEnd"/>
      <w:r w:rsidRPr="00B17CC9">
        <w:rPr>
          <w:rFonts w:cs="Times New Roman"/>
          <w:b/>
          <w:color w:val="000000"/>
          <w:sz w:val="22"/>
        </w:rPr>
        <w:t xml:space="preserve"> </w:t>
      </w:r>
      <w:proofErr w:type="spellStart"/>
      <w:r w:rsidRPr="00B17CC9">
        <w:rPr>
          <w:rFonts w:cs="Times New Roman"/>
          <w:b/>
          <w:color w:val="000000"/>
          <w:sz w:val="22"/>
        </w:rPr>
        <w:t>privind</w:t>
      </w:r>
      <w:proofErr w:type="spellEnd"/>
      <w:r w:rsidRPr="00B17CC9">
        <w:rPr>
          <w:rFonts w:cs="Times New Roman"/>
          <w:b/>
          <w:color w:val="000000"/>
          <w:sz w:val="22"/>
        </w:rPr>
        <w:t xml:space="preserve"> </w:t>
      </w:r>
      <w:proofErr w:type="spellStart"/>
      <w:r w:rsidRPr="00B17CC9">
        <w:rPr>
          <w:rFonts w:cs="Times New Roman"/>
          <w:b/>
          <w:color w:val="000000"/>
          <w:sz w:val="22"/>
        </w:rPr>
        <w:t>eligibilitatea</w:t>
      </w:r>
      <w:proofErr w:type="spellEnd"/>
      <w:r w:rsidRPr="00B17CC9">
        <w:rPr>
          <w:rFonts w:cs="Times New Roman"/>
          <w:b/>
          <w:color w:val="000000"/>
          <w:sz w:val="22"/>
        </w:rPr>
        <w:t xml:space="preserve"> </w:t>
      </w:r>
      <w:proofErr w:type="spellStart"/>
      <w:r w:rsidRPr="00B17CC9">
        <w:rPr>
          <w:rFonts w:cs="Times New Roman"/>
          <w:b/>
          <w:color w:val="000000"/>
          <w:sz w:val="22"/>
        </w:rPr>
        <w:t>operatorilor</w:t>
      </w:r>
      <w:proofErr w:type="spellEnd"/>
      <w:r w:rsidRPr="00B17CC9">
        <w:rPr>
          <w:rFonts w:cs="Times New Roman"/>
          <w:b/>
          <w:color w:val="000000"/>
          <w:sz w:val="22"/>
        </w:rPr>
        <w:t xml:space="preserve"> economici </w:t>
      </w:r>
      <w:proofErr w:type="spellStart"/>
      <w:r w:rsidRPr="00B17CC9">
        <w:rPr>
          <w:rFonts w:cs="Times New Roman"/>
          <w:b/>
          <w:color w:val="000000"/>
          <w:sz w:val="22"/>
        </w:rPr>
        <w:t>și</w:t>
      </w:r>
      <w:proofErr w:type="spellEnd"/>
      <w:r w:rsidRPr="00B17CC9">
        <w:rPr>
          <w:rFonts w:cs="Times New Roman"/>
          <w:b/>
          <w:color w:val="000000"/>
          <w:sz w:val="22"/>
        </w:rPr>
        <w:t xml:space="preserve"> a </w:t>
      </w:r>
      <w:proofErr w:type="spellStart"/>
      <w:r w:rsidRPr="00B17CC9">
        <w:rPr>
          <w:rFonts w:cs="Times New Roman"/>
          <w:b/>
          <w:color w:val="000000"/>
          <w:sz w:val="22"/>
        </w:rPr>
        <w:t>criteriilor</w:t>
      </w:r>
      <w:proofErr w:type="spellEnd"/>
      <w:r w:rsidRPr="00B17CC9">
        <w:rPr>
          <w:rFonts w:cs="Times New Roman"/>
          <w:b/>
          <w:color w:val="000000"/>
          <w:sz w:val="22"/>
        </w:rPr>
        <w:t xml:space="preserve"> de </w:t>
      </w:r>
      <w:proofErr w:type="spellStart"/>
      <w:r w:rsidRPr="00B17CC9">
        <w:rPr>
          <w:rFonts w:cs="Times New Roman"/>
          <w:b/>
          <w:color w:val="000000"/>
          <w:sz w:val="22"/>
        </w:rPr>
        <w:t>selecție</w:t>
      </w:r>
      <w:proofErr w:type="spellEnd"/>
      <w:r w:rsidRPr="00B17CC9">
        <w:rPr>
          <w:rFonts w:cs="Times New Roman"/>
          <w:b/>
          <w:color w:val="000000"/>
          <w:sz w:val="22"/>
        </w:rPr>
        <w:t xml:space="preserve">; </w:t>
      </w:r>
      <w:proofErr w:type="spellStart"/>
      <w:r w:rsidRPr="00B17CC9">
        <w:rPr>
          <w:rFonts w:cs="Times New Roman"/>
          <w:b/>
          <w:color w:val="000000"/>
          <w:sz w:val="22"/>
        </w:rPr>
        <w:t>informațiile</w:t>
      </w:r>
      <w:proofErr w:type="spellEnd"/>
      <w:r w:rsidRPr="00B17CC9">
        <w:rPr>
          <w:rFonts w:cs="Times New Roman"/>
          <w:b/>
          <w:color w:val="000000"/>
          <w:sz w:val="22"/>
        </w:rPr>
        <w:t xml:space="preserve"> solicitate (DUAE, </w:t>
      </w:r>
      <w:proofErr w:type="spellStart"/>
      <w:r w:rsidRPr="00B17CC9">
        <w:rPr>
          <w:rFonts w:cs="Times New Roman"/>
          <w:b/>
          <w:color w:val="000000"/>
          <w:sz w:val="22"/>
        </w:rPr>
        <w:t>documentație</w:t>
      </w:r>
      <w:proofErr w:type="spellEnd"/>
      <w:r w:rsidRPr="00B17CC9">
        <w:rPr>
          <w:rFonts w:cs="Times New Roman"/>
          <w:b/>
          <w:color w:val="000000"/>
          <w:sz w:val="22"/>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56"/>
        <w:gridCol w:w="2304"/>
        <w:gridCol w:w="3720"/>
        <w:gridCol w:w="2159"/>
      </w:tblGrid>
      <w:tr w:rsidR="0022270F" w:rsidRPr="00B17CC9" w:rsidTr="007E7CF6">
        <w:trPr>
          <w:cantSplit/>
          <w:tblHeader/>
          <w:jc w:val="center"/>
        </w:trPr>
        <w:tc>
          <w:tcPr>
            <w:tcW w:w="701" w:type="dxa"/>
            <w:shd w:val="clear" w:color="auto" w:fill="FFFFFF"/>
            <w:vAlign w:val="center"/>
          </w:tcPr>
          <w:p w:rsidR="0022270F" w:rsidRPr="00B17CC9" w:rsidRDefault="00374C8A" w:rsidP="00B17CC9">
            <w:pPr>
              <w:jc w:val="both"/>
              <w:rPr>
                <w:rFonts w:cs="Times New Roman"/>
                <w:sz w:val="22"/>
              </w:rPr>
            </w:pPr>
            <w:r w:rsidRPr="00B17CC9">
              <w:rPr>
                <w:rFonts w:cs="Times New Roman"/>
                <w:color w:val="000000"/>
                <w:sz w:val="22"/>
              </w:rPr>
              <w:t>Nr. d/o</w:t>
            </w:r>
          </w:p>
        </w:tc>
        <w:tc>
          <w:tcPr>
            <w:tcW w:w="2693" w:type="dxa"/>
            <w:shd w:val="clear" w:color="auto" w:fill="FFFFFF"/>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Descrierea</w:t>
            </w:r>
            <w:proofErr w:type="spellEnd"/>
            <w:r w:rsidRPr="00B17CC9">
              <w:rPr>
                <w:rFonts w:cs="Times New Roman"/>
                <w:color w:val="000000"/>
                <w:sz w:val="22"/>
              </w:rPr>
              <w:t xml:space="preserve"> </w:t>
            </w:r>
            <w:proofErr w:type="spellStart"/>
            <w:r w:rsidRPr="00B17CC9">
              <w:rPr>
                <w:rFonts w:cs="Times New Roman"/>
                <w:color w:val="000000"/>
                <w:sz w:val="22"/>
              </w:rPr>
              <w:t>criteriului</w:t>
            </w:r>
            <w:proofErr w:type="spellEnd"/>
            <w:r w:rsidRPr="00B17CC9">
              <w:rPr>
                <w:rFonts w:cs="Times New Roman"/>
                <w:color w:val="000000"/>
                <w:sz w:val="22"/>
              </w:rPr>
              <w:t>/</w:t>
            </w:r>
            <w:proofErr w:type="spellStart"/>
            <w:r w:rsidRPr="00B17CC9">
              <w:rPr>
                <w:rFonts w:cs="Times New Roman"/>
                <w:color w:val="000000"/>
                <w:sz w:val="22"/>
              </w:rPr>
              <w:t>cerinței</w:t>
            </w:r>
            <w:proofErr w:type="spellEnd"/>
          </w:p>
        </w:tc>
        <w:tc>
          <w:tcPr>
            <w:tcW w:w="5103" w:type="dxa"/>
            <w:shd w:val="clear" w:color="auto" w:fill="FFFFFF"/>
            <w:vAlign w:val="center"/>
          </w:tcPr>
          <w:p w:rsidR="0022270F" w:rsidRPr="00B17CC9" w:rsidRDefault="00374C8A" w:rsidP="00B17CC9">
            <w:pPr>
              <w:jc w:val="both"/>
              <w:rPr>
                <w:rFonts w:cs="Times New Roman"/>
                <w:sz w:val="22"/>
              </w:rPr>
            </w:pPr>
            <w:r w:rsidRPr="00B17CC9">
              <w:rPr>
                <w:rFonts w:cs="Times New Roman"/>
                <w:color w:val="000000"/>
                <w:sz w:val="22"/>
              </w:rPr>
              <w:t xml:space="preserve">Mod de </w:t>
            </w:r>
            <w:proofErr w:type="spellStart"/>
            <w:r w:rsidRPr="00B17CC9">
              <w:rPr>
                <w:rFonts w:cs="Times New Roman"/>
                <w:color w:val="000000"/>
                <w:sz w:val="22"/>
              </w:rPr>
              <w:t>demonstrare</w:t>
            </w:r>
            <w:proofErr w:type="spellEnd"/>
            <w:r w:rsidRPr="00B17CC9">
              <w:rPr>
                <w:rFonts w:cs="Times New Roman"/>
                <w:color w:val="000000"/>
                <w:sz w:val="22"/>
              </w:rPr>
              <w:t xml:space="preserve"> a </w:t>
            </w:r>
            <w:proofErr w:type="spellStart"/>
            <w:r w:rsidRPr="00B17CC9">
              <w:rPr>
                <w:rFonts w:cs="Times New Roman"/>
                <w:color w:val="000000"/>
                <w:sz w:val="22"/>
              </w:rPr>
              <w:t>îndeplinirii</w:t>
            </w:r>
            <w:proofErr w:type="spellEnd"/>
            <w:r w:rsidRPr="00B17CC9">
              <w:rPr>
                <w:rFonts w:cs="Times New Roman"/>
                <w:color w:val="000000"/>
                <w:sz w:val="22"/>
              </w:rPr>
              <w:t xml:space="preserve"> </w:t>
            </w:r>
            <w:proofErr w:type="spellStart"/>
            <w:r w:rsidRPr="00B17CC9">
              <w:rPr>
                <w:rFonts w:cs="Times New Roman"/>
                <w:color w:val="000000"/>
                <w:sz w:val="22"/>
              </w:rPr>
              <w:t>criteriului</w:t>
            </w:r>
            <w:proofErr w:type="spellEnd"/>
            <w:r w:rsidRPr="00B17CC9">
              <w:rPr>
                <w:rFonts w:cs="Times New Roman"/>
                <w:color w:val="000000"/>
                <w:sz w:val="22"/>
              </w:rPr>
              <w:t>/</w:t>
            </w:r>
            <w:proofErr w:type="spellStart"/>
            <w:r w:rsidRPr="00B17CC9">
              <w:rPr>
                <w:rFonts w:cs="Times New Roman"/>
                <w:color w:val="000000"/>
                <w:sz w:val="22"/>
              </w:rPr>
              <w:t>cerinței</w:t>
            </w:r>
            <w:proofErr w:type="spellEnd"/>
          </w:p>
        </w:tc>
        <w:tc>
          <w:tcPr>
            <w:tcW w:w="1560" w:type="dxa"/>
            <w:shd w:val="clear" w:color="auto" w:fill="FFFFFF"/>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Nivelul</w:t>
            </w:r>
            <w:proofErr w:type="spellEnd"/>
            <w:r w:rsidRPr="00B17CC9">
              <w:rPr>
                <w:rFonts w:cs="Times New Roman"/>
                <w:color w:val="000000"/>
                <w:sz w:val="22"/>
              </w:rPr>
              <w:t xml:space="preserve"> minim/</w:t>
            </w:r>
            <w:proofErr w:type="spellStart"/>
            <w:r w:rsidRPr="00B17CC9">
              <w:rPr>
                <w:rFonts w:cs="Times New Roman"/>
                <w:color w:val="000000"/>
                <w:sz w:val="22"/>
              </w:rPr>
              <w:t>Obligativitatea</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w:t>
            </w:r>
          </w:p>
        </w:tc>
        <w:tc>
          <w:tcPr>
            <w:tcW w:w="2693" w:type="dxa"/>
            <w:vAlign w:val="center"/>
          </w:tcPr>
          <w:p w:rsidR="0022270F" w:rsidRPr="00B17CC9" w:rsidRDefault="00374C8A" w:rsidP="00B17CC9">
            <w:pPr>
              <w:jc w:val="both"/>
              <w:rPr>
                <w:rFonts w:cs="Times New Roman"/>
                <w:sz w:val="22"/>
              </w:rPr>
            </w:pPr>
            <w:r w:rsidRPr="00B17CC9">
              <w:rPr>
                <w:rFonts w:cs="Times New Roman"/>
                <w:color w:val="000000"/>
                <w:sz w:val="22"/>
              </w:rPr>
              <w:t>DUAE (</w:t>
            </w:r>
            <w:proofErr w:type="spellStart"/>
            <w:r w:rsidRPr="00B17CC9">
              <w:rPr>
                <w:rFonts w:cs="Times New Roman"/>
                <w:color w:val="000000"/>
                <w:sz w:val="22"/>
              </w:rPr>
              <w:t>Anexa</w:t>
            </w:r>
            <w:proofErr w:type="spellEnd"/>
            <w:r w:rsidRPr="00B17CC9">
              <w:rPr>
                <w:rFonts w:cs="Times New Roman"/>
                <w:color w:val="000000"/>
                <w:sz w:val="22"/>
              </w:rPr>
              <w:t xml:space="preserve"> nr. 2)</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Original. Completat și semnat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2</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Cerere</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1)</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Original. Completată și semnată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lastRenderedPageBreak/>
              <w:t>3</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Specificații</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3)</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Completate de ofertant în coloanele 2, 3, 4, 6 </w:t>
            </w:r>
            <w:proofErr w:type="spellStart"/>
            <w:r w:rsidRPr="00B17CC9">
              <w:rPr>
                <w:rFonts w:cs="Times New Roman"/>
                <w:color w:val="000000"/>
                <w:sz w:val="22"/>
              </w:rPr>
              <w:t>și</w:t>
            </w:r>
            <w:proofErr w:type="spellEnd"/>
            <w:r w:rsidRPr="00B17CC9">
              <w:rPr>
                <w:rFonts w:cs="Times New Roman"/>
                <w:color w:val="000000"/>
                <w:sz w:val="22"/>
              </w:rPr>
              <w:t xml:space="preserve"> 7; </w:t>
            </w:r>
            <w:proofErr w:type="spellStart"/>
            <w:r w:rsidRPr="00B17CC9">
              <w:rPr>
                <w:rFonts w:cs="Times New Roman"/>
                <w:color w:val="000000"/>
                <w:sz w:val="22"/>
              </w:rPr>
              <w:t>semnate</w:t>
            </w:r>
            <w:proofErr w:type="spellEnd"/>
            <w:r w:rsidRPr="00B17CC9">
              <w:rPr>
                <w:rFonts w:cs="Times New Roman"/>
                <w:color w:val="000000"/>
                <w:sz w:val="22"/>
              </w:rPr>
              <w:t xml:space="preserve"> electronic.</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4</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Specificații</w:t>
            </w:r>
            <w:proofErr w:type="spellEnd"/>
            <w:r w:rsidRPr="00B17CC9">
              <w:rPr>
                <w:rFonts w:cs="Times New Roman"/>
                <w:color w:val="000000"/>
                <w:sz w:val="22"/>
              </w:rPr>
              <w:t xml:space="preserve"> de </w:t>
            </w:r>
            <w:proofErr w:type="spellStart"/>
            <w:r w:rsidRPr="00B17CC9">
              <w:rPr>
                <w:rFonts w:cs="Times New Roman"/>
                <w:color w:val="000000"/>
                <w:sz w:val="22"/>
              </w:rPr>
              <w:t>preț</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4)</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Completate de ofertant în coloanele 5, 6, 7, 8 și 11,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necesitate</w:t>
            </w:r>
            <w:proofErr w:type="spellEnd"/>
            <w:r w:rsidRPr="00B17CC9">
              <w:rPr>
                <w:rFonts w:cs="Times New Roman"/>
                <w:color w:val="000000"/>
                <w:sz w:val="22"/>
              </w:rPr>
              <w:t xml:space="preserve">; </w:t>
            </w:r>
            <w:proofErr w:type="spellStart"/>
            <w:r w:rsidRPr="00B17CC9">
              <w:rPr>
                <w:rFonts w:cs="Times New Roman"/>
                <w:color w:val="000000"/>
                <w:sz w:val="22"/>
              </w:rPr>
              <w:t>semnate</w:t>
            </w:r>
            <w:proofErr w:type="spellEnd"/>
            <w:r w:rsidRPr="00B17CC9">
              <w:rPr>
                <w:rFonts w:cs="Times New Roman"/>
                <w:color w:val="000000"/>
                <w:sz w:val="22"/>
              </w:rPr>
              <w:t xml:space="preserve"> electronic.</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5</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de </w:t>
            </w:r>
            <w:proofErr w:type="spellStart"/>
            <w:r w:rsidRPr="00B17CC9">
              <w:rPr>
                <w:rFonts w:cs="Times New Roman"/>
                <w:color w:val="000000"/>
                <w:sz w:val="22"/>
              </w:rPr>
              <w:t>eligibilitate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5)</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Original. Completată și semnată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6</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valabilitatea</w:t>
            </w:r>
            <w:proofErr w:type="spellEnd"/>
            <w:r w:rsidRPr="00B17CC9">
              <w:rPr>
                <w:rFonts w:cs="Times New Roman"/>
                <w:color w:val="000000"/>
                <w:sz w:val="22"/>
              </w:rPr>
              <w:t xml:space="preserve"> </w:t>
            </w:r>
            <w:proofErr w:type="spellStart"/>
            <w:r w:rsidRPr="00B17CC9">
              <w:rPr>
                <w:rFonts w:cs="Times New Roman"/>
                <w:color w:val="000000"/>
                <w:sz w:val="22"/>
              </w:rPr>
              <w:t>ofertei</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6)</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Original. Oferta se menține valabilă 30 </w:t>
            </w:r>
            <w:proofErr w:type="spellStart"/>
            <w:r w:rsidRPr="00B17CC9">
              <w:rPr>
                <w:rFonts w:cs="Times New Roman"/>
                <w:color w:val="000000"/>
                <w:sz w:val="22"/>
              </w:rPr>
              <w:t>zile</w:t>
            </w:r>
            <w:proofErr w:type="spellEnd"/>
            <w:r w:rsidRPr="00B17CC9">
              <w:rPr>
                <w:rFonts w:cs="Times New Roman"/>
                <w:color w:val="000000"/>
                <w:sz w:val="22"/>
              </w:rPr>
              <w:t xml:space="preserve">; document </w:t>
            </w:r>
            <w:proofErr w:type="spellStart"/>
            <w:r w:rsidRPr="00B17CC9">
              <w:rPr>
                <w:rFonts w:cs="Times New Roman"/>
                <w:color w:val="000000"/>
                <w:sz w:val="22"/>
              </w:rPr>
              <w:t>semnat</w:t>
            </w:r>
            <w:proofErr w:type="spellEnd"/>
            <w:r w:rsidRPr="00B17CC9">
              <w:rPr>
                <w:rFonts w:cs="Times New Roman"/>
                <w:color w:val="000000"/>
                <w:sz w:val="22"/>
              </w:rPr>
              <w:t xml:space="preserve"> electronic.</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7</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lista</w:t>
            </w:r>
            <w:proofErr w:type="spellEnd"/>
            <w:r w:rsidRPr="00B17CC9">
              <w:rPr>
                <w:rFonts w:cs="Times New Roman"/>
                <w:color w:val="000000"/>
                <w:sz w:val="22"/>
              </w:rPr>
              <w:t xml:space="preserve"> </w:t>
            </w:r>
            <w:proofErr w:type="spellStart"/>
            <w:r w:rsidRPr="00B17CC9">
              <w:rPr>
                <w:rFonts w:cs="Times New Roman"/>
                <w:color w:val="000000"/>
                <w:sz w:val="22"/>
              </w:rPr>
              <w:t>principalelor</w:t>
            </w:r>
            <w:proofErr w:type="spellEnd"/>
            <w:r w:rsidRPr="00B17CC9">
              <w:rPr>
                <w:rFonts w:cs="Times New Roman"/>
                <w:color w:val="000000"/>
                <w:sz w:val="22"/>
              </w:rPr>
              <w:t xml:space="preserve"> </w:t>
            </w:r>
            <w:proofErr w:type="spellStart"/>
            <w:r w:rsidRPr="00B17CC9">
              <w:rPr>
                <w:rFonts w:cs="Times New Roman"/>
                <w:color w:val="000000"/>
                <w:sz w:val="22"/>
              </w:rPr>
              <w:t>livrări</w:t>
            </w:r>
            <w:proofErr w:type="spellEnd"/>
            <w:r w:rsidRPr="00B17CC9">
              <w:rPr>
                <w:rFonts w:cs="Times New Roman"/>
                <w:color w:val="000000"/>
                <w:sz w:val="22"/>
              </w:rPr>
              <w:t>/</w:t>
            </w:r>
            <w:proofErr w:type="spellStart"/>
            <w:r w:rsidRPr="00B17CC9">
              <w:rPr>
                <w:rFonts w:cs="Times New Roman"/>
                <w:color w:val="000000"/>
                <w:sz w:val="22"/>
              </w:rPr>
              <w:t>prestări</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7)</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Completată și semnată electronic, la solicitarea </w:t>
            </w:r>
            <w:proofErr w:type="spellStart"/>
            <w:r w:rsidRPr="00B17CC9">
              <w:rPr>
                <w:rFonts w:cs="Times New Roman"/>
                <w:color w:val="000000"/>
                <w:sz w:val="22"/>
              </w:rPr>
              <w:t>autorității</w:t>
            </w:r>
            <w:proofErr w:type="spellEnd"/>
            <w:r w:rsidRPr="00B17CC9">
              <w:rPr>
                <w:rFonts w:cs="Times New Roman"/>
                <w:color w:val="000000"/>
                <w:sz w:val="22"/>
              </w:rPr>
              <w:t xml:space="preserve"> </w:t>
            </w:r>
            <w:proofErr w:type="spellStart"/>
            <w:r w:rsidRPr="00B17CC9">
              <w:rPr>
                <w:rFonts w:cs="Times New Roman"/>
                <w:color w:val="000000"/>
                <w:sz w:val="22"/>
              </w:rPr>
              <w:t>contractante</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w:t>
            </w:r>
          </w:p>
        </w:tc>
        <w:tc>
          <w:tcPr>
            <w:tcW w:w="1560"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8</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datele</w:t>
            </w:r>
            <w:proofErr w:type="spellEnd"/>
            <w:r w:rsidRPr="00B17CC9">
              <w:rPr>
                <w:rFonts w:cs="Times New Roman"/>
                <w:color w:val="000000"/>
                <w:sz w:val="22"/>
              </w:rPr>
              <w:t xml:space="preserve"> de </w:t>
            </w:r>
            <w:proofErr w:type="spellStart"/>
            <w:r w:rsidRPr="00B17CC9">
              <w:rPr>
                <w:rFonts w:cs="Times New Roman"/>
                <w:color w:val="000000"/>
                <w:sz w:val="22"/>
              </w:rPr>
              <w:t>identificare</w:t>
            </w:r>
            <w:proofErr w:type="spellEnd"/>
            <w:r w:rsidRPr="00B17CC9">
              <w:rPr>
                <w:rFonts w:cs="Times New Roman"/>
                <w:color w:val="000000"/>
                <w:sz w:val="22"/>
              </w:rPr>
              <w:t xml:space="preserve"> ale </w:t>
            </w:r>
            <w:proofErr w:type="spellStart"/>
            <w:r w:rsidRPr="00B17CC9">
              <w:rPr>
                <w:rFonts w:cs="Times New Roman"/>
                <w:color w:val="000000"/>
                <w:sz w:val="22"/>
              </w:rPr>
              <w:t>operatorului</w:t>
            </w:r>
            <w:proofErr w:type="spellEnd"/>
            <w:r w:rsidRPr="00B17CC9">
              <w:rPr>
                <w:rFonts w:cs="Times New Roman"/>
                <w:color w:val="000000"/>
                <w:sz w:val="22"/>
              </w:rPr>
              <w:t xml:space="preserve"> economic (</w:t>
            </w:r>
            <w:proofErr w:type="spellStart"/>
            <w:r w:rsidRPr="00B17CC9">
              <w:rPr>
                <w:rFonts w:cs="Times New Roman"/>
                <w:color w:val="000000"/>
                <w:sz w:val="22"/>
              </w:rPr>
              <w:t>Anexa</w:t>
            </w:r>
            <w:proofErr w:type="spellEnd"/>
            <w:r w:rsidRPr="00B17CC9">
              <w:rPr>
                <w:rFonts w:cs="Times New Roman"/>
                <w:color w:val="000000"/>
                <w:sz w:val="22"/>
              </w:rPr>
              <w:t xml:space="preserve"> nr. 9)</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Completată și semnată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contractare</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9</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w:t>
            </w:r>
            <w:proofErr w:type="spellStart"/>
            <w:r w:rsidRPr="00B17CC9">
              <w:rPr>
                <w:rFonts w:cs="Times New Roman"/>
                <w:color w:val="000000"/>
                <w:sz w:val="22"/>
              </w:rPr>
              <w:t>decizie</w:t>
            </w:r>
            <w:proofErr w:type="spellEnd"/>
            <w:r w:rsidRPr="00B17CC9">
              <w:rPr>
                <w:rFonts w:cs="Times New Roman"/>
                <w:color w:val="000000"/>
                <w:sz w:val="22"/>
              </w:rPr>
              <w:t xml:space="preserve"> de </w:t>
            </w:r>
            <w:proofErr w:type="spellStart"/>
            <w:r w:rsidRPr="00B17CC9">
              <w:rPr>
                <w:rFonts w:cs="Times New Roman"/>
                <w:color w:val="000000"/>
                <w:sz w:val="22"/>
              </w:rPr>
              <w:t>înregistrare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extras din </w:t>
            </w:r>
            <w:proofErr w:type="spellStart"/>
            <w:r w:rsidRPr="00B17CC9">
              <w:rPr>
                <w:rFonts w:cs="Times New Roman"/>
                <w:color w:val="000000"/>
                <w:sz w:val="22"/>
              </w:rPr>
              <w:t>Registrul</w:t>
            </w:r>
            <w:proofErr w:type="spellEnd"/>
            <w:r w:rsidRPr="00B17CC9">
              <w:rPr>
                <w:rFonts w:cs="Times New Roman"/>
                <w:color w:val="000000"/>
                <w:sz w:val="22"/>
              </w:rPr>
              <w:t xml:space="preserve"> de Stat</w:t>
            </w:r>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Copie/Original, semnat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10</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Documente</w:t>
            </w:r>
            <w:proofErr w:type="spellEnd"/>
            <w:r w:rsidRPr="00B17CC9">
              <w:rPr>
                <w:rFonts w:cs="Times New Roman"/>
                <w:color w:val="000000"/>
                <w:sz w:val="22"/>
              </w:rPr>
              <w:t xml:space="preserve"> </w:t>
            </w:r>
            <w:proofErr w:type="spellStart"/>
            <w:r w:rsidRPr="00B17CC9">
              <w:rPr>
                <w:rFonts w:cs="Times New Roman"/>
                <w:color w:val="000000"/>
                <w:sz w:val="22"/>
              </w:rPr>
              <w:t>confirmatoare</w:t>
            </w:r>
            <w:proofErr w:type="spellEnd"/>
            <w:r w:rsidRPr="00B17CC9">
              <w:rPr>
                <w:rFonts w:cs="Times New Roman"/>
                <w:color w:val="000000"/>
                <w:sz w:val="22"/>
              </w:rPr>
              <w:t xml:space="preserve"> ale </w:t>
            </w:r>
            <w:proofErr w:type="spellStart"/>
            <w:r w:rsidRPr="00B17CC9">
              <w:rPr>
                <w:rFonts w:cs="Times New Roman"/>
                <w:color w:val="000000"/>
                <w:sz w:val="22"/>
              </w:rPr>
              <w:t>specificațiilor</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Fișe tehnice, cataloage/prospecte ale producătorului sau </w:t>
            </w:r>
            <w:proofErr w:type="spellStart"/>
            <w:r w:rsidRPr="00B17CC9">
              <w:rPr>
                <w:rFonts w:cs="Times New Roman"/>
                <w:color w:val="000000"/>
                <w:sz w:val="22"/>
              </w:rPr>
              <w:t>documente</w:t>
            </w:r>
            <w:proofErr w:type="spellEnd"/>
            <w:r w:rsidRPr="00B17CC9">
              <w:rPr>
                <w:rFonts w:cs="Times New Roman"/>
                <w:color w:val="000000"/>
                <w:sz w:val="22"/>
              </w:rPr>
              <w:t xml:space="preserve"> </w:t>
            </w:r>
            <w:proofErr w:type="spellStart"/>
            <w:r w:rsidRPr="00B17CC9">
              <w:rPr>
                <w:rFonts w:cs="Times New Roman"/>
                <w:color w:val="000000"/>
                <w:sz w:val="22"/>
              </w:rPr>
              <w:t>echivalente</w:t>
            </w:r>
            <w:proofErr w:type="spellEnd"/>
            <w:r w:rsidRPr="00B17CC9">
              <w:rPr>
                <w:rFonts w:cs="Times New Roman"/>
                <w:color w:val="000000"/>
                <w:sz w:val="22"/>
              </w:rPr>
              <w:t xml:space="preserve">, </w:t>
            </w:r>
            <w:proofErr w:type="spellStart"/>
            <w:r w:rsidRPr="00B17CC9">
              <w:rPr>
                <w:rFonts w:cs="Times New Roman"/>
                <w:color w:val="000000"/>
                <w:sz w:val="22"/>
              </w:rPr>
              <w:t>semnate</w:t>
            </w:r>
            <w:proofErr w:type="spellEnd"/>
            <w:r w:rsidRPr="00B17CC9">
              <w:rPr>
                <w:rFonts w:cs="Times New Roman"/>
                <w:color w:val="000000"/>
                <w:sz w:val="22"/>
              </w:rPr>
              <w:t xml:space="preserve"> electronic.</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11</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ISO 9001 </w:t>
            </w:r>
            <w:proofErr w:type="spellStart"/>
            <w:r w:rsidRPr="00B17CC9">
              <w:rPr>
                <w:rFonts w:cs="Times New Roman"/>
                <w:color w:val="000000"/>
                <w:sz w:val="22"/>
              </w:rPr>
              <w:t>și</w:t>
            </w:r>
            <w:proofErr w:type="spellEnd"/>
            <w:r w:rsidRPr="00B17CC9">
              <w:rPr>
                <w:rFonts w:cs="Times New Roman"/>
                <w:color w:val="000000"/>
                <w:sz w:val="22"/>
              </w:rPr>
              <w:t>/</w:t>
            </w:r>
            <w:proofErr w:type="spellStart"/>
            <w:r w:rsidRPr="00B17CC9">
              <w:rPr>
                <w:rFonts w:cs="Times New Roman"/>
                <w:color w:val="000000"/>
                <w:sz w:val="22"/>
              </w:rPr>
              <w:t>sau</w:t>
            </w:r>
            <w:proofErr w:type="spellEnd"/>
            <w:r w:rsidRPr="00B17CC9">
              <w:rPr>
                <w:rFonts w:cs="Times New Roman"/>
                <w:color w:val="000000"/>
                <w:sz w:val="22"/>
              </w:rPr>
              <w:t xml:space="preserve"> ISO 13485 al </w:t>
            </w:r>
            <w:proofErr w:type="spellStart"/>
            <w:r w:rsidRPr="00B17CC9">
              <w:rPr>
                <w:rFonts w:cs="Times New Roman"/>
                <w:color w:val="000000"/>
                <w:sz w:val="22"/>
              </w:rPr>
              <w:t>producătorului</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Copie valabilă la data depunerii ofertei, semnată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12</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de </w:t>
            </w:r>
            <w:proofErr w:type="spellStart"/>
            <w:r w:rsidRPr="00B17CC9">
              <w:rPr>
                <w:rFonts w:cs="Times New Roman"/>
                <w:color w:val="000000"/>
                <w:sz w:val="22"/>
              </w:rPr>
              <w:t>conformitate</w:t>
            </w:r>
            <w:proofErr w:type="spellEnd"/>
            <w:r w:rsidRPr="00B17CC9">
              <w:rPr>
                <w:rFonts w:cs="Times New Roman"/>
                <w:color w:val="000000"/>
                <w:sz w:val="22"/>
              </w:rPr>
              <w:t xml:space="preserve"> (CE) / </w:t>
            </w:r>
            <w:proofErr w:type="spellStart"/>
            <w:r w:rsidRPr="00B17CC9">
              <w:rPr>
                <w:rFonts w:cs="Times New Roman"/>
                <w:color w:val="000000"/>
                <w:sz w:val="22"/>
              </w:rPr>
              <w:t>Declarație</w:t>
            </w:r>
            <w:proofErr w:type="spellEnd"/>
            <w:r w:rsidRPr="00B17CC9">
              <w:rPr>
                <w:rFonts w:cs="Times New Roman"/>
                <w:color w:val="000000"/>
                <w:sz w:val="22"/>
              </w:rPr>
              <w:t xml:space="preserve"> de </w:t>
            </w:r>
            <w:proofErr w:type="spellStart"/>
            <w:r w:rsidRPr="00B17CC9">
              <w:rPr>
                <w:rFonts w:cs="Times New Roman"/>
                <w:color w:val="000000"/>
                <w:sz w:val="22"/>
              </w:rPr>
              <w:t>conformitate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echivalent</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Copie valabilă, semnată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13</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termenul</w:t>
            </w:r>
            <w:proofErr w:type="spellEnd"/>
            <w:r w:rsidRPr="00B17CC9">
              <w:rPr>
                <w:rFonts w:cs="Times New Roman"/>
                <w:color w:val="000000"/>
                <w:sz w:val="22"/>
              </w:rPr>
              <w:t xml:space="preserve"> de </w:t>
            </w:r>
            <w:proofErr w:type="spellStart"/>
            <w:r w:rsidRPr="00B17CC9">
              <w:rPr>
                <w:rFonts w:cs="Times New Roman"/>
                <w:color w:val="000000"/>
                <w:sz w:val="22"/>
              </w:rPr>
              <w:t>valabilitate</w:t>
            </w:r>
            <w:proofErr w:type="spellEnd"/>
            <w:r w:rsidRPr="00B17CC9">
              <w:rPr>
                <w:rFonts w:cs="Times New Roman"/>
                <w:color w:val="000000"/>
                <w:sz w:val="22"/>
              </w:rPr>
              <w:t xml:space="preserve"> </w:t>
            </w:r>
            <w:proofErr w:type="spellStart"/>
            <w:r w:rsidRPr="00B17CC9">
              <w:rPr>
                <w:rFonts w:cs="Times New Roman"/>
                <w:color w:val="000000"/>
                <w:sz w:val="22"/>
              </w:rPr>
              <w:t>restant</w:t>
            </w:r>
            <w:proofErr w:type="spellEnd"/>
            <w:r w:rsidRPr="00B17CC9">
              <w:rPr>
                <w:rFonts w:cs="Times New Roman"/>
                <w:color w:val="000000"/>
                <w:sz w:val="22"/>
              </w:rPr>
              <w:t xml:space="preserve"> la </w:t>
            </w:r>
            <w:proofErr w:type="spellStart"/>
            <w:r w:rsidRPr="00B17CC9">
              <w:rPr>
                <w:rFonts w:cs="Times New Roman"/>
                <w:color w:val="000000"/>
                <w:sz w:val="22"/>
              </w:rPr>
              <w:t>livrare</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Termenul restant la livrare va fi &gt;90% din termenul total și, după caz, nu mai puțin de 12 luni. Original, semnat electronic. Formular suplimentar </w:t>
            </w:r>
            <w:proofErr w:type="spellStart"/>
            <w:r w:rsidRPr="00B17CC9">
              <w:rPr>
                <w:rFonts w:cs="Times New Roman"/>
                <w:color w:val="000000"/>
                <w:sz w:val="22"/>
              </w:rPr>
              <w:t>integrat</w:t>
            </w:r>
            <w:proofErr w:type="spellEnd"/>
            <w:r w:rsidRPr="00B17CC9">
              <w:rPr>
                <w:rFonts w:cs="Times New Roman"/>
                <w:color w:val="000000"/>
                <w:sz w:val="22"/>
              </w:rPr>
              <w:t xml:space="preserve"> la </w:t>
            </w:r>
            <w:proofErr w:type="spellStart"/>
            <w:r w:rsidRPr="00B17CC9">
              <w:rPr>
                <w:rFonts w:cs="Times New Roman"/>
                <w:color w:val="000000"/>
                <w:sz w:val="22"/>
              </w:rPr>
              <w:t>finalul</w:t>
            </w:r>
            <w:proofErr w:type="spellEnd"/>
            <w:r w:rsidRPr="00B17CC9">
              <w:rPr>
                <w:rFonts w:cs="Times New Roman"/>
                <w:color w:val="000000"/>
                <w:sz w:val="22"/>
              </w:rPr>
              <w:t xml:space="preserve"> </w:t>
            </w:r>
            <w:proofErr w:type="spellStart"/>
            <w:r w:rsidRPr="00B17CC9">
              <w:rPr>
                <w:rFonts w:cs="Times New Roman"/>
                <w:color w:val="000000"/>
                <w:sz w:val="22"/>
              </w:rPr>
              <w:t>documentației</w:t>
            </w:r>
            <w:proofErr w:type="spellEnd"/>
            <w:r w:rsidRPr="00B17CC9">
              <w:rPr>
                <w:rFonts w:cs="Times New Roman"/>
                <w:color w:val="000000"/>
                <w:sz w:val="22"/>
              </w:rPr>
              <w:t>.</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14</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de </w:t>
            </w:r>
            <w:proofErr w:type="spellStart"/>
            <w:r w:rsidRPr="00B17CC9">
              <w:rPr>
                <w:rFonts w:cs="Times New Roman"/>
                <w:color w:val="000000"/>
                <w:sz w:val="22"/>
              </w:rPr>
              <w:t>atribuire</w:t>
            </w:r>
            <w:proofErr w:type="spellEnd"/>
            <w:r w:rsidRPr="00B17CC9">
              <w:rPr>
                <w:rFonts w:cs="Times New Roman"/>
                <w:color w:val="000000"/>
                <w:sz w:val="22"/>
              </w:rPr>
              <w:t xml:space="preserve"> a </w:t>
            </w:r>
            <w:proofErr w:type="spellStart"/>
            <w:r w:rsidRPr="00B17CC9">
              <w:rPr>
                <w:rFonts w:cs="Times New Roman"/>
                <w:color w:val="000000"/>
                <w:sz w:val="22"/>
              </w:rPr>
              <w:t>contului</w:t>
            </w:r>
            <w:proofErr w:type="spellEnd"/>
            <w:r w:rsidRPr="00B17CC9">
              <w:rPr>
                <w:rFonts w:cs="Times New Roman"/>
                <w:color w:val="000000"/>
                <w:sz w:val="22"/>
              </w:rPr>
              <w:t xml:space="preserve"> </w:t>
            </w:r>
            <w:proofErr w:type="spellStart"/>
            <w:r w:rsidRPr="00B17CC9">
              <w:rPr>
                <w:rFonts w:cs="Times New Roman"/>
                <w:color w:val="000000"/>
                <w:sz w:val="22"/>
              </w:rPr>
              <w:t>bancar</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Copie/Original </w:t>
            </w:r>
            <w:proofErr w:type="spellStart"/>
            <w:r w:rsidRPr="00B17CC9">
              <w:rPr>
                <w:rFonts w:cs="Times New Roman"/>
                <w:color w:val="000000"/>
                <w:sz w:val="22"/>
              </w:rPr>
              <w:t>confirmat</w:t>
            </w:r>
            <w:proofErr w:type="spellEnd"/>
            <w:r w:rsidRPr="00B17CC9">
              <w:rPr>
                <w:rFonts w:cs="Times New Roman"/>
                <w:color w:val="000000"/>
                <w:sz w:val="22"/>
              </w:rPr>
              <w:t xml:space="preserve"> </w:t>
            </w: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semnătură</w:t>
            </w:r>
            <w:proofErr w:type="spellEnd"/>
            <w:r w:rsidRPr="00B17CC9">
              <w:rPr>
                <w:rFonts w:cs="Times New Roman"/>
                <w:color w:val="000000"/>
                <w:sz w:val="22"/>
              </w:rPr>
              <w:t xml:space="preserve"> </w:t>
            </w:r>
            <w:proofErr w:type="spellStart"/>
            <w:r w:rsidRPr="00B17CC9">
              <w:rPr>
                <w:rFonts w:cs="Times New Roman"/>
                <w:color w:val="000000"/>
                <w:sz w:val="22"/>
              </w:rPr>
              <w:t>electronică</w:t>
            </w:r>
            <w:proofErr w:type="spellEnd"/>
            <w:r w:rsidRPr="00B17CC9">
              <w:rPr>
                <w:rFonts w:cs="Times New Roman"/>
                <w:color w:val="000000"/>
                <w:sz w:val="22"/>
              </w:rPr>
              <w:t>.</w:t>
            </w:r>
          </w:p>
        </w:tc>
        <w:tc>
          <w:tcPr>
            <w:tcW w:w="1560"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contractare</w:t>
            </w:r>
            <w:proofErr w:type="spellEnd"/>
          </w:p>
        </w:tc>
      </w:tr>
      <w:tr w:rsidR="0022270F" w:rsidRPr="00B17CC9" w:rsidTr="007E7CF6">
        <w:trPr>
          <w:cantSplit/>
          <w:jc w:val="center"/>
        </w:trPr>
        <w:tc>
          <w:tcPr>
            <w:tcW w:w="701" w:type="dxa"/>
            <w:vAlign w:val="center"/>
          </w:tcPr>
          <w:p w:rsidR="0022270F" w:rsidRPr="00B17CC9" w:rsidRDefault="0022270F" w:rsidP="00B17CC9">
            <w:pPr>
              <w:pStyle w:val="Listparagraf"/>
              <w:jc w:val="both"/>
              <w:rPr>
                <w:rFonts w:cs="Times New Roman"/>
                <w:sz w:val="22"/>
              </w:rPr>
            </w:pPr>
            <w:r w:rsidRPr="00B17CC9">
              <w:rPr>
                <w:color w:val="000000"/>
                <w:sz w:val="22"/>
              </w:rPr>
              <w:t>15</w:t>
            </w:r>
          </w:p>
        </w:tc>
        <w:tc>
          <w:tcPr>
            <w:tcW w:w="269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Solicitarea</w:t>
            </w:r>
            <w:proofErr w:type="spellEnd"/>
            <w:r w:rsidRPr="00B17CC9">
              <w:rPr>
                <w:rFonts w:cs="Times New Roman"/>
                <w:color w:val="000000"/>
                <w:sz w:val="22"/>
              </w:rPr>
              <w:t xml:space="preserve"> </w:t>
            </w:r>
            <w:proofErr w:type="spellStart"/>
            <w:r w:rsidRPr="00B17CC9">
              <w:rPr>
                <w:rFonts w:cs="Times New Roman"/>
                <w:color w:val="000000"/>
                <w:sz w:val="22"/>
              </w:rPr>
              <w:t>clarificărilor</w:t>
            </w:r>
            <w:proofErr w:type="spellEnd"/>
          </w:p>
        </w:tc>
        <w:tc>
          <w:tcPr>
            <w:tcW w:w="5103"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Clarificările pot fi solicitate în termen de 3 zile până la termenul-limită de depunere </w:t>
            </w:r>
            <w:proofErr w:type="gramStart"/>
            <w:r w:rsidRPr="00B17CC9">
              <w:rPr>
                <w:rFonts w:cs="Times New Roman"/>
                <w:color w:val="000000"/>
                <w:sz w:val="22"/>
              </w:rPr>
              <w:t>a</w:t>
            </w:r>
            <w:proofErr w:type="gramEnd"/>
            <w:r w:rsidRPr="00B17CC9">
              <w:rPr>
                <w:rFonts w:cs="Times New Roman"/>
                <w:color w:val="000000"/>
                <w:sz w:val="22"/>
              </w:rPr>
              <w:t xml:space="preserve"> ofertelor, </w:t>
            </w: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intermediul</w:t>
            </w:r>
            <w:proofErr w:type="spellEnd"/>
            <w:r w:rsidRPr="00B17CC9">
              <w:rPr>
                <w:rFonts w:cs="Times New Roman"/>
                <w:color w:val="000000"/>
                <w:sz w:val="22"/>
              </w:rPr>
              <w:t xml:space="preserve"> </w:t>
            </w:r>
            <w:proofErr w:type="spellStart"/>
            <w:r w:rsidRPr="00B17CC9">
              <w:rPr>
                <w:rFonts w:cs="Times New Roman"/>
                <w:color w:val="000000"/>
                <w:sz w:val="22"/>
              </w:rPr>
              <w:t>platformei</w:t>
            </w:r>
            <w:proofErr w:type="spellEnd"/>
            <w:r w:rsidRPr="00B17CC9">
              <w:rPr>
                <w:rFonts w:cs="Times New Roman"/>
                <w:color w:val="000000"/>
                <w:sz w:val="22"/>
              </w:rPr>
              <w:t xml:space="preserve"> achizitii.md.</w:t>
            </w:r>
          </w:p>
        </w:tc>
        <w:tc>
          <w:tcPr>
            <w:tcW w:w="1560"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Obligatoriu</w:t>
            </w:r>
            <w:proofErr w:type="spellEnd"/>
          </w:p>
        </w:tc>
      </w:tr>
    </w:tbl>
    <w:p w:rsidR="0022270F" w:rsidRPr="00B17CC9" w:rsidRDefault="00374C8A" w:rsidP="00B17CC9">
      <w:pPr>
        <w:jc w:val="both"/>
        <w:rPr>
          <w:rFonts w:cs="Times New Roman"/>
          <w:sz w:val="22"/>
        </w:rPr>
      </w:pPr>
      <w:r w:rsidRPr="00B17CC9">
        <w:rPr>
          <w:rFonts w:cs="Times New Roman"/>
          <w:b/>
          <w:color w:val="000000"/>
          <w:sz w:val="22"/>
        </w:rPr>
        <w:t xml:space="preserve">17. Garanția pentru </w:t>
      </w:r>
      <w:proofErr w:type="spellStart"/>
      <w:r w:rsidRPr="00B17CC9">
        <w:rPr>
          <w:rFonts w:cs="Times New Roman"/>
          <w:b/>
          <w:color w:val="000000"/>
          <w:sz w:val="22"/>
        </w:rPr>
        <w:t>ofertă</w:t>
      </w:r>
      <w:proofErr w:type="spellEnd"/>
      <w:r w:rsidRPr="00B17CC9">
        <w:rPr>
          <w:rFonts w:cs="Times New Roman"/>
          <w:b/>
          <w:color w:val="000000"/>
          <w:sz w:val="22"/>
        </w:rPr>
        <w:t xml:space="preserve">: nu se </w:t>
      </w:r>
      <w:proofErr w:type="spellStart"/>
      <w:r w:rsidRPr="00B17CC9">
        <w:rPr>
          <w:rFonts w:cs="Times New Roman"/>
          <w:b/>
          <w:color w:val="000000"/>
          <w:sz w:val="22"/>
        </w:rPr>
        <w:t>aplică</w:t>
      </w:r>
      <w:proofErr w:type="spellEnd"/>
      <w:r w:rsidRPr="00B17CC9">
        <w:rPr>
          <w:rFonts w:cs="Times New Roman"/>
          <w:b/>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18. Termenul de valabilitate al bunurilor: la momentul livrării, termenul de valabilitate restant trebuie să fie mai mare de 90% din termenul total de valabilitate, dar nu mai puțin de 12 </w:t>
      </w:r>
      <w:proofErr w:type="spellStart"/>
      <w:r w:rsidRPr="00B17CC9">
        <w:rPr>
          <w:rFonts w:cs="Times New Roman"/>
          <w:b/>
          <w:color w:val="000000"/>
          <w:sz w:val="22"/>
        </w:rPr>
        <w:t>luni</w:t>
      </w:r>
      <w:proofErr w:type="spellEnd"/>
      <w:r w:rsidRPr="00B17CC9">
        <w:rPr>
          <w:rFonts w:cs="Times New Roman"/>
          <w:b/>
          <w:color w:val="000000"/>
          <w:sz w:val="22"/>
        </w:rPr>
        <w:t xml:space="preserve">, </w:t>
      </w:r>
      <w:proofErr w:type="spellStart"/>
      <w:r w:rsidRPr="00B17CC9">
        <w:rPr>
          <w:rFonts w:cs="Times New Roman"/>
          <w:b/>
          <w:color w:val="000000"/>
          <w:sz w:val="22"/>
        </w:rPr>
        <w:t>după</w:t>
      </w:r>
      <w:proofErr w:type="spellEnd"/>
      <w:r w:rsidRPr="00B17CC9">
        <w:rPr>
          <w:rFonts w:cs="Times New Roman"/>
          <w:b/>
          <w:color w:val="000000"/>
          <w:sz w:val="22"/>
        </w:rPr>
        <w:t xml:space="preserve"> </w:t>
      </w:r>
      <w:proofErr w:type="spellStart"/>
      <w:r w:rsidRPr="00B17CC9">
        <w:rPr>
          <w:rFonts w:cs="Times New Roman"/>
          <w:b/>
          <w:color w:val="000000"/>
          <w:sz w:val="22"/>
        </w:rPr>
        <w:t>caz</w:t>
      </w:r>
      <w:proofErr w:type="spellEnd"/>
      <w:r w:rsidRPr="00B17CC9">
        <w:rPr>
          <w:rFonts w:cs="Times New Roman"/>
          <w:b/>
          <w:color w:val="000000"/>
          <w:sz w:val="22"/>
        </w:rPr>
        <w:t>.</w:t>
      </w:r>
    </w:p>
    <w:p w:rsidR="0022270F" w:rsidRPr="00B17CC9" w:rsidRDefault="001E7444" w:rsidP="00B17CC9">
      <w:pPr>
        <w:jc w:val="both"/>
        <w:rPr>
          <w:rFonts w:cs="Times New Roman"/>
          <w:sz w:val="22"/>
        </w:rPr>
      </w:pPr>
      <w:r w:rsidRPr="00B17CC9">
        <w:rPr>
          <w:rFonts w:cs="Times New Roman"/>
          <w:b/>
          <w:bCs/>
          <w:color w:val="000000"/>
          <w:sz w:val="22"/>
        </w:rPr>
        <w:t>19</w:t>
      </w:r>
      <w:r w:rsidR="00374C8A" w:rsidRPr="00B17CC9">
        <w:rPr>
          <w:rFonts w:cs="Times New Roman"/>
          <w:b/>
          <w:bCs/>
          <w:color w:val="000000"/>
          <w:sz w:val="22"/>
        </w:rPr>
        <w:t xml:space="preserve">. </w:t>
      </w:r>
      <w:proofErr w:type="spellStart"/>
      <w:r w:rsidR="00374C8A" w:rsidRPr="00B17CC9">
        <w:rPr>
          <w:rFonts w:cs="Times New Roman"/>
          <w:b/>
          <w:bCs/>
          <w:color w:val="000000"/>
          <w:sz w:val="22"/>
        </w:rPr>
        <w:t>Tehnici</w:t>
      </w:r>
      <w:proofErr w:type="spellEnd"/>
      <w:r w:rsidR="00374C8A" w:rsidRPr="00B17CC9">
        <w:rPr>
          <w:rFonts w:cs="Times New Roman"/>
          <w:b/>
          <w:bCs/>
          <w:color w:val="000000"/>
          <w:sz w:val="22"/>
        </w:rPr>
        <w:t xml:space="preserve"> </w:t>
      </w:r>
      <w:proofErr w:type="spellStart"/>
      <w:r w:rsidR="00374C8A" w:rsidRPr="00B17CC9">
        <w:rPr>
          <w:rFonts w:cs="Times New Roman"/>
          <w:b/>
          <w:bCs/>
          <w:color w:val="000000"/>
          <w:sz w:val="22"/>
        </w:rPr>
        <w:t>și</w:t>
      </w:r>
      <w:proofErr w:type="spellEnd"/>
      <w:r w:rsidR="00374C8A" w:rsidRPr="00B17CC9">
        <w:rPr>
          <w:rFonts w:cs="Times New Roman"/>
          <w:b/>
          <w:bCs/>
          <w:color w:val="000000"/>
          <w:sz w:val="22"/>
        </w:rPr>
        <w:t xml:space="preserve"> </w:t>
      </w:r>
      <w:proofErr w:type="spellStart"/>
      <w:r w:rsidR="00374C8A" w:rsidRPr="00B17CC9">
        <w:rPr>
          <w:rFonts w:cs="Times New Roman"/>
          <w:b/>
          <w:bCs/>
          <w:color w:val="000000"/>
          <w:sz w:val="22"/>
        </w:rPr>
        <w:t>instrumente</w:t>
      </w:r>
      <w:proofErr w:type="spellEnd"/>
      <w:r w:rsidR="00374C8A" w:rsidRPr="00B17CC9">
        <w:rPr>
          <w:rFonts w:cs="Times New Roman"/>
          <w:b/>
          <w:bCs/>
          <w:color w:val="000000"/>
          <w:sz w:val="22"/>
        </w:rPr>
        <w:t xml:space="preserve"> </w:t>
      </w:r>
      <w:proofErr w:type="spellStart"/>
      <w:r w:rsidR="00374C8A" w:rsidRPr="00B17CC9">
        <w:rPr>
          <w:rFonts w:cs="Times New Roman"/>
          <w:b/>
          <w:bCs/>
          <w:color w:val="000000"/>
          <w:sz w:val="22"/>
        </w:rPr>
        <w:t>specifice</w:t>
      </w:r>
      <w:proofErr w:type="spellEnd"/>
      <w:r w:rsidR="00374C8A" w:rsidRPr="00B17CC9">
        <w:rPr>
          <w:rFonts w:cs="Times New Roman"/>
          <w:b/>
          <w:bCs/>
          <w:color w:val="000000"/>
          <w:sz w:val="22"/>
        </w:rPr>
        <w:t xml:space="preserve"> de </w:t>
      </w:r>
      <w:proofErr w:type="spellStart"/>
      <w:r w:rsidR="00374C8A" w:rsidRPr="00B17CC9">
        <w:rPr>
          <w:rFonts w:cs="Times New Roman"/>
          <w:b/>
          <w:bCs/>
          <w:color w:val="000000"/>
          <w:sz w:val="22"/>
        </w:rPr>
        <w:t>atribuire</w:t>
      </w:r>
      <w:proofErr w:type="spellEnd"/>
      <w:r w:rsidR="00374C8A" w:rsidRPr="00B17CC9">
        <w:rPr>
          <w:rFonts w:cs="Times New Roman"/>
          <w:b/>
          <w:bCs/>
          <w:color w:val="000000"/>
          <w:sz w:val="22"/>
        </w:rPr>
        <w:t>:</w:t>
      </w:r>
      <w:r w:rsidR="00A20347" w:rsidRPr="00B17CC9">
        <w:rPr>
          <w:rFonts w:cs="Times New Roman"/>
          <w:color w:val="000000"/>
          <w:sz w:val="22"/>
        </w:rPr>
        <w:t xml:space="preserve"> </w:t>
      </w:r>
      <w:r w:rsidR="00374C8A" w:rsidRPr="00B17CC9">
        <w:rPr>
          <w:rFonts w:cs="Times New Roman"/>
          <w:color w:val="000000"/>
          <w:sz w:val="22"/>
        </w:rPr>
        <w:t xml:space="preserve">nu se </w:t>
      </w:r>
      <w:proofErr w:type="spellStart"/>
      <w:r w:rsidR="00374C8A" w:rsidRPr="00B17CC9">
        <w:rPr>
          <w:rFonts w:cs="Times New Roman"/>
          <w:color w:val="000000"/>
          <w:sz w:val="22"/>
        </w:rPr>
        <w:t>aplică</w:t>
      </w:r>
      <w:proofErr w:type="spellEnd"/>
      <w:r w:rsidR="00374C8A" w:rsidRPr="00B17CC9">
        <w:rPr>
          <w:rFonts w:cs="Times New Roman"/>
          <w:color w:val="000000"/>
          <w:sz w:val="22"/>
        </w:rPr>
        <w:t>.</w:t>
      </w:r>
    </w:p>
    <w:p w:rsidR="00CB7340" w:rsidRPr="00B17CC9" w:rsidRDefault="00374C8A" w:rsidP="00B17CC9">
      <w:pPr>
        <w:jc w:val="both"/>
        <w:rPr>
          <w:rFonts w:cs="Times New Roman"/>
          <w:sz w:val="22"/>
        </w:rPr>
      </w:pPr>
      <w:r w:rsidRPr="00B17CC9">
        <w:rPr>
          <w:rFonts w:cs="Times New Roman"/>
          <w:b/>
          <w:color w:val="000000"/>
          <w:sz w:val="22"/>
        </w:rPr>
        <w:t xml:space="preserve">20. </w:t>
      </w:r>
      <w:proofErr w:type="spellStart"/>
      <w:r w:rsidRPr="00B17CC9">
        <w:rPr>
          <w:rFonts w:cs="Times New Roman"/>
          <w:b/>
          <w:color w:val="000000"/>
          <w:sz w:val="22"/>
        </w:rPr>
        <w:t>Motivul</w:t>
      </w:r>
      <w:proofErr w:type="spellEnd"/>
      <w:r w:rsidRPr="00B17CC9">
        <w:rPr>
          <w:rFonts w:cs="Times New Roman"/>
          <w:b/>
          <w:color w:val="000000"/>
          <w:sz w:val="22"/>
        </w:rPr>
        <w:t xml:space="preserve"> </w:t>
      </w:r>
      <w:proofErr w:type="spellStart"/>
      <w:r w:rsidRPr="00B17CC9">
        <w:rPr>
          <w:rFonts w:cs="Times New Roman"/>
          <w:b/>
          <w:color w:val="000000"/>
          <w:sz w:val="22"/>
        </w:rPr>
        <w:t>recurgerii</w:t>
      </w:r>
      <w:proofErr w:type="spellEnd"/>
      <w:r w:rsidRPr="00B17CC9">
        <w:rPr>
          <w:rFonts w:cs="Times New Roman"/>
          <w:b/>
          <w:color w:val="000000"/>
          <w:sz w:val="22"/>
        </w:rPr>
        <w:t xml:space="preserve"> la </w:t>
      </w:r>
      <w:proofErr w:type="spellStart"/>
      <w:r w:rsidRPr="00B17CC9">
        <w:rPr>
          <w:rFonts w:cs="Times New Roman"/>
          <w:b/>
          <w:color w:val="000000"/>
          <w:sz w:val="22"/>
        </w:rPr>
        <w:t>procedura</w:t>
      </w:r>
      <w:proofErr w:type="spellEnd"/>
      <w:r w:rsidRPr="00B17CC9">
        <w:rPr>
          <w:rFonts w:cs="Times New Roman"/>
          <w:b/>
          <w:color w:val="000000"/>
          <w:sz w:val="22"/>
        </w:rPr>
        <w:t xml:space="preserve"> </w:t>
      </w:r>
      <w:proofErr w:type="spellStart"/>
      <w:r w:rsidRPr="00B17CC9">
        <w:rPr>
          <w:rFonts w:cs="Times New Roman"/>
          <w:b/>
          <w:color w:val="000000"/>
          <w:sz w:val="22"/>
        </w:rPr>
        <w:t>accelerată</w:t>
      </w:r>
      <w:proofErr w:type="spellEnd"/>
      <w:r w:rsidRPr="00B17CC9">
        <w:rPr>
          <w:rFonts w:cs="Times New Roman"/>
          <w:b/>
          <w:color w:val="000000"/>
          <w:sz w:val="22"/>
        </w:rPr>
        <w:t xml:space="preser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803D8D" w:rsidRPr="00B17CC9" w:rsidRDefault="00374C8A" w:rsidP="00B17CC9">
      <w:pPr>
        <w:jc w:val="both"/>
        <w:rPr>
          <w:rFonts w:cs="Times New Roman"/>
          <w:bCs/>
          <w:sz w:val="22"/>
        </w:rPr>
      </w:pPr>
      <w:r w:rsidRPr="00B17CC9">
        <w:rPr>
          <w:rFonts w:cs="Times New Roman"/>
          <w:b/>
          <w:color w:val="000000"/>
          <w:sz w:val="22"/>
        </w:rPr>
        <w:t xml:space="preserve">21. Licitație </w:t>
      </w:r>
      <w:proofErr w:type="spellStart"/>
      <w:r w:rsidRPr="00B17CC9">
        <w:rPr>
          <w:rFonts w:cs="Times New Roman"/>
          <w:b/>
          <w:color w:val="000000"/>
          <w:sz w:val="22"/>
        </w:rPr>
        <w:t>electronică</w:t>
      </w:r>
      <w:proofErr w:type="spellEnd"/>
      <w:r w:rsidRPr="00B17CC9">
        <w:rPr>
          <w:rFonts w:cs="Times New Roman"/>
          <w:b/>
          <w:color w:val="000000"/>
          <w:sz w:val="22"/>
        </w:rPr>
        <w:t xml:space="preserve">: nu se </w:t>
      </w:r>
      <w:proofErr w:type="spellStart"/>
      <w:r w:rsidRPr="00B17CC9">
        <w:rPr>
          <w:rFonts w:cs="Times New Roman"/>
          <w:b/>
          <w:color w:val="000000"/>
          <w:sz w:val="22"/>
        </w:rPr>
        <w:t>aplică</w:t>
      </w:r>
      <w:proofErr w:type="spellEnd"/>
      <w:r w:rsidRPr="00B17CC9">
        <w:rPr>
          <w:rFonts w:cs="Times New Roman"/>
          <w:b/>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22. Condiții speciale de care depinde îndeplinirea contractului: bunurile se livrează în ambalajul original al producătorului; documentele/certificatele solicitate </w:t>
      </w:r>
      <w:proofErr w:type="spellStart"/>
      <w:r w:rsidRPr="00B17CC9">
        <w:rPr>
          <w:rFonts w:cs="Times New Roman"/>
          <w:b/>
          <w:color w:val="000000"/>
          <w:sz w:val="22"/>
        </w:rPr>
        <w:t>trebuie</w:t>
      </w:r>
      <w:proofErr w:type="spellEnd"/>
      <w:r w:rsidRPr="00B17CC9">
        <w:rPr>
          <w:rFonts w:cs="Times New Roman"/>
          <w:b/>
          <w:color w:val="000000"/>
          <w:sz w:val="22"/>
        </w:rPr>
        <w:t xml:space="preserve"> </w:t>
      </w:r>
      <w:proofErr w:type="spellStart"/>
      <w:r w:rsidRPr="00B17CC9">
        <w:rPr>
          <w:rFonts w:cs="Times New Roman"/>
          <w:b/>
          <w:color w:val="000000"/>
          <w:sz w:val="22"/>
        </w:rPr>
        <w:t>să</w:t>
      </w:r>
      <w:proofErr w:type="spellEnd"/>
      <w:r w:rsidRPr="00B17CC9">
        <w:rPr>
          <w:rFonts w:cs="Times New Roman"/>
          <w:b/>
          <w:color w:val="000000"/>
          <w:sz w:val="22"/>
        </w:rPr>
        <w:t xml:space="preserve"> fie </w:t>
      </w:r>
      <w:proofErr w:type="spellStart"/>
      <w:r w:rsidRPr="00B17CC9">
        <w:rPr>
          <w:rFonts w:cs="Times New Roman"/>
          <w:b/>
          <w:color w:val="000000"/>
          <w:sz w:val="22"/>
        </w:rPr>
        <w:t>valabile</w:t>
      </w:r>
      <w:proofErr w:type="spellEnd"/>
      <w:r w:rsidRPr="00B17CC9">
        <w:rPr>
          <w:rFonts w:cs="Times New Roman"/>
          <w:b/>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23. </w:t>
      </w:r>
      <w:proofErr w:type="spellStart"/>
      <w:r w:rsidRPr="00B17CC9">
        <w:rPr>
          <w:rFonts w:cs="Times New Roman"/>
          <w:b/>
          <w:color w:val="000000"/>
          <w:sz w:val="22"/>
        </w:rPr>
        <w:t>Ofertele</w:t>
      </w:r>
      <w:proofErr w:type="spellEnd"/>
      <w:r w:rsidRPr="00B17CC9">
        <w:rPr>
          <w:rFonts w:cs="Times New Roman"/>
          <w:b/>
          <w:color w:val="000000"/>
          <w:sz w:val="22"/>
        </w:rPr>
        <w:t xml:space="preserve"> se </w:t>
      </w:r>
      <w:proofErr w:type="spellStart"/>
      <w:r w:rsidRPr="00B17CC9">
        <w:rPr>
          <w:rFonts w:cs="Times New Roman"/>
          <w:b/>
          <w:color w:val="000000"/>
          <w:sz w:val="22"/>
        </w:rPr>
        <w:t>prezintă</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valută</w:t>
      </w:r>
      <w:proofErr w:type="spellEnd"/>
      <w:r w:rsidRPr="00B17CC9">
        <w:rPr>
          <w:rFonts w:cs="Times New Roman"/>
          <w:b/>
          <w:color w:val="000000"/>
          <w:sz w:val="22"/>
        </w:rPr>
        <w:t xml:space="preserve">: </w:t>
      </w:r>
      <w:r w:rsidRPr="00B17CC9">
        <w:rPr>
          <w:rFonts w:cs="Times New Roman"/>
          <w:color w:val="000000"/>
          <w:sz w:val="22"/>
        </w:rPr>
        <w:t>lei MD.</w:t>
      </w:r>
    </w:p>
    <w:p w:rsidR="0022270F" w:rsidRPr="00B17CC9" w:rsidRDefault="00374C8A" w:rsidP="00B17CC9">
      <w:pPr>
        <w:jc w:val="both"/>
        <w:rPr>
          <w:rFonts w:cs="Times New Roman"/>
          <w:sz w:val="22"/>
        </w:rPr>
      </w:pPr>
      <w:r w:rsidRPr="00B17CC9">
        <w:rPr>
          <w:rFonts w:cs="Times New Roman"/>
          <w:b/>
          <w:color w:val="000000"/>
          <w:sz w:val="22"/>
        </w:rPr>
        <w:lastRenderedPageBreak/>
        <w:t xml:space="preserve">24. </w:t>
      </w:r>
      <w:proofErr w:type="spellStart"/>
      <w:r w:rsidRPr="00B17CC9">
        <w:rPr>
          <w:rFonts w:cs="Times New Roman"/>
          <w:b/>
          <w:color w:val="000000"/>
          <w:sz w:val="22"/>
        </w:rPr>
        <w:t>Criteriul</w:t>
      </w:r>
      <w:proofErr w:type="spellEnd"/>
      <w:r w:rsidRPr="00B17CC9">
        <w:rPr>
          <w:rFonts w:cs="Times New Roman"/>
          <w:b/>
          <w:color w:val="000000"/>
          <w:sz w:val="22"/>
        </w:rPr>
        <w:t xml:space="preserve"> de </w:t>
      </w:r>
      <w:proofErr w:type="spellStart"/>
      <w:r w:rsidRPr="00B17CC9">
        <w:rPr>
          <w:rFonts w:cs="Times New Roman"/>
          <w:b/>
          <w:color w:val="000000"/>
          <w:sz w:val="22"/>
        </w:rPr>
        <w:t>evaluare</w:t>
      </w:r>
      <w:proofErr w:type="spellEnd"/>
      <w:r w:rsidRPr="00B17CC9">
        <w:rPr>
          <w:rFonts w:cs="Times New Roman"/>
          <w:b/>
          <w:color w:val="000000"/>
          <w:sz w:val="22"/>
        </w:rPr>
        <w:t xml:space="preserve"> </w:t>
      </w:r>
      <w:proofErr w:type="spellStart"/>
      <w:r w:rsidRPr="00B17CC9">
        <w:rPr>
          <w:rFonts w:cs="Times New Roman"/>
          <w:b/>
          <w:color w:val="000000"/>
          <w:sz w:val="22"/>
        </w:rPr>
        <w:t>aplicat</w:t>
      </w:r>
      <w:proofErr w:type="spellEnd"/>
      <w:r w:rsidRPr="00B17CC9">
        <w:rPr>
          <w:rFonts w:cs="Times New Roman"/>
          <w:b/>
          <w:color w:val="000000"/>
          <w:sz w:val="22"/>
        </w:rPr>
        <w:t xml:space="preserve"> </w:t>
      </w:r>
      <w:proofErr w:type="spellStart"/>
      <w:r w:rsidRPr="00B17CC9">
        <w:rPr>
          <w:rFonts w:cs="Times New Roman"/>
          <w:b/>
          <w:color w:val="000000"/>
          <w:sz w:val="22"/>
        </w:rPr>
        <w:t>pentru</w:t>
      </w:r>
      <w:proofErr w:type="spellEnd"/>
      <w:r w:rsidRPr="00B17CC9">
        <w:rPr>
          <w:rFonts w:cs="Times New Roman"/>
          <w:b/>
          <w:color w:val="000000"/>
          <w:sz w:val="22"/>
        </w:rPr>
        <w:t xml:space="preserve"> </w:t>
      </w:r>
      <w:proofErr w:type="spellStart"/>
      <w:r w:rsidRPr="00B17CC9">
        <w:rPr>
          <w:rFonts w:cs="Times New Roman"/>
          <w:b/>
          <w:color w:val="000000"/>
          <w:sz w:val="22"/>
        </w:rPr>
        <w:t>atribuirea</w:t>
      </w:r>
      <w:proofErr w:type="spellEnd"/>
      <w:r w:rsidRPr="00B17CC9">
        <w:rPr>
          <w:rFonts w:cs="Times New Roman"/>
          <w:b/>
          <w:color w:val="000000"/>
          <w:sz w:val="22"/>
        </w:rPr>
        <w:t xml:space="preserve"> </w:t>
      </w:r>
      <w:proofErr w:type="spellStart"/>
      <w:r w:rsidRPr="00B17CC9">
        <w:rPr>
          <w:rFonts w:cs="Times New Roman"/>
          <w:b/>
          <w:color w:val="000000"/>
          <w:sz w:val="22"/>
        </w:rPr>
        <w:t>contractului</w:t>
      </w:r>
      <w:proofErr w:type="spellEnd"/>
      <w:r w:rsidRPr="00B17CC9">
        <w:rPr>
          <w:rFonts w:cs="Times New Roman"/>
          <w:b/>
          <w:color w:val="000000"/>
          <w:sz w:val="22"/>
        </w:rPr>
        <w:t xml:space="preserve">: </w:t>
      </w:r>
      <w:proofErr w:type="spellStart"/>
      <w:r w:rsidRPr="00B17CC9">
        <w:rPr>
          <w:rFonts w:cs="Times New Roman"/>
          <w:color w:val="000000"/>
          <w:sz w:val="22"/>
        </w:rPr>
        <w:t>prețul</w:t>
      </w:r>
      <w:proofErr w:type="spellEnd"/>
      <w:r w:rsidRPr="00B17CC9">
        <w:rPr>
          <w:rFonts w:cs="Times New Roman"/>
          <w:color w:val="000000"/>
          <w:sz w:val="22"/>
        </w:rPr>
        <w:t xml:space="preserve"> </w:t>
      </w:r>
      <w:proofErr w:type="spellStart"/>
      <w:r w:rsidRPr="00B17CC9">
        <w:rPr>
          <w:rFonts w:cs="Times New Roman"/>
          <w:color w:val="000000"/>
          <w:sz w:val="22"/>
        </w:rPr>
        <w:t>cel</w:t>
      </w:r>
      <w:proofErr w:type="spellEnd"/>
      <w:r w:rsidRPr="00B17CC9">
        <w:rPr>
          <w:rFonts w:cs="Times New Roman"/>
          <w:color w:val="000000"/>
          <w:sz w:val="22"/>
        </w:rPr>
        <w:t xml:space="preserve"> </w:t>
      </w:r>
      <w:proofErr w:type="spellStart"/>
      <w:r w:rsidRPr="00B17CC9">
        <w:rPr>
          <w:rFonts w:cs="Times New Roman"/>
          <w:color w:val="000000"/>
          <w:sz w:val="22"/>
        </w:rPr>
        <w:t>mai</w:t>
      </w:r>
      <w:proofErr w:type="spellEnd"/>
      <w:r w:rsidRPr="00B17CC9">
        <w:rPr>
          <w:rFonts w:cs="Times New Roman"/>
          <w:color w:val="000000"/>
          <w:sz w:val="22"/>
        </w:rPr>
        <w:t xml:space="preserve"> </w:t>
      </w:r>
      <w:proofErr w:type="spellStart"/>
      <w:r w:rsidRPr="00B17CC9">
        <w:rPr>
          <w:rFonts w:cs="Times New Roman"/>
          <w:color w:val="000000"/>
          <w:sz w:val="22"/>
        </w:rPr>
        <w:t>scăzut</w:t>
      </w:r>
      <w:proofErr w:type="spellEnd"/>
      <w:r w:rsidRPr="00B17CC9">
        <w:rPr>
          <w:rFonts w:cs="Times New Roman"/>
          <w:color w:val="000000"/>
          <w:sz w:val="22"/>
        </w:rPr>
        <w:t xml:space="preserve"> cu </w:t>
      </w:r>
      <w:proofErr w:type="spellStart"/>
      <w:r w:rsidRPr="00B17CC9">
        <w:rPr>
          <w:rFonts w:cs="Times New Roman"/>
          <w:color w:val="000000"/>
          <w:sz w:val="22"/>
        </w:rPr>
        <w:t>corespunderea</w:t>
      </w:r>
      <w:proofErr w:type="spellEnd"/>
      <w:r w:rsidRPr="00B17CC9">
        <w:rPr>
          <w:rFonts w:cs="Times New Roman"/>
          <w:color w:val="000000"/>
          <w:sz w:val="22"/>
        </w:rPr>
        <w:t xml:space="preserve"> </w:t>
      </w:r>
      <w:proofErr w:type="spellStart"/>
      <w:r w:rsidRPr="00B17CC9">
        <w:rPr>
          <w:rFonts w:cs="Times New Roman"/>
          <w:color w:val="000000"/>
          <w:sz w:val="22"/>
        </w:rPr>
        <w:t>tuturor</w:t>
      </w:r>
      <w:proofErr w:type="spellEnd"/>
      <w:r w:rsidRPr="00B17CC9">
        <w:rPr>
          <w:rFonts w:cs="Times New Roman"/>
          <w:color w:val="000000"/>
          <w:sz w:val="22"/>
        </w:rPr>
        <w:t xml:space="preserve"> </w:t>
      </w:r>
      <w:proofErr w:type="spellStart"/>
      <w:r w:rsidRPr="00B17CC9">
        <w:rPr>
          <w:rFonts w:cs="Times New Roman"/>
          <w:color w:val="000000"/>
          <w:sz w:val="22"/>
        </w:rPr>
        <w:t>cerințelor</w:t>
      </w:r>
      <w:proofErr w:type="spellEnd"/>
      <w:r w:rsidRPr="00B17CC9">
        <w:rPr>
          <w:rFonts w:cs="Times New Roman"/>
          <w:color w:val="000000"/>
          <w:sz w:val="22"/>
        </w:rPr>
        <w:t xml:space="preserve"> </w:t>
      </w:r>
      <w:proofErr w:type="spellStart"/>
      <w:r w:rsidRPr="00B17CC9">
        <w:rPr>
          <w:rFonts w:cs="Times New Roman"/>
          <w:color w:val="000000"/>
          <w:sz w:val="22"/>
        </w:rPr>
        <w:t>obligatorii</w:t>
      </w:r>
      <w:proofErr w:type="spellEnd"/>
      <w:r w:rsidRPr="00B17CC9">
        <w:rPr>
          <w:rFonts w:cs="Times New Roman"/>
          <w:color w:val="000000"/>
          <w:sz w:val="22"/>
        </w:rPr>
        <w:t xml:space="preserve"> solicitate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obiectul</w:t>
      </w:r>
      <w:proofErr w:type="spellEnd"/>
      <w:r w:rsidRPr="00B17CC9">
        <w:rPr>
          <w:rFonts w:cs="Times New Roman"/>
          <w:color w:val="000000"/>
          <w:sz w:val="22"/>
        </w:rPr>
        <w:t xml:space="preserve"> </w:t>
      </w:r>
      <w:proofErr w:type="spellStart"/>
      <w:r w:rsidRPr="00B17CC9">
        <w:rPr>
          <w:rFonts w:cs="Times New Roman"/>
          <w:color w:val="000000"/>
          <w:sz w:val="22"/>
        </w:rPr>
        <w:t>achiziției</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25. </w:t>
      </w:r>
      <w:proofErr w:type="spellStart"/>
      <w:r w:rsidRPr="00B17CC9">
        <w:rPr>
          <w:rFonts w:cs="Times New Roman"/>
          <w:b/>
          <w:color w:val="000000"/>
          <w:sz w:val="22"/>
        </w:rPr>
        <w:t>Factorii</w:t>
      </w:r>
      <w:proofErr w:type="spellEnd"/>
      <w:r w:rsidRPr="00B17CC9">
        <w:rPr>
          <w:rFonts w:cs="Times New Roman"/>
          <w:b/>
          <w:color w:val="000000"/>
          <w:sz w:val="22"/>
        </w:rPr>
        <w:t xml:space="preserve"> de </w:t>
      </w:r>
      <w:proofErr w:type="spellStart"/>
      <w:r w:rsidRPr="00B17CC9">
        <w:rPr>
          <w:rFonts w:cs="Times New Roman"/>
          <w:b/>
          <w:color w:val="000000"/>
          <w:sz w:val="22"/>
        </w:rPr>
        <w:t>evaluare</w:t>
      </w:r>
      <w:proofErr w:type="spellEnd"/>
      <w:r w:rsidRPr="00B17CC9">
        <w:rPr>
          <w:rFonts w:cs="Times New Roman"/>
          <w:b/>
          <w:color w:val="000000"/>
          <w:sz w:val="22"/>
        </w:rPr>
        <w:t xml:space="preserve"> </w:t>
      </w:r>
      <w:proofErr w:type="gramStart"/>
      <w:r w:rsidRPr="00B17CC9">
        <w:rPr>
          <w:rFonts w:cs="Times New Roman"/>
          <w:b/>
          <w:color w:val="000000"/>
          <w:sz w:val="22"/>
        </w:rPr>
        <w:t>a</w:t>
      </w:r>
      <w:proofErr w:type="gramEnd"/>
      <w:r w:rsidRPr="00B17CC9">
        <w:rPr>
          <w:rFonts w:cs="Times New Roman"/>
          <w:b/>
          <w:color w:val="000000"/>
          <w:sz w:val="22"/>
        </w:rPr>
        <w:t xml:space="preserve"> </w:t>
      </w:r>
      <w:proofErr w:type="spellStart"/>
      <w:r w:rsidRPr="00B17CC9">
        <w:rPr>
          <w:rFonts w:cs="Times New Roman"/>
          <w:b/>
          <w:color w:val="000000"/>
          <w:sz w:val="22"/>
        </w:rPr>
        <w:t>ofertei</w:t>
      </w:r>
      <w:proofErr w:type="spellEnd"/>
      <w:r w:rsidRPr="00B17CC9">
        <w:rPr>
          <w:rFonts w:cs="Times New Roman"/>
          <w:b/>
          <w:color w:val="000000"/>
          <w:sz w:val="22"/>
        </w:rPr>
        <w:t xml:space="preserve"> </w:t>
      </w:r>
      <w:proofErr w:type="spellStart"/>
      <w:r w:rsidRPr="00B17CC9">
        <w:rPr>
          <w:rFonts w:cs="Times New Roman"/>
          <w:b/>
          <w:color w:val="000000"/>
          <w:sz w:val="22"/>
        </w:rPr>
        <w:t>celei</w:t>
      </w:r>
      <w:proofErr w:type="spellEnd"/>
      <w:r w:rsidRPr="00B17CC9">
        <w:rPr>
          <w:rFonts w:cs="Times New Roman"/>
          <w:b/>
          <w:color w:val="000000"/>
          <w:sz w:val="22"/>
        </w:rPr>
        <w:t xml:space="preserve"> </w:t>
      </w:r>
      <w:proofErr w:type="spellStart"/>
      <w:r w:rsidRPr="00B17CC9">
        <w:rPr>
          <w:rFonts w:cs="Times New Roman"/>
          <w:b/>
          <w:color w:val="000000"/>
          <w:sz w:val="22"/>
        </w:rPr>
        <w:t>mai</w:t>
      </w:r>
      <w:proofErr w:type="spellEnd"/>
      <w:r w:rsidRPr="00B17CC9">
        <w:rPr>
          <w:rFonts w:cs="Times New Roman"/>
          <w:b/>
          <w:color w:val="000000"/>
          <w:sz w:val="22"/>
        </w:rPr>
        <w:t xml:space="preserve"> </w:t>
      </w:r>
      <w:proofErr w:type="spellStart"/>
      <w:r w:rsidRPr="00B17CC9">
        <w:rPr>
          <w:rFonts w:cs="Times New Roman"/>
          <w:b/>
          <w:color w:val="000000"/>
          <w:sz w:val="22"/>
        </w:rPr>
        <w:t>avantajoase</w:t>
      </w:r>
      <w:proofErr w:type="spellEnd"/>
      <w:r w:rsidRPr="00B17CC9">
        <w:rPr>
          <w:rFonts w:cs="Times New Roman"/>
          <w:b/>
          <w:color w:val="000000"/>
          <w:sz w:val="22"/>
        </w:rPr>
        <w:t xml:space="preserve"> din </w:t>
      </w:r>
      <w:proofErr w:type="spellStart"/>
      <w:r w:rsidRPr="00B17CC9">
        <w:rPr>
          <w:rFonts w:cs="Times New Roman"/>
          <w:b/>
          <w:color w:val="000000"/>
          <w:sz w:val="22"/>
        </w:rPr>
        <w:t>punct</w:t>
      </w:r>
      <w:proofErr w:type="spellEnd"/>
      <w:r w:rsidRPr="00B17CC9">
        <w:rPr>
          <w:rFonts w:cs="Times New Roman"/>
          <w:b/>
          <w:color w:val="000000"/>
          <w:sz w:val="22"/>
        </w:rPr>
        <w:t xml:space="preserve"> de </w:t>
      </w:r>
      <w:proofErr w:type="spellStart"/>
      <w:r w:rsidRPr="00B17CC9">
        <w:rPr>
          <w:rFonts w:cs="Times New Roman"/>
          <w:b/>
          <w:color w:val="000000"/>
          <w:sz w:val="22"/>
        </w:rPr>
        <w:t>vedere</w:t>
      </w:r>
      <w:proofErr w:type="spellEnd"/>
      <w:r w:rsidRPr="00B17CC9">
        <w:rPr>
          <w:rFonts w:cs="Times New Roman"/>
          <w:b/>
          <w:color w:val="000000"/>
          <w:sz w:val="22"/>
        </w:rPr>
        <w:t xml:space="preserve"> economic, precum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ponderile</w:t>
      </w:r>
      <w:proofErr w:type="spellEnd"/>
      <w:r w:rsidRPr="00B17CC9">
        <w:rPr>
          <w:rFonts w:cs="Times New Roman"/>
          <w:b/>
          <w:color w:val="000000"/>
          <w:sz w:val="22"/>
        </w:rPr>
        <w:t xml:space="preserve"> </w:t>
      </w:r>
      <w:proofErr w:type="spellStart"/>
      <w:r w:rsidRPr="00B17CC9">
        <w:rPr>
          <w:rFonts w:cs="Times New Roman"/>
          <w:b/>
          <w:color w:val="000000"/>
          <w:sz w:val="22"/>
        </w:rPr>
        <w:t>lor</w:t>
      </w:r>
      <w:proofErr w:type="spellEnd"/>
      <w:r w:rsidRPr="00B17CC9">
        <w:rPr>
          <w:rFonts w:cs="Times New Roman"/>
          <w:b/>
          <w:color w:val="000000"/>
          <w:sz w:val="22"/>
        </w:rPr>
        <w:t xml:space="preser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26. Termenul limită de depunere/deschidere </w:t>
      </w:r>
      <w:proofErr w:type="gramStart"/>
      <w:r w:rsidRPr="00B17CC9">
        <w:rPr>
          <w:rFonts w:cs="Times New Roman"/>
          <w:b/>
          <w:color w:val="000000"/>
          <w:sz w:val="22"/>
        </w:rPr>
        <w:t>a</w:t>
      </w:r>
      <w:proofErr w:type="gramEnd"/>
      <w:r w:rsidRPr="00B17CC9">
        <w:rPr>
          <w:rFonts w:cs="Times New Roman"/>
          <w:b/>
          <w:color w:val="000000"/>
          <w:sz w:val="22"/>
        </w:rPr>
        <w:t xml:space="preserve"> ofertelor: conform informației </w:t>
      </w:r>
      <w:proofErr w:type="spellStart"/>
      <w:r w:rsidRPr="00B17CC9">
        <w:rPr>
          <w:rFonts w:cs="Times New Roman"/>
          <w:b/>
          <w:color w:val="000000"/>
          <w:sz w:val="22"/>
        </w:rPr>
        <w:t>publicate</w:t>
      </w:r>
      <w:proofErr w:type="spellEnd"/>
      <w:r w:rsidRPr="00B17CC9">
        <w:rPr>
          <w:rFonts w:cs="Times New Roman"/>
          <w:b/>
          <w:color w:val="000000"/>
          <w:sz w:val="22"/>
        </w:rPr>
        <w:t xml:space="preserve"> pe </w:t>
      </w:r>
      <w:proofErr w:type="spellStart"/>
      <w:r w:rsidRPr="00B17CC9">
        <w:rPr>
          <w:rFonts w:cs="Times New Roman"/>
          <w:b/>
          <w:color w:val="000000"/>
          <w:sz w:val="22"/>
        </w:rPr>
        <w:t>platforma</w:t>
      </w:r>
      <w:proofErr w:type="spellEnd"/>
      <w:r w:rsidRPr="00B17CC9">
        <w:rPr>
          <w:rFonts w:cs="Times New Roman"/>
          <w:b/>
          <w:color w:val="000000"/>
          <w:sz w:val="22"/>
        </w:rPr>
        <w:t xml:space="preserve"> achizitii.md.</w:t>
      </w:r>
    </w:p>
    <w:p w:rsidR="0022270F" w:rsidRPr="00B17CC9" w:rsidRDefault="00374C8A" w:rsidP="00B17CC9">
      <w:pPr>
        <w:jc w:val="both"/>
        <w:rPr>
          <w:rFonts w:cs="Times New Roman"/>
          <w:sz w:val="22"/>
        </w:rPr>
      </w:pPr>
      <w:r w:rsidRPr="00B17CC9">
        <w:rPr>
          <w:rFonts w:cs="Times New Roman"/>
          <w:b/>
          <w:color w:val="000000"/>
          <w:sz w:val="22"/>
        </w:rPr>
        <w:t xml:space="preserve">27. Adresa la care trebuie transmise ofertele sau cererile de participare: ofertele se depun electronic </w:t>
      </w:r>
      <w:proofErr w:type="spellStart"/>
      <w:r w:rsidRPr="00B17CC9">
        <w:rPr>
          <w:rFonts w:cs="Times New Roman"/>
          <w:b/>
          <w:color w:val="000000"/>
          <w:sz w:val="22"/>
        </w:rPr>
        <w:t>prin</w:t>
      </w:r>
      <w:proofErr w:type="spellEnd"/>
      <w:r w:rsidRPr="00B17CC9">
        <w:rPr>
          <w:rFonts w:cs="Times New Roman"/>
          <w:b/>
          <w:color w:val="000000"/>
          <w:sz w:val="22"/>
        </w:rPr>
        <w:t xml:space="preserve"> </w:t>
      </w:r>
      <w:proofErr w:type="spellStart"/>
      <w:r w:rsidRPr="00B17CC9">
        <w:rPr>
          <w:rFonts w:cs="Times New Roman"/>
          <w:b/>
          <w:color w:val="000000"/>
          <w:sz w:val="22"/>
        </w:rPr>
        <w:t>intermediul</w:t>
      </w:r>
      <w:proofErr w:type="spellEnd"/>
      <w:r w:rsidRPr="00B17CC9">
        <w:rPr>
          <w:rFonts w:cs="Times New Roman"/>
          <w:b/>
          <w:color w:val="000000"/>
          <w:sz w:val="22"/>
        </w:rPr>
        <w:t xml:space="preserve"> </w:t>
      </w:r>
      <w:proofErr w:type="spellStart"/>
      <w:r w:rsidRPr="00B17CC9">
        <w:rPr>
          <w:rFonts w:cs="Times New Roman"/>
          <w:b/>
          <w:color w:val="000000"/>
          <w:sz w:val="22"/>
        </w:rPr>
        <w:t>platformei</w:t>
      </w:r>
      <w:proofErr w:type="spellEnd"/>
      <w:r w:rsidRPr="00B17CC9">
        <w:rPr>
          <w:rFonts w:cs="Times New Roman"/>
          <w:b/>
          <w:color w:val="000000"/>
          <w:sz w:val="22"/>
        </w:rPr>
        <w:t xml:space="preserve"> achizitii.md.</w:t>
      </w:r>
    </w:p>
    <w:p w:rsidR="0022270F" w:rsidRPr="00B17CC9" w:rsidRDefault="00374C8A" w:rsidP="00B17CC9">
      <w:pPr>
        <w:jc w:val="both"/>
        <w:rPr>
          <w:rFonts w:cs="Times New Roman"/>
          <w:bCs/>
          <w:sz w:val="22"/>
        </w:rPr>
      </w:pPr>
      <w:r w:rsidRPr="00B17CC9">
        <w:rPr>
          <w:rFonts w:cs="Times New Roman"/>
          <w:b/>
          <w:color w:val="000000"/>
          <w:sz w:val="22"/>
        </w:rPr>
        <w:t xml:space="preserve">28. Termenul de valabilitate </w:t>
      </w:r>
      <w:proofErr w:type="gramStart"/>
      <w:r w:rsidRPr="00B17CC9">
        <w:rPr>
          <w:rFonts w:cs="Times New Roman"/>
          <w:b/>
          <w:color w:val="000000"/>
          <w:sz w:val="22"/>
        </w:rPr>
        <w:t>a</w:t>
      </w:r>
      <w:proofErr w:type="gramEnd"/>
      <w:r w:rsidRPr="00B17CC9">
        <w:rPr>
          <w:rFonts w:cs="Times New Roman"/>
          <w:b/>
          <w:color w:val="000000"/>
          <w:sz w:val="22"/>
        </w:rPr>
        <w:t xml:space="preserve"> </w:t>
      </w:r>
      <w:proofErr w:type="spellStart"/>
      <w:r w:rsidRPr="00B17CC9">
        <w:rPr>
          <w:rFonts w:cs="Times New Roman"/>
          <w:b/>
          <w:color w:val="000000"/>
          <w:sz w:val="22"/>
        </w:rPr>
        <w:t>ofertelor</w:t>
      </w:r>
      <w:proofErr w:type="spellEnd"/>
      <w:r w:rsidRPr="00B17CC9">
        <w:rPr>
          <w:rFonts w:cs="Times New Roman"/>
          <w:b/>
          <w:color w:val="000000"/>
          <w:sz w:val="22"/>
        </w:rPr>
        <w:t xml:space="preserve">: 30 </w:t>
      </w:r>
      <w:proofErr w:type="spellStart"/>
      <w:r w:rsidRPr="00B17CC9">
        <w:rPr>
          <w:rFonts w:cs="Times New Roman"/>
          <w:b/>
          <w:color w:val="000000"/>
          <w:sz w:val="22"/>
        </w:rPr>
        <w:t>zile</w:t>
      </w:r>
      <w:proofErr w:type="spellEnd"/>
      <w:r w:rsidRPr="00B17CC9">
        <w:rPr>
          <w:rFonts w:cs="Times New Roman"/>
          <w:b/>
          <w:color w:val="000000"/>
          <w:sz w:val="22"/>
        </w:rPr>
        <w:t>.</w:t>
      </w:r>
    </w:p>
    <w:p w:rsidR="000C3DFC" w:rsidRPr="00B17CC9" w:rsidRDefault="000C3DFC" w:rsidP="00B17CC9">
      <w:pPr>
        <w:pStyle w:val="isselectedend"/>
        <w:spacing w:before="0" w:beforeAutospacing="0" w:after="0" w:afterAutospacing="0"/>
        <w:jc w:val="both"/>
        <w:rPr>
          <w:color w:val="FF0000"/>
          <w:sz w:val="22"/>
          <w:szCs w:val="22"/>
        </w:rPr>
      </w:pPr>
      <w:r w:rsidRPr="00B17CC9">
        <w:rPr>
          <w:b/>
          <w:color w:val="000000"/>
          <w:sz w:val="22"/>
          <w:szCs w:val="22"/>
        </w:rPr>
        <w:t>*</w:t>
      </w:r>
      <w:proofErr w:type="spellStart"/>
      <w:r w:rsidRPr="00B17CC9">
        <w:rPr>
          <w:color w:val="000000"/>
          <w:sz w:val="22"/>
          <w:szCs w:val="22"/>
        </w:rPr>
        <w:t>Termenul</w:t>
      </w:r>
      <w:proofErr w:type="spellEnd"/>
      <w:r w:rsidRPr="00B17CC9">
        <w:rPr>
          <w:color w:val="000000"/>
          <w:sz w:val="22"/>
          <w:szCs w:val="22"/>
        </w:rPr>
        <w:t xml:space="preserve"> de </w:t>
      </w:r>
      <w:proofErr w:type="spellStart"/>
      <w:r w:rsidRPr="00B17CC9">
        <w:rPr>
          <w:color w:val="000000"/>
          <w:sz w:val="22"/>
          <w:szCs w:val="22"/>
        </w:rPr>
        <w:t>valabilitate</w:t>
      </w:r>
      <w:proofErr w:type="spellEnd"/>
      <w:r w:rsidRPr="00B17CC9">
        <w:rPr>
          <w:color w:val="000000"/>
          <w:sz w:val="22"/>
          <w:szCs w:val="22"/>
        </w:rPr>
        <w:t xml:space="preserve"> </w:t>
      </w:r>
      <w:proofErr w:type="gramStart"/>
      <w:r w:rsidRPr="00B17CC9">
        <w:rPr>
          <w:color w:val="000000"/>
          <w:sz w:val="22"/>
          <w:szCs w:val="22"/>
        </w:rPr>
        <w:t>a</w:t>
      </w:r>
      <w:proofErr w:type="gramEnd"/>
      <w:r w:rsidRPr="00B17CC9">
        <w:rPr>
          <w:color w:val="000000"/>
          <w:sz w:val="22"/>
          <w:szCs w:val="22"/>
        </w:rPr>
        <w:t xml:space="preserve"> </w:t>
      </w:r>
      <w:proofErr w:type="spellStart"/>
      <w:r w:rsidRPr="00B17CC9">
        <w:rPr>
          <w:color w:val="000000"/>
          <w:sz w:val="22"/>
          <w:szCs w:val="22"/>
        </w:rPr>
        <w:t>ofertelor</w:t>
      </w:r>
      <w:proofErr w:type="spellEnd"/>
      <w:r w:rsidRPr="00B17CC9">
        <w:rPr>
          <w:color w:val="000000"/>
          <w:sz w:val="22"/>
          <w:szCs w:val="22"/>
        </w:rPr>
        <w:t xml:space="preserve"> </w:t>
      </w:r>
      <w:proofErr w:type="spellStart"/>
      <w:r w:rsidRPr="00B17CC9">
        <w:rPr>
          <w:color w:val="000000"/>
          <w:sz w:val="22"/>
          <w:szCs w:val="22"/>
        </w:rPr>
        <w:t>începe</w:t>
      </w:r>
      <w:proofErr w:type="spellEnd"/>
      <w:r w:rsidRPr="00B17CC9">
        <w:rPr>
          <w:color w:val="000000"/>
          <w:sz w:val="22"/>
          <w:szCs w:val="22"/>
        </w:rPr>
        <w:t xml:space="preserve"> din </w:t>
      </w:r>
      <w:proofErr w:type="spellStart"/>
      <w:r w:rsidRPr="00B17CC9">
        <w:rPr>
          <w:color w:val="000000"/>
          <w:sz w:val="22"/>
          <w:szCs w:val="22"/>
        </w:rPr>
        <w:t>ziua</w:t>
      </w:r>
      <w:proofErr w:type="spellEnd"/>
      <w:r w:rsidRPr="00B17CC9">
        <w:rPr>
          <w:color w:val="000000"/>
          <w:sz w:val="22"/>
          <w:szCs w:val="22"/>
        </w:rPr>
        <w:t xml:space="preserve"> </w:t>
      </w:r>
      <w:proofErr w:type="spellStart"/>
      <w:r w:rsidRPr="00B17CC9">
        <w:rPr>
          <w:color w:val="000000"/>
          <w:sz w:val="22"/>
          <w:szCs w:val="22"/>
        </w:rPr>
        <w:t>imediat</w:t>
      </w:r>
      <w:proofErr w:type="spellEnd"/>
      <w:r w:rsidRPr="00B17CC9">
        <w:rPr>
          <w:color w:val="000000"/>
          <w:sz w:val="22"/>
          <w:szCs w:val="22"/>
        </w:rPr>
        <w:t xml:space="preserve"> </w:t>
      </w:r>
      <w:proofErr w:type="spellStart"/>
      <w:r w:rsidRPr="00B17CC9">
        <w:rPr>
          <w:color w:val="000000"/>
          <w:sz w:val="22"/>
          <w:szCs w:val="22"/>
        </w:rPr>
        <w:t>următoare</w:t>
      </w:r>
      <w:proofErr w:type="spellEnd"/>
      <w:r w:rsidRPr="00B17CC9">
        <w:rPr>
          <w:color w:val="000000"/>
          <w:sz w:val="22"/>
          <w:szCs w:val="22"/>
        </w:rPr>
        <w:t xml:space="preserve"> </w:t>
      </w:r>
      <w:proofErr w:type="spellStart"/>
      <w:r w:rsidRPr="00B17CC9">
        <w:rPr>
          <w:color w:val="000000"/>
          <w:sz w:val="22"/>
          <w:szCs w:val="22"/>
        </w:rPr>
        <w:t>termenului-limită</w:t>
      </w:r>
      <w:proofErr w:type="spellEnd"/>
      <w:r w:rsidRPr="00B17CC9">
        <w:rPr>
          <w:color w:val="000000"/>
          <w:sz w:val="22"/>
          <w:szCs w:val="22"/>
        </w:rPr>
        <w:t xml:space="preserve"> </w:t>
      </w:r>
      <w:proofErr w:type="spellStart"/>
      <w:r w:rsidRPr="00B17CC9">
        <w:rPr>
          <w:color w:val="000000"/>
          <w:sz w:val="22"/>
          <w:szCs w:val="22"/>
        </w:rPr>
        <w:t>stabilit</w:t>
      </w:r>
      <w:proofErr w:type="spellEnd"/>
      <w:r w:rsidRPr="00B17CC9">
        <w:rPr>
          <w:color w:val="000000"/>
          <w:sz w:val="22"/>
          <w:szCs w:val="22"/>
        </w:rPr>
        <w:t xml:space="preserve"> </w:t>
      </w:r>
      <w:proofErr w:type="spellStart"/>
      <w:r w:rsidRPr="00B17CC9">
        <w:rPr>
          <w:color w:val="000000"/>
          <w:sz w:val="22"/>
          <w:szCs w:val="22"/>
        </w:rPr>
        <w:t>pentru</w:t>
      </w:r>
      <w:proofErr w:type="spellEnd"/>
      <w:r w:rsidRPr="00B17CC9">
        <w:rPr>
          <w:color w:val="000000"/>
          <w:sz w:val="22"/>
          <w:szCs w:val="22"/>
        </w:rPr>
        <w:t xml:space="preserve"> </w:t>
      </w:r>
      <w:proofErr w:type="spellStart"/>
      <w:r w:rsidRPr="00B17CC9">
        <w:rPr>
          <w:color w:val="000000"/>
          <w:sz w:val="22"/>
          <w:szCs w:val="22"/>
        </w:rPr>
        <w:t>depunerea</w:t>
      </w:r>
      <w:proofErr w:type="spellEnd"/>
      <w:r w:rsidRPr="00B17CC9">
        <w:rPr>
          <w:color w:val="000000"/>
          <w:sz w:val="22"/>
          <w:szCs w:val="22"/>
        </w:rPr>
        <w:t xml:space="preserve"> </w:t>
      </w:r>
      <w:proofErr w:type="spellStart"/>
      <w:r w:rsidRPr="00B17CC9">
        <w:rPr>
          <w:color w:val="000000"/>
          <w:sz w:val="22"/>
          <w:szCs w:val="22"/>
        </w:rPr>
        <w:t>ofertelor</w:t>
      </w:r>
      <w:proofErr w:type="spellEnd"/>
      <w:r w:rsidRPr="00B17CC9">
        <w:rPr>
          <w:color w:val="000000"/>
          <w:sz w:val="22"/>
          <w:szCs w:val="22"/>
        </w:rPr>
        <w:t>.</w:t>
      </w:r>
    </w:p>
    <w:p w:rsidR="000C3DFC" w:rsidRPr="00B17CC9" w:rsidRDefault="000C3DFC" w:rsidP="00B17CC9">
      <w:pPr>
        <w:jc w:val="both"/>
        <w:rPr>
          <w:rFonts w:cs="Times New Roman"/>
          <w:sz w:val="22"/>
        </w:rPr>
      </w:pPr>
      <w:r w:rsidRPr="00B17CC9">
        <w:rPr>
          <w:rFonts w:cs="Times New Roman"/>
          <w:color w:val="000000"/>
          <w:sz w:val="22"/>
        </w:rPr>
        <w:t>Data-</w:t>
      </w:r>
      <w:proofErr w:type="spellStart"/>
      <w:r w:rsidRPr="00B17CC9">
        <w:rPr>
          <w:rFonts w:cs="Times New Roman"/>
          <w:color w:val="000000"/>
          <w:sz w:val="22"/>
        </w:rPr>
        <w:t>limită</w:t>
      </w:r>
      <w:proofErr w:type="spellEnd"/>
      <w:r w:rsidRPr="00B17CC9">
        <w:rPr>
          <w:rFonts w:cs="Times New Roman"/>
          <w:color w:val="000000"/>
          <w:sz w:val="22"/>
        </w:rPr>
        <w:t xml:space="preserve"> de </w:t>
      </w:r>
      <w:proofErr w:type="spellStart"/>
      <w:r w:rsidRPr="00B17CC9">
        <w:rPr>
          <w:rFonts w:cs="Times New Roman"/>
          <w:color w:val="000000"/>
          <w:sz w:val="22"/>
        </w:rPr>
        <w:t>depunere</w:t>
      </w:r>
      <w:proofErr w:type="spellEnd"/>
      <w:r w:rsidRPr="00B17CC9">
        <w:rPr>
          <w:rFonts w:cs="Times New Roman"/>
          <w:color w:val="000000"/>
          <w:sz w:val="22"/>
        </w:rPr>
        <w:t xml:space="preserve"> </w:t>
      </w:r>
      <w:proofErr w:type="gramStart"/>
      <w:r w:rsidRPr="00B17CC9">
        <w:rPr>
          <w:rFonts w:cs="Times New Roman"/>
          <w:color w:val="000000"/>
          <w:sz w:val="22"/>
        </w:rPr>
        <w:t>a</w:t>
      </w:r>
      <w:proofErr w:type="gramEnd"/>
      <w:r w:rsidRPr="00B17CC9">
        <w:rPr>
          <w:rFonts w:cs="Times New Roman"/>
          <w:color w:val="000000"/>
          <w:sz w:val="22"/>
        </w:rPr>
        <w:t xml:space="preserve"> </w:t>
      </w:r>
      <w:proofErr w:type="spellStart"/>
      <w:r w:rsidRPr="00B17CC9">
        <w:rPr>
          <w:rFonts w:cs="Times New Roman"/>
          <w:color w:val="000000"/>
          <w:sz w:val="22"/>
        </w:rPr>
        <w:t>ofertelor</w:t>
      </w:r>
      <w:proofErr w:type="spellEnd"/>
      <w:r w:rsidRPr="00B17CC9">
        <w:rPr>
          <w:rFonts w:cs="Times New Roman"/>
          <w:color w:val="000000"/>
          <w:sz w:val="22"/>
        </w:rPr>
        <w:t xml:space="preserve"> nu se include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calculul</w:t>
      </w:r>
      <w:proofErr w:type="spellEnd"/>
      <w:r w:rsidRPr="00B17CC9">
        <w:rPr>
          <w:rFonts w:cs="Times New Roman"/>
          <w:color w:val="000000"/>
          <w:sz w:val="22"/>
        </w:rPr>
        <w:t xml:space="preserve"> </w:t>
      </w:r>
      <w:proofErr w:type="spellStart"/>
      <w:r w:rsidRPr="00B17CC9">
        <w:rPr>
          <w:rFonts w:cs="Times New Roman"/>
          <w:color w:val="000000"/>
          <w:sz w:val="22"/>
        </w:rPr>
        <w:t>termenului</w:t>
      </w:r>
      <w:proofErr w:type="spellEnd"/>
      <w:r w:rsidRPr="00B17CC9">
        <w:rPr>
          <w:rFonts w:cs="Times New Roman"/>
          <w:color w:val="000000"/>
          <w:sz w:val="22"/>
        </w:rPr>
        <w:t xml:space="preserve"> de </w:t>
      </w:r>
      <w:proofErr w:type="spellStart"/>
      <w:r w:rsidRPr="00B17CC9">
        <w:rPr>
          <w:rFonts w:cs="Times New Roman"/>
          <w:color w:val="000000"/>
          <w:sz w:val="22"/>
        </w:rPr>
        <w:t>valabilitate</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29. Locul deschiderii ofertelor: platforma achizitii.md. Ofertele depuse după </w:t>
      </w:r>
      <w:proofErr w:type="spellStart"/>
      <w:r w:rsidRPr="00B17CC9">
        <w:rPr>
          <w:rFonts w:cs="Times New Roman"/>
          <w:b/>
          <w:color w:val="000000"/>
          <w:sz w:val="22"/>
        </w:rPr>
        <w:t>termenul-limită</w:t>
      </w:r>
      <w:proofErr w:type="spellEnd"/>
      <w:r w:rsidRPr="00B17CC9">
        <w:rPr>
          <w:rFonts w:cs="Times New Roman"/>
          <w:b/>
          <w:color w:val="000000"/>
          <w:sz w:val="22"/>
        </w:rPr>
        <w:t xml:space="preserve"> nu se </w:t>
      </w:r>
      <w:proofErr w:type="spellStart"/>
      <w:r w:rsidRPr="00B17CC9">
        <w:rPr>
          <w:rFonts w:cs="Times New Roman"/>
          <w:b/>
          <w:color w:val="000000"/>
          <w:sz w:val="22"/>
        </w:rPr>
        <w:t>acceptă</w:t>
      </w:r>
      <w:proofErr w:type="spellEnd"/>
      <w:r w:rsidRPr="00B17CC9">
        <w:rPr>
          <w:rFonts w:cs="Times New Roman"/>
          <w:b/>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30. Persoanele autorizate să asiste la deschiderea ofertelor: nu se aplică; depunerea și deschiderea ofertelor au loc electronic </w:t>
      </w:r>
      <w:proofErr w:type="spellStart"/>
      <w:r w:rsidRPr="00B17CC9">
        <w:rPr>
          <w:rFonts w:cs="Times New Roman"/>
          <w:b/>
          <w:color w:val="000000"/>
          <w:sz w:val="22"/>
        </w:rPr>
        <w:t>prin</w:t>
      </w:r>
      <w:proofErr w:type="spellEnd"/>
      <w:r w:rsidRPr="00B17CC9">
        <w:rPr>
          <w:rFonts w:cs="Times New Roman"/>
          <w:b/>
          <w:color w:val="000000"/>
          <w:sz w:val="22"/>
        </w:rPr>
        <w:t xml:space="preserve"> </w:t>
      </w:r>
      <w:proofErr w:type="spellStart"/>
      <w:r w:rsidRPr="00B17CC9">
        <w:rPr>
          <w:rFonts w:cs="Times New Roman"/>
          <w:b/>
          <w:color w:val="000000"/>
          <w:sz w:val="22"/>
        </w:rPr>
        <w:t>platforma</w:t>
      </w:r>
      <w:proofErr w:type="spellEnd"/>
      <w:r w:rsidRPr="00B17CC9">
        <w:rPr>
          <w:rFonts w:cs="Times New Roman"/>
          <w:b/>
          <w:color w:val="000000"/>
          <w:sz w:val="22"/>
        </w:rPr>
        <w:t xml:space="preserve"> achizitii.md.</w:t>
      </w:r>
    </w:p>
    <w:p w:rsidR="0022270F" w:rsidRPr="00B17CC9" w:rsidRDefault="00374C8A" w:rsidP="00B17CC9">
      <w:pPr>
        <w:jc w:val="both"/>
        <w:rPr>
          <w:rFonts w:cs="Times New Roman"/>
          <w:sz w:val="22"/>
        </w:rPr>
      </w:pPr>
      <w:r w:rsidRPr="00B17CC9">
        <w:rPr>
          <w:rFonts w:cs="Times New Roman"/>
          <w:b/>
          <w:color w:val="000000"/>
          <w:sz w:val="22"/>
        </w:rPr>
        <w:t xml:space="preserve">31. </w:t>
      </w:r>
      <w:proofErr w:type="spellStart"/>
      <w:r w:rsidRPr="00B17CC9">
        <w:rPr>
          <w:rFonts w:cs="Times New Roman"/>
          <w:b/>
          <w:color w:val="000000"/>
          <w:sz w:val="22"/>
        </w:rPr>
        <w:t>Limba</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limbile</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care </w:t>
      </w:r>
      <w:proofErr w:type="spellStart"/>
      <w:r w:rsidRPr="00B17CC9">
        <w:rPr>
          <w:rFonts w:cs="Times New Roman"/>
          <w:b/>
          <w:color w:val="000000"/>
          <w:sz w:val="22"/>
        </w:rPr>
        <w:t>trebuie</w:t>
      </w:r>
      <w:proofErr w:type="spellEnd"/>
      <w:r w:rsidRPr="00B17CC9">
        <w:rPr>
          <w:rFonts w:cs="Times New Roman"/>
          <w:b/>
          <w:color w:val="000000"/>
          <w:sz w:val="22"/>
        </w:rPr>
        <w:t xml:space="preserve"> </w:t>
      </w:r>
      <w:proofErr w:type="spellStart"/>
      <w:r w:rsidRPr="00B17CC9">
        <w:rPr>
          <w:rFonts w:cs="Times New Roman"/>
          <w:b/>
          <w:color w:val="000000"/>
          <w:sz w:val="22"/>
        </w:rPr>
        <w:t>redactate</w:t>
      </w:r>
      <w:proofErr w:type="spellEnd"/>
      <w:r w:rsidRPr="00B17CC9">
        <w:rPr>
          <w:rFonts w:cs="Times New Roman"/>
          <w:b/>
          <w:color w:val="000000"/>
          <w:sz w:val="22"/>
        </w:rPr>
        <w:t xml:space="preserve"> </w:t>
      </w:r>
      <w:proofErr w:type="spellStart"/>
      <w:r w:rsidRPr="00B17CC9">
        <w:rPr>
          <w:rFonts w:cs="Times New Roman"/>
          <w:b/>
          <w:color w:val="000000"/>
          <w:sz w:val="22"/>
        </w:rPr>
        <w:t>ofertele</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cererile</w:t>
      </w:r>
      <w:proofErr w:type="spellEnd"/>
      <w:r w:rsidRPr="00B17CC9">
        <w:rPr>
          <w:rFonts w:cs="Times New Roman"/>
          <w:b/>
          <w:color w:val="000000"/>
          <w:sz w:val="22"/>
        </w:rPr>
        <w:t xml:space="preserve"> de </w:t>
      </w:r>
      <w:proofErr w:type="spellStart"/>
      <w:r w:rsidRPr="00B17CC9">
        <w:rPr>
          <w:rFonts w:cs="Times New Roman"/>
          <w:b/>
          <w:color w:val="000000"/>
          <w:sz w:val="22"/>
        </w:rPr>
        <w:t>participare</w:t>
      </w:r>
      <w:proofErr w:type="spellEnd"/>
      <w:r w:rsidRPr="00B17CC9">
        <w:rPr>
          <w:rFonts w:cs="Times New Roman"/>
          <w:b/>
          <w:color w:val="000000"/>
          <w:sz w:val="22"/>
        </w:rPr>
        <w:t xml:space="preserve">: </w:t>
      </w:r>
      <w:proofErr w:type="spellStart"/>
      <w:r w:rsidRPr="00B17CC9">
        <w:rPr>
          <w:rFonts w:cs="Times New Roman"/>
          <w:color w:val="000000"/>
          <w:sz w:val="22"/>
        </w:rPr>
        <w:t>limba</w:t>
      </w:r>
      <w:proofErr w:type="spellEnd"/>
      <w:r w:rsidRPr="00B17CC9">
        <w:rPr>
          <w:rFonts w:cs="Times New Roman"/>
          <w:color w:val="000000"/>
          <w:sz w:val="22"/>
        </w:rPr>
        <w:t xml:space="preserve"> de stat.</w:t>
      </w:r>
    </w:p>
    <w:p w:rsidR="0022270F" w:rsidRPr="00B17CC9" w:rsidRDefault="00374C8A" w:rsidP="00B17CC9">
      <w:pPr>
        <w:jc w:val="both"/>
        <w:rPr>
          <w:rFonts w:cs="Times New Roman"/>
          <w:sz w:val="22"/>
        </w:rPr>
      </w:pPr>
      <w:r w:rsidRPr="00B17CC9">
        <w:rPr>
          <w:rFonts w:cs="Times New Roman"/>
          <w:b/>
          <w:color w:val="000000"/>
          <w:sz w:val="22"/>
        </w:rPr>
        <w:t xml:space="preserve">32. </w:t>
      </w:r>
      <w:proofErr w:type="spellStart"/>
      <w:r w:rsidRPr="00B17CC9">
        <w:rPr>
          <w:rFonts w:cs="Times New Roman"/>
          <w:b/>
          <w:color w:val="000000"/>
          <w:sz w:val="22"/>
        </w:rPr>
        <w:t>Semnarea</w:t>
      </w:r>
      <w:proofErr w:type="spellEnd"/>
      <w:r w:rsidRPr="00B17CC9">
        <w:rPr>
          <w:rFonts w:cs="Times New Roman"/>
          <w:b/>
          <w:color w:val="000000"/>
          <w:sz w:val="22"/>
        </w:rPr>
        <w:t xml:space="preserve"> </w:t>
      </w:r>
      <w:proofErr w:type="spellStart"/>
      <w:r w:rsidRPr="00B17CC9">
        <w:rPr>
          <w:rFonts w:cs="Times New Roman"/>
          <w:b/>
          <w:color w:val="000000"/>
          <w:sz w:val="22"/>
        </w:rPr>
        <w:t>contractului</w:t>
      </w:r>
      <w:proofErr w:type="spellEnd"/>
      <w:r w:rsidRPr="00B17CC9">
        <w:rPr>
          <w:rFonts w:cs="Times New Roman"/>
          <w:b/>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termen</w:t>
      </w:r>
      <w:proofErr w:type="spellEnd"/>
      <w:r w:rsidRPr="00B17CC9">
        <w:rPr>
          <w:rFonts w:cs="Times New Roman"/>
          <w:color w:val="000000"/>
          <w:sz w:val="22"/>
        </w:rPr>
        <w:t xml:space="preserve"> de 2 </w:t>
      </w:r>
      <w:proofErr w:type="spellStart"/>
      <w:r w:rsidRPr="00B17CC9">
        <w:rPr>
          <w:rFonts w:cs="Times New Roman"/>
          <w:color w:val="000000"/>
          <w:sz w:val="22"/>
        </w:rPr>
        <w:t>zile</w:t>
      </w:r>
      <w:proofErr w:type="spellEnd"/>
      <w:r w:rsidRPr="00B17CC9">
        <w:rPr>
          <w:rFonts w:cs="Times New Roman"/>
          <w:color w:val="000000"/>
          <w:sz w:val="22"/>
        </w:rPr>
        <w:t xml:space="preserve"> de la </w:t>
      </w:r>
      <w:proofErr w:type="spellStart"/>
      <w:r w:rsidRPr="00B17CC9">
        <w:rPr>
          <w:rFonts w:cs="Times New Roman"/>
          <w:color w:val="000000"/>
          <w:sz w:val="22"/>
        </w:rPr>
        <w:t>transmiterea</w:t>
      </w:r>
      <w:proofErr w:type="spellEnd"/>
      <w:r w:rsidRPr="00B17CC9">
        <w:rPr>
          <w:rFonts w:cs="Times New Roman"/>
          <w:color w:val="000000"/>
          <w:sz w:val="22"/>
        </w:rPr>
        <w:t xml:space="preserve"> </w:t>
      </w:r>
      <w:proofErr w:type="spellStart"/>
      <w:r w:rsidRPr="00B17CC9">
        <w:rPr>
          <w:rFonts w:cs="Times New Roman"/>
          <w:color w:val="000000"/>
          <w:sz w:val="22"/>
        </w:rPr>
        <w:t>contractului</w:t>
      </w:r>
      <w:proofErr w:type="spellEnd"/>
      <w:r w:rsidRPr="00B17CC9">
        <w:rPr>
          <w:rFonts w:cs="Times New Roman"/>
          <w:color w:val="000000"/>
          <w:sz w:val="22"/>
        </w:rPr>
        <w:t xml:space="preserve"> </w:t>
      </w:r>
      <w:proofErr w:type="spellStart"/>
      <w:r w:rsidRPr="00B17CC9">
        <w:rPr>
          <w:rFonts w:cs="Times New Roman"/>
          <w:color w:val="000000"/>
          <w:sz w:val="22"/>
        </w:rPr>
        <w:t>spre</w:t>
      </w:r>
      <w:proofErr w:type="spellEnd"/>
      <w:r w:rsidRPr="00B17CC9">
        <w:rPr>
          <w:rFonts w:cs="Times New Roman"/>
          <w:color w:val="000000"/>
          <w:sz w:val="22"/>
        </w:rPr>
        <w:t xml:space="preserve"> </w:t>
      </w:r>
      <w:proofErr w:type="spellStart"/>
      <w:r w:rsidRPr="00B17CC9">
        <w:rPr>
          <w:rFonts w:cs="Times New Roman"/>
          <w:color w:val="000000"/>
          <w:sz w:val="22"/>
        </w:rPr>
        <w:t>semnare</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33. Respectivul contract nu se referă la un proiect/program finanțat din fonduri ale Uniunii Europene. Sursa de </w:t>
      </w:r>
      <w:proofErr w:type="spellStart"/>
      <w:r w:rsidRPr="00B17CC9">
        <w:rPr>
          <w:rFonts w:cs="Times New Roman"/>
          <w:b/>
          <w:color w:val="000000"/>
          <w:sz w:val="22"/>
        </w:rPr>
        <w:t>finanțare</w:t>
      </w:r>
      <w:proofErr w:type="spellEnd"/>
      <w:r w:rsidRPr="00B17CC9">
        <w:rPr>
          <w:rFonts w:cs="Times New Roman"/>
          <w:b/>
          <w:color w:val="000000"/>
          <w:sz w:val="22"/>
        </w:rPr>
        <w:t xml:space="preserve">: </w:t>
      </w:r>
      <w:proofErr w:type="spellStart"/>
      <w:r w:rsidRPr="00B17CC9">
        <w:rPr>
          <w:rFonts w:cs="Times New Roman"/>
          <w:b/>
          <w:color w:val="000000"/>
          <w:sz w:val="22"/>
        </w:rPr>
        <w:t>proiect</w:t>
      </w:r>
      <w:proofErr w:type="spellEnd"/>
      <w:r w:rsidRPr="00B17CC9">
        <w:rPr>
          <w:rFonts w:cs="Times New Roman"/>
          <w:b/>
          <w:color w:val="000000"/>
          <w:sz w:val="22"/>
        </w:rPr>
        <w:t>/grant, cod 70010.</w:t>
      </w:r>
    </w:p>
    <w:p w:rsidR="0022270F" w:rsidRPr="00B17CC9" w:rsidRDefault="00374C8A" w:rsidP="00B17CC9">
      <w:pPr>
        <w:jc w:val="both"/>
        <w:rPr>
          <w:rFonts w:cs="Times New Roman"/>
          <w:sz w:val="22"/>
        </w:rPr>
      </w:pPr>
      <w:r w:rsidRPr="00B17CC9">
        <w:rPr>
          <w:rFonts w:cs="Times New Roman"/>
          <w:b/>
          <w:color w:val="000000"/>
          <w:sz w:val="22"/>
        </w:rPr>
        <w:t xml:space="preserve">34. </w:t>
      </w:r>
      <w:proofErr w:type="spellStart"/>
      <w:r w:rsidRPr="00B17CC9">
        <w:rPr>
          <w:rFonts w:cs="Times New Roman"/>
          <w:b/>
          <w:color w:val="000000"/>
          <w:sz w:val="22"/>
        </w:rPr>
        <w:t>Denumirea</w:t>
      </w:r>
      <w:proofErr w:type="spellEnd"/>
      <w:r w:rsidRPr="00B17CC9">
        <w:rPr>
          <w:rFonts w:cs="Times New Roman"/>
          <w:b/>
          <w:color w:val="000000"/>
          <w:sz w:val="22"/>
        </w:rPr>
        <w:t xml:space="preserve">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adresa</w:t>
      </w:r>
      <w:proofErr w:type="spellEnd"/>
      <w:r w:rsidRPr="00B17CC9">
        <w:rPr>
          <w:rFonts w:cs="Times New Roman"/>
          <w:b/>
          <w:color w:val="000000"/>
          <w:sz w:val="22"/>
        </w:rPr>
        <w:t xml:space="preserve"> </w:t>
      </w:r>
      <w:proofErr w:type="spellStart"/>
      <w:r w:rsidRPr="00B17CC9">
        <w:rPr>
          <w:rFonts w:cs="Times New Roman"/>
          <w:b/>
          <w:color w:val="000000"/>
          <w:sz w:val="22"/>
        </w:rPr>
        <w:t>organismului</w:t>
      </w:r>
      <w:proofErr w:type="spellEnd"/>
      <w:r w:rsidRPr="00B17CC9">
        <w:rPr>
          <w:rFonts w:cs="Times New Roman"/>
          <w:b/>
          <w:color w:val="000000"/>
          <w:sz w:val="22"/>
        </w:rPr>
        <w:t xml:space="preserve"> competent de </w:t>
      </w:r>
      <w:proofErr w:type="spellStart"/>
      <w:r w:rsidRPr="00B17CC9">
        <w:rPr>
          <w:rFonts w:cs="Times New Roman"/>
          <w:b/>
          <w:color w:val="000000"/>
          <w:sz w:val="22"/>
        </w:rPr>
        <w:t>soluționare</w:t>
      </w:r>
      <w:proofErr w:type="spellEnd"/>
      <w:r w:rsidRPr="00B17CC9">
        <w:rPr>
          <w:rFonts w:cs="Times New Roman"/>
          <w:b/>
          <w:color w:val="000000"/>
          <w:sz w:val="22"/>
        </w:rPr>
        <w:t xml:space="preserve"> a </w:t>
      </w:r>
      <w:proofErr w:type="spellStart"/>
      <w:r w:rsidRPr="00B17CC9">
        <w:rPr>
          <w:rFonts w:cs="Times New Roman"/>
          <w:b/>
          <w:color w:val="000000"/>
          <w:sz w:val="22"/>
        </w:rPr>
        <w:t>contestațiilor</w:t>
      </w:r>
      <w:proofErr w:type="spellEnd"/>
      <w:r w:rsidRPr="00B17CC9">
        <w:rPr>
          <w:rFonts w:cs="Times New Roman"/>
          <w:b/>
          <w:color w:val="000000"/>
          <w:sz w:val="22"/>
        </w:rPr>
        <w:t xml:space="preserve">: </w:t>
      </w:r>
      <w:proofErr w:type="spellStart"/>
      <w:r w:rsidRPr="00B17CC9">
        <w:rPr>
          <w:rFonts w:cs="Times New Roman"/>
          <w:color w:val="000000"/>
          <w:sz w:val="22"/>
        </w:rPr>
        <w:t>Agenția</w:t>
      </w:r>
      <w:proofErr w:type="spellEnd"/>
      <w:r w:rsidRPr="00B17CC9">
        <w:rPr>
          <w:rFonts w:cs="Times New Roman"/>
          <w:color w:val="000000"/>
          <w:sz w:val="22"/>
        </w:rPr>
        <w:t xml:space="preserve"> </w:t>
      </w:r>
      <w:proofErr w:type="spellStart"/>
      <w:r w:rsidRPr="00B17CC9">
        <w:rPr>
          <w:rFonts w:cs="Times New Roman"/>
          <w:color w:val="000000"/>
          <w:sz w:val="22"/>
        </w:rPr>
        <w:t>Națională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Soluționarea</w:t>
      </w:r>
      <w:proofErr w:type="spellEnd"/>
      <w:r w:rsidRPr="00B17CC9">
        <w:rPr>
          <w:rFonts w:cs="Times New Roman"/>
          <w:color w:val="000000"/>
          <w:sz w:val="22"/>
        </w:rPr>
        <w:t xml:space="preserve"> </w:t>
      </w:r>
      <w:proofErr w:type="spellStart"/>
      <w:r w:rsidRPr="00B17CC9">
        <w:rPr>
          <w:rFonts w:cs="Times New Roman"/>
          <w:color w:val="000000"/>
          <w:sz w:val="22"/>
        </w:rPr>
        <w:t>Contestațiilor</w:t>
      </w:r>
      <w:proofErr w:type="spellEnd"/>
      <w:r w:rsidRPr="00B17CC9">
        <w:rPr>
          <w:rFonts w:cs="Times New Roman"/>
          <w:color w:val="000000"/>
          <w:sz w:val="22"/>
        </w:rPr>
        <w:t xml:space="preserve">, </w:t>
      </w:r>
      <w:proofErr w:type="spellStart"/>
      <w:r w:rsidRPr="00B17CC9">
        <w:rPr>
          <w:rFonts w:cs="Times New Roman"/>
          <w:color w:val="000000"/>
          <w:sz w:val="22"/>
        </w:rPr>
        <w:t>mun</w:t>
      </w:r>
      <w:proofErr w:type="spellEnd"/>
      <w:r w:rsidRPr="00B17CC9">
        <w:rPr>
          <w:rFonts w:cs="Times New Roman"/>
          <w:color w:val="000000"/>
          <w:sz w:val="22"/>
        </w:rPr>
        <w:t xml:space="preserve">. </w:t>
      </w:r>
      <w:proofErr w:type="spellStart"/>
      <w:r w:rsidRPr="00B17CC9">
        <w:rPr>
          <w:rFonts w:cs="Times New Roman"/>
          <w:color w:val="000000"/>
          <w:sz w:val="22"/>
        </w:rPr>
        <w:t>Chișinău</w:t>
      </w:r>
      <w:proofErr w:type="spellEnd"/>
      <w:r w:rsidRPr="00B17CC9">
        <w:rPr>
          <w:rFonts w:cs="Times New Roman"/>
          <w:color w:val="000000"/>
          <w:sz w:val="22"/>
        </w:rPr>
        <w:t xml:space="preserve">, bd. </w:t>
      </w:r>
      <w:proofErr w:type="spellStart"/>
      <w:r w:rsidRPr="00B17CC9">
        <w:rPr>
          <w:rFonts w:cs="Times New Roman"/>
          <w:color w:val="000000"/>
          <w:sz w:val="22"/>
        </w:rPr>
        <w:t>Ștefan</w:t>
      </w:r>
      <w:proofErr w:type="spellEnd"/>
      <w:r w:rsidRPr="00B17CC9">
        <w:rPr>
          <w:rFonts w:cs="Times New Roman"/>
          <w:color w:val="000000"/>
          <w:sz w:val="22"/>
        </w:rPr>
        <w:t xml:space="preserve"> </w:t>
      </w:r>
      <w:proofErr w:type="spellStart"/>
      <w:r w:rsidRPr="00B17CC9">
        <w:rPr>
          <w:rFonts w:cs="Times New Roman"/>
          <w:color w:val="000000"/>
          <w:sz w:val="22"/>
        </w:rPr>
        <w:t>cel</w:t>
      </w:r>
      <w:proofErr w:type="spellEnd"/>
      <w:r w:rsidRPr="00B17CC9">
        <w:rPr>
          <w:rFonts w:cs="Times New Roman"/>
          <w:color w:val="000000"/>
          <w:sz w:val="22"/>
        </w:rPr>
        <w:t xml:space="preserve"> Mare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Sfânt</w:t>
      </w:r>
      <w:proofErr w:type="spellEnd"/>
      <w:r w:rsidRPr="00B17CC9">
        <w:rPr>
          <w:rFonts w:cs="Times New Roman"/>
          <w:color w:val="000000"/>
          <w:sz w:val="22"/>
        </w:rPr>
        <w:t xml:space="preserve"> nr. 124 (et. 4), MD 2001; Tel/Fax/email: 022-820 652, 022 820-651, </w:t>
      </w:r>
      <w:hyperlink r:id="rId6" w:history="1">
        <w:r w:rsidR="001B08D7" w:rsidRPr="00B17CC9">
          <w:rPr>
            <w:rStyle w:val="Hyperlink"/>
            <w:rFonts w:cs="Times New Roman"/>
            <w:color w:val="000000"/>
            <w:sz w:val="22"/>
          </w:rPr>
          <w:t>contestatii@ansc.md</w:t>
        </w:r>
      </w:hyperlink>
      <w:r w:rsidR="001B08D7" w:rsidRPr="00B17CC9">
        <w:rPr>
          <w:rFonts w:cs="Times New Roman"/>
          <w:color w:val="000000"/>
          <w:sz w:val="22"/>
        </w:rPr>
        <w:t xml:space="preserve"> </w:t>
      </w:r>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35. Data </w:t>
      </w:r>
      <w:proofErr w:type="spellStart"/>
      <w:r w:rsidRPr="00B17CC9">
        <w:rPr>
          <w:rFonts w:cs="Times New Roman"/>
          <w:b/>
          <w:color w:val="000000"/>
          <w:sz w:val="22"/>
        </w:rPr>
        <w:t>și</w:t>
      </w:r>
      <w:proofErr w:type="spellEnd"/>
      <w:r w:rsidRPr="00B17CC9">
        <w:rPr>
          <w:rFonts w:cs="Times New Roman"/>
          <w:b/>
          <w:color w:val="000000"/>
          <w:sz w:val="22"/>
        </w:rPr>
        <w:t xml:space="preserve"> </w:t>
      </w:r>
      <w:proofErr w:type="spellStart"/>
      <w:r w:rsidRPr="00B17CC9">
        <w:rPr>
          <w:rFonts w:cs="Times New Roman"/>
          <w:b/>
          <w:color w:val="000000"/>
          <w:sz w:val="22"/>
        </w:rPr>
        <w:t>referința</w:t>
      </w:r>
      <w:proofErr w:type="spellEnd"/>
      <w:r w:rsidRPr="00B17CC9">
        <w:rPr>
          <w:rFonts w:cs="Times New Roman"/>
          <w:b/>
          <w:color w:val="000000"/>
          <w:sz w:val="22"/>
        </w:rPr>
        <w:t xml:space="preserve"> </w:t>
      </w:r>
      <w:proofErr w:type="spellStart"/>
      <w:r w:rsidRPr="00B17CC9">
        <w:rPr>
          <w:rFonts w:cs="Times New Roman"/>
          <w:b/>
          <w:color w:val="000000"/>
          <w:sz w:val="22"/>
        </w:rPr>
        <w:t>publicărilor</w:t>
      </w:r>
      <w:proofErr w:type="spellEnd"/>
      <w:r w:rsidRPr="00B17CC9">
        <w:rPr>
          <w:rFonts w:cs="Times New Roman"/>
          <w:b/>
          <w:color w:val="000000"/>
          <w:sz w:val="22"/>
        </w:rPr>
        <w:t xml:space="preserve"> </w:t>
      </w:r>
      <w:proofErr w:type="spellStart"/>
      <w:r w:rsidRPr="00B17CC9">
        <w:rPr>
          <w:rFonts w:cs="Times New Roman"/>
          <w:b/>
          <w:color w:val="000000"/>
          <w:sz w:val="22"/>
        </w:rPr>
        <w:t>anterioare</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Jurnalul</w:t>
      </w:r>
      <w:proofErr w:type="spellEnd"/>
      <w:r w:rsidRPr="00B17CC9">
        <w:rPr>
          <w:rFonts w:cs="Times New Roman"/>
          <w:b/>
          <w:color w:val="000000"/>
          <w:sz w:val="22"/>
        </w:rPr>
        <w:t xml:space="preserve"> </w:t>
      </w:r>
      <w:proofErr w:type="spellStart"/>
      <w:r w:rsidRPr="00B17CC9">
        <w:rPr>
          <w:rFonts w:cs="Times New Roman"/>
          <w:b/>
          <w:color w:val="000000"/>
          <w:sz w:val="22"/>
        </w:rPr>
        <w:t>Oficial</w:t>
      </w:r>
      <w:proofErr w:type="spellEnd"/>
      <w:r w:rsidRPr="00B17CC9">
        <w:rPr>
          <w:rFonts w:cs="Times New Roman"/>
          <w:b/>
          <w:color w:val="000000"/>
          <w:sz w:val="22"/>
        </w:rPr>
        <w:t xml:space="preserve"> al </w:t>
      </w:r>
      <w:proofErr w:type="spellStart"/>
      <w:r w:rsidRPr="00B17CC9">
        <w:rPr>
          <w:rFonts w:cs="Times New Roman"/>
          <w:b/>
          <w:color w:val="000000"/>
          <w:sz w:val="22"/>
        </w:rPr>
        <w:t>Uniunii</w:t>
      </w:r>
      <w:proofErr w:type="spellEnd"/>
      <w:r w:rsidRPr="00B17CC9">
        <w:rPr>
          <w:rFonts w:cs="Times New Roman"/>
          <w:b/>
          <w:color w:val="000000"/>
          <w:sz w:val="22"/>
        </w:rPr>
        <w:t xml:space="preserve"> </w:t>
      </w:r>
      <w:proofErr w:type="spellStart"/>
      <w:r w:rsidRPr="00B17CC9">
        <w:rPr>
          <w:rFonts w:cs="Times New Roman"/>
          <w:b/>
          <w:color w:val="000000"/>
          <w:sz w:val="22"/>
        </w:rPr>
        <w:t>Europene</w:t>
      </w:r>
      <w:proofErr w:type="spellEnd"/>
      <w:r w:rsidRPr="00B17CC9">
        <w:rPr>
          <w:rFonts w:cs="Times New Roman"/>
          <w:b/>
          <w:color w:val="000000"/>
          <w:sz w:val="22"/>
        </w:rPr>
        <w:t xml:space="preser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36.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cazul</w:t>
      </w:r>
      <w:proofErr w:type="spellEnd"/>
      <w:r w:rsidRPr="00B17CC9">
        <w:rPr>
          <w:rFonts w:cs="Times New Roman"/>
          <w:b/>
          <w:color w:val="000000"/>
          <w:sz w:val="22"/>
        </w:rPr>
        <w:t xml:space="preserve"> </w:t>
      </w:r>
      <w:proofErr w:type="spellStart"/>
      <w:r w:rsidRPr="00B17CC9">
        <w:rPr>
          <w:rFonts w:cs="Times New Roman"/>
          <w:b/>
          <w:color w:val="000000"/>
          <w:sz w:val="22"/>
        </w:rPr>
        <w:t>achizițiilor</w:t>
      </w:r>
      <w:proofErr w:type="spellEnd"/>
      <w:r w:rsidRPr="00B17CC9">
        <w:rPr>
          <w:rFonts w:cs="Times New Roman"/>
          <w:b/>
          <w:color w:val="000000"/>
          <w:sz w:val="22"/>
        </w:rPr>
        <w:t xml:space="preserve"> </w:t>
      </w:r>
      <w:proofErr w:type="spellStart"/>
      <w:r w:rsidRPr="00B17CC9">
        <w:rPr>
          <w:rFonts w:cs="Times New Roman"/>
          <w:b/>
          <w:color w:val="000000"/>
          <w:sz w:val="22"/>
        </w:rPr>
        <w:t>periodice</w:t>
      </w:r>
      <w:proofErr w:type="spellEnd"/>
      <w:r w:rsidRPr="00B17CC9">
        <w:rPr>
          <w:rFonts w:cs="Times New Roman"/>
          <w:b/>
          <w:color w:val="000000"/>
          <w:sz w:val="22"/>
        </w:rPr>
        <w:t xml:space="preserve">, </w:t>
      </w:r>
      <w:proofErr w:type="spellStart"/>
      <w:r w:rsidRPr="00B17CC9">
        <w:rPr>
          <w:rFonts w:cs="Times New Roman"/>
          <w:b/>
          <w:color w:val="000000"/>
          <w:sz w:val="22"/>
        </w:rPr>
        <w:t>calendarul</w:t>
      </w:r>
      <w:proofErr w:type="spellEnd"/>
      <w:r w:rsidRPr="00B17CC9">
        <w:rPr>
          <w:rFonts w:cs="Times New Roman"/>
          <w:b/>
          <w:color w:val="000000"/>
          <w:sz w:val="22"/>
        </w:rPr>
        <w:t xml:space="preserve"> </w:t>
      </w:r>
      <w:proofErr w:type="spellStart"/>
      <w:r w:rsidRPr="00B17CC9">
        <w:rPr>
          <w:rFonts w:cs="Times New Roman"/>
          <w:b/>
          <w:color w:val="000000"/>
          <w:sz w:val="22"/>
        </w:rPr>
        <w:t>estimat</w:t>
      </w:r>
      <w:proofErr w:type="spellEnd"/>
      <w:r w:rsidRPr="00B17CC9">
        <w:rPr>
          <w:rFonts w:cs="Times New Roman"/>
          <w:b/>
          <w:color w:val="000000"/>
          <w:sz w:val="22"/>
        </w:rPr>
        <w:t xml:space="preserve"> </w:t>
      </w:r>
      <w:proofErr w:type="spellStart"/>
      <w:r w:rsidRPr="00B17CC9">
        <w:rPr>
          <w:rFonts w:cs="Times New Roman"/>
          <w:b/>
          <w:color w:val="000000"/>
          <w:sz w:val="22"/>
        </w:rPr>
        <w:t>pentru</w:t>
      </w:r>
      <w:proofErr w:type="spellEnd"/>
      <w:r w:rsidRPr="00B17CC9">
        <w:rPr>
          <w:rFonts w:cs="Times New Roman"/>
          <w:b/>
          <w:color w:val="000000"/>
          <w:sz w:val="22"/>
        </w:rPr>
        <w:t xml:space="preserve"> </w:t>
      </w:r>
      <w:proofErr w:type="spellStart"/>
      <w:r w:rsidRPr="00B17CC9">
        <w:rPr>
          <w:rFonts w:cs="Times New Roman"/>
          <w:b/>
          <w:color w:val="000000"/>
          <w:sz w:val="22"/>
        </w:rPr>
        <w:t>publicarea</w:t>
      </w:r>
      <w:proofErr w:type="spellEnd"/>
      <w:r w:rsidRPr="00B17CC9">
        <w:rPr>
          <w:rFonts w:cs="Times New Roman"/>
          <w:b/>
          <w:color w:val="000000"/>
          <w:sz w:val="22"/>
        </w:rPr>
        <w:t xml:space="preserve"> </w:t>
      </w:r>
      <w:proofErr w:type="spellStart"/>
      <w:r w:rsidRPr="00B17CC9">
        <w:rPr>
          <w:rFonts w:cs="Times New Roman"/>
          <w:b/>
          <w:color w:val="000000"/>
          <w:sz w:val="22"/>
        </w:rPr>
        <w:t>anunțurilor</w:t>
      </w:r>
      <w:proofErr w:type="spellEnd"/>
      <w:r w:rsidRPr="00B17CC9">
        <w:rPr>
          <w:rFonts w:cs="Times New Roman"/>
          <w:b/>
          <w:color w:val="000000"/>
          <w:sz w:val="22"/>
        </w:rPr>
        <w:t xml:space="preserve"> </w:t>
      </w:r>
      <w:proofErr w:type="spellStart"/>
      <w:r w:rsidRPr="00B17CC9">
        <w:rPr>
          <w:rFonts w:cs="Times New Roman"/>
          <w:b/>
          <w:color w:val="000000"/>
          <w:sz w:val="22"/>
        </w:rPr>
        <w:t>viitoare</w:t>
      </w:r>
      <w:proofErr w:type="spellEnd"/>
      <w:r w:rsidRPr="00B17CC9">
        <w:rPr>
          <w:rFonts w:cs="Times New Roman"/>
          <w:b/>
          <w:color w:val="000000"/>
          <w:sz w:val="22"/>
        </w:rPr>
        <w:t xml:space="preserve">: </w:t>
      </w: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37. Data </w:t>
      </w:r>
      <w:proofErr w:type="spellStart"/>
      <w:r w:rsidRPr="00B17CC9">
        <w:rPr>
          <w:rFonts w:cs="Times New Roman"/>
          <w:b/>
          <w:color w:val="000000"/>
          <w:sz w:val="22"/>
        </w:rPr>
        <w:t>publicării</w:t>
      </w:r>
      <w:proofErr w:type="spellEnd"/>
      <w:r w:rsidRPr="00B17CC9">
        <w:rPr>
          <w:rFonts w:cs="Times New Roman"/>
          <w:b/>
          <w:color w:val="000000"/>
          <w:sz w:val="22"/>
        </w:rPr>
        <w:t xml:space="preserve"> </w:t>
      </w:r>
      <w:proofErr w:type="spellStart"/>
      <w:r w:rsidRPr="00B17CC9">
        <w:rPr>
          <w:rFonts w:cs="Times New Roman"/>
          <w:b/>
          <w:color w:val="000000"/>
          <w:sz w:val="22"/>
        </w:rPr>
        <w:t>anunțului</w:t>
      </w:r>
      <w:proofErr w:type="spellEnd"/>
      <w:r w:rsidRPr="00B17CC9">
        <w:rPr>
          <w:rFonts w:cs="Times New Roman"/>
          <w:b/>
          <w:color w:val="000000"/>
          <w:sz w:val="22"/>
        </w:rPr>
        <w:t xml:space="preserve"> de </w:t>
      </w:r>
      <w:proofErr w:type="spellStart"/>
      <w:r w:rsidRPr="00B17CC9">
        <w:rPr>
          <w:rFonts w:cs="Times New Roman"/>
          <w:b/>
          <w:color w:val="000000"/>
          <w:sz w:val="22"/>
        </w:rPr>
        <w:t>intenție</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w:t>
      </w:r>
      <w:proofErr w:type="spellStart"/>
      <w:r w:rsidRPr="00B17CC9">
        <w:rPr>
          <w:rFonts w:cs="Times New Roman"/>
          <w:b/>
          <w:color w:val="000000"/>
          <w:sz w:val="22"/>
        </w:rPr>
        <w:t>precizarea</w:t>
      </w:r>
      <w:proofErr w:type="spellEnd"/>
      <w:r w:rsidRPr="00B17CC9">
        <w:rPr>
          <w:rFonts w:cs="Times New Roman"/>
          <w:b/>
          <w:color w:val="000000"/>
          <w:sz w:val="22"/>
        </w:rPr>
        <w:t xml:space="preserve"> </w:t>
      </w:r>
      <w:proofErr w:type="spellStart"/>
      <w:r w:rsidRPr="00B17CC9">
        <w:rPr>
          <w:rFonts w:cs="Times New Roman"/>
          <w:b/>
          <w:color w:val="000000"/>
          <w:sz w:val="22"/>
        </w:rPr>
        <w:t>că</w:t>
      </w:r>
      <w:proofErr w:type="spellEnd"/>
      <w:r w:rsidRPr="00B17CC9">
        <w:rPr>
          <w:rFonts w:cs="Times New Roman"/>
          <w:b/>
          <w:color w:val="000000"/>
          <w:sz w:val="22"/>
        </w:rPr>
        <w:t xml:space="preserve"> nu a </w:t>
      </w:r>
      <w:proofErr w:type="spellStart"/>
      <w:r w:rsidRPr="00B17CC9">
        <w:rPr>
          <w:rFonts w:cs="Times New Roman"/>
          <w:b/>
          <w:color w:val="000000"/>
          <w:sz w:val="22"/>
        </w:rPr>
        <w:t>fost</w:t>
      </w:r>
      <w:proofErr w:type="spellEnd"/>
      <w:r w:rsidRPr="00B17CC9">
        <w:rPr>
          <w:rFonts w:cs="Times New Roman"/>
          <w:b/>
          <w:color w:val="000000"/>
          <w:sz w:val="22"/>
        </w:rPr>
        <w:t xml:space="preserve"> </w:t>
      </w:r>
      <w:proofErr w:type="spellStart"/>
      <w:r w:rsidRPr="00B17CC9">
        <w:rPr>
          <w:rFonts w:cs="Times New Roman"/>
          <w:b/>
          <w:color w:val="000000"/>
          <w:sz w:val="22"/>
        </w:rPr>
        <w:t>publicat</w:t>
      </w:r>
      <w:proofErr w:type="spellEnd"/>
      <w:r w:rsidRPr="00B17CC9">
        <w:rPr>
          <w:rFonts w:cs="Times New Roman"/>
          <w:b/>
          <w:color w:val="000000"/>
          <w:sz w:val="22"/>
        </w:rPr>
        <w:t xml:space="preserve"> un </w:t>
      </w:r>
      <w:proofErr w:type="spellStart"/>
      <w:r w:rsidRPr="00B17CC9">
        <w:rPr>
          <w:rFonts w:cs="Times New Roman"/>
          <w:b/>
          <w:color w:val="000000"/>
          <w:sz w:val="22"/>
        </w:rPr>
        <w:t>astfel</w:t>
      </w:r>
      <w:proofErr w:type="spellEnd"/>
      <w:r w:rsidRPr="00B17CC9">
        <w:rPr>
          <w:rFonts w:cs="Times New Roman"/>
          <w:b/>
          <w:color w:val="000000"/>
          <w:sz w:val="22"/>
        </w:rPr>
        <w:t xml:space="preserve"> de </w:t>
      </w:r>
      <w:proofErr w:type="spellStart"/>
      <w:r w:rsidRPr="00B17CC9">
        <w:rPr>
          <w:rFonts w:cs="Times New Roman"/>
          <w:b/>
          <w:color w:val="000000"/>
          <w:sz w:val="22"/>
        </w:rPr>
        <w:t>anunț</w:t>
      </w:r>
      <w:proofErr w:type="spellEnd"/>
      <w:r w:rsidRPr="00B17CC9">
        <w:rPr>
          <w:rFonts w:cs="Times New Roman"/>
          <w:b/>
          <w:color w:val="000000"/>
          <w:sz w:val="22"/>
        </w:rPr>
        <w:t xml:space="preserve">: nu a </w:t>
      </w:r>
      <w:proofErr w:type="spellStart"/>
      <w:r w:rsidRPr="00B17CC9">
        <w:rPr>
          <w:rFonts w:cs="Times New Roman"/>
          <w:b/>
          <w:color w:val="000000"/>
          <w:sz w:val="22"/>
        </w:rPr>
        <w:t>fost</w:t>
      </w:r>
      <w:proofErr w:type="spellEnd"/>
      <w:r w:rsidRPr="00B17CC9">
        <w:rPr>
          <w:rFonts w:cs="Times New Roman"/>
          <w:b/>
          <w:color w:val="000000"/>
          <w:sz w:val="22"/>
        </w:rPr>
        <w:t xml:space="preserve"> </w:t>
      </w:r>
      <w:proofErr w:type="spellStart"/>
      <w:r w:rsidRPr="00B17CC9">
        <w:rPr>
          <w:rFonts w:cs="Times New Roman"/>
          <w:b/>
          <w:color w:val="000000"/>
          <w:sz w:val="22"/>
        </w:rPr>
        <w:t>publicat</w:t>
      </w:r>
      <w:proofErr w:type="spellEnd"/>
      <w:r w:rsidRPr="00B17CC9">
        <w:rPr>
          <w:rFonts w:cs="Times New Roman"/>
          <w:b/>
          <w:color w:val="000000"/>
          <w:sz w:val="22"/>
        </w:rPr>
        <w:t>.</w:t>
      </w:r>
    </w:p>
    <w:p w:rsidR="0022270F" w:rsidRPr="00B17CC9" w:rsidRDefault="00374C8A" w:rsidP="00B17CC9">
      <w:pPr>
        <w:jc w:val="both"/>
        <w:rPr>
          <w:rFonts w:cs="Times New Roman"/>
          <w:sz w:val="22"/>
        </w:rPr>
      </w:pPr>
      <w:r w:rsidRPr="00B17CC9">
        <w:rPr>
          <w:rFonts w:cs="Times New Roman"/>
          <w:b/>
          <w:color w:val="000000"/>
          <w:sz w:val="22"/>
        </w:rPr>
        <w:t xml:space="preserve">38. Data transmiterii spre publicare </w:t>
      </w:r>
      <w:proofErr w:type="gramStart"/>
      <w:r w:rsidRPr="00B17CC9">
        <w:rPr>
          <w:rFonts w:cs="Times New Roman"/>
          <w:b/>
          <w:color w:val="000000"/>
          <w:sz w:val="22"/>
        </w:rPr>
        <w:t>a</w:t>
      </w:r>
      <w:proofErr w:type="gramEnd"/>
      <w:r w:rsidRPr="00B17CC9">
        <w:rPr>
          <w:rFonts w:cs="Times New Roman"/>
          <w:b/>
          <w:color w:val="000000"/>
          <w:sz w:val="22"/>
        </w:rPr>
        <w:t xml:space="preserve"> anunțului de </w:t>
      </w:r>
      <w:proofErr w:type="spellStart"/>
      <w:r w:rsidRPr="00B17CC9">
        <w:rPr>
          <w:rFonts w:cs="Times New Roman"/>
          <w:b/>
          <w:color w:val="000000"/>
          <w:sz w:val="22"/>
        </w:rPr>
        <w:t>participare</w:t>
      </w:r>
      <w:proofErr w:type="spellEnd"/>
      <w:r w:rsidRPr="00B17CC9">
        <w:rPr>
          <w:rFonts w:cs="Times New Roman"/>
          <w:b/>
          <w:color w:val="000000"/>
          <w:sz w:val="22"/>
        </w:rPr>
        <w:t xml:space="preserve">: conform </w:t>
      </w:r>
      <w:proofErr w:type="spellStart"/>
      <w:r w:rsidRPr="00B17CC9">
        <w:rPr>
          <w:rFonts w:cs="Times New Roman"/>
          <w:b/>
          <w:color w:val="000000"/>
          <w:sz w:val="22"/>
        </w:rPr>
        <w:t>platformei</w:t>
      </w:r>
      <w:proofErr w:type="spellEnd"/>
      <w:r w:rsidRPr="00B17CC9">
        <w:rPr>
          <w:rFonts w:cs="Times New Roman"/>
          <w:b/>
          <w:color w:val="000000"/>
          <w:sz w:val="22"/>
        </w:rPr>
        <w:t xml:space="preserve"> achizitii.md.</w:t>
      </w:r>
    </w:p>
    <w:p w:rsidR="0022270F" w:rsidRPr="00B17CC9" w:rsidRDefault="006A7BA5" w:rsidP="00B17CC9">
      <w:pPr>
        <w:jc w:val="both"/>
        <w:rPr>
          <w:rFonts w:cs="Times New Roman"/>
          <w:sz w:val="22"/>
        </w:rPr>
      </w:pPr>
      <w:r w:rsidRPr="00B17CC9">
        <w:rPr>
          <w:rFonts w:cs="Times New Roman"/>
          <w:b/>
          <w:bCs/>
          <w:color w:val="000000"/>
          <w:sz w:val="22"/>
        </w:rPr>
        <w:t xml:space="preserve">39. Alte informații relevante: finanțare din proiect/grant, cod 70010; cod ECO 334110. Termenul pentru solicitarea clarificărilor: 3 zile până la termenul-limită de </w:t>
      </w:r>
      <w:proofErr w:type="spellStart"/>
      <w:r w:rsidRPr="00B17CC9">
        <w:rPr>
          <w:rFonts w:cs="Times New Roman"/>
          <w:b/>
          <w:bCs/>
          <w:color w:val="000000"/>
          <w:sz w:val="22"/>
        </w:rPr>
        <w:t>depunere</w:t>
      </w:r>
      <w:proofErr w:type="spellEnd"/>
      <w:r w:rsidRPr="00B17CC9">
        <w:rPr>
          <w:rFonts w:cs="Times New Roman"/>
          <w:b/>
          <w:bCs/>
          <w:color w:val="000000"/>
          <w:sz w:val="22"/>
        </w:rPr>
        <w:t xml:space="preserve"> </w:t>
      </w:r>
      <w:proofErr w:type="gramStart"/>
      <w:r w:rsidRPr="00B17CC9">
        <w:rPr>
          <w:rFonts w:cs="Times New Roman"/>
          <w:b/>
          <w:bCs/>
          <w:color w:val="000000"/>
          <w:sz w:val="22"/>
        </w:rPr>
        <w:t>a</w:t>
      </w:r>
      <w:proofErr w:type="gramEnd"/>
      <w:r w:rsidRPr="00B17CC9">
        <w:rPr>
          <w:rFonts w:cs="Times New Roman"/>
          <w:b/>
          <w:bCs/>
          <w:color w:val="000000"/>
          <w:sz w:val="22"/>
        </w:rPr>
        <w:t xml:space="preserve"> </w:t>
      </w:r>
      <w:proofErr w:type="spellStart"/>
      <w:r w:rsidRPr="00B17CC9">
        <w:rPr>
          <w:rFonts w:cs="Times New Roman"/>
          <w:b/>
          <w:bCs/>
          <w:color w:val="000000"/>
          <w:sz w:val="22"/>
        </w:rPr>
        <w:t>ofertelor</w:t>
      </w:r>
      <w:proofErr w:type="spellEnd"/>
      <w:r w:rsidRPr="00B17CC9">
        <w:rPr>
          <w:rFonts w:cs="Times New Roman"/>
          <w:b/>
          <w:bCs/>
          <w:color w:val="000000"/>
          <w:sz w:val="22"/>
        </w:rPr>
        <w:t>.</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864"/>
        <w:gridCol w:w="3475"/>
      </w:tblGrid>
      <w:tr w:rsidR="0022270F" w:rsidRPr="00B17CC9">
        <w:trPr>
          <w:cantSplit/>
          <w:tblHeader/>
          <w:jc w:val="center"/>
        </w:trPr>
        <w:tc>
          <w:tcPr>
            <w:tcW w:w="5953" w:type="dxa"/>
            <w:shd w:val="clear" w:color="auto" w:fill="FFFFFF"/>
            <w:vAlign w:val="center"/>
          </w:tcPr>
          <w:p w:rsidR="0022270F" w:rsidRPr="00B17CC9" w:rsidRDefault="00374C8A" w:rsidP="00B17CC9">
            <w:pPr>
              <w:jc w:val="both"/>
              <w:rPr>
                <w:rFonts w:cs="Times New Roman"/>
                <w:sz w:val="22"/>
              </w:rPr>
            </w:pPr>
            <w:proofErr w:type="spellStart"/>
            <w:r w:rsidRPr="00B17CC9">
              <w:rPr>
                <w:rFonts w:cs="Times New Roman"/>
                <w:b/>
                <w:color w:val="000000"/>
                <w:sz w:val="22"/>
              </w:rPr>
              <w:t>Denumirea</w:t>
            </w:r>
            <w:proofErr w:type="spellEnd"/>
            <w:r w:rsidRPr="00B17CC9">
              <w:rPr>
                <w:rFonts w:cs="Times New Roman"/>
                <w:b/>
                <w:color w:val="000000"/>
                <w:sz w:val="22"/>
              </w:rPr>
              <w:t xml:space="preserve"> </w:t>
            </w:r>
            <w:proofErr w:type="spellStart"/>
            <w:r w:rsidRPr="00B17CC9">
              <w:rPr>
                <w:rFonts w:cs="Times New Roman"/>
                <w:b/>
                <w:color w:val="000000"/>
                <w:sz w:val="22"/>
              </w:rPr>
              <w:t>instrumentului</w:t>
            </w:r>
            <w:proofErr w:type="spellEnd"/>
            <w:r w:rsidRPr="00B17CC9">
              <w:rPr>
                <w:rFonts w:cs="Times New Roman"/>
                <w:b/>
                <w:color w:val="000000"/>
                <w:sz w:val="22"/>
              </w:rPr>
              <w:t xml:space="preserve"> electronic</w:t>
            </w:r>
          </w:p>
        </w:tc>
        <w:tc>
          <w:tcPr>
            <w:tcW w:w="3515" w:type="dxa"/>
            <w:shd w:val="clear" w:color="auto" w:fill="FFFFFF"/>
            <w:vAlign w:val="center"/>
          </w:tcPr>
          <w:p w:rsidR="0022270F" w:rsidRPr="00B17CC9" w:rsidRDefault="00374C8A" w:rsidP="00B17CC9">
            <w:pPr>
              <w:jc w:val="both"/>
              <w:rPr>
                <w:rFonts w:cs="Times New Roman"/>
                <w:sz w:val="22"/>
              </w:rPr>
            </w:pPr>
            <w:r w:rsidRPr="00B17CC9">
              <w:rPr>
                <w:rFonts w:cs="Times New Roman"/>
                <w:b/>
                <w:color w:val="000000"/>
                <w:sz w:val="22"/>
              </w:rPr>
              <w:t xml:space="preserve">Se </w:t>
            </w:r>
            <w:proofErr w:type="spellStart"/>
            <w:r w:rsidRPr="00B17CC9">
              <w:rPr>
                <w:rFonts w:cs="Times New Roman"/>
                <w:b/>
                <w:color w:val="000000"/>
                <w:sz w:val="22"/>
              </w:rPr>
              <w:t>va</w:t>
            </w:r>
            <w:proofErr w:type="spellEnd"/>
            <w:r w:rsidRPr="00B17CC9">
              <w:rPr>
                <w:rFonts w:cs="Times New Roman"/>
                <w:b/>
                <w:color w:val="000000"/>
                <w:sz w:val="22"/>
              </w:rPr>
              <w:t xml:space="preserve"> </w:t>
            </w:r>
            <w:proofErr w:type="spellStart"/>
            <w:r w:rsidRPr="00B17CC9">
              <w:rPr>
                <w:rFonts w:cs="Times New Roman"/>
                <w:b/>
                <w:color w:val="000000"/>
                <w:sz w:val="22"/>
              </w:rPr>
              <w:t>utiliza</w:t>
            </w:r>
            <w:proofErr w:type="spellEnd"/>
            <w:r w:rsidRPr="00B17CC9">
              <w:rPr>
                <w:rFonts w:cs="Times New Roman"/>
                <w:b/>
                <w:color w:val="000000"/>
                <w:sz w:val="22"/>
              </w:rPr>
              <w:t>/</w:t>
            </w:r>
            <w:proofErr w:type="spellStart"/>
            <w:r w:rsidRPr="00B17CC9">
              <w:rPr>
                <w:rFonts w:cs="Times New Roman"/>
                <w:b/>
                <w:color w:val="000000"/>
                <w:sz w:val="22"/>
              </w:rPr>
              <w:t>accepta</w:t>
            </w:r>
            <w:proofErr w:type="spellEnd"/>
            <w:r w:rsidRPr="00B17CC9">
              <w:rPr>
                <w:rFonts w:cs="Times New Roman"/>
                <w:b/>
                <w:color w:val="000000"/>
                <w:sz w:val="22"/>
              </w:rPr>
              <w:t xml:space="preserve"> </w:t>
            </w:r>
            <w:proofErr w:type="spellStart"/>
            <w:r w:rsidRPr="00B17CC9">
              <w:rPr>
                <w:rFonts w:cs="Times New Roman"/>
                <w:b/>
                <w:color w:val="000000"/>
                <w:sz w:val="22"/>
              </w:rPr>
              <w:t>sau</w:t>
            </w:r>
            <w:proofErr w:type="spellEnd"/>
            <w:r w:rsidRPr="00B17CC9">
              <w:rPr>
                <w:rFonts w:cs="Times New Roman"/>
                <w:b/>
                <w:color w:val="000000"/>
                <w:sz w:val="22"/>
              </w:rPr>
              <w:t xml:space="preserve"> nu</w:t>
            </w:r>
          </w:p>
        </w:tc>
      </w:tr>
      <w:tr w:rsidR="0022270F" w:rsidRPr="00B17CC9">
        <w:trPr>
          <w:cantSplit/>
          <w:jc w:val="center"/>
        </w:trPr>
        <w:tc>
          <w:tcPr>
            <w:tcW w:w="595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depunerea</w:t>
            </w:r>
            <w:proofErr w:type="spellEnd"/>
            <w:r w:rsidRPr="00B17CC9">
              <w:rPr>
                <w:rFonts w:cs="Times New Roman"/>
                <w:color w:val="000000"/>
                <w:sz w:val="22"/>
              </w:rPr>
              <w:t xml:space="preserve"> </w:t>
            </w:r>
            <w:proofErr w:type="spellStart"/>
            <w:r w:rsidRPr="00B17CC9">
              <w:rPr>
                <w:rFonts w:cs="Times New Roman"/>
                <w:color w:val="000000"/>
                <w:sz w:val="22"/>
              </w:rPr>
              <w:t>electronică</w:t>
            </w:r>
            <w:proofErr w:type="spellEnd"/>
            <w:r w:rsidRPr="00B17CC9">
              <w:rPr>
                <w:rFonts w:cs="Times New Roman"/>
                <w:color w:val="000000"/>
                <w:sz w:val="22"/>
              </w:rPr>
              <w:t xml:space="preserve"> </w:t>
            </w:r>
            <w:proofErr w:type="gramStart"/>
            <w:r w:rsidRPr="00B17CC9">
              <w:rPr>
                <w:rFonts w:cs="Times New Roman"/>
                <w:color w:val="000000"/>
                <w:sz w:val="22"/>
              </w:rPr>
              <w:t>a</w:t>
            </w:r>
            <w:proofErr w:type="gramEnd"/>
            <w:r w:rsidRPr="00B17CC9">
              <w:rPr>
                <w:rFonts w:cs="Times New Roman"/>
                <w:color w:val="000000"/>
                <w:sz w:val="22"/>
              </w:rPr>
              <w:t xml:space="preserve"> </w:t>
            </w:r>
            <w:proofErr w:type="spellStart"/>
            <w:r w:rsidRPr="00B17CC9">
              <w:rPr>
                <w:rFonts w:cs="Times New Roman"/>
                <w:color w:val="000000"/>
                <w:sz w:val="22"/>
              </w:rPr>
              <w:t>ofertelor</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a </w:t>
            </w:r>
            <w:proofErr w:type="spellStart"/>
            <w:r w:rsidRPr="00B17CC9">
              <w:rPr>
                <w:rFonts w:cs="Times New Roman"/>
                <w:color w:val="000000"/>
                <w:sz w:val="22"/>
              </w:rPr>
              <w:t>cererilor</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p>
        </w:tc>
        <w:tc>
          <w:tcPr>
            <w:tcW w:w="3515"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Se </w:t>
            </w:r>
            <w:proofErr w:type="spellStart"/>
            <w:r w:rsidRPr="00B17CC9">
              <w:rPr>
                <w:rFonts w:cs="Times New Roman"/>
                <w:color w:val="000000"/>
                <w:sz w:val="22"/>
              </w:rPr>
              <w:t>acceptă</w:t>
            </w:r>
            <w:proofErr w:type="spellEnd"/>
          </w:p>
        </w:tc>
      </w:tr>
      <w:tr w:rsidR="0022270F" w:rsidRPr="00B17CC9">
        <w:trPr>
          <w:cantSplit/>
          <w:jc w:val="center"/>
        </w:trPr>
        <w:tc>
          <w:tcPr>
            <w:tcW w:w="595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sistemul</w:t>
            </w:r>
            <w:proofErr w:type="spellEnd"/>
            <w:r w:rsidRPr="00B17CC9">
              <w:rPr>
                <w:rFonts w:cs="Times New Roman"/>
                <w:color w:val="000000"/>
                <w:sz w:val="22"/>
              </w:rPr>
              <w:t xml:space="preserve"> de </w:t>
            </w:r>
            <w:proofErr w:type="spellStart"/>
            <w:r w:rsidRPr="00B17CC9">
              <w:rPr>
                <w:rFonts w:cs="Times New Roman"/>
                <w:color w:val="000000"/>
                <w:sz w:val="22"/>
              </w:rPr>
              <w:t>comenzi</w:t>
            </w:r>
            <w:proofErr w:type="spellEnd"/>
            <w:r w:rsidRPr="00B17CC9">
              <w:rPr>
                <w:rFonts w:cs="Times New Roman"/>
                <w:color w:val="000000"/>
                <w:sz w:val="22"/>
              </w:rPr>
              <w:t xml:space="preserve"> </w:t>
            </w:r>
            <w:proofErr w:type="spellStart"/>
            <w:r w:rsidRPr="00B17CC9">
              <w:rPr>
                <w:rFonts w:cs="Times New Roman"/>
                <w:color w:val="000000"/>
                <w:sz w:val="22"/>
              </w:rPr>
              <w:t>electronice</w:t>
            </w:r>
            <w:proofErr w:type="spellEnd"/>
          </w:p>
        </w:tc>
        <w:tc>
          <w:tcPr>
            <w:tcW w:w="3515"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Nu se </w:t>
            </w:r>
            <w:proofErr w:type="spellStart"/>
            <w:r w:rsidRPr="00B17CC9">
              <w:rPr>
                <w:rFonts w:cs="Times New Roman"/>
                <w:color w:val="000000"/>
                <w:sz w:val="22"/>
              </w:rPr>
              <w:t>acceptă</w:t>
            </w:r>
            <w:proofErr w:type="spellEnd"/>
          </w:p>
        </w:tc>
      </w:tr>
      <w:tr w:rsidR="0022270F" w:rsidRPr="00B17CC9">
        <w:trPr>
          <w:cantSplit/>
          <w:jc w:val="center"/>
        </w:trPr>
        <w:tc>
          <w:tcPr>
            <w:tcW w:w="595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facturarea</w:t>
            </w:r>
            <w:proofErr w:type="spellEnd"/>
            <w:r w:rsidRPr="00B17CC9">
              <w:rPr>
                <w:rFonts w:cs="Times New Roman"/>
                <w:color w:val="000000"/>
                <w:sz w:val="22"/>
              </w:rPr>
              <w:t xml:space="preserve"> </w:t>
            </w:r>
            <w:proofErr w:type="spellStart"/>
            <w:r w:rsidRPr="00B17CC9">
              <w:rPr>
                <w:rFonts w:cs="Times New Roman"/>
                <w:color w:val="000000"/>
                <w:sz w:val="22"/>
              </w:rPr>
              <w:t>electronică</w:t>
            </w:r>
            <w:proofErr w:type="spellEnd"/>
          </w:p>
        </w:tc>
        <w:tc>
          <w:tcPr>
            <w:tcW w:w="3515"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Se </w:t>
            </w:r>
            <w:proofErr w:type="spellStart"/>
            <w:r w:rsidRPr="00B17CC9">
              <w:rPr>
                <w:rFonts w:cs="Times New Roman"/>
                <w:color w:val="000000"/>
                <w:sz w:val="22"/>
              </w:rPr>
              <w:t>acceptă</w:t>
            </w:r>
            <w:proofErr w:type="spellEnd"/>
          </w:p>
        </w:tc>
      </w:tr>
      <w:tr w:rsidR="0022270F" w:rsidRPr="00B17CC9">
        <w:trPr>
          <w:cantSplit/>
          <w:jc w:val="center"/>
        </w:trPr>
        <w:tc>
          <w:tcPr>
            <w:tcW w:w="5953" w:type="dxa"/>
            <w:vAlign w:val="center"/>
          </w:tcPr>
          <w:p w:rsidR="0022270F" w:rsidRPr="00B17CC9" w:rsidRDefault="00374C8A" w:rsidP="00B17CC9">
            <w:pPr>
              <w:jc w:val="both"/>
              <w:rPr>
                <w:rFonts w:cs="Times New Roman"/>
                <w:sz w:val="22"/>
              </w:rPr>
            </w:pPr>
            <w:proofErr w:type="spellStart"/>
            <w:r w:rsidRPr="00B17CC9">
              <w:rPr>
                <w:rFonts w:cs="Times New Roman"/>
                <w:color w:val="000000"/>
                <w:sz w:val="22"/>
              </w:rPr>
              <w:t>plățile</w:t>
            </w:r>
            <w:proofErr w:type="spellEnd"/>
            <w:r w:rsidRPr="00B17CC9">
              <w:rPr>
                <w:rFonts w:cs="Times New Roman"/>
                <w:color w:val="000000"/>
                <w:sz w:val="22"/>
              </w:rPr>
              <w:t xml:space="preserve"> </w:t>
            </w:r>
            <w:proofErr w:type="spellStart"/>
            <w:r w:rsidRPr="00B17CC9">
              <w:rPr>
                <w:rFonts w:cs="Times New Roman"/>
                <w:color w:val="000000"/>
                <w:sz w:val="22"/>
              </w:rPr>
              <w:t>electronice</w:t>
            </w:r>
            <w:proofErr w:type="spellEnd"/>
          </w:p>
        </w:tc>
        <w:tc>
          <w:tcPr>
            <w:tcW w:w="3515" w:type="dxa"/>
            <w:vAlign w:val="center"/>
          </w:tcPr>
          <w:p w:rsidR="0022270F" w:rsidRPr="00B17CC9" w:rsidRDefault="00374C8A" w:rsidP="00B17CC9">
            <w:pPr>
              <w:jc w:val="both"/>
              <w:rPr>
                <w:rFonts w:cs="Times New Roman"/>
                <w:sz w:val="22"/>
              </w:rPr>
            </w:pPr>
            <w:r w:rsidRPr="00B17CC9">
              <w:rPr>
                <w:rFonts w:cs="Times New Roman"/>
                <w:color w:val="000000"/>
                <w:sz w:val="22"/>
              </w:rPr>
              <w:t xml:space="preserve">Se </w:t>
            </w:r>
            <w:proofErr w:type="spellStart"/>
            <w:r w:rsidRPr="00B17CC9">
              <w:rPr>
                <w:rFonts w:cs="Times New Roman"/>
                <w:color w:val="000000"/>
                <w:sz w:val="22"/>
              </w:rPr>
              <w:t>acceptă</w:t>
            </w:r>
            <w:proofErr w:type="spellEnd"/>
          </w:p>
        </w:tc>
      </w:tr>
    </w:tbl>
    <w:p w:rsidR="0022270F" w:rsidRPr="00B17CC9" w:rsidRDefault="00374C8A" w:rsidP="00B17CC9">
      <w:pPr>
        <w:jc w:val="both"/>
        <w:rPr>
          <w:rFonts w:cs="Times New Roman"/>
          <w:sz w:val="22"/>
        </w:rPr>
      </w:pPr>
      <w:r w:rsidRPr="00B17CC9">
        <w:rPr>
          <w:rFonts w:cs="Times New Roman"/>
          <w:b/>
          <w:color w:val="000000"/>
          <w:sz w:val="22"/>
        </w:rPr>
        <w:t xml:space="preserve">40. </w:t>
      </w:r>
      <w:proofErr w:type="spellStart"/>
      <w:r w:rsidRPr="00B17CC9">
        <w:rPr>
          <w:rFonts w:cs="Times New Roman"/>
          <w:b/>
          <w:color w:val="000000"/>
          <w:sz w:val="22"/>
        </w:rPr>
        <w:t>Contractul</w:t>
      </w:r>
      <w:proofErr w:type="spellEnd"/>
      <w:r w:rsidRPr="00B17CC9">
        <w:rPr>
          <w:rFonts w:cs="Times New Roman"/>
          <w:b/>
          <w:color w:val="000000"/>
          <w:sz w:val="22"/>
        </w:rPr>
        <w:t xml:space="preserve"> </w:t>
      </w:r>
      <w:proofErr w:type="spellStart"/>
      <w:r w:rsidRPr="00B17CC9">
        <w:rPr>
          <w:rFonts w:cs="Times New Roman"/>
          <w:b/>
          <w:color w:val="000000"/>
          <w:sz w:val="22"/>
        </w:rPr>
        <w:t>intră</w:t>
      </w:r>
      <w:proofErr w:type="spellEnd"/>
      <w:r w:rsidRPr="00B17CC9">
        <w:rPr>
          <w:rFonts w:cs="Times New Roman"/>
          <w:b/>
          <w:color w:val="000000"/>
          <w:sz w:val="22"/>
        </w:rPr>
        <w:t xml:space="preserve"> sub </w:t>
      </w:r>
      <w:proofErr w:type="spellStart"/>
      <w:r w:rsidRPr="00B17CC9">
        <w:rPr>
          <w:rFonts w:cs="Times New Roman"/>
          <w:b/>
          <w:color w:val="000000"/>
          <w:sz w:val="22"/>
        </w:rPr>
        <w:t>incidența</w:t>
      </w:r>
      <w:proofErr w:type="spellEnd"/>
      <w:r w:rsidRPr="00B17CC9">
        <w:rPr>
          <w:rFonts w:cs="Times New Roman"/>
          <w:b/>
          <w:color w:val="000000"/>
          <w:sz w:val="22"/>
        </w:rPr>
        <w:t xml:space="preserve"> </w:t>
      </w:r>
      <w:proofErr w:type="spellStart"/>
      <w:r w:rsidRPr="00B17CC9">
        <w:rPr>
          <w:rFonts w:cs="Times New Roman"/>
          <w:b/>
          <w:color w:val="000000"/>
          <w:sz w:val="22"/>
        </w:rPr>
        <w:t>Acordului</w:t>
      </w:r>
      <w:proofErr w:type="spellEnd"/>
      <w:r w:rsidRPr="00B17CC9">
        <w:rPr>
          <w:rFonts w:cs="Times New Roman"/>
          <w:b/>
          <w:color w:val="000000"/>
          <w:sz w:val="22"/>
        </w:rPr>
        <w:t xml:space="preserve"> </w:t>
      </w:r>
      <w:proofErr w:type="spellStart"/>
      <w:r w:rsidRPr="00B17CC9">
        <w:rPr>
          <w:rFonts w:cs="Times New Roman"/>
          <w:b/>
          <w:color w:val="000000"/>
          <w:sz w:val="22"/>
        </w:rPr>
        <w:t>privind</w:t>
      </w:r>
      <w:proofErr w:type="spellEnd"/>
      <w:r w:rsidRPr="00B17CC9">
        <w:rPr>
          <w:rFonts w:cs="Times New Roman"/>
          <w:b/>
          <w:color w:val="000000"/>
          <w:sz w:val="22"/>
        </w:rPr>
        <w:t xml:space="preserve"> </w:t>
      </w:r>
      <w:proofErr w:type="spellStart"/>
      <w:r w:rsidRPr="00B17CC9">
        <w:rPr>
          <w:rFonts w:cs="Times New Roman"/>
          <w:b/>
          <w:color w:val="000000"/>
          <w:sz w:val="22"/>
        </w:rPr>
        <w:t>achizițiile</w:t>
      </w:r>
      <w:proofErr w:type="spellEnd"/>
      <w:r w:rsidRPr="00B17CC9">
        <w:rPr>
          <w:rFonts w:cs="Times New Roman"/>
          <w:b/>
          <w:color w:val="000000"/>
          <w:sz w:val="22"/>
        </w:rPr>
        <w:t xml:space="preserve"> </w:t>
      </w:r>
      <w:proofErr w:type="spellStart"/>
      <w:r w:rsidRPr="00B17CC9">
        <w:rPr>
          <w:rFonts w:cs="Times New Roman"/>
          <w:b/>
          <w:color w:val="000000"/>
          <w:sz w:val="22"/>
        </w:rPr>
        <w:t>guvernamentale</w:t>
      </w:r>
      <w:proofErr w:type="spellEnd"/>
      <w:r w:rsidRPr="00B17CC9">
        <w:rPr>
          <w:rFonts w:cs="Times New Roman"/>
          <w:b/>
          <w:color w:val="000000"/>
          <w:sz w:val="22"/>
        </w:rPr>
        <w:t xml:space="preserve"> al OMC: </w:t>
      </w:r>
      <w:r w:rsidR="001B08D7" w:rsidRPr="00B17CC9">
        <w:rPr>
          <w:rFonts w:cs="Times New Roman"/>
          <w:color w:val="000000"/>
          <w:sz w:val="22"/>
        </w:rPr>
        <w:t>N</w:t>
      </w:r>
      <w:r w:rsidRPr="00B17CC9">
        <w:rPr>
          <w:rFonts w:cs="Times New Roman"/>
          <w:color w:val="000000"/>
          <w:sz w:val="22"/>
        </w:rPr>
        <w:t>u.</w:t>
      </w:r>
    </w:p>
    <w:p w:rsidR="006E0A3D" w:rsidRPr="00B17CC9" w:rsidRDefault="00374C8A" w:rsidP="00B17CC9">
      <w:pPr>
        <w:jc w:val="both"/>
        <w:rPr>
          <w:rFonts w:cs="Times New Roman"/>
          <w:sz w:val="22"/>
        </w:rPr>
      </w:pPr>
      <w:r w:rsidRPr="00B17CC9">
        <w:rPr>
          <w:rFonts w:cs="Times New Roman"/>
          <w:b/>
          <w:color w:val="000000"/>
          <w:sz w:val="22"/>
        </w:rPr>
        <w:t xml:space="preserve">41. Alte informații relevante: toate documentele depuse de participant vor fi semnate electronic. Cerințele tehnice complete sunt prevăzute în Anexa nr. 3, iar oferta de preț se completează în Anexa nr. 4. Formularele integrate în prezentul anunț fac parte din </w:t>
      </w:r>
      <w:proofErr w:type="spellStart"/>
      <w:r w:rsidRPr="00B17CC9">
        <w:rPr>
          <w:rFonts w:cs="Times New Roman"/>
          <w:b/>
          <w:color w:val="000000"/>
          <w:sz w:val="22"/>
        </w:rPr>
        <w:t>documentația</w:t>
      </w:r>
      <w:proofErr w:type="spellEnd"/>
      <w:r w:rsidRPr="00B17CC9">
        <w:rPr>
          <w:rFonts w:cs="Times New Roman"/>
          <w:b/>
          <w:color w:val="000000"/>
          <w:sz w:val="22"/>
        </w:rPr>
        <w:t xml:space="preserve"> de </w:t>
      </w:r>
      <w:proofErr w:type="spellStart"/>
      <w:r w:rsidRPr="00B17CC9">
        <w:rPr>
          <w:rFonts w:cs="Times New Roman"/>
          <w:b/>
          <w:color w:val="000000"/>
          <w:sz w:val="22"/>
        </w:rPr>
        <w:t>atribuire</w:t>
      </w:r>
      <w:proofErr w:type="spellEnd"/>
      <w:r w:rsidRPr="00B17CC9">
        <w:rPr>
          <w:rFonts w:cs="Times New Roman"/>
          <w:b/>
          <w:color w:val="000000"/>
          <w:sz w:val="22"/>
        </w:rPr>
        <w:t>.</w:t>
      </w:r>
    </w:p>
    <w:p w:rsidR="00A20347" w:rsidRPr="00B17CC9" w:rsidRDefault="00A20347" w:rsidP="00B17CC9">
      <w:pPr>
        <w:jc w:val="both"/>
        <w:rPr>
          <w:rFonts w:cs="Times New Roman"/>
          <w:b/>
          <w:sz w:val="22"/>
        </w:rPr>
      </w:pPr>
    </w:p>
    <w:p w:rsidR="00BD4525" w:rsidRPr="00B17CC9" w:rsidRDefault="00374C8A" w:rsidP="00B17CC9">
      <w:pPr>
        <w:jc w:val="both"/>
        <w:rPr>
          <w:rFonts w:cs="Times New Roman"/>
          <w:sz w:val="22"/>
        </w:rPr>
      </w:pPr>
      <w:proofErr w:type="spellStart"/>
      <w:r w:rsidRPr="00B17CC9">
        <w:rPr>
          <w:rFonts w:cs="Times New Roman"/>
          <w:b/>
          <w:color w:val="000000"/>
          <w:sz w:val="22"/>
        </w:rPr>
        <w:t>Conducătorul</w:t>
      </w:r>
      <w:proofErr w:type="spellEnd"/>
      <w:r w:rsidRPr="00B17CC9">
        <w:rPr>
          <w:rFonts w:cs="Times New Roman"/>
          <w:b/>
          <w:color w:val="000000"/>
          <w:sz w:val="22"/>
        </w:rPr>
        <w:t xml:space="preserve"> </w:t>
      </w:r>
      <w:proofErr w:type="spellStart"/>
      <w:r w:rsidRPr="00B17CC9">
        <w:rPr>
          <w:rFonts w:cs="Times New Roman"/>
          <w:b/>
          <w:color w:val="000000"/>
          <w:sz w:val="22"/>
        </w:rPr>
        <w:t>grupului</w:t>
      </w:r>
      <w:proofErr w:type="spellEnd"/>
      <w:r w:rsidRPr="00B17CC9">
        <w:rPr>
          <w:rFonts w:cs="Times New Roman"/>
          <w:b/>
          <w:color w:val="000000"/>
          <w:sz w:val="22"/>
        </w:rPr>
        <w:t xml:space="preserve"> de </w:t>
      </w:r>
      <w:proofErr w:type="spellStart"/>
      <w:r w:rsidRPr="00B17CC9">
        <w:rPr>
          <w:rFonts w:cs="Times New Roman"/>
          <w:b/>
          <w:color w:val="000000"/>
          <w:sz w:val="22"/>
        </w:rPr>
        <w:t>lucru</w:t>
      </w:r>
      <w:proofErr w:type="spellEnd"/>
      <w:r w:rsidRPr="00B17CC9">
        <w:rPr>
          <w:rFonts w:cs="Times New Roman"/>
          <w:b/>
          <w:color w:val="000000"/>
          <w:sz w:val="22"/>
        </w:rPr>
        <w:t xml:space="preserve">: </w:t>
      </w:r>
      <w:r w:rsidRPr="00B17CC9">
        <w:rPr>
          <w:rFonts w:cs="Times New Roman"/>
          <w:color w:val="000000"/>
          <w:sz w:val="22"/>
        </w:rPr>
        <w:t xml:space="preserve">________________________ </w:t>
      </w:r>
      <w:r w:rsidR="000B6594" w:rsidRPr="00B17CC9">
        <w:rPr>
          <w:rFonts w:cs="Times New Roman"/>
          <w:color w:val="000000"/>
          <w:sz w:val="22"/>
        </w:rPr>
        <w:tab/>
      </w:r>
      <w:r w:rsidR="00BD4525" w:rsidRPr="00B17CC9">
        <w:rPr>
          <w:rFonts w:cs="Times New Roman"/>
          <w:color w:val="000000"/>
          <w:sz w:val="22"/>
        </w:rPr>
        <w:t>Nicolae JELAMSCHI</w:t>
      </w: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0D7818" w:rsidRPr="00B17CC9" w:rsidRDefault="000D7818" w:rsidP="00B17CC9">
      <w:pPr>
        <w:jc w:val="both"/>
        <w:rPr>
          <w:rFonts w:cs="Times New Roman"/>
          <w:sz w:val="22"/>
        </w:rPr>
      </w:pPr>
    </w:p>
    <w:p w:rsidR="0022270F" w:rsidRPr="00B17CC9" w:rsidRDefault="00374C8A" w:rsidP="00B17CC9">
      <w:pPr>
        <w:jc w:val="both"/>
        <w:rPr>
          <w:rFonts w:cs="Times New Roman"/>
          <w:sz w:val="22"/>
        </w:rPr>
      </w:pPr>
      <w:r w:rsidRPr="00B17CC9">
        <w:rPr>
          <w:rFonts w:cs="Times New Roman"/>
          <w:color w:val="000000"/>
          <w:sz w:val="22"/>
        </w:rPr>
        <w:t>Executor: Vladimir Vornic</w:t>
      </w:r>
    </w:p>
    <w:p w:rsidR="0022270F" w:rsidRPr="00B17CC9" w:rsidRDefault="00374C8A" w:rsidP="00B17CC9">
      <w:pPr>
        <w:jc w:val="both"/>
        <w:rPr>
          <w:rFonts w:cs="Times New Roman"/>
          <w:sz w:val="22"/>
        </w:rPr>
      </w:pPr>
      <w:r w:rsidRPr="00B17CC9">
        <w:rPr>
          <w:rFonts w:cs="Times New Roman"/>
          <w:color w:val="000000"/>
          <w:sz w:val="22"/>
        </w:rPr>
        <w:t>Tel.: 067493406</w:t>
      </w:r>
    </w:p>
    <w:p w:rsidR="00BD4525" w:rsidRPr="00B17CC9" w:rsidRDefault="00374C8A" w:rsidP="00B17CC9">
      <w:pPr>
        <w:jc w:val="both"/>
        <w:rPr>
          <w:rStyle w:val="Hyperlink"/>
          <w:rFonts w:cs="Times New Roman"/>
          <w:sz w:val="22"/>
        </w:rPr>
        <w:sectPr w:rsidR="00BD4525" w:rsidRPr="00B17CC9" w:rsidSect="00924ED0">
          <w:type w:val="continuous"/>
          <w:pgSz w:w="11906" w:h="16838"/>
          <w:pgMar w:top="1134" w:right="850" w:bottom="1134" w:left="1701" w:header="709" w:footer="709" w:gutter="0"/>
          <w:cols w:space="720"/>
          <w:docGrid w:linePitch="326"/>
        </w:sectPr>
      </w:pPr>
      <w:r w:rsidRPr="00B17CC9">
        <w:rPr>
          <w:rFonts w:cs="Times New Roman"/>
          <w:color w:val="000000"/>
          <w:sz w:val="22"/>
        </w:rPr>
        <w:t xml:space="preserve">e-mail: </w:t>
      </w:r>
      <w:hyperlink r:id="rId7" w:history="1">
        <w:r w:rsidR="000D7818" w:rsidRPr="00B17CC9">
          <w:rPr>
            <w:rStyle w:val="Hyperlink"/>
            <w:rFonts w:cs="Times New Roman"/>
            <w:color w:val="000000"/>
            <w:sz w:val="22"/>
          </w:rPr>
          <w:t>achizitii@ansp.gov.md</w:t>
        </w:r>
      </w:hyperlink>
      <w:r w:rsidR="000D7818" w:rsidRPr="00B17CC9">
        <w:rPr>
          <w:rFonts w:cs="Times New Roman"/>
          <w:color w:val="000000"/>
          <w:sz w:val="22"/>
        </w:rPr>
        <w:t xml:space="preserve"> </w:t>
      </w:r>
    </w:p>
    <w:p w:rsidR="00B17CC9" w:rsidRPr="00B17CC9" w:rsidRDefault="00B17CC9" w:rsidP="00B17CC9">
      <w:pPr>
        <w:jc w:val="both"/>
        <w:rPr>
          <w:rFonts w:cs="Times New Roman"/>
          <w:bCs/>
          <w:color w:val="000000"/>
          <w:sz w:val="22"/>
        </w:rPr>
      </w:pPr>
    </w:p>
    <w:p w:rsidR="00B17CC9" w:rsidRPr="00B17CC9" w:rsidRDefault="00B17CC9" w:rsidP="00B17CC9">
      <w:pPr>
        <w:jc w:val="both"/>
        <w:rPr>
          <w:rFonts w:cs="Times New Roman"/>
          <w:bCs/>
          <w:color w:val="000000"/>
          <w:sz w:val="22"/>
        </w:rPr>
      </w:pPr>
    </w:p>
    <w:p w:rsidR="00BD4525" w:rsidRPr="00B17CC9" w:rsidRDefault="00BD4525" w:rsidP="00B17CC9">
      <w:pPr>
        <w:jc w:val="both"/>
        <w:rPr>
          <w:rFonts w:cs="Times New Roman"/>
          <w:bCs/>
          <w:sz w:val="22"/>
        </w:rPr>
      </w:pPr>
      <w:proofErr w:type="spellStart"/>
      <w:r w:rsidRPr="00B17CC9">
        <w:rPr>
          <w:rFonts w:cs="Times New Roman"/>
          <w:bCs/>
          <w:color w:val="000000"/>
          <w:sz w:val="22"/>
        </w:rPr>
        <w:t>Anexa</w:t>
      </w:r>
      <w:proofErr w:type="spellEnd"/>
      <w:r w:rsidRPr="00B17CC9">
        <w:rPr>
          <w:rFonts w:cs="Times New Roman"/>
          <w:bCs/>
          <w:color w:val="000000"/>
          <w:sz w:val="22"/>
        </w:rPr>
        <w:t xml:space="preserve"> nr. 1</w:t>
      </w:r>
    </w:p>
    <w:p w:rsidR="00BD4525" w:rsidRPr="00B17CC9" w:rsidRDefault="00BD4525" w:rsidP="00B17CC9">
      <w:pPr>
        <w:jc w:val="both"/>
        <w:rPr>
          <w:rFonts w:cs="Times New Roman"/>
          <w:sz w:val="22"/>
        </w:rPr>
      </w:pPr>
      <w:r w:rsidRPr="00B17CC9">
        <w:rPr>
          <w:rFonts w:cs="Times New Roman"/>
          <w:b/>
          <w:color w:val="000000"/>
          <w:sz w:val="22"/>
        </w:rPr>
        <w:t>CERERE DE PARTICIPARE</w:t>
      </w:r>
    </w:p>
    <w:p w:rsidR="00BD4525" w:rsidRPr="00B17CC9" w:rsidRDefault="00BD4525" w:rsidP="00B17CC9">
      <w:pPr>
        <w:jc w:val="both"/>
        <w:rPr>
          <w:rFonts w:cs="Times New Roman"/>
          <w:sz w:val="22"/>
        </w:rPr>
      </w:pPr>
      <w:proofErr w:type="spellStart"/>
      <w:r w:rsidRPr="00B17CC9">
        <w:rPr>
          <w:rFonts w:cs="Times New Roman"/>
          <w:color w:val="000000"/>
          <w:sz w:val="22"/>
        </w:rPr>
        <w:t>Către</w:t>
      </w:r>
      <w:proofErr w:type="spellEnd"/>
      <w:r w:rsidRPr="00B17CC9">
        <w:rPr>
          <w:rFonts w:cs="Times New Roman"/>
          <w:color w:val="000000"/>
          <w:sz w:val="22"/>
        </w:rPr>
        <w:t xml:space="preserve"> </w:t>
      </w:r>
      <w:proofErr w:type="spellStart"/>
      <w:r w:rsidRPr="00B17CC9">
        <w:rPr>
          <w:rFonts w:cs="Times New Roman"/>
          <w:color w:val="000000"/>
          <w:sz w:val="22"/>
        </w:rPr>
        <w:t>Agenția</w:t>
      </w:r>
      <w:proofErr w:type="spellEnd"/>
      <w:r w:rsidRPr="00B17CC9">
        <w:rPr>
          <w:rFonts w:cs="Times New Roman"/>
          <w:color w:val="000000"/>
          <w:sz w:val="22"/>
        </w:rPr>
        <w:t xml:space="preserve"> </w:t>
      </w:r>
      <w:proofErr w:type="spellStart"/>
      <w:r w:rsidRPr="00B17CC9">
        <w:rPr>
          <w:rFonts w:cs="Times New Roman"/>
          <w:color w:val="000000"/>
          <w:sz w:val="22"/>
        </w:rPr>
        <w:t>Națională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Sănătate</w:t>
      </w:r>
      <w:proofErr w:type="spellEnd"/>
      <w:r w:rsidRPr="00B17CC9">
        <w:rPr>
          <w:rFonts w:cs="Times New Roman"/>
          <w:color w:val="000000"/>
          <w:sz w:val="22"/>
        </w:rPr>
        <w:t xml:space="preserve"> </w:t>
      </w:r>
      <w:proofErr w:type="spellStart"/>
      <w:r w:rsidRPr="00B17CC9">
        <w:rPr>
          <w:rFonts w:cs="Times New Roman"/>
          <w:color w:val="000000"/>
          <w:sz w:val="22"/>
        </w:rPr>
        <w:t>Publică</w:t>
      </w:r>
      <w:proofErr w:type="spellEnd"/>
      <w:r w:rsidRPr="00B17CC9">
        <w:rPr>
          <w:rFonts w:cs="Times New Roman"/>
          <w:color w:val="000000"/>
          <w:sz w:val="22"/>
        </w:rPr>
        <w:t xml:space="preserve">, </w:t>
      </w:r>
      <w:proofErr w:type="spellStart"/>
      <w:r w:rsidRPr="00B17CC9">
        <w:rPr>
          <w:rFonts w:cs="Times New Roman"/>
          <w:color w:val="000000"/>
          <w:sz w:val="22"/>
        </w:rPr>
        <w:t>mun</w:t>
      </w:r>
      <w:proofErr w:type="spellEnd"/>
      <w:r w:rsidRPr="00B17CC9">
        <w:rPr>
          <w:rFonts w:cs="Times New Roman"/>
          <w:color w:val="000000"/>
          <w:sz w:val="22"/>
        </w:rPr>
        <w:t xml:space="preserve">. </w:t>
      </w:r>
      <w:proofErr w:type="spellStart"/>
      <w:r w:rsidRPr="00B17CC9">
        <w:rPr>
          <w:rFonts w:cs="Times New Roman"/>
          <w:color w:val="000000"/>
          <w:sz w:val="22"/>
        </w:rPr>
        <w:t>Chișinău</w:t>
      </w:r>
      <w:proofErr w:type="spellEnd"/>
      <w:r w:rsidRPr="00B17CC9">
        <w:rPr>
          <w:rFonts w:cs="Times New Roman"/>
          <w:color w:val="000000"/>
          <w:sz w:val="22"/>
        </w:rPr>
        <w:t xml:space="preserve">, str. </w:t>
      </w:r>
      <w:proofErr w:type="spellStart"/>
      <w:r w:rsidRPr="00B17CC9">
        <w:rPr>
          <w:rFonts w:cs="Times New Roman"/>
          <w:color w:val="000000"/>
          <w:sz w:val="22"/>
        </w:rPr>
        <w:t>Gh</w:t>
      </w:r>
      <w:proofErr w:type="spellEnd"/>
      <w:r w:rsidRPr="00B17CC9">
        <w:rPr>
          <w:rFonts w:cs="Times New Roman"/>
          <w:color w:val="000000"/>
          <w:sz w:val="22"/>
        </w:rPr>
        <w:t xml:space="preserve">. </w:t>
      </w:r>
      <w:proofErr w:type="spellStart"/>
      <w:r w:rsidRPr="00B17CC9">
        <w:rPr>
          <w:rFonts w:cs="Times New Roman"/>
          <w:color w:val="000000"/>
          <w:sz w:val="22"/>
        </w:rPr>
        <w:t>Asachi</w:t>
      </w:r>
      <w:proofErr w:type="spellEnd"/>
      <w:r w:rsidRPr="00B17CC9">
        <w:rPr>
          <w:rFonts w:cs="Times New Roman"/>
          <w:color w:val="000000"/>
          <w:sz w:val="22"/>
        </w:rPr>
        <w:t>, 67 A</w:t>
      </w:r>
    </w:p>
    <w:p w:rsidR="00BD4525" w:rsidRPr="00B17CC9" w:rsidRDefault="00BD4525" w:rsidP="00B17CC9">
      <w:pPr>
        <w:jc w:val="both"/>
        <w:rPr>
          <w:rFonts w:cs="Times New Roman"/>
          <w:sz w:val="22"/>
        </w:rPr>
      </w:pPr>
      <w:proofErr w:type="spellStart"/>
      <w:r w:rsidRPr="00B17CC9">
        <w:rPr>
          <w:rFonts w:cs="Times New Roman"/>
          <w:color w:val="000000"/>
          <w:sz w:val="22"/>
        </w:rPr>
        <w:t>Stimaţi</w:t>
      </w:r>
      <w:proofErr w:type="spellEnd"/>
      <w:r w:rsidRPr="00B17CC9">
        <w:rPr>
          <w:rFonts w:cs="Times New Roman"/>
          <w:color w:val="000000"/>
          <w:sz w:val="22"/>
        </w:rPr>
        <w:t xml:space="preserve"> </w:t>
      </w:r>
      <w:proofErr w:type="spellStart"/>
      <w:r w:rsidRPr="00B17CC9">
        <w:rPr>
          <w:rFonts w:cs="Times New Roman"/>
          <w:color w:val="000000"/>
          <w:sz w:val="22"/>
        </w:rPr>
        <w:t>domni</w:t>
      </w:r>
      <w:proofErr w:type="spellEnd"/>
      <w:r w:rsidRPr="00B17CC9">
        <w:rPr>
          <w:rFonts w:cs="Times New Roman"/>
          <w:color w:val="000000"/>
          <w:sz w:val="22"/>
        </w:rPr>
        <w:t>,</w:t>
      </w:r>
    </w:p>
    <w:p w:rsidR="00BD4525" w:rsidRPr="00B17CC9" w:rsidRDefault="00BD4525" w:rsidP="00B17CC9">
      <w:pPr>
        <w:jc w:val="both"/>
        <w:rPr>
          <w:rFonts w:cs="Times New Roman"/>
          <w:sz w:val="22"/>
        </w:rPr>
      </w:pPr>
      <w:r w:rsidRPr="00B17CC9">
        <w:rPr>
          <w:rFonts w:cs="Times New Roman"/>
          <w:color w:val="000000"/>
          <w:sz w:val="22"/>
        </w:rPr>
        <w:t xml:space="preserve">Ca urmare a invitației de participare din [ziua/luna/anul], privind aplicarea procedurii pentru atribuirea contractului „Consumabile de laborator”, noi [denumirea/numele ofertantului/candidatului], am luat cunoştinţă de condițiile și cerințele expuse în documentația de atribuire și exprimăm prin prezenta interesul de a participa, în calitate de ofertant/candidat, neavând obiecții la </w:t>
      </w:r>
      <w:proofErr w:type="spellStart"/>
      <w:r w:rsidRPr="00B17CC9">
        <w:rPr>
          <w:rFonts w:cs="Times New Roman"/>
          <w:color w:val="000000"/>
          <w:sz w:val="22"/>
        </w:rPr>
        <w:t>documentația</w:t>
      </w:r>
      <w:proofErr w:type="spellEnd"/>
      <w:r w:rsidRPr="00B17CC9">
        <w:rPr>
          <w:rFonts w:cs="Times New Roman"/>
          <w:color w:val="000000"/>
          <w:sz w:val="22"/>
        </w:rPr>
        <w:t xml:space="preserve"> de </w:t>
      </w:r>
      <w:proofErr w:type="spellStart"/>
      <w:r w:rsidRPr="00B17CC9">
        <w:rPr>
          <w:rFonts w:cs="Times New Roman"/>
          <w:color w:val="000000"/>
          <w:sz w:val="22"/>
        </w:rPr>
        <w:t>atribuire</w:t>
      </w:r>
      <w:proofErr w:type="spellEnd"/>
      <w:r w:rsidRPr="00B17CC9">
        <w:rPr>
          <w:rFonts w:cs="Times New Roman"/>
          <w:color w:val="000000"/>
          <w:sz w:val="22"/>
        </w:rPr>
        <w:t>.</w:t>
      </w:r>
    </w:p>
    <w:p w:rsidR="00BD4525" w:rsidRPr="00B17CC9" w:rsidRDefault="00BD4525" w:rsidP="00B17CC9">
      <w:pPr>
        <w:jc w:val="both"/>
        <w:rPr>
          <w:rFonts w:cs="Times New Roman"/>
          <w:sz w:val="22"/>
        </w:rPr>
      </w:pPr>
      <w:r w:rsidRPr="00B17CC9">
        <w:rPr>
          <w:rFonts w:cs="Times New Roman"/>
          <w:color w:val="000000"/>
          <w:sz w:val="22"/>
        </w:rPr>
        <w:t xml:space="preserve">Data </w:t>
      </w:r>
      <w:proofErr w:type="spellStart"/>
      <w:r w:rsidRPr="00B17CC9">
        <w:rPr>
          <w:rFonts w:cs="Times New Roman"/>
          <w:color w:val="000000"/>
          <w:sz w:val="22"/>
        </w:rPr>
        <w:t>completării</w:t>
      </w:r>
      <w:proofErr w:type="spellEnd"/>
      <w:r w:rsidRPr="00B17CC9">
        <w:rPr>
          <w:rFonts w:cs="Times New Roman"/>
          <w:color w:val="000000"/>
          <w:sz w:val="22"/>
        </w:rPr>
        <w:t xml:space="preserve"> [data]</w:t>
      </w:r>
    </w:p>
    <w:p w:rsidR="00BD4525" w:rsidRPr="00B17CC9" w:rsidRDefault="00BD4525" w:rsidP="00B17CC9">
      <w:pPr>
        <w:jc w:val="both"/>
        <w:rPr>
          <w:rFonts w:cs="Times New Roman"/>
          <w:sz w:val="22"/>
        </w:rPr>
      </w:pPr>
      <w:r w:rsidRPr="00B17CC9">
        <w:rPr>
          <w:rFonts w:cs="Times New Roman"/>
          <w:color w:val="000000"/>
          <w:sz w:val="22"/>
        </w:rPr>
        <w:t xml:space="preserve">Cu </w:t>
      </w:r>
      <w:proofErr w:type="spellStart"/>
      <w:r w:rsidRPr="00B17CC9">
        <w:rPr>
          <w:rFonts w:cs="Times New Roman"/>
          <w:color w:val="000000"/>
          <w:sz w:val="22"/>
        </w:rPr>
        <w:t>stimă</w:t>
      </w:r>
      <w:proofErr w:type="spellEnd"/>
      <w:r w:rsidRPr="00B17CC9">
        <w:rPr>
          <w:rFonts w:cs="Times New Roman"/>
          <w:color w:val="000000"/>
          <w:sz w:val="22"/>
        </w:rPr>
        <w:t>,</w:t>
      </w:r>
    </w:p>
    <w:p w:rsidR="00BD4525" w:rsidRPr="00B17CC9" w:rsidRDefault="00BD4525" w:rsidP="00B17CC9">
      <w:pPr>
        <w:jc w:val="both"/>
        <w:rPr>
          <w:rFonts w:cs="Times New Roman"/>
          <w:sz w:val="22"/>
        </w:rPr>
      </w:pPr>
      <w:proofErr w:type="spellStart"/>
      <w:r w:rsidRPr="00B17CC9">
        <w:rPr>
          <w:rFonts w:cs="Times New Roman"/>
          <w:color w:val="000000"/>
          <w:sz w:val="22"/>
        </w:rPr>
        <w:t>Ofertant</w:t>
      </w:r>
      <w:proofErr w:type="spellEnd"/>
      <w:r w:rsidRPr="00B17CC9">
        <w:rPr>
          <w:rFonts w:cs="Times New Roman"/>
          <w:color w:val="000000"/>
          <w:sz w:val="22"/>
        </w:rPr>
        <w:t>/</w:t>
      </w:r>
      <w:proofErr w:type="spellStart"/>
      <w:r w:rsidRPr="00B17CC9">
        <w:rPr>
          <w:rFonts w:cs="Times New Roman"/>
          <w:color w:val="000000"/>
          <w:sz w:val="22"/>
        </w:rPr>
        <w:t>candidat</w:t>
      </w:r>
      <w:proofErr w:type="spellEnd"/>
      <w:r w:rsidRPr="00B17CC9">
        <w:rPr>
          <w:rFonts w:cs="Times New Roman"/>
          <w:color w:val="000000"/>
          <w:sz w:val="22"/>
        </w:rPr>
        <w:t xml:space="preserve"> [</w:t>
      </w:r>
      <w:proofErr w:type="spellStart"/>
      <w:r w:rsidRPr="00B17CC9">
        <w:rPr>
          <w:rFonts w:cs="Times New Roman"/>
          <w:color w:val="000000"/>
          <w:sz w:val="22"/>
        </w:rPr>
        <w:t>denumirea</w:t>
      </w:r>
      <w:proofErr w:type="spellEnd"/>
      <w:r w:rsidRPr="00B17CC9">
        <w:rPr>
          <w:rFonts w:cs="Times New Roman"/>
          <w:color w:val="000000"/>
          <w:sz w:val="22"/>
        </w:rPr>
        <w:t xml:space="preserve"> </w:t>
      </w:r>
      <w:proofErr w:type="spellStart"/>
      <w:r w:rsidRPr="00B17CC9">
        <w:rPr>
          <w:rFonts w:cs="Times New Roman"/>
          <w:color w:val="000000"/>
          <w:sz w:val="22"/>
        </w:rPr>
        <w:t>operatorului</w:t>
      </w:r>
      <w:proofErr w:type="spellEnd"/>
      <w:r w:rsidRPr="00B17CC9">
        <w:rPr>
          <w:rFonts w:cs="Times New Roman"/>
          <w:color w:val="000000"/>
          <w:sz w:val="22"/>
        </w:rPr>
        <w:t xml:space="preserve"> economic]</w:t>
      </w:r>
    </w:p>
    <w:p w:rsidR="00BD4525" w:rsidRPr="00B17CC9" w:rsidRDefault="00BD4525" w:rsidP="00B17CC9">
      <w:pPr>
        <w:jc w:val="both"/>
        <w:rPr>
          <w:rFonts w:cs="Times New Roman"/>
          <w:sz w:val="22"/>
        </w:rPr>
      </w:pPr>
      <w:r w:rsidRPr="00B17CC9">
        <w:rPr>
          <w:rFonts w:cs="Times New Roman"/>
          <w:color w:val="000000"/>
          <w:sz w:val="22"/>
        </w:rPr>
        <w:t>[</w:t>
      </w:r>
      <w:proofErr w:type="spellStart"/>
      <w:r w:rsidRPr="00B17CC9">
        <w:rPr>
          <w:rFonts w:cs="Times New Roman"/>
          <w:color w:val="000000"/>
          <w:sz w:val="22"/>
        </w:rPr>
        <w:t>semnătura</w:t>
      </w:r>
      <w:proofErr w:type="spellEnd"/>
      <w:r w:rsidRPr="00B17CC9">
        <w:rPr>
          <w:rFonts w:cs="Times New Roman"/>
          <w:color w:val="000000"/>
          <w:sz w:val="22"/>
        </w:rPr>
        <w:t xml:space="preserve"> </w:t>
      </w:r>
      <w:proofErr w:type="spellStart"/>
      <w:r w:rsidRPr="00B17CC9">
        <w:rPr>
          <w:rFonts w:cs="Times New Roman"/>
          <w:color w:val="000000"/>
          <w:sz w:val="22"/>
        </w:rPr>
        <w:t>autorizată</w:t>
      </w:r>
      <w:proofErr w:type="spellEnd"/>
      <w:r w:rsidRPr="00B17CC9">
        <w:rPr>
          <w:rFonts w:cs="Times New Roman"/>
          <w:color w:val="000000"/>
          <w:sz w:val="22"/>
        </w:rPr>
        <w:t>]</w:t>
      </w:r>
    </w:p>
    <w:p w:rsidR="004D7ED4" w:rsidRPr="00B17CC9" w:rsidRDefault="004D7ED4" w:rsidP="00B17CC9">
      <w:pPr>
        <w:jc w:val="both"/>
        <w:rPr>
          <w:rStyle w:val="Hyperlink"/>
          <w:rFonts w:cs="Times New Roman"/>
          <w:color w:val="auto"/>
          <w:sz w:val="22"/>
          <w:u w:val="none"/>
        </w:rPr>
      </w:pPr>
    </w:p>
    <w:p w:rsidR="004D7ED4" w:rsidRPr="00B17CC9" w:rsidRDefault="004D7ED4" w:rsidP="00B17CC9">
      <w:pPr>
        <w:jc w:val="both"/>
        <w:rPr>
          <w:rStyle w:val="Hyperlink"/>
          <w:rFonts w:cs="Times New Roman"/>
          <w:color w:val="auto"/>
          <w:sz w:val="22"/>
          <w:u w:val="none"/>
        </w:rPr>
        <w:sectPr w:rsidR="004D7ED4" w:rsidRPr="00B17CC9" w:rsidSect="00924ED0">
          <w:type w:val="continuous"/>
          <w:pgSz w:w="11906" w:h="16838"/>
          <w:pgMar w:top="1134" w:right="850" w:bottom="1134" w:left="1701" w:header="709" w:footer="709" w:gutter="0"/>
          <w:cols w:space="720"/>
          <w:docGrid w:linePitch="326"/>
        </w:sectPr>
      </w:pPr>
    </w:p>
    <w:p w:rsidR="004D7ED4" w:rsidRPr="00B17CC9" w:rsidRDefault="004D7ED4" w:rsidP="00B17CC9">
      <w:pPr>
        <w:jc w:val="right"/>
        <w:rPr>
          <w:rFonts w:cs="Times New Roman"/>
          <w:bCs/>
          <w:sz w:val="22"/>
        </w:rPr>
      </w:pPr>
    </w:p>
    <w:p w:rsidR="00924ED0" w:rsidRPr="00B17CC9" w:rsidRDefault="004D7ED4" w:rsidP="00B17CC9">
      <w:pPr>
        <w:jc w:val="right"/>
        <w:rPr>
          <w:rFonts w:cs="Times New Roman"/>
          <w:bCs/>
          <w:sz w:val="22"/>
        </w:rPr>
      </w:pPr>
      <w:proofErr w:type="spellStart"/>
      <w:r w:rsidRPr="00B17CC9">
        <w:rPr>
          <w:rFonts w:cs="Times New Roman"/>
          <w:bCs/>
          <w:color w:val="000000"/>
          <w:sz w:val="22"/>
        </w:rPr>
        <w:t>A</w:t>
      </w:r>
      <w:r w:rsidR="00924ED0" w:rsidRPr="00B17CC9">
        <w:rPr>
          <w:rFonts w:cs="Times New Roman"/>
          <w:bCs/>
          <w:color w:val="000000"/>
          <w:sz w:val="22"/>
        </w:rPr>
        <w:t>nexa</w:t>
      </w:r>
      <w:proofErr w:type="spellEnd"/>
      <w:r w:rsidR="00924ED0" w:rsidRPr="00B17CC9">
        <w:rPr>
          <w:rFonts w:cs="Times New Roman"/>
          <w:bCs/>
          <w:color w:val="000000"/>
          <w:sz w:val="22"/>
        </w:rPr>
        <w:t xml:space="preserve"> nr. </w:t>
      </w:r>
      <w:r w:rsidR="00AE0995" w:rsidRPr="00B17CC9">
        <w:rPr>
          <w:rFonts w:cs="Times New Roman"/>
          <w:bCs/>
          <w:color w:val="000000"/>
          <w:sz w:val="22"/>
        </w:rPr>
        <w:t>2</w:t>
      </w:r>
    </w:p>
    <w:p w:rsidR="00924ED0" w:rsidRPr="00B17CC9" w:rsidRDefault="00924ED0" w:rsidP="00B17CC9">
      <w:pPr>
        <w:jc w:val="right"/>
        <w:rPr>
          <w:rFonts w:cs="Times New Roman"/>
          <w:b/>
          <w:sz w:val="22"/>
        </w:rPr>
      </w:pPr>
    </w:p>
    <w:p w:rsidR="00924ED0" w:rsidRPr="00B17CC9" w:rsidRDefault="00924ED0" w:rsidP="00B17CC9">
      <w:pPr>
        <w:jc w:val="right"/>
        <w:rPr>
          <w:rFonts w:cs="Times New Roman"/>
          <w:sz w:val="22"/>
          <w:lang w:val="ro-MD"/>
        </w:rPr>
      </w:pPr>
      <w:r w:rsidRPr="00B17CC9">
        <w:rPr>
          <w:rFonts w:cs="Times New Roman"/>
          <w:color w:val="000000"/>
          <w:sz w:val="22"/>
          <w:lang w:val="ro-MD"/>
        </w:rPr>
        <w:t xml:space="preserve">APROBAT </w:t>
      </w:r>
    </w:p>
    <w:p w:rsidR="00924ED0" w:rsidRPr="00B17CC9" w:rsidRDefault="000D7818" w:rsidP="00B17CC9">
      <w:pPr>
        <w:jc w:val="right"/>
        <w:rPr>
          <w:rFonts w:cs="Times New Roman"/>
          <w:sz w:val="22"/>
          <w:lang w:val="ro-MD"/>
        </w:rPr>
      </w:pPr>
      <w:r w:rsidRPr="00B17CC9">
        <w:rPr>
          <w:rFonts w:cs="Times New Roman"/>
          <w:color w:val="000000"/>
          <w:sz w:val="22"/>
          <w:lang w:val="ro-MD"/>
        </w:rPr>
        <w:t>p</w:t>
      </w:r>
      <w:r w:rsidR="00924ED0" w:rsidRPr="00B17CC9">
        <w:rPr>
          <w:rFonts w:cs="Times New Roman"/>
          <w:color w:val="000000"/>
          <w:sz w:val="22"/>
          <w:lang w:val="ro-MD"/>
        </w:rPr>
        <w:t xml:space="preserve">rin Ordinul </w:t>
      </w:r>
    </w:p>
    <w:p w:rsidR="00924ED0" w:rsidRPr="00B17CC9" w:rsidRDefault="00924ED0" w:rsidP="00B17CC9">
      <w:pPr>
        <w:jc w:val="right"/>
        <w:rPr>
          <w:rFonts w:cs="Times New Roman"/>
          <w:sz w:val="22"/>
          <w:lang w:val="ro-MD"/>
        </w:rPr>
      </w:pPr>
      <w:r w:rsidRPr="00B17CC9">
        <w:rPr>
          <w:rFonts w:cs="Times New Roman"/>
          <w:color w:val="000000"/>
          <w:sz w:val="22"/>
          <w:lang w:val="ro-MD"/>
        </w:rPr>
        <w:t>Ministrului Finanțelor</w:t>
      </w:r>
    </w:p>
    <w:p w:rsidR="00924ED0" w:rsidRPr="00B17CC9" w:rsidRDefault="00924ED0" w:rsidP="00B17CC9">
      <w:pPr>
        <w:jc w:val="right"/>
        <w:rPr>
          <w:rFonts w:cs="Times New Roman"/>
          <w:sz w:val="22"/>
          <w:lang w:val="ro-MD"/>
        </w:rPr>
      </w:pPr>
      <w:r w:rsidRPr="00B17CC9">
        <w:rPr>
          <w:rFonts w:cs="Times New Roman"/>
          <w:color w:val="000000"/>
          <w:sz w:val="22"/>
          <w:lang w:val="ro-MD"/>
        </w:rPr>
        <w:t xml:space="preserve">                                               nr.      din _________2020          </w:t>
      </w:r>
    </w:p>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r w:rsidRPr="00B17CC9">
        <w:rPr>
          <w:rFonts w:cs="Times New Roman"/>
          <w:b/>
          <w:color w:val="000000"/>
          <w:sz w:val="22"/>
          <w:lang w:val="ro-MD"/>
        </w:rPr>
        <w:t xml:space="preserve">FORMULARUL STANDARD AL DOCUMENTULUI UNIC </w:t>
      </w:r>
    </w:p>
    <w:p w:rsidR="00924ED0" w:rsidRPr="00B17CC9" w:rsidRDefault="00924ED0" w:rsidP="00B17CC9">
      <w:pPr>
        <w:jc w:val="both"/>
        <w:rPr>
          <w:rFonts w:cs="Times New Roman"/>
          <w:b/>
          <w:sz w:val="22"/>
          <w:lang w:val="ro-MD"/>
        </w:rPr>
      </w:pPr>
      <w:r w:rsidRPr="00B17CC9">
        <w:rPr>
          <w:rFonts w:cs="Times New Roman"/>
          <w:b/>
          <w:color w:val="000000"/>
          <w:sz w:val="22"/>
          <w:lang w:val="ro-MD"/>
        </w:rPr>
        <w:t>DE ACHIZIȚII EUROPEAN</w:t>
      </w:r>
    </w:p>
    <w:p w:rsidR="00924ED0" w:rsidRPr="00B17CC9" w:rsidRDefault="00924ED0" w:rsidP="00B17CC9">
      <w:pPr>
        <w:jc w:val="both"/>
        <w:rPr>
          <w:rFonts w:cs="Times New Roman"/>
          <w:b/>
          <w:sz w:val="22"/>
          <w:lang w:val="ro-MD"/>
        </w:rPr>
      </w:pPr>
    </w:p>
    <w:p w:rsidR="00924ED0" w:rsidRPr="00B17CC9" w:rsidRDefault="00924ED0" w:rsidP="00B17CC9">
      <w:pPr>
        <w:numPr>
          <w:ilvl w:val="0"/>
          <w:numId w:val="27"/>
        </w:numPr>
        <w:tabs>
          <w:tab w:val="left" w:pos="426"/>
        </w:tabs>
        <w:suppressAutoHyphens/>
        <w:ind w:left="0" w:firstLine="0"/>
        <w:jc w:val="both"/>
        <w:rPr>
          <w:rFonts w:cs="Times New Roman"/>
          <w:sz w:val="22"/>
          <w:lang w:val="ro-MD"/>
        </w:rPr>
      </w:pPr>
      <w:r w:rsidRPr="00B17CC9">
        <w:rPr>
          <w:rFonts w:cs="Times New Roman"/>
          <w:color w:val="000000"/>
          <w:sz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24ED0" w:rsidRPr="00B17CC9" w:rsidRDefault="00924ED0" w:rsidP="00B17CC9">
      <w:pPr>
        <w:numPr>
          <w:ilvl w:val="0"/>
          <w:numId w:val="27"/>
        </w:numPr>
        <w:tabs>
          <w:tab w:val="left" w:pos="426"/>
        </w:tabs>
        <w:suppressAutoHyphens/>
        <w:ind w:left="0" w:firstLine="0"/>
        <w:jc w:val="both"/>
        <w:rPr>
          <w:rFonts w:cs="Times New Roman"/>
          <w:sz w:val="22"/>
          <w:lang w:val="ro-MD"/>
        </w:rPr>
      </w:pPr>
      <w:r w:rsidRPr="00B17CC9">
        <w:rPr>
          <w:rFonts w:cs="Times New Roman"/>
          <w:color w:val="000000"/>
          <w:sz w:val="22"/>
          <w:lang w:val="ro-MD"/>
        </w:rPr>
        <w:t xml:space="preserve">Formularul este completat, semnat electronic și transmis autorității contractante la depunerea ofertei. </w:t>
      </w:r>
    </w:p>
    <w:p w:rsidR="00924ED0" w:rsidRPr="00B17CC9" w:rsidRDefault="00924ED0" w:rsidP="00B17CC9">
      <w:pPr>
        <w:numPr>
          <w:ilvl w:val="0"/>
          <w:numId w:val="27"/>
        </w:numPr>
        <w:tabs>
          <w:tab w:val="left" w:pos="426"/>
        </w:tabs>
        <w:suppressAutoHyphens/>
        <w:ind w:left="0" w:firstLine="0"/>
        <w:jc w:val="both"/>
        <w:rPr>
          <w:rFonts w:cs="Times New Roman"/>
          <w:sz w:val="22"/>
          <w:lang w:val="ro-MD"/>
        </w:rPr>
      </w:pPr>
      <w:r w:rsidRPr="00B17CC9">
        <w:rPr>
          <w:rFonts w:cs="Times New Roman"/>
          <w:color w:val="000000"/>
          <w:sz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924ED0" w:rsidRPr="00B17CC9" w:rsidRDefault="00924ED0" w:rsidP="00B17CC9">
      <w:pPr>
        <w:numPr>
          <w:ilvl w:val="0"/>
          <w:numId w:val="27"/>
        </w:numPr>
        <w:tabs>
          <w:tab w:val="left" w:pos="426"/>
        </w:tabs>
        <w:suppressAutoHyphens/>
        <w:ind w:left="0" w:firstLine="0"/>
        <w:jc w:val="both"/>
        <w:rPr>
          <w:rFonts w:cs="Times New Roman"/>
          <w:sz w:val="22"/>
          <w:lang w:val="ro-MD"/>
        </w:rPr>
      </w:pPr>
      <w:r w:rsidRPr="00B17CC9">
        <w:rPr>
          <w:rFonts w:cs="Times New Roman"/>
          <w:color w:val="000000"/>
          <w:sz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24ED0" w:rsidRPr="00B17CC9" w:rsidRDefault="00924ED0" w:rsidP="00B17CC9">
      <w:pPr>
        <w:numPr>
          <w:ilvl w:val="0"/>
          <w:numId w:val="27"/>
        </w:numPr>
        <w:suppressAutoHyphens/>
        <w:jc w:val="both"/>
        <w:rPr>
          <w:rFonts w:cs="Times New Roman"/>
          <w:sz w:val="22"/>
          <w:lang w:val="ro-MD"/>
        </w:rPr>
      </w:pPr>
      <w:r w:rsidRPr="00B17CC9">
        <w:rPr>
          <w:rFonts w:cs="Times New Roman"/>
          <w:color w:val="000000"/>
          <w:sz w:val="22"/>
          <w:lang w:val="ro-MD"/>
        </w:rPr>
        <w:t>Formularul DUAE este constituit din 7 capitole, și anume:</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I. Informații privind procedura de achiziție publică și autoritatea/entitatea contractantă;</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II. Informații referitoare la operatorul economic;</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III. Motive de excludere din cadrul procedurii de achiziție publică;</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IV. Criteriile de calificare și selecție a operatorilor economici;</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V. Indicații generale pentru criteriile de selecție a operatorilor economici;</w:t>
      </w:r>
    </w:p>
    <w:p w:rsidR="00924ED0" w:rsidRPr="00B17CC9" w:rsidRDefault="00924ED0" w:rsidP="00B17CC9">
      <w:pPr>
        <w:numPr>
          <w:ilvl w:val="0"/>
          <w:numId w:val="28"/>
        </w:numPr>
        <w:suppressAutoHyphens/>
        <w:ind w:left="0" w:firstLine="360"/>
        <w:jc w:val="both"/>
        <w:rPr>
          <w:rFonts w:cs="Times New Roman"/>
          <w:sz w:val="22"/>
          <w:lang w:val="ro-MD"/>
        </w:rPr>
      </w:pPr>
      <w:r w:rsidRPr="00B17CC9">
        <w:rPr>
          <w:rFonts w:cs="Times New Roman"/>
          <w:color w:val="000000"/>
          <w:sz w:val="22"/>
          <w:lang w:val="ro-MD"/>
        </w:rPr>
        <w:t>Capitolul VI. Preselecția candidaților pentru procedura de atribuire a contractului de achiziție publică;</w:t>
      </w:r>
    </w:p>
    <w:p w:rsidR="00924ED0" w:rsidRPr="00B17CC9" w:rsidRDefault="00924ED0" w:rsidP="00B17CC9">
      <w:pPr>
        <w:numPr>
          <w:ilvl w:val="0"/>
          <w:numId w:val="28"/>
        </w:numPr>
        <w:suppressAutoHyphens/>
        <w:jc w:val="both"/>
        <w:rPr>
          <w:rFonts w:cs="Times New Roman"/>
          <w:sz w:val="22"/>
          <w:lang w:val="ro-MD"/>
        </w:rPr>
      </w:pPr>
      <w:r w:rsidRPr="00B17CC9">
        <w:rPr>
          <w:rFonts w:cs="Times New Roman"/>
          <w:color w:val="000000"/>
          <w:sz w:val="22"/>
          <w:lang w:val="ro-MD"/>
        </w:rPr>
        <w:t>Capitolul VII. Declarații finale.</w:t>
      </w:r>
    </w:p>
    <w:p w:rsidR="00924ED0" w:rsidRPr="00B17CC9" w:rsidRDefault="00924ED0" w:rsidP="00B17CC9">
      <w:pPr>
        <w:numPr>
          <w:ilvl w:val="0"/>
          <w:numId w:val="27"/>
        </w:numPr>
        <w:suppressAutoHyphens/>
        <w:jc w:val="both"/>
        <w:rPr>
          <w:rFonts w:cs="Times New Roman"/>
          <w:sz w:val="22"/>
          <w:lang w:val="ro-MD"/>
        </w:rPr>
      </w:pPr>
      <w:r w:rsidRPr="00B17CC9">
        <w:rPr>
          <w:rFonts w:cs="Times New Roman"/>
          <w:color w:val="000000"/>
          <w:sz w:val="22"/>
          <w:lang w:val="ro-MD"/>
        </w:rPr>
        <w:t>Prezentarea formularului DUAE la depunerea ofertei care nu este conform cu cerințele stabilite în Documentația de atribuire duce la respingerea ofertei.</w:t>
      </w:r>
    </w:p>
    <w:p w:rsidR="00924ED0" w:rsidRPr="00B17CC9" w:rsidRDefault="00924ED0" w:rsidP="00B17CC9">
      <w:pPr>
        <w:jc w:val="both"/>
        <w:rPr>
          <w:rFonts w:cs="Times New Roman"/>
          <w:sz w:val="22"/>
        </w:rPr>
      </w:pPr>
      <w:r w:rsidRPr="00B17CC9">
        <w:rPr>
          <w:rFonts w:cs="Times New Roman"/>
          <w:b/>
          <w:color w:val="000000"/>
          <w:sz w:val="22"/>
          <w:lang w:val="ro-MD"/>
        </w:rPr>
        <w:t>Capitolul I. Informații privind procedura de achiziție publică și autoritatea/entitatea contractantă</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lang w:val="ro-MD"/>
        </w:rPr>
      </w:pPr>
      <w:r w:rsidRPr="00B17CC9">
        <w:rPr>
          <w:rFonts w:cs="Times New Roman"/>
          <w:i/>
          <w:color w:val="000000"/>
          <w:sz w:val="22"/>
          <w:lang w:val="ro-MD"/>
        </w:rPr>
        <w:t xml:space="preserve">Compartimentul se completează doar de către autoritatea/entitatea contractantă. </w:t>
      </w:r>
    </w:p>
    <w:tbl>
      <w:tblPr>
        <w:tblW w:w="0" w:type="auto"/>
        <w:jc w:val="center"/>
        <w:tblLook w:val="0000" w:firstRow="0" w:lastRow="0" w:firstColumn="0" w:lastColumn="0" w:noHBand="0" w:noVBand="0"/>
      </w:tblPr>
      <w:tblGrid>
        <w:gridCol w:w="2650"/>
        <w:gridCol w:w="4458"/>
        <w:gridCol w:w="2520"/>
      </w:tblGrid>
      <w:tr w:rsidR="00924ED0" w:rsidRPr="00B17CC9" w:rsidTr="00D756A6">
        <w:trPr>
          <w:cantSplit/>
          <w:tblHeader/>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cerinței</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7"/>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D756A6">
        <w:trPr>
          <w:cantSplit/>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sz w:val="22"/>
                <w:lang w:val="ro-MD"/>
              </w:rPr>
            </w:pPr>
            <w:r w:rsidRPr="00B17CC9">
              <w:rPr>
                <w:rFonts w:cs="Times New Roman"/>
                <w:color w:val="000000"/>
                <w:sz w:val="22"/>
                <w:lang w:val="ro-MD"/>
              </w:rPr>
              <w:t>2</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7"/>
              <w:contextualSpacing/>
              <w:jc w:val="both"/>
              <w:rPr>
                <w:rFonts w:cs="Times New Roman"/>
                <w:sz w:val="22"/>
                <w:lang w:val="ro-MD"/>
              </w:rPr>
            </w:pPr>
            <w:r w:rsidRPr="00B17CC9">
              <w:rPr>
                <w:rFonts w:cs="Times New Roman"/>
                <w:color w:val="000000"/>
                <w:sz w:val="22"/>
                <w:lang w:val="ro-MD"/>
              </w:rPr>
              <w:t>3</w:t>
            </w:r>
          </w:p>
        </w:tc>
      </w:tr>
      <w:tr w:rsidR="00924ED0" w:rsidRPr="00B17CC9"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0"/>
              </w:numPr>
              <w:suppressAutoHyphens/>
              <w:contextualSpacing/>
              <w:jc w:val="both"/>
              <w:rPr>
                <w:rFonts w:cs="Times New Roman"/>
                <w:b/>
                <w:sz w:val="22"/>
                <w:lang w:val="ro-MD"/>
              </w:rPr>
            </w:pPr>
            <w:r w:rsidRPr="00B17CC9">
              <w:rPr>
                <w:rFonts w:cs="Times New Roman"/>
                <w:b/>
                <w:color w:val="000000"/>
                <w:sz w:val="22"/>
                <w:lang w:val="ro-MD"/>
              </w:rPr>
              <w:t>Informații despre publicare</w:t>
            </w:r>
          </w:p>
        </w:tc>
      </w:tr>
      <w:tr w:rsidR="00924ED0" w:rsidRPr="00B17CC9" w:rsidTr="00D756A6">
        <w:trPr>
          <w:cantSplit/>
          <w:trHeight w:val="943"/>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Numărul anunțului/invitației publicate în Buletinul achizițiilor publice, și după caz numărul anunțului publicat în Jurnalul Oficial al Uniunii Europene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color w:val="000000"/>
                <w:sz w:val="22"/>
              </w:rPr>
              <w:t>Conform platformei achizitii.md</w:t>
            </w:r>
          </w:p>
        </w:tc>
      </w:tr>
      <w:tr w:rsidR="00924ED0" w:rsidRPr="00B17CC9"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0"/>
              </w:numPr>
              <w:suppressAutoHyphens/>
              <w:contextualSpacing/>
              <w:jc w:val="both"/>
              <w:rPr>
                <w:rFonts w:cs="Times New Roman"/>
                <w:b/>
                <w:sz w:val="22"/>
                <w:lang w:val="ro-MD"/>
              </w:rPr>
            </w:pPr>
            <w:r w:rsidRPr="00B17CC9">
              <w:rPr>
                <w:rFonts w:cs="Times New Roman"/>
                <w:b/>
                <w:color w:val="000000"/>
                <w:sz w:val="22"/>
                <w:lang w:val="ro-MD"/>
              </w:rPr>
              <w:t>Identitatea autorității/entității contractante</w:t>
            </w:r>
          </w:p>
        </w:tc>
      </w:tr>
      <w:tr w:rsidR="00924ED0" w:rsidRPr="00B17CC9" w:rsidTr="00D756A6">
        <w:trPr>
          <w:cantSplit/>
          <w:trHeight w:val="264"/>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9"/>
              <w:contextualSpacing/>
              <w:jc w:val="both"/>
              <w:rPr>
                <w:rFonts w:cs="Times New Roman"/>
                <w:sz w:val="22"/>
              </w:rPr>
            </w:pPr>
            <w:r w:rsidRPr="00B17CC9">
              <w:rPr>
                <w:rFonts w:cs="Times New Roman"/>
                <w:color w:val="000000"/>
                <w:sz w:val="22"/>
                <w:lang w:val="ro-MD"/>
              </w:rPr>
              <w:t>Denumirea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color w:val="000000"/>
                <w:sz w:val="22"/>
              </w:rPr>
              <w:t>AGENȚIA NAȚIONALĂ PENTRU SĂNĂTATE PUBLICĂ</w:t>
            </w:r>
          </w:p>
        </w:tc>
      </w:tr>
      <w:tr w:rsidR="00924ED0" w:rsidRPr="00B17CC9" w:rsidTr="00D756A6">
        <w:trPr>
          <w:cantSplit/>
          <w:trHeight w:val="113"/>
          <w:jc w:val="center"/>
        </w:trPr>
        <w:tc>
          <w:tcPr>
            <w:tcW w:w="3941"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9"/>
              <w:contextualSpacing/>
              <w:jc w:val="both"/>
              <w:rPr>
                <w:rFonts w:cs="Times New Roman"/>
                <w:sz w:val="22"/>
              </w:rPr>
            </w:pPr>
            <w:r w:rsidRPr="00B17CC9">
              <w:rPr>
                <w:rFonts w:cs="Times New Roman"/>
                <w:color w:val="000000"/>
                <w:sz w:val="22"/>
                <w:lang w:val="ro-MD"/>
              </w:rPr>
              <w:t>Număr unic de identificare (IDNO) 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color w:val="000000"/>
                <w:sz w:val="22"/>
              </w:rPr>
              <w:t>1018601000021</w:t>
            </w:r>
          </w:p>
        </w:tc>
      </w:tr>
    </w:tbl>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rPr>
      </w:pPr>
      <w:r w:rsidRPr="00B17CC9">
        <w:rPr>
          <w:rFonts w:cs="Times New Roman"/>
          <w:b/>
          <w:color w:val="000000"/>
          <w:sz w:val="22"/>
          <w:lang w:val="ro-MD"/>
        </w:rPr>
        <w:t xml:space="preserve">Capitolul II. Informații referitoare la operatorul economic </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i/>
          <w:sz w:val="22"/>
          <w:lang w:val="ro-MD"/>
        </w:rPr>
      </w:pPr>
      <w:r w:rsidRPr="00B17CC9">
        <w:rPr>
          <w:rFonts w:cs="Times New Roman"/>
          <w:i/>
          <w:color w:val="000000"/>
          <w:sz w:val="22"/>
          <w:lang w:val="ro-MD"/>
        </w:rPr>
        <w:t>Compartimentul se completează doar de către operatorii economici.</w:t>
      </w:r>
    </w:p>
    <w:tbl>
      <w:tblPr>
        <w:tblW w:w="0" w:type="auto"/>
        <w:jc w:val="center"/>
        <w:tblLook w:val="0000" w:firstRow="0" w:lastRow="0" w:firstColumn="0" w:lastColumn="0" w:noHBand="0" w:noVBand="0"/>
      </w:tblPr>
      <w:tblGrid>
        <w:gridCol w:w="1325"/>
        <w:gridCol w:w="4181"/>
        <w:gridCol w:w="4122"/>
      </w:tblGrid>
      <w:tr w:rsidR="00924ED0" w:rsidRPr="00B17CC9" w:rsidTr="00D756A6">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rPr>
            </w:pPr>
            <w:r w:rsidRPr="00B17CC9">
              <w:rPr>
                <w:rFonts w:cs="Times New Roman"/>
                <w:b/>
                <w:color w:val="000000"/>
                <w:sz w:val="22"/>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sz w:val="22"/>
                <w:lang w:val="ro-MD"/>
              </w:rPr>
            </w:pPr>
            <w:r w:rsidRPr="00B17CC9">
              <w:rPr>
                <w:rFonts w:cs="Times New Roman"/>
                <w:color w:val="000000"/>
                <w:sz w:val="22"/>
                <w:lang w:val="ro-MD"/>
              </w:rPr>
              <w:t>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sz w:val="22"/>
                <w:lang w:val="ro-MD"/>
              </w:rPr>
            </w:pPr>
            <w:r w:rsidRPr="00B17CC9">
              <w:rPr>
                <w:rFonts w:cs="Times New Roman"/>
                <w:color w:val="000000"/>
                <w:sz w:val="22"/>
                <w:lang w:val="ro-MD"/>
              </w:rPr>
              <w:t>3</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2"/>
              </w:numPr>
              <w:suppressAutoHyphens/>
              <w:contextualSpacing/>
              <w:jc w:val="both"/>
              <w:rPr>
                <w:rFonts w:cs="Times New Roman"/>
                <w:b/>
                <w:sz w:val="22"/>
                <w:lang w:val="ro-MD"/>
              </w:rPr>
            </w:pPr>
            <w:r w:rsidRPr="00B17CC9">
              <w:rPr>
                <w:rFonts w:cs="Times New Roman"/>
                <w:b/>
                <w:color w:val="000000"/>
                <w:sz w:val="22"/>
                <w:lang w:val="ro-MD"/>
              </w:rPr>
              <w:t>Informații privind operatorul economic</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Denumirea operatorul economic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Țara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Cod poștal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Oraș/Localitate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Adresa juridică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rPr>
            </w:pPr>
            <w:r w:rsidRPr="00B17CC9">
              <w:rPr>
                <w:rFonts w:cs="Times New Roman"/>
                <w:color w:val="000000"/>
                <w:sz w:val="22"/>
                <w:lang w:val="ro-MD"/>
              </w:rPr>
              <w:t>Pagina web</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rPr>
            </w:pPr>
            <w:r w:rsidRPr="00B17CC9">
              <w:rPr>
                <w:rFonts w:cs="Times New Roman"/>
                <w:color w:val="000000"/>
                <w:sz w:val="22"/>
                <w:lang w:val="ro-MD"/>
              </w:rPr>
              <w:t>Persoana sau persoanele de contact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i/>
                <w:sz w:val="22"/>
                <w:lang w:val="ro-MD"/>
              </w:rPr>
            </w:pPr>
            <w:r w:rsidRPr="00B17CC9">
              <w:rPr>
                <w:rFonts w:cs="Times New Roman"/>
                <w:i/>
                <w:color w:val="000000"/>
                <w:sz w:val="22"/>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i/>
                <w:sz w:val="22"/>
                <w:lang w:val="ro-MD"/>
              </w:rPr>
            </w:pPr>
            <w:r w:rsidRPr="00B17CC9">
              <w:rPr>
                <w:rFonts w:cs="Times New Roman"/>
                <w:i/>
                <w:color w:val="000000"/>
                <w:sz w:val="22"/>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rPr>
            </w:pPr>
            <w:r w:rsidRPr="00B17CC9">
              <w:rPr>
                <w:rFonts w:cs="Times New Roman"/>
                <w:i/>
                <w:color w:val="000000"/>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Număr unic de identificare (IDNO/IDNP)</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|număr|</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Numărul cod TVA</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|număr|</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Forma </w:t>
            </w:r>
            <w:proofErr w:type="spellStart"/>
            <w:r w:rsidRPr="00B17CC9">
              <w:rPr>
                <w:rFonts w:cs="Times New Roman"/>
                <w:color w:val="000000"/>
                <w:sz w:val="22"/>
                <w:lang w:val="ro-MD"/>
              </w:rPr>
              <w:t>organizatorico</w:t>
            </w:r>
            <w:proofErr w:type="spellEnd"/>
            <w:r w:rsidRPr="00B17CC9">
              <w:rPr>
                <w:rFonts w:cs="Times New Roman"/>
                <w:color w:val="000000"/>
                <w:sz w:val="22"/>
                <w:lang w:val="ro-MD"/>
              </w:rPr>
              <w:t xml:space="preserve">-juridică a activității de </w:t>
            </w:r>
            <w:proofErr w:type="spellStart"/>
            <w:r w:rsidRPr="00B17CC9">
              <w:rPr>
                <w:rFonts w:cs="Times New Roman"/>
                <w:color w:val="000000"/>
                <w:sz w:val="22"/>
                <w:lang w:val="ro-MD"/>
              </w:rPr>
              <w:t>antreprenoriat</w:t>
            </w:r>
            <w:proofErr w:type="spellEnd"/>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sz w:val="22"/>
                <w:lang w:val="ro-MD"/>
              </w:rPr>
            </w:pPr>
            <w:r w:rsidRPr="00B17CC9">
              <w:rPr>
                <w:rFonts w:cs="Times New Roman"/>
                <w:color w:val="000000"/>
                <w:sz w:val="22"/>
                <w:lang w:val="ro-MD"/>
              </w:rPr>
              <w:t>2A.11</w:t>
            </w:r>
          </w:p>
        </w:tc>
        <w:tc>
          <w:tcPr>
            <w:tcW w:w="11433" w:type="dxa"/>
            <w:gridSpan w:val="2"/>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rPr>
            </w:pPr>
            <w:r w:rsidRPr="00B17CC9">
              <w:rPr>
                <w:rFonts w:cs="Times New Roman"/>
                <w:color w:val="000000"/>
                <w:sz w:val="22"/>
                <w:lang w:val="ro-MD"/>
              </w:rPr>
              <w:t>Informația cu privire la numele acționarilor/asociaților/beneficiarului efectiv</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i/>
                <w:sz w:val="22"/>
                <w:lang w:val="ro-MD"/>
              </w:rPr>
            </w:pPr>
            <w:r w:rsidRPr="00B17CC9">
              <w:rPr>
                <w:rFonts w:cs="Times New Roman"/>
                <w:i/>
                <w:color w:val="000000"/>
                <w:sz w:val="22"/>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Numele acționarilor / asociaților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firstLine="851"/>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i/>
                <w:sz w:val="22"/>
                <w:lang w:val="ro-MD"/>
              </w:rPr>
            </w:pPr>
            <w:r w:rsidRPr="00B17CC9">
              <w:rPr>
                <w:rFonts w:cs="Times New Roman"/>
                <w:i/>
                <w:color w:val="000000"/>
                <w:sz w:val="22"/>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Numele beneficiarului efectiv</w:t>
            </w:r>
          </w:p>
          <w:p w:rsidR="00924ED0" w:rsidRPr="00B17CC9" w:rsidRDefault="00924ED0" w:rsidP="00B17CC9">
            <w:pPr>
              <w:contextualSpacing/>
              <w:jc w:val="both"/>
              <w:rPr>
                <w:rFonts w:cs="Times New Roman"/>
                <w:sz w:val="22"/>
                <w:lang w:val="ro-MD"/>
              </w:rPr>
            </w:pPr>
            <w:r w:rsidRPr="00B17CC9">
              <w:rPr>
                <w:rFonts w:cs="Times New Roman"/>
                <w:i/>
                <w:iCs/>
                <w:color w:val="000000"/>
                <w:sz w:val="22"/>
                <w:lang w:val="ro-MD"/>
              </w:rPr>
              <w:t>[</w:t>
            </w:r>
            <w:r w:rsidRPr="00B17CC9">
              <w:rPr>
                <w:rFonts w:cs="Times New Roman"/>
                <w:b/>
                <w:i/>
                <w:iCs/>
                <w:color w:val="000000"/>
                <w:sz w:val="22"/>
                <w:lang w:val="ro-MD"/>
              </w:rPr>
              <w:t>beneficiar efectiv</w:t>
            </w:r>
            <w:r w:rsidRPr="00B17CC9">
              <w:rPr>
                <w:rFonts w:cs="Times New Roman"/>
                <w:color w:val="000000"/>
                <w:sz w:val="22"/>
                <w:lang w:val="ro-MD"/>
              </w:rPr>
              <w:t xml:space="preserve"> – </w:t>
            </w:r>
            <w:r w:rsidRPr="00B17CC9">
              <w:rPr>
                <w:rFonts w:cs="Times New Roman"/>
                <w:i/>
                <w:color w:val="000000"/>
                <w:sz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firstLine="851"/>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jc w:val="both"/>
              <w:rPr>
                <w:rFonts w:cs="Times New Roman"/>
                <w:i/>
                <w:sz w:val="22"/>
                <w:lang w:val="ro-MD"/>
              </w:rPr>
            </w:pPr>
            <w:r w:rsidRPr="00B17CC9">
              <w:rPr>
                <w:rFonts w:cs="Times New Roman"/>
                <w:i/>
                <w:color w:val="000000"/>
                <w:sz w:val="22"/>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 xml:space="preserve">Cetățenia beneficiarului efectiv </w:t>
            </w:r>
            <w:r w:rsidRPr="00B17CC9">
              <w:rPr>
                <w:rFonts w:cs="Times New Roman"/>
                <w:i/>
                <w:color w:val="000000"/>
                <w:sz w:val="22"/>
                <w:lang w:val="ro-MD"/>
              </w:rPr>
              <w:t xml:space="preserve">(legătură </w:t>
            </w:r>
            <w:proofErr w:type="spellStart"/>
            <w:r w:rsidRPr="00B17CC9">
              <w:rPr>
                <w:rFonts w:cs="Times New Roman"/>
                <w:i/>
                <w:color w:val="000000"/>
                <w:sz w:val="22"/>
                <w:lang w:val="ro-MD"/>
              </w:rPr>
              <w:t>juridico</w:t>
            </w:r>
            <w:proofErr w:type="spellEnd"/>
            <w:r w:rsidRPr="00B17CC9">
              <w:rPr>
                <w:rFonts w:cs="Times New Roman"/>
                <w:i/>
                <w:color w:val="000000"/>
                <w:sz w:val="22"/>
                <w:lang w:val="ro-MD"/>
              </w:rPr>
              <w:t>-politică permanentă a persoanei fizice definite conform poziției 2A.11.2)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firstLine="851"/>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Operatorul economic este:</w:t>
            </w:r>
          </w:p>
          <w:p w:rsidR="00924ED0" w:rsidRPr="00B17CC9" w:rsidRDefault="00924ED0" w:rsidP="00B17CC9">
            <w:pPr>
              <w:pStyle w:val="Listparagraf"/>
              <w:numPr>
                <w:ilvl w:val="0"/>
                <w:numId w:val="21"/>
              </w:numPr>
              <w:suppressAutoHyphens/>
              <w:jc w:val="both"/>
              <w:rPr>
                <w:rFonts w:cs="Times New Roman"/>
                <w:sz w:val="22"/>
                <w:lang w:val="ro-MD"/>
              </w:rPr>
            </w:pPr>
            <w:r w:rsidRPr="00B17CC9">
              <w:rPr>
                <w:rFonts w:cs="Times New Roman"/>
                <w:color w:val="000000"/>
                <w:sz w:val="22"/>
                <w:lang w:val="ro-RO"/>
              </w:rPr>
              <w:t>întreprindere mică</w:t>
            </w:r>
          </w:p>
          <w:p w:rsidR="00924ED0" w:rsidRPr="00B17CC9" w:rsidRDefault="00924ED0" w:rsidP="00B17CC9">
            <w:pPr>
              <w:pStyle w:val="Listparagraf"/>
              <w:numPr>
                <w:ilvl w:val="0"/>
                <w:numId w:val="21"/>
              </w:numPr>
              <w:suppressAutoHyphens/>
              <w:jc w:val="both"/>
              <w:rPr>
                <w:rFonts w:cs="Times New Roman"/>
                <w:sz w:val="22"/>
                <w:lang w:val="ro-MD"/>
              </w:rPr>
            </w:pPr>
            <w:r w:rsidRPr="00B17CC9">
              <w:rPr>
                <w:rFonts w:cs="Times New Roman"/>
                <w:color w:val="000000"/>
                <w:sz w:val="22"/>
                <w:lang w:val="ro-MD"/>
              </w:rPr>
              <w:t xml:space="preserve">întreprindere mijlocie </w:t>
            </w:r>
          </w:p>
          <w:p w:rsidR="00924ED0" w:rsidRPr="00B17CC9" w:rsidRDefault="00924ED0" w:rsidP="00B17CC9">
            <w:pPr>
              <w:pStyle w:val="Listparagraf"/>
              <w:numPr>
                <w:ilvl w:val="0"/>
                <w:numId w:val="21"/>
              </w:numPr>
              <w:suppressAutoHyphens/>
              <w:jc w:val="both"/>
              <w:rPr>
                <w:rFonts w:cs="Times New Roman"/>
                <w:sz w:val="22"/>
                <w:lang w:val="ro-MD"/>
              </w:rPr>
            </w:pPr>
            <w:r w:rsidRPr="00B17CC9">
              <w:rPr>
                <w:rFonts w:cs="Times New Roman"/>
                <w:color w:val="000000"/>
                <w:sz w:val="22"/>
                <w:lang w:val="ro-RO"/>
              </w:rPr>
              <w:t>și altele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 xml:space="preserve">            |text|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color w:val="000000"/>
                <w:sz w:val="22"/>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color w:val="000000"/>
                <w:sz w:val="22"/>
                <w:lang w:val="ro-MD"/>
              </w:rPr>
              <w:t>În cazul în care achiziția este rezervată: operatorul economic este un atelier protejat sau o întreprindere socială, sau va asigura executarea contractului în contextul programelor de angajare protejată?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p w:rsidR="00924ED0" w:rsidRPr="00B17CC9" w:rsidRDefault="00924ED0" w:rsidP="00B17CC9">
            <w:pPr>
              <w:ind w:left="135"/>
              <w:contextualSpacing/>
              <w:jc w:val="both"/>
              <w:rPr>
                <w:rFonts w:cs="Times New Roman"/>
                <w:sz w:val="22"/>
                <w:lang w:val="ro-MD"/>
              </w:rPr>
            </w:pPr>
            <w:r w:rsidRPr="00B17CC9">
              <w:rPr>
                <w:rFonts w:cs="Times New Roman"/>
                <w:color w:val="000000"/>
                <w:sz w:val="22"/>
                <w:lang w:val="ro-MD"/>
              </w:rPr>
              <w:t>󠇡Da            󠇡󠇡Nu</w:t>
            </w:r>
          </w:p>
          <w:p w:rsidR="00924ED0" w:rsidRPr="00B17CC9" w:rsidRDefault="00924ED0" w:rsidP="00B17CC9">
            <w:pPr>
              <w:contextualSpacing/>
              <w:jc w:val="both"/>
              <w:rPr>
                <w:rFonts w:cs="Times New Roman"/>
                <w:sz w:val="22"/>
                <w:lang w:val="ro-MD"/>
              </w:rPr>
            </w:pPr>
          </w:p>
          <w:p w:rsidR="00924ED0" w:rsidRPr="00B17CC9" w:rsidRDefault="00924ED0" w:rsidP="00B17CC9">
            <w:pPr>
              <w:ind w:left="-148"/>
              <w:contextualSpacing/>
              <w:jc w:val="both"/>
              <w:rPr>
                <w:rFonts w:cs="Times New Roman"/>
                <w:i/>
                <w:sz w:val="22"/>
                <w:lang w:val="ro-MD"/>
              </w:rPr>
            </w:pP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i/>
                <w:color w:val="000000"/>
                <w:sz w:val="22"/>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Dacă da, care este procentul  corespunzător de lucrători cu dizabilități sau defavorizați?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8"/>
              <w:contextualSpacing/>
              <w:jc w:val="both"/>
              <w:rPr>
                <w:rFonts w:cs="Times New Roman"/>
                <w:i/>
                <w:sz w:val="22"/>
                <w:lang w:val="ro-MD"/>
              </w:rPr>
            </w:pPr>
            <w:r w:rsidRPr="00B17CC9">
              <w:rPr>
                <w:rFonts w:cs="Times New Roman"/>
                <w:i/>
                <w:color w:val="000000"/>
                <w:sz w:val="22"/>
                <w:lang w:val="ro-MD"/>
              </w:rPr>
              <w:t>|număr|</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i/>
                <w:color w:val="000000"/>
                <w:sz w:val="22"/>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Specificați cărei sau căror categorii de lucrători cu dizabilități sau defavorizați le aparțin angajații în cauză?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8"/>
              <w:contextualSpacing/>
              <w:jc w:val="both"/>
              <w:rPr>
                <w:rFonts w:cs="Times New Roman"/>
                <w:i/>
                <w:sz w:val="22"/>
                <w:lang w:val="ro-MD"/>
              </w:rPr>
            </w:pPr>
            <w:r w:rsidRPr="00B17CC9">
              <w:rPr>
                <w:rFonts w:cs="Times New Roman"/>
                <w:i/>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00" w:hanging="34"/>
              <w:contextualSpacing/>
              <w:jc w:val="both"/>
              <w:rPr>
                <w:rFonts w:cs="Times New Roman"/>
                <w:sz w:val="22"/>
              </w:rPr>
            </w:pPr>
            <w:r w:rsidRPr="00B17CC9">
              <w:rPr>
                <w:rFonts w:cs="Times New Roman"/>
                <w:color w:val="000000"/>
                <w:sz w:val="22"/>
                <w:lang w:val="ro-MD"/>
              </w:rPr>
              <w:t>Operatorul economic participă la procedura de achiziții publice împreună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35"/>
              <w:contextualSpacing/>
              <w:jc w:val="both"/>
              <w:rPr>
                <w:rFonts w:cs="Times New Roman"/>
                <w:sz w:val="22"/>
                <w:lang w:val="ro-MD"/>
              </w:rPr>
            </w:pPr>
            <w:r w:rsidRPr="00B17CC9">
              <w:rPr>
                <w:rFonts w:cs="Times New Roman"/>
                <w:color w:val="000000"/>
                <w:sz w:val="22"/>
                <w:lang w:val="ro-MD"/>
              </w:rPr>
              <w:t>󠇡Da            󠇡󠇡Nu</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rPr>
            </w:pPr>
            <w:r w:rsidRPr="00B17CC9">
              <w:rPr>
                <w:rFonts w:cs="Times New Roman"/>
                <w:i/>
                <w:color w:val="000000"/>
                <w:sz w:val="22"/>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Dacă Da, precizați rolul operatorului economic în cadrul grupului (lider, responsabil cu îndeplinirea unor sarcini specifice, etc).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i/>
                <w:sz w:val="22"/>
                <w:lang w:val="ro-MD"/>
              </w:rPr>
            </w:pPr>
          </w:p>
          <w:p w:rsidR="00924ED0" w:rsidRPr="00B17CC9" w:rsidRDefault="00924ED0" w:rsidP="00B17CC9">
            <w:pPr>
              <w:ind w:left="208" w:hanging="142"/>
              <w:contextualSpacing/>
              <w:jc w:val="both"/>
              <w:rPr>
                <w:rFonts w:cs="Times New Roman"/>
                <w:i/>
                <w:sz w:val="22"/>
                <w:lang w:val="ro-MD"/>
              </w:rPr>
            </w:pPr>
            <w:r w:rsidRPr="00B17CC9">
              <w:rPr>
                <w:rFonts w:cs="Times New Roman"/>
                <w:i/>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i/>
                <w:color w:val="000000"/>
                <w:sz w:val="22"/>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rPr>
            </w:pPr>
            <w:r w:rsidRPr="00B17CC9">
              <w:rPr>
                <w:rFonts w:cs="Times New Roman"/>
                <w:i/>
                <w:color w:val="000000"/>
                <w:sz w:val="22"/>
                <w:lang w:val="ro-MD"/>
              </w:rPr>
              <w:t>Numiți operatorii economici care participă la procedura respectivă de achiziție publică.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08" w:hanging="73"/>
              <w:contextualSpacing/>
              <w:jc w:val="both"/>
              <w:rPr>
                <w:rFonts w:cs="Times New Roman"/>
                <w:i/>
                <w:sz w:val="22"/>
                <w:lang w:val="ro-MD"/>
              </w:rPr>
            </w:pPr>
            <w:r w:rsidRPr="00B17CC9">
              <w:rPr>
                <w:rFonts w:cs="Times New Roman"/>
                <w:i/>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i/>
                <w:color w:val="000000"/>
                <w:sz w:val="22"/>
                <w:lang w:val="ro-MD"/>
              </w:rPr>
              <w:lastRenderedPageBreak/>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Specificați denumirea grupului participant.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77" w:hanging="142"/>
              <w:contextualSpacing/>
              <w:jc w:val="both"/>
              <w:rPr>
                <w:rFonts w:cs="Times New Roman"/>
                <w:b/>
                <w:i/>
                <w:sz w:val="22"/>
                <w:lang w:val="ro-MD"/>
              </w:rPr>
            </w:pPr>
            <w:r w:rsidRPr="00B17CC9">
              <w:rPr>
                <w:rFonts w:cs="Times New Roman"/>
                <w:i/>
                <w:color w:val="000000"/>
                <w:sz w:val="22"/>
                <w:lang w:val="ro-MD"/>
              </w:rPr>
              <w:t>|text|</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rPr>
            </w:pPr>
            <w:r w:rsidRPr="00B17CC9">
              <w:rPr>
                <w:rFonts w:cs="Times New Roman"/>
                <w:i/>
                <w:color w:val="000000"/>
                <w:sz w:val="22"/>
                <w:lang w:val="ro-MD"/>
              </w:rPr>
              <w:t>Notă. Dacă ați răspuns Da la întrebarea 2A.14, asigurați-vă ca operatorii economici menționați să prezinte un formular DUAE separat.</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2"/>
              </w:numPr>
              <w:suppressAutoHyphens/>
              <w:contextualSpacing/>
              <w:jc w:val="both"/>
              <w:rPr>
                <w:rFonts w:cs="Times New Roman"/>
                <w:b/>
                <w:sz w:val="22"/>
                <w:lang w:val="ro-MD"/>
              </w:rPr>
            </w:pPr>
            <w:r w:rsidRPr="00B17CC9">
              <w:rPr>
                <w:rFonts w:cs="Times New Roman"/>
                <w:b/>
                <w:color w:val="000000"/>
                <w:sz w:val="22"/>
                <w:lang w:val="ro-MD"/>
              </w:rPr>
              <w:t>Informații privind reprezentanții operatorului economic</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Indicați numele persoanei (persoanelor) împuternicită (împuternicite) să îl reprezinte pe operatorul economic în scopurile prezentei proceduri de achiziție publică.</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Nume și prenume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Poziție/acționând în calitate de..</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Țară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|text|</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[număr]</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6"/>
              <w:contextualSpacing/>
              <w:jc w:val="both"/>
              <w:rPr>
                <w:rFonts w:cs="Times New Roman"/>
                <w:sz w:val="22"/>
                <w:lang w:val="ro-MD"/>
              </w:rPr>
            </w:pPr>
            <w:r w:rsidRPr="00B17CC9">
              <w:rPr>
                <w:rFonts w:cs="Times New Roman"/>
                <w:color w:val="000000"/>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 xml:space="preserve">|text| </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2"/>
              </w:numPr>
              <w:suppressAutoHyphens/>
              <w:contextualSpacing/>
              <w:jc w:val="both"/>
              <w:rPr>
                <w:rFonts w:cs="Times New Roman"/>
                <w:b/>
                <w:sz w:val="22"/>
                <w:lang w:val="ro-MD"/>
              </w:rPr>
            </w:pPr>
            <w:r w:rsidRPr="00B17CC9">
              <w:rPr>
                <w:rFonts w:cs="Times New Roman"/>
                <w:b/>
                <w:color w:val="000000"/>
                <w:sz w:val="22"/>
                <w:lang w:val="ro-MD"/>
              </w:rPr>
              <w:t>Informații privind utilizarea capacităților altor entități</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5805"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snapToGrid w:val="0"/>
              <w:ind w:left="720"/>
              <w:contextualSpacing/>
              <w:jc w:val="both"/>
              <w:rPr>
                <w:rFonts w:cs="Times New Roman"/>
                <w:sz w:val="22"/>
                <w:lang w:val="ro-MD"/>
              </w:rPr>
            </w:pPr>
          </w:p>
          <w:p w:rsidR="00924ED0" w:rsidRPr="00B17CC9" w:rsidRDefault="00924ED0" w:rsidP="00B17CC9">
            <w:pPr>
              <w:ind w:left="170"/>
              <w:contextualSpacing/>
              <w:jc w:val="both"/>
              <w:rPr>
                <w:rFonts w:cs="Times New Roman"/>
                <w:sz w:val="22"/>
                <w:lang w:val="ro-MD"/>
              </w:rPr>
            </w:pPr>
            <w:r w:rsidRPr="00B17CC9">
              <w:rPr>
                <w:rFonts w:cs="Times New Roman"/>
                <w:color w:val="000000"/>
                <w:sz w:val="22"/>
                <w:lang w:val="ro-MD"/>
              </w:rPr>
              <w:t>󠇡Da            󠇡󠇡Nu</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24ED0" w:rsidRPr="00B17CC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2"/>
              </w:numPr>
              <w:tabs>
                <w:tab w:val="left" w:pos="284"/>
              </w:tabs>
              <w:suppressAutoHyphens/>
              <w:ind w:left="0" w:firstLine="0"/>
              <w:contextualSpacing/>
              <w:jc w:val="both"/>
              <w:rPr>
                <w:rFonts w:cs="Times New Roman"/>
                <w:b/>
                <w:sz w:val="22"/>
                <w:lang w:val="ro-MD"/>
              </w:rPr>
            </w:pPr>
            <w:r w:rsidRPr="00B17CC9">
              <w:rPr>
                <w:rFonts w:cs="Times New Roman"/>
                <w:b/>
                <w:color w:val="000000"/>
                <w:sz w:val="22"/>
                <w:lang w:val="ro-MD"/>
              </w:rPr>
              <w:t xml:space="preserve">Informații privind subcontractanții pe ale căror capacități operatorul economic se bazează </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84" w:hanging="568"/>
              <w:contextualSpacing/>
              <w:jc w:val="both"/>
              <w:rPr>
                <w:rFonts w:cs="Times New Roman"/>
                <w:sz w:val="22"/>
                <w:lang w:val="ro-MD"/>
              </w:rPr>
            </w:pPr>
            <w:r w:rsidRPr="00B17CC9">
              <w:rPr>
                <w:rFonts w:cs="Times New Roman"/>
                <w:color w:val="000000"/>
                <w:sz w:val="22"/>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 intenționează să subcontracteze vreo parte din contract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70"/>
              <w:contextualSpacing/>
              <w:jc w:val="both"/>
              <w:rPr>
                <w:rFonts w:cs="Times New Roman"/>
                <w:sz w:val="22"/>
                <w:lang w:val="ro-MD"/>
              </w:rPr>
            </w:pPr>
            <w:r w:rsidRPr="00B17CC9">
              <w:rPr>
                <w:rFonts w:cs="Times New Roman"/>
                <w:color w:val="000000"/>
                <w:sz w:val="22"/>
                <w:lang w:val="ro-MD"/>
              </w:rPr>
              <w:t>󠇡Da            󠇡󠇡Nu</w:t>
            </w:r>
          </w:p>
        </w:tc>
      </w:tr>
      <w:tr w:rsidR="00924ED0" w:rsidRPr="00B17CC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i/>
                <w:sz w:val="22"/>
                <w:lang w:val="ro-MD"/>
              </w:rPr>
            </w:pPr>
            <w:r w:rsidRPr="00B17CC9">
              <w:rPr>
                <w:rFonts w:cs="Times New Roman"/>
                <w:i/>
                <w:color w:val="000000"/>
                <w:sz w:val="22"/>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enumerați subcontractanții propuși.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i/>
                <w:sz w:val="22"/>
                <w:lang w:val="ro-MD"/>
              </w:rPr>
            </w:pPr>
            <w:r w:rsidRPr="00B17CC9">
              <w:rPr>
                <w:rFonts w:cs="Times New Roman"/>
                <w:i/>
                <w:color w:val="000000"/>
                <w:sz w:val="22"/>
                <w:lang w:val="ro-MD"/>
              </w:rPr>
              <w:t>|text|</w:t>
            </w:r>
          </w:p>
        </w:tc>
      </w:tr>
    </w:tbl>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r w:rsidRPr="00B17CC9">
        <w:rPr>
          <w:rFonts w:cs="Times New Roman"/>
          <w:b/>
          <w:color w:val="000000"/>
          <w:sz w:val="22"/>
          <w:lang w:val="ro-MD"/>
        </w:rPr>
        <w:t>Capitolul III. Motive de excludere din cadrul procedurii de achiziție publică</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rPr>
      </w:pPr>
      <w:r w:rsidRPr="00B17CC9">
        <w:rPr>
          <w:rFonts w:cs="Times New Roman"/>
          <w:i/>
          <w:color w:val="000000"/>
          <w:sz w:val="22"/>
          <w:lang w:val="ro-MD"/>
        </w:rPr>
        <w:t>Compartimentul se completează de către operatorii economici.</w:t>
      </w:r>
      <w:r w:rsidRPr="00B17CC9">
        <w:rPr>
          <w:rFonts w:cs="Times New Roman"/>
          <w:b/>
          <w:color w:val="000000"/>
          <w:sz w:val="22"/>
          <w:lang w:val="ro-MD"/>
        </w:rPr>
        <w:t xml:space="preserve"> </w:t>
      </w:r>
    </w:p>
    <w:tbl>
      <w:tblPr>
        <w:tblpPr w:rightFromText="180" w:vertAnchor="text" w:tblpXSpec="center" w:tblpY="1"/>
        <w:tblOverlap w:val="never"/>
        <w:tblW w:w="0" w:type="auto"/>
        <w:jc w:val="center"/>
        <w:tblLook w:val="0000" w:firstRow="0" w:lastRow="0" w:firstColumn="0" w:lastColumn="0" w:noHBand="0" w:noVBand="0"/>
      </w:tblPr>
      <w:tblGrid>
        <w:gridCol w:w="1669"/>
        <w:gridCol w:w="5655"/>
        <w:gridCol w:w="2304"/>
      </w:tblGrid>
      <w:tr w:rsidR="00924ED0" w:rsidRPr="00B17CC9" w:rsidTr="00924ED0">
        <w:trPr>
          <w:cantSplit/>
          <w:tblHeade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46"/>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numPr>
                <w:ilvl w:val="0"/>
                <w:numId w:val="17"/>
              </w:numPr>
              <w:suppressAutoHyphens/>
              <w:ind w:left="284" w:hanging="284"/>
              <w:contextualSpacing/>
              <w:jc w:val="both"/>
              <w:rPr>
                <w:rFonts w:cs="Times New Roman"/>
                <w:b/>
                <w:sz w:val="22"/>
                <w:lang w:val="ro-MD"/>
              </w:rPr>
            </w:pPr>
            <w:r w:rsidRPr="00B17CC9">
              <w:rPr>
                <w:rFonts w:cs="Times New Roman"/>
                <w:b/>
                <w:color w:val="000000"/>
                <w:sz w:val="22"/>
                <w:lang w:val="ro-MD"/>
              </w:rPr>
              <w:t>Motive referitoare la condamnări prin hotărârea definitivă a unei instanțe judecătorești</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2</w:t>
            </w:r>
          </w:p>
        </w:tc>
        <w:tc>
          <w:tcPr>
            <w:tcW w:w="23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3</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rPr>
            </w:pPr>
            <w:r w:rsidRPr="00B17CC9">
              <w:rPr>
                <w:rFonts w:cs="Times New Roman"/>
                <w:color w:val="000000"/>
                <w:sz w:val="22"/>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rPr>
            </w:pPr>
            <w:r w:rsidRPr="00B17CC9">
              <w:rPr>
                <w:rFonts w:cs="Times New Roman"/>
                <w:b/>
                <w:color w:val="000000"/>
                <w:sz w:val="22"/>
                <w:lang w:val="ro-MD"/>
              </w:rPr>
              <w:t xml:space="preserve">Participare la o organizație criminală. </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rPr>
            </w:pPr>
            <w:r w:rsidRPr="00B17CC9">
              <w:rPr>
                <w:rFonts w:cs="Times New Roman"/>
                <w:b/>
                <w:color w:val="000000"/>
                <w:sz w:val="22"/>
                <w:lang w:val="ro-MD"/>
              </w:rPr>
              <w:t>Corupție.</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 xml:space="preserve">Operatorul economic însuși sau orice persoană care este membru al organismului de administrare, de conducere sau </w:t>
            </w:r>
            <w:r w:rsidRPr="00B17CC9">
              <w:rPr>
                <w:rFonts w:cs="Times New Roman"/>
                <w:color w:val="000000"/>
                <w:sz w:val="22"/>
                <w:lang w:val="ro-MD"/>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lastRenderedPageBreak/>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b/>
                <w:color w:val="000000"/>
                <w:sz w:val="22"/>
                <w:lang w:val="ro-MD"/>
              </w:rPr>
              <w:t>Fraude.</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b/>
                <w:color w:val="000000"/>
                <w:sz w:val="22"/>
                <w:lang w:val="ro-MD"/>
              </w:rPr>
              <w:t>Infracțiuni teroriste sau infracțiuni legate de activitățile teroriste.</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b/>
                <w:color w:val="000000"/>
                <w:sz w:val="22"/>
                <w:lang w:val="ro-MD"/>
              </w:rPr>
              <w:t>Spălare de bani sau finanțarea terorismului.</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b/>
                <w:color w:val="000000"/>
                <w:sz w:val="22"/>
                <w:lang w:val="ro-MD"/>
              </w:rPr>
              <w:t>Exploatarea prin muncă a copiilor și alte forme de trafic de persoane.</w:t>
            </w:r>
          </w:p>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color w:val="000000"/>
                <w:sz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lastRenderedPageBreak/>
              <w:t>3A.7.1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17"/>
              </w:numPr>
              <w:suppressAutoHyphens/>
              <w:contextualSpacing/>
              <w:jc w:val="both"/>
              <w:rPr>
                <w:rFonts w:cs="Times New Roman"/>
                <w:b/>
                <w:sz w:val="22"/>
                <w:lang w:val="ro-MD"/>
              </w:rPr>
            </w:pPr>
            <w:r w:rsidRPr="00B17CC9">
              <w:rPr>
                <w:rFonts w:cs="Times New Roman"/>
                <w:b/>
                <w:color w:val="000000"/>
                <w:sz w:val="22"/>
                <w:lang w:val="ro-MD"/>
              </w:rPr>
              <w:t>Motive privind plata impozitelor sau/și a contribuțiilor de asigurări sociale</w:t>
            </w:r>
          </w:p>
        </w:tc>
      </w:tr>
      <w:tr w:rsidR="00924ED0" w:rsidRPr="00B17CC9" w:rsidTr="00924ED0">
        <w:trPr>
          <w:cantSplit/>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b/>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sz w:val="22"/>
                <w:lang w:val="ro-MD"/>
              </w:rPr>
            </w:pPr>
            <w:r w:rsidRPr="00B17CC9">
              <w:rPr>
                <w:rFonts w:cs="Times New Roman"/>
                <w:b/>
                <w:color w:val="000000"/>
                <w:sz w:val="22"/>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9"/>
              <w:contextualSpacing/>
              <w:jc w:val="both"/>
              <w:rPr>
                <w:rFonts w:cs="Times New Roman"/>
                <w:b/>
                <w:sz w:val="22"/>
                <w:lang w:val="ro-MD"/>
              </w:rPr>
            </w:pPr>
          </w:p>
        </w:tc>
      </w:tr>
      <w:tr w:rsidR="00924ED0" w:rsidRPr="00B17CC9" w:rsidTr="00924ED0">
        <w:trPr>
          <w:cantSplit/>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lang w:val="ro-MD"/>
              </w:rPr>
            </w:pPr>
            <w:r w:rsidRPr="00B17CC9">
              <w:rPr>
                <w:rFonts w:cs="Times New Roman"/>
                <w:color w:val="000000"/>
                <w:sz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rPr>
            </w:pPr>
            <w:r w:rsidRPr="00B17CC9">
              <w:rPr>
                <w:rFonts w:cs="Times New Roman"/>
                <w:i/>
                <w:color w:val="000000"/>
                <w:sz w:val="22"/>
                <w:lang w:val="ro-MD"/>
              </w:rPr>
              <w:t xml:space="preserve">Dacă Nu, în ce mod a fost stabilită obligația cu </w:t>
            </w:r>
            <w:r w:rsidRPr="00B17CC9">
              <w:rPr>
                <w:rFonts w:cs="Times New Roman"/>
                <w:color w:val="000000"/>
                <w:sz w:val="22"/>
                <w:lang w:val="ro-MD"/>
              </w:rPr>
              <w:t xml:space="preserve"> </w:t>
            </w:r>
            <w:r w:rsidRPr="00B17CC9">
              <w:rPr>
                <w:rFonts w:cs="Times New Roman"/>
                <w:i/>
                <w:color w:val="000000"/>
                <w:sz w:val="22"/>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i/>
                <w:sz w:val="22"/>
                <w:lang w:val="ro-MD"/>
              </w:rPr>
            </w:pPr>
            <w:r w:rsidRPr="00B17CC9">
              <w:rPr>
                <w:rFonts w:cs="Times New Roman"/>
                <w:i/>
                <w:color w:val="000000"/>
                <w:sz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lang w:val="ro-MD"/>
              </w:rPr>
            </w:pPr>
            <w:r w:rsidRPr="00B17CC9">
              <w:rPr>
                <w:rFonts w:cs="Times New Roman"/>
                <w:i/>
                <w:color w:val="000000"/>
                <w:sz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color w:val="000000"/>
                <w:sz w:val="22"/>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24ED0" w:rsidRPr="00B17CC9" w:rsidRDefault="00924ED0" w:rsidP="00B17CC9">
            <w:pPr>
              <w:contextualSpacing/>
              <w:jc w:val="both"/>
              <w:rPr>
                <w:rFonts w:cs="Times New Roman"/>
                <w:sz w:val="22"/>
                <w:lang w:val="ro-MD"/>
              </w:rPr>
            </w:pPr>
          </w:p>
          <w:p w:rsidR="00924ED0" w:rsidRPr="00B17CC9" w:rsidRDefault="00924ED0" w:rsidP="00B17CC9">
            <w:pPr>
              <w:contextualSpacing/>
              <w:jc w:val="both"/>
              <w:rPr>
                <w:rFonts w:cs="Times New Roman"/>
                <w:sz w:val="22"/>
              </w:rPr>
            </w:pPr>
            <w:r w:rsidRPr="00B17CC9">
              <w:rPr>
                <w:rFonts w:cs="Times New Roman"/>
                <w:color w:val="000000"/>
                <w:sz w:val="22"/>
                <w:lang w:val="ro-MD"/>
              </w:rPr>
              <w:t xml:space="preserve">Notă: </w:t>
            </w:r>
            <w:r w:rsidRPr="00B17CC9">
              <w:rPr>
                <w:rFonts w:cs="Times New Roman"/>
                <w:i/>
                <w:color w:val="000000"/>
                <w:sz w:val="22"/>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p w:rsidR="00924ED0" w:rsidRPr="00B17CC9" w:rsidRDefault="00924ED0" w:rsidP="00B17CC9">
            <w:pPr>
              <w:contextualSpacing/>
              <w:jc w:val="both"/>
              <w:rPr>
                <w:rFonts w:cs="Times New Roman"/>
                <w:sz w:val="22"/>
                <w:lang w:val="ro-MD"/>
              </w:rPr>
            </w:pP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p w:rsidR="00924ED0" w:rsidRPr="00B17CC9" w:rsidRDefault="00924ED0" w:rsidP="00B17CC9">
            <w:pPr>
              <w:contextualSpacing/>
              <w:jc w:val="both"/>
              <w:rPr>
                <w:rFonts w:cs="Times New Roman"/>
                <w:i/>
                <w:sz w:val="22"/>
                <w:lang w:val="ro-MD"/>
              </w:rPr>
            </w:pPr>
          </w:p>
        </w:tc>
      </w:tr>
      <w:tr w:rsidR="00924ED0" w:rsidRPr="00B17CC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i/>
                <w:color w:val="000000"/>
                <w:sz w:val="22"/>
                <w:lang w:val="ro-MD"/>
              </w:rPr>
              <w:t xml:space="preserve">Dacă Da, operatorul economic este în măsură să furnizeze actul privind </w:t>
            </w:r>
            <w:r w:rsidRPr="00B17CC9">
              <w:rPr>
                <w:rFonts w:cs="Times New Roman"/>
                <w:color w:val="000000"/>
                <w:sz w:val="22"/>
                <w:lang w:val="ro-MD"/>
              </w:rPr>
              <w:t xml:space="preserve"> </w:t>
            </w:r>
            <w:r w:rsidRPr="00B17CC9">
              <w:rPr>
                <w:rFonts w:cs="Times New Roman"/>
                <w:i/>
                <w:color w:val="000000"/>
                <w:sz w:val="22"/>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iCs/>
                <w:color w:val="000000"/>
                <w:sz w:val="22"/>
                <w:lang w:val="ro-MD"/>
              </w:rPr>
              <w:t>󠇡Da           󠇡󠇡Nu</w:t>
            </w:r>
          </w:p>
        </w:tc>
      </w:tr>
      <w:tr w:rsidR="00924ED0" w:rsidRPr="00B17CC9" w:rsidTr="00924ED0">
        <w:trPr>
          <w:cantSplit/>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Adresa de internet:</w:t>
            </w:r>
          </w:p>
          <w:p w:rsidR="00924ED0" w:rsidRPr="00B17CC9" w:rsidRDefault="00924ED0" w:rsidP="00B17CC9">
            <w:pPr>
              <w:ind w:left="-151"/>
              <w:contextualSpacing/>
              <w:jc w:val="both"/>
              <w:rPr>
                <w:rFonts w:cs="Times New Roman"/>
                <w:sz w:val="22"/>
                <w:lang w:val="ro-MD"/>
              </w:rPr>
            </w:pPr>
            <w:r w:rsidRPr="00B17CC9">
              <w:rPr>
                <w:rFonts w:cs="Times New Roman"/>
                <w:color w:val="000000"/>
                <w:sz w:val="22"/>
                <w:lang w:val="ro-MD"/>
              </w:rPr>
              <w:t xml:space="preserve">    |text|</w:t>
            </w:r>
          </w:p>
        </w:tc>
      </w:tr>
      <w:tr w:rsidR="00924ED0" w:rsidRPr="00B17CC9" w:rsidTr="00924ED0">
        <w:trPr>
          <w:cantSplit/>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12"/>
              <w:contextualSpacing/>
              <w:jc w:val="both"/>
              <w:rPr>
                <w:rFonts w:cs="Times New Roman"/>
                <w:sz w:val="22"/>
                <w:lang w:val="ro-MD"/>
              </w:rPr>
            </w:pPr>
            <w:r w:rsidRPr="00B17CC9">
              <w:rPr>
                <w:rFonts w:cs="Times New Roman"/>
                <w:color w:val="000000"/>
                <w:sz w:val="22"/>
                <w:lang w:val="ro-MD"/>
              </w:rPr>
              <w:t xml:space="preserve"> Autoritatea sau</w:t>
            </w:r>
          </w:p>
          <w:p w:rsidR="00924ED0" w:rsidRPr="00B17CC9" w:rsidRDefault="00924ED0" w:rsidP="00B17CC9">
            <w:pPr>
              <w:ind w:hanging="112"/>
              <w:contextualSpacing/>
              <w:jc w:val="both"/>
              <w:rPr>
                <w:rFonts w:cs="Times New Roman"/>
                <w:sz w:val="22"/>
                <w:lang w:val="ro-MD"/>
              </w:rPr>
            </w:pPr>
            <w:r w:rsidRPr="00B17CC9">
              <w:rPr>
                <w:rFonts w:cs="Times New Roman"/>
                <w:color w:val="000000"/>
                <w:sz w:val="22"/>
                <w:lang w:val="ro-MD"/>
              </w:rPr>
              <w:t xml:space="preserve"> organismul  emitent(ă): </w:t>
            </w:r>
          </w:p>
          <w:p w:rsidR="00924ED0" w:rsidRPr="00B17CC9" w:rsidRDefault="00924ED0" w:rsidP="00B17CC9">
            <w:pPr>
              <w:ind w:left="-112"/>
              <w:contextualSpacing/>
              <w:jc w:val="both"/>
              <w:rPr>
                <w:rFonts w:cs="Times New Roman"/>
                <w:sz w:val="22"/>
                <w:lang w:val="ro-MD"/>
              </w:rPr>
            </w:pPr>
            <w:r w:rsidRPr="00B17CC9">
              <w:rPr>
                <w:rFonts w:cs="Times New Roman"/>
                <w:color w:val="000000"/>
                <w:sz w:val="22"/>
                <w:lang w:val="ro-MD"/>
              </w:rPr>
              <w:t xml:space="preserve">  |text|</w:t>
            </w:r>
          </w:p>
        </w:tc>
      </w:tr>
      <w:tr w:rsidR="00924ED0" w:rsidRPr="00B17CC9" w:rsidTr="00924ED0">
        <w:trPr>
          <w:cantSplit/>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6"/>
              <w:contextualSpacing/>
              <w:jc w:val="both"/>
              <w:rPr>
                <w:rFonts w:cs="Times New Roman"/>
                <w:sz w:val="22"/>
                <w:lang w:val="ro-MD"/>
              </w:rPr>
            </w:pPr>
            <w:r w:rsidRPr="00B17CC9">
              <w:rPr>
                <w:rFonts w:cs="Times New Roman"/>
                <w:color w:val="000000"/>
                <w:sz w:val="22"/>
                <w:lang w:val="ro-MD"/>
              </w:rPr>
              <w:t>Referința exactă a</w:t>
            </w:r>
          </w:p>
          <w:p w:rsidR="00924ED0" w:rsidRPr="00B17CC9" w:rsidRDefault="00924ED0" w:rsidP="00B17CC9">
            <w:pPr>
              <w:ind w:left="-6"/>
              <w:contextualSpacing/>
              <w:jc w:val="both"/>
              <w:rPr>
                <w:rFonts w:cs="Times New Roman"/>
                <w:sz w:val="22"/>
                <w:lang w:val="ro-MD"/>
              </w:rPr>
            </w:pPr>
            <w:r w:rsidRPr="00B17CC9">
              <w:rPr>
                <w:rFonts w:cs="Times New Roman"/>
                <w:color w:val="000000"/>
                <w:sz w:val="22"/>
                <w:lang w:val="ro-MD"/>
              </w:rPr>
              <w:t xml:space="preserve">documentației:    </w:t>
            </w:r>
          </w:p>
          <w:p w:rsidR="00924ED0" w:rsidRPr="00B17CC9" w:rsidRDefault="00924ED0" w:rsidP="00B17CC9">
            <w:pPr>
              <w:ind w:left="-151"/>
              <w:contextualSpacing/>
              <w:jc w:val="both"/>
              <w:rPr>
                <w:rFonts w:cs="Times New Roman"/>
                <w:sz w:val="22"/>
                <w:lang w:val="ro-MD"/>
              </w:rPr>
            </w:pPr>
            <w:r w:rsidRPr="00B17CC9">
              <w:rPr>
                <w:rFonts w:cs="Times New Roman"/>
                <w:color w:val="000000"/>
                <w:sz w:val="22"/>
                <w:lang w:val="ro-MD"/>
              </w:rPr>
              <w:t>|  |text|</w:t>
            </w:r>
          </w:p>
        </w:tc>
      </w:tr>
      <w:tr w:rsidR="00924ED0" w:rsidRPr="00B17CC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pStyle w:val="Listparagraf"/>
              <w:numPr>
                <w:ilvl w:val="0"/>
                <w:numId w:val="17"/>
              </w:numPr>
              <w:suppressAutoHyphens/>
              <w:ind w:left="-151" w:firstLine="577"/>
              <w:jc w:val="both"/>
              <w:rPr>
                <w:rFonts w:cs="Times New Roman"/>
                <w:b/>
                <w:sz w:val="22"/>
                <w:lang w:val="ro-MD"/>
              </w:rPr>
            </w:pPr>
            <w:r w:rsidRPr="00B17CC9">
              <w:rPr>
                <w:rFonts w:cs="Times New Roman"/>
                <w:b/>
                <w:color w:val="000000"/>
                <w:sz w:val="22"/>
                <w:lang w:val="ro-MD"/>
              </w:rPr>
              <w:t>Includerea în lista de interdicție a operatorilor economici</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sz w:val="22"/>
              </w:rPr>
            </w:pPr>
            <w:r w:rsidRPr="00B17CC9">
              <w:rPr>
                <w:rFonts w:cs="Times New Roman"/>
                <w:color w:val="000000"/>
                <w:sz w:val="22"/>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51"/>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120"/>
              <w:contextualSpacing/>
              <w:jc w:val="both"/>
              <w:rPr>
                <w:rFonts w:cs="Times New Roman"/>
                <w:b/>
                <w:i/>
                <w:sz w:val="22"/>
                <w:lang w:val="ro-MD"/>
              </w:rPr>
            </w:pPr>
            <w:r w:rsidRPr="00B17CC9">
              <w:rPr>
                <w:rFonts w:cs="Times New Roman"/>
                <w:i/>
                <w:color w:val="000000"/>
                <w:sz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pStyle w:val="Listparagraf"/>
              <w:numPr>
                <w:ilvl w:val="0"/>
                <w:numId w:val="17"/>
              </w:numPr>
              <w:suppressAutoHyphens/>
              <w:jc w:val="both"/>
              <w:rPr>
                <w:rFonts w:cs="Times New Roman"/>
                <w:b/>
                <w:sz w:val="22"/>
                <w:lang w:val="ro-MD"/>
              </w:rPr>
            </w:pPr>
            <w:r w:rsidRPr="00B17CC9">
              <w:rPr>
                <w:rFonts w:cs="Times New Roman"/>
                <w:b/>
                <w:color w:val="000000"/>
                <w:sz w:val="22"/>
                <w:lang w:val="ro-MD"/>
              </w:rPr>
              <w:t>Motive legate de insolvabilitate, conflicte de interese sau abateri profesionale</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hanging="862"/>
              <w:contextualSpacing/>
              <w:jc w:val="both"/>
              <w:rPr>
                <w:rFonts w:cs="Times New Roman"/>
                <w:b/>
                <w:sz w:val="22"/>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26"/>
              <w:contextualSpacing/>
              <w:jc w:val="both"/>
              <w:rPr>
                <w:rFonts w:cs="Times New Roman"/>
                <w:sz w:val="22"/>
                <w:lang w:val="ro-MD"/>
              </w:rPr>
            </w:pPr>
            <w:r w:rsidRPr="00B17CC9">
              <w:rPr>
                <w:rFonts w:cs="Times New Roman"/>
                <w:b/>
                <w:color w:val="000000"/>
                <w:sz w:val="22"/>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9"/>
              <w:contextualSpacing/>
              <w:jc w:val="both"/>
              <w:rPr>
                <w:rFonts w:cs="Times New Roman"/>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hanging="862"/>
              <w:contextualSpacing/>
              <w:jc w:val="both"/>
              <w:rPr>
                <w:rFonts w:cs="Times New Roman"/>
                <w:sz w:val="22"/>
                <w:lang w:val="ro-MD"/>
              </w:rPr>
            </w:pPr>
            <w:r w:rsidRPr="00B17CC9">
              <w:rPr>
                <w:rFonts w:cs="Times New Roman"/>
                <w:color w:val="000000"/>
                <w:sz w:val="22"/>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lastRenderedPageBreak/>
              <w:t>3D.1.1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26"/>
              <w:contextualSpacing/>
              <w:jc w:val="both"/>
              <w:rPr>
                <w:rFonts w:cs="Times New Roman"/>
                <w:b/>
                <w:sz w:val="22"/>
                <w:lang w:val="ro-MD"/>
              </w:rPr>
            </w:pPr>
            <w:r w:rsidRPr="00B17CC9">
              <w:rPr>
                <w:rFonts w:cs="Times New Roman"/>
                <w:b/>
                <w:color w:val="000000"/>
                <w:sz w:val="22"/>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65"/>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26"/>
              <w:contextualSpacing/>
              <w:jc w:val="both"/>
              <w:rPr>
                <w:rFonts w:cs="Times New Roman"/>
                <w:sz w:val="22"/>
              </w:rPr>
            </w:pPr>
            <w:r w:rsidRPr="00B17CC9">
              <w:rPr>
                <w:rFonts w:cs="Times New Roman"/>
                <w:color w:val="000000"/>
                <w:sz w:val="22"/>
                <w:lang w:val="ro-MD"/>
              </w:rPr>
              <w:t>Operatorul economic este în situație de insolvabilitate sau de lichidare a activității antreprenoriale  ca urmare a unei hotărârii judecătorești?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5"/>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84"/>
              <w:contextualSpacing/>
              <w:jc w:val="both"/>
              <w:rPr>
                <w:rFonts w:cs="Times New Roman"/>
                <w:sz w:val="22"/>
                <w:lang w:val="ro-MD"/>
              </w:rPr>
            </w:pPr>
            <w:r w:rsidRPr="00B17CC9">
              <w:rPr>
                <w:rFonts w:cs="Times New Roman"/>
                <w:color w:val="000000"/>
                <w:sz w:val="22"/>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în ultimii 3 ani, a încheiat acorduri cu alți operatori economici care au ca obiect denaturarea concurenței, fapt constatat prin decizie a organului abilitat în acest sens?</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54"/>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i/>
                <w:color w:val="000000"/>
                <w:sz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54"/>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54"/>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54"/>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rPr>
            </w:pPr>
            <w:r w:rsidRPr="00B17CC9">
              <w:rPr>
                <w:rFonts w:cs="Times New Roman"/>
                <w:i/>
                <w:color w:val="000000"/>
                <w:sz w:val="22"/>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i/>
                <w:color w:val="000000"/>
                <w:sz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Cs/>
                <w:sz w:val="22"/>
                <w:lang w:val="ro-MD"/>
              </w:rPr>
            </w:pPr>
            <w:r w:rsidRPr="00B17CC9">
              <w:rPr>
                <w:rFonts w:cs="Times New Roman"/>
                <w:iCs/>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b/>
                <w:color w:val="000000"/>
                <w:sz w:val="22"/>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88"/>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contextualSpacing/>
              <w:jc w:val="both"/>
              <w:rPr>
                <w:rFonts w:cs="Times New Roman"/>
                <w:i/>
                <w:sz w:val="22"/>
                <w:lang w:val="ro-MD"/>
              </w:rPr>
            </w:pPr>
            <w:r w:rsidRPr="00B17CC9">
              <w:rPr>
                <w:rFonts w:cs="Times New Roman"/>
                <w:i/>
                <w:color w:val="000000"/>
                <w:sz w:val="22"/>
                <w:lang w:val="ro-MD"/>
              </w:rPr>
              <w:t>󠇡Da            󠇡󠇡Nu</w:t>
            </w:r>
          </w:p>
        </w:tc>
      </w:tr>
      <w:tr w:rsidR="00924ED0" w:rsidRPr="00B17CC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490"/>
              <w:contextualSpacing/>
              <w:jc w:val="both"/>
              <w:rPr>
                <w:rFonts w:cs="Times New Roman"/>
                <w:i/>
                <w:sz w:val="22"/>
                <w:lang w:val="ro-MD"/>
              </w:rPr>
            </w:pPr>
            <w:r w:rsidRPr="00B17CC9">
              <w:rPr>
                <w:rFonts w:cs="Times New Roman"/>
                <w:i/>
                <w:color w:val="000000"/>
                <w:sz w:val="22"/>
                <w:lang w:val="ro-MD"/>
              </w:rPr>
              <w:t>|text|</w:t>
            </w:r>
          </w:p>
        </w:tc>
      </w:tr>
    </w:tbl>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b/>
          <w:sz w:val="22"/>
          <w:lang w:val="ro-MD"/>
        </w:rPr>
      </w:pPr>
      <w:r w:rsidRPr="00B17CC9">
        <w:rPr>
          <w:rFonts w:cs="Times New Roman"/>
          <w:b/>
          <w:color w:val="000000"/>
          <w:sz w:val="22"/>
          <w:lang w:val="ro-MD"/>
        </w:rPr>
        <w:t>Capitolul IV. Criteriile de calificare și selecție a operatorilor economici</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rPr>
      </w:pPr>
      <w:r w:rsidRPr="00B17CC9">
        <w:rPr>
          <w:rFonts w:cs="Times New Roman"/>
          <w:i/>
          <w:color w:val="000000"/>
          <w:sz w:val="22"/>
          <w:lang w:val="ro-MD"/>
        </w:rPr>
        <w:t>Compartimentul se completează de către autoritatea/entitatea (coloana nr.2) contractantă și operatorii economici (coloana nr.3)</w:t>
      </w:r>
      <w:r w:rsidRPr="00B17CC9">
        <w:rPr>
          <w:rFonts w:cs="Times New Roman"/>
          <w:color w:val="000000"/>
          <w:sz w:val="22"/>
        </w:rPr>
        <w:t>.</w:t>
      </w:r>
    </w:p>
    <w:tbl>
      <w:tblPr>
        <w:tblW w:w="0" w:type="auto"/>
        <w:jc w:val="center"/>
        <w:tblLook w:val="0000" w:firstRow="0" w:lastRow="0" w:firstColumn="0" w:lastColumn="0" w:noHBand="0" w:noVBand="0"/>
      </w:tblPr>
      <w:tblGrid>
        <w:gridCol w:w="1590"/>
        <w:gridCol w:w="5714"/>
        <w:gridCol w:w="2324"/>
      </w:tblGrid>
      <w:tr w:rsidR="00924ED0" w:rsidRPr="00B17CC9" w:rsidTr="00924ED0">
        <w:trPr>
          <w:cantSplit/>
          <w:tblHeade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46"/>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2</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3</w:t>
            </w:r>
          </w:p>
        </w:tc>
      </w:tr>
      <w:tr w:rsidR="00924ED0" w:rsidRPr="00B17CC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567" w:hanging="425"/>
              <w:contextualSpacing/>
              <w:jc w:val="both"/>
              <w:rPr>
                <w:rFonts w:cs="Times New Roman"/>
                <w:b/>
                <w:sz w:val="22"/>
                <w:lang w:val="ro-MD"/>
              </w:rPr>
            </w:pPr>
            <w:r w:rsidRPr="00B17CC9">
              <w:rPr>
                <w:rFonts w:cs="Times New Roman"/>
                <w:b/>
                <w:color w:val="000000"/>
                <w:sz w:val="22"/>
                <w:lang w:val="ro-MD"/>
              </w:rPr>
              <w:t>Capacitatea de exercitare a activității profesionale</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b/>
                <w:i/>
                <w:sz w:val="22"/>
                <w:lang w:val="ro-MD"/>
              </w:rPr>
            </w:pPr>
            <w:r w:rsidRPr="00B17CC9">
              <w:rPr>
                <w:rFonts w:cs="Times New Roman"/>
                <w:i/>
                <w:color w:val="000000"/>
                <w:sz w:val="22"/>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i/>
                <w:color w:val="000000"/>
                <w:sz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35"/>
              <w:contextualSpacing/>
              <w:jc w:val="both"/>
              <w:rPr>
                <w:rFonts w:cs="Times New Roman"/>
                <w:sz w:val="22"/>
                <w:lang w:val="ro-MD"/>
              </w:rPr>
            </w:pPr>
            <w:r w:rsidRPr="00B17CC9">
              <w:rPr>
                <w:rFonts w:cs="Times New Roman"/>
                <w:i/>
                <w:color w:val="000000"/>
                <w:sz w:val="22"/>
                <w:lang w:val="ro-MD"/>
              </w:rPr>
              <w:t>|text|</w:t>
            </w:r>
          </w:p>
        </w:tc>
      </w:tr>
      <w:tr w:rsidR="00924ED0" w:rsidRPr="00B17CC9" w:rsidTr="00924ED0">
        <w:trPr>
          <w:cantSplit/>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i/>
                <w:sz w:val="22"/>
                <w:lang w:val="ro-MD"/>
              </w:rPr>
            </w:pPr>
            <w:r w:rsidRPr="00B17CC9">
              <w:rPr>
                <w:rFonts w:cs="Times New Roman"/>
                <w:i/>
                <w:color w:val="000000"/>
                <w:sz w:val="22"/>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 xml:space="preserve">Actele de înregistrare a activității antreprenoriale, sunt disponibile gratuit pentru autorități dintr-o bază de date națională? </w:t>
            </w:r>
            <w:r w:rsidRPr="00B17CC9">
              <w:rPr>
                <w:rFonts w:cs="Times New Roman"/>
                <w:i/>
                <w:iCs/>
                <w:color w:val="000000"/>
                <w:sz w:val="22"/>
                <w:lang w:val="ro-MD"/>
              </w:rPr>
              <w:t>Dacă da, specificați informația care ar permite verificarea</w:t>
            </w:r>
            <w:r w:rsidRPr="00B17CC9">
              <w:rPr>
                <w:rFonts w:cs="Times New Roman"/>
                <w:color w:val="000000"/>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firstLine="9"/>
              <w:contextualSpacing/>
              <w:jc w:val="both"/>
              <w:rPr>
                <w:rFonts w:cs="Times New Roman"/>
                <w:i/>
                <w:sz w:val="22"/>
                <w:lang w:val="ro-MD"/>
              </w:rPr>
            </w:pPr>
            <w:r w:rsidRPr="00B17CC9">
              <w:rPr>
                <w:rFonts w:cs="Times New Roman"/>
                <w:i/>
                <w:color w:val="000000"/>
                <w:sz w:val="22"/>
                <w:lang w:val="ro-MD"/>
              </w:rPr>
              <w:t>Adresa de internet:</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Autoritatea sau organismul emitent(ă):</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54" w:hanging="17"/>
              <w:contextualSpacing/>
              <w:jc w:val="both"/>
              <w:rPr>
                <w:rFonts w:cs="Times New Roman"/>
                <w:i/>
                <w:sz w:val="22"/>
                <w:lang w:val="ro-MD"/>
              </w:rPr>
            </w:pPr>
            <w:r w:rsidRPr="00B17CC9">
              <w:rPr>
                <w:rFonts w:cs="Times New Roman"/>
                <w:i/>
                <w:color w:val="000000"/>
                <w:sz w:val="22"/>
                <w:lang w:val="ro-MD"/>
              </w:rPr>
              <w:t>Referința exactă a documentației:</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5"/>
              <w:contextualSpacing/>
              <w:jc w:val="both"/>
              <w:rPr>
                <w:rFonts w:cs="Times New Roman"/>
                <w:sz w:val="22"/>
                <w:lang w:val="ro-MD"/>
              </w:rPr>
            </w:pPr>
            <w:r w:rsidRPr="00B17CC9">
              <w:rPr>
                <w:rFonts w:cs="Times New Roman"/>
                <w:color w:val="000000"/>
                <w:sz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b/>
                <w:i/>
                <w:sz w:val="22"/>
                <w:lang w:val="ro-MD"/>
              </w:rPr>
            </w:pPr>
            <w:r w:rsidRPr="00B17CC9">
              <w:rPr>
                <w:rFonts w:cs="Times New Roman"/>
                <w:i/>
                <w:color w:val="000000"/>
                <w:sz w:val="22"/>
                <w:lang w:val="ro-MD"/>
              </w:rPr>
              <w:lastRenderedPageBreak/>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sz w:val="22"/>
                <w:highlight w:val="yellow"/>
                <w:lang w:val="ro-MD"/>
              </w:rPr>
            </w:pPr>
            <w:r w:rsidRPr="00B17CC9">
              <w:rPr>
                <w:rFonts w:cs="Times New Roman"/>
                <w:i/>
                <w:color w:val="000000"/>
                <w:sz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b/>
                <w:i/>
                <w:sz w:val="22"/>
                <w:lang w:val="ro-MD"/>
              </w:rPr>
            </w:pPr>
            <w:r w:rsidRPr="00B17CC9">
              <w:rPr>
                <w:rFonts w:cs="Times New Roman"/>
                <w:i/>
                <w:color w:val="000000"/>
                <w:sz w:val="22"/>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color w:val="FF0000"/>
                <w:sz w:val="22"/>
                <w:lang w:val="ro-MD"/>
              </w:rPr>
            </w:pPr>
            <w:r w:rsidRPr="00B17CC9">
              <w:rPr>
                <w:rFonts w:cs="Times New Roman"/>
                <w:i/>
                <w:color w:val="000000"/>
                <w:sz w:val="22"/>
                <w:lang w:val="ro-MD"/>
              </w:rPr>
              <w:t xml:space="preserve">Actele privind certificarea sau autorizarea sunt disponibile gratuit pentru autorități, dintr-o bază de date națională? </w:t>
            </w:r>
            <w:r w:rsidRPr="00B17CC9">
              <w:rPr>
                <w:rFonts w:cs="Times New Roman"/>
                <w:i/>
                <w:iCs/>
                <w:color w:val="000000"/>
                <w:sz w:val="22"/>
                <w:lang w:val="ro-MD"/>
              </w:rPr>
              <w:t>Dacă da, specificați informația care ar permite verificarea</w:t>
            </w:r>
            <w:r w:rsidRPr="00B17CC9">
              <w:rPr>
                <w:rFonts w:cs="Times New Roman"/>
                <w:color w:val="000000"/>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firstLine="9"/>
              <w:contextualSpacing/>
              <w:jc w:val="both"/>
              <w:rPr>
                <w:rFonts w:cs="Times New Roman"/>
                <w:i/>
                <w:sz w:val="22"/>
                <w:lang w:val="ro-MD"/>
              </w:rPr>
            </w:pPr>
            <w:r w:rsidRPr="00B17CC9">
              <w:rPr>
                <w:rFonts w:cs="Times New Roman"/>
                <w:i/>
                <w:color w:val="000000"/>
                <w:sz w:val="22"/>
                <w:lang w:val="ro-MD"/>
              </w:rPr>
              <w:t>Adresa de internet:</w:t>
            </w:r>
          </w:p>
          <w:p w:rsidR="00924ED0" w:rsidRPr="00B17CC9" w:rsidRDefault="00924ED0" w:rsidP="00B17CC9">
            <w:pPr>
              <w:ind w:left="37" w:right="605"/>
              <w:contextualSpacing/>
              <w:jc w:val="both"/>
              <w:rPr>
                <w:rFonts w:cs="Times New Roman"/>
                <w:sz w:val="22"/>
                <w:lang w:val="ro-MD"/>
              </w:rPr>
            </w:pPr>
            <w:r w:rsidRPr="00B17CC9">
              <w:rPr>
                <w:rFonts w:cs="Times New Roman"/>
                <w:i/>
                <w:color w:val="000000"/>
                <w:sz w:val="22"/>
                <w:lang w:val="ro-MD"/>
              </w:rPr>
              <w:t>|text|</w:t>
            </w:r>
          </w:p>
        </w:tc>
      </w:tr>
      <w:tr w:rsidR="00924ED0" w:rsidRPr="00B17CC9" w:rsidTr="00924ED0">
        <w:trPr>
          <w:cantSplit/>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Autoritatea sau organismul emitent(ă):</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142"/>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pStyle w:val="Listparagraf"/>
              <w:snapToGrid w:val="0"/>
              <w:ind w:left="0"/>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54" w:hanging="17"/>
              <w:contextualSpacing/>
              <w:jc w:val="both"/>
              <w:rPr>
                <w:rFonts w:cs="Times New Roman"/>
                <w:i/>
                <w:sz w:val="22"/>
                <w:lang w:val="ro-MD"/>
              </w:rPr>
            </w:pPr>
            <w:r w:rsidRPr="00B17CC9">
              <w:rPr>
                <w:rFonts w:cs="Times New Roman"/>
                <w:i/>
                <w:color w:val="000000"/>
                <w:sz w:val="22"/>
                <w:lang w:val="ro-MD"/>
              </w:rPr>
              <w:t>Referința exactă a documentației:</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66"/>
              <w:contextualSpacing/>
              <w:jc w:val="both"/>
              <w:rPr>
                <w:rFonts w:cs="Times New Roman"/>
                <w:i/>
                <w:sz w:val="22"/>
                <w:lang w:val="ro-MD"/>
              </w:rPr>
            </w:pPr>
            <w:r w:rsidRPr="00B17CC9">
              <w:rPr>
                <w:rFonts w:cs="Times New Roman"/>
                <w:color w:val="000000"/>
                <w:sz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567" w:hanging="425"/>
              <w:contextualSpacing/>
              <w:jc w:val="both"/>
              <w:rPr>
                <w:rFonts w:cs="Times New Roman"/>
                <w:sz w:val="22"/>
                <w:lang w:val="ro-MD"/>
              </w:rPr>
            </w:pPr>
            <w:r w:rsidRPr="00B17CC9">
              <w:rPr>
                <w:rFonts w:cs="Times New Roman"/>
                <w:b/>
                <w:color w:val="000000"/>
                <w:sz w:val="22"/>
                <w:lang w:val="ro-MD"/>
              </w:rPr>
              <w:t>Capacitatea economică și financiară</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 xml:space="preserve">Informația menționată la punctul 4B.1 este disponibilă gratuit pentru autorități, dintr-o bază de date națională? </w:t>
            </w:r>
            <w:r w:rsidRPr="00B17CC9">
              <w:rPr>
                <w:rFonts w:cs="Times New Roman"/>
                <w:i/>
                <w:iCs/>
                <w:color w:val="000000"/>
                <w:sz w:val="22"/>
                <w:lang w:val="ro-MD"/>
              </w:rPr>
              <w:t>Dacă da, specificați informația care ar permite verificarea ei</w:t>
            </w:r>
            <w:r w:rsidRPr="00B17CC9">
              <w:rPr>
                <w:rFonts w:cs="Times New Roman"/>
                <w:color w:val="000000"/>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9" w:firstLine="9"/>
              <w:contextualSpacing/>
              <w:jc w:val="both"/>
              <w:rPr>
                <w:rFonts w:cs="Times New Roman"/>
                <w:i/>
                <w:sz w:val="22"/>
                <w:lang w:val="ro-MD"/>
              </w:rPr>
            </w:pPr>
            <w:r w:rsidRPr="00B17CC9">
              <w:rPr>
                <w:rFonts w:cs="Times New Roman"/>
                <w:i/>
                <w:color w:val="000000"/>
                <w:sz w:val="22"/>
                <w:lang w:val="ro-MD"/>
              </w:rPr>
              <w:t>Adresa de internet:</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10"/>
              <w:contextualSpacing/>
              <w:jc w:val="both"/>
              <w:rPr>
                <w:rFonts w:cs="Times New Roman"/>
                <w:i/>
                <w:sz w:val="22"/>
                <w:lang w:val="ro-MD"/>
              </w:rPr>
            </w:pPr>
            <w:r w:rsidRPr="00B17CC9">
              <w:rPr>
                <w:rFonts w:cs="Times New Roman"/>
                <w:i/>
                <w:color w:val="000000"/>
                <w:sz w:val="22"/>
                <w:lang w:val="ro-MD"/>
              </w:rPr>
              <w:t xml:space="preserve"> Autoritatea sau organismul emitent(ă):</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54" w:hanging="54"/>
              <w:contextualSpacing/>
              <w:jc w:val="both"/>
              <w:rPr>
                <w:rFonts w:cs="Times New Roman"/>
                <w:i/>
                <w:sz w:val="22"/>
                <w:lang w:val="ro-MD"/>
              </w:rPr>
            </w:pPr>
            <w:r w:rsidRPr="00B17CC9">
              <w:rPr>
                <w:rFonts w:cs="Times New Roman"/>
                <w:i/>
                <w:color w:val="000000"/>
                <w:sz w:val="22"/>
                <w:lang w:val="ro-MD"/>
              </w:rPr>
              <w:t>Referința exactă a documentației:</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 xml:space="preserve">Cifra de afaceri anuală </w:t>
            </w:r>
            <w:r w:rsidRPr="00B17CC9">
              <w:rPr>
                <w:rFonts w:cs="Times New Roman"/>
                <w:color w:val="000000"/>
                <w:sz w:val="22"/>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demonstreze o cifră de afaceri anuală, după cum urmează:</w:t>
            </w:r>
          </w:p>
          <w:p w:rsidR="00924ED0" w:rsidRPr="00B17CC9" w:rsidRDefault="00924ED0" w:rsidP="00B17CC9">
            <w:pPr>
              <w:ind w:left="37"/>
              <w:contextualSpacing/>
              <w:jc w:val="both"/>
              <w:rPr>
                <w:rFonts w:cs="Times New Roman"/>
                <w:sz w:val="22"/>
                <w:lang w:val="ro-MD"/>
              </w:rPr>
            </w:pPr>
          </w:p>
          <w:p w:rsidR="00924ED0" w:rsidRPr="00B17CC9" w:rsidRDefault="00924ED0" w:rsidP="00B17CC9">
            <w:pPr>
              <w:ind w:left="37"/>
              <w:contextualSpacing/>
              <w:jc w:val="both"/>
              <w:rPr>
                <w:rFonts w:cs="Times New Roman"/>
                <w:sz w:val="22"/>
              </w:rPr>
            </w:pPr>
            <w:r w:rsidRPr="00B17CC9">
              <w:rPr>
                <w:rFonts w:cs="Times New Roman"/>
                <w:color w:val="000000"/>
                <w:sz w:val="22"/>
                <w:lang w:val="ro-MD"/>
              </w:rPr>
              <w:t>Valoare _____ Perioada _______</w:t>
            </w:r>
          </w:p>
          <w:p w:rsidR="00924ED0" w:rsidRPr="00B17CC9" w:rsidRDefault="00924ED0" w:rsidP="00B17CC9">
            <w:pPr>
              <w:ind w:left="37"/>
              <w:contextualSpacing/>
              <w:jc w:val="both"/>
              <w:rPr>
                <w:rFonts w:cs="Times New Roman"/>
                <w:sz w:val="22"/>
                <w:lang w:val="ro-MD"/>
              </w:rPr>
            </w:pPr>
          </w:p>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p w:rsidR="00924ED0" w:rsidRPr="00B17CC9" w:rsidRDefault="00924ED0" w:rsidP="00B17CC9">
            <w:pPr>
              <w:ind w:left="720"/>
              <w:contextualSpacing/>
              <w:jc w:val="both"/>
              <w:rPr>
                <w:rFonts w:cs="Times New Roman"/>
                <w:sz w:val="22"/>
                <w:lang w:val="ro-MD"/>
              </w:rPr>
            </w:pPr>
          </w:p>
        </w:tc>
      </w:tr>
      <w:tr w:rsidR="00924ED0" w:rsidRPr="00B17CC9"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Valoarea [număr]</w:t>
            </w:r>
          </w:p>
        </w:tc>
      </w:tr>
      <w:tr w:rsidR="00924ED0" w:rsidRPr="00B17CC9" w:rsidTr="00924ED0">
        <w:trPr>
          <w:cantSplit/>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Anul |text|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este în măsură să demonstreze o cifră medie anuală de afaceri,  după cum urmează:</w:t>
            </w:r>
          </w:p>
          <w:p w:rsidR="00924ED0" w:rsidRPr="00B17CC9" w:rsidRDefault="00924ED0" w:rsidP="00B17CC9">
            <w:pPr>
              <w:contextualSpacing/>
              <w:jc w:val="both"/>
              <w:rPr>
                <w:rFonts w:cs="Times New Roman"/>
                <w:sz w:val="22"/>
                <w:lang w:val="ro-MD"/>
              </w:rPr>
            </w:pPr>
          </w:p>
          <w:p w:rsidR="00924ED0" w:rsidRPr="00B17CC9" w:rsidRDefault="00924ED0" w:rsidP="00B17CC9">
            <w:pPr>
              <w:ind w:left="37"/>
              <w:contextualSpacing/>
              <w:jc w:val="both"/>
              <w:rPr>
                <w:rFonts w:cs="Times New Roman"/>
                <w:sz w:val="22"/>
              </w:rPr>
            </w:pPr>
            <w:r w:rsidRPr="00B17CC9">
              <w:rPr>
                <w:rFonts w:cs="Times New Roman"/>
                <w:color w:val="000000"/>
                <w:sz w:val="22"/>
                <w:lang w:val="ro-MD"/>
              </w:rPr>
              <w:t>Valoare _____  Perioada _______</w:t>
            </w:r>
          </w:p>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 xml:space="preserve"> </w:t>
            </w:r>
          </w:p>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p w:rsidR="00924ED0" w:rsidRPr="00B17CC9" w:rsidRDefault="00924ED0" w:rsidP="00B17CC9">
            <w:pPr>
              <w:ind w:left="720"/>
              <w:contextualSpacing/>
              <w:jc w:val="both"/>
              <w:rPr>
                <w:rFonts w:cs="Times New Roman"/>
                <w:sz w:val="22"/>
                <w:lang w:val="ro-MD"/>
              </w:rPr>
            </w:pPr>
          </w:p>
        </w:tc>
      </w:tr>
      <w:tr w:rsidR="00924ED0" w:rsidRPr="00B17CC9" w:rsidTr="00924ED0">
        <w:trPr>
          <w:cantSplit/>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Valoarea [număr]</w:t>
            </w:r>
          </w:p>
        </w:tc>
      </w:tr>
      <w:tr w:rsidR="00924ED0" w:rsidRPr="00B17CC9"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Anul |text|</w:t>
            </w:r>
          </w:p>
        </w:tc>
      </w:tr>
      <w:tr w:rsidR="00924ED0" w:rsidRPr="00B17CC9"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Valoarea [număr]</w:t>
            </w:r>
          </w:p>
        </w:tc>
      </w:tr>
      <w:tr w:rsidR="00924ED0" w:rsidRPr="00B17CC9"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Anul |text|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Valoarea [număr]</w:t>
            </w:r>
          </w:p>
        </w:tc>
      </w:tr>
      <w:tr w:rsidR="00924ED0" w:rsidRPr="00B17CC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Anul |text|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Valoarea medie totală [număr]</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sz w:val="22"/>
                <w:lang w:val="ro-MD"/>
              </w:rPr>
            </w:pP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color w:val="000000"/>
                <w:sz w:val="22"/>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Informațiile privind situația economică și financiară sunt disponibile gratuit pentru autorități, dintr-o bază de date națională?</w:t>
            </w:r>
            <w:r w:rsidRPr="00B17CC9">
              <w:rPr>
                <w:rFonts w:cs="Times New Roman"/>
                <w:i/>
                <w:iCs/>
                <w:color w:val="000000"/>
                <w:sz w:val="22"/>
                <w:lang w:val="ro-MD"/>
              </w:rPr>
              <w:t xml:space="preserve"> </w:t>
            </w:r>
            <w:r w:rsidRPr="00B17CC9">
              <w:rPr>
                <w:rFonts w:cs="Times New Roman"/>
                <w:color w:val="000000"/>
                <w:sz w:val="22"/>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Adresa de internet:</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Autoritatea sau organismul emitent(ă):</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Referința exactă a documentației:</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567" w:hanging="425"/>
              <w:contextualSpacing/>
              <w:jc w:val="both"/>
              <w:rPr>
                <w:rFonts w:cs="Times New Roman"/>
                <w:i/>
                <w:sz w:val="22"/>
                <w:lang w:val="ro-MD"/>
              </w:rPr>
            </w:pPr>
            <w:r w:rsidRPr="00B17CC9">
              <w:rPr>
                <w:rFonts w:cs="Times New Roman"/>
                <w:b/>
                <w:color w:val="000000"/>
                <w:sz w:val="22"/>
                <w:lang w:val="ro-MD"/>
              </w:rPr>
              <w:t>Capacitatea tehnică și/sau profesională</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color w:val="000000"/>
                <w:sz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 xml:space="preserve">Informațiile privind capacitatea tehnică și/sau profesională sunt disponibile gratuit pentru autorități, dintr-o bază de date națională? </w:t>
            </w:r>
            <w:r w:rsidRPr="00B17CC9">
              <w:rPr>
                <w:rFonts w:cs="Times New Roman"/>
                <w:i/>
                <w:iCs/>
                <w:color w:val="000000"/>
                <w:sz w:val="22"/>
                <w:lang w:val="ro-MD"/>
              </w:rPr>
              <w:t>Dacă da, specificați informația care ar permite verificarea</w:t>
            </w:r>
            <w:r w:rsidRPr="00B17CC9">
              <w:rPr>
                <w:rFonts w:cs="Times New Roman"/>
                <w:color w:val="000000"/>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Adresa de internet:</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10" w:right="-111"/>
              <w:contextualSpacing/>
              <w:jc w:val="both"/>
              <w:rPr>
                <w:rFonts w:cs="Times New Roman"/>
                <w:i/>
                <w:sz w:val="22"/>
                <w:lang w:val="ro-MD"/>
              </w:rPr>
            </w:pPr>
            <w:r w:rsidRPr="00B17CC9">
              <w:rPr>
                <w:rFonts w:cs="Times New Roman"/>
                <w:i/>
                <w:color w:val="000000"/>
                <w:sz w:val="22"/>
                <w:lang w:val="ro-MD"/>
              </w:rPr>
              <w:t>Autoritatea sau organismul emitent(ă):</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Referința exactă a documentației:</w:t>
            </w:r>
          </w:p>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b/>
                <w:color w:val="000000"/>
                <w:sz w:val="22"/>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Informațiile sunt disponibile gratuit pentru autorități, dintr-o bază de date națională?</w:t>
            </w:r>
            <w:r w:rsidRPr="00B17CC9">
              <w:rPr>
                <w:rFonts w:cs="Times New Roman"/>
                <w:i/>
                <w:iCs/>
                <w:color w:val="000000"/>
                <w:sz w:val="22"/>
                <w:lang w:val="ro-MD"/>
              </w:rPr>
              <w:t xml:space="preserve"> Dacă da, specificați informația care ar permite verificarea</w:t>
            </w:r>
            <w:r w:rsidRPr="00B17CC9">
              <w:rPr>
                <w:rFonts w:cs="Times New Roman"/>
                <w:color w:val="000000"/>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Adresa de internet:</w:t>
            </w:r>
          </w:p>
          <w:p w:rsidR="00924ED0" w:rsidRPr="00B17CC9" w:rsidRDefault="00924ED0" w:rsidP="00B17CC9">
            <w:pPr>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10"/>
              <w:contextualSpacing/>
              <w:jc w:val="both"/>
              <w:rPr>
                <w:rFonts w:cs="Times New Roman"/>
                <w:i/>
                <w:sz w:val="22"/>
                <w:lang w:val="ro-MD"/>
              </w:rPr>
            </w:pPr>
            <w:r w:rsidRPr="00B17CC9">
              <w:rPr>
                <w:rFonts w:cs="Times New Roman"/>
                <w:i/>
                <w:color w:val="000000"/>
                <w:sz w:val="22"/>
                <w:lang w:val="ro-MD"/>
              </w:rPr>
              <w:t>Autoritatea sau organismul emitent(ă):</w:t>
            </w:r>
          </w:p>
          <w:p w:rsidR="00924ED0" w:rsidRPr="00B17CC9" w:rsidRDefault="00924ED0" w:rsidP="00B17CC9">
            <w:pPr>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Referința exactă a documentației:</w:t>
            </w:r>
          </w:p>
          <w:p w:rsidR="00924ED0" w:rsidRPr="00B17CC9" w:rsidRDefault="00924ED0" w:rsidP="00B17CC9">
            <w:pPr>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lastRenderedPageBreak/>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rPr>
            </w:pPr>
            <w:r w:rsidRPr="00B17CC9">
              <w:rPr>
                <w:rFonts w:cs="Times New Roman"/>
                <w:color w:val="000000"/>
                <w:sz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color w:val="000000"/>
                <w:sz w:val="22"/>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Angajați [număr]</w:t>
            </w:r>
          </w:p>
        </w:tc>
      </w:tr>
      <w:tr w:rsidR="00924ED0" w:rsidRPr="00B17CC9"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Angajați [număr]</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Angajați [număr]</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b/>
                <w:sz w:val="22"/>
                <w:lang w:val="ro-MD"/>
              </w:rPr>
            </w:pPr>
          </w:p>
        </w:tc>
      </w:tr>
      <w:tr w:rsidR="00924ED0" w:rsidRPr="00B17CC9" w:rsidTr="00924ED0">
        <w:trPr>
          <w:cantSplit/>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Persoane [număr]</w:t>
            </w:r>
          </w:p>
        </w:tc>
      </w:tr>
      <w:tr w:rsidR="00924ED0" w:rsidRPr="00B17CC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Persoane [număr]</w:t>
            </w:r>
          </w:p>
        </w:tc>
      </w:tr>
      <w:tr w:rsidR="00924ED0" w:rsidRPr="00B17CC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Anul |text|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Persoane [număr]</w:t>
            </w:r>
          </w:p>
        </w:tc>
      </w:tr>
      <w:tr w:rsidR="00924ED0" w:rsidRPr="00B17CC9"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jc w:val="both"/>
              <w:rPr>
                <w:rFonts w:cs="Times New Roman"/>
                <w:b/>
                <w:sz w:val="22"/>
                <w:lang w:val="ro-MD"/>
              </w:rPr>
            </w:pPr>
          </w:p>
        </w:tc>
      </w:tr>
      <w:tr w:rsidR="00924ED0" w:rsidRPr="00B17CC9"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b/>
                <w:color w:val="000000"/>
                <w:sz w:val="22"/>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sz w:val="22"/>
                <w:lang w:val="ro-MD"/>
              </w:rPr>
            </w:pPr>
            <w:r w:rsidRPr="00B17CC9">
              <w:rPr>
                <w:rFonts w:cs="Times New Roman"/>
                <w:color w:val="000000"/>
                <w:sz w:val="22"/>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jc w:val="both"/>
              <w:rPr>
                <w:rFonts w:cs="Times New Roman"/>
                <w:i/>
                <w:sz w:val="22"/>
                <w:lang w:val="ro-MD"/>
              </w:rPr>
            </w:pPr>
            <w:r w:rsidRPr="00B17CC9">
              <w:rPr>
                <w:rFonts w:cs="Times New Roman"/>
                <w:i/>
                <w:color w:val="000000"/>
                <w:sz w:val="22"/>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6"/>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b/>
                <w:color w:val="000000"/>
                <w:sz w:val="22"/>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142"/>
              <w:contextualSpacing/>
              <w:jc w:val="both"/>
              <w:rPr>
                <w:rFonts w:cs="Times New Roman"/>
                <w:sz w:val="22"/>
                <w:lang w:val="ro-MD"/>
              </w:rPr>
            </w:pPr>
            <w:r w:rsidRPr="00B17CC9">
              <w:rPr>
                <w:rFonts w:cs="Times New Roman"/>
                <w:color w:val="000000"/>
                <w:sz w:val="22"/>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b/>
                <w:sz w:val="22"/>
                <w:lang w:val="ro-MD"/>
              </w:rPr>
            </w:pPr>
            <w:r w:rsidRPr="00B17CC9">
              <w:rPr>
                <w:rFonts w:cs="Times New Roman"/>
                <w:color w:val="000000"/>
                <w:sz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i/>
                <w:color w:val="000000"/>
                <w:sz w:val="22"/>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6"/>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6"/>
              <w:contextualSpacing/>
              <w:jc w:val="both"/>
              <w:rPr>
                <w:rFonts w:cs="Times New Roman"/>
                <w:i/>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b/>
                <w:color w:val="000000"/>
                <w:sz w:val="22"/>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720"/>
              <w:contextualSpacing/>
              <w:jc w:val="both"/>
              <w:rPr>
                <w:rFonts w:cs="Times New Roman"/>
                <w:sz w:val="22"/>
                <w:lang w:val="ro-MD"/>
              </w:rPr>
            </w:pP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color w:val="000000"/>
                <w:sz w:val="22"/>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rPr>
            </w:pPr>
            <w:r w:rsidRPr="00B17CC9">
              <w:rPr>
                <w:rFonts w:cs="Times New Roman"/>
                <w:i/>
                <w:color w:val="000000"/>
                <w:sz w:val="22"/>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Dacă Da, enumerați-le specificând descrierea serviciilor, valoarea lor, durata de execuție, data începerii, beneficiarul și altă informație relevantă.</w:t>
            </w:r>
          </w:p>
          <w:p w:rsidR="00924ED0" w:rsidRPr="00B17CC9" w:rsidRDefault="00924ED0" w:rsidP="00B17CC9">
            <w:pPr>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i/>
                <w:color w:val="000000"/>
                <w:sz w:val="22"/>
                <w:lang w:val="ro-MD"/>
              </w:rPr>
              <w:t>|text|</w:t>
            </w: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r>
      <w:tr w:rsidR="00924ED0" w:rsidRPr="00B17CC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r>
      <w:tr w:rsidR="00924ED0" w:rsidRPr="00B17CC9" w:rsidTr="00924ED0">
        <w:trPr>
          <w:cantSplit/>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r>
      <w:tr w:rsidR="00924ED0" w:rsidRPr="00B17CC9" w:rsidTr="00924ED0">
        <w:trPr>
          <w:cantSplit/>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r>
      <w:tr w:rsidR="00924ED0" w:rsidRPr="00B17CC9" w:rsidTr="00924ED0">
        <w:trPr>
          <w:cantSplit/>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lastRenderedPageBreak/>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p w:rsidR="00924ED0" w:rsidRPr="00B17CC9" w:rsidRDefault="00924ED0" w:rsidP="00B17CC9">
            <w:pPr>
              <w:contextualSpacing/>
              <w:jc w:val="both"/>
              <w:rPr>
                <w:rFonts w:cs="Times New Roman"/>
                <w:sz w:val="22"/>
                <w:lang w:val="ro-MD"/>
              </w:rPr>
            </w:pP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426" w:hanging="284"/>
              <w:contextualSpacing/>
              <w:jc w:val="both"/>
              <w:rPr>
                <w:rFonts w:cs="Times New Roman"/>
                <w:sz w:val="22"/>
                <w:lang w:val="ro-MD"/>
              </w:rPr>
            </w:pPr>
            <w:r w:rsidRPr="00B17CC9">
              <w:rPr>
                <w:rFonts w:cs="Times New Roman"/>
                <w:b/>
                <w:color w:val="000000"/>
                <w:sz w:val="22"/>
                <w:lang w:val="ro-MD"/>
              </w:rPr>
              <w:t>Standarde de asigurare a calității</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i/>
                <w:sz w:val="22"/>
                <w:lang w:val="ro-MD"/>
              </w:rPr>
            </w:pPr>
            <w:r w:rsidRPr="00B17CC9">
              <w:rPr>
                <w:rFonts w:cs="Times New Roman"/>
                <w:color w:val="000000"/>
                <w:sz w:val="22"/>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color w:val="000000"/>
                <w:sz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Adresa de internet:</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Autoritatea sau organismul emitent(ă):</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Referința exactă a documentației:</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426" w:hanging="284"/>
              <w:contextualSpacing/>
              <w:jc w:val="both"/>
              <w:rPr>
                <w:rFonts w:cs="Times New Roman"/>
                <w:b/>
                <w:sz w:val="22"/>
                <w:lang w:val="ro-MD"/>
              </w:rPr>
            </w:pPr>
            <w:r w:rsidRPr="00B17CC9">
              <w:rPr>
                <w:rFonts w:cs="Times New Roman"/>
                <w:b/>
                <w:color w:val="000000"/>
                <w:sz w:val="22"/>
                <w:lang w:val="ro-MD"/>
              </w:rPr>
              <w:t>Standarde de protecție a mediului</w:t>
            </w:r>
          </w:p>
        </w:tc>
      </w:tr>
      <w:tr w:rsidR="00924ED0" w:rsidRPr="00B17CC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color w:val="000000"/>
                <w:sz w:val="22"/>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37"/>
              <w:contextualSpacing/>
              <w:jc w:val="both"/>
              <w:rPr>
                <w:rFonts w:cs="Times New Roman"/>
                <w:sz w:val="22"/>
                <w:lang w:val="ro-MD"/>
              </w:rPr>
            </w:pPr>
            <w:r w:rsidRPr="00B17CC9">
              <w:rPr>
                <w:rFonts w:cs="Times New Roman"/>
                <w:color w:val="000000"/>
                <w:sz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Adresa de internet:</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Autoritatea sau organismul emitent(ă):</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Referința exactă a documentației:</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24"/>
              </w:numPr>
              <w:suppressAutoHyphens/>
              <w:ind w:left="426" w:hanging="284"/>
              <w:contextualSpacing/>
              <w:jc w:val="both"/>
              <w:rPr>
                <w:rFonts w:cs="Times New Roman"/>
                <w:sz w:val="22"/>
                <w:lang w:val="ro-MD"/>
              </w:rPr>
            </w:pPr>
            <w:r w:rsidRPr="00B17CC9">
              <w:rPr>
                <w:rFonts w:cs="Times New Roman"/>
                <w:b/>
                <w:color w:val="000000"/>
                <w:sz w:val="22"/>
                <w:lang w:val="ro-MD"/>
              </w:rPr>
              <w:t>Permiterea controalelor</w:t>
            </w:r>
          </w:p>
        </w:tc>
      </w:tr>
      <w:tr w:rsidR="00924ED0" w:rsidRPr="00B17CC9" w:rsidTr="00924ED0">
        <w:trPr>
          <w:cantSplit/>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924ED0" w:rsidRPr="00B17CC9" w:rsidRDefault="00924ED0" w:rsidP="00B17CC9">
            <w:pPr>
              <w:ind w:left="37"/>
              <w:contextualSpacing/>
              <w:jc w:val="both"/>
              <w:rPr>
                <w:rFonts w:cs="Times New Roman"/>
                <w:i/>
                <w:sz w:val="22"/>
                <w:lang w:val="ro-MD"/>
              </w:rPr>
            </w:pPr>
            <w:r w:rsidRPr="00B17CC9">
              <w:rPr>
                <w:rFonts w:cs="Times New Roman"/>
                <w:color w:val="000000"/>
                <w:sz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924ED0" w:rsidRPr="00B17CC9" w:rsidRDefault="00924ED0" w:rsidP="00B17CC9">
            <w:pPr>
              <w:jc w:val="both"/>
              <w:rPr>
                <w:rFonts w:cs="Times New Roman"/>
                <w:sz w:val="22"/>
              </w:rPr>
            </w:pPr>
            <w:r w:rsidRPr="00B17CC9">
              <w:rPr>
                <w:rFonts w:cs="Times New Roman"/>
                <w:color w:val="000000"/>
                <w:sz w:val="22"/>
              </w:rPr>
              <w:t>[</w:t>
            </w:r>
            <w:r w:rsidRPr="00B17CC9">
              <w:rPr>
                <w:rFonts w:cs="Times New Roman"/>
                <w:b/>
                <w:color w:val="000000"/>
                <w:sz w:val="22"/>
              </w:rPr>
              <w:t xml:space="preserve">G. </w:t>
            </w:r>
            <w:proofErr w:type="spellStart"/>
            <w:r w:rsidRPr="00B17CC9">
              <w:rPr>
                <w:rFonts w:cs="Times New Roman"/>
                <w:b/>
                <w:color w:val="000000"/>
                <w:sz w:val="22"/>
              </w:rPr>
              <w:t>Cerințe</w:t>
            </w:r>
            <w:proofErr w:type="spellEnd"/>
            <w:r w:rsidRPr="00B17CC9">
              <w:rPr>
                <w:rFonts w:cs="Times New Roman"/>
                <w:b/>
                <w:color w:val="000000"/>
                <w:sz w:val="22"/>
              </w:rPr>
              <w:t>/</w:t>
            </w:r>
            <w:proofErr w:type="spellStart"/>
            <w:r w:rsidRPr="00B17CC9">
              <w:rPr>
                <w:rFonts w:cs="Times New Roman"/>
                <w:b/>
                <w:color w:val="000000"/>
                <w:sz w:val="22"/>
              </w:rPr>
              <w:t>documente</w:t>
            </w:r>
            <w:proofErr w:type="spellEnd"/>
            <w:r w:rsidRPr="00B17CC9">
              <w:rPr>
                <w:rFonts w:cs="Times New Roman"/>
                <w:b/>
                <w:color w:val="000000"/>
                <w:sz w:val="22"/>
              </w:rPr>
              <w:t xml:space="preserve"> solicitate conform pct. 16 din </w:t>
            </w:r>
            <w:proofErr w:type="spellStart"/>
            <w:r w:rsidRPr="00B17CC9">
              <w:rPr>
                <w:rFonts w:cs="Times New Roman"/>
                <w:b/>
                <w:color w:val="000000"/>
                <w:sz w:val="22"/>
              </w:rPr>
              <w:t>Anunțul</w:t>
            </w:r>
            <w:proofErr w:type="spellEnd"/>
            <w:r w:rsidRPr="00B17CC9">
              <w:rPr>
                <w:rFonts w:cs="Times New Roman"/>
                <w:b/>
                <w:color w:val="000000"/>
                <w:sz w:val="22"/>
              </w:rPr>
              <w:t xml:space="preserve"> de </w:t>
            </w:r>
            <w:proofErr w:type="spellStart"/>
            <w:r w:rsidRPr="00B17CC9">
              <w:rPr>
                <w:rFonts w:cs="Times New Roman"/>
                <w:b/>
                <w:color w:val="000000"/>
                <w:sz w:val="22"/>
              </w:rPr>
              <w:t>participare</w:t>
            </w:r>
            <w:proofErr w:type="spellEnd"/>
          </w:p>
          <w:p w:rsidR="00924ED0" w:rsidRPr="00B17CC9" w:rsidRDefault="00924ED0" w:rsidP="00B17CC9">
            <w:pPr>
              <w:jc w:val="both"/>
              <w:rPr>
                <w:rFonts w:cs="Times New Roman"/>
                <w:sz w:val="22"/>
              </w:rPr>
            </w:pPr>
          </w:p>
          <w:p w:rsidR="00924ED0" w:rsidRPr="00B17CC9" w:rsidRDefault="00924ED0" w:rsidP="00B17CC9">
            <w:pPr>
              <w:jc w:val="both"/>
              <w:rPr>
                <w:rFonts w:cs="Times New Roman"/>
                <w:sz w:val="22"/>
              </w:rPr>
            </w:pPr>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 xml:space="preserve">DUAE (Anexa nr. 2). Mod de demonstrare: Original. Completat și semnat electronic de către participant. Nivel minim/Obligativitatea: Obligatoriu. Conform pct. 16 subpct. 1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4G.2</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Cerere</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1). Mod de </w:t>
            </w:r>
            <w:proofErr w:type="spellStart"/>
            <w:r w:rsidRPr="00B17CC9">
              <w:rPr>
                <w:rFonts w:cs="Times New Roman"/>
                <w:color w:val="000000"/>
                <w:sz w:val="22"/>
              </w:rPr>
              <w:t>demonstrare</w:t>
            </w:r>
            <w:proofErr w:type="spellEnd"/>
            <w:r w:rsidRPr="00B17CC9">
              <w:rPr>
                <w:rFonts w:cs="Times New Roman"/>
                <w:color w:val="000000"/>
                <w:sz w:val="22"/>
              </w:rPr>
              <w:t xml:space="preserve">: Original. </w:t>
            </w:r>
            <w:proofErr w:type="spellStart"/>
            <w:r w:rsidRPr="00B17CC9">
              <w:rPr>
                <w:rFonts w:cs="Times New Roman"/>
                <w:color w:val="000000"/>
                <w:sz w:val="22"/>
              </w:rPr>
              <w:t>Completată</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2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4G.3</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Specificații</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3).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Completate</w:t>
            </w:r>
            <w:proofErr w:type="spellEnd"/>
            <w:r w:rsidRPr="00B17CC9">
              <w:rPr>
                <w:rFonts w:cs="Times New Roman"/>
                <w:color w:val="000000"/>
                <w:sz w:val="22"/>
              </w:rPr>
              <w:t xml:space="preserve"> de </w:t>
            </w:r>
            <w:proofErr w:type="spellStart"/>
            <w:r w:rsidRPr="00B17CC9">
              <w:rPr>
                <w:rFonts w:cs="Times New Roman"/>
                <w:color w:val="000000"/>
                <w:sz w:val="22"/>
              </w:rPr>
              <w:t>ofertant</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coloanele</w:t>
            </w:r>
            <w:proofErr w:type="spellEnd"/>
            <w:r w:rsidRPr="00B17CC9">
              <w:rPr>
                <w:rFonts w:cs="Times New Roman"/>
                <w:color w:val="000000"/>
                <w:sz w:val="22"/>
              </w:rPr>
              <w:t xml:space="preserve"> 2, 3, 4, 6 </w:t>
            </w:r>
            <w:proofErr w:type="spellStart"/>
            <w:r w:rsidRPr="00B17CC9">
              <w:rPr>
                <w:rFonts w:cs="Times New Roman"/>
                <w:color w:val="000000"/>
                <w:sz w:val="22"/>
              </w:rPr>
              <w:t>și</w:t>
            </w:r>
            <w:proofErr w:type="spellEnd"/>
            <w:r w:rsidRPr="00B17CC9">
              <w:rPr>
                <w:rFonts w:cs="Times New Roman"/>
                <w:color w:val="000000"/>
                <w:sz w:val="22"/>
              </w:rPr>
              <w:t xml:space="preserve"> 7; </w:t>
            </w:r>
            <w:proofErr w:type="spellStart"/>
            <w:r w:rsidRPr="00B17CC9">
              <w:rPr>
                <w:rFonts w:cs="Times New Roman"/>
                <w:color w:val="000000"/>
                <w:sz w:val="22"/>
              </w:rPr>
              <w:t>semnate</w:t>
            </w:r>
            <w:proofErr w:type="spellEnd"/>
            <w:r w:rsidRPr="00B17CC9">
              <w:rPr>
                <w:rFonts w:cs="Times New Roman"/>
                <w:color w:val="000000"/>
                <w:sz w:val="22"/>
              </w:rPr>
              <w:t xml:space="preserve"> electronic.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3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lastRenderedPageBreak/>
              <w:t>4G.4</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Specificații</w:t>
            </w:r>
            <w:proofErr w:type="spellEnd"/>
            <w:r w:rsidRPr="00B17CC9">
              <w:rPr>
                <w:rFonts w:cs="Times New Roman"/>
                <w:color w:val="000000"/>
                <w:sz w:val="22"/>
              </w:rPr>
              <w:t xml:space="preserve"> de </w:t>
            </w:r>
            <w:proofErr w:type="spellStart"/>
            <w:r w:rsidRPr="00B17CC9">
              <w:rPr>
                <w:rFonts w:cs="Times New Roman"/>
                <w:color w:val="000000"/>
                <w:sz w:val="22"/>
              </w:rPr>
              <w:t>preț</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4).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Completate</w:t>
            </w:r>
            <w:proofErr w:type="spellEnd"/>
            <w:r w:rsidRPr="00B17CC9">
              <w:rPr>
                <w:rFonts w:cs="Times New Roman"/>
                <w:color w:val="000000"/>
                <w:sz w:val="22"/>
              </w:rPr>
              <w:t xml:space="preserve"> de </w:t>
            </w:r>
            <w:proofErr w:type="spellStart"/>
            <w:r w:rsidRPr="00B17CC9">
              <w:rPr>
                <w:rFonts w:cs="Times New Roman"/>
                <w:color w:val="000000"/>
                <w:sz w:val="22"/>
              </w:rPr>
              <w:t>ofertant</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coloanele</w:t>
            </w:r>
            <w:proofErr w:type="spellEnd"/>
            <w:r w:rsidRPr="00B17CC9">
              <w:rPr>
                <w:rFonts w:cs="Times New Roman"/>
                <w:color w:val="000000"/>
                <w:sz w:val="22"/>
              </w:rPr>
              <w:t xml:space="preserve"> 5, 6, 7, 8 </w:t>
            </w:r>
            <w:proofErr w:type="spellStart"/>
            <w:r w:rsidRPr="00B17CC9">
              <w:rPr>
                <w:rFonts w:cs="Times New Roman"/>
                <w:color w:val="000000"/>
                <w:sz w:val="22"/>
              </w:rPr>
              <w:t>și</w:t>
            </w:r>
            <w:proofErr w:type="spellEnd"/>
            <w:r w:rsidRPr="00B17CC9">
              <w:rPr>
                <w:rFonts w:cs="Times New Roman"/>
                <w:color w:val="000000"/>
                <w:sz w:val="22"/>
              </w:rPr>
              <w:t xml:space="preserve"> 11,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necesitate</w:t>
            </w:r>
            <w:proofErr w:type="spellEnd"/>
            <w:r w:rsidRPr="00B17CC9">
              <w:rPr>
                <w:rFonts w:cs="Times New Roman"/>
                <w:color w:val="000000"/>
                <w:sz w:val="22"/>
              </w:rPr>
              <w:t xml:space="preserve">; </w:t>
            </w:r>
            <w:proofErr w:type="spellStart"/>
            <w:r w:rsidRPr="00B17CC9">
              <w:rPr>
                <w:rFonts w:cs="Times New Roman"/>
                <w:color w:val="000000"/>
                <w:sz w:val="22"/>
              </w:rPr>
              <w:t>semnate</w:t>
            </w:r>
            <w:proofErr w:type="spellEnd"/>
            <w:r w:rsidRPr="00B17CC9">
              <w:rPr>
                <w:rFonts w:cs="Times New Roman"/>
                <w:color w:val="000000"/>
                <w:sz w:val="22"/>
              </w:rPr>
              <w:t xml:space="preserve"> electronic.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4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4G.5</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de </w:t>
            </w:r>
            <w:proofErr w:type="spellStart"/>
            <w:r w:rsidRPr="00B17CC9">
              <w:rPr>
                <w:rFonts w:cs="Times New Roman"/>
                <w:color w:val="000000"/>
                <w:sz w:val="22"/>
              </w:rPr>
              <w:t>eligibilitate</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5). Mod de </w:t>
            </w:r>
            <w:proofErr w:type="spellStart"/>
            <w:r w:rsidRPr="00B17CC9">
              <w:rPr>
                <w:rFonts w:cs="Times New Roman"/>
                <w:color w:val="000000"/>
                <w:sz w:val="22"/>
              </w:rPr>
              <w:t>demonstrare</w:t>
            </w:r>
            <w:proofErr w:type="spellEnd"/>
            <w:r w:rsidRPr="00B17CC9">
              <w:rPr>
                <w:rFonts w:cs="Times New Roman"/>
                <w:color w:val="000000"/>
                <w:sz w:val="22"/>
              </w:rPr>
              <w:t xml:space="preserve">: Original. </w:t>
            </w:r>
            <w:proofErr w:type="spellStart"/>
            <w:r w:rsidRPr="00B17CC9">
              <w:rPr>
                <w:rFonts w:cs="Times New Roman"/>
                <w:color w:val="000000"/>
                <w:sz w:val="22"/>
              </w:rPr>
              <w:t>Completată</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5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4G.6</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valabilitatea</w:t>
            </w:r>
            <w:proofErr w:type="spellEnd"/>
            <w:r w:rsidRPr="00B17CC9">
              <w:rPr>
                <w:rFonts w:cs="Times New Roman"/>
                <w:color w:val="000000"/>
                <w:sz w:val="22"/>
              </w:rPr>
              <w:t xml:space="preserve"> </w:t>
            </w:r>
            <w:proofErr w:type="spellStart"/>
            <w:r w:rsidRPr="00B17CC9">
              <w:rPr>
                <w:rFonts w:cs="Times New Roman"/>
                <w:color w:val="000000"/>
                <w:sz w:val="22"/>
              </w:rPr>
              <w:t>ofertei</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6). Mod de </w:t>
            </w:r>
            <w:proofErr w:type="spellStart"/>
            <w:r w:rsidRPr="00B17CC9">
              <w:rPr>
                <w:rFonts w:cs="Times New Roman"/>
                <w:color w:val="000000"/>
                <w:sz w:val="22"/>
              </w:rPr>
              <w:t>demonstrare</w:t>
            </w:r>
            <w:proofErr w:type="spellEnd"/>
            <w:r w:rsidRPr="00B17CC9">
              <w:rPr>
                <w:rFonts w:cs="Times New Roman"/>
                <w:color w:val="000000"/>
                <w:sz w:val="22"/>
              </w:rPr>
              <w:t xml:space="preserve">: Original. </w:t>
            </w:r>
            <w:proofErr w:type="spellStart"/>
            <w:r w:rsidRPr="00B17CC9">
              <w:rPr>
                <w:rFonts w:cs="Times New Roman"/>
                <w:color w:val="000000"/>
                <w:sz w:val="22"/>
              </w:rPr>
              <w:t>Oferta</w:t>
            </w:r>
            <w:proofErr w:type="spellEnd"/>
            <w:r w:rsidRPr="00B17CC9">
              <w:rPr>
                <w:rFonts w:cs="Times New Roman"/>
                <w:color w:val="000000"/>
                <w:sz w:val="22"/>
              </w:rPr>
              <w:t xml:space="preserve"> se </w:t>
            </w:r>
            <w:proofErr w:type="spellStart"/>
            <w:r w:rsidRPr="00B17CC9">
              <w:rPr>
                <w:rFonts w:cs="Times New Roman"/>
                <w:color w:val="000000"/>
                <w:sz w:val="22"/>
              </w:rPr>
              <w:t>menține</w:t>
            </w:r>
            <w:proofErr w:type="spellEnd"/>
            <w:r w:rsidRPr="00B17CC9">
              <w:rPr>
                <w:rFonts w:cs="Times New Roman"/>
                <w:color w:val="000000"/>
                <w:sz w:val="22"/>
              </w:rPr>
              <w:t xml:space="preserve"> </w:t>
            </w:r>
            <w:proofErr w:type="spellStart"/>
            <w:r w:rsidRPr="00B17CC9">
              <w:rPr>
                <w:rFonts w:cs="Times New Roman"/>
                <w:color w:val="000000"/>
                <w:sz w:val="22"/>
              </w:rPr>
              <w:t>valabilă</w:t>
            </w:r>
            <w:proofErr w:type="spellEnd"/>
            <w:r w:rsidRPr="00B17CC9">
              <w:rPr>
                <w:rFonts w:cs="Times New Roman"/>
                <w:color w:val="000000"/>
                <w:sz w:val="22"/>
              </w:rPr>
              <w:t xml:space="preserve"> 30 </w:t>
            </w:r>
            <w:proofErr w:type="spellStart"/>
            <w:r w:rsidRPr="00B17CC9">
              <w:rPr>
                <w:rFonts w:cs="Times New Roman"/>
                <w:color w:val="000000"/>
                <w:sz w:val="22"/>
              </w:rPr>
              <w:t>zile</w:t>
            </w:r>
            <w:proofErr w:type="spellEnd"/>
            <w:r w:rsidRPr="00B17CC9">
              <w:rPr>
                <w:rFonts w:cs="Times New Roman"/>
                <w:color w:val="000000"/>
                <w:sz w:val="22"/>
              </w:rPr>
              <w:t xml:space="preserve">; document </w:t>
            </w:r>
            <w:proofErr w:type="spellStart"/>
            <w:r w:rsidRPr="00B17CC9">
              <w:rPr>
                <w:rFonts w:cs="Times New Roman"/>
                <w:color w:val="000000"/>
                <w:sz w:val="22"/>
              </w:rPr>
              <w:t>semnat</w:t>
            </w:r>
            <w:proofErr w:type="spellEnd"/>
            <w:r w:rsidRPr="00B17CC9">
              <w:rPr>
                <w:rFonts w:cs="Times New Roman"/>
                <w:color w:val="000000"/>
                <w:sz w:val="22"/>
              </w:rPr>
              <w:t xml:space="preserve"> electronic.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6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4G.7</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lista</w:t>
            </w:r>
            <w:proofErr w:type="spellEnd"/>
            <w:r w:rsidRPr="00B17CC9">
              <w:rPr>
                <w:rFonts w:cs="Times New Roman"/>
                <w:color w:val="000000"/>
                <w:sz w:val="22"/>
              </w:rPr>
              <w:t xml:space="preserve"> </w:t>
            </w:r>
            <w:proofErr w:type="spellStart"/>
            <w:r w:rsidRPr="00B17CC9">
              <w:rPr>
                <w:rFonts w:cs="Times New Roman"/>
                <w:color w:val="000000"/>
                <w:sz w:val="22"/>
              </w:rPr>
              <w:t>principalelor</w:t>
            </w:r>
            <w:proofErr w:type="spellEnd"/>
            <w:r w:rsidRPr="00B17CC9">
              <w:rPr>
                <w:rFonts w:cs="Times New Roman"/>
                <w:color w:val="000000"/>
                <w:sz w:val="22"/>
              </w:rPr>
              <w:t xml:space="preserve"> </w:t>
            </w:r>
            <w:proofErr w:type="spellStart"/>
            <w:r w:rsidRPr="00B17CC9">
              <w:rPr>
                <w:rFonts w:cs="Times New Roman"/>
                <w:color w:val="000000"/>
                <w:sz w:val="22"/>
              </w:rPr>
              <w:t>livrări</w:t>
            </w:r>
            <w:proofErr w:type="spellEnd"/>
            <w:r w:rsidRPr="00B17CC9">
              <w:rPr>
                <w:rFonts w:cs="Times New Roman"/>
                <w:color w:val="000000"/>
                <w:sz w:val="22"/>
              </w:rPr>
              <w:t>/</w:t>
            </w:r>
            <w:proofErr w:type="spellStart"/>
            <w:r w:rsidRPr="00B17CC9">
              <w:rPr>
                <w:rFonts w:cs="Times New Roman"/>
                <w:color w:val="000000"/>
                <w:sz w:val="22"/>
              </w:rPr>
              <w:t>prestări</w:t>
            </w:r>
            <w:proofErr w:type="spellEnd"/>
            <w:r w:rsidRPr="00B17CC9">
              <w:rPr>
                <w:rFonts w:cs="Times New Roman"/>
                <w:color w:val="000000"/>
                <w:sz w:val="22"/>
              </w:rPr>
              <w:t xml:space="preserve"> (</w:t>
            </w:r>
            <w:proofErr w:type="spellStart"/>
            <w:r w:rsidRPr="00B17CC9">
              <w:rPr>
                <w:rFonts w:cs="Times New Roman"/>
                <w:color w:val="000000"/>
                <w:sz w:val="22"/>
              </w:rPr>
              <w:t>Anexa</w:t>
            </w:r>
            <w:proofErr w:type="spellEnd"/>
            <w:r w:rsidRPr="00B17CC9">
              <w:rPr>
                <w:rFonts w:cs="Times New Roman"/>
                <w:color w:val="000000"/>
                <w:sz w:val="22"/>
              </w:rPr>
              <w:t xml:space="preserve"> nr. 7).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Completată</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la </w:t>
            </w:r>
            <w:proofErr w:type="spellStart"/>
            <w:r w:rsidRPr="00B17CC9">
              <w:rPr>
                <w:rFonts w:cs="Times New Roman"/>
                <w:color w:val="000000"/>
                <w:sz w:val="22"/>
              </w:rPr>
              <w:t>solicitarea</w:t>
            </w:r>
            <w:proofErr w:type="spellEnd"/>
            <w:r w:rsidRPr="00B17CC9">
              <w:rPr>
                <w:rFonts w:cs="Times New Roman"/>
                <w:color w:val="000000"/>
                <w:sz w:val="22"/>
              </w:rPr>
              <w:t xml:space="preserve"> </w:t>
            </w:r>
            <w:proofErr w:type="spellStart"/>
            <w:r w:rsidRPr="00B17CC9">
              <w:rPr>
                <w:rFonts w:cs="Times New Roman"/>
                <w:color w:val="000000"/>
                <w:sz w:val="22"/>
              </w:rPr>
              <w:t>autorității</w:t>
            </w:r>
            <w:proofErr w:type="spellEnd"/>
            <w:r w:rsidRPr="00B17CC9">
              <w:rPr>
                <w:rFonts w:cs="Times New Roman"/>
                <w:color w:val="000000"/>
                <w:sz w:val="22"/>
              </w:rPr>
              <w:t xml:space="preserve"> </w:t>
            </w:r>
            <w:proofErr w:type="spellStart"/>
            <w:r w:rsidRPr="00B17CC9">
              <w:rPr>
                <w:rFonts w:cs="Times New Roman"/>
                <w:color w:val="000000"/>
                <w:sz w:val="22"/>
              </w:rPr>
              <w:t>contractante</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7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4G.8</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datele</w:t>
            </w:r>
            <w:proofErr w:type="spellEnd"/>
            <w:r w:rsidRPr="00B17CC9">
              <w:rPr>
                <w:rFonts w:cs="Times New Roman"/>
                <w:color w:val="000000"/>
                <w:sz w:val="22"/>
              </w:rPr>
              <w:t xml:space="preserve"> de </w:t>
            </w:r>
            <w:proofErr w:type="spellStart"/>
            <w:r w:rsidRPr="00B17CC9">
              <w:rPr>
                <w:rFonts w:cs="Times New Roman"/>
                <w:color w:val="000000"/>
                <w:sz w:val="22"/>
              </w:rPr>
              <w:t>identificare</w:t>
            </w:r>
            <w:proofErr w:type="spellEnd"/>
            <w:r w:rsidRPr="00B17CC9">
              <w:rPr>
                <w:rFonts w:cs="Times New Roman"/>
                <w:color w:val="000000"/>
                <w:sz w:val="22"/>
              </w:rPr>
              <w:t xml:space="preserve"> ale </w:t>
            </w:r>
            <w:proofErr w:type="spellStart"/>
            <w:r w:rsidRPr="00B17CC9">
              <w:rPr>
                <w:rFonts w:cs="Times New Roman"/>
                <w:color w:val="000000"/>
                <w:sz w:val="22"/>
              </w:rPr>
              <w:t>operatorului</w:t>
            </w:r>
            <w:proofErr w:type="spellEnd"/>
            <w:r w:rsidRPr="00B17CC9">
              <w:rPr>
                <w:rFonts w:cs="Times New Roman"/>
                <w:color w:val="000000"/>
                <w:sz w:val="22"/>
              </w:rPr>
              <w:t xml:space="preserve"> economic (</w:t>
            </w:r>
            <w:proofErr w:type="spellStart"/>
            <w:r w:rsidRPr="00B17CC9">
              <w:rPr>
                <w:rFonts w:cs="Times New Roman"/>
                <w:color w:val="000000"/>
                <w:sz w:val="22"/>
              </w:rPr>
              <w:t>Anexa</w:t>
            </w:r>
            <w:proofErr w:type="spellEnd"/>
            <w:r w:rsidRPr="00B17CC9">
              <w:rPr>
                <w:rFonts w:cs="Times New Roman"/>
                <w:color w:val="000000"/>
                <w:sz w:val="22"/>
              </w:rPr>
              <w:t xml:space="preserve"> nr. 9).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Completată</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contractare</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8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4G.9</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w:t>
            </w:r>
            <w:proofErr w:type="spellStart"/>
            <w:r w:rsidRPr="00B17CC9">
              <w:rPr>
                <w:rFonts w:cs="Times New Roman"/>
                <w:color w:val="000000"/>
                <w:sz w:val="22"/>
              </w:rPr>
              <w:t>decizie</w:t>
            </w:r>
            <w:proofErr w:type="spellEnd"/>
            <w:r w:rsidRPr="00B17CC9">
              <w:rPr>
                <w:rFonts w:cs="Times New Roman"/>
                <w:color w:val="000000"/>
                <w:sz w:val="22"/>
              </w:rPr>
              <w:t xml:space="preserve"> de </w:t>
            </w:r>
            <w:proofErr w:type="spellStart"/>
            <w:r w:rsidRPr="00B17CC9">
              <w:rPr>
                <w:rFonts w:cs="Times New Roman"/>
                <w:color w:val="000000"/>
                <w:sz w:val="22"/>
              </w:rPr>
              <w:t>înregistrare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extras din </w:t>
            </w:r>
            <w:proofErr w:type="spellStart"/>
            <w:r w:rsidRPr="00B17CC9">
              <w:rPr>
                <w:rFonts w:cs="Times New Roman"/>
                <w:color w:val="000000"/>
                <w:sz w:val="22"/>
              </w:rPr>
              <w:t>Registrul</w:t>
            </w:r>
            <w:proofErr w:type="spellEnd"/>
            <w:r w:rsidRPr="00B17CC9">
              <w:rPr>
                <w:rFonts w:cs="Times New Roman"/>
                <w:color w:val="000000"/>
                <w:sz w:val="22"/>
              </w:rPr>
              <w:t xml:space="preserve"> de Stat.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Copie</w:t>
            </w:r>
            <w:proofErr w:type="spellEnd"/>
            <w:r w:rsidRPr="00B17CC9">
              <w:rPr>
                <w:rFonts w:cs="Times New Roman"/>
                <w:color w:val="000000"/>
                <w:sz w:val="22"/>
              </w:rPr>
              <w:t xml:space="preserve">/Original, </w:t>
            </w:r>
            <w:proofErr w:type="spellStart"/>
            <w:r w:rsidRPr="00B17CC9">
              <w:rPr>
                <w:rFonts w:cs="Times New Roman"/>
                <w:color w:val="000000"/>
                <w:sz w:val="22"/>
              </w:rPr>
              <w:t>semnat</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9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Documente</w:t>
            </w:r>
            <w:proofErr w:type="spellEnd"/>
            <w:r w:rsidRPr="00B17CC9">
              <w:rPr>
                <w:rFonts w:cs="Times New Roman"/>
                <w:color w:val="000000"/>
                <w:sz w:val="22"/>
              </w:rPr>
              <w:t xml:space="preserve"> </w:t>
            </w:r>
            <w:proofErr w:type="spellStart"/>
            <w:r w:rsidRPr="00B17CC9">
              <w:rPr>
                <w:rFonts w:cs="Times New Roman"/>
                <w:color w:val="000000"/>
                <w:sz w:val="22"/>
              </w:rPr>
              <w:t>confirmatoare</w:t>
            </w:r>
            <w:proofErr w:type="spellEnd"/>
            <w:r w:rsidRPr="00B17CC9">
              <w:rPr>
                <w:rFonts w:cs="Times New Roman"/>
                <w:color w:val="000000"/>
                <w:sz w:val="22"/>
              </w:rPr>
              <w:t xml:space="preserve"> ale </w:t>
            </w:r>
            <w:proofErr w:type="spellStart"/>
            <w:r w:rsidRPr="00B17CC9">
              <w:rPr>
                <w:rFonts w:cs="Times New Roman"/>
                <w:color w:val="000000"/>
                <w:sz w:val="22"/>
              </w:rPr>
              <w:t>specificațiilor</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Fișe</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r w:rsidRPr="00B17CC9">
              <w:rPr>
                <w:rFonts w:cs="Times New Roman"/>
                <w:color w:val="000000"/>
                <w:sz w:val="22"/>
              </w:rPr>
              <w:t xml:space="preserve">, </w:t>
            </w:r>
            <w:proofErr w:type="spellStart"/>
            <w:r w:rsidRPr="00B17CC9">
              <w:rPr>
                <w:rFonts w:cs="Times New Roman"/>
                <w:color w:val="000000"/>
                <w:sz w:val="22"/>
              </w:rPr>
              <w:t>cataloage</w:t>
            </w:r>
            <w:proofErr w:type="spellEnd"/>
            <w:r w:rsidRPr="00B17CC9">
              <w:rPr>
                <w:rFonts w:cs="Times New Roman"/>
                <w:color w:val="000000"/>
                <w:sz w:val="22"/>
              </w:rPr>
              <w:t>/</w:t>
            </w:r>
            <w:proofErr w:type="spellStart"/>
            <w:r w:rsidRPr="00B17CC9">
              <w:rPr>
                <w:rFonts w:cs="Times New Roman"/>
                <w:color w:val="000000"/>
                <w:sz w:val="22"/>
              </w:rPr>
              <w:t>prospecte</w:t>
            </w:r>
            <w:proofErr w:type="spellEnd"/>
            <w:r w:rsidRPr="00B17CC9">
              <w:rPr>
                <w:rFonts w:cs="Times New Roman"/>
                <w:color w:val="000000"/>
                <w:sz w:val="22"/>
              </w:rPr>
              <w:t xml:space="preserve"> ale </w:t>
            </w:r>
            <w:proofErr w:type="spellStart"/>
            <w:r w:rsidRPr="00B17CC9">
              <w:rPr>
                <w:rFonts w:cs="Times New Roman"/>
                <w:color w:val="000000"/>
                <w:sz w:val="22"/>
              </w:rPr>
              <w:t>producătorului</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documente</w:t>
            </w:r>
            <w:proofErr w:type="spellEnd"/>
            <w:r w:rsidRPr="00B17CC9">
              <w:rPr>
                <w:rFonts w:cs="Times New Roman"/>
                <w:color w:val="000000"/>
                <w:sz w:val="22"/>
              </w:rPr>
              <w:t xml:space="preserve"> </w:t>
            </w:r>
            <w:proofErr w:type="spellStart"/>
            <w:r w:rsidRPr="00B17CC9">
              <w:rPr>
                <w:rFonts w:cs="Times New Roman"/>
                <w:color w:val="000000"/>
                <w:sz w:val="22"/>
              </w:rPr>
              <w:t>echivalente</w:t>
            </w:r>
            <w:proofErr w:type="spellEnd"/>
            <w:r w:rsidRPr="00B17CC9">
              <w:rPr>
                <w:rFonts w:cs="Times New Roman"/>
                <w:color w:val="000000"/>
                <w:sz w:val="22"/>
              </w:rPr>
              <w:t xml:space="preserve">, </w:t>
            </w:r>
            <w:proofErr w:type="spellStart"/>
            <w:r w:rsidRPr="00B17CC9">
              <w:rPr>
                <w:rFonts w:cs="Times New Roman"/>
                <w:color w:val="000000"/>
                <w:sz w:val="22"/>
              </w:rPr>
              <w:t>semnate</w:t>
            </w:r>
            <w:proofErr w:type="spellEnd"/>
            <w:r w:rsidRPr="00B17CC9">
              <w:rPr>
                <w:rFonts w:cs="Times New Roman"/>
                <w:color w:val="000000"/>
                <w:sz w:val="22"/>
              </w:rPr>
              <w:t xml:space="preserve"> electronic.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10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ISO 9001 </w:t>
            </w:r>
            <w:proofErr w:type="spellStart"/>
            <w:r w:rsidRPr="00B17CC9">
              <w:rPr>
                <w:rFonts w:cs="Times New Roman"/>
                <w:color w:val="000000"/>
                <w:sz w:val="22"/>
              </w:rPr>
              <w:t>și</w:t>
            </w:r>
            <w:proofErr w:type="spellEnd"/>
            <w:r w:rsidRPr="00B17CC9">
              <w:rPr>
                <w:rFonts w:cs="Times New Roman"/>
                <w:color w:val="000000"/>
                <w:sz w:val="22"/>
              </w:rPr>
              <w:t>/</w:t>
            </w:r>
            <w:proofErr w:type="spellStart"/>
            <w:r w:rsidRPr="00B17CC9">
              <w:rPr>
                <w:rFonts w:cs="Times New Roman"/>
                <w:color w:val="000000"/>
                <w:sz w:val="22"/>
              </w:rPr>
              <w:t>sau</w:t>
            </w:r>
            <w:proofErr w:type="spellEnd"/>
            <w:r w:rsidRPr="00B17CC9">
              <w:rPr>
                <w:rFonts w:cs="Times New Roman"/>
                <w:color w:val="000000"/>
                <w:sz w:val="22"/>
              </w:rPr>
              <w:t xml:space="preserve"> ISO 13485 al </w:t>
            </w:r>
            <w:proofErr w:type="spellStart"/>
            <w:r w:rsidRPr="00B17CC9">
              <w:rPr>
                <w:rFonts w:cs="Times New Roman"/>
                <w:color w:val="000000"/>
                <w:sz w:val="22"/>
              </w:rPr>
              <w:t>producătorului</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Copie</w:t>
            </w:r>
            <w:proofErr w:type="spellEnd"/>
            <w:r w:rsidRPr="00B17CC9">
              <w:rPr>
                <w:rFonts w:cs="Times New Roman"/>
                <w:color w:val="000000"/>
                <w:sz w:val="22"/>
              </w:rPr>
              <w:t xml:space="preserve"> </w:t>
            </w:r>
            <w:proofErr w:type="spellStart"/>
            <w:r w:rsidRPr="00B17CC9">
              <w:rPr>
                <w:rFonts w:cs="Times New Roman"/>
                <w:color w:val="000000"/>
                <w:sz w:val="22"/>
              </w:rPr>
              <w:t>valabilă</w:t>
            </w:r>
            <w:proofErr w:type="spellEnd"/>
            <w:r w:rsidRPr="00B17CC9">
              <w:rPr>
                <w:rFonts w:cs="Times New Roman"/>
                <w:color w:val="000000"/>
                <w:sz w:val="22"/>
              </w:rPr>
              <w:t xml:space="preserve"> la data </w:t>
            </w:r>
            <w:proofErr w:type="spellStart"/>
            <w:r w:rsidRPr="00B17CC9">
              <w:rPr>
                <w:rFonts w:cs="Times New Roman"/>
                <w:color w:val="000000"/>
                <w:sz w:val="22"/>
              </w:rPr>
              <w:t>depunerii</w:t>
            </w:r>
            <w:proofErr w:type="spellEnd"/>
            <w:r w:rsidRPr="00B17CC9">
              <w:rPr>
                <w:rFonts w:cs="Times New Roman"/>
                <w:color w:val="000000"/>
                <w:sz w:val="22"/>
              </w:rPr>
              <w:t xml:space="preserve"> </w:t>
            </w:r>
            <w:proofErr w:type="spellStart"/>
            <w:r w:rsidRPr="00B17CC9">
              <w:rPr>
                <w:rFonts w:cs="Times New Roman"/>
                <w:color w:val="000000"/>
                <w:sz w:val="22"/>
              </w:rPr>
              <w:t>ofertei</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11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4G.12</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de </w:t>
            </w:r>
            <w:proofErr w:type="spellStart"/>
            <w:r w:rsidRPr="00B17CC9">
              <w:rPr>
                <w:rFonts w:cs="Times New Roman"/>
                <w:color w:val="000000"/>
                <w:sz w:val="22"/>
              </w:rPr>
              <w:t>conformitate</w:t>
            </w:r>
            <w:proofErr w:type="spellEnd"/>
            <w:r w:rsidRPr="00B17CC9">
              <w:rPr>
                <w:rFonts w:cs="Times New Roman"/>
                <w:color w:val="000000"/>
                <w:sz w:val="22"/>
              </w:rPr>
              <w:t xml:space="preserve"> (CE) / </w:t>
            </w:r>
            <w:proofErr w:type="spellStart"/>
            <w:r w:rsidRPr="00B17CC9">
              <w:rPr>
                <w:rFonts w:cs="Times New Roman"/>
                <w:color w:val="000000"/>
                <w:sz w:val="22"/>
              </w:rPr>
              <w:t>Declarație</w:t>
            </w:r>
            <w:proofErr w:type="spellEnd"/>
            <w:r w:rsidRPr="00B17CC9">
              <w:rPr>
                <w:rFonts w:cs="Times New Roman"/>
                <w:color w:val="000000"/>
                <w:sz w:val="22"/>
              </w:rPr>
              <w:t xml:space="preserve"> de </w:t>
            </w:r>
            <w:proofErr w:type="spellStart"/>
            <w:r w:rsidRPr="00B17CC9">
              <w:rPr>
                <w:rFonts w:cs="Times New Roman"/>
                <w:color w:val="000000"/>
                <w:sz w:val="22"/>
              </w:rPr>
              <w:t>conformitate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echivalent</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Copie</w:t>
            </w:r>
            <w:proofErr w:type="spellEnd"/>
            <w:r w:rsidRPr="00B17CC9">
              <w:rPr>
                <w:rFonts w:cs="Times New Roman"/>
                <w:color w:val="000000"/>
                <w:sz w:val="22"/>
              </w:rPr>
              <w:t xml:space="preserve"> </w:t>
            </w:r>
            <w:proofErr w:type="spellStart"/>
            <w:r w:rsidRPr="00B17CC9">
              <w:rPr>
                <w:rFonts w:cs="Times New Roman"/>
                <w:color w:val="000000"/>
                <w:sz w:val="22"/>
              </w:rPr>
              <w:t>valabilă</w:t>
            </w:r>
            <w:proofErr w:type="spellEnd"/>
            <w:r w:rsidRPr="00B17CC9">
              <w:rPr>
                <w:rFonts w:cs="Times New Roman"/>
                <w:color w:val="000000"/>
                <w:sz w:val="22"/>
              </w:rPr>
              <w:t xml:space="preserve">, </w:t>
            </w:r>
            <w:proofErr w:type="spellStart"/>
            <w:r w:rsidRPr="00B17CC9">
              <w:rPr>
                <w:rFonts w:cs="Times New Roman"/>
                <w:color w:val="000000"/>
                <w:sz w:val="22"/>
              </w:rPr>
              <w:t>semnată</w:t>
            </w:r>
            <w:proofErr w:type="spellEnd"/>
            <w:r w:rsidRPr="00B17CC9">
              <w:rPr>
                <w:rFonts w:cs="Times New Roman"/>
                <w:color w:val="000000"/>
                <w:sz w:val="22"/>
              </w:rPr>
              <w:t xml:space="preserve"> electronic de </w:t>
            </w:r>
            <w:proofErr w:type="spellStart"/>
            <w:r w:rsidRPr="00B17CC9">
              <w:rPr>
                <w:rFonts w:cs="Times New Roman"/>
                <w:color w:val="000000"/>
                <w:sz w:val="22"/>
              </w:rPr>
              <w:t>către</w:t>
            </w:r>
            <w:proofErr w:type="spellEnd"/>
            <w:r w:rsidRPr="00B17CC9">
              <w:rPr>
                <w:rFonts w:cs="Times New Roman"/>
                <w:color w:val="000000"/>
                <w:sz w:val="22"/>
              </w:rPr>
              <w:t xml:space="preserve"> participant.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12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4G.13</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Declarație</w:t>
            </w:r>
            <w:proofErr w:type="spellEnd"/>
            <w:r w:rsidRPr="00B17CC9">
              <w:rPr>
                <w:rFonts w:cs="Times New Roman"/>
                <w:color w:val="000000"/>
                <w:sz w:val="22"/>
              </w:rPr>
              <w:t xml:space="preserve"> </w:t>
            </w:r>
            <w:proofErr w:type="spellStart"/>
            <w:r w:rsidRPr="00B17CC9">
              <w:rPr>
                <w:rFonts w:cs="Times New Roman"/>
                <w:color w:val="000000"/>
                <w:sz w:val="22"/>
              </w:rPr>
              <w:t>privind</w:t>
            </w:r>
            <w:proofErr w:type="spellEnd"/>
            <w:r w:rsidRPr="00B17CC9">
              <w:rPr>
                <w:rFonts w:cs="Times New Roman"/>
                <w:color w:val="000000"/>
                <w:sz w:val="22"/>
              </w:rPr>
              <w:t xml:space="preserve"> </w:t>
            </w:r>
            <w:proofErr w:type="spellStart"/>
            <w:r w:rsidRPr="00B17CC9">
              <w:rPr>
                <w:rFonts w:cs="Times New Roman"/>
                <w:color w:val="000000"/>
                <w:sz w:val="22"/>
              </w:rPr>
              <w:t>termenul</w:t>
            </w:r>
            <w:proofErr w:type="spellEnd"/>
            <w:r w:rsidRPr="00B17CC9">
              <w:rPr>
                <w:rFonts w:cs="Times New Roman"/>
                <w:color w:val="000000"/>
                <w:sz w:val="22"/>
              </w:rPr>
              <w:t xml:space="preserve"> de </w:t>
            </w:r>
            <w:proofErr w:type="spellStart"/>
            <w:r w:rsidRPr="00B17CC9">
              <w:rPr>
                <w:rFonts w:cs="Times New Roman"/>
                <w:color w:val="000000"/>
                <w:sz w:val="22"/>
              </w:rPr>
              <w:t>valabilitate</w:t>
            </w:r>
            <w:proofErr w:type="spellEnd"/>
            <w:r w:rsidRPr="00B17CC9">
              <w:rPr>
                <w:rFonts w:cs="Times New Roman"/>
                <w:color w:val="000000"/>
                <w:sz w:val="22"/>
              </w:rPr>
              <w:t xml:space="preserve"> </w:t>
            </w:r>
            <w:proofErr w:type="spellStart"/>
            <w:r w:rsidRPr="00B17CC9">
              <w:rPr>
                <w:rFonts w:cs="Times New Roman"/>
                <w:color w:val="000000"/>
                <w:sz w:val="22"/>
              </w:rPr>
              <w:t>restant</w:t>
            </w:r>
            <w:proofErr w:type="spellEnd"/>
            <w:r w:rsidRPr="00B17CC9">
              <w:rPr>
                <w:rFonts w:cs="Times New Roman"/>
                <w:color w:val="000000"/>
                <w:sz w:val="22"/>
              </w:rPr>
              <w:t xml:space="preserve"> la </w:t>
            </w:r>
            <w:proofErr w:type="spellStart"/>
            <w:r w:rsidRPr="00B17CC9">
              <w:rPr>
                <w:rFonts w:cs="Times New Roman"/>
                <w:color w:val="000000"/>
                <w:sz w:val="22"/>
              </w:rPr>
              <w:t>livrare</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Termenul</w:t>
            </w:r>
            <w:proofErr w:type="spellEnd"/>
            <w:r w:rsidRPr="00B17CC9">
              <w:rPr>
                <w:rFonts w:cs="Times New Roman"/>
                <w:color w:val="000000"/>
                <w:sz w:val="22"/>
              </w:rPr>
              <w:t xml:space="preserve"> </w:t>
            </w:r>
            <w:proofErr w:type="spellStart"/>
            <w:r w:rsidRPr="00B17CC9">
              <w:rPr>
                <w:rFonts w:cs="Times New Roman"/>
                <w:color w:val="000000"/>
                <w:sz w:val="22"/>
              </w:rPr>
              <w:t>restant</w:t>
            </w:r>
            <w:proofErr w:type="spellEnd"/>
            <w:r w:rsidRPr="00B17CC9">
              <w:rPr>
                <w:rFonts w:cs="Times New Roman"/>
                <w:color w:val="000000"/>
                <w:sz w:val="22"/>
              </w:rPr>
              <w:t xml:space="preserve"> la </w:t>
            </w:r>
            <w:proofErr w:type="spellStart"/>
            <w:r w:rsidRPr="00B17CC9">
              <w:rPr>
                <w:rFonts w:cs="Times New Roman"/>
                <w:color w:val="000000"/>
                <w:sz w:val="22"/>
              </w:rPr>
              <w:t>livrare</w:t>
            </w:r>
            <w:proofErr w:type="spellEnd"/>
            <w:r w:rsidRPr="00B17CC9">
              <w:rPr>
                <w:rFonts w:cs="Times New Roman"/>
                <w:color w:val="000000"/>
                <w:sz w:val="22"/>
              </w:rPr>
              <w:t xml:space="preserve"> </w:t>
            </w:r>
            <w:proofErr w:type="spellStart"/>
            <w:r w:rsidRPr="00B17CC9">
              <w:rPr>
                <w:rFonts w:cs="Times New Roman"/>
                <w:color w:val="000000"/>
                <w:sz w:val="22"/>
              </w:rPr>
              <w:t>va</w:t>
            </w:r>
            <w:proofErr w:type="spellEnd"/>
            <w:r w:rsidRPr="00B17CC9">
              <w:rPr>
                <w:rFonts w:cs="Times New Roman"/>
                <w:color w:val="000000"/>
                <w:sz w:val="22"/>
              </w:rPr>
              <w:t xml:space="preserve"> fi &gt;90% din </w:t>
            </w:r>
            <w:proofErr w:type="spellStart"/>
            <w:r w:rsidRPr="00B17CC9">
              <w:rPr>
                <w:rFonts w:cs="Times New Roman"/>
                <w:color w:val="000000"/>
                <w:sz w:val="22"/>
              </w:rPr>
              <w:t>termenul</w:t>
            </w:r>
            <w:proofErr w:type="spellEnd"/>
            <w:r w:rsidRPr="00B17CC9">
              <w:rPr>
                <w:rFonts w:cs="Times New Roman"/>
                <w:color w:val="000000"/>
                <w:sz w:val="22"/>
              </w:rPr>
              <w:t xml:space="preserve"> total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xml:space="preserve">, nu </w:t>
            </w:r>
            <w:proofErr w:type="spellStart"/>
            <w:r w:rsidRPr="00B17CC9">
              <w:rPr>
                <w:rFonts w:cs="Times New Roman"/>
                <w:color w:val="000000"/>
                <w:sz w:val="22"/>
              </w:rPr>
              <w:t>mai</w:t>
            </w:r>
            <w:proofErr w:type="spellEnd"/>
            <w:r w:rsidRPr="00B17CC9">
              <w:rPr>
                <w:rFonts w:cs="Times New Roman"/>
                <w:color w:val="000000"/>
                <w:sz w:val="22"/>
              </w:rPr>
              <w:t xml:space="preserve"> </w:t>
            </w:r>
            <w:proofErr w:type="spellStart"/>
            <w:r w:rsidRPr="00B17CC9">
              <w:rPr>
                <w:rFonts w:cs="Times New Roman"/>
                <w:color w:val="000000"/>
                <w:sz w:val="22"/>
              </w:rPr>
              <w:t>puțin</w:t>
            </w:r>
            <w:proofErr w:type="spellEnd"/>
            <w:r w:rsidRPr="00B17CC9">
              <w:rPr>
                <w:rFonts w:cs="Times New Roman"/>
                <w:color w:val="000000"/>
                <w:sz w:val="22"/>
              </w:rPr>
              <w:t xml:space="preserve"> de 12 </w:t>
            </w:r>
            <w:proofErr w:type="spellStart"/>
            <w:r w:rsidRPr="00B17CC9">
              <w:rPr>
                <w:rFonts w:cs="Times New Roman"/>
                <w:color w:val="000000"/>
                <w:sz w:val="22"/>
              </w:rPr>
              <w:t>luni</w:t>
            </w:r>
            <w:proofErr w:type="spellEnd"/>
            <w:r w:rsidRPr="00B17CC9">
              <w:rPr>
                <w:rFonts w:cs="Times New Roman"/>
                <w:color w:val="000000"/>
                <w:sz w:val="22"/>
              </w:rPr>
              <w:t xml:space="preserve">. Original, </w:t>
            </w:r>
            <w:proofErr w:type="spellStart"/>
            <w:r w:rsidRPr="00B17CC9">
              <w:rPr>
                <w:rFonts w:cs="Times New Roman"/>
                <w:color w:val="000000"/>
                <w:sz w:val="22"/>
              </w:rPr>
              <w:t>semnat</w:t>
            </w:r>
            <w:proofErr w:type="spellEnd"/>
            <w:r w:rsidRPr="00B17CC9">
              <w:rPr>
                <w:rFonts w:cs="Times New Roman"/>
                <w:color w:val="000000"/>
                <w:sz w:val="22"/>
              </w:rPr>
              <w:t xml:space="preserve"> electronic. </w:t>
            </w:r>
            <w:proofErr w:type="spellStart"/>
            <w:r w:rsidRPr="00B17CC9">
              <w:rPr>
                <w:rFonts w:cs="Times New Roman"/>
                <w:color w:val="000000"/>
                <w:sz w:val="22"/>
              </w:rPr>
              <w:t>Formular</w:t>
            </w:r>
            <w:proofErr w:type="spellEnd"/>
            <w:r w:rsidRPr="00B17CC9">
              <w:rPr>
                <w:rFonts w:cs="Times New Roman"/>
                <w:color w:val="000000"/>
                <w:sz w:val="22"/>
              </w:rPr>
              <w:t xml:space="preserve"> </w:t>
            </w:r>
            <w:proofErr w:type="spellStart"/>
            <w:r w:rsidRPr="00B17CC9">
              <w:rPr>
                <w:rFonts w:cs="Times New Roman"/>
                <w:color w:val="000000"/>
                <w:sz w:val="22"/>
              </w:rPr>
              <w:t>suplimentar</w:t>
            </w:r>
            <w:proofErr w:type="spellEnd"/>
            <w:r w:rsidRPr="00B17CC9">
              <w:rPr>
                <w:rFonts w:cs="Times New Roman"/>
                <w:color w:val="000000"/>
                <w:sz w:val="22"/>
              </w:rPr>
              <w:t xml:space="preserve"> </w:t>
            </w:r>
            <w:proofErr w:type="spellStart"/>
            <w:r w:rsidRPr="00B17CC9">
              <w:rPr>
                <w:rFonts w:cs="Times New Roman"/>
                <w:color w:val="000000"/>
                <w:sz w:val="22"/>
              </w:rPr>
              <w:t>integrat</w:t>
            </w:r>
            <w:proofErr w:type="spellEnd"/>
            <w:r w:rsidRPr="00B17CC9">
              <w:rPr>
                <w:rFonts w:cs="Times New Roman"/>
                <w:color w:val="000000"/>
                <w:sz w:val="22"/>
              </w:rPr>
              <w:t xml:space="preserve"> la </w:t>
            </w:r>
            <w:proofErr w:type="spellStart"/>
            <w:r w:rsidRPr="00B17CC9">
              <w:rPr>
                <w:rFonts w:cs="Times New Roman"/>
                <w:color w:val="000000"/>
                <w:sz w:val="22"/>
              </w:rPr>
              <w:t>finalul</w:t>
            </w:r>
            <w:proofErr w:type="spellEnd"/>
            <w:r w:rsidRPr="00B17CC9">
              <w:rPr>
                <w:rFonts w:cs="Times New Roman"/>
                <w:color w:val="000000"/>
                <w:sz w:val="22"/>
              </w:rPr>
              <w:t xml:space="preserve"> </w:t>
            </w:r>
            <w:proofErr w:type="spellStart"/>
            <w:r w:rsidRPr="00B17CC9">
              <w:rPr>
                <w:rFonts w:cs="Times New Roman"/>
                <w:color w:val="000000"/>
                <w:sz w:val="22"/>
              </w:rPr>
              <w:t>documentației</w:t>
            </w:r>
            <w:proofErr w:type="spellEnd"/>
            <w:r w:rsidRPr="00B17CC9">
              <w:rPr>
                <w:rFonts w:cs="Times New Roman"/>
                <w:color w:val="000000"/>
                <w:sz w:val="22"/>
              </w:rPr>
              <w: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w:t>
            </w:r>
            <w:proofErr w:type="spellStart"/>
            <w:r w:rsidRPr="00B17CC9">
              <w:rPr>
                <w:rFonts w:cs="Times New Roman"/>
                <w:color w:val="000000"/>
                <w:sz w:val="22"/>
              </w:rPr>
              <w:t>după</w:t>
            </w:r>
            <w:proofErr w:type="spellEnd"/>
            <w:r w:rsidRPr="00B17CC9">
              <w:rPr>
                <w:rFonts w:cs="Times New Roman"/>
                <w:color w:val="000000"/>
                <w:sz w:val="22"/>
              </w:rPr>
              <w:t xml:space="preserve"> </w:t>
            </w:r>
            <w:proofErr w:type="spellStart"/>
            <w:r w:rsidRPr="00B17CC9">
              <w:rPr>
                <w:rFonts w:cs="Times New Roman"/>
                <w:color w:val="000000"/>
                <w:sz w:val="22"/>
              </w:rPr>
              <w:t>caz</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13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4G.14</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Certificat</w:t>
            </w:r>
            <w:proofErr w:type="spellEnd"/>
            <w:r w:rsidRPr="00B17CC9">
              <w:rPr>
                <w:rFonts w:cs="Times New Roman"/>
                <w:color w:val="000000"/>
                <w:sz w:val="22"/>
              </w:rPr>
              <w:t xml:space="preserve"> de </w:t>
            </w:r>
            <w:proofErr w:type="spellStart"/>
            <w:r w:rsidRPr="00B17CC9">
              <w:rPr>
                <w:rFonts w:cs="Times New Roman"/>
                <w:color w:val="000000"/>
                <w:sz w:val="22"/>
              </w:rPr>
              <w:t>atribuire</w:t>
            </w:r>
            <w:proofErr w:type="spellEnd"/>
            <w:r w:rsidRPr="00B17CC9">
              <w:rPr>
                <w:rFonts w:cs="Times New Roman"/>
                <w:color w:val="000000"/>
                <w:sz w:val="22"/>
              </w:rPr>
              <w:t xml:space="preserve"> a </w:t>
            </w:r>
            <w:proofErr w:type="spellStart"/>
            <w:r w:rsidRPr="00B17CC9">
              <w:rPr>
                <w:rFonts w:cs="Times New Roman"/>
                <w:color w:val="000000"/>
                <w:sz w:val="22"/>
              </w:rPr>
              <w:t>contului</w:t>
            </w:r>
            <w:proofErr w:type="spellEnd"/>
            <w:r w:rsidRPr="00B17CC9">
              <w:rPr>
                <w:rFonts w:cs="Times New Roman"/>
                <w:color w:val="000000"/>
                <w:sz w:val="22"/>
              </w:rPr>
              <w:t xml:space="preserve"> </w:t>
            </w:r>
            <w:proofErr w:type="spellStart"/>
            <w:r w:rsidRPr="00B17CC9">
              <w:rPr>
                <w:rFonts w:cs="Times New Roman"/>
                <w:color w:val="000000"/>
                <w:sz w:val="22"/>
              </w:rPr>
              <w:t>bancar</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Copie</w:t>
            </w:r>
            <w:proofErr w:type="spellEnd"/>
            <w:r w:rsidRPr="00B17CC9">
              <w:rPr>
                <w:rFonts w:cs="Times New Roman"/>
                <w:color w:val="000000"/>
                <w:sz w:val="22"/>
              </w:rPr>
              <w:t xml:space="preserve">/Original </w:t>
            </w:r>
            <w:proofErr w:type="spellStart"/>
            <w:r w:rsidRPr="00B17CC9">
              <w:rPr>
                <w:rFonts w:cs="Times New Roman"/>
                <w:color w:val="000000"/>
                <w:sz w:val="22"/>
              </w:rPr>
              <w:t>confirmat</w:t>
            </w:r>
            <w:proofErr w:type="spellEnd"/>
            <w:r w:rsidRPr="00B17CC9">
              <w:rPr>
                <w:rFonts w:cs="Times New Roman"/>
                <w:color w:val="000000"/>
                <w:sz w:val="22"/>
              </w:rPr>
              <w:t xml:space="preserve"> </w:t>
            </w: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semnătură</w:t>
            </w:r>
            <w:proofErr w:type="spellEnd"/>
            <w:r w:rsidRPr="00B17CC9">
              <w:rPr>
                <w:rFonts w:cs="Times New Roman"/>
                <w:color w:val="000000"/>
                <w:sz w:val="22"/>
              </w:rPr>
              <w:t xml:space="preserve"> </w:t>
            </w:r>
            <w:proofErr w:type="spellStart"/>
            <w:r w:rsidRPr="00B17CC9">
              <w:rPr>
                <w:rFonts w:cs="Times New Roman"/>
                <w:color w:val="000000"/>
                <w:sz w:val="22"/>
              </w:rPr>
              <w:t>electronică</w:t>
            </w:r>
            <w:proofErr w:type="spellEnd"/>
            <w:r w:rsidRPr="00B17CC9">
              <w:rPr>
                <w:rFonts w:cs="Times New Roman"/>
                <w:color w:val="000000"/>
                <w:sz w:val="22"/>
              </w:rPr>
              <w:t>.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La </w:t>
            </w:r>
            <w:proofErr w:type="spellStart"/>
            <w:r w:rsidRPr="00B17CC9">
              <w:rPr>
                <w:rFonts w:cs="Times New Roman"/>
                <w:color w:val="000000"/>
                <w:sz w:val="22"/>
              </w:rPr>
              <w:t>solicitare</w:t>
            </w:r>
            <w:proofErr w:type="spellEnd"/>
            <w:r w:rsidRPr="00B17CC9">
              <w:rPr>
                <w:rFonts w:cs="Times New Roman"/>
                <w:color w:val="000000"/>
                <w:sz w:val="22"/>
              </w:rPr>
              <w:t xml:space="preserve"> /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contractare</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14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lastRenderedPageBreak/>
              <w:t>4G.15</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Solicitarea</w:t>
            </w:r>
            <w:proofErr w:type="spellEnd"/>
            <w:r w:rsidRPr="00B17CC9">
              <w:rPr>
                <w:rFonts w:cs="Times New Roman"/>
                <w:color w:val="000000"/>
                <w:sz w:val="22"/>
              </w:rPr>
              <w:t xml:space="preserve"> </w:t>
            </w:r>
            <w:proofErr w:type="spellStart"/>
            <w:r w:rsidRPr="00B17CC9">
              <w:rPr>
                <w:rFonts w:cs="Times New Roman"/>
                <w:color w:val="000000"/>
                <w:sz w:val="22"/>
              </w:rPr>
              <w:t>clarificărilor</w:t>
            </w:r>
            <w:proofErr w:type="spellEnd"/>
            <w:r w:rsidRPr="00B17CC9">
              <w:rPr>
                <w:rFonts w:cs="Times New Roman"/>
                <w:color w:val="000000"/>
                <w:sz w:val="22"/>
              </w:rPr>
              <w:t xml:space="preserve">. Mod de </w:t>
            </w:r>
            <w:proofErr w:type="spellStart"/>
            <w:r w:rsidRPr="00B17CC9">
              <w:rPr>
                <w:rFonts w:cs="Times New Roman"/>
                <w:color w:val="000000"/>
                <w:sz w:val="22"/>
              </w:rPr>
              <w:t>demonstrare</w:t>
            </w:r>
            <w:proofErr w:type="spellEnd"/>
            <w:r w:rsidRPr="00B17CC9">
              <w:rPr>
                <w:rFonts w:cs="Times New Roman"/>
                <w:color w:val="000000"/>
                <w:sz w:val="22"/>
              </w:rPr>
              <w:t xml:space="preserve">: </w:t>
            </w:r>
            <w:proofErr w:type="spellStart"/>
            <w:r w:rsidRPr="00B17CC9">
              <w:rPr>
                <w:rFonts w:cs="Times New Roman"/>
                <w:color w:val="000000"/>
                <w:sz w:val="22"/>
              </w:rPr>
              <w:t>Clarificările</w:t>
            </w:r>
            <w:proofErr w:type="spellEnd"/>
            <w:r w:rsidRPr="00B17CC9">
              <w:rPr>
                <w:rFonts w:cs="Times New Roman"/>
                <w:color w:val="000000"/>
                <w:sz w:val="22"/>
              </w:rPr>
              <w:t xml:space="preserve"> pot fi solicitate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termen</w:t>
            </w:r>
            <w:proofErr w:type="spellEnd"/>
            <w:r w:rsidRPr="00B17CC9">
              <w:rPr>
                <w:rFonts w:cs="Times New Roman"/>
                <w:color w:val="000000"/>
                <w:sz w:val="22"/>
              </w:rPr>
              <w:t xml:space="preserve"> de 3 </w:t>
            </w:r>
            <w:proofErr w:type="spellStart"/>
            <w:r w:rsidRPr="00B17CC9">
              <w:rPr>
                <w:rFonts w:cs="Times New Roman"/>
                <w:color w:val="000000"/>
                <w:sz w:val="22"/>
              </w:rPr>
              <w:t>zile</w:t>
            </w:r>
            <w:proofErr w:type="spellEnd"/>
            <w:r w:rsidRPr="00B17CC9">
              <w:rPr>
                <w:rFonts w:cs="Times New Roman"/>
                <w:color w:val="000000"/>
                <w:sz w:val="22"/>
              </w:rPr>
              <w:t xml:space="preserve"> </w:t>
            </w:r>
            <w:proofErr w:type="spellStart"/>
            <w:r w:rsidRPr="00B17CC9">
              <w:rPr>
                <w:rFonts w:cs="Times New Roman"/>
                <w:color w:val="000000"/>
                <w:sz w:val="22"/>
              </w:rPr>
              <w:t>până</w:t>
            </w:r>
            <w:proofErr w:type="spellEnd"/>
            <w:r w:rsidRPr="00B17CC9">
              <w:rPr>
                <w:rFonts w:cs="Times New Roman"/>
                <w:color w:val="000000"/>
                <w:sz w:val="22"/>
              </w:rPr>
              <w:t xml:space="preserve"> la </w:t>
            </w:r>
            <w:proofErr w:type="spellStart"/>
            <w:r w:rsidRPr="00B17CC9">
              <w:rPr>
                <w:rFonts w:cs="Times New Roman"/>
                <w:color w:val="000000"/>
                <w:sz w:val="22"/>
              </w:rPr>
              <w:t>termenul-limită</w:t>
            </w:r>
            <w:proofErr w:type="spellEnd"/>
            <w:r w:rsidRPr="00B17CC9">
              <w:rPr>
                <w:rFonts w:cs="Times New Roman"/>
                <w:color w:val="000000"/>
                <w:sz w:val="22"/>
              </w:rPr>
              <w:t xml:space="preserve"> de </w:t>
            </w:r>
            <w:proofErr w:type="spellStart"/>
            <w:r w:rsidRPr="00B17CC9">
              <w:rPr>
                <w:rFonts w:cs="Times New Roman"/>
                <w:color w:val="000000"/>
                <w:sz w:val="22"/>
              </w:rPr>
              <w:t>depunere</w:t>
            </w:r>
            <w:proofErr w:type="spellEnd"/>
            <w:r w:rsidRPr="00B17CC9">
              <w:rPr>
                <w:rFonts w:cs="Times New Roman"/>
                <w:color w:val="000000"/>
                <w:sz w:val="22"/>
              </w:rPr>
              <w:t xml:space="preserve"> </w:t>
            </w:r>
            <w:proofErr w:type="gramStart"/>
            <w:r w:rsidRPr="00B17CC9">
              <w:rPr>
                <w:rFonts w:cs="Times New Roman"/>
                <w:color w:val="000000"/>
                <w:sz w:val="22"/>
              </w:rPr>
              <w:t>a</w:t>
            </w:r>
            <w:proofErr w:type="gramEnd"/>
            <w:r w:rsidRPr="00B17CC9">
              <w:rPr>
                <w:rFonts w:cs="Times New Roman"/>
                <w:color w:val="000000"/>
                <w:sz w:val="22"/>
              </w:rPr>
              <w:t xml:space="preserve"> </w:t>
            </w:r>
            <w:proofErr w:type="spellStart"/>
            <w:r w:rsidRPr="00B17CC9">
              <w:rPr>
                <w:rFonts w:cs="Times New Roman"/>
                <w:color w:val="000000"/>
                <w:sz w:val="22"/>
              </w:rPr>
              <w:t>ofertelor</w:t>
            </w:r>
            <w:proofErr w:type="spellEnd"/>
            <w:r w:rsidRPr="00B17CC9">
              <w:rPr>
                <w:rFonts w:cs="Times New Roman"/>
                <w:color w:val="000000"/>
                <w:sz w:val="22"/>
              </w:rPr>
              <w:t xml:space="preserve">, </w:t>
            </w: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intermediul</w:t>
            </w:r>
            <w:proofErr w:type="spellEnd"/>
            <w:r w:rsidRPr="00B17CC9">
              <w:rPr>
                <w:rFonts w:cs="Times New Roman"/>
                <w:color w:val="000000"/>
                <w:sz w:val="22"/>
              </w:rPr>
              <w:t xml:space="preserve"> </w:t>
            </w:r>
            <w:proofErr w:type="spellStart"/>
            <w:r w:rsidRPr="00B17CC9">
              <w:rPr>
                <w:rFonts w:cs="Times New Roman"/>
                <w:color w:val="000000"/>
                <w:sz w:val="22"/>
              </w:rPr>
              <w:t>platformei</w:t>
            </w:r>
            <w:proofErr w:type="spellEnd"/>
            <w:r w:rsidRPr="00B17CC9">
              <w:rPr>
                <w:rFonts w:cs="Times New Roman"/>
                <w:color w:val="000000"/>
                <w:sz w:val="22"/>
              </w:rPr>
              <w:t xml:space="preserve"> achizitii.md. Nivel minim/</w:t>
            </w:r>
            <w:proofErr w:type="spellStart"/>
            <w:r w:rsidRPr="00B17CC9">
              <w:rPr>
                <w:rFonts w:cs="Times New Roman"/>
                <w:color w:val="000000"/>
                <w:sz w:val="22"/>
              </w:rPr>
              <w:t>Obligativitatea</w:t>
            </w:r>
            <w:proofErr w:type="spellEnd"/>
            <w:r w:rsidRPr="00B17CC9">
              <w:rPr>
                <w:rFonts w:cs="Times New Roman"/>
                <w:color w:val="000000"/>
                <w:sz w:val="22"/>
              </w:rPr>
              <w:t xml:space="preserve">: </w:t>
            </w:r>
            <w:proofErr w:type="spellStart"/>
            <w:r w:rsidRPr="00B17CC9">
              <w:rPr>
                <w:rFonts w:cs="Times New Roman"/>
                <w:color w:val="000000"/>
                <w:sz w:val="22"/>
              </w:rPr>
              <w:t>Obligatoriu</w:t>
            </w:r>
            <w:proofErr w:type="spellEnd"/>
            <w:r w:rsidRPr="00B17CC9">
              <w:rPr>
                <w:rFonts w:cs="Times New Roman"/>
                <w:color w:val="000000"/>
                <w:sz w:val="22"/>
              </w:rPr>
              <w:t xml:space="preserve">. Conform pct. 16 </w:t>
            </w:r>
            <w:proofErr w:type="spellStart"/>
            <w:r w:rsidRPr="00B17CC9">
              <w:rPr>
                <w:rFonts w:cs="Times New Roman"/>
                <w:color w:val="000000"/>
                <w:sz w:val="22"/>
              </w:rPr>
              <w:t>subpct</w:t>
            </w:r>
            <w:proofErr w:type="spellEnd"/>
            <w:r w:rsidRPr="00B17CC9">
              <w:rPr>
                <w:rFonts w:cs="Times New Roman"/>
                <w:color w:val="000000"/>
                <w:sz w:val="22"/>
              </w:rPr>
              <w:t xml:space="preserve">. 15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gramStart"/>
            <w:r w:rsidRPr="00B17CC9">
              <w:rPr>
                <w:rFonts w:cs="Times New Roman"/>
                <w:color w:val="000000"/>
                <w:sz w:val="22"/>
              </w:rPr>
              <w:t>Da  Nu</w:t>
            </w:r>
            <w:proofErr w:type="gramEnd"/>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4G.16</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prezenta</w:t>
            </w:r>
            <w:proofErr w:type="spellEnd"/>
            <w:r w:rsidRPr="00B17CC9">
              <w:rPr>
                <w:rFonts w:cs="Times New Roman"/>
                <w:color w:val="000000"/>
                <w:sz w:val="22"/>
              </w:rPr>
              <w:t xml:space="preserve"> </w:t>
            </w:r>
            <w:proofErr w:type="spellStart"/>
            <w:r w:rsidRPr="00B17CC9">
              <w:rPr>
                <w:rFonts w:cs="Times New Roman"/>
                <w:color w:val="000000"/>
                <w:sz w:val="22"/>
              </w:rPr>
              <w:t>achiziție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N/A</w:t>
            </w:r>
          </w:p>
        </w:tc>
      </w:tr>
      <w:tr w:rsidR="00924ED0" w:rsidRPr="00B17CC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4G.17</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 xml:space="preserve">Nu se </w:t>
            </w:r>
            <w:proofErr w:type="spellStart"/>
            <w:r w:rsidRPr="00B17CC9">
              <w:rPr>
                <w:rFonts w:cs="Times New Roman"/>
                <w:color w:val="000000"/>
                <w:sz w:val="22"/>
              </w:rPr>
              <w:t>aplică</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prezenta</w:t>
            </w:r>
            <w:proofErr w:type="spellEnd"/>
            <w:r w:rsidRPr="00B17CC9">
              <w:rPr>
                <w:rFonts w:cs="Times New Roman"/>
                <w:color w:val="000000"/>
                <w:sz w:val="22"/>
              </w:rPr>
              <w:t xml:space="preserve"> </w:t>
            </w:r>
            <w:proofErr w:type="spellStart"/>
            <w:r w:rsidRPr="00B17CC9">
              <w:rPr>
                <w:rFonts w:cs="Times New Roman"/>
                <w:color w:val="000000"/>
                <w:sz w:val="22"/>
              </w:rPr>
              <w:t>achiziție</w:t>
            </w:r>
            <w:proofErr w:type="spellEnd"/>
            <w:r w:rsidRPr="00B17CC9">
              <w:rPr>
                <w:rFonts w:cs="Times New Roman"/>
                <w:color w:val="000000"/>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r w:rsidRPr="00B17CC9">
              <w:rPr>
                <w:rFonts w:cs="Times New Roman"/>
                <w:color w:val="000000"/>
                <w:sz w:val="22"/>
              </w:rPr>
              <w:t>N/A</w:t>
            </w:r>
          </w:p>
        </w:tc>
      </w:tr>
      <w:tr w:rsidR="00924ED0" w:rsidRPr="00B17CC9"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924ED0" w:rsidRPr="00B17CC9" w:rsidRDefault="00924ED0" w:rsidP="00B17CC9">
            <w:pPr>
              <w:jc w:val="both"/>
              <w:rPr>
                <w:rFonts w:cs="Times New Roman"/>
                <w:sz w:val="22"/>
              </w:rPr>
            </w:pPr>
            <w:proofErr w:type="spellStart"/>
            <w:r w:rsidRPr="00B17CC9">
              <w:rPr>
                <w:rFonts w:cs="Times New Roman"/>
                <w:color w:val="000000"/>
                <w:sz w:val="22"/>
              </w:rPr>
              <w:t>Notă</w:t>
            </w:r>
            <w:proofErr w:type="spellEnd"/>
            <w:r w:rsidRPr="00B17CC9">
              <w:rPr>
                <w:rFonts w:cs="Times New Roman"/>
                <w:color w:val="000000"/>
                <w:sz w:val="22"/>
              </w:rPr>
              <w:t xml:space="preserve">: </w:t>
            </w:r>
            <w:proofErr w:type="spellStart"/>
            <w:r w:rsidRPr="00B17CC9">
              <w:rPr>
                <w:rFonts w:cs="Times New Roman"/>
                <w:color w:val="000000"/>
                <w:sz w:val="22"/>
              </w:rPr>
              <w:t>Cerințele</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documentele</w:t>
            </w:r>
            <w:proofErr w:type="spellEnd"/>
            <w:r w:rsidRPr="00B17CC9">
              <w:rPr>
                <w:rFonts w:cs="Times New Roman"/>
                <w:color w:val="000000"/>
                <w:sz w:val="22"/>
              </w:rPr>
              <w:t xml:space="preserve"> se </w:t>
            </w:r>
            <w:proofErr w:type="spellStart"/>
            <w:r w:rsidRPr="00B17CC9">
              <w:rPr>
                <w:rFonts w:cs="Times New Roman"/>
                <w:color w:val="000000"/>
                <w:sz w:val="22"/>
              </w:rPr>
              <w:t>aplică</w:t>
            </w:r>
            <w:proofErr w:type="spellEnd"/>
            <w:r w:rsidRPr="00B17CC9">
              <w:rPr>
                <w:rFonts w:cs="Times New Roman"/>
                <w:color w:val="000000"/>
                <w:sz w:val="22"/>
              </w:rPr>
              <w:t xml:space="preserve"> </w:t>
            </w:r>
            <w:proofErr w:type="spellStart"/>
            <w:r w:rsidRPr="00B17CC9">
              <w:rPr>
                <w:rFonts w:cs="Times New Roman"/>
                <w:color w:val="000000"/>
                <w:sz w:val="22"/>
              </w:rPr>
              <w:t>potrivit</w:t>
            </w:r>
            <w:proofErr w:type="spellEnd"/>
            <w:r w:rsidRPr="00B17CC9">
              <w:rPr>
                <w:rFonts w:cs="Times New Roman"/>
                <w:color w:val="000000"/>
                <w:sz w:val="22"/>
              </w:rPr>
              <w:t xml:space="preserve"> pct. 16 din </w:t>
            </w:r>
            <w:proofErr w:type="spellStart"/>
            <w:r w:rsidRPr="00B17CC9">
              <w:rPr>
                <w:rFonts w:cs="Times New Roman"/>
                <w:color w:val="000000"/>
                <w:sz w:val="22"/>
              </w:rPr>
              <w:t>Anunțul</w:t>
            </w:r>
            <w:proofErr w:type="spellEnd"/>
            <w:r w:rsidRPr="00B17CC9">
              <w:rPr>
                <w:rFonts w:cs="Times New Roman"/>
                <w:color w:val="000000"/>
                <w:sz w:val="22"/>
              </w:rPr>
              <w:t xml:space="preserve"> de </w:t>
            </w:r>
            <w:proofErr w:type="spellStart"/>
            <w:r w:rsidRPr="00B17CC9">
              <w:rPr>
                <w:rFonts w:cs="Times New Roman"/>
                <w:color w:val="000000"/>
                <w:sz w:val="22"/>
              </w:rPr>
              <w:t>participare</w:t>
            </w:r>
            <w:proofErr w:type="spellEnd"/>
            <w:r w:rsidRPr="00B17CC9">
              <w:rPr>
                <w:rFonts w:cs="Times New Roman"/>
                <w:color w:val="000000"/>
                <w:sz w:val="22"/>
              </w:rPr>
              <w:t>.</w:t>
            </w:r>
          </w:p>
        </w:tc>
      </w:tr>
    </w:tbl>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sz w:val="22"/>
        </w:rPr>
      </w:pPr>
      <w:r w:rsidRPr="00B17CC9">
        <w:rPr>
          <w:rFonts w:cs="Times New Roman"/>
          <w:b/>
          <w:color w:val="000000"/>
          <w:sz w:val="22"/>
          <w:lang w:val="ro-MD"/>
        </w:rPr>
        <w:t>Capitolul V. Indicații generale pentru criteriile de calificare și selecție</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r w:rsidRPr="00B17CC9">
        <w:rPr>
          <w:rFonts w:cs="Times New Roman"/>
          <w:b/>
          <w:i/>
          <w:color w:val="000000"/>
          <w:sz w:val="22"/>
          <w:lang w:val="ro-MD"/>
        </w:rPr>
        <w:t>Compartimentul se completează de către autoritatea/entitatea contractantă (coloana nr.2) și operatorii economici (coloana nr.3).</w:t>
      </w:r>
    </w:p>
    <w:tbl>
      <w:tblPr>
        <w:tblW w:w="0" w:type="auto"/>
        <w:jc w:val="center"/>
        <w:tblLook w:val="0000" w:firstRow="0" w:lastRow="0" w:firstColumn="0" w:lastColumn="0" w:noHBand="0" w:noVBand="0"/>
      </w:tblPr>
      <w:tblGrid>
        <w:gridCol w:w="1549"/>
        <w:gridCol w:w="5969"/>
        <w:gridCol w:w="2110"/>
      </w:tblGrid>
      <w:tr w:rsidR="00924ED0" w:rsidRPr="00B17CC9" w:rsidTr="00924ED0">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46"/>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84"/>
              <w:contextualSpacing/>
              <w:jc w:val="both"/>
              <w:rPr>
                <w:rFonts w:cs="Times New Roman"/>
                <w:b/>
                <w:sz w:val="22"/>
                <w:lang w:val="ro-MD"/>
              </w:rPr>
            </w:pPr>
            <w:r w:rsidRPr="00B17CC9">
              <w:rPr>
                <w:rFonts w:cs="Times New Roman"/>
                <w:b/>
                <w:color w:val="000000"/>
                <w:sz w:val="22"/>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2</w:t>
            </w:r>
          </w:p>
        </w:tc>
        <w:tc>
          <w:tcPr>
            <w:tcW w:w="2155"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ind w:left="720"/>
              <w:contextualSpacing/>
              <w:jc w:val="both"/>
              <w:rPr>
                <w:rFonts w:cs="Times New Roman"/>
                <w:sz w:val="22"/>
                <w:lang w:val="ro-MD"/>
              </w:rPr>
            </w:pPr>
            <w:r w:rsidRPr="00B17CC9">
              <w:rPr>
                <w:rFonts w:cs="Times New Roman"/>
                <w:color w:val="000000"/>
                <w:sz w:val="22"/>
                <w:lang w:val="ro-MD"/>
              </w:rPr>
              <w:t>3</w:t>
            </w:r>
          </w:p>
        </w:tc>
      </w:tr>
      <w:tr w:rsidR="00924ED0" w:rsidRPr="00B17CC9" w:rsidTr="00924ED0">
        <w:trPr>
          <w:cantSplit/>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numPr>
                <w:ilvl w:val="0"/>
                <w:numId w:val="18"/>
              </w:numPr>
              <w:suppressAutoHyphens/>
              <w:contextualSpacing/>
              <w:jc w:val="both"/>
              <w:rPr>
                <w:rFonts w:cs="Times New Roman"/>
                <w:b/>
                <w:sz w:val="22"/>
                <w:lang w:val="ro-MD"/>
              </w:rPr>
            </w:pPr>
            <w:r w:rsidRPr="00B17CC9">
              <w:rPr>
                <w:rFonts w:cs="Times New Roman"/>
                <w:b/>
                <w:color w:val="000000"/>
                <w:sz w:val="22"/>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snapToGrid w:val="0"/>
              <w:ind w:left="720"/>
              <w:contextualSpacing/>
              <w:jc w:val="both"/>
              <w:rPr>
                <w:rFonts w:cs="Times New Roman"/>
                <w:b/>
                <w:sz w:val="22"/>
                <w:lang w:val="ro-MD"/>
              </w:rPr>
            </w:pPr>
          </w:p>
        </w:tc>
      </w:tr>
      <w:tr w:rsidR="00924ED0" w:rsidRPr="00B17CC9"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rPr>
            </w:pPr>
            <w:r w:rsidRPr="00B17CC9">
              <w:rPr>
                <w:rFonts w:cs="Times New Roman"/>
                <w:color w:val="000000"/>
                <w:sz w:val="22"/>
                <w:lang w:val="ro-MD"/>
              </w:rPr>
              <w:t xml:space="preserve">Operatorul economic este în măsură să furnizeze în Sistemul </w:t>
            </w:r>
            <w:proofErr w:type="spellStart"/>
            <w:r w:rsidRPr="00B17CC9">
              <w:rPr>
                <w:rFonts w:cs="Times New Roman"/>
                <w:color w:val="000000"/>
                <w:sz w:val="22"/>
                <w:lang w:val="ro-MD"/>
              </w:rPr>
              <w:t>informaţional</w:t>
            </w:r>
            <w:proofErr w:type="spellEnd"/>
            <w:r w:rsidRPr="00B17CC9">
              <w:rPr>
                <w:rFonts w:cs="Times New Roman"/>
                <w:color w:val="000000"/>
                <w:sz w:val="22"/>
                <w:lang w:val="ro-MD"/>
              </w:rPr>
              <w:t xml:space="preserve"> automatizat ,,Registrul de stat al </w:t>
            </w:r>
            <w:proofErr w:type="spellStart"/>
            <w:r w:rsidRPr="00B17CC9">
              <w:rPr>
                <w:rFonts w:cs="Times New Roman"/>
                <w:color w:val="000000"/>
                <w:sz w:val="22"/>
                <w:lang w:val="ro-MD"/>
              </w:rPr>
              <w:t>achiziţiilor</w:t>
            </w:r>
            <w:proofErr w:type="spellEnd"/>
            <w:r w:rsidRPr="00B17CC9">
              <w:rPr>
                <w:rFonts w:cs="Times New Roman"/>
                <w:color w:val="000000"/>
                <w:sz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24ED0" w:rsidRPr="00B17CC9" w:rsidRDefault="00924ED0" w:rsidP="00B17CC9">
            <w:pPr>
              <w:contextualSpacing/>
              <w:jc w:val="both"/>
              <w:rPr>
                <w:rFonts w:cs="Times New Roman"/>
                <w:sz w:val="22"/>
                <w:lang w:val="ro-MD"/>
              </w:rPr>
            </w:pPr>
          </w:p>
          <w:p w:rsidR="00924ED0" w:rsidRPr="00B17CC9" w:rsidRDefault="00924ED0" w:rsidP="00B17CC9">
            <w:pPr>
              <w:contextualSpacing/>
              <w:jc w:val="both"/>
              <w:rPr>
                <w:rFonts w:cs="Times New Roman"/>
                <w:color w:val="FF0000"/>
                <w:sz w:val="22"/>
                <w:lang w:val="ro-MD"/>
              </w:rPr>
            </w:pPr>
            <w:r w:rsidRPr="00B17CC9">
              <w:rPr>
                <w:rFonts w:cs="Times New Roman"/>
                <w:color w:val="000000"/>
                <w:sz w:val="22"/>
                <w:lang w:val="ro-MD"/>
              </w:rPr>
              <w:t>Termen 3 zile de la solicitare.</w:t>
            </w:r>
          </w:p>
          <w:p w:rsidR="00924ED0" w:rsidRPr="00B17CC9" w:rsidRDefault="00924ED0" w:rsidP="00B17CC9">
            <w:pPr>
              <w:ind w:left="107"/>
              <w:contextualSpacing/>
              <w:jc w:val="both"/>
              <w:rPr>
                <w:rFonts w:cs="Times New Roman"/>
                <w:sz w:val="22"/>
                <w:lang w:val="ro-MD"/>
              </w:rPr>
            </w:pPr>
          </w:p>
          <w:p w:rsidR="00924ED0" w:rsidRPr="00B17CC9" w:rsidRDefault="00924ED0" w:rsidP="00B17CC9">
            <w:pPr>
              <w:ind w:left="107"/>
              <w:contextualSpacing/>
              <w:jc w:val="both"/>
              <w:rPr>
                <w:rFonts w:cs="Times New Roman"/>
                <w:i/>
                <w:sz w:val="22"/>
                <w:lang w:val="ro-MD"/>
              </w:rPr>
            </w:pPr>
            <w:r w:rsidRPr="00B17CC9">
              <w:rPr>
                <w:rFonts w:cs="Times New Roman"/>
                <w:i/>
                <w:color w:val="000000"/>
                <w:sz w:val="22"/>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r w:rsidR="00924ED0" w:rsidRPr="00B17CC9" w:rsidTr="00924ED0">
        <w:trPr>
          <w:cantSplit/>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Adresa de internet:</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6" w:right="-253"/>
              <w:contextualSpacing/>
              <w:jc w:val="both"/>
              <w:rPr>
                <w:rFonts w:cs="Times New Roman"/>
                <w:sz w:val="22"/>
                <w:lang w:val="ro-MD"/>
              </w:rPr>
            </w:pPr>
            <w:r w:rsidRPr="00B17CC9">
              <w:rPr>
                <w:rFonts w:cs="Times New Roman"/>
                <w:color w:val="000000"/>
                <w:sz w:val="22"/>
                <w:lang w:val="ro-MD"/>
              </w:rPr>
              <w:t>Autoritatea sau organismul emitent(ă):</w:t>
            </w:r>
          </w:p>
          <w:p w:rsidR="00924ED0" w:rsidRPr="00B17CC9" w:rsidRDefault="00924ED0" w:rsidP="00B17CC9">
            <w:pPr>
              <w:ind w:right="-253"/>
              <w:contextualSpacing/>
              <w:jc w:val="both"/>
              <w:rPr>
                <w:rFonts w:cs="Times New Roman"/>
                <w:sz w:val="22"/>
                <w:lang w:val="ro-MD"/>
              </w:rPr>
            </w:pPr>
            <w:r w:rsidRPr="00B17CC9">
              <w:rPr>
                <w:rFonts w:cs="Times New Roman"/>
                <w:color w:val="000000"/>
                <w:sz w:val="22"/>
                <w:lang w:val="ro-MD"/>
              </w:rPr>
              <w:t>|text|</w:t>
            </w:r>
          </w:p>
        </w:tc>
      </w:tr>
      <w:tr w:rsidR="00924ED0" w:rsidRPr="00B17CC9" w:rsidTr="00924ED0">
        <w:trPr>
          <w:cantSplit/>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Referința exactă a documentației:</w:t>
            </w:r>
          </w:p>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|text|</w:t>
            </w:r>
          </w:p>
        </w:tc>
      </w:tr>
    </w:tbl>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lang w:val="ro-MD"/>
        </w:rPr>
      </w:pPr>
      <w:r w:rsidRPr="00B17CC9">
        <w:rPr>
          <w:rFonts w:cs="Times New Roman"/>
          <w:b/>
          <w:color w:val="000000"/>
          <w:sz w:val="22"/>
          <w:lang w:val="ro-MD"/>
        </w:rPr>
        <w:t>Capitolul VI. Preselecția candidaților pentru procedura de atribuire a contractului de achiziție publică</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rPr>
      </w:pPr>
      <w:r w:rsidRPr="00B17CC9">
        <w:rPr>
          <w:rFonts w:cs="Times New Roman"/>
          <w:i/>
          <w:color w:val="000000"/>
          <w:sz w:val="22"/>
          <w:lang w:val="ro-MD"/>
        </w:rPr>
        <w:t>Compartimentul se solicită de către autoritatea contractantă doar în cadrul procedurilor de achiziție publică: licitația restrânsă, negociere, dialog competitiv și parteneriatul pentru inovare</w:t>
      </w:r>
      <w:r w:rsidRPr="00B17CC9">
        <w:rPr>
          <w:rFonts w:cs="Times New Roman"/>
          <w:color w:val="000000"/>
          <w:sz w:val="22"/>
        </w:rPr>
        <w:t>.</w:t>
      </w:r>
    </w:p>
    <w:tbl>
      <w:tblPr>
        <w:tblW w:w="0" w:type="auto"/>
        <w:jc w:val="center"/>
        <w:tblLook w:val="0000" w:firstRow="0" w:lastRow="0" w:firstColumn="0" w:lastColumn="0" w:noHBand="0" w:noVBand="0"/>
      </w:tblPr>
      <w:tblGrid>
        <w:gridCol w:w="1347"/>
        <w:gridCol w:w="6222"/>
        <w:gridCol w:w="2059"/>
      </w:tblGrid>
      <w:tr w:rsidR="00924ED0" w:rsidRPr="00B17CC9" w:rsidTr="00924ED0">
        <w:trPr>
          <w:cantSplit/>
          <w:tblHeade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46"/>
              <w:contextualSpacing/>
              <w:jc w:val="both"/>
              <w:rPr>
                <w:rFonts w:cs="Times New Roman"/>
                <w:b/>
                <w:sz w:val="22"/>
                <w:lang w:val="ro-MD"/>
              </w:rPr>
            </w:pPr>
            <w:r w:rsidRPr="00B17CC9">
              <w:rPr>
                <w:rFonts w:cs="Times New Roman"/>
                <w:b/>
                <w:color w:val="000000"/>
                <w:sz w:val="22"/>
                <w:lang w:val="ro-MD"/>
              </w:rPr>
              <w:t>Răspuns</w:t>
            </w:r>
          </w:p>
        </w:tc>
      </w:tr>
      <w:tr w:rsidR="00924ED0" w:rsidRPr="00B17CC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b/>
                <w:sz w:val="22"/>
                <w:lang w:val="ro-MD"/>
              </w:rPr>
            </w:pPr>
            <w:r w:rsidRPr="00B17CC9">
              <w:rPr>
                <w:rFonts w:cs="Times New Roman"/>
                <w:b/>
                <w:color w:val="000000"/>
                <w:sz w:val="22"/>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246"/>
              <w:contextualSpacing/>
              <w:jc w:val="both"/>
              <w:rPr>
                <w:rFonts w:cs="Times New Roman"/>
                <w:b/>
                <w:sz w:val="22"/>
                <w:lang w:val="ro-MD"/>
              </w:rPr>
            </w:pPr>
            <w:r w:rsidRPr="00B17CC9">
              <w:rPr>
                <w:rFonts w:cs="Times New Roman"/>
                <w:b/>
                <w:color w:val="000000"/>
                <w:sz w:val="22"/>
                <w:lang w:val="ro-MD"/>
              </w:rPr>
              <w:t>3</w:t>
            </w:r>
          </w:p>
        </w:tc>
      </w:tr>
      <w:tr w:rsidR="00924ED0" w:rsidRPr="00B17CC9" w:rsidTr="00924ED0">
        <w:trPr>
          <w:cantSplit/>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ind w:left="720"/>
              <w:contextualSpacing/>
              <w:jc w:val="both"/>
              <w:rPr>
                <w:rFonts w:cs="Times New Roman"/>
                <w:b/>
                <w:sz w:val="22"/>
                <w:lang w:val="ro-MD"/>
              </w:rPr>
            </w:pPr>
            <w:r w:rsidRPr="00B17CC9">
              <w:rPr>
                <w:rFonts w:cs="Times New Roman"/>
                <w:b/>
                <w:color w:val="000000"/>
                <w:sz w:val="22"/>
                <w:lang w:val="ro-MD"/>
              </w:rPr>
              <w:t>A.</w:t>
            </w:r>
            <w:r w:rsidRPr="00B17CC9">
              <w:rPr>
                <w:rFonts w:cs="Times New Roman"/>
                <w:b/>
                <w:color w:val="000000"/>
                <w:sz w:val="22"/>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snapToGrid w:val="0"/>
              <w:ind w:left="-246"/>
              <w:contextualSpacing/>
              <w:jc w:val="both"/>
              <w:rPr>
                <w:rFonts w:cs="Times New Roman"/>
                <w:b/>
                <w:sz w:val="22"/>
                <w:lang w:val="ro-MD"/>
              </w:rPr>
            </w:pPr>
          </w:p>
        </w:tc>
      </w:tr>
      <w:tr w:rsidR="00924ED0" w:rsidRPr="00B17CC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bidi/>
              <w:ind w:left="91"/>
              <w:contextualSpacing/>
              <w:jc w:val="both"/>
              <w:rPr>
                <w:rFonts w:cs="Times New Roman"/>
                <w:sz w:val="22"/>
                <w:lang w:val="ro-MD"/>
              </w:rPr>
            </w:pPr>
            <w:r w:rsidRPr="00B17CC9">
              <w:rPr>
                <w:rFonts w:cs="Times New Roman"/>
                <w:color w:val="000000"/>
                <w:sz w:val="22"/>
                <w:rtl/>
                <w:lang w:val="ro-MD"/>
              </w:rPr>
              <w:t>󠇡</w:t>
            </w:r>
            <w:r w:rsidRPr="00B17CC9">
              <w:rPr>
                <w:rFonts w:cs="Times New Roman"/>
                <w:color w:val="000000"/>
                <w:sz w:val="22"/>
                <w:lang w:val="ro-MD"/>
              </w:rPr>
              <w:t>Da       󠇡󠇡Nu</w:t>
            </w:r>
          </w:p>
        </w:tc>
      </w:tr>
      <w:tr w:rsidR="00924ED0" w:rsidRPr="00B17CC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B17CC9" w:rsidRDefault="00924ED0" w:rsidP="00B17CC9">
            <w:pPr>
              <w:contextualSpacing/>
              <w:jc w:val="both"/>
              <w:rPr>
                <w:rFonts w:cs="Times New Roman"/>
                <w:sz w:val="22"/>
                <w:lang w:val="ro-MD"/>
              </w:rPr>
            </w:pPr>
            <w:r w:rsidRPr="00B17CC9">
              <w:rPr>
                <w:rFonts w:cs="Times New Roman"/>
                <w:color w:val="000000"/>
                <w:sz w:val="22"/>
                <w:lang w:val="ro-MD"/>
              </w:rPr>
              <w:t>󠇡Da       󠇡󠇡Nu</w:t>
            </w:r>
          </w:p>
        </w:tc>
      </w:tr>
    </w:tbl>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sz w:val="22"/>
        </w:rPr>
      </w:pPr>
      <w:r w:rsidRPr="00B17CC9">
        <w:rPr>
          <w:rFonts w:cs="Times New Roman"/>
          <w:b/>
          <w:color w:val="000000"/>
          <w:sz w:val="22"/>
          <w:lang w:val="ro-MD"/>
        </w:rPr>
        <w:lastRenderedPageBreak/>
        <w:t>Capitolul VII. Declarații finale</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sz w:val="22"/>
        </w:rPr>
      </w:pPr>
      <w:r w:rsidRPr="00B17CC9">
        <w:rPr>
          <w:rFonts w:cs="Times New Roman"/>
          <w:color w:val="000000"/>
          <w:sz w:val="22"/>
          <w:lang w:val="ro-MD"/>
        </w:rPr>
        <w:t>Operatorul economic declară că informațiile prezentate în capitolele II – V (după caz II-VI) sunt exacte și corect furnizate, cunoscând pe deplin consecințele cazurilor grave de declarații false.</w:t>
      </w:r>
    </w:p>
    <w:p w:rsidR="00924ED0" w:rsidRPr="00B17CC9" w:rsidRDefault="00924ED0" w:rsidP="00B17CC9">
      <w:pPr>
        <w:jc w:val="both"/>
        <w:rPr>
          <w:rFonts w:cs="Times New Roman"/>
          <w:sz w:val="22"/>
          <w:lang w:val="ro-MD"/>
        </w:rPr>
      </w:pPr>
      <w:r w:rsidRPr="00B17CC9">
        <w:rPr>
          <w:rFonts w:cs="Times New Roman"/>
          <w:color w:val="000000"/>
          <w:sz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sz w:val="22"/>
          <w:lang w:val="ro-MD"/>
        </w:rPr>
      </w:pPr>
      <w:r w:rsidRPr="00B17CC9">
        <w:rPr>
          <w:rFonts w:cs="Times New Roman"/>
          <w:color w:val="000000"/>
          <w:sz w:val="22"/>
          <w:lang w:val="ro-MD"/>
        </w:rP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„Consumabile de laborator”.</w:t>
      </w:r>
    </w:p>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sz w:val="22"/>
          <w:lang w:val="ro-MD"/>
        </w:rPr>
      </w:pPr>
      <w:r w:rsidRPr="00B17CC9">
        <w:rPr>
          <w:rFonts w:cs="Times New Roman"/>
          <w:color w:val="000000"/>
          <w:sz w:val="22"/>
          <w:lang w:val="ro-MD"/>
        </w:rPr>
        <w:t>(Se va completa și semna de către operatorul economic)</w:t>
      </w:r>
    </w:p>
    <w:p w:rsidR="00924ED0" w:rsidRPr="00B17CC9" w:rsidRDefault="00924ED0" w:rsidP="00B17CC9">
      <w:pPr>
        <w:jc w:val="both"/>
        <w:rPr>
          <w:rFonts w:cs="Times New Roman"/>
          <w:sz w:val="22"/>
          <w:lang w:val="ro-MD"/>
        </w:rPr>
      </w:pPr>
    </w:p>
    <w:p w:rsidR="00924ED0" w:rsidRPr="00B17CC9" w:rsidRDefault="00924ED0" w:rsidP="00B17CC9">
      <w:pPr>
        <w:jc w:val="both"/>
        <w:rPr>
          <w:rFonts w:cs="Times New Roman"/>
          <w:sz w:val="22"/>
          <w:lang w:val="ro-MD"/>
        </w:rPr>
      </w:pPr>
      <w:r w:rsidRPr="00B17CC9">
        <w:rPr>
          <w:rFonts w:cs="Times New Roman"/>
          <w:color w:val="000000"/>
          <w:sz w:val="22"/>
          <w:lang w:val="ro-MD"/>
        </w:rPr>
        <w:t>Nume: [text]</w:t>
      </w:r>
    </w:p>
    <w:p w:rsidR="00924ED0" w:rsidRPr="00B17CC9" w:rsidRDefault="00924ED0" w:rsidP="00B17CC9">
      <w:pPr>
        <w:jc w:val="both"/>
        <w:rPr>
          <w:rFonts w:cs="Times New Roman"/>
          <w:sz w:val="22"/>
        </w:rPr>
      </w:pPr>
      <w:r w:rsidRPr="00B17CC9">
        <w:rPr>
          <w:rFonts w:cs="Times New Roman"/>
          <w:color w:val="000000"/>
          <w:sz w:val="22"/>
          <w:lang w:val="ro-MD"/>
        </w:rPr>
        <w:t>Funcția: [text]</w:t>
      </w:r>
    </w:p>
    <w:p w:rsidR="00924ED0" w:rsidRPr="00B17CC9" w:rsidRDefault="00924ED0" w:rsidP="00B17CC9">
      <w:pPr>
        <w:jc w:val="both"/>
        <w:rPr>
          <w:rFonts w:cs="Times New Roman"/>
          <w:sz w:val="22"/>
          <w:lang w:val="ro-MD"/>
        </w:rPr>
      </w:pPr>
      <w:r w:rsidRPr="00B17CC9">
        <w:rPr>
          <w:rFonts w:cs="Times New Roman"/>
          <w:color w:val="000000"/>
          <w:sz w:val="22"/>
          <w:lang w:val="ro-MD"/>
        </w:rPr>
        <w:t>Data: [date]</w:t>
      </w:r>
    </w:p>
    <w:p w:rsidR="00924ED0" w:rsidRPr="00B17CC9" w:rsidRDefault="00924ED0" w:rsidP="00B17CC9">
      <w:pPr>
        <w:jc w:val="both"/>
        <w:rPr>
          <w:rFonts w:cs="Times New Roman"/>
          <w:sz w:val="22"/>
          <w:lang w:val="ro-MD"/>
        </w:rPr>
      </w:pPr>
      <w:r w:rsidRPr="00B17CC9">
        <w:rPr>
          <w:rFonts w:cs="Times New Roman"/>
          <w:color w:val="000000"/>
          <w:sz w:val="22"/>
          <w:lang w:val="ro-MD"/>
        </w:rPr>
        <w:t>Adresa: [text]</w:t>
      </w:r>
    </w:p>
    <w:p w:rsidR="00924ED0" w:rsidRPr="00B17CC9" w:rsidRDefault="00924ED0" w:rsidP="00B17CC9">
      <w:pPr>
        <w:jc w:val="both"/>
        <w:rPr>
          <w:rFonts w:cs="Times New Roman"/>
          <w:sz w:val="22"/>
          <w:lang w:val="ro-MD"/>
        </w:rPr>
      </w:pPr>
      <w:r w:rsidRPr="00B17CC9">
        <w:rPr>
          <w:rFonts w:cs="Times New Roman"/>
          <w:color w:val="000000"/>
          <w:sz w:val="22"/>
          <w:lang w:val="ro-MD"/>
        </w:rPr>
        <w:t xml:space="preserve">Semnătura </w:t>
      </w:r>
    </w:p>
    <w:p w:rsidR="00924ED0" w:rsidRPr="00B17CC9" w:rsidRDefault="00924ED0" w:rsidP="00B17CC9">
      <w:pPr>
        <w:jc w:val="both"/>
        <w:rPr>
          <w:rFonts w:cs="Times New Roman"/>
          <w:b/>
          <w:sz w:val="22"/>
          <w:lang w:val="ro-MD"/>
        </w:rPr>
      </w:pPr>
    </w:p>
    <w:p w:rsidR="00924ED0" w:rsidRPr="00B17CC9" w:rsidRDefault="00924ED0" w:rsidP="00B17CC9">
      <w:pPr>
        <w:jc w:val="both"/>
        <w:rPr>
          <w:rFonts w:cs="Times New Roman"/>
          <w:b/>
          <w:sz w:val="22"/>
        </w:rPr>
      </w:pPr>
    </w:p>
    <w:p w:rsidR="00924ED0" w:rsidRPr="00B17CC9" w:rsidRDefault="00924ED0" w:rsidP="00B17CC9">
      <w:pPr>
        <w:jc w:val="both"/>
        <w:rPr>
          <w:rFonts w:cs="Times New Roman"/>
          <w:b/>
          <w:sz w:val="22"/>
        </w:rPr>
      </w:pPr>
    </w:p>
    <w:p w:rsidR="00924ED0" w:rsidRPr="00B17CC9" w:rsidRDefault="00924ED0" w:rsidP="00B17CC9">
      <w:pPr>
        <w:jc w:val="both"/>
        <w:rPr>
          <w:rFonts w:cs="Times New Roman"/>
          <w:b/>
          <w:sz w:val="22"/>
        </w:rPr>
      </w:pPr>
    </w:p>
    <w:p w:rsidR="00924ED0" w:rsidRPr="00B17CC9" w:rsidRDefault="00924ED0" w:rsidP="00B17CC9">
      <w:pPr>
        <w:jc w:val="both"/>
        <w:rPr>
          <w:rFonts w:cs="Times New Roman"/>
          <w:b/>
          <w:sz w:val="22"/>
        </w:rPr>
      </w:pPr>
    </w:p>
    <w:p w:rsidR="00924ED0" w:rsidRPr="00B17CC9" w:rsidRDefault="00924ED0" w:rsidP="00B17CC9">
      <w:pPr>
        <w:jc w:val="both"/>
        <w:rPr>
          <w:rFonts w:cs="Times New Roman"/>
          <w:b/>
          <w:sz w:val="22"/>
        </w:rPr>
      </w:pPr>
    </w:p>
    <w:p w:rsidR="00924ED0" w:rsidRPr="00B17CC9" w:rsidRDefault="00924ED0" w:rsidP="00B17CC9">
      <w:pPr>
        <w:jc w:val="both"/>
        <w:rPr>
          <w:rFonts w:cs="Times New Roman"/>
          <w:b/>
          <w:sz w:val="22"/>
        </w:rPr>
      </w:pPr>
    </w:p>
    <w:p w:rsidR="00AE720F" w:rsidRPr="00B17CC9" w:rsidRDefault="00AE720F"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4D7ED4" w:rsidRPr="00B17CC9" w:rsidRDefault="004D7ED4"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B17CC9" w:rsidRPr="00B17CC9" w:rsidRDefault="00B17CC9" w:rsidP="00B17CC9">
      <w:pPr>
        <w:jc w:val="both"/>
        <w:rPr>
          <w:rFonts w:cs="Times New Roman"/>
          <w:b/>
          <w:sz w:val="22"/>
        </w:rPr>
      </w:pPr>
    </w:p>
    <w:p w:rsidR="00924ED0" w:rsidRPr="00B17CC9" w:rsidRDefault="00924ED0" w:rsidP="00B17CC9">
      <w:pPr>
        <w:jc w:val="both"/>
        <w:rPr>
          <w:rFonts w:cs="Times New Roman"/>
          <w:bCs/>
          <w:sz w:val="22"/>
        </w:rPr>
      </w:pPr>
    </w:p>
    <w:p w:rsidR="00127E6A" w:rsidRPr="00B17CC9" w:rsidRDefault="00127E6A" w:rsidP="00B17CC9">
      <w:pPr>
        <w:jc w:val="right"/>
        <w:rPr>
          <w:rFonts w:cs="Times New Roman"/>
          <w:bCs/>
          <w:sz w:val="22"/>
        </w:rPr>
      </w:pPr>
      <w:proofErr w:type="spellStart"/>
      <w:r w:rsidRPr="00B17CC9">
        <w:rPr>
          <w:rFonts w:cs="Times New Roman"/>
          <w:bCs/>
          <w:color w:val="000000"/>
          <w:sz w:val="22"/>
        </w:rPr>
        <w:t>Anexa</w:t>
      </w:r>
      <w:proofErr w:type="spellEnd"/>
      <w:r w:rsidRPr="00B17CC9">
        <w:rPr>
          <w:rFonts w:cs="Times New Roman"/>
          <w:bCs/>
          <w:color w:val="000000"/>
          <w:sz w:val="22"/>
        </w:rPr>
        <w:t xml:space="preserve"> nr. </w:t>
      </w:r>
      <w:r w:rsidR="003A0D7A" w:rsidRPr="00B17CC9">
        <w:rPr>
          <w:rFonts w:cs="Times New Roman"/>
          <w:bCs/>
          <w:color w:val="000000"/>
          <w:sz w:val="22"/>
        </w:rPr>
        <w:t>3</w:t>
      </w:r>
    </w:p>
    <w:p w:rsidR="00127E6A" w:rsidRPr="00B17CC9" w:rsidRDefault="00127E6A" w:rsidP="00B17CC9">
      <w:pPr>
        <w:jc w:val="right"/>
        <w:rPr>
          <w:rFonts w:cs="Times New Roman"/>
          <w:sz w:val="22"/>
        </w:rPr>
      </w:pPr>
      <w:proofErr w:type="spellStart"/>
      <w:r w:rsidRPr="00B17CC9">
        <w:rPr>
          <w:rFonts w:cs="Times New Roman"/>
          <w:b/>
          <w:bCs/>
          <w:color w:val="000000"/>
          <w:sz w:val="22"/>
        </w:rPr>
        <w:t>Specificaţii</w:t>
      </w:r>
      <w:proofErr w:type="spellEnd"/>
      <w:r w:rsidRPr="00B17CC9">
        <w:rPr>
          <w:rFonts w:cs="Times New Roman"/>
          <w:b/>
          <w:bCs/>
          <w:color w:val="000000"/>
          <w:sz w:val="22"/>
        </w:rPr>
        <w:t xml:space="preserve"> </w:t>
      </w:r>
      <w:proofErr w:type="spellStart"/>
      <w:r w:rsidRPr="00B17CC9">
        <w:rPr>
          <w:rFonts w:cs="Times New Roman"/>
          <w:b/>
          <w:bCs/>
          <w:color w:val="000000"/>
          <w:sz w:val="22"/>
        </w:rPr>
        <w:t>tehnice</w:t>
      </w:r>
      <w:proofErr w:type="spellEnd"/>
      <w:r w:rsidRPr="00B17CC9">
        <w:rPr>
          <w:rFonts w:cs="Times New Roman"/>
          <w:color w:val="000000"/>
          <w:sz w:val="22"/>
        </w:rPr>
        <w:t> </w:t>
      </w:r>
    </w:p>
    <w:p w:rsidR="00127E6A" w:rsidRPr="00B17CC9" w:rsidRDefault="00127E6A" w:rsidP="00B17CC9">
      <w:pPr>
        <w:jc w:val="both"/>
        <w:rPr>
          <w:rFonts w:cs="Times New Roman"/>
          <w:i/>
          <w:iCs/>
          <w:sz w:val="22"/>
        </w:rPr>
      </w:pPr>
      <w:r w:rsidRPr="00B17CC9">
        <w:rPr>
          <w:rFonts w:cs="Times New Roman"/>
          <w:i/>
          <w:iCs/>
          <w:color w:val="000000"/>
          <w:sz w:val="22"/>
        </w:rPr>
        <w:t xml:space="preserve">[Acest tabel va fi completat de către ofertant în coloanele 2, 3, 4, 6 </w:t>
      </w:r>
      <w:proofErr w:type="spellStart"/>
      <w:r w:rsidRPr="00B17CC9">
        <w:rPr>
          <w:rFonts w:cs="Times New Roman"/>
          <w:i/>
          <w:iCs/>
          <w:color w:val="000000"/>
          <w:sz w:val="22"/>
        </w:rPr>
        <w:t>și</w:t>
      </w:r>
      <w:proofErr w:type="spellEnd"/>
      <w:r w:rsidRPr="00B17CC9">
        <w:rPr>
          <w:rFonts w:cs="Times New Roman"/>
          <w:i/>
          <w:iCs/>
          <w:color w:val="000000"/>
          <w:sz w:val="22"/>
        </w:rPr>
        <w:t xml:space="preserve"> 7,</w:t>
      </w:r>
    </w:p>
    <w:p w:rsidR="00127E6A" w:rsidRPr="00B17CC9" w:rsidRDefault="00127E6A" w:rsidP="00B17CC9">
      <w:pPr>
        <w:jc w:val="both"/>
        <w:rPr>
          <w:rFonts w:cs="Times New Roman"/>
          <w:i/>
          <w:iCs/>
          <w:sz w:val="22"/>
        </w:rPr>
      </w:pPr>
      <w:proofErr w:type="spellStart"/>
      <w:r w:rsidRPr="00B17CC9">
        <w:rPr>
          <w:rFonts w:cs="Times New Roman"/>
          <w:i/>
          <w:iCs/>
          <w:color w:val="000000"/>
          <w:sz w:val="22"/>
        </w:rPr>
        <w:t>iar</w:t>
      </w:r>
      <w:proofErr w:type="spellEnd"/>
      <w:r w:rsidRPr="00B17CC9">
        <w:rPr>
          <w:rFonts w:cs="Times New Roman"/>
          <w:i/>
          <w:iCs/>
          <w:color w:val="000000"/>
          <w:sz w:val="22"/>
        </w:rPr>
        <w:t xml:space="preserve"> de </w:t>
      </w:r>
      <w:proofErr w:type="spellStart"/>
      <w:r w:rsidRPr="00B17CC9">
        <w:rPr>
          <w:rFonts w:cs="Times New Roman"/>
          <w:i/>
          <w:iCs/>
          <w:color w:val="000000"/>
          <w:sz w:val="22"/>
        </w:rPr>
        <w:t>către</w:t>
      </w:r>
      <w:proofErr w:type="spellEnd"/>
      <w:r w:rsidRPr="00B17CC9">
        <w:rPr>
          <w:rFonts w:cs="Times New Roman"/>
          <w:i/>
          <w:iCs/>
          <w:color w:val="000000"/>
          <w:sz w:val="22"/>
        </w:rPr>
        <w:t xml:space="preserve"> </w:t>
      </w:r>
      <w:proofErr w:type="spellStart"/>
      <w:r w:rsidRPr="00B17CC9">
        <w:rPr>
          <w:rFonts w:cs="Times New Roman"/>
          <w:i/>
          <w:iCs/>
          <w:color w:val="000000"/>
          <w:sz w:val="22"/>
        </w:rPr>
        <w:t>autoritatea</w:t>
      </w:r>
      <w:proofErr w:type="spellEnd"/>
      <w:r w:rsidRPr="00B17CC9">
        <w:rPr>
          <w:rFonts w:cs="Times New Roman"/>
          <w:i/>
          <w:iCs/>
          <w:color w:val="000000"/>
          <w:sz w:val="22"/>
        </w:rPr>
        <w:t xml:space="preserve"> </w:t>
      </w:r>
      <w:proofErr w:type="spellStart"/>
      <w:r w:rsidRPr="00B17CC9">
        <w:rPr>
          <w:rFonts w:cs="Times New Roman"/>
          <w:i/>
          <w:iCs/>
          <w:color w:val="000000"/>
          <w:sz w:val="22"/>
        </w:rPr>
        <w:t>contractantă</w:t>
      </w:r>
      <w:proofErr w:type="spellEnd"/>
      <w:r w:rsidRPr="00B17CC9">
        <w:rPr>
          <w:rFonts w:cs="Times New Roman"/>
          <w:i/>
          <w:iCs/>
          <w:color w:val="000000"/>
          <w:sz w:val="22"/>
        </w:rPr>
        <w:t xml:space="preserve"> – </w:t>
      </w:r>
      <w:proofErr w:type="spellStart"/>
      <w:r w:rsidRPr="00B17CC9">
        <w:rPr>
          <w:rFonts w:cs="Times New Roman"/>
          <w:i/>
          <w:iCs/>
          <w:color w:val="000000"/>
          <w:sz w:val="22"/>
        </w:rPr>
        <w:t>în</w:t>
      </w:r>
      <w:proofErr w:type="spellEnd"/>
      <w:r w:rsidRPr="00B17CC9">
        <w:rPr>
          <w:rFonts w:cs="Times New Roman"/>
          <w:i/>
          <w:iCs/>
          <w:color w:val="000000"/>
          <w:sz w:val="22"/>
        </w:rPr>
        <w:t xml:space="preserve"> </w:t>
      </w:r>
      <w:proofErr w:type="spellStart"/>
      <w:r w:rsidRPr="00B17CC9">
        <w:rPr>
          <w:rFonts w:cs="Times New Roman"/>
          <w:i/>
          <w:iCs/>
          <w:color w:val="000000"/>
          <w:sz w:val="22"/>
        </w:rPr>
        <w:t>coloanele</w:t>
      </w:r>
      <w:proofErr w:type="spellEnd"/>
      <w:r w:rsidRPr="00B17CC9">
        <w:rPr>
          <w:rFonts w:cs="Times New Roman"/>
          <w:i/>
          <w:iCs/>
          <w:color w:val="000000"/>
          <w:sz w:val="22"/>
        </w:rPr>
        <w:t xml:space="preserve"> 1 </w:t>
      </w:r>
      <w:proofErr w:type="spellStart"/>
      <w:r w:rsidRPr="00B17CC9">
        <w:rPr>
          <w:rFonts w:cs="Times New Roman"/>
          <w:i/>
          <w:iCs/>
          <w:color w:val="000000"/>
          <w:sz w:val="22"/>
        </w:rPr>
        <w:t>și</w:t>
      </w:r>
      <w:proofErr w:type="spellEnd"/>
      <w:r w:rsidRPr="00B17CC9">
        <w:rPr>
          <w:rFonts w:cs="Times New Roman"/>
          <w:i/>
          <w:iCs/>
          <w:color w:val="000000"/>
          <w:sz w:val="22"/>
        </w:rPr>
        <w:t xml:space="preserve"> 5.]</w:t>
      </w:r>
    </w:p>
    <w:tbl>
      <w:tblPr>
        <w:tblStyle w:val="Tabelgril1"/>
        <w:tblpPr w:leftFromText="180" w:rightFromText="180" w:vertAnchor="text" w:horzAnchor="margin" w:tblpXSpec="center" w:tblpY="24"/>
        <w:tblW w:w="0" w:type="auto"/>
        <w:jc w:val="center"/>
        <w:tblInd w:w="0" w:type="dxa"/>
        <w:tblLook w:val="04A0" w:firstRow="1" w:lastRow="0" w:firstColumn="1" w:lastColumn="0" w:noHBand="0" w:noVBand="1"/>
      </w:tblPr>
      <w:tblGrid>
        <w:gridCol w:w="9628"/>
      </w:tblGrid>
      <w:tr w:rsidR="00127E6A" w:rsidRPr="00B17CC9" w:rsidTr="00127E6A">
        <w:trPr>
          <w:cantSplit/>
          <w:trHeight w:val="417"/>
          <w:tblHeader/>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127E6A" w:rsidRPr="00B17CC9" w:rsidRDefault="00127E6A" w:rsidP="00B17CC9">
            <w:pPr>
              <w:jc w:val="both"/>
              <w:rPr>
                <w:sz w:val="22"/>
              </w:rPr>
            </w:pPr>
            <w:proofErr w:type="spellStart"/>
            <w:r w:rsidRPr="00B17CC9">
              <w:rPr>
                <w:color w:val="000000"/>
                <w:sz w:val="22"/>
              </w:rPr>
              <w:t>Numărul</w:t>
            </w:r>
            <w:proofErr w:type="spellEnd"/>
            <w:r w:rsidRPr="00B17CC9">
              <w:rPr>
                <w:color w:val="000000"/>
                <w:sz w:val="22"/>
              </w:rPr>
              <w:t xml:space="preserve"> </w:t>
            </w:r>
            <w:proofErr w:type="spellStart"/>
            <w:r w:rsidRPr="00B17CC9">
              <w:rPr>
                <w:color w:val="000000"/>
                <w:sz w:val="22"/>
              </w:rPr>
              <w:t>procedurii</w:t>
            </w:r>
            <w:proofErr w:type="spellEnd"/>
            <w:r w:rsidRPr="00B17CC9">
              <w:rPr>
                <w:color w:val="000000"/>
                <w:sz w:val="22"/>
              </w:rPr>
              <w:t xml:space="preserve"> de </w:t>
            </w:r>
            <w:proofErr w:type="spellStart"/>
            <w:r w:rsidRPr="00B17CC9">
              <w:rPr>
                <w:color w:val="000000"/>
                <w:sz w:val="22"/>
              </w:rPr>
              <w:t>achiziție</w:t>
            </w:r>
            <w:proofErr w:type="spellEnd"/>
            <w:r w:rsidRPr="00B17CC9">
              <w:rPr>
                <w:color w:val="000000"/>
                <w:sz w:val="22"/>
              </w:rPr>
              <w:t xml:space="preserve"> __________________ din __________</w:t>
            </w:r>
          </w:p>
        </w:tc>
      </w:tr>
      <w:tr w:rsidR="00127E6A" w:rsidRPr="00B17CC9" w:rsidTr="00127E6A">
        <w:trPr>
          <w:cantSplit/>
          <w:trHeight w:val="616"/>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127E6A" w:rsidRPr="00B17CC9" w:rsidRDefault="00127E6A" w:rsidP="00B17CC9">
            <w:pPr>
              <w:jc w:val="both"/>
              <w:rPr>
                <w:sz w:val="22"/>
              </w:rPr>
            </w:pPr>
            <w:proofErr w:type="spellStart"/>
            <w:r w:rsidRPr="00B17CC9">
              <w:rPr>
                <w:color w:val="000000"/>
                <w:sz w:val="22"/>
              </w:rPr>
              <w:t>Obiectul</w:t>
            </w:r>
            <w:proofErr w:type="spellEnd"/>
            <w:r w:rsidRPr="00B17CC9">
              <w:rPr>
                <w:color w:val="000000"/>
                <w:sz w:val="22"/>
              </w:rPr>
              <w:t xml:space="preserve"> </w:t>
            </w:r>
            <w:proofErr w:type="spellStart"/>
            <w:r w:rsidRPr="00B17CC9">
              <w:rPr>
                <w:color w:val="000000"/>
                <w:sz w:val="22"/>
              </w:rPr>
              <w:t>achiziției</w:t>
            </w:r>
            <w:proofErr w:type="spellEnd"/>
            <w:r w:rsidRPr="00B17CC9">
              <w:rPr>
                <w:color w:val="000000"/>
                <w:sz w:val="22"/>
              </w:rPr>
              <w:t xml:space="preserve">: </w:t>
            </w:r>
            <w:proofErr w:type="spellStart"/>
            <w:r w:rsidRPr="00B17CC9">
              <w:rPr>
                <w:color w:val="000000"/>
                <w:sz w:val="22"/>
              </w:rPr>
              <w:t>Consumabile</w:t>
            </w:r>
            <w:proofErr w:type="spellEnd"/>
            <w:r w:rsidRPr="00B17CC9">
              <w:rPr>
                <w:color w:val="000000"/>
                <w:sz w:val="22"/>
              </w:rPr>
              <w:t xml:space="preserve"> de </w:t>
            </w:r>
            <w:proofErr w:type="spellStart"/>
            <w:r w:rsidRPr="00B17CC9">
              <w:rPr>
                <w:color w:val="000000"/>
                <w:sz w:val="22"/>
              </w:rPr>
              <w:t>laborator</w:t>
            </w:r>
            <w:proofErr w:type="spellEnd"/>
          </w:p>
        </w:tc>
      </w:tr>
    </w:tbl>
    <w:p w:rsidR="00127E6A" w:rsidRPr="00B17CC9" w:rsidRDefault="00127E6A" w:rsidP="00B17CC9">
      <w:pPr>
        <w:jc w:val="both"/>
        <w:rPr>
          <w:rFonts w:cs="Times New Roman"/>
          <w:sz w:val="22"/>
        </w:rPr>
      </w:pPr>
    </w:p>
    <w:tbl>
      <w:tblPr>
        <w:tblStyle w:val="Tabelgril1"/>
        <w:tblpPr w:leftFromText="180" w:rightFromText="180" w:vertAnchor="text" w:horzAnchor="margin" w:tblpXSpec="center" w:tblpY="36"/>
        <w:tblW w:w="0" w:type="auto"/>
        <w:jc w:val="center"/>
        <w:tblInd w:w="0" w:type="dxa"/>
        <w:tblLook w:val="04A0" w:firstRow="1" w:lastRow="0" w:firstColumn="1" w:lastColumn="0" w:noHBand="0" w:noVBand="1"/>
      </w:tblPr>
      <w:tblGrid>
        <w:gridCol w:w="1778"/>
        <w:gridCol w:w="1682"/>
        <w:gridCol w:w="766"/>
        <w:gridCol w:w="1218"/>
        <w:gridCol w:w="2011"/>
        <w:gridCol w:w="1175"/>
        <w:gridCol w:w="992"/>
      </w:tblGrid>
      <w:tr w:rsidR="00127E6A" w:rsidRPr="00B17CC9" w:rsidTr="00127E6A">
        <w:trPr>
          <w:cantSplit/>
          <w:tblHeader/>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Denumirea</w:t>
            </w:r>
            <w:proofErr w:type="spellEnd"/>
            <w:r w:rsidRPr="00B17CC9">
              <w:rPr>
                <w:color w:val="000000"/>
                <w:sz w:val="22"/>
              </w:rPr>
              <w:t xml:space="preserve"> </w:t>
            </w:r>
            <w:proofErr w:type="spellStart"/>
            <w:r w:rsidRPr="00B17CC9">
              <w:rPr>
                <w:color w:val="000000"/>
                <w:sz w:val="22"/>
              </w:rPr>
              <w:t>bunurilor</w:t>
            </w:r>
            <w:proofErr w:type="spellEnd"/>
            <w:r w:rsidRPr="00B17CC9">
              <w:rPr>
                <w:color w:val="000000"/>
                <w:sz w:val="22"/>
              </w:rPr>
              <w:t>/</w:t>
            </w:r>
            <w:proofErr w:type="spellStart"/>
            <w:r w:rsidRPr="00B17CC9">
              <w:rPr>
                <w:color w:val="000000"/>
                <w:sz w:val="22"/>
              </w:rPr>
              <w:t>serviciilor</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Denumirea</w:t>
            </w:r>
            <w:proofErr w:type="spellEnd"/>
            <w:r w:rsidRPr="00B17CC9">
              <w:rPr>
                <w:color w:val="000000"/>
                <w:sz w:val="22"/>
              </w:rPr>
              <w:t xml:space="preserve"> </w:t>
            </w:r>
            <w:proofErr w:type="spellStart"/>
            <w:r w:rsidRPr="00B17CC9">
              <w:rPr>
                <w:color w:val="000000"/>
                <w:sz w:val="22"/>
              </w:rPr>
              <w:t>modelului</w:t>
            </w:r>
            <w:proofErr w:type="spellEnd"/>
            <w:r w:rsidRPr="00B17CC9">
              <w:rPr>
                <w:color w:val="000000"/>
                <w:sz w:val="22"/>
              </w:rPr>
              <w:t xml:space="preserve"> </w:t>
            </w:r>
            <w:proofErr w:type="spellStart"/>
            <w:r w:rsidRPr="00B17CC9">
              <w:rPr>
                <w:color w:val="000000"/>
                <w:sz w:val="22"/>
              </w:rPr>
              <w:t>bunului</w:t>
            </w:r>
            <w:proofErr w:type="spellEnd"/>
            <w:r w:rsidRPr="00B17CC9">
              <w:rPr>
                <w:color w:val="000000"/>
                <w:sz w:val="22"/>
              </w:rPr>
              <w:t>/</w:t>
            </w:r>
            <w:proofErr w:type="spellStart"/>
            <w:r w:rsidRPr="00B17CC9">
              <w:rPr>
                <w:color w:val="000000"/>
                <w:sz w:val="22"/>
              </w:rPr>
              <w:t>serviciului</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Ţara</w:t>
            </w:r>
            <w:proofErr w:type="spellEnd"/>
            <w:r w:rsidRPr="00B17CC9">
              <w:rPr>
                <w:color w:val="000000"/>
                <w:sz w:val="22"/>
              </w:rPr>
              <w:t xml:space="preserve"> de </w:t>
            </w:r>
            <w:proofErr w:type="spellStart"/>
            <w:r w:rsidRPr="00B17CC9">
              <w:rPr>
                <w:color w:val="000000"/>
                <w:sz w:val="22"/>
              </w:rPr>
              <w:t>origine</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Producătorul</w:t>
            </w:r>
            <w:proofErr w:type="spellEnd"/>
          </w:p>
        </w:tc>
        <w:tc>
          <w:tcPr>
            <w:tcW w:w="451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Specificarea</w:t>
            </w:r>
            <w:proofErr w:type="spellEnd"/>
            <w:r w:rsidRPr="00B17CC9">
              <w:rPr>
                <w:color w:val="000000"/>
                <w:sz w:val="22"/>
              </w:rPr>
              <w:t xml:space="preserve"> </w:t>
            </w:r>
            <w:proofErr w:type="spellStart"/>
            <w:r w:rsidRPr="00B17CC9">
              <w:rPr>
                <w:color w:val="000000"/>
                <w:sz w:val="22"/>
              </w:rPr>
              <w:t>tehnică</w:t>
            </w:r>
            <w:proofErr w:type="spellEnd"/>
            <w:r w:rsidRPr="00B17CC9">
              <w:rPr>
                <w:color w:val="000000"/>
                <w:sz w:val="22"/>
              </w:rPr>
              <w:t xml:space="preserve"> </w:t>
            </w:r>
            <w:proofErr w:type="spellStart"/>
            <w:r w:rsidRPr="00B17CC9">
              <w:rPr>
                <w:color w:val="000000"/>
                <w:sz w:val="22"/>
              </w:rPr>
              <w:t>deplină</w:t>
            </w:r>
            <w:proofErr w:type="spellEnd"/>
            <w:r w:rsidRPr="00B17CC9">
              <w:rPr>
                <w:color w:val="000000"/>
                <w:sz w:val="22"/>
              </w:rPr>
              <w:t xml:space="preserve"> </w:t>
            </w:r>
            <w:proofErr w:type="spellStart"/>
            <w:r w:rsidRPr="00B17CC9">
              <w:rPr>
                <w:color w:val="000000"/>
                <w:sz w:val="22"/>
              </w:rPr>
              <w:t>solicitată</w:t>
            </w:r>
            <w:proofErr w:type="spellEnd"/>
            <w:r w:rsidRPr="00B17CC9">
              <w:rPr>
                <w:color w:val="000000"/>
                <w:sz w:val="22"/>
              </w:rPr>
              <w:t xml:space="preserve"> de </w:t>
            </w:r>
            <w:proofErr w:type="spellStart"/>
            <w:r w:rsidRPr="00B17CC9">
              <w:rPr>
                <w:color w:val="000000"/>
                <w:sz w:val="22"/>
              </w:rPr>
              <w:t>către</w:t>
            </w:r>
            <w:proofErr w:type="spellEnd"/>
            <w:r w:rsidRPr="00B17CC9">
              <w:rPr>
                <w:color w:val="000000"/>
                <w:sz w:val="22"/>
              </w:rPr>
              <w:t xml:space="preserve"> </w:t>
            </w:r>
            <w:proofErr w:type="spellStart"/>
            <w:r w:rsidRPr="00B17CC9">
              <w:rPr>
                <w:color w:val="000000"/>
                <w:sz w:val="22"/>
              </w:rPr>
              <w:t>autoritatea</w:t>
            </w:r>
            <w:proofErr w:type="spellEnd"/>
            <w:r w:rsidRPr="00B17CC9">
              <w:rPr>
                <w:color w:val="000000"/>
                <w:sz w:val="22"/>
              </w:rPr>
              <w:t xml:space="preserve"> </w:t>
            </w:r>
            <w:proofErr w:type="spellStart"/>
            <w:r w:rsidRPr="00B17CC9">
              <w:rPr>
                <w:color w:val="000000"/>
                <w:sz w:val="22"/>
              </w:rPr>
              <w:t>contractantă</w:t>
            </w:r>
            <w:proofErr w:type="spellEnd"/>
          </w:p>
        </w:tc>
        <w:tc>
          <w:tcPr>
            <w:tcW w:w="172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Specificarea</w:t>
            </w:r>
            <w:proofErr w:type="spellEnd"/>
            <w:r w:rsidRPr="00B17CC9">
              <w:rPr>
                <w:color w:val="000000"/>
                <w:sz w:val="22"/>
              </w:rPr>
              <w:t xml:space="preserve"> </w:t>
            </w:r>
            <w:proofErr w:type="spellStart"/>
            <w:r w:rsidRPr="00B17CC9">
              <w:rPr>
                <w:color w:val="000000"/>
                <w:sz w:val="22"/>
              </w:rPr>
              <w:t>tehnică</w:t>
            </w:r>
            <w:proofErr w:type="spellEnd"/>
            <w:r w:rsidRPr="00B17CC9">
              <w:rPr>
                <w:color w:val="000000"/>
                <w:sz w:val="22"/>
              </w:rPr>
              <w:t xml:space="preserve"> </w:t>
            </w:r>
            <w:proofErr w:type="spellStart"/>
            <w:r w:rsidRPr="00B17CC9">
              <w:rPr>
                <w:color w:val="000000"/>
                <w:sz w:val="22"/>
              </w:rPr>
              <w:t>deplină</w:t>
            </w:r>
            <w:proofErr w:type="spellEnd"/>
            <w:r w:rsidRPr="00B17CC9">
              <w:rPr>
                <w:color w:val="000000"/>
                <w:sz w:val="22"/>
              </w:rPr>
              <w:t xml:space="preserve"> </w:t>
            </w:r>
            <w:proofErr w:type="spellStart"/>
            <w:r w:rsidRPr="00B17CC9">
              <w:rPr>
                <w:color w:val="000000"/>
                <w:sz w:val="22"/>
              </w:rPr>
              <w:t>propusă</w:t>
            </w:r>
            <w:proofErr w:type="spellEnd"/>
            <w:r w:rsidRPr="00B17CC9">
              <w:rPr>
                <w:color w:val="000000"/>
                <w:sz w:val="22"/>
              </w:rPr>
              <w:t xml:space="preserve"> de </w:t>
            </w:r>
            <w:proofErr w:type="spellStart"/>
            <w:r w:rsidRPr="00B17CC9">
              <w:rPr>
                <w:color w:val="000000"/>
                <w:sz w:val="22"/>
              </w:rPr>
              <w:t>către</w:t>
            </w:r>
            <w:proofErr w:type="spellEnd"/>
            <w:r w:rsidRPr="00B17CC9">
              <w:rPr>
                <w:color w:val="000000"/>
                <w:sz w:val="22"/>
              </w:rPr>
              <w:t xml:space="preserve"> </w:t>
            </w:r>
            <w:proofErr w:type="spellStart"/>
            <w:r w:rsidRPr="00B17CC9">
              <w:rPr>
                <w:color w:val="000000"/>
                <w:sz w:val="22"/>
              </w:rPr>
              <w:t>ofertant</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B17CC9" w:rsidRDefault="00127E6A" w:rsidP="00B17CC9">
            <w:pPr>
              <w:jc w:val="both"/>
              <w:rPr>
                <w:sz w:val="22"/>
              </w:rPr>
            </w:pPr>
            <w:proofErr w:type="spellStart"/>
            <w:r w:rsidRPr="00B17CC9">
              <w:rPr>
                <w:color w:val="000000"/>
                <w:sz w:val="22"/>
              </w:rPr>
              <w:t>Standarde</w:t>
            </w:r>
            <w:proofErr w:type="spellEnd"/>
            <w:r w:rsidRPr="00B17CC9">
              <w:rPr>
                <w:color w:val="000000"/>
                <w:sz w:val="22"/>
              </w:rPr>
              <w:t xml:space="preserve"> de </w:t>
            </w:r>
            <w:proofErr w:type="spellStart"/>
            <w:r w:rsidRPr="00B17CC9">
              <w:rPr>
                <w:color w:val="000000"/>
                <w:sz w:val="22"/>
              </w:rPr>
              <w:t>referinţă</w:t>
            </w:r>
            <w:proofErr w:type="spellEnd"/>
          </w:p>
        </w:tc>
      </w:tr>
      <w:tr w:rsidR="0098480E" w:rsidRPr="00B17CC9">
        <w:trPr>
          <w:cantSplit/>
          <w:jc w:val="center"/>
        </w:trPr>
        <w:tc>
          <w:tcPr>
            <w:tcW w:w="2149"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1</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1.1 Sistem de filtrare cu vid pe flacon – 500 mL</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Tip filtru: sistem de filtrare cu vid, cu montare pe flacon. Material: membrană din acetat de celuloză fără surfactanți și sau/ Nailon sau Polietersulfonă; capac din polietilenă de înaltă densitate, cu închidere etanșă; carcasă din polistiren. Sterilitate: steril Caracteristică: (sistem de filtrare ambalat individual din 2 unități) 1. Capacitate sticlei: 500 mL, cu capac de închidere etanș. 2. Capacitate filtrului: 500 mL pentru procesul de filtrare Sticla și filtrul să fie cu gradații la fiecare 100 mL. Dimensiunea porilor membranei: 0,20 - 0,22 µm. Diametrul </w:t>
            </w:r>
            <w:proofErr w:type="spellStart"/>
            <w:proofErr w:type="gramStart"/>
            <w:r w:rsidRPr="00B17CC9">
              <w:rPr>
                <w:color w:val="000000"/>
                <w:sz w:val="22"/>
              </w:rPr>
              <w:t>filtrului</w:t>
            </w:r>
            <w:proofErr w:type="spellEnd"/>
            <w:r w:rsidRPr="00B17CC9">
              <w:rPr>
                <w:color w:val="000000"/>
                <w:sz w:val="22"/>
              </w:rPr>
              <w:t xml:space="preserve"> :</w:t>
            </w:r>
            <w:proofErr w:type="gramEnd"/>
            <w:r w:rsidRPr="00B17CC9">
              <w:rPr>
                <w:color w:val="000000"/>
                <w:sz w:val="22"/>
              </w:rPr>
              <w:t xml:space="preserve"> 90 mm</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1.2 Sistem de filtrare cu vid pe flacon – 1000 mL</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Tip filtru: sistem de filtrare cu vid, cu montare pe flacon. Material: membrană </w:t>
            </w:r>
            <w:r w:rsidRPr="00B17CC9">
              <w:rPr>
                <w:color w:val="000000"/>
                <w:sz w:val="22"/>
              </w:rPr>
              <w:lastRenderedPageBreak/>
              <w:t xml:space="preserve">din acetat de celuloză fără surfactanți și sau/ Nailon sau Polietersulfonă; capac din polietilenă de înaltă densitate, cu închidere etanșă; carcasă din polistiren. Sterilitate: steril Caracteristică: (sistem de filtrare ambalat individual din 2 unități) 1. Capacitate sticlei: 1000 mL, cu capac de închidere etanș. 2. Capacitate filtrului: 1000 mL pentru procesul de filtrare Sticla și filtrul să fie cu gradații la fiecare 100 mL. Dimensiunea porilor membranei: 0,20 - 0,22 µm. Diametrul </w:t>
            </w:r>
            <w:proofErr w:type="spellStart"/>
            <w:proofErr w:type="gramStart"/>
            <w:r w:rsidRPr="00B17CC9">
              <w:rPr>
                <w:color w:val="000000"/>
                <w:sz w:val="22"/>
              </w:rPr>
              <w:t>filtrului</w:t>
            </w:r>
            <w:proofErr w:type="spellEnd"/>
            <w:r w:rsidRPr="00B17CC9">
              <w:rPr>
                <w:color w:val="000000"/>
                <w:sz w:val="22"/>
              </w:rPr>
              <w:t xml:space="preserve"> :</w:t>
            </w:r>
            <w:proofErr w:type="gramEnd"/>
            <w:r w:rsidRPr="00B17CC9">
              <w:rPr>
                <w:color w:val="000000"/>
                <w:sz w:val="22"/>
              </w:rPr>
              <w:t xml:space="preserve"> 90 mm</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Total lot 1</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2</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 xml:space="preserve">2. Vârf transparent cu filtru pentru pipetă </w:t>
            </w:r>
            <w:proofErr w:type="spellStart"/>
            <w:r w:rsidRPr="00B17CC9">
              <w:rPr>
                <w:color w:val="000000"/>
                <w:sz w:val="22"/>
              </w:rPr>
              <w:t>automată</w:t>
            </w:r>
            <w:proofErr w:type="spellEnd"/>
            <w:r w:rsidRPr="00B17CC9">
              <w:rPr>
                <w:color w:val="000000"/>
                <w:sz w:val="22"/>
              </w:rPr>
              <w:t xml:space="preserve"> (</w:t>
            </w:r>
            <w:proofErr w:type="spellStart"/>
            <w:r w:rsidRPr="00B17CC9">
              <w:rPr>
                <w:color w:val="000000"/>
                <w:sz w:val="22"/>
              </w:rPr>
              <w:t>steril</w:t>
            </w:r>
            <w:proofErr w:type="spellEnd"/>
            <w:r w:rsidRPr="00B17CC9">
              <w:rPr>
                <w:color w:val="000000"/>
                <w:sz w:val="22"/>
              </w:rPr>
              <w:t>), 0,2–20 µL</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Vârfuri universale din polipropilenă, prevăzute cu filtru hidrofob, destinate prevenirii contaminării încrucișate a probelor în timpul pipetării, adecvate pentru aplicații de biologie moleculară cu retenție scăzută. Compatibilitate: Compatibile demonstrată, prin documentație tehnică, cu pipetele automate aflate în dotarea laboratorulu (modelele de pipete: GILSON, Discovery, EPPENDORF, Lenpipet </w:t>
            </w:r>
            <w:r w:rsidRPr="00B17CC9">
              <w:rPr>
                <w:color w:val="000000"/>
                <w:sz w:val="22"/>
              </w:rPr>
              <w:lastRenderedPageBreak/>
              <w:t xml:space="preserve">THERMOSCINTIFIC, sau echivalentul modelelor menționate), pentru intervalul de volum 0,2–20 μL. Ambalare: Rack steril cu 96 vârfuri/rack. Culoare: Transparentă (naturală), pentru vizualizarea ușoară a nivelului lichidului. Caracteristici: Sterilizate R SAL 10-6; certificate fără RNază și DNază; adecvate pentru tehnologia PCR. Termen de valabilitate: minim 56 luni la data fabricării. Conformitate: ISO 8655 Lungime vârf 53-54 mm, diametru interior la vârf de 0.45 mm (+/-0,2 mm), cu inele profilate/marcate pentru a facilita controlul vizual rapid al volumului și dozarea intermediară a probelor, Unitatea de măsură: rack Cantitate: 250 rack-uri (echivalentul a 24.000 de </w:t>
            </w:r>
            <w:proofErr w:type="spellStart"/>
            <w:r w:rsidRPr="00B17CC9">
              <w:rPr>
                <w:color w:val="000000"/>
                <w:sz w:val="22"/>
              </w:rPr>
              <w:t>vârfuri</w:t>
            </w:r>
            <w:proofErr w:type="spellEnd"/>
            <w:r w:rsidRPr="00B17CC9">
              <w:rPr>
                <w:color w:val="000000"/>
                <w:sz w:val="22"/>
              </w:rPr>
              <w:t>).</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Total lot 2</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3</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 xml:space="preserve">3. Tuburi criogenice sterile, </w:t>
            </w:r>
            <w:proofErr w:type="spellStart"/>
            <w:r w:rsidRPr="00B17CC9">
              <w:rPr>
                <w:color w:val="000000"/>
                <w:sz w:val="22"/>
              </w:rPr>
              <w:t>volum</w:t>
            </w:r>
            <w:proofErr w:type="spellEnd"/>
            <w:r w:rsidRPr="00B17CC9">
              <w:rPr>
                <w:color w:val="000000"/>
                <w:sz w:val="22"/>
              </w:rPr>
              <w:t xml:space="preserve"> 5,0 mL</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Tuburi criogenice sterile (SAL 10⁻⁶), fabricate din polipropilenă (PP) cu capac filetat realizat din Polietilenă de înaltă densitate destinate stocării și conservării probelor biologice. Capacitate </w:t>
            </w:r>
            <w:r w:rsidRPr="00B17CC9">
              <w:rPr>
                <w:color w:val="000000"/>
                <w:sz w:val="22"/>
              </w:rPr>
              <w:lastRenderedPageBreak/>
              <w:t xml:space="preserve">nominală: 5,0 mL. Prevăzute cu capac filetat, care asigură închidere etanșă și minimizează riscul de scurgeri și contaminare. Rezistente la temperaturi scăzute, adecvate pentru stocarea probelor în congelatoare și în faza de vapori </w:t>
            </w:r>
            <w:proofErr w:type="gramStart"/>
            <w:r w:rsidRPr="00B17CC9">
              <w:rPr>
                <w:color w:val="000000"/>
                <w:sz w:val="22"/>
              </w:rPr>
              <w:t>a</w:t>
            </w:r>
            <w:proofErr w:type="gramEnd"/>
            <w:r w:rsidRPr="00B17CC9">
              <w:rPr>
                <w:color w:val="000000"/>
                <w:sz w:val="22"/>
              </w:rPr>
              <w:t xml:space="preserve"> azotului lichid. Sterilizate și livrate gata pentru utilizare. Fără DNază, RNază, ADN uman și pirogeni (endotoxine). Compatibile cu sistemele standard de depozitare și rack-urile pentru tuburi criogenice. Prevăzute cu zonă mată pentru inscripționare și marcaje gradate rezistente la temperaturi de minus 196°C. Termen de valabilitate: minim 36 de luni de la data </w:t>
            </w:r>
            <w:proofErr w:type="spellStart"/>
            <w:r w:rsidRPr="00B17CC9">
              <w:rPr>
                <w:color w:val="000000"/>
                <w:sz w:val="22"/>
              </w:rPr>
              <w:t>fabricării</w:t>
            </w:r>
            <w:proofErr w:type="spellEnd"/>
            <w:r w:rsidRPr="00B17CC9">
              <w:rPr>
                <w:color w:val="000000"/>
                <w:sz w:val="22"/>
              </w:rPr>
              <w:t>.</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Total lot 3</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4</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 xml:space="preserve">4.1 Mănuși din latex,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S</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Mănuși de unică folosință din latex, destinate asigurării protecției personalului în activități de laborator. Mărime: Small (S). Caracteristici: fără pudră. Formă: ambidextră. Caracteristici: Manșetă finisată cu margine rulată. Cu proprietăți de protecție împotriva microorganismelor; rezistente la </w:t>
            </w:r>
            <w:r w:rsidRPr="00B17CC9">
              <w:rPr>
                <w:color w:val="000000"/>
                <w:sz w:val="22"/>
              </w:rPr>
              <w:lastRenderedPageBreak/>
              <w:t xml:space="preserve">penetrarea bacteriilor, fungilor, virusuri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să fie indicate pictogramele adecvate de performanţă şi </w:t>
            </w:r>
            <w:proofErr w:type="spellStart"/>
            <w:r w:rsidRPr="00B17CC9">
              <w:rPr>
                <w:color w:val="000000"/>
                <w:sz w:val="22"/>
              </w:rPr>
              <w:t>trimiterea</w:t>
            </w:r>
            <w:proofErr w:type="spellEnd"/>
            <w:r w:rsidRPr="00B17CC9">
              <w:rPr>
                <w:color w:val="000000"/>
                <w:sz w:val="22"/>
              </w:rPr>
              <w:t xml:space="preserve"> la </w:t>
            </w:r>
            <w:proofErr w:type="spellStart"/>
            <w:r w:rsidRPr="00B17CC9">
              <w:rPr>
                <w:color w:val="000000"/>
                <w:sz w:val="22"/>
              </w:rPr>
              <w:t>standardul</w:t>
            </w:r>
            <w:proofErr w:type="spellEnd"/>
            <w:r w:rsidRPr="00B17CC9">
              <w:rPr>
                <w:color w:val="000000"/>
                <w:sz w:val="22"/>
              </w:rPr>
              <w:t xml:space="preserve"> EN.</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 xml:space="preserve">4.2 Mănuși din nitril,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S</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Mănuși de unică folosință din nitril, destinate asigurării protecției personalului în activități de laborator. Mărime: Small (S). Caracteristici: fără pudră. Formă: ambidextră. Caracteristici: Manșetă finisată cu margine rulată. Cu proprietăți de protecție împotriva microorganismelor; rezistente la penetrarea bacteriilor, fungilor, </w:t>
            </w:r>
            <w:r w:rsidRPr="00B17CC9">
              <w:rPr>
                <w:color w:val="000000"/>
                <w:sz w:val="22"/>
              </w:rPr>
              <w:lastRenderedPageBreak/>
              <w:t xml:space="preserve">virusuri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să fie indicate pictogramele adecvate de performanţă şi </w:t>
            </w:r>
            <w:proofErr w:type="spellStart"/>
            <w:r w:rsidRPr="00B17CC9">
              <w:rPr>
                <w:color w:val="000000"/>
                <w:sz w:val="22"/>
              </w:rPr>
              <w:t>trimiterea</w:t>
            </w:r>
            <w:proofErr w:type="spellEnd"/>
            <w:r w:rsidRPr="00B17CC9">
              <w:rPr>
                <w:color w:val="000000"/>
                <w:sz w:val="22"/>
              </w:rPr>
              <w:t xml:space="preserve"> la </w:t>
            </w:r>
            <w:proofErr w:type="spellStart"/>
            <w:r w:rsidRPr="00B17CC9">
              <w:rPr>
                <w:color w:val="000000"/>
                <w:sz w:val="22"/>
              </w:rPr>
              <w:t>standardul</w:t>
            </w:r>
            <w:proofErr w:type="spellEnd"/>
            <w:r w:rsidRPr="00B17CC9">
              <w:rPr>
                <w:color w:val="000000"/>
                <w:sz w:val="22"/>
              </w:rPr>
              <w:t xml:space="preserve"> EN.</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 xml:space="preserve">4.3 Mănuși din latex,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M</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5F130F" w:rsidP="00B17CC9">
            <w:pPr>
              <w:jc w:val="both"/>
              <w:rPr>
                <w:sz w:val="22"/>
              </w:rPr>
            </w:pPr>
            <w:r w:rsidRPr="00B17CC9">
              <w:rPr>
                <w:color w:val="000000"/>
                <w:sz w:val="22"/>
              </w:rPr>
              <w:t xml:space="preserve">Mănuși de unică folosință din latex, destinate asigurării protecției personalului în activități de laborator. Mărime: Medium (M). Caracteristici: fără pudră. Formă: ambidextră. Caracteristici: Manșetă finisată cu margine rulată. Cu proprietăți de protecție împotriva microorganismelor; rezistente la penetrarea bacteriilor, fungilor, virusuri și a substanțelor </w:t>
            </w:r>
            <w:r w:rsidRPr="00B17CC9">
              <w:rPr>
                <w:color w:val="000000"/>
                <w:sz w:val="22"/>
              </w:rPr>
              <w:lastRenderedPageBreak/>
              <w:t xml:space="preserve">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să fie indicate pictogramele adecvate de performanţă şi </w:t>
            </w:r>
            <w:proofErr w:type="spellStart"/>
            <w:r w:rsidRPr="00B17CC9">
              <w:rPr>
                <w:color w:val="000000"/>
                <w:sz w:val="22"/>
              </w:rPr>
              <w:t>trimiterea</w:t>
            </w:r>
            <w:proofErr w:type="spellEnd"/>
            <w:r w:rsidRPr="00B17CC9">
              <w:rPr>
                <w:color w:val="000000"/>
                <w:sz w:val="22"/>
              </w:rPr>
              <w:t xml:space="preserve"> la </w:t>
            </w:r>
            <w:proofErr w:type="spellStart"/>
            <w:r w:rsidRPr="00B17CC9">
              <w:rPr>
                <w:color w:val="000000"/>
                <w:sz w:val="22"/>
              </w:rPr>
              <w:t>standardul</w:t>
            </w:r>
            <w:proofErr w:type="spellEnd"/>
            <w:r w:rsidRPr="00B17CC9">
              <w:rPr>
                <w:color w:val="000000"/>
                <w:sz w:val="22"/>
              </w:rPr>
              <w:t xml:space="preserve"> EN.</w:t>
            </w: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Total lot 4</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r w:rsidR="0098480E" w:rsidRPr="00B17CC9">
        <w:trPr>
          <w:cantSplit/>
          <w:jc w:val="center"/>
        </w:trPr>
        <w:tc>
          <w:tcPr>
            <w:tcW w:w="2149" w:type="dxa"/>
            <w:vAlign w:val="center"/>
          </w:tcPr>
          <w:p w:rsidR="0098480E" w:rsidRPr="00B17CC9" w:rsidRDefault="005F130F" w:rsidP="00B17CC9">
            <w:pPr>
              <w:jc w:val="both"/>
              <w:rPr>
                <w:sz w:val="22"/>
              </w:rPr>
            </w:pPr>
            <w:r w:rsidRPr="00B17CC9">
              <w:rPr>
                <w:color w:val="000000"/>
                <w:sz w:val="22"/>
              </w:rPr>
              <w:t>TOTAL</w:t>
            </w:r>
          </w:p>
        </w:tc>
        <w:tc>
          <w:tcPr>
            <w:tcW w:w="2237" w:type="dxa"/>
            <w:vAlign w:val="center"/>
          </w:tcPr>
          <w:p w:rsidR="0098480E" w:rsidRPr="00B17CC9" w:rsidRDefault="0098480E" w:rsidP="00B17CC9">
            <w:pPr>
              <w:jc w:val="both"/>
              <w:rPr>
                <w:sz w:val="22"/>
              </w:rPr>
            </w:pPr>
          </w:p>
        </w:tc>
        <w:tc>
          <w:tcPr>
            <w:tcW w:w="1226" w:type="dxa"/>
            <w:vAlign w:val="center"/>
          </w:tcPr>
          <w:p w:rsidR="0098480E" w:rsidRPr="00B17CC9" w:rsidRDefault="0098480E" w:rsidP="00B17CC9">
            <w:pPr>
              <w:jc w:val="both"/>
              <w:rPr>
                <w:sz w:val="22"/>
              </w:rPr>
            </w:pPr>
          </w:p>
        </w:tc>
        <w:tc>
          <w:tcPr>
            <w:tcW w:w="1669" w:type="dxa"/>
            <w:vAlign w:val="center"/>
          </w:tcPr>
          <w:p w:rsidR="0098480E" w:rsidRPr="00B17CC9" w:rsidRDefault="0098480E" w:rsidP="00B17CC9">
            <w:pPr>
              <w:jc w:val="both"/>
              <w:rPr>
                <w:sz w:val="22"/>
              </w:rPr>
            </w:pPr>
          </w:p>
        </w:tc>
        <w:tc>
          <w:tcPr>
            <w:tcW w:w="4137" w:type="dxa"/>
            <w:vAlign w:val="center"/>
          </w:tcPr>
          <w:p w:rsidR="0098480E" w:rsidRPr="00B17CC9" w:rsidRDefault="0098480E" w:rsidP="00B17CC9">
            <w:pPr>
              <w:jc w:val="both"/>
              <w:rPr>
                <w:sz w:val="22"/>
              </w:rPr>
            </w:pPr>
          </w:p>
        </w:tc>
        <w:tc>
          <w:tcPr>
            <w:tcW w:w="1684" w:type="dxa"/>
            <w:vAlign w:val="center"/>
          </w:tcPr>
          <w:p w:rsidR="0098480E" w:rsidRPr="00B17CC9" w:rsidRDefault="0098480E" w:rsidP="00B17CC9">
            <w:pPr>
              <w:jc w:val="both"/>
              <w:rPr>
                <w:sz w:val="22"/>
              </w:rPr>
            </w:pPr>
          </w:p>
        </w:tc>
        <w:tc>
          <w:tcPr>
            <w:tcW w:w="1632" w:type="dxa"/>
            <w:vAlign w:val="center"/>
          </w:tcPr>
          <w:p w:rsidR="0098480E" w:rsidRPr="00B17CC9" w:rsidRDefault="0098480E" w:rsidP="00B17CC9">
            <w:pPr>
              <w:jc w:val="both"/>
              <w:rPr>
                <w:sz w:val="22"/>
              </w:rPr>
            </w:pPr>
          </w:p>
        </w:tc>
      </w:tr>
    </w:tbl>
    <w:p w:rsidR="00127E6A" w:rsidRPr="00B17CC9" w:rsidRDefault="00127E6A" w:rsidP="00B17CC9">
      <w:pPr>
        <w:jc w:val="both"/>
        <w:rPr>
          <w:rFonts w:cs="Times New Roman"/>
          <w:sz w:val="22"/>
        </w:rPr>
      </w:pPr>
    </w:p>
    <w:p w:rsidR="00127E6A" w:rsidRPr="00B17CC9" w:rsidRDefault="00127E6A" w:rsidP="00B17CC9">
      <w:pPr>
        <w:jc w:val="both"/>
        <w:rPr>
          <w:rFonts w:cs="Times New Roman"/>
          <w:sz w:val="22"/>
        </w:rPr>
      </w:pPr>
      <w:proofErr w:type="spellStart"/>
      <w:proofErr w:type="gramStart"/>
      <w:r w:rsidRPr="00B17CC9">
        <w:rPr>
          <w:rFonts w:cs="Times New Roman"/>
          <w:color w:val="000000"/>
          <w:sz w:val="22"/>
        </w:rPr>
        <w:t>Semnat</w:t>
      </w:r>
      <w:proofErr w:type="spellEnd"/>
      <w:r w:rsidRPr="00B17CC9">
        <w:rPr>
          <w:rFonts w:cs="Times New Roman"/>
          <w:color w:val="000000"/>
          <w:sz w:val="22"/>
        </w:rPr>
        <w:t>:_</w:t>
      </w:r>
      <w:proofErr w:type="gramEnd"/>
      <w:r w:rsidRPr="00B17CC9">
        <w:rPr>
          <w:rFonts w:cs="Times New Roman"/>
          <w:color w:val="000000"/>
          <w:sz w:val="22"/>
        </w:rPr>
        <w:t xml:space="preserve">_______ </w:t>
      </w:r>
      <w:proofErr w:type="spellStart"/>
      <w:r w:rsidRPr="00B17CC9">
        <w:rPr>
          <w:rFonts w:cs="Times New Roman"/>
          <w:color w:val="000000"/>
          <w:sz w:val="22"/>
        </w:rPr>
        <w:t>Numele</w:t>
      </w:r>
      <w:proofErr w:type="spellEnd"/>
      <w:r w:rsidRPr="00B17CC9">
        <w:rPr>
          <w:rFonts w:cs="Times New Roman"/>
          <w:color w:val="000000"/>
          <w:sz w:val="22"/>
        </w:rPr>
        <w:t xml:space="preserve">, </w:t>
      </w:r>
      <w:proofErr w:type="spellStart"/>
      <w:r w:rsidRPr="00B17CC9">
        <w:rPr>
          <w:rFonts w:cs="Times New Roman"/>
          <w:color w:val="000000"/>
          <w:sz w:val="22"/>
        </w:rPr>
        <w:t>Prenumele</w:t>
      </w:r>
      <w:proofErr w:type="spellEnd"/>
      <w:r w:rsidRPr="00B17CC9">
        <w:rPr>
          <w:rFonts w:cs="Times New Roman"/>
          <w:color w:val="000000"/>
          <w:sz w:val="22"/>
        </w:rPr>
        <w:t xml:space="preserve">:____________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calitate</w:t>
      </w:r>
      <w:proofErr w:type="spellEnd"/>
      <w:r w:rsidRPr="00B17CC9">
        <w:rPr>
          <w:rFonts w:cs="Times New Roman"/>
          <w:color w:val="000000"/>
          <w:sz w:val="22"/>
        </w:rPr>
        <w:t xml:space="preserve"> de: ______________</w:t>
      </w:r>
    </w:p>
    <w:p w:rsidR="00127E6A" w:rsidRPr="00B17CC9" w:rsidRDefault="00127E6A" w:rsidP="00B17CC9">
      <w:pPr>
        <w:jc w:val="both"/>
        <w:rPr>
          <w:rFonts w:cs="Times New Roman"/>
          <w:sz w:val="22"/>
        </w:rPr>
      </w:pPr>
      <w:proofErr w:type="spellStart"/>
      <w:r w:rsidRPr="00B17CC9">
        <w:rPr>
          <w:rFonts w:cs="Times New Roman"/>
          <w:color w:val="000000"/>
          <w:sz w:val="22"/>
        </w:rPr>
        <w:t>Ofertantul</w:t>
      </w:r>
      <w:proofErr w:type="spellEnd"/>
      <w:r w:rsidRPr="00B17CC9">
        <w:rPr>
          <w:rFonts w:cs="Times New Roman"/>
          <w:color w:val="000000"/>
          <w:sz w:val="22"/>
        </w:rPr>
        <w:t xml:space="preserve">: ______________________ </w:t>
      </w:r>
      <w:proofErr w:type="spellStart"/>
      <w:r w:rsidRPr="00B17CC9">
        <w:rPr>
          <w:rFonts w:cs="Times New Roman"/>
          <w:color w:val="000000"/>
          <w:sz w:val="22"/>
        </w:rPr>
        <w:t>Adresa</w:t>
      </w:r>
      <w:proofErr w:type="spellEnd"/>
      <w:r w:rsidRPr="00B17CC9">
        <w:rPr>
          <w:rFonts w:cs="Times New Roman"/>
          <w:color w:val="000000"/>
          <w:sz w:val="22"/>
        </w:rPr>
        <w:t>: _____________________</w:t>
      </w:r>
    </w:p>
    <w:p w:rsidR="00127E6A" w:rsidRPr="00B17CC9" w:rsidRDefault="00127E6A" w:rsidP="00B17CC9">
      <w:pPr>
        <w:jc w:val="both"/>
        <w:rPr>
          <w:rFonts w:cs="Times New Roman"/>
          <w:sz w:val="22"/>
        </w:rPr>
      </w:pPr>
    </w:p>
    <w:p w:rsidR="00127E6A" w:rsidRPr="00B17CC9" w:rsidRDefault="00127E6A" w:rsidP="00B17CC9">
      <w:pPr>
        <w:jc w:val="both"/>
        <w:rPr>
          <w:rFonts w:cs="Times New Roman"/>
          <w:sz w:val="22"/>
        </w:rPr>
      </w:pPr>
    </w:p>
    <w:p w:rsidR="00127E6A" w:rsidRPr="00B17CC9" w:rsidRDefault="00127E6A" w:rsidP="00B17CC9">
      <w:pPr>
        <w:jc w:val="both"/>
        <w:rPr>
          <w:rFonts w:cs="Times New Roman"/>
          <w:bCs/>
          <w:sz w:val="22"/>
        </w:rPr>
      </w:pPr>
    </w:p>
    <w:p w:rsidR="00A20347" w:rsidRPr="00B17CC9" w:rsidRDefault="00A20347" w:rsidP="00B17CC9">
      <w:pPr>
        <w:jc w:val="both"/>
        <w:rPr>
          <w:rFonts w:cs="Times New Roman"/>
          <w:bCs/>
          <w:sz w:val="22"/>
        </w:rPr>
      </w:pPr>
    </w:p>
    <w:p w:rsidR="00924ED0" w:rsidRPr="00B17CC9" w:rsidRDefault="00924ED0"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4D7ED4" w:rsidRPr="00B17CC9" w:rsidRDefault="004D7ED4" w:rsidP="00B17CC9">
      <w:pPr>
        <w:jc w:val="both"/>
        <w:rPr>
          <w:rFonts w:cs="Times New Roman"/>
          <w:bCs/>
          <w:sz w:val="22"/>
        </w:rPr>
      </w:pPr>
    </w:p>
    <w:p w:rsidR="00B17CC9" w:rsidRPr="00B17CC9" w:rsidRDefault="00B17CC9" w:rsidP="00B17CC9">
      <w:pPr>
        <w:jc w:val="both"/>
        <w:rPr>
          <w:rFonts w:cs="Times New Roman"/>
          <w:bCs/>
          <w:color w:val="000000"/>
          <w:sz w:val="22"/>
        </w:rPr>
      </w:pPr>
    </w:p>
    <w:p w:rsidR="00B17CC9" w:rsidRPr="00B17CC9" w:rsidRDefault="00B17CC9" w:rsidP="00B17CC9">
      <w:pPr>
        <w:jc w:val="right"/>
        <w:rPr>
          <w:rFonts w:cs="Times New Roman"/>
          <w:bCs/>
          <w:color w:val="000000"/>
          <w:sz w:val="22"/>
        </w:rPr>
      </w:pPr>
    </w:p>
    <w:p w:rsidR="00127E6A" w:rsidRPr="00B17CC9" w:rsidRDefault="00127E6A" w:rsidP="00B17CC9">
      <w:pPr>
        <w:jc w:val="right"/>
        <w:rPr>
          <w:rFonts w:cs="Times New Roman"/>
          <w:bCs/>
          <w:sz w:val="22"/>
        </w:rPr>
      </w:pPr>
      <w:proofErr w:type="spellStart"/>
      <w:r w:rsidRPr="00B17CC9">
        <w:rPr>
          <w:rFonts w:cs="Times New Roman"/>
          <w:bCs/>
          <w:color w:val="000000"/>
          <w:sz w:val="22"/>
        </w:rPr>
        <w:t>Anexa</w:t>
      </w:r>
      <w:proofErr w:type="spellEnd"/>
      <w:r w:rsidRPr="00B17CC9">
        <w:rPr>
          <w:rFonts w:cs="Times New Roman"/>
          <w:bCs/>
          <w:color w:val="000000"/>
          <w:sz w:val="22"/>
        </w:rPr>
        <w:t xml:space="preserve"> nr. </w:t>
      </w:r>
      <w:r w:rsidR="003A0D7A" w:rsidRPr="00B17CC9">
        <w:rPr>
          <w:rFonts w:cs="Times New Roman"/>
          <w:bCs/>
          <w:color w:val="000000"/>
          <w:sz w:val="22"/>
        </w:rPr>
        <w:t>4</w:t>
      </w:r>
    </w:p>
    <w:p w:rsidR="00127E6A" w:rsidRPr="00B17CC9" w:rsidRDefault="00127E6A" w:rsidP="00B17CC9">
      <w:pPr>
        <w:jc w:val="both"/>
        <w:rPr>
          <w:rFonts w:cs="Times New Roman"/>
          <w:bCs/>
          <w:sz w:val="22"/>
        </w:rPr>
      </w:pPr>
      <w:r w:rsidRPr="00B17CC9">
        <w:rPr>
          <w:rFonts w:cs="Times New Roman"/>
          <w:bCs/>
          <w:color w:val="000000"/>
          <w:sz w:val="22"/>
        </w:rPr>
        <w:t xml:space="preserve">                                                                                                                              </w:t>
      </w:r>
      <w:proofErr w:type="spellStart"/>
      <w:r w:rsidRPr="00B17CC9">
        <w:rPr>
          <w:rFonts w:cs="Times New Roman"/>
          <w:bCs/>
          <w:color w:val="000000"/>
          <w:sz w:val="22"/>
        </w:rPr>
        <w:t>Specificații</w:t>
      </w:r>
      <w:proofErr w:type="spellEnd"/>
      <w:r w:rsidRPr="00B17CC9">
        <w:rPr>
          <w:rFonts w:cs="Times New Roman"/>
          <w:bCs/>
          <w:color w:val="000000"/>
          <w:sz w:val="22"/>
        </w:rPr>
        <w:t xml:space="preserve"> de preț</w:t>
      </w:r>
    </w:p>
    <w:p w:rsidR="00127E6A" w:rsidRPr="00B17CC9" w:rsidRDefault="00127E6A" w:rsidP="00B17CC9">
      <w:pPr>
        <w:jc w:val="both"/>
        <w:rPr>
          <w:rFonts w:cs="Times New Roman"/>
          <w:i/>
          <w:iCs/>
          <w:sz w:val="22"/>
        </w:rPr>
      </w:pPr>
    </w:p>
    <w:p w:rsidR="00127E6A" w:rsidRPr="00B17CC9" w:rsidRDefault="00127E6A" w:rsidP="00B17CC9">
      <w:pPr>
        <w:jc w:val="both"/>
        <w:rPr>
          <w:rFonts w:cs="Times New Roman"/>
          <w:i/>
          <w:iCs/>
          <w:sz w:val="22"/>
        </w:rPr>
      </w:pPr>
      <w:r w:rsidRPr="00B17CC9">
        <w:rPr>
          <w:rFonts w:cs="Times New Roman"/>
          <w:color w:val="000000"/>
          <w:sz w:val="22"/>
        </w:rPr>
        <w:t>[</w:t>
      </w:r>
      <w:proofErr w:type="spellStart"/>
      <w:r w:rsidRPr="00B17CC9">
        <w:rPr>
          <w:rFonts w:cs="Times New Roman"/>
          <w:color w:val="000000"/>
          <w:sz w:val="22"/>
        </w:rPr>
        <w:t>Acest</w:t>
      </w:r>
      <w:proofErr w:type="spellEnd"/>
      <w:r w:rsidRPr="00B17CC9">
        <w:rPr>
          <w:rFonts w:cs="Times New Roman"/>
          <w:color w:val="000000"/>
          <w:sz w:val="22"/>
        </w:rPr>
        <w:t xml:space="preserve"> </w:t>
      </w:r>
      <w:proofErr w:type="spellStart"/>
      <w:r w:rsidRPr="00B17CC9">
        <w:rPr>
          <w:rFonts w:cs="Times New Roman"/>
          <w:color w:val="000000"/>
          <w:sz w:val="22"/>
        </w:rPr>
        <w:t>tabel</w:t>
      </w:r>
      <w:proofErr w:type="spellEnd"/>
      <w:r w:rsidRPr="00B17CC9">
        <w:rPr>
          <w:rFonts w:cs="Times New Roman"/>
          <w:color w:val="000000"/>
          <w:sz w:val="22"/>
        </w:rPr>
        <w:t xml:space="preserve"> </w:t>
      </w:r>
      <w:proofErr w:type="spellStart"/>
      <w:r w:rsidRPr="00B17CC9">
        <w:rPr>
          <w:rFonts w:cs="Times New Roman"/>
          <w:color w:val="000000"/>
          <w:sz w:val="22"/>
        </w:rPr>
        <w:t>va</w:t>
      </w:r>
      <w:proofErr w:type="spellEnd"/>
      <w:r w:rsidRPr="00B17CC9">
        <w:rPr>
          <w:rFonts w:cs="Times New Roman"/>
          <w:color w:val="000000"/>
          <w:sz w:val="22"/>
        </w:rPr>
        <w:t xml:space="preserve"> fi </w:t>
      </w:r>
      <w:proofErr w:type="spellStart"/>
      <w:r w:rsidRPr="00B17CC9">
        <w:rPr>
          <w:rFonts w:cs="Times New Roman"/>
          <w:color w:val="000000"/>
          <w:sz w:val="22"/>
        </w:rPr>
        <w:t>completat</w:t>
      </w:r>
      <w:proofErr w:type="spellEnd"/>
      <w:r w:rsidRPr="00B17CC9">
        <w:rPr>
          <w:rFonts w:cs="Times New Roman"/>
          <w:color w:val="000000"/>
          <w:sz w:val="22"/>
        </w:rPr>
        <w:t xml:space="preserve"> de </w:t>
      </w:r>
      <w:proofErr w:type="spellStart"/>
      <w:r w:rsidRPr="00B17CC9">
        <w:rPr>
          <w:rFonts w:cs="Times New Roman"/>
          <w:color w:val="000000"/>
          <w:sz w:val="22"/>
        </w:rPr>
        <w:t>către</w:t>
      </w:r>
      <w:proofErr w:type="spellEnd"/>
      <w:r w:rsidRPr="00B17CC9">
        <w:rPr>
          <w:rFonts w:cs="Times New Roman"/>
          <w:color w:val="000000"/>
          <w:sz w:val="22"/>
        </w:rPr>
        <w:t xml:space="preserve"> </w:t>
      </w:r>
      <w:proofErr w:type="spellStart"/>
      <w:r w:rsidRPr="00B17CC9">
        <w:rPr>
          <w:rFonts w:cs="Times New Roman"/>
          <w:color w:val="000000"/>
          <w:sz w:val="22"/>
        </w:rPr>
        <w:t>ofertant</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coloanele</w:t>
      </w:r>
      <w:proofErr w:type="spellEnd"/>
      <w:r w:rsidRPr="00B17CC9">
        <w:rPr>
          <w:rFonts w:cs="Times New Roman"/>
          <w:color w:val="000000"/>
          <w:sz w:val="22"/>
        </w:rPr>
        <w:t xml:space="preserve"> 5, 6, 7, 8 </w:t>
      </w:r>
      <w:proofErr w:type="spellStart"/>
      <w:r w:rsidRPr="00B17CC9">
        <w:rPr>
          <w:rFonts w:cs="Times New Roman"/>
          <w:color w:val="000000"/>
          <w:sz w:val="22"/>
        </w:rPr>
        <w:t>și</w:t>
      </w:r>
      <w:proofErr w:type="spellEnd"/>
      <w:r w:rsidRPr="00B17CC9">
        <w:rPr>
          <w:rFonts w:cs="Times New Roman"/>
          <w:color w:val="000000"/>
          <w:sz w:val="22"/>
        </w:rPr>
        <w:t xml:space="preserve"> 11, la </w:t>
      </w:r>
      <w:proofErr w:type="spellStart"/>
      <w:r w:rsidRPr="00B17CC9">
        <w:rPr>
          <w:rFonts w:cs="Times New Roman"/>
          <w:color w:val="000000"/>
          <w:sz w:val="22"/>
        </w:rPr>
        <w:t>necesitate</w:t>
      </w:r>
      <w:proofErr w:type="spellEnd"/>
      <w:r w:rsidRPr="00B17CC9">
        <w:rPr>
          <w:rFonts w:cs="Times New Roman"/>
          <w:color w:val="000000"/>
          <w:sz w:val="22"/>
        </w:rPr>
        <w:t>,</w:t>
      </w:r>
    </w:p>
    <w:p w:rsidR="00127E6A" w:rsidRPr="00B17CC9" w:rsidRDefault="00127E6A" w:rsidP="00B17CC9">
      <w:pPr>
        <w:jc w:val="both"/>
        <w:rPr>
          <w:rFonts w:cs="Times New Roman"/>
          <w:sz w:val="22"/>
          <w:lang w:val="it-IT"/>
        </w:rPr>
      </w:pPr>
      <w:proofErr w:type="spellStart"/>
      <w:r w:rsidRPr="00B17CC9">
        <w:rPr>
          <w:rFonts w:cs="Times New Roman"/>
          <w:color w:val="000000"/>
          <w:sz w:val="22"/>
        </w:rPr>
        <w:t>iar</w:t>
      </w:r>
      <w:proofErr w:type="spellEnd"/>
      <w:r w:rsidRPr="00B17CC9">
        <w:rPr>
          <w:rFonts w:cs="Times New Roman"/>
          <w:color w:val="000000"/>
          <w:sz w:val="22"/>
        </w:rPr>
        <w:t xml:space="preserve"> de </w:t>
      </w:r>
      <w:proofErr w:type="spellStart"/>
      <w:r w:rsidRPr="00B17CC9">
        <w:rPr>
          <w:rFonts w:cs="Times New Roman"/>
          <w:color w:val="000000"/>
          <w:sz w:val="22"/>
        </w:rPr>
        <w:t>către</w:t>
      </w:r>
      <w:proofErr w:type="spellEnd"/>
      <w:r w:rsidRPr="00B17CC9">
        <w:rPr>
          <w:rFonts w:cs="Times New Roman"/>
          <w:color w:val="000000"/>
          <w:sz w:val="22"/>
        </w:rPr>
        <w:t xml:space="preserve"> </w:t>
      </w:r>
      <w:proofErr w:type="spellStart"/>
      <w:r w:rsidRPr="00B17CC9">
        <w:rPr>
          <w:rFonts w:cs="Times New Roman"/>
          <w:color w:val="000000"/>
          <w:sz w:val="22"/>
        </w:rPr>
        <w:t>autoritatea</w:t>
      </w:r>
      <w:proofErr w:type="spellEnd"/>
      <w:r w:rsidRPr="00B17CC9">
        <w:rPr>
          <w:rFonts w:cs="Times New Roman"/>
          <w:color w:val="000000"/>
          <w:sz w:val="22"/>
        </w:rPr>
        <w:t xml:space="preserve"> </w:t>
      </w:r>
      <w:proofErr w:type="spellStart"/>
      <w:r w:rsidRPr="00B17CC9">
        <w:rPr>
          <w:rFonts w:cs="Times New Roman"/>
          <w:color w:val="000000"/>
          <w:sz w:val="22"/>
        </w:rPr>
        <w:t>contractantă</w:t>
      </w:r>
      <w:proofErr w:type="spellEnd"/>
      <w:r w:rsidRPr="00B17CC9">
        <w:rPr>
          <w:rFonts w:cs="Times New Roman"/>
          <w:color w:val="000000"/>
          <w:sz w:val="22"/>
        </w:rPr>
        <w:t xml:space="preserve"> –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coloanele</w:t>
      </w:r>
      <w:proofErr w:type="spellEnd"/>
      <w:r w:rsidRPr="00B17CC9">
        <w:rPr>
          <w:rFonts w:cs="Times New Roman"/>
          <w:color w:val="000000"/>
          <w:sz w:val="22"/>
        </w:rPr>
        <w:t xml:space="preserve"> 1, 2, 3, 4, 9, 10.]</w:t>
      </w:r>
    </w:p>
    <w:tbl>
      <w:tblPr>
        <w:tblStyle w:val="Tabelgril1"/>
        <w:tblW w:w="0" w:type="auto"/>
        <w:jc w:val="center"/>
        <w:tblInd w:w="0" w:type="dxa"/>
        <w:tblLook w:val="04A0" w:firstRow="1" w:lastRow="0" w:firstColumn="1" w:lastColumn="0" w:noHBand="0" w:noVBand="1"/>
      </w:tblPr>
      <w:tblGrid>
        <w:gridCol w:w="941"/>
        <w:gridCol w:w="1562"/>
        <w:gridCol w:w="783"/>
        <w:gridCol w:w="893"/>
        <w:gridCol w:w="615"/>
        <w:gridCol w:w="615"/>
        <w:gridCol w:w="597"/>
        <w:gridCol w:w="597"/>
        <w:gridCol w:w="1228"/>
        <w:gridCol w:w="977"/>
        <w:gridCol w:w="820"/>
      </w:tblGrid>
      <w:tr w:rsidR="00127E6A" w:rsidRPr="00B17CC9" w:rsidTr="00127E6A">
        <w:trPr>
          <w:cantSplit/>
          <w:trHeight w:val="409"/>
          <w:tblHeader/>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127E6A" w:rsidRPr="00B17CC9" w:rsidRDefault="00127E6A" w:rsidP="00B17CC9">
            <w:pPr>
              <w:jc w:val="both"/>
              <w:rPr>
                <w:sz w:val="22"/>
              </w:rPr>
            </w:pPr>
            <w:proofErr w:type="spellStart"/>
            <w:r w:rsidRPr="00B17CC9">
              <w:rPr>
                <w:color w:val="000000"/>
                <w:sz w:val="22"/>
              </w:rPr>
              <w:t>Numărul</w:t>
            </w:r>
            <w:proofErr w:type="spellEnd"/>
            <w:r w:rsidRPr="00B17CC9">
              <w:rPr>
                <w:color w:val="000000"/>
                <w:sz w:val="22"/>
              </w:rPr>
              <w:t xml:space="preserve"> </w:t>
            </w:r>
            <w:proofErr w:type="spellStart"/>
            <w:r w:rsidRPr="00B17CC9">
              <w:rPr>
                <w:color w:val="000000"/>
                <w:sz w:val="22"/>
              </w:rPr>
              <w:t>procedurii</w:t>
            </w:r>
            <w:proofErr w:type="spellEnd"/>
            <w:r w:rsidRPr="00B17CC9">
              <w:rPr>
                <w:color w:val="000000"/>
                <w:sz w:val="22"/>
              </w:rPr>
              <w:t xml:space="preserve"> de </w:t>
            </w:r>
            <w:proofErr w:type="spellStart"/>
            <w:r w:rsidRPr="00B17CC9">
              <w:rPr>
                <w:color w:val="000000"/>
                <w:sz w:val="22"/>
              </w:rPr>
              <w:t>achiziție</w:t>
            </w:r>
            <w:proofErr w:type="spellEnd"/>
            <w:r w:rsidRPr="00B17CC9">
              <w:rPr>
                <w:color w:val="000000"/>
                <w:sz w:val="22"/>
              </w:rPr>
              <w:t xml:space="preserve"> __________________ din __________</w:t>
            </w:r>
          </w:p>
        </w:tc>
      </w:tr>
      <w:tr w:rsidR="00127E6A" w:rsidRPr="00B17CC9" w:rsidTr="00127E6A">
        <w:trPr>
          <w:cantSplit/>
          <w:trHeight w:val="346"/>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127E6A" w:rsidRPr="00B17CC9" w:rsidRDefault="00127E6A" w:rsidP="00B17CC9">
            <w:pPr>
              <w:jc w:val="both"/>
              <w:rPr>
                <w:sz w:val="22"/>
              </w:rPr>
            </w:pPr>
            <w:proofErr w:type="spellStart"/>
            <w:r w:rsidRPr="00B17CC9">
              <w:rPr>
                <w:color w:val="000000"/>
                <w:sz w:val="22"/>
              </w:rPr>
              <w:t>Obiectul</w:t>
            </w:r>
            <w:proofErr w:type="spellEnd"/>
            <w:r w:rsidRPr="00B17CC9">
              <w:rPr>
                <w:color w:val="000000"/>
                <w:sz w:val="22"/>
              </w:rPr>
              <w:t xml:space="preserve"> </w:t>
            </w:r>
            <w:proofErr w:type="spellStart"/>
            <w:r w:rsidRPr="00B17CC9">
              <w:rPr>
                <w:color w:val="000000"/>
                <w:sz w:val="22"/>
              </w:rPr>
              <w:t>achiziției</w:t>
            </w:r>
            <w:proofErr w:type="spellEnd"/>
            <w:r w:rsidRPr="00B17CC9">
              <w:rPr>
                <w:color w:val="000000"/>
                <w:sz w:val="22"/>
              </w:rPr>
              <w:t xml:space="preserve">: </w:t>
            </w:r>
            <w:proofErr w:type="spellStart"/>
            <w:r w:rsidRPr="00B17CC9">
              <w:rPr>
                <w:color w:val="000000"/>
                <w:sz w:val="22"/>
              </w:rPr>
              <w:t>Consumabile</w:t>
            </w:r>
            <w:proofErr w:type="spellEnd"/>
            <w:r w:rsidRPr="00B17CC9">
              <w:rPr>
                <w:color w:val="000000"/>
                <w:sz w:val="22"/>
              </w:rPr>
              <w:t xml:space="preserve"> de </w:t>
            </w:r>
            <w:proofErr w:type="spellStart"/>
            <w:r w:rsidRPr="00B17CC9">
              <w:rPr>
                <w:color w:val="000000"/>
                <w:sz w:val="22"/>
              </w:rPr>
              <w:t>laborator</w:t>
            </w:r>
            <w:proofErr w:type="spellEnd"/>
          </w:p>
        </w:tc>
      </w:tr>
      <w:tr w:rsidR="0098480E" w:rsidRPr="00B17CC9" w:rsidTr="007E7CF6">
        <w:trPr>
          <w:cantSplit/>
          <w:tblHeader/>
          <w:jc w:val="center"/>
        </w:trPr>
        <w:tc>
          <w:tcPr>
            <w:tcW w:w="884" w:type="dxa"/>
            <w:vAlign w:val="center"/>
          </w:tcPr>
          <w:p w:rsidR="0098480E" w:rsidRPr="00B17CC9" w:rsidRDefault="005F130F" w:rsidP="00B17CC9">
            <w:pPr>
              <w:jc w:val="both"/>
              <w:rPr>
                <w:sz w:val="22"/>
              </w:rPr>
            </w:pPr>
            <w:r w:rsidRPr="00B17CC9">
              <w:rPr>
                <w:color w:val="000000"/>
                <w:sz w:val="22"/>
              </w:rPr>
              <w:t>Cod CPV</w:t>
            </w:r>
          </w:p>
        </w:tc>
        <w:tc>
          <w:tcPr>
            <w:tcW w:w="1988" w:type="dxa"/>
            <w:vAlign w:val="center"/>
          </w:tcPr>
          <w:p w:rsidR="0098480E" w:rsidRPr="00B17CC9" w:rsidRDefault="005F130F" w:rsidP="00B17CC9">
            <w:pPr>
              <w:jc w:val="both"/>
              <w:rPr>
                <w:sz w:val="22"/>
              </w:rPr>
            </w:pPr>
            <w:proofErr w:type="spellStart"/>
            <w:r w:rsidRPr="00B17CC9">
              <w:rPr>
                <w:color w:val="000000"/>
                <w:sz w:val="22"/>
              </w:rPr>
              <w:t>Denumirea</w:t>
            </w:r>
            <w:proofErr w:type="spellEnd"/>
            <w:r w:rsidRPr="00B17CC9">
              <w:rPr>
                <w:color w:val="000000"/>
                <w:sz w:val="22"/>
              </w:rPr>
              <w:t xml:space="preserve"> </w:t>
            </w:r>
            <w:proofErr w:type="spellStart"/>
            <w:r w:rsidRPr="00B17CC9">
              <w:rPr>
                <w:color w:val="000000"/>
                <w:sz w:val="22"/>
              </w:rPr>
              <w:t>bunurilor</w:t>
            </w:r>
            <w:proofErr w:type="spellEnd"/>
            <w:r w:rsidRPr="00B17CC9">
              <w:rPr>
                <w:color w:val="000000"/>
                <w:sz w:val="22"/>
              </w:rPr>
              <w:t>/</w:t>
            </w:r>
            <w:proofErr w:type="spellStart"/>
            <w:r w:rsidRPr="00B17CC9">
              <w:rPr>
                <w:color w:val="000000"/>
                <w:sz w:val="22"/>
              </w:rPr>
              <w:t>serviciilor</w:t>
            </w:r>
            <w:proofErr w:type="spellEnd"/>
          </w:p>
        </w:tc>
        <w:tc>
          <w:tcPr>
            <w:tcW w:w="962" w:type="dxa"/>
            <w:vAlign w:val="center"/>
          </w:tcPr>
          <w:p w:rsidR="0098480E" w:rsidRPr="00B17CC9" w:rsidRDefault="005F130F" w:rsidP="00B17CC9">
            <w:pPr>
              <w:jc w:val="both"/>
              <w:rPr>
                <w:sz w:val="22"/>
              </w:rPr>
            </w:pPr>
            <w:proofErr w:type="spellStart"/>
            <w:r w:rsidRPr="00B17CC9">
              <w:rPr>
                <w:color w:val="000000"/>
                <w:sz w:val="22"/>
              </w:rPr>
              <w:t>Unitatea</w:t>
            </w:r>
            <w:proofErr w:type="spellEnd"/>
            <w:r w:rsidRPr="00B17CC9">
              <w:rPr>
                <w:color w:val="000000"/>
                <w:sz w:val="22"/>
              </w:rPr>
              <w:t xml:space="preserve"> de </w:t>
            </w:r>
            <w:proofErr w:type="spellStart"/>
            <w:r w:rsidRPr="00B17CC9">
              <w:rPr>
                <w:color w:val="000000"/>
                <w:sz w:val="22"/>
              </w:rPr>
              <w:t>măsură</w:t>
            </w:r>
            <w:proofErr w:type="spellEnd"/>
          </w:p>
        </w:tc>
        <w:tc>
          <w:tcPr>
            <w:tcW w:w="1108" w:type="dxa"/>
            <w:vAlign w:val="center"/>
          </w:tcPr>
          <w:p w:rsidR="0098480E" w:rsidRPr="00B17CC9" w:rsidRDefault="005F130F" w:rsidP="00B17CC9">
            <w:pPr>
              <w:jc w:val="both"/>
              <w:rPr>
                <w:sz w:val="22"/>
              </w:rPr>
            </w:pPr>
            <w:proofErr w:type="spellStart"/>
            <w:r w:rsidRPr="00B17CC9">
              <w:rPr>
                <w:color w:val="000000"/>
                <w:sz w:val="22"/>
              </w:rPr>
              <w:t>Cantitatea</w:t>
            </w:r>
            <w:proofErr w:type="spellEnd"/>
          </w:p>
        </w:tc>
        <w:tc>
          <w:tcPr>
            <w:tcW w:w="908" w:type="dxa"/>
            <w:vAlign w:val="center"/>
          </w:tcPr>
          <w:p w:rsidR="0098480E" w:rsidRPr="00B17CC9" w:rsidRDefault="005F130F" w:rsidP="00B17CC9">
            <w:pPr>
              <w:jc w:val="both"/>
              <w:rPr>
                <w:sz w:val="22"/>
              </w:rPr>
            </w:pPr>
            <w:proofErr w:type="spellStart"/>
            <w:r w:rsidRPr="00B17CC9">
              <w:rPr>
                <w:color w:val="000000"/>
                <w:sz w:val="22"/>
              </w:rPr>
              <w:t>Preț</w:t>
            </w:r>
            <w:proofErr w:type="spellEnd"/>
            <w:r w:rsidRPr="00B17CC9">
              <w:rPr>
                <w:color w:val="000000"/>
                <w:sz w:val="22"/>
              </w:rPr>
              <w:t xml:space="preserve"> </w:t>
            </w:r>
            <w:proofErr w:type="spellStart"/>
            <w:r w:rsidRPr="00B17CC9">
              <w:rPr>
                <w:color w:val="000000"/>
                <w:sz w:val="22"/>
              </w:rPr>
              <w:t>unitar</w:t>
            </w:r>
            <w:proofErr w:type="spellEnd"/>
            <w:r w:rsidRPr="00B17CC9">
              <w:rPr>
                <w:color w:val="000000"/>
                <w:sz w:val="22"/>
              </w:rPr>
              <w:t xml:space="preserve"> (</w:t>
            </w:r>
            <w:proofErr w:type="spellStart"/>
            <w:r w:rsidRPr="00B17CC9">
              <w:rPr>
                <w:color w:val="000000"/>
                <w:sz w:val="22"/>
              </w:rPr>
              <w:t>fără</w:t>
            </w:r>
            <w:proofErr w:type="spellEnd"/>
            <w:r w:rsidRPr="00B17CC9">
              <w:rPr>
                <w:color w:val="000000"/>
                <w:sz w:val="22"/>
              </w:rPr>
              <w:t xml:space="preserve"> TVA)</w:t>
            </w:r>
          </w:p>
        </w:tc>
        <w:tc>
          <w:tcPr>
            <w:tcW w:w="908" w:type="dxa"/>
            <w:vAlign w:val="center"/>
          </w:tcPr>
          <w:p w:rsidR="0098480E" w:rsidRPr="00B17CC9" w:rsidRDefault="005F130F" w:rsidP="00B17CC9">
            <w:pPr>
              <w:jc w:val="both"/>
              <w:rPr>
                <w:sz w:val="22"/>
              </w:rPr>
            </w:pPr>
            <w:proofErr w:type="spellStart"/>
            <w:r w:rsidRPr="00B17CC9">
              <w:rPr>
                <w:color w:val="000000"/>
                <w:sz w:val="22"/>
              </w:rPr>
              <w:t>Preț</w:t>
            </w:r>
            <w:proofErr w:type="spellEnd"/>
            <w:r w:rsidRPr="00B17CC9">
              <w:rPr>
                <w:color w:val="000000"/>
                <w:sz w:val="22"/>
              </w:rPr>
              <w:t xml:space="preserve"> </w:t>
            </w:r>
            <w:proofErr w:type="spellStart"/>
            <w:r w:rsidRPr="00B17CC9">
              <w:rPr>
                <w:color w:val="000000"/>
                <w:sz w:val="22"/>
              </w:rPr>
              <w:t>unitar</w:t>
            </w:r>
            <w:proofErr w:type="spellEnd"/>
            <w:r w:rsidRPr="00B17CC9">
              <w:rPr>
                <w:color w:val="000000"/>
                <w:sz w:val="22"/>
              </w:rPr>
              <w:t xml:space="preserve"> (cu TVA)</w:t>
            </w:r>
          </w:p>
        </w:tc>
        <w:tc>
          <w:tcPr>
            <w:tcW w:w="902" w:type="dxa"/>
            <w:vAlign w:val="center"/>
          </w:tcPr>
          <w:p w:rsidR="0098480E" w:rsidRPr="00B17CC9" w:rsidRDefault="005F130F" w:rsidP="00B17CC9">
            <w:pPr>
              <w:jc w:val="both"/>
              <w:rPr>
                <w:sz w:val="22"/>
              </w:rPr>
            </w:pPr>
            <w:r w:rsidRPr="00B17CC9">
              <w:rPr>
                <w:color w:val="000000"/>
                <w:sz w:val="22"/>
              </w:rPr>
              <w:t xml:space="preserve">Suma </w:t>
            </w:r>
            <w:proofErr w:type="spellStart"/>
            <w:r w:rsidRPr="00B17CC9">
              <w:rPr>
                <w:color w:val="000000"/>
                <w:sz w:val="22"/>
              </w:rPr>
              <w:t>fără</w:t>
            </w:r>
            <w:proofErr w:type="spellEnd"/>
            <w:r w:rsidRPr="00B17CC9">
              <w:rPr>
                <w:color w:val="000000"/>
                <w:sz w:val="22"/>
              </w:rPr>
              <w:t xml:space="preserve"> TVA</w:t>
            </w:r>
          </w:p>
        </w:tc>
        <w:tc>
          <w:tcPr>
            <w:tcW w:w="902" w:type="dxa"/>
            <w:vAlign w:val="center"/>
          </w:tcPr>
          <w:p w:rsidR="0098480E" w:rsidRPr="00B17CC9" w:rsidRDefault="005F130F" w:rsidP="00B17CC9">
            <w:pPr>
              <w:jc w:val="both"/>
              <w:rPr>
                <w:sz w:val="22"/>
              </w:rPr>
            </w:pPr>
            <w:r w:rsidRPr="00B17CC9">
              <w:rPr>
                <w:color w:val="000000"/>
                <w:sz w:val="22"/>
              </w:rPr>
              <w:t>Suma cu TVA</w:t>
            </w:r>
          </w:p>
        </w:tc>
        <w:tc>
          <w:tcPr>
            <w:tcW w:w="1548" w:type="dxa"/>
            <w:vAlign w:val="center"/>
          </w:tcPr>
          <w:p w:rsidR="0098480E" w:rsidRPr="00B17CC9" w:rsidRDefault="005F130F" w:rsidP="00B17CC9">
            <w:pPr>
              <w:jc w:val="both"/>
              <w:rPr>
                <w:sz w:val="22"/>
              </w:rPr>
            </w:pPr>
            <w:proofErr w:type="spellStart"/>
            <w:r w:rsidRPr="00B17CC9">
              <w:rPr>
                <w:color w:val="000000"/>
                <w:sz w:val="22"/>
              </w:rPr>
              <w:t>Termenul</w:t>
            </w:r>
            <w:proofErr w:type="spellEnd"/>
            <w:r w:rsidRPr="00B17CC9">
              <w:rPr>
                <w:color w:val="000000"/>
                <w:sz w:val="22"/>
              </w:rPr>
              <w:t xml:space="preserve"> de </w:t>
            </w:r>
            <w:proofErr w:type="spellStart"/>
            <w:r w:rsidRPr="00B17CC9">
              <w:rPr>
                <w:color w:val="000000"/>
                <w:sz w:val="22"/>
              </w:rPr>
              <w:t>livrare</w:t>
            </w:r>
            <w:proofErr w:type="spellEnd"/>
            <w:r w:rsidRPr="00B17CC9">
              <w:rPr>
                <w:color w:val="000000"/>
                <w:sz w:val="22"/>
              </w:rPr>
              <w:t>/</w:t>
            </w:r>
            <w:proofErr w:type="spellStart"/>
            <w:r w:rsidRPr="00B17CC9">
              <w:rPr>
                <w:color w:val="000000"/>
                <w:sz w:val="22"/>
              </w:rPr>
              <w:t>prestare</w:t>
            </w:r>
            <w:proofErr w:type="spellEnd"/>
          </w:p>
        </w:tc>
        <w:tc>
          <w:tcPr>
            <w:tcW w:w="1240" w:type="dxa"/>
            <w:vAlign w:val="center"/>
          </w:tcPr>
          <w:p w:rsidR="0098480E" w:rsidRPr="00B17CC9" w:rsidRDefault="005F130F" w:rsidP="00B17CC9">
            <w:pPr>
              <w:jc w:val="both"/>
              <w:rPr>
                <w:sz w:val="22"/>
              </w:rPr>
            </w:pPr>
            <w:proofErr w:type="spellStart"/>
            <w:r w:rsidRPr="00B17CC9">
              <w:rPr>
                <w:color w:val="000000"/>
                <w:sz w:val="22"/>
              </w:rPr>
              <w:t>Clasificație</w:t>
            </w:r>
            <w:proofErr w:type="spellEnd"/>
            <w:r w:rsidRPr="00B17CC9">
              <w:rPr>
                <w:color w:val="000000"/>
                <w:sz w:val="22"/>
              </w:rPr>
              <w:t xml:space="preserve"> </w:t>
            </w:r>
            <w:proofErr w:type="spellStart"/>
            <w:r w:rsidRPr="00B17CC9">
              <w:rPr>
                <w:color w:val="000000"/>
                <w:sz w:val="22"/>
              </w:rPr>
              <w:t>bugetară</w:t>
            </w:r>
            <w:proofErr w:type="spellEnd"/>
            <w:r w:rsidRPr="00B17CC9">
              <w:rPr>
                <w:color w:val="000000"/>
                <w:sz w:val="22"/>
              </w:rPr>
              <w:t xml:space="preserve"> (IBAN)</w:t>
            </w:r>
          </w:p>
        </w:tc>
        <w:tc>
          <w:tcPr>
            <w:tcW w:w="3671" w:type="dxa"/>
            <w:vAlign w:val="center"/>
          </w:tcPr>
          <w:p w:rsidR="0098480E" w:rsidRPr="00B17CC9" w:rsidRDefault="005F130F" w:rsidP="00B17CC9">
            <w:pPr>
              <w:jc w:val="both"/>
              <w:rPr>
                <w:sz w:val="22"/>
              </w:rPr>
            </w:pPr>
            <w:r w:rsidRPr="00B17CC9">
              <w:rPr>
                <w:color w:val="000000"/>
                <w:sz w:val="22"/>
              </w:rPr>
              <w:t>Discount %</w:t>
            </w: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proofErr w:type="spellStart"/>
            <w:r w:rsidRPr="00B17CC9">
              <w:rPr>
                <w:color w:val="000000"/>
                <w:sz w:val="22"/>
              </w:rPr>
              <w:t>Bunuri</w:t>
            </w:r>
            <w:proofErr w:type="spellEnd"/>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1</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Sistem de filtrare cu vid pe flacon – 500 mL</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60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Sistem de filtrare cu vid pe flacon – 1000 mL</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60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r w:rsidRPr="00B17CC9">
              <w:rPr>
                <w:color w:val="000000"/>
                <w:sz w:val="22"/>
              </w:rPr>
              <w:t>Total lot 1</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2</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 xml:space="preserve">Vârf transparent cu filtru pentru pipetă </w:t>
            </w:r>
            <w:proofErr w:type="spellStart"/>
            <w:r w:rsidRPr="00B17CC9">
              <w:rPr>
                <w:color w:val="000000"/>
                <w:sz w:val="22"/>
              </w:rPr>
              <w:t>automată</w:t>
            </w:r>
            <w:proofErr w:type="spellEnd"/>
            <w:r w:rsidRPr="00B17CC9">
              <w:rPr>
                <w:color w:val="000000"/>
                <w:sz w:val="22"/>
              </w:rPr>
              <w:t xml:space="preserve"> (</w:t>
            </w:r>
            <w:proofErr w:type="spellStart"/>
            <w:r w:rsidRPr="00B17CC9">
              <w:rPr>
                <w:color w:val="000000"/>
                <w:sz w:val="22"/>
              </w:rPr>
              <w:t>steril</w:t>
            </w:r>
            <w:proofErr w:type="spellEnd"/>
            <w:r w:rsidRPr="00B17CC9">
              <w:rPr>
                <w:color w:val="000000"/>
                <w:sz w:val="22"/>
              </w:rPr>
              <w:t>), 0,2–20 µL</w:t>
            </w:r>
          </w:p>
        </w:tc>
        <w:tc>
          <w:tcPr>
            <w:tcW w:w="962" w:type="dxa"/>
            <w:vAlign w:val="center"/>
          </w:tcPr>
          <w:p w:rsidR="0098480E" w:rsidRPr="00B17CC9" w:rsidRDefault="005F130F" w:rsidP="00B17CC9">
            <w:pPr>
              <w:jc w:val="both"/>
              <w:rPr>
                <w:sz w:val="22"/>
              </w:rPr>
            </w:pPr>
            <w:r w:rsidRPr="00B17CC9">
              <w:rPr>
                <w:color w:val="000000"/>
                <w:sz w:val="22"/>
              </w:rPr>
              <w:t>rack</w:t>
            </w:r>
          </w:p>
        </w:tc>
        <w:tc>
          <w:tcPr>
            <w:tcW w:w="1108" w:type="dxa"/>
            <w:vAlign w:val="center"/>
          </w:tcPr>
          <w:p w:rsidR="0098480E" w:rsidRPr="00B17CC9" w:rsidRDefault="005F130F" w:rsidP="00B17CC9">
            <w:pPr>
              <w:jc w:val="both"/>
              <w:rPr>
                <w:sz w:val="22"/>
              </w:rPr>
            </w:pPr>
            <w:r w:rsidRPr="00B17CC9">
              <w:rPr>
                <w:color w:val="000000"/>
                <w:sz w:val="22"/>
              </w:rPr>
              <w:t>250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r w:rsidRPr="00B17CC9">
              <w:rPr>
                <w:color w:val="000000"/>
                <w:sz w:val="22"/>
              </w:rPr>
              <w:t>Total lot 2</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3</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 xml:space="preserve">Tuburi criogenice sterile, </w:t>
            </w:r>
            <w:proofErr w:type="spellStart"/>
            <w:r w:rsidRPr="00B17CC9">
              <w:rPr>
                <w:color w:val="000000"/>
                <w:sz w:val="22"/>
              </w:rPr>
              <w:t>volum</w:t>
            </w:r>
            <w:proofErr w:type="spellEnd"/>
            <w:r w:rsidRPr="00B17CC9">
              <w:rPr>
                <w:color w:val="000000"/>
                <w:sz w:val="22"/>
              </w:rPr>
              <w:t xml:space="preserve"> 5,0 mL</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4000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r w:rsidRPr="00B17CC9">
              <w:rPr>
                <w:color w:val="000000"/>
                <w:sz w:val="22"/>
              </w:rPr>
              <w:t>Total lot 3</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proofErr w:type="spellStart"/>
            <w:r w:rsidRPr="00B17CC9">
              <w:rPr>
                <w:color w:val="000000"/>
                <w:sz w:val="22"/>
              </w:rPr>
              <w:t>Lotul</w:t>
            </w:r>
            <w:proofErr w:type="spellEnd"/>
            <w:r w:rsidRPr="00B17CC9">
              <w:rPr>
                <w:color w:val="000000"/>
                <w:sz w:val="22"/>
              </w:rPr>
              <w:t xml:space="preserve"> 4</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lastRenderedPageBreak/>
              <w:t>33140000-3</w:t>
            </w:r>
          </w:p>
        </w:tc>
        <w:tc>
          <w:tcPr>
            <w:tcW w:w="1988" w:type="dxa"/>
            <w:vAlign w:val="center"/>
          </w:tcPr>
          <w:p w:rsidR="0098480E" w:rsidRPr="00B17CC9" w:rsidRDefault="005F130F" w:rsidP="00B17CC9">
            <w:pPr>
              <w:jc w:val="both"/>
              <w:rPr>
                <w:sz w:val="22"/>
              </w:rPr>
            </w:pPr>
            <w:r w:rsidRPr="00B17CC9">
              <w:rPr>
                <w:color w:val="000000"/>
                <w:sz w:val="22"/>
              </w:rPr>
              <w:t xml:space="preserve">Mănuși din latex,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S</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4000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 xml:space="preserve">Mănuși din nitril,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S</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4000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r w:rsidRPr="00B17CC9">
              <w:rPr>
                <w:color w:val="000000"/>
                <w:sz w:val="22"/>
              </w:rPr>
              <w:t>33140000-3</w:t>
            </w:r>
          </w:p>
        </w:tc>
        <w:tc>
          <w:tcPr>
            <w:tcW w:w="1988" w:type="dxa"/>
            <w:vAlign w:val="center"/>
          </w:tcPr>
          <w:p w:rsidR="0098480E" w:rsidRPr="00B17CC9" w:rsidRDefault="005F130F" w:rsidP="00B17CC9">
            <w:pPr>
              <w:jc w:val="both"/>
              <w:rPr>
                <w:sz w:val="22"/>
              </w:rPr>
            </w:pPr>
            <w:r w:rsidRPr="00B17CC9">
              <w:rPr>
                <w:color w:val="000000"/>
                <w:sz w:val="22"/>
              </w:rPr>
              <w:t xml:space="preserve">Mănuși din latex, </w:t>
            </w:r>
            <w:proofErr w:type="spellStart"/>
            <w:r w:rsidRPr="00B17CC9">
              <w:rPr>
                <w:color w:val="000000"/>
                <w:sz w:val="22"/>
              </w:rPr>
              <w:t>fără</w:t>
            </w:r>
            <w:proofErr w:type="spellEnd"/>
            <w:r w:rsidRPr="00B17CC9">
              <w:rPr>
                <w:color w:val="000000"/>
                <w:sz w:val="22"/>
              </w:rPr>
              <w:t xml:space="preserve"> </w:t>
            </w:r>
            <w:proofErr w:type="spellStart"/>
            <w:r w:rsidRPr="00B17CC9">
              <w:rPr>
                <w:color w:val="000000"/>
                <w:sz w:val="22"/>
              </w:rPr>
              <w:t>pudră</w:t>
            </w:r>
            <w:proofErr w:type="spellEnd"/>
            <w:r w:rsidRPr="00B17CC9">
              <w:rPr>
                <w:color w:val="000000"/>
                <w:sz w:val="22"/>
              </w:rPr>
              <w:t xml:space="preserve">, </w:t>
            </w:r>
            <w:proofErr w:type="spellStart"/>
            <w:r w:rsidRPr="00B17CC9">
              <w:rPr>
                <w:color w:val="000000"/>
                <w:sz w:val="22"/>
              </w:rPr>
              <w:t>mărimea</w:t>
            </w:r>
            <w:proofErr w:type="spellEnd"/>
            <w:r w:rsidRPr="00B17CC9">
              <w:rPr>
                <w:color w:val="000000"/>
                <w:sz w:val="22"/>
              </w:rPr>
              <w:t xml:space="preserve"> M</w:t>
            </w:r>
          </w:p>
        </w:tc>
        <w:tc>
          <w:tcPr>
            <w:tcW w:w="962" w:type="dxa"/>
            <w:vAlign w:val="center"/>
          </w:tcPr>
          <w:p w:rsidR="0098480E" w:rsidRPr="00B17CC9" w:rsidRDefault="005F130F" w:rsidP="00B17CC9">
            <w:pPr>
              <w:jc w:val="both"/>
              <w:rPr>
                <w:sz w:val="22"/>
              </w:rPr>
            </w:pPr>
            <w:r w:rsidRPr="00B17CC9">
              <w:rPr>
                <w:color w:val="000000"/>
                <w:sz w:val="22"/>
              </w:rPr>
              <w:t>bucată</w:t>
            </w:r>
          </w:p>
        </w:tc>
        <w:tc>
          <w:tcPr>
            <w:tcW w:w="1108" w:type="dxa"/>
            <w:vAlign w:val="center"/>
          </w:tcPr>
          <w:p w:rsidR="0098480E" w:rsidRPr="00B17CC9" w:rsidRDefault="005F130F" w:rsidP="00B17CC9">
            <w:pPr>
              <w:jc w:val="both"/>
              <w:rPr>
                <w:sz w:val="22"/>
              </w:rPr>
            </w:pPr>
            <w:r w:rsidRPr="00B17CC9">
              <w:rPr>
                <w:color w:val="000000"/>
                <w:sz w:val="22"/>
              </w:rPr>
              <w:t>4000</w:t>
            </w: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5F130F" w:rsidP="00B17CC9">
            <w:pPr>
              <w:jc w:val="both"/>
              <w:rPr>
                <w:sz w:val="22"/>
              </w:rPr>
            </w:pPr>
            <w:r w:rsidRPr="00B17CC9">
              <w:rPr>
                <w:color w:val="000000"/>
                <w:sz w:val="22"/>
              </w:rPr>
              <w:t xml:space="preserve">30 de zile lucrătoare de la data </w:t>
            </w:r>
            <w:proofErr w:type="spellStart"/>
            <w:r w:rsidRPr="00B17CC9">
              <w:rPr>
                <w:color w:val="000000"/>
                <w:sz w:val="22"/>
              </w:rPr>
              <w:t>înregistrării</w:t>
            </w:r>
            <w:proofErr w:type="spellEnd"/>
            <w:r w:rsidRPr="00B17CC9">
              <w:rPr>
                <w:color w:val="000000"/>
                <w:sz w:val="22"/>
              </w:rPr>
              <w:t xml:space="preserve"> </w:t>
            </w:r>
            <w:proofErr w:type="spellStart"/>
            <w:r w:rsidRPr="00B17CC9">
              <w:rPr>
                <w:color w:val="000000"/>
                <w:sz w:val="22"/>
              </w:rPr>
              <w:t>contractului</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p>
        </w:tc>
        <w:tc>
          <w:tcPr>
            <w:tcW w:w="1240" w:type="dxa"/>
            <w:vAlign w:val="center"/>
          </w:tcPr>
          <w:p w:rsidR="0098480E" w:rsidRPr="00B17CC9" w:rsidRDefault="005F130F" w:rsidP="00B17CC9">
            <w:pPr>
              <w:jc w:val="both"/>
              <w:rPr>
                <w:sz w:val="22"/>
              </w:rPr>
            </w:pPr>
            <w:r w:rsidRPr="00B17CC9">
              <w:rPr>
                <w:color w:val="000000"/>
                <w:sz w:val="22"/>
              </w:rPr>
              <w:t>ECO 334110</w:t>
            </w: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r w:rsidRPr="00B17CC9">
              <w:rPr>
                <w:color w:val="000000"/>
                <w:sz w:val="22"/>
              </w:rPr>
              <w:t>Total lot 4</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r w:rsidR="0098480E" w:rsidRPr="00B17CC9" w:rsidTr="007E7CF6">
        <w:trPr>
          <w:cantSplit/>
          <w:jc w:val="center"/>
        </w:trPr>
        <w:tc>
          <w:tcPr>
            <w:tcW w:w="884" w:type="dxa"/>
            <w:vAlign w:val="center"/>
          </w:tcPr>
          <w:p w:rsidR="0098480E" w:rsidRPr="00B17CC9" w:rsidRDefault="0098480E" w:rsidP="00B17CC9">
            <w:pPr>
              <w:jc w:val="both"/>
              <w:rPr>
                <w:sz w:val="22"/>
              </w:rPr>
            </w:pPr>
          </w:p>
        </w:tc>
        <w:tc>
          <w:tcPr>
            <w:tcW w:w="1988" w:type="dxa"/>
            <w:vAlign w:val="center"/>
          </w:tcPr>
          <w:p w:rsidR="0098480E" w:rsidRPr="00B17CC9" w:rsidRDefault="005F130F" w:rsidP="00B17CC9">
            <w:pPr>
              <w:jc w:val="both"/>
              <w:rPr>
                <w:sz w:val="22"/>
              </w:rPr>
            </w:pPr>
            <w:r w:rsidRPr="00B17CC9">
              <w:rPr>
                <w:color w:val="000000"/>
                <w:sz w:val="22"/>
              </w:rPr>
              <w:t>TOTAL</w:t>
            </w:r>
          </w:p>
        </w:tc>
        <w:tc>
          <w:tcPr>
            <w:tcW w:w="962" w:type="dxa"/>
            <w:vAlign w:val="center"/>
          </w:tcPr>
          <w:p w:rsidR="0098480E" w:rsidRPr="00B17CC9" w:rsidRDefault="0098480E" w:rsidP="00B17CC9">
            <w:pPr>
              <w:jc w:val="both"/>
              <w:rPr>
                <w:sz w:val="22"/>
              </w:rPr>
            </w:pPr>
          </w:p>
        </w:tc>
        <w:tc>
          <w:tcPr>
            <w:tcW w:w="11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8"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902" w:type="dxa"/>
            <w:vAlign w:val="center"/>
          </w:tcPr>
          <w:p w:rsidR="0098480E" w:rsidRPr="00B17CC9" w:rsidRDefault="0098480E" w:rsidP="00B17CC9">
            <w:pPr>
              <w:jc w:val="both"/>
              <w:rPr>
                <w:sz w:val="22"/>
              </w:rPr>
            </w:pPr>
          </w:p>
        </w:tc>
        <w:tc>
          <w:tcPr>
            <w:tcW w:w="1548" w:type="dxa"/>
            <w:vAlign w:val="center"/>
          </w:tcPr>
          <w:p w:rsidR="0098480E" w:rsidRPr="00B17CC9" w:rsidRDefault="0098480E" w:rsidP="00B17CC9">
            <w:pPr>
              <w:jc w:val="both"/>
              <w:rPr>
                <w:sz w:val="22"/>
              </w:rPr>
            </w:pPr>
          </w:p>
        </w:tc>
        <w:tc>
          <w:tcPr>
            <w:tcW w:w="1240" w:type="dxa"/>
            <w:vAlign w:val="center"/>
          </w:tcPr>
          <w:p w:rsidR="0098480E" w:rsidRPr="00B17CC9" w:rsidRDefault="0098480E" w:rsidP="00B17CC9">
            <w:pPr>
              <w:jc w:val="both"/>
              <w:rPr>
                <w:sz w:val="22"/>
              </w:rPr>
            </w:pPr>
          </w:p>
        </w:tc>
        <w:tc>
          <w:tcPr>
            <w:tcW w:w="3671" w:type="dxa"/>
            <w:vAlign w:val="center"/>
          </w:tcPr>
          <w:p w:rsidR="0098480E" w:rsidRPr="00B17CC9" w:rsidRDefault="0098480E" w:rsidP="00B17CC9">
            <w:pPr>
              <w:jc w:val="both"/>
              <w:rPr>
                <w:sz w:val="22"/>
              </w:rPr>
            </w:pPr>
          </w:p>
        </w:tc>
      </w:tr>
    </w:tbl>
    <w:p w:rsidR="00127E6A" w:rsidRPr="00B17CC9" w:rsidRDefault="00127E6A" w:rsidP="00B17CC9">
      <w:pPr>
        <w:jc w:val="both"/>
        <w:rPr>
          <w:rFonts w:cs="Times New Roman"/>
          <w:sz w:val="22"/>
        </w:rPr>
      </w:pPr>
      <w:proofErr w:type="spellStart"/>
      <w:proofErr w:type="gramStart"/>
      <w:r w:rsidRPr="00B17CC9">
        <w:rPr>
          <w:rFonts w:cs="Times New Roman"/>
          <w:color w:val="000000"/>
          <w:sz w:val="22"/>
        </w:rPr>
        <w:t>Semnat</w:t>
      </w:r>
      <w:proofErr w:type="spellEnd"/>
      <w:r w:rsidRPr="00B17CC9">
        <w:rPr>
          <w:rFonts w:cs="Times New Roman"/>
          <w:color w:val="000000"/>
          <w:sz w:val="22"/>
        </w:rPr>
        <w:t>:_</w:t>
      </w:r>
      <w:proofErr w:type="gramEnd"/>
      <w:r w:rsidRPr="00B17CC9">
        <w:rPr>
          <w:rFonts w:cs="Times New Roman"/>
          <w:color w:val="000000"/>
          <w:sz w:val="22"/>
        </w:rPr>
        <w:t xml:space="preserve">_______ </w:t>
      </w:r>
      <w:proofErr w:type="spellStart"/>
      <w:r w:rsidRPr="00B17CC9">
        <w:rPr>
          <w:rFonts w:cs="Times New Roman"/>
          <w:color w:val="000000"/>
          <w:sz w:val="22"/>
        </w:rPr>
        <w:t>Numele</w:t>
      </w:r>
      <w:proofErr w:type="spellEnd"/>
      <w:r w:rsidRPr="00B17CC9">
        <w:rPr>
          <w:rFonts w:cs="Times New Roman"/>
          <w:color w:val="000000"/>
          <w:sz w:val="22"/>
        </w:rPr>
        <w:t xml:space="preserve">, </w:t>
      </w:r>
      <w:proofErr w:type="spellStart"/>
      <w:r w:rsidRPr="00B17CC9">
        <w:rPr>
          <w:rFonts w:cs="Times New Roman"/>
          <w:color w:val="000000"/>
          <w:sz w:val="22"/>
        </w:rPr>
        <w:t>Prenumele</w:t>
      </w:r>
      <w:proofErr w:type="spellEnd"/>
      <w:r w:rsidRPr="00B17CC9">
        <w:rPr>
          <w:rFonts w:cs="Times New Roman"/>
          <w:color w:val="000000"/>
          <w:sz w:val="22"/>
        </w:rPr>
        <w:t xml:space="preserve">:____________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calitate</w:t>
      </w:r>
      <w:proofErr w:type="spellEnd"/>
      <w:r w:rsidRPr="00B17CC9">
        <w:rPr>
          <w:rFonts w:cs="Times New Roman"/>
          <w:color w:val="000000"/>
          <w:sz w:val="22"/>
        </w:rPr>
        <w:t xml:space="preserve"> de: ______________</w:t>
      </w:r>
    </w:p>
    <w:p w:rsidR="00127E6A" w:rsidRPr="00B17CC9" w:rsidRDefault="00127E6A" w:rsidP="00B17CC9">
      <w:pPr>
        <w:jc w:val="both"/>
        <w:rPr>
          <w:rFonts w:cs="Times New Roman"/>
          <w:sz w:val="22"/>
        </w:rPr>
      </w:pPr>
      <w:proofErr w:type="spellStart"/>
      <w:r w:rsidRPr="00B17CC9">
        <w:rPr>
          <w:rFonts w:cs="Times New Roman"/>
          <w:color w:val="000000"/>
          <w:sz w:val="22"/>
        </w:rPr>
        <w:t>Ofertantul</w:t>
      </w:r>
      <w:proofErr w:type="spellEnd"/>
      <w:r w:rsidRPr="00B17CC9">
        <w:rPr>
          <w:rFonts w:cs="Times New Roman"/>
          <w:color w:val="000000"/>
          <w:sz w:val="22"/>
        </w:rPr>
        <w:t xml:space="preserve">: ______________________ </w:t>
      </w:r>
      <w:proofErr w:type="spellStart"/>
      <w:r w:rsidRPr="00B17CC9">
        <w:rPr>
          <w:rFonts w:cs="Times New Roman"/>
          <w:color w:val="000000"/>
          <w:sz w:val="22"/>
        </w:rPr>
        <w:t>Adresa</w:t>
      </w:r>
      <w:proofErr w:type="spellEnd"/>
      <w:r w:rsidRPr="00B17CC9">
        <w:rPr>
          <w:rFonts w:cs="Times New Roman"/>
          <w:color w:val="000000"/>
          <w:sz w:val="22"/>
        </w:rPr>
        <w:t>: __________________________</w:t>
      </w:r>
    </w:p>
    <w:p w:rsidR="00A20347" w:rsidRPr="00B17CC9" w:rsidRDefault="00A20347" w:rsidP="00B17CC9">
      <w:pPr>
        <w:jc w:val="both"/>
        <w:rPr>
          <w:rFonts w:cs="Times New Roman"/>
          <w:sz w:val="22"/>
        </w:rPr>
        <w:sectPr w:rsidR="00A20347" w:rsidRPr="00B17CC9" w:rsidSect="004D7ED4">
          <w:pgSz w:w="11906" w:h="16838"/>
          <w:pgMar w:top="850" w:right="1134" w:bottom="1701" w:left="1134" w:header="709" w:footer="709" w:gutter="0"/>
          <w:cols w:space="720"/>
          <w:docGrid w:linePitch="326"/>
        </w:sectPr>
      </w:pPr>
    </w:p>
    <w:p w:rsidR="00127E6A" w:rsidRPr="00B17CC9" w:rsidRDefault="00127E6A" w:rsidP="00B17CC9">
      <w:pPr>
        <w:jc w:val="both"/>
        <w:rPr>
          <w:rFonts w:cs="Times New Roman"/>
          <w:sz w:val="22"/>
        </w:rPr>
      </w:pPr>
    </w:p>
    <w:p w:rsidR="00127E6A" w:rsidRPr="00B17CC9" w:rsidRDefault="00127E6A" w:rsidP="00B17CC9">
      <w:pPr>
        <w:jc w:val="right"/>
        <w:rPr>
          <w:rFonts w:cs="Times New Roman"/>
          <w:sz w:val="22"/>
        </w:rPr>
      </w:pPr>
      <w:proofErr w:type="spellStart"/>
      <w:r w:rsidRPr="00B17CC9">
        <w:rPr>
          <w:rFonts w:cs="Times New Roman"/>
          <w:color w:val="000000"/>
          <w:sz w:val="22"/>
        </w:rPr>
        <w:t>Anexa</w:t>
      </w:r>
      <w:proofErr w:type="spellEnd"/>
      <w:r w:rsidRPr="00B17CC9">
        <w:rPr>
          <w:rFonts w:cs="Times New Roman"/>
          <w:color w:val="000000"/>
          <w:sz w:val="22"/>
        </w:rPr>
        <w:t xml:space="preserve"> nr. </w:t>
      </w:r>
      <w:r w:rsidR="003A0D7A" w:rsidRPr="00B17CC9">
        <w:rPr>
          <w:rFonts w:cs="Times New Roman"/>
          <w:color w:val="000000"/>
          <w:sz w:val="22"/>
        </w:rPr>
        <w:t>5</w:t>
      </w:r>
    </w:p>
    <w:tbl>
      <w:tblPr>
        <w:tblW w:w="0" w:type="auto"/>
        <w:jc w:val="center"/>
        <w:tblLook w:val="04A0" w:firstRow="1" w:lastRow="0" w:firstColumn="1" w:lastColumn="0" w:noHBand="0" w:noVBand="1"/>
      </w:tblPr>
      <w:tblGrid>
        <w:gridCol w:w="5126"/>
        <w:gridCol w:w="4563"/>
      </w:tblGrid>
      <w:tr w:rsidR="00127E6A" w:rsidRPr="00B17CC9" w:rsidTr="00127E6A">
        <w:trPr>
          <w:cantSplit/>
          <w:tblHeader/>
          <w:jc w:val="center"/>
        </w:trPr>
        <w:tc>
          <w:tcPr>
            <w:tcW w:w="0" w:type="auto"/>
            <w:gridSpan w:val="2"/>
            <w:tcMar>
              <w:top w:w="24" w:type="dxa"/>
              <w:left w:w="48" w:type="dxa"/>
              <w:bottom w:w="24" w:type="dxa"/>
              <w:right w:w="48" w:type="dxa"/>
            </w:tcMar>
            <w:vAlign w:val="center"/>
          </w:tcPr>
          <w:p w:rsidR="00127E6A" w:rsidRPr="00B17CC9" w:rsidRDefault="00127E6A" w:rsidP="00B17CC9">
            <w:pPr>
              <w:jc w:val="both"/>
              <w:rPr>
                <w:rFonts w:cs="Times New Roman"/>
                <w:sz w:val="22"/>
                <w:lang w:eastAsia="ro-RO"/>
              </w:rPr>
            </w:pPr>
            <w:r w:rsidRPr="00B17CC9">
              <w:rPr>
                <w:color w:val="000000"/>
                <w:sz w:val="22"/>
              </w:rPr>
              <w:br/>
              <w:t>DECLARAŢIE DE ELIGIBILITATE</w:t>
            </w:r>
            <w:r w:rsidRPr="00B17CC9">
              <w:rPr>
                <w:color w:val="000000"/>
                <w:sz w:val="22"/>
              </w:rPr>
              <w:br/>
              <w:t> </w:t>
            </w:r>
            <w:r w:rsidRPr="00B17CC9">
              <w:rPr>
                <w:color w:val="000000"/>
                <w:sz w:val="22"/>
              </w:rPr>
              <w:br/>
              <w:t>Către Agenția Națională pentru Sănătate Publică, mun. Chișinău, str. Gh. Asachi, 67 A</w:t>
            </w:r>
            <w:r w:rsidRPr="00B17CC9">
              <w:rPr>
                <w:color w:val="000000"/>
                <w:sz w:val="22"/>
              </w:rPr>
              <w:br/>
              <w:t>                                   (denumirea autorităţii/entităţii contractante şi adresa completă)</w:t>
            </w:r>
            <w:r w:rsidRPr="00B17CC9">
              <w:rPr>
                <w:color w:val="000000"/>
                <w:sz w:val="22"/>
              </w:rPr>
              <w:br/>
              <w:t> </w:t>
            </w:r>
            <w:r w:rsidRPr="00B17CC9">
              <w:rPr>
                <w:color w:val="000000"/>
                <w:sz w:val="22"/>
              </w:rPr>
              <w:br/>
              <w:t>Stimaţi domni,</w:t>
            </w:r>
            <w:r w:rsidRPr="00B17CC9">
              <w:rPr>
                <w:color w:val="000000"/>
                <w:sz w:val="22"/>
              </w:rPr>
              <w:br/>
              <w:t>Subsemnatul, reprezentant împuternicit al _____________________________________________,</w:t>
            </w:r>
            <w:r w:rsidRPr="00B17CC9">
              <w:rPr>
                <w:color w:val="000000"/>
                <w:sz w:val="22"/>
              </w:rPr>
              <w:br/>
              <w:t>                                                                                   (denumirea operatorului economic)</w:t>
            </w:r>
            <w:r w:rsidRPr="00B17CC9">
              <w:rPr>
                <w:color w:val="000000"/>
                <w:sz w:val="22"/>
              </w:rPr>
              <w:b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r w:rsidRPr="00B17CC9">
              <w:rPr>
                <w:color w:val="000000"/>
                <w:sz w:val="22"/>
              </w:rPr>
              <w:br/>
              <w:t>Mă oblig, la solicitarea autorităţii/entităţii contractante, în scopul verificării şi confirmării declaraţiei, să prezint orice document doveditor de care dispun.</w:t>
            </w:r>
          </w:p>
        </w:tc>
      </w:tr>
      <w:tr w:rsidR="00127E6A" w:rsidRPr="00B17CC9" w:rsidTr="00127E6A">
        <w:trPr>
          <w:cantSplit/>
          <w:trHeight w:val="56"/>
          <w:jc w:val="center"/>
        </w:trPr>
        <w:tc>
          <w:tcPr>
            <w:tcW w:w="0" w:type="auto"/>
            <w:tcMar>
              <w:top w:w="24" w:type="dxa"/>
              <w:left w:w="48" w:type="dxa"/>
              <w:bottom w:w="24" w:type="dxa"/>
              <w:right w:w="48" w:type="dxa"/>
            </w:tcMar>
            <w:vAlign w:val="center"/>
            <w:hideMark/>
          </w:tcPr>
          <w:p w:rsidR="00127E6A" w:rsidRPr="00B17CC9" w:rsidRDefault="00127E6A" w:rsidP="00B17CC9">
            <w:pPr>
              <w:jc w:val="both"/>
              <w:rPr>
                <w:rFonts w:cs="Times New Roman"/>
                <w:sz w:val="22"/>
                <w:lang w:eastAsia="ro-RO"/>
              </w:rPr>
            </w:pPr>
            <w:r w:rsidRPr="00B17CC9">
              <w:rPr>
                <w:rFonts w:cs="Times New Roman"/>
                <w:color w:val="000000"/>
                <w:sz w:val="22"/>
                <w:lang w:eastAsia="ro-RO"/>
              </w:rPr>
              <w:t xml:space="preserve">  </w:t>
            </w:r>
          </w:p>
          <w:p w:rsidR="00127E6A" w:rsidRPr="00B17CC9" w:rsidRDefault="00127E6A" w:rsidP="00B17CC9">
            <w:pPr>
              <w:jc w:val="both"/>
              <w:rPr>
                <w:rFonts w:cs="Times New Roman"/>
                <w:sz w:val="22"/>
                <w:lang w:eastAsia="ro-RO"/>
              </w:rPr>
            </w:pPr>
            <w:r w:rsidRPr="00B17CC9">
              <w:rPr>
                <w:rFonts w:cs="Times New Roman"/>
                <w:color w:val="000000"/>
                <w:sz w:val="22"/>
                <w:lang w:eastAsia="ro-RO"/>
              </w:rPr>
              <w:t xml:space="preserve">Data </w:t>
            </w:r>
            <w:proofErr w:type="spellStart"/>
            <w:r w:rsidRPr="00B17CC9">
              <w:rPr>
                <w:rFonts w:cs="Times New Roman"/>
                <w:color w:val="000000"/>
                <w:sz w:val="22"/>
                <w:lang w:eastAsia="ro-RO"/>
              </w:rPr>
              <w:t>completării</w:t>
            </w:r>
            <w:proofErr w:type="spellEnd"/>
            <w:r w:rsidRPr="00B17CC9">
              <w:rPr>
                <w:rFonts w:cs="Times New Roman"/>
                <w:color w:val="000000"/>
                <w:sz w:val="22"/>
                <w:lang w:eastAsia="ro-RO"/>
              </w:rPr>
              <w:t>_____________</w:t>
            </w:r>
          </w:p>
        </w:tc>
        <w:tc>
          <w:tcPr>
            <w:tcW w:w="0" w:type="auto"/>
            <w:tcMar>
              <w:top w:w="24" w:type="dxa"/>
              <w:left w:w="48" w:type="dxa"/>
              <w:bottom w:w="24" w:type="dxa"/>
              <w:right w:w="48" w:type="dxa"/>
            </w:tcMar>
            <w:vAlign w:val="center"/>
            <w:hideMark/>
          </w:tcPr>
          <w:p w:rsidR="00127E6A" w:rsidRPr="00B17CC9" w:rsidRDefault="00127E6A" w:rsidP="00B17CC9">
            <w:pPr>
              <w:jc w:val="both"/>
              <w:rPr>
                <w:rFonts w:cs="Times New Roman"/>
                <w:sz w:val="22"/>
                <w:lang w:eastAsia="ro-RO"/>
              </w:rPr>
            </w:pPr>
            <w:r w:rsidRPr="00B17CC9">
              <w:rPr>
                <w:rFonts w:cs="Times New Roman"/>
                <w:color w:val="000000"/>
                <w:sz w:val="22"/>
                <w:lang w:eastAsia="ro-RO"/>
              </w:rPr>
              <w:t> </w:t>
            </w:r>
          </w:p>
          <w:p w:rsidR="00127E6A" w:rsidRPr="00B17CC9" w:rsidRDefault="00127E6A" w:rsidP="00B17CC9">
            <w:pPr>
              <w:jc w:val="both"/>
              <w:rPr>
                <w:rFonts w:cs="Times New Roman"/>
                <w:sz w:val="22"/>
                <w:lang w:eastAsia="ro-RO"/>
              </w:rPr>
            </w:pPr>
            <w:proofErr w:type="spellStart"/>
            <w:r w:rsidRPr="00B17CC9">
              <w:rPr>
                <w:rFonts w:cs="Times New Roman"/>
                <w:color w:val="000000"/>
                <w:sz w:val="22"/>
                <w:lang w:eastAsia="ro-RO"/>
              </w:rPr>
              <w:t>Ofertant</w:t>
            </w:r>
            <w:proofErr w:type="spellEnd"/>
            <w:r w:rsidRPr="00B17CC9">
              <w:rPr>
                <w:rFonts w:cs="Times New Roman"/>
                <w:color w:val="000000"/>
                <w:sz w:val="22"/>
                <w:lang w:eastAsia="ro-RO"/>
              </w:rPr>
              <w:t>/</w:t>
            </w:r>
            <w:proofErr w:type="spellStart"/>
            <w:r w:rsidRPr="00B17CC9">
              <w:rPr>
                <w:rFonts w:cs="Times New Roman"/>
                <w:color w:val="000000"/>
                <w:sz w:val="22"/>
                <w:lang w:eastAsia="ro-RO"/>
              </w:rPr>
              <w:t>candidat</w:t>
            </w:r>
            <w:proofErr w:type="spellEnd"/>
          </w:p>
          <w:p w:rsidR="00127E6A" w:rsidRPr="00B17CC9" w:rsidRDefault="00127E6A" w:rsidP="00B17CC9">
            <w:pPr>
              <w:jc w:val="both"/>
              <w:rPr>
                <w:rFonts w:cs="Times New Roman"/>
                <w:sz w:val="22"/>
                <w:lang w:eastAsia="ro-RO"/>
              </w:rPr>
            </w:pPr>
            <w:r w:rsidRPr="00B17CC9">
              <w:rPr>
                <w:rFonts w:cs="Times New Roman"/>
                <w:color w:val="000000"/>
                <w:sz w:val="22"/>
                <w:lang w:eastAsia="ro-RO"/>
              </w:rPr>
              <w:t>___________________</w:t>
            </w:r>
          </w:p>
          <w:p w:rsidR="00127E6A" w:rsidRPr="00B17CC9" w:rsidRDefault="00127E6A" w:rsidP="00B17CC9">
            <w:pPr>
              <w:jc w:val="both"/>
              <w:rPr>
                <w:rFonts w:cs="Times New Roman"/>
                <w:sz w:val="22"/>
                <w:lang w:eastAsia="ro-RO"/>
              </w:rPr>
            </w:pPr>
            <w:r w:rsidRPr="00B17CC9">
              <w:rPr>
                <w:rFonts w:cs="Times New Roman"/>
                <w:color w:val="000000"/>
                <w:sz w:val="22"/>
                <w:lang w:eastAsia="ro-RO"/>
              </w:rPr>
              <w:t xml:space="preserve">           (</w:t>
            </w:r>
            <w:proofErr w:type="spellStart"/>
            <w:r w:rsidRPr="00B17CC9">
              <w:rPr>
                <w:rFonts w:cs="Times New Roman"/>
                <w:color w:val="000000"/>
                <w:sz w:val="22"/>
                <w:lang w:eastAsia="ro-RO"/>
              </w:rPr>
              <w:t>semnătura</w:t>
            </w:r>
            <w:proofErr w:type="spellEnd"/>
            <w:r w:rsidRPr="00B17CC9">
              <w:rPr>
                <w:rFonts w:cs="Times New Roman"/>
                <w:color w:val="000000"/>
                <w:sz w:val="22"/>
                <w:lang w:eastAsia="ro-RO"/>
              </w:rPr>
              <w:t xml:space="preserve"> </w:t>
            </w:r>
            <w:proofErr w:type="spellStart"/>
            <w:r w:rsidRPr="00B17CC9">
              <w:rPr>
                <w:rFonts w:cs="Times New Roman"/>
                <w:color w:val="000000"/>
                <w:sz w:val="22"/>
                <w:lang w:eastAsia="ro-RO"/>
              </w:rPr>
              <w:t>autorizată</w:t>
            </w:r>
            <w:proofErr w:type="spellEnd"/>
            <w:r w:rsidRPr="00B17CC9">
              <w:rPr>
                <w:rFonts w:cs="Times New Roman"/>
                <w:color w:val="000000"/>
                <w:sz w:val="22"/>
                <w:lang w:eastAsia="ro-RO"/>
              </w:rPr>
              <w:t>)</w:t>
            </w:r>
          </w:p>
        </w:tc>
      </w:tr>
    </w:tbl>
    <w:p w:rsidR="00127E6A" w:rsidRPr="00B17CC9" w:rsidRDefault="00127E6A" w:rsidP="00B17CC9">
      <w:pPr>
        <w:jc w:val="both"/>
        <w:rPr>
          <w:rFonts w:cs="Times New Roman"/>
          <w:sz w:val="22"/>
        </w:rPr>
      </w:pPr>
    </w:p>
    <w:p w:rsidR="00127E6A" w:rsidRPr="00B17CC9" w:rsidRDefault="00127E6A" w:rsidP="00B17CC9">
      <w:pPr>
        <w:jc w:val="both"/>
        <w:rPr>
          <w:rFonts w:cs="Times New Roman"/>
          <w:sz w:val="22"/>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924ED0" w:rsidRPr="00B17CC9" w:rsidRDefault="00924ED0"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both"/>
        <w:rPr>
          <w:rFonts w:cs="Times New Roman"/>
          <w:sz w:val="22"/>
          <w:lang w:val="it-IT"/>
        </w:rPr>
      </w:pPr>
    </w:p>
    <w:p w:rsidR="00AE720F" w:rsidRPr="00B17CC9" w:rsidRDefault="00AE720F" w:rsidP="00B17CC9">
      <w:pPr>
        <w:jc w:val="right"/>
        <w:rPr>
          <w:rFonts w:cs="Times New Roman"/>
          <w:sz w:val="22"/>
          <w:lang w:val="it-IT"/>
        </w:rPr>
      </w:pPr>
    </w:p>
    <w:p w:rsidR="00B8159E" w:rsidRPr="00B17CC9" w:rsidRDefault="00B8159E" w:rsidP="00B17CC9">
      <w:pPr>
        <w:jc w:val="right"/>
        <w:rPr>
          <w:rFonts w:cs="Times New Roman"/>
          <w:sz w:val="22"/>
          <w:lang w:val="it-IT"/>
        </w:rPr>
      </w:pPr>
      <w:r w:rsidRPr="00B17CC9">
        <w:rPr>
          <w:rFonts w:cs="Times New Roman"/>
          <w:color w:val="000000"/>
          <w:sz w:val="22"/>
          <w:lang w:val="it-IT"/>
        </w:rPr>
        <w:t xml:space="preserve">Anexa nr. </w:t>
      </w:r>
      <w:r w:rsidR="003A0D7A" w:rsidRPr="00B17CC9">
        <w:rPr>
          <w:rFonts w:cs="Times New Roman"/>
          <w:color w:val="000000"/>
          <w:sz w:val="22"/>
          <w:lang w:val="it-IT"/>
        </w:rPr>
        <w:t>6</w:t>
      </w:r>
    </w:p>
    <w:p w:rsidR="00B8159E" w:rsidRPr="00B17CC9" w:rsidRDefault="00B8159E" w:rsidP="00B17CC9">
      <w:pPr>
        <w:jc w:val="right"/>
        <w:rPr>
          <w:rFonts w:cs="Times New Roman"/>
          <w:sz w:val="22"/>
          <w:lang w:val="it-IT"/>
        </w:rPr>
      </w:pPr>
      <w:r w:rsidRPr="00B17CC9">
        <w:rPr>
          <w:rFonts w:cs="Times New Roman"/>
          <w:color w:val="000000"/>
          <w:sz w:val="22"/>
          <w:lang w:val="it-IT"/>
        </w:rPr>
        <w:t>la Documentația standard nr._____</w:t>
      </w:r>
    </w:p>
    <w:p w:rsidR="00B8159E" w:rsidRPr="00B17CC9" w:rsidRDefault="00B8159E" w:rsidP="00B17CC9">
      <w:pPr>
        <w:jc w:val="right"/>
        <w:rPr>
          <w:rFonts w:cs="Times New Roman"/>
          <w:sz w:val="22"/>
          <w:lang w:val="it-IT"/>
        </w:rPr>
      </w:pPr>
      <w:r w:rsidRPr="00B17CC9">
        <w:rPr>
          <w:rFonts w:cs="Times New Roman"/>
          <w:color w:val="000000"/>
          <w:sz w:val="22"/>
          <w:lang w:val="it-IT"/>
        </w:rPr>
        <w:t>din “____” ________ 20___</w:t>
      </w:r>
    </w:p>
    <w:p w:rsidR="00B8159E" w:rsidRPr="00B17CC9" w:rsidRDefault="00B8159E" w:rsidP="00B17CC9">
      <w:pPr>
        <w:pStyle w:val="Corptext"/>
        <w:tabs>
          <w:tab w:val="left" w:pos="567"/>
        </w:tabs>
        <w:spacing w:after="0"/>
        <w:jc w:val="both"/>
        <w:rPr>
          <w:rFonts w:cs="Times New Roman"/>
          <w:sz w:val="22"/>
        </w:rPr>
      </w:pPr>
    </w:p>
    <w:p w:rsidR="00B8159E" w:rsidRPr="00B17CC9" w:rsidRDefault="00B8159E" w:rsidP="00B17CC9">
      <w:pPr>
        <w:pStyle w:val="Titlu2"/>
        <w:tabs>
          <w:tab w:val="left" w:pos="567"/>
        </w:tabs>
        <w:spacing w:before="0"/>
        <w:jc w:val="both"/>
        <w:rPr>
          <w:rFonts w:ascii="Times New Roman" w:hAnsi="Times New Roman" w:cs="Times New Roman"/>
          <w:color w:val="auto"/>
          <w:sz w:val="22"/>
          <w:szCs w:val="22"/>
        </w:rPr>
      </w:pPr>
      <w:bookmarkStart w:id="0" w:name="_Hlk77771056"/>
      <w:r w:rsidRPr="00B17CC9">
        <w:rPr>
          <w:rFonts w:ascii="Times New Roman" w:eastAsia="Times New Roman" w:hAnsi="Times New Roman" w:cs="Times New Roman"/>
          <w:color w:val="000000"/>
          <w:sz w:val="22"/>
          <w:szCs w:val="22"/>
        </w:rPr>
        <w:t>DECLARAŢIE</w:t>
      </w:r>
    </w:p>
    <w:p w:rsidR="00B8159E" w:rsidRPr="00B17CC9" w:rsidRDefault="00B8159E" w:rsidP="00B17CC9">
      <w:pPr>
        <w:pStyle w:val="Corptext"/>
        <w:tabs>
          <w:tab w:val="left" w:pos="567"/>
        </w:tabs>
        <w:spacing w:after="0"/>
        <w:jc w:val="both"/>
        <w:rPr>
          <w:rFonts w:cs="Times New Roman"/>
          <w:b/>
          <w:sz w:val="22"/>
        </w:rPr>
      </w:pPr>
      <w:proofErr w:type="spellStart"/>
      <w:r w:rsidRPr="00B17CC9">
        <w:rPr>
          <w:rFonts w:cs="Times New Roman"/>
          <w:b/>
          <w:color w:val="000000"/>
          <w:sz w:val="22"/>
        </w:rPr>
        <w:t>privind</w:t>
      </w:r>
      <w:proofErr w:type="spellEnd"/>
      <w:r w:rsidRPr="00B17CC9">
        <w:rPr>
          <w:rFonts w:cs="Times New Roman"/>
          <w:b/>
          <w:color w:val="000000"/>
          <w:sz w:val="22"/>
        </w:rPr>
        <w:t xml:space="preserve"> </w:t>
      </w:r>
      <w:proofErr w:type="spellStart"/>
      <w:r w:rsidRPr="00B17CC9">
        <w:rPr>
          <w:rFonts w:cs="Times New Roman"/>
          <w:b/>
          <w:color w:val="000000"/>
          <w:sz w:val="22"/>
        </w:rPr>
        <w:t>valabilitatea</w:t>
      </w:r>
      <w:proofErr w:type="spellEnd"/>
      <w:r w:rsidRPr="00B17CC9">
        <w:rPr>
          <w:rFonts w:cs="Times New Roman"/>
          <w:b/>
          <w:color w:val="000000"/>
          <w:sz w:val="22"/>
        </w:rPr>
        <w:t xml:space="preserve"> </w:t>
      </w:r>
      <w:proofErr w:type="spellStart"/>
      <w:r w:rsidRPr="00B17CC9">
        <w:rPr>
          <w:rFonts w:cs="Times New Roman"/>
          <w:b/>
          <w:color w:val="000000"/>
          <w:sz w:val="22"/>
        </w:rPr>
        <w:t>ofertei</w:t>
      </w:r>
      <w:bookmarkEnd w:id="0"/>
      <w:proofErr w:type="spellEnd"/>
    </w:p>
    <w:p w:rsidR="00B8159E" w:rsidRPr="00B17CC9" w:rsidRDefault="00B8159E" w:rsidP="00B17CC9">
      <w:pPr>
        <w:pStyle w:val="Corptext"/>
        <w:tabs>
          <w:tab w:val="left" w:pos="-142"/>
        </w:tabs>
        <w:spacing w:after="0"/>
        <w:jc w:val="both"/>
        <w:rPr>
          <w:rFonts w:cs="Times New Roman"/>
          <w:sz w:val="22"/>
        </w:rPr>
      </w:pPr>
      <w:r w:rsidRPr="00B17CC9">
        <w:rPr>
          <w:rFonts w:cs="Times New Roman"/>
          <w:color w:val="000000"/>
          <w:sz w:val="22"/>
        </w:rPr>
        <w:t xml:space="preserve">Către Agenția Națională pentru Sănătate Publică, mun. Chișinău, str. Gh. </w:t>
      </w:r>
      <w:proofErr w:type="spellStart"/>
      <w:r w:rsidRPr="00B17CC9">
        <w:rPr>
          <w:rFonts w:cs="Times New Roman"/>
          <w:color w:val="000000"/>
          <w:sz w:val="22"/>
        </w:rPr>
        <w:t>Asachi</w:t>
      </w:r>
      <w:proofErr w:type="spellEnd"/>
      <w:r w:rsidRPr="00B17CC9">
        <w:rPr>
          <w:rFonts w:cs="Times New Roman"/>
          <w:color w:val="000000"/>
          <w:sz w:val="22"/>
        </w:rPr>
        <w:t>, 67 A</w:t>
      </w:r>
    </w:p>
    <w:p w:rsidR="00B8159E" w:rsidRPr="00B17CC9" w:rsidRDefault="00B8159E" w:rsidP="00B17CC9">
      <w:pPr>
        <w:pStyle w:val="Corptext"/>
        <w:tabs>
          <w:tab w:val="left" w:pos="567"/>
        </w:tabs>
        <w:spacing w:after="0"/>
        <w:jc w:val="both"/>
        <w:rPr>
          <w:rFonts w:cs="Times New Roman"/>
          <w:sz w:val="22"/>
        </w:rPr>
      </w:pPr>
    </w:p>
    <w:p w:rsidR="00B8159E" w:rsidRPr="00B17CC9" w:rsidRDefault="00B8159E" w:rsidP="00B17CC9">
      <w:pPr>
        <w:pStyle w:val="Corptext"/>
        <w:tabs>
          <w:tab w:val="left" w:pos="567"/>
        </w:tabs>
        <w:spacing w:after="0"/>
        <w:jc w:val="both"/>
        <w:rPr>
          <w:rFonts w:cs="Times New Roman"/>
          <w:sz w:val="22"/>
        </w:rPr>
      </w:pPr>
    </w:p>
    <w:p w:rsidR="00B8159E" w:rsidRPr="00B17CC9" w:rsidRDefault="00B8159E" w:rsidP="00B17CC9">
      <w:pPr>
        <w:pStyle w:val="Corptext"/>
        <w:tabs>
          <w:tab w:val="left" w:pos="567"/>
        </w:tabs>
        <w:spacing w:after="0"/>
        <w:jc w:val="both"/>
        <w:rPr>
          <w:rFonts w:cs="Times New Roman"/>
          <w:sz w:val="22"/>
        </w:rPr>
      </w:pPr>
      <w:proofErr w:type="spellStart"/>
      <w:r w:rsidRPr="00B17CC9">
        <w:rPr>
          <w:rFonts w:cs="Times New Roman"/>
          <w:b/>
          <w:color w:val="000000"/>
          <w:sz w:val="22"/>
        </w:rPr>
        <w:t>Stimaţi</w:t>
      </w:r>
      <w:proofErr w:type="spellEnd"/>
      <w:r w:rsidRPr="00B17CC9">
        <w:rPr>
          <w:rFonts w:cs="Times New Roman"/>
          <w:b/>
          <w:color w:val="000000"/>
          <w:sz w:val="22"/>
        </w:rPr>
        <w:t xml:space="preserve"> </w:t>
      </w:r>
      <w:proofErr w:type="spellStart"/>
      <w:r w:rsidRPr="00B17CC9">
        <w:rPr>
          <w:rFonts w:cs="Times New Roman"/>
          <w:b/>
          <w:color w:val="000000"/>
          <w:sz w:val="22"/>
        </w:rPr>
        <w:t>domni</w:t>
      </w:r>
      <w:proofErr w:type="spellEnd"/>
      <w:r w:rsidRPr="00B17CC9">
        <w:rPr>
          <w:rFonts w:cs="Times New Roman"/>
          <w:color w:val="000000"/>
          <w:sz w:val="22"/>
        </w:rPr>
        <w:t>,</w:t>
      </w:r>
    </w:p>
    <w:p w:rsidR="00B8159E" w:rsidRPr="00B17CC9" w:rsidRDefault="00B8159E" w:rsidP="00B17CC9">
      <w:pPr>
        <w:pStyle w:val="Corptext"/>
        <w:tabs>
          <w:tab w:val="left" w:pos="567"/>
        </w:tabs>
        <w:spacing w:after="0"/>
        <w:jc w:val="both"/>
        <w:rPr>
          <w:rFonts w:cs="Times New Roman"/>
          <w:sz w:val="22"/>
        </w:rPr>
      </w:pPr>
    </w:p>
    <w:p w:rsidR="00B8159E" w:rsidRPr="00B17CC9" w:rsidRDefault="00B8159E" w:rsidP="00B17CC9">
      <w:pPr>
        <w:shd w:val="clear" w:color="auto" w:fill="FFFFFF" w:themeFill="background1"/>
        <w:jc w:val="both"/>
        <w:rPr>
          <w:rFonts w:cs="Times New Roman"/>
          <w:b/>
          <w:sz w:val="22"/>
          <w:lang w:val="it-IT" w:eastAsia="ru-RU"/>
        </w:rPr>
      </w:pPr>
      <w:r w:rsidRPr="00B17CC9">
        <w:rPr>
          <w:rFonts w:cs="Times New Roman"/>
          <w:color w:val="000000"/>
          <w:sz w:val="22"/>
        </w:rPr>
        <w:t xml:space="preserve">Ne angajăm să menținem oferta valabilă, privind achiziționarea Consumabile de laborator, prin procedura de achiziție publică de valoare mică (CVM), cu solicitarea a minimum 3 oferte și </w:t>
      </w:r>
      <w:proofErr w:type="spellStart"/>
      <w:r w:rsidRPr="00B17CC9">
        <w:rPr>
          <w:rFonts w:cs="Times New Roman"/>
          <w:color w:val="000000"/>
          <w:sz w:val="22"/>
        </w:rPr>
        <w:t>publicare</w:t>
      </w:r>
      <w:proofErr w:type="spellEnd"/>
      <w:r w:rsidRPr="00B17CC9">
        <w:rPr>
          <w:rFonts w:cs="Times New Roman"/>
          <w:color w:val="000000"/>
          <w:sz w:val="22"/>
        </w:rPr>
        <w:t xml:space="preserve"> pe </w:t>
      </w:r>
      <w:proofErr w:type="spellStart"/>
      <w:r w:rsidRPr="00B17CC9">
        <w:rPr>
          <w:rFonts w:cs="Times New Roman"/>
          <w:color w:val="000000"/>
          <w:sz w:val="22"/>
        </w:rPr>
        <w:t>platforma</w:t>
      </w:r>
      <w:proofErr w:type="spellEnd"/>
      <w:r w:rsidRPr="00B17CC9">
        <w:rPr>
          <w:rFonts w:cs="Times New Roman"/>
          <w:color w:val="000000"/>
          <w:sz w:val="22"/>
        </w:rPr>
        <w:t xml:space="preserve"> achizitii.md.</w:t>
      </w:r>
    </w:p>
    <w:p w:rsidR="00B8159E" w:rsidRPr="00B17CC9" w:rsidRDefault="00B8159E" w:rsidP="00B17CC9">
      <w:pPr>
        <w:autoSpaceDN w:val="0"/>
        <w:adjustRightInd w:val="0"/>
        <w:jc w:val="both"/>
        <w:rPr>
          <w:rFonts w:eastAsia="Calibri" w:cs="Times New Roman"/>
          <w:sz w:val="22"/>
        </w:rPr>
      </w:pPr>
      <w:proofErr w:type="spellStart"/>
      <w:r w:rsidRPr="00B17CC9">
        <w:rPr>
          <w:rFonts w:cs="Times New Roman"/>
          <w:color w:val="000000"/>
          <w:sz w:val="22"/>
        </w:rPr>
        <w:t>pentru</w:t>
      </w:r>
      <w:proofErr w:type="spellEnd"/>
      <w:r w:rsidRPr="00B17CC9">
        <w:rPr>
          <w:rFonts w:cs="Times New Roman"/>
          <w:color w:val="000000"/>
          <w:sz w:val="22"/>
        </w:rPr>
        <w:t xml:space="preserve"> o </w:t>
      </w:r>
      <w:proofErr w:type="spellStart"/>
      <w:r w:rsidRPr="00B17CC9">
        <w:rPr>
          <w:rFonts w:cs="Times New Roman"/>
          <w:color w:val="000000"/>
          <w:sz w:val="22"/>
        </w:rPr>
        <w:t>durată</w:t>
      </w:r>
      <w:proofErr w:type="spellEnd"/>
      <w:r w:rsidRPr="00B17CC9">
        <w:rPr>
          <w:rFonts w:cs="Times New Roman"/>
          <w:color w:val="000000"/>
          <w:sz w:val="22"/>
        </w:rPr>
        <w:t xml:space="preserve"> de 30 (</w:t>
      </w:r>
      <w:proofErr w:type="spellStart"/>
      <w:r w:rsidRPr="00B17CC9">
        <w:rPr>
          <w:rFonts w:cs="Times New Roman"/>
          <w:color w:val="000000"/>
          <w:sz w:val="22"/>
        </w:rPr>
        <w:t>treizeci</w:t>
      </w:r>
      <w:proofErr w:type="spellEnd"/>
      <w:r w:rsidRPr="00B17CC9">
        <w:rPr>
          <w:rFonts w:cs="Times New Roman"/>
          <w:color w:val="000000"/>
          <w:sz w:val="22"/>
        </w:rPr>
        <w:t xml:space="preserve">) </w:t>
      </w:r>
      <w:proofErr w:type="spellStart"/>
      <w:r w:rsidRPr="00B17CC9">
        <w:rPr>
          <w:rFonts w:cs="Times New Roman"/>
          <w:color w:val="000000"/>
          <w:sz w:val="22"/>
        </w:rPr>
        <w:t>zile</w:t>
      </w:r>
      <w:proofErr w:type="spellEnd"/>
      <w:r w:rsidRPr="00B17CC9">
        <w:rPr>
          <w:rFonts w:cs="Times New Roman"/>
          <w:color w:val="000000"/>
          <w:sz w:val="22"/>
        </w:rPr>
        <w:t xml:space="preserve">, </w:t>
      </w:r>
      <w:proofErr w:type="spellStart"/>
      <w:r w:rsidRPr="00B17CC9">
        <w:rPr>
          <w:rFonts w:cs="Times New Roman"/>
          <w:color w:val="000000"/>
          <w:sz w:val="22"/>
        </w:rPr>
        <w:t>respectiv</w:t>
      </w:r>
      <w:proofErr w:type="spellEnd"/>
      <w:r w:rsidRPr="00B17CC9">
        <w:rPr>
          <w:rFonts w:cs="Times New Roman"/>
          <w:color w:val="000000"/>
          <w:sz w:val="22"/>
        </w:rPr>
        <w:t xml:space="preserve"> </w:t>
      </w:r>
      <w:proofErr w:type="spellStart"/>
      <w:r w:rsidRPr="00B17CC9">
        <w:rPr>
          <w:rFonts w:cs="Times New Roman"/>
          <w:color w:val="000000"/>
          <w:sz w:val="22"/>
        </w:rPr>
        <w:t>până</w:t>
      </w:r>
      <w:proofErr w:type="spellEnd"/>
      <w:r w:rsidRPr="00B17CC9">
        <w:rPr>
          <w:rFonts w:cs="Times New Roman"/>
          <w:color w:val="000000"/>
          <w:sz w:val="22"/>
        </w:rPr>
        <w:t xml:space="preserve"> la data de ___________________ (</w:t>
      </w:r>
      <w:proofErr w:type="spellStart"/>
      <w:r w:rsidRPr="00B17CC9">
        <w:rPr>
          <w:rFonts w:cs="Times New Roman"/>
          <w:color w:val="000000"/>
          <w:sz w:val="22"/>
        </w:rPr>
        <w:t>ziua</w:t>
      </w:r>
      <w:proofErr w:type="spellEnd"/>
      <w:r w:rsidRPr="00B17CC9">
        <w:rPr>
          <w:rFonts w:cs="Times New Roman"/>
          <w:color w:val="000000"/>
          <w:sz w:val="22"/>
        </w:rPr>
        <w:t>/</w:t>
      </w:r>
      <w:proofErr w:type="spellStart"/>
      <w:r w:rsidRPr="00B17CC9">
        <w:rPr>
          <w:rFonts w:cs="Times New Roman"/>
          <w:color w:val="000000"/>
          <w:sz w:val="22"/>
        </w:rPr>
        <w:t>luna</w:t>
      </w:r>
      <w:proofErr w:type="spellEnd"/>
      <w:r w:rsidRPr="00B17CC9">
        <w:rPr>
          <w:rFonts w:cs="Times New Roman"/>
          <w:color w:val="000000"/>
          <w:sz w:val="22"/>
        </w:rPr>
        <w:t>/</w:t>
      </w:r>
      <w:proofErr w:type="spellStart"/>
      <w:r w:rsidRPr="00B17CC9">
        <w:rPr>
          <w:rFonts w:cs="Times New Roman"/>
          <w:color w:val="000000"/>
          <w:sz w:val="22"/>
        </w:rPr>
        <w:t>anul</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ea</w:t>
      </w:r>
      <w:proofErr w:type="spellEnd"/>
      <w:r w:rsidRPr="00B17CC9">
        <w:rPr>
          <w:rFonts w:cs="Times New Roman"/>
          <w:color w:val="000000"/>
          <w:sz w:val="22"/>
        </w:rPr>
        <w:t xml:space="preserve"> </w:t>
      </w:r>
      <w:proofErr w:type="spellStart"/>
      <w:r w:rsidRPr="00B17CC9">
        <w:rPr>
          <w:rFonts w:cs="Times New Roman"/>
          <w:color w:val="000000"/>
          <w:sz w:val="22"/>
        </w:rPr>
        <w:t>va</w:t>
      </w:r>
      <w:proofErr w:type="spellEnd"/>
      <w:r w:rsidRPr="00B17CC9">
        <w:rPr>
          <w:rFonts w:cs="Times New Roman"/>
          <w:color w:val="000000"/>
          <w:sz w:val="22"/>
        </w:rPr>
        <w:t xml:space="preserve"> </w:t>
      </w:r>
      <w:proofErr w:type="spellStart"/>
      <w:r w:rsidRPr="00B17CC9">
        <w:rPr>
          <w:rFonts w:cs="Times New Roman"/>
          <w:color w:val="000000"/>
          <w:sz w:val="22"/>
        </w:rPr>
        <w:t>rămâne</w:t>
      </w:r>
      <w:proofErr w:type="spellEnd"/>
      <w:r w:rsidRPr="00B17CC9">
        <w:rPr>
          <w:rFonts w:cs="Times New Roman"/>
          <w:color w:val="000000"/>
          <w:sz w:val="22"/>
        </w:rPr>
        <w:t xml:space="preserve"> </w:t>
      </w:r>
      <w:proofErr w:type="spellStart"/>
      <w:r w:rsidRPr="00B17CC9">
        <w:rPr>
          <w:rFonts w:cs="Times New Roman"/>
          <w:color w:val="000000"/>
          <w:sz w:val="22"/>
        </w:rPr>
        <w:t>obligatorie</w:t>
      </w:r>
      <w:proofErr w:type="spellEnd"/>
      <w:r w:rsidRPr="00B17CC9">
        <w:rPr>
          <w:rFonts w:cs="Times New Roman"/>
          <w:color w:val="000000"/>
          <w:sz w:val="22"/>
        </w:rPr>
        <w:t xml:space="preserve"> </w:t>
      </w:r>
      <w:proofErr w:type="spellStart"/>
      <w:r w:rsidRPr="00B17CC9">
        <w:rPr>
          <w:rFonts w:cs="Times New Roman"/>
          <w:color w:val="000000"/>
          <w:sz w:val="22"/>
        </w:rPr>
        <w:t>pentru</w:t>
      </w:r>
      <w:proofErr w:type="spellEnd"/>
      <w:r w:rsidRPr="00B17CC9">
        <w:rPr>
          <w:rFonts w:cs="Times New Roman"/>
          <w:color w:val="000000"/>
          <w:sz w:val="22"/>
        </w:rPr>
        <w:t xml:space="preserve"> </w:t>
      </w:r>
      <w:proofErr w:type="spellStart"/>
      <w:r w:rsidRPr="00B17CC9">
        <w:rPr>
          <w:rFonts w:cs="Times New Roman"/>
          <w:color w:val="000000"/>
          <w:sz w:val="22"/>
        </w:rPr>
        <w:t>noi</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poate</w:t>
      </w:r>
      <w:proofErr w:type="spellEnd"/>
      <w:r w:rsidRPr="00B17CC9">
        <w:rPr>
          <w:rFonts w:cs="Times New Roman"/>
          <w:color w:val="000000"/>
          <w:sz w:val="22"/>
        </w:rPr>
        <w:t xml:space="preserve"> fi </w:t>
      </w:r>
      <w:proofErr w:type="spellStart"/>
      <w:r w:rsidRPr="00B17CC9">
        <w:rPr>
          <w:rFonts w:cs="Times New Roman"/>
          <w:color w:val="000000"/>
          <w:sz w:val="22"/>
        </w:rPr>
        <w:t>acceptată</w:t>
      </w:r>
      <w:proofErr w:type="spellEnd"/>
      <w:r w:rsidRPr="00B17CC9">
        <w:rPr>
          <w:rFonts w:cs="Times New Roman"/>
          <w:color w:val="000000"/>
          <w:sz w:val="22"/>
        </w:rPr>
        <w:t xml:space="preserve"> </w:t>
      </w:r>
      <w:proofErr w:type="spellStart"/>
      <w:r w:rsidRPr="00B17CC9">
        <w:rPr>
          <w:rFonts w:cs="Times New Roman"/>
          <w:color w:val="000000"/>
          <w:sz w:val="22"/>
        </w:rPr>
        <w:t>oricând</w:t>
      </w:r>
      <w:proofErr w:type="spellEnd"/>
      <w:r w:rsidRPr="00B17CC9">
        <w:rPr>
          <w:rFonts w:cs="Times New Roman"/>
          <w:color w:val="000000"/>
          <w:sz w:val="22"/>
        </w:rPr>
        <w:t xml:space="preserve"> </w:t>
      </w:r>
      <w:proofErr w:type="spellStart"/>
      <w:r w:rsidRPr="00B17CC9">
        <w:rPr>
          <w:rFonts w:cs="Times New Roman"/>
          <w:color w:val="000000"/>
          <w:sz w:val="22"/>
        </w:rPr>
        <w:t>înainte</w:t>
      </w:r>
      <w:proofErr w:type="spellEnd"/>
      <w:r w:rsidRPr="00B17CC9">
        <w:rPr>
          <w:rFonts w:cs="Times New Roman"/>
          <w:color w:val="000000"/>
          <w:sz w:val="22"/>
        </w:rPr>
        <w:t xml:space="preserve"> de </w:t>
      </w:r>
      <w:proofErr w:type="spellStart"/>
      <w:r w:rsidRPr="00B17CC9">
        <w:rPr>
          <w:rFonts w:cs="Times New Roman"/>
          <w:color w:val="000000"/>
          <w:sz w:val="22"/>
        </w:rPr>
        <w:t>expirarea</w:t>
      </w:r>
      <w:proofErr w:type="spellEnd"/>
      <w:r w:rsidRPr="00B17CC9">
        <w:rPr>
          <w:rFonts w:cs="Times New Roman"/>
          <w:color w:val="000000"/>
          <w:sz w:val="22"/>
        </w:rPr>
        <w:t xml:space="preserve"> </w:t>
      </w:r>
      <w:proofErr w:type="spellStart"/>
      <w:r w:rsidRPr="00B17CC9">
        <w:rPr>
          <w:rFonts w:cs="Times New Roman"/>
          <w:color w:val="000000"/>
          <w:sz w:val="22"/>
        </w:rPr>
        <w:t>perioadei</w:t>
      </w:r>
      <w:proofErr w:type="spellEnd"/>
      <w:r w:rsidRPr="00B17CC9">
        <w:rPr>
          <w:rFonts w:cs="Times New Roman"/>
          <w:color w:val="000000"/>
          <w:sz w:val="22"/>
        </w:rPr>
        <w:t xml:space="preserve"> de </w:t>
      </w:r>
      <w:proofErr w:type="spellStart"/>
      <w:r w:rsidRPr="00B17CC9">
        <w:rPr>
          <w:rFonts w:cs="Times New Roman"/>
          <w:color w:val="000000"/>
          <w:sz w:val="22"/>
        </w:rPr>
        <w:t>valabilitate</w:t>
      </w:r>
      <w:proofErr w:type="spellEnd"/>
      <w:r w:rsidRPr="00B17CC9">
        <w:rPr>
          <w:rFonts w:cs="Times New Roman"/>
          <w:color w:val="000000"/>
          <w:sz w:val="22"/>
        </w:rPr>
        <w:t>.</w:t>
      </w:r>
    </w:p>
    <w:p w:rsidR="00B8159E" w:rsidRPr="00B17CC9" w:rsidRDefault="00B8159E" w:rsidP="00B17CC9">
      <w:pPr>
        <w:pStyle w:val="Corptext"/>
        <w:tabs>
          <w:tab w:val="left" w:pos="567"/>
        </w:tabs>
        <w:spacing w:after="0"/>
        <w:jc w:val="both"/>
        <w:rPr>
          <w:rFonts w:cs="Times New Roman"/>
          <w:sz w:val="22"/>
        </w:rPr>
      </w:pPr>
      <w:r w:rsidRPr="00B17CC9">
        <w:rPr>
          <w:rFonts w:cs="Times New Roman"/>
          <w:color w:val="000000"/>
          <w:sz w:val="22"/>
        </w:rPr>
        <w:t xml:space="preserve">Data </w:t>
      </w:r>
      <w:proofErr w:type="spellStart"/>
      <w:r w:rsidRPr="00B17CC9">
        <w:rPr>
          <w:rFonts w:cs="Times New Roman"/>
          <w:color w:val="000000"/>
          <w:sz w:val="22"/>
        </w:rPr>
        <w:t>completării</w:t>
      </w:r>
      <w:proofErr w:type="spellEnd"/>
      <w:r w:rsidRPr="00B17CC9">
        <w:rPr>
          <w:rFonts w:cs="Times New Roman"/>
          <w:color w:val="000000"/>
          <w:sz w:val="22"/>
        </w:rPr>
        <w:t xml:space="preserve"> . . . . . . . . . </w:t>
      </w:r>
      <w:proofErr w:type="gramStart"/>
      <w:r w:rsidRPr="00B17CC9">
        <w:rPr>
          <w:rFonts w:cs="Times New Roman"/>
          <w:color w:val="000000"/>
          <w:sz w:val="22"/>
        </w:rPr>
        <w:t>. . . .</w:t>
      </w:r>
      <w:proofErr w:type="gramEnd"/>
      <w:r w:rsidRPr="00B17CC9">
        <w:rPr>
          <w:rFonts w:cs="Times New Roman"/>
          <w:color w:val="000000"/>
          <w:sz w:val="22"/>
        </w:rPr>
        <w:tab/>
        <w:t xml:space="preserve">Cu </w:t>
      </w:r>
      <w:proofErr w:type="spellStart"/>
      <w:r w:rsidRPr="00B17CC9">
        <w:rPr>
          <w:rFonts w:cs="Times New Roman"/>
          <w:color w:val="000000"/>
          <w:sz w:val="22"/>
        </w:rPr>
        <w:t>stimă</w:t>
      </w:r>
      <w:proofErr w:type="spellEnd"/>
      <w:r w:rsidRPr="00B17CC9">
        <w:rPr>
          <w:rFonts w:cs="Times New Roman"/>
          <w:color w:val="000000"/>
          <w:sz w:val="22"/>
        </w:rPr>
        <w:t>,</w:t>
      </w:r>
    </w:p>
    <w:p w:rsidR="00B8159E" w:rsidRPr="00B17CC9" w:rsidRDefault="00B8159E" w:rsidP="00B17CC9">
      <w:pPr>
        <w:pStyle w:val="Corptext"/>
        <w:tabs>
          <w:tab w:val="left" w:pos="567"/>
        </w:tabs>
        <w:spacing w:after="0"/>
        <w:jc w:val="both"/>
        <w:rPr>
          <w:rFonts w:cs="Times New Roman"/>
          <w:sz w:val="22"/>
        </w:rPr>
      </w:pPr>
      <w:proofErr w:type="spellStart"/>
      <w:r w:rsidRPr="00B17CC9">
        <w:rPr>
          <w:rFonts w:cs="Times New Roman"/>
          <w:color w:val="000000"/>
          <w:sz w:val="22"/>
        </w:rPr>
        <w:t>Ofertant</w:t>
      </w:r>
      <w:proofErr w:type="spellEnd"/>
      <w:r w:rsidRPr="00B17CC9">
        <w:rPr>
          <w:rFonts w:cs="Times New Roman"/>
          <w:color w:val="000000"/>
          <w:sz w:val="22"/>
        </w:rPr>
        <w:t>/</w:t>
      </w:r>
      <w:proofErr w:type="spellStart"/>
      <w:r w:rsidRPr="00B17CC9">
        <w:rPr>
          <w:rFonts w:cs="Times New Roman"/>
          <w:color w:val="000000"/>
          <w:sz w:val="22"/>
        </w:rPr>
        <w:t>candidat</w:t>
      </w:r>
      <w:proofErr w:type="spellEnd"/>
    </w:p>
    <w:p w:rsidR="00B8159E" w:rsidRPr="00B17CC9" w:rsidRDefault="00B8159E" w:rsidP="00B17CC9">
      <w:pPr>
        <w:pStyle w:val="Corptext"/>
        <w:tabs>
          <w:tab w:val="left" w:pos="567"/>
        </w:tabs>
        <w:spacing w:after="0"/>
        <w:jc w:val="both"/>
        <w:rPr>
          <w:rFonts w:cs="Times New Roman"/>
          <w:sz w:val="22"/>
        </w:rPr>
      </w:pPr>
      <w:r w:rsidRPr="00B17CC9">
        <w:rPr>
          <w:rFonts w:cs="Times New Roman"/>
          <w:color w:val="000000"/>
          <w:sz w:val="22"/>
        </w:rPr>
        <w:t xml:space="preserve"> (</w:t>
      </w:r>
      <w:proofErr w:type="spellStart"/>
      <w:r w:rsidRPr="00B17CC9">
        <w:rPr>
          <w:rFonts w:cs="Times New Roman"/>
          <w:color w:val="000000"/>
          <w:sz w:val="22"/>
        </w:rPr>
        <w:t>semnătura</w:t>
      </w:r>
      <w:proofErr w:type="spellEnd"/>
      <w:r w:rsidRPr="00B17CC9">
        <w:rPr>
          <w:rFonts w:cs="Times New Roman"/>
          <w:color w:val="000000"/>
          <w:sz w:val="22"/>
        </w:rPr>
        <w:t xml:space="preserve"> </w:t>
      </w:r>
      <w:proofErr w:type="spellStart"/>
      <w:r w:rsidRPr="00B17CC9">
        <w:rPr>
          <w:rFonts w:cs="Times New Roman"/>
          <w:color w:val="000000"/>
          <w:sz w:val="22"/>
        </w:rPr>
        <w:t>autorizată</w:t>
      </w:r>
      <w:proofErr w:type="spellEnd"/>
      <w:r w:rsidR="007E7CF6" w:rsidRPr="00B17CC9">
        <w:rPr>
          <w:rFonts w:cs="Times New Roman"/>
          <w:color w:val="000000"/>
          <w:sz w:val="22"/>
        </w:rPr>
        <w:t>)</w:t>
      </w:r>
    </w:p>
    <w:p w:rsidR="00FF20E1" w:rsidRPr="00B17CC9" w:rsidRDefault="00FF20E1" w:rsidP="00B17CC9">
      <w:pPr>
        <w:jc w:val="both"/>
        <w:rPr>
          <w:rFonts w:cs="Times New Roman"/>
          <w:bCs/>
          <w:sz w:val="22"/>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pPr>
    </w:p>
    <w:p w:rsidR="00924ED0" w:rsidRPr="00B17CC9" w:rsidRDefault="00924ED0" w:rsidP="00B17CC9">
      <w:pPr>
        <w:jc w:val="both"/>
        <w:rPr>
          <w:rFonts w:cs="Times New Roman"/>
          <w:sz w:val="22"/>
          <w:lang w:val="it-IT"/>
        </w:rPr>
        <w:sectPr w:rsidR="00924ED0" w:rsidRPr="00B17CC9" w:rsidSect="00924ED0">
          <w:pgSz w:w="12240" w:h="15840"/>
          <w:pgMar w:top="1134" w:right="850" w:bottom="1134" w:left="1701" w:header="720" w:footer="720" w:gutter="0"/>
          <w:cols w:space="720"/>
          <w:docGrid w:linePitch="360"/>
        </w:sectPr>
      </w:pPr>
    </w:p>
    <w:p w:rsidR="00924ED0" w:rsidRPr="00B17CC9" w:rsidRDefault="00924ED0" w:rsidP="00B17CC9">
      <w:pPr>
        <w:jc w:val="both"/>
        <w:rPr>
          <w:rFonts w:cs="Times New Roman"/>
          <w:sz w:val="22"/>
          <w:lang w:val="it-IT"/>
        </w:rPr>
      </w:pPr>
    </w:p>
    <w:p w:rsidR="00FF20E1" w:rsidRPr="00B17CC9" w:rsidRDefault="00FF20E1" w:rsidP="00B17CC9">
      <w:pPr>
        <w:jc w:val="right"/>
        <w:rPr>
          <w:rFonts w:cs="Times New Roman"/>
          <w:sz w:val="22"/>
          <w:lang w:val="it-IT"/>
        </w:rPr>
      </w:pPr>
      <w:r w:rsidRPr="00B17CC9">
        <w:rPr>
          <w:rFonts w:cs="Times New Roman"/>
          <w:color w:val="000000"/>
          <w:sz w:val="22"/>
          <w:lang w:val="it-IT"/>
        </w:rPr>
        <w:t>Anexa nr.</w:t>
      </w:r>
      <w:r w:rsidR="003A0D7A" w:rsidRPr="00B17CC9">
        <w:rPr>
          <w:rFonts w:cs="Times New Roman"/>
          <w:color w:val="000000"/>
          <w:sz w:val="22"/>
          <w:lang w:val="it-IT"/>
        </w:rPr>
        <w:t>7</w:t>
      </w:r>
    </w:p>
    <w:p w:rsidR="00FF20E1" w:rsidRPr="00B17CC9" w:rsidRDefault="00FF20E1" w:rsidP="00B17CC9">
      <w:pPr>
        <w:tabs>
          <w:tab w:val="left" w:pos="567"/>
        </w:tabs>
        <w:jc w:val="right"/>
        <w:rPr>
          <w:rFonts w:eastAsia="PMingLiU" w:cs="Times New Roman"/>
          <w:b/>
          <w:sz w:val="22"/>
          <w:lang w:eastAsia="zh-CN"/>
        </w:rPr>
      </w:pPr>
      <w:bookmarkStart w:id="1" w:name="_Hlk77771164"/>
      <w:r w:rsidRPr="00B17CC9">
        <w:rPr>
          <w:rFonts w:cs="Times New Roman"/>
          <w:b/>
          <w:color w:val="000000"/>
          <w:sz w:val="22"/>
          <w:lang w:eastAsia="zh-CN"/>
        </w:rPr>
        <w:t xml:space="preserve">DECLARAȚIE </w:t>
      </w:r>
    </w:p>
    <w:p w:rsidR="00FF20E1" w:rsidRPr="00B17CC9" w:rsidRDefault="00FF20E1" w:rsidP="00B17CC9">
      <w:pPr>
        <w:tabs>
          <w:tab w:val="left" w:pos="567"/>
        </w:tabs>
        <w:jc w:val="right"/>
        <w:rPr>
          <w:rFonts w:cs="Times New Roman"/>
          <w:b/>
          <w:sz w:val="22"/>
        </w:rPr>
      </w:pPr>
      <w:proofErr w:type="spellStart"/>
      <w:r w:rsidRPr="00B17CC9">
        <w:rPr>
          <w:rFonts w:cs="Times New Roman"/>
          <w:b/>
          <w:color w:val="000000"/>
          <w:sz w:val="22"/>
          <w:lang w:eastAsia="zh-CN"/>
        </w:rPr>
        <w:t>privind</w:t>
      </w:r>
      <w:proofErr w:type="spellEnd"/>
      <w:r w:rsidRPr="00B17CC9">
        <w:rPr>
          <w:rFonts w:cs="Times New Roman"/>
          <w:b/>
          <w:color w:val="000000"/>
          <w:sz w:val="22"/>
          <w:lang w:eastAsia="zh-CN"/>
        </w:rPr>
        <w:t xml:space="preserve"> </w:t>
      </w:r>
      <w:proofErr w:type="spellStart"/>
      <w:r w:rsidRPr="00B17CC9">
        <w:rPr>
          <w:rFonts w:cs="Times New Roman"/>
          <w:b/>
          <w:color w:val="000000"/>
          <w:sz w:val="22"/>
        </w:rPr>
        <w:t>lista</w:t>
      </w:r>
      <w:proofErr w:type="spellEnd"/>
      <w:r w:rsidRPr="00B17CC9">
        <w:rPr>
          <w:rFonts w:cs="Times New Roman"/>
          <w:b/>
          <w:color w:val="000000"/>
          <w:sz w:val="22"/>
        </w:rPr>
        <w:t xml:space="preserve"> </w:t>
      </w:r>
      <w:proofErr w:type="spellStart"/>
      <w:r w:rsidRPr="00B17CC9">
        <w:rPr>
          <w:rFonts w:cs="Times New Roman"/>
          <w:b/>
          <w:color w:val="000000"/>
          <w:sz w:val="22"/>
        </w:rPr>
        <w:t>principalelor</w:t>
      </w:r>
      <w:proofErr w:type="spellEnd"/>
      <w:r w:rsidRPr="00B17CC9">
        <w:rPr>
          <w:rFonts w:cs="Times New Roman"/>
          <w:b/>
          <w:color w:val="000000"/>
          <w:sz w:val="22"/>
        </w:rPr>
        <w:t xml:space="preserve"> </w:t>
      </w:r>
      <w:proofErr w:type="spellStart"/>
      <w:r w:rsidRPr="00B17CC9">
        <w:rPr>
          <w:rFonts w:cs="Times New Roman"/>
          <w:b/>
          <w:color w:val="000000"/>
          <w:sz w:val="22"/>
        </w:rPr>
        <w:t>livrari</w:t>
      </w:r>
      <w:proofErr w:type="spellEnd"/>
      <w:r w:rsidRPr="00B17CC9">
        <w:rPr>
          <w:rFonts w:cs="Times New Roman"/>
          <w:b/>
          <w:color w:val="000000"/>
          <w:sz w:val="22"/>
        </w:rPr>
        <w:t>/</w:t>
      </w:r>
      <w:proofErr w:type="spellStart"/>
      <w:r w:rsidRPr="00B17CC9">
        <w:rPr>
          <w:rFonts w:cs="Times New Roman"/>
          <w:b/>
          <w:color w:val="000000"/>
          <w:sz w:val="22"/>
        </w:rPr>
        <w:t>prestări</w:t>
      </w:r>
      <w:proofErr w:type="spellEnd"/>
      <w:r w:rsidRPr="00B17CC9">
        <w:rPr>
          <w:rFonts w:cs="Times New Roman"/>
          <w:b/>
          <w:color w:val="000000"/>
          <w:sz w:val="22"/>
        </w:rPr>
        <w:t xml:space="preserve"> </w:t>
      </w:r>
      <w:proofErr w:type="spellStart"/>
      <w:r w:rsidRPr="00B17CC9">
        <w:rPr>
          <w:rFonts w:cs="Times New Roman"/>
          <w:b/>
          <w:color w:val="000000"/>
          <w:sz w:val="22"/>
        </w:rPr>
        <w:t>efectuate</w:t>
      </w:r>
      <w:proofErr w:type="spellEnd"/>
      <w:r w:rsidRPr="00B17CC9">
        <w:rPr>
          <w:rFonts w:cs="Times New Roman"/>
          <w:b/>
          <w:color w:val="000000"/>
          <w:sz w:val="22"/>
        </w:rPr>
        <w:t xml:space="preserve"> </w:t>
      </w:r>
      <w:proofErr w:type="spellStart"/>
      <w:r w:rsidRPr="00B17CC9">
        <w:rPr>
          <w:rFonts w:cs="Times New Roman"/>
          <w:b/>
          <w:color w:val="000000"/>
          <w:sz w:val="22"/>
        </w:rPr>
        <w:t>în</w:t>
      </w:r>
      <w:proofErr w:type="spellEnd"/>
      <w:r w:rsidRPr="00B17CC9">
        <w:rPr>
          <w:rFonts w:cs="Times New Roman"/>
          <w:b/>
          <w:color w:val="000000"/>
          <w:sz w:val="22"/>
        </w:rPr>
        <w:t xml:space="preserve"> </w:t>
      </w:r>
      <w:proofErr w:type="spellStart"/>
      <w:r w:rsidRPr="00B17CC9">
        <w:rPr>
          <w:rFonts w:cs="Times New Roman"/>
          <w:b/>
          <w:color w:val="000000"/>
          <w:sz w:val="22"/>
        </w:rPr>
        <w:t>ultimii</w:t>
      </w:r>
      <w:proofErr w:type="spellEnd"/>
      <w:r w:rsidRPr="00B17CC9">
        <w:rPr>
          <w:rFonts w:cs="Times New Roman"/>
          <w:b/>
          <w:color w:val="000000"/>
          <w:sz w:val="22"/>
        </w:rPr>
        <w:t xml:space="preserve"> 3 ani</w:t>
      </w:r>
      <w:r w:rsidRPr="00B17CC9" w:rsidDel="004137E9">
        <w:rPr>
          <w:rFonts w:cs="Times New Roman"/>
          <w:b/>
          <w:color w:val="000000"/>
          <w:sz w:val="22"/>
        </w:rPr>
        <w:t xml:space="preserve"> </w:t>
      </w:r>
      <w:r w:rsidRPr="00B17CC9">
        <w:rPr>
          <w:rFonts w:cs="Times New Roman"/>
          <w:b/>
          <w:color w:val="000000"/>
          <w:sz w:val="22"/>
        </w:rPr>
        <w:t xml:space="preserve">de </w:t>
      </w:r>
      <w:proofErr w:type="spellStart"/>
      <w:r w:rsidRPr="00B17CC9">
        <w:rPr>
          <w:rFonts w:cs="Times New Roman"/>
          <w:b/>
          <w:color w:val="000000"/>
          <w:sz w:val="22"/>
        </w:rPr>
        <w:t>activitate</w:t>
      </w:r>
      <w:proofErr w:type="spellEnd"/>
    </w:p>
    <w:bookmarkEnd w:id="1"/>
    <w:p w:rsidR="00FF20E1" w:rsidRPr="00B17CC9" w:rsidRDefault="00FF20E1" w:rsidP="00B17CC9">
      <w:pPr>
        <w:tabs>
          <w:tab w:val="left" w:pos="567"/>
        </w:tabs>
        <w:jc w:val="both"/>
        <w:rPr>
          <w:rFonts w:cs="Times New Roman"/>
          <w:b/>
          <w:sz w:val="22"/>
        </w:rPr>
      </w:pPr>
    </w:p>
    <w:p w:rsidR="00FF20E1" w:rsidRPr="00B17CC9" w:rsidRDefault="00FF20E1" w:rsidP="00B17CC9">
      <w:pPr>
        <w:tabs>
          <w:tab w:val="left" w:pos="567"/>
        </w:tabs>
        <w:jc w:val="both"/>
        <w:rPr>
          <w:rFonts w:cs="Times New Roman"/>
          <w:b/>
          <w:sz w:val="22"/>
        </w:rPr>
      </w:pPr>
    </w:p>
    <w:tbl>
      <w:tblPr>
        <w:tblW w:w="0" w:type="auto"/>
        <w:tblInd w:w="-881" w:type="dxa"/>
        <w:tblLook w:val="00A0" w:firstRow="1" w:lastRow="0" w:firstColumn="1" w:lastColumn="0" w:noHBand="0" w:noVBand="0"/>
      </w:tblPr>
      <w:tblGrid>
        <w:gridCol w:w="572"/>
        <w:gridCol w:w="1365"/>
        <w:gridCol w:w="2258"/>
        <w:gridCol w:w="2851"/>
        <w:gridCol w:w="2768"/>
        <w:gridCol w:w="4346"/>
      </w:tblGrid>
      <w:tr w:rsidR="00FF20E1" w:rsidRPr="00B17CC9" w:rsidTr="00924ED0">
        <w:trPr>
          <w:cantSplit/>
          <w:trHeight w:val="1140"/>
          <w:tblHeader/>
        </w:trPr>
        <w:tc>
          <w:tcPr>
            <w:tcW w:w="607" w:type="dxa"/>
            <w:tcBorders>
              <w:top w:val="single" w:sz="4" w:space="0" w:color="auto"/>
              <w:left w:val="single" w:sz="4" w:space="0" w:color="auto"/>
              <w:bottom w:val="single" w:sz="4" w:space="0" w:color="auto"/>
              <w:right w:val="single" w:sz="4" w:space="0" w:color="auto"/>
            </w:tcBorders>
            <w:vAlign w:val="center"/>
          </w:tcPr>
          <w:p w:rsidR="00FF20E1" w:rsidRPr="00B17CC9" w:rsidRDefault="00FF20E1" w:rsidP="00B17CC9">
            <w:pPr>
              <w:jc w:val="both"/>
              <w:rPr>
                <w:rFonts w:cs="Times New Roman"/>
                <w:b/>
                <w:bCs/>
                <w:sz w:val="22"/>
              </w:rPr>
            </w:pPr>
            <w:r w:rsidRPr="00B17CC9">
              <w:rPr>
                <w:rFonts w:cs="Times New Roman"/>
                <w:b/>
                <w:bCs/>
                <w:color w:val="000000"/>
                <w:sz w:val="22"/>
              </w:rPr>
              <w:t>Nr</w:t>
            </w:r>
          </w:p>
          <w:p w:rsidR="00FF20E1" w:rsidRPr="00B17CC9" w:rsidRDefault="00FF20E1" w:rsidP="00B17CC9">
            <w:pPr>
              <w:jc w:val="both"/>
              <w:rPr>
                <w:rFonts w:cs="Times New Roman"/>
                <w:b/>
                <w:bCs/>
                <w:sz w:val="22"/>
                <w:lang w:eastAsia="zh-CN"/>
              </w:rPr>
            </w:pPr>
            <w:r w:rsidRPr="00B17CC9">
              <w:rPr>
                <w:rFonts w:cs="Times New Roman"/>
                <w:b/>
                <w:bCs/>
                <w:color w:val="000000"/>
                <w:sz w:val="22"/>
              </w:rPr>
              <w:t>d/o</w:t>
            </w:r>
          </w:p>
        </w:tc>
        <w:tc>
          <w:tcPr>
            <w:tcW w:w="1080" w:type="dxa"/>
            <w:tcBorders>
              <w:top w:val="single" w:sz="4" w:space="0" w:color="auto"/>
              <w:left w:val="nil"/>
              <w:bottom w:val="single" w:sz="4" w:space="0" w:color="auto"/>
              <w:right w:val="single" w:sz="4" w:space="0" w:color="auto"/>
            </w:tcBorders>
            <w:vAlign w:val="center"/>
          </w:tcPr>
          <w:p w:rsidR="00FF20E1" w:rsidRPr="00B17CC9" w:rsidRDefault="00FF20E1" w:rsidP="00B17CC9">
            <w:pPr>
              <w:jc w:val="both"/>
              <w:rPr>
                <w:rFonts w:cs="Times New Roman"/>
                <w:b/>
                <w:bCs/>
                <w:sz w:val="22"/>
              </w:rPr>
            </w:pPr>
            <w:proofErr w:type="spellStart"/>
            <w:r w:rsidRPr="00B17CC9">
              <w:rPr>
                <w:rFonts w:cs="Times New Roman"/>
                <w:b/>
                <w:bCs/>
                <w:color w:val="000000"/>
                <w:sz w:val="22"/>
              </w:rPr>
              <w:t>Obiectul</w:t>
            </w:r>
            <w:proofErr w:type="spellEnd"/>
            <w:r w:rsidRPr="00B17CC9">
              <w:rPr>
                <w:rFonts w:cs="Times New Roman"/>
                <w:b/>
                <w:bCs/>
                <w:color w:val="000000"/>
                <w:sz w:val="22"/>
              </w:rPr>
              <w:t xml:space="preserve"> </w:t>
            </w:r>
            <w:proofErr w:type="spellStart"/>
            <w:r w:rsidRPr="00B17CC9">
              <w:rPr>
                <w:rFonts w:cs="Times New Roman"/>
                <w:b/>
                <w:bCs/>
                <w:color w:val="000000"/>
                <w:sz w:val="22"/>
              </w:rPr>
              <w:t>contractului</w:t>
            </w:r>
            <w:proofErr w:type="spellEnd"/>
          </w:p>
        </w:tc>
        <w:tc>
          <w:tcPr>
            <w:tcW w:w="1440" w:type="dxa"/>
            <w:tcBorders>
              <w:top w:val="single" w:sz="4" w:space="0" w:color="auto"/>
              <w:left w:val="nil"/>
              <w:bottom w:val="single" w:sz="4" w:space="0" w:color="auto"/>
              <w:right w:val="single" w:sz="4" w:space="0" w:color="auto"/>
            </w:tcBorders>
            <w:vAlign w:val="center"/>
          </w:tcPr>
          <w:p w:rsidR="00FF20E1" w:rsidRPr="00B17CC9" w:rsidRDefault="00FF20E1" w:rsidP="00B17CC9">
            <w:pPr>
              <w:jc w:val="both"/>
              <w:rPr>
                <w:rFonts w:cs="Times New Roman"/>
                <w:b/>
                <w:bCs/>
                <w:sz w:val="22"/>
              </w:rPr>
            </w:pPr>
            <w:proofErr w:type="spellStart"/>
            <w:r w:rsidRPr="00B17CC9">
              <w:rPr>
                <w:rFonts w:cs="Times New Roman"/>
                <w:b/>
                <w:bCs/>
                <w:color w:val="000000"/>
                <w:sz w:val="22"/>
              </w:rPr>
              <w:t>Denumirea</w:t>
            </w:r>
            <w:proofErr w:type="spellEnd"/>
            <w:r w:rsidRPr="00B17CC9">
              <w:rPr>
                <w:rFonts w:cs="Times New Roman"/>
                <w:b/>
                <w:bCs/>
                <w:color w:val="000000"/>
                <w:sz w:val="22"/>
              </w:rPr>
              <w:t>/</w:t>
            </w:r>
            <w:proofErr w:type="spellStart"/>
            <w:r w:rsidRPr="00B17CC9">
              <w:rPr>
                <w:rFonts w:cs="Times New Roman"/>
                <w:b/>
                <w:bCs/>
                <w:color w:val="000000"/>
                <w:sz w:val="22"/>
              </w:rPr>
              <w:t>numele</w:t>
            </w:r>
            <w:proofErr w:type="spellEnd"/>
            <w:r w:rsidRPr="00B17CC9">
              <w:rPr>
                <w:rFonts w:cs="Times New Roman"/>
                <w:b/>
                <w:bCs/>
                <w:color w:val="000000"/>
                <w:sz w:val="22"/>
              </w:rPr>
              <w:t xml:space="preserve"> </w:t>
            </w:r>
            <w:proofErr w:type="spellStart"/>
            <w:r w:rsidRPr="00B17CC9">
              <w:rPr>
                <w:rFonts w:cs="Times New Roman"/>
                <w:b/>
                <w:bCs/>
                <w:color w:val="000000"/>
                <w:sz w:val="22"/>
              </w:rPr>
              <w:t>beneficiarului</w:t>
            </w:r>
            <w:proofErr w:type="spellEnd"/>
            <w:r w:rsidRPr="00B17CC9">
              <w:rPr>
                <w:rFonts w:cs="Times New Roman"/>
                <w:b/>
                <w:bCs/>
                <w:color w:val="000000"/>
                <w:sz w:val="22"/>
              </w:rPr>
              <w:t>/</w:t>
            </w:r>
            <w:proofErr w:type="spellStart"/>
            <w:r w:rsidRPr="00B17CC9">
              <w:rPr>
                <w:rFonts w:cs="Times New Roman"/>
                <w:b/>
                <w:bCs/>
                <w:color w:val="000000"/>
                <w:sz w:val="22"/>
              </w:rPr>
              <w:t>Adresa</w:t>
            </w:r>
            <w:proofErr w:type="spellEnd"/>
          </w:p>
        </w:tc>
        <w:tc>
          <w:tcPr>
            <w:tcW w:w="2147" w:type="dxa"/>
            <w:tcBorders>
              <w:top w:val="single" w:sz="4" w:space="0" w:color="auto"/>
              <w:left w:val="nil"/>
              <w:bottom w:val="single" w:sz="4" w:space="0" w:color="auto"/>
              <w:right w:val="single" w:sz="4" w:space="0" w:color="auto"/>
            </w:tcBorders>
            <w:vAlign w:val="center"/>
          </w:tcPr>
          <w:p w:rsidR="00FF20E1" w:rsidRPr="00B17CC9" w:rsidRDefault="00FF20E1" w:rsidP="00B17CC9">
            <w:pPr>
              <w:jc w:val="both"/>
              <w:rPr>
                <w:rFonts w:cs="Times New Roman"/>
                <w:b/>
                <w:bCs/>
                <w:sz w:val="22"/>
              </w:rPr>
            </w:pPr>
            <w:proofErr w:type="spellStart"/>
            <w:r w:rsidRPr="00B17CC9">
              <w:rPr>
                <w:rFonts w:cs="Times New Roman"/>
                <w:b/>
                <w:bCs/>
                <w:color w:val="000000"/>
                <w:sz w:val="22"/>
              </w:rPr>
              <w:t>Calitatea</w:t>
            </w:r>
            <w:proofErr w:type="spellEnd"/>
            <w:r w:rsidRPr="00B17CC9">
              <w:rPr>
                <w:rFonts w:cs="Times New Roman"/>
                <w:b/>
                <w:bCs/>
                <w:color w:val="000000"/>
                <w:sz w:val="22"/>
              </w:rPr>
              <w:t xml:space="preserve"> </w:t>
            </w:r>
            <w:proofErr w:type="spellStart"/>
            <w:r w:rsidRPr="00B17CC9">
              <w:rPr>
                <w:rFonts w:cs="Times New Roman"/>
                <w:b/>
                <w:bCs/>
                <w:color w:val="000000"/>
                <w:sz w:val="22"/>
              </w:rPr>
              <w:t>Furnizorului</w:t>
            </w:r>
            <w:proofErr w:type="spellEnd"/>
            <w:r w:rsidRPr="00B17CC9">
              <w:rPr>
                <w:rFonts w:cs="Times New Roman"/>
                <w:b/>
                <w:bCs/>
                <w:color w:val="000000"/>
                <w:sz w:val="22"/>
              </w:rPr>
              <w:t>/</w:t>
            </w:r>
            <w:proofErr w:type="spellStart"/>
            <w:r w:rsidRPr="00B17CC9">
              <w:rPr>
                <w:rFonts w:cs="Times New Roman"/>
                <w:b/>
                <w:bCs/>
                <w:color w:val="000000"/>
                <w:sz w:val="22"/>
              </w:rPr>
              <w:t>Prestatorului</w:t>
            </w:r>
            <w:proofErr w:type="spellEnd"/>
            <w:r w:rsidRPr="00B17CC9">
              <w:rPr>
                <w:rFonts w:cs="Times New Roman"/>
                <w:b/>
                <w:bCs/>
                <w:color w:val="000000"/>
                <w:sz w:val="22"/>
                <w:vertAlign w:val="superscript"/>
              </w:rPr>
              <w:t>*)</w:t>
            </w:r>
          </w:p>
        </w:tc>
        <w:tc>
          <w:tcPr>
            <w:tcW w:w="3118" w:type="dxa"/>
            <w:tcBorders>
              <w:top w:val="single" w:sz="4" w:space="0" w:color="auto"/>
              <w:left w:val="nil"/>
              <w:bottom w:val="single" w:sz="4" w:space="0" w:color="auto"/>
              <w:right w:val="single" w:sz="4" w:space="0" w:color="auto"/>
            </w:tcBorders>
            <w:vAlign w:val="center"/>
          </w:tcPr>
          <w:p w:rsidR="00FF20E1" w:rsidRPr="00B17CC9" w:rsidRDefault="00FF20E1" w:rsidP="00B17CC9">
            <w:pPr>
              <w:jc w:val="both"/>
              <w:rPr>
                <w:rFonts w:cs="Times New Roman"/>
                <w:b/>
                <w:bCs/>
                <w:sz w:val="22"/>
              </w:rPr>
            </w:pPr>
            <w:proofErr w:type="spellStart"/>
            <w:r w:rsidRPr="00B17CC9">
              <w:rPr>
                <w:rFonts w:cs="Times New Roman"/>
                <w:b/>
                <w:bCs/>
                <w:color w:val="000000"/>
                <w:sz w:val="22"/>
              </w:rPr>
              <w:t>Preţul</w:t>
            </w:r>
            <w:proofErr w:type="spellEnd"/>
            <w:r w:rsidRPr="00B17CC9">
              <w:rPr>
                <w:rFonts w:cs="Times New Roman"/>
                <w:b/>
                <w:bCs/>
                <w:color w:val="000000"/>
                <w:sz w:val="22"/>
              </w:rPr>
              <w:t xml:space="preserve"> </w:t>
            </w:r>
            <w:proofErr w:type="spellStart"/>
            <w:r w:rsidRPr="00B17CC9">
              <w:rPr>
                <w:rFonts w:cs="Times New Roman"/>
                <w:b/>
                <w:bCs/>
                <w:color w:val="000000"/>
                <w:sz w:val="22"/>
              </w:rPr>
              <w:t>contractului</w:t>
            </w:r>
            <w:proofErr w:type="spellEnd"/>
            <w:r w:rsidRPr="00B17CC9">
              <w:rPr>
                <w:rFonts w:cs="Times New Roman"/>
                <w:b/>
                <w:bCs/>
                <w:color w:val="000000"/>
                <w:sz w:val="22"/>
              </w:rPr>
              <w:t xml:space="preserve">/ </w:t>
            </w:r>
            <w:proofErr w:type="spellStart"/>
            <w:r w:rsidRPr="00B17CC9">
              <w:rPr>
                <w:rFonts w:cs="Times New Roman"/>
                <w:b/>
                <w:bCs/>
                <w:color w:val="000000"/>
                <w:sz w:val="22"/>
              </w:rPr>
              <w:t>valoarea</w:t>
            </w:r>
            <w:proofErr w:type="spellEnd"/>
            <w:r w:rsidRPr="00B17CC9">
              <w:rPr>
                <w:rFonts w:cs="Times New Roman"/>
                <w:b/>
                <w:bCs/>
                <w:color w:val="000000"/>
                <w:sz w:val="22"/>
              </w:rPr>
              <w:t xml:space="preserve"> </w:t>
            </w:r>
            <w:proofErr w:type="spellStart"/>
            <w:r w:rsidRPr="00B17CC9">
              <w:rPr>
                <w:rFonts w:cs="Times New Roman"/>
                <w:b/>
                <w:bCs/>
                <w:color w:val="000000"/>
                <w:sz w:val="22"/>
              </w:rPr>
              <w:t>bunurilor</w:t>
            </w:r>
            <w:proofErr w:type="spellEnd"/>
            <w:r w:rsidRPr="00B17CC9">
              <w:rPr>
                <w:rFonts w:cs="Times New Roman"/>
                <w:b/>
                <w:bCs/>
                <w:color w:val="000000"/>
                <w:sz w:val="22"/>
              </w:rPr>
              <w:t>/</w:t>
            </w:r>
            <w:proofErr w:type="spellStart"/>
            <w:r w:rsidRPr="00B17CC9">
              <w:rPr>
                <w:rFonts w:cs="Times New Roman"/>
                <w:b/>
                <w:bCs/>
                <w:color w:val="000000"/>
                <w:sz w:val="22"/>
              </w:rPr>
              <w:t>serviciilor</w:t>
            </w:r>
            <w:proofErr w:type="spellEnd"/>
            <w:r w:rsidRPr="00B17CC9">
              <w:rPr>
                <w:rFonts w:cs="Times New Roman"/>
                <w:b/>
                <w:bCs/>
                <w:color w:val="000000"/>
                <w:sz w:val="22"/>
              </w:rPr>
              <w:t xml:space="preserve"> </w:t>
            </w:r>
            <w:proofErr w:type="spellStart"/>
            <w:r w:rsidRPr="00B17CC9">
              <w:rPr>
                <w:rFonts w:cs="Times New Roman"/>
                <w:b/>
                <w:bCs/>
                <w:color w:val="000000"/>
                <w:sz w:val="22"/>
              </w:rPr>
              <w:t>livrate</w:t>
            </w:r>
            <w:proofErr w:type="spellEnd"/>
            <w:r w:rsidRPr="00B17CC9">
              <w:rPr>
                <w:rFonts w:cs="Times New Roman"/>
                <w:b/>
                <w:bCs/>
                <w:color w:val="000000"/>
                <w:sz w:val="22"/>
              </w:rPr>
              <w:t>/</w:t>
            </w:r>
            <w:proofErr w:type="spellStart"/>
            <w:r w:rsidRPr="00B17CC9">
              <w:rPr>
                <w:rFonts w:cs="Times New Roman"/>
                <w:b/>
                <w:bCs/>
                <w:color w:val="000000"/>
                <w:sz w:val="22"/>
              </w:rPr>
              <w:t>prestate</w:t>
            </w:r>
            <w:proofErr w:type="spellEnd"/>
          </w:p>
        </w:tc>
        <w:tc>
          <w:tcPr>
            <w:tcW w:w="5812" w:type="dxa"/>
            <w:tcBorders>
              <w:top w:val="single" w:sz="4" w:space="0" w:color="auto"/>
              <w:left w:val="nil"/>
              <w:bottom w:val="single" w:sz="4" w:space="0" w:color="auto"/>
              <w:right w:val="single" w:sz="4" w:space="0" w:color="auto"/>
            </w:tcBorders>
            <w:vAlign w:val="center"/>
          </w:tcPr>
          <w:p w:rsidR="00FF20E1" w:rsidRPr="00B17CC9" w:rsidRDefault="00FF20E1" w:rsidP="00B17CC9">
            <w:pPr>
              <w:jc w:val="both"/>
              <w:rPr>
                <w:rFonts w:cs="Times New Roman"/>
                <w:b/>
                <w:bCs/>
                <w:sz w:val="22"/>
              </w:rPr>
            </w:pPr>
            <w:proofErr w:type="spellStart"/>
            <w:r w:rsidRPr="00B17CC9">
              <w:rPr>
                <w:rFonts w:cs="Times New Roman"/>
                <w:b/>
                <w:bCs/>
                <w:color w:val="000000"/>
                <w:sz w:val="22"/>
              </w:rPr>
              <w:t>Perioada</w:t>
            </w:r>
            <w:proofErr w:type="spellEnd"/>
            <w:r w:rsidRPr="00B17CC9">
              <w:rPr>
                <w:rFonts w:cs="Times New Roman"/>
                <w:b/>
                <w:bCs/>
                <w:color w:val="000000"/>
                <w:sz w:val="22"/>
              </w:rPr>
              <w:t xml:space="preserve"> de </w:t>
            </w:r>
            <w:proofErr w:type="spellStart"/>
            <w:r w:rsidRPr="00B17CC9">
              <w:rPr>
                <w:rFonts w:cs="Times New Roman"/>
                <w:b/>
                <w:bCs/>
                <w:color w:val="000000"/>
                <w:sz w:val="22"/>
              </w:rPr>
              <w:t>livrare</w:t>
            </w:r>
            <w:proofErr w:type="spellEnd"/>
            <w:r w:rsidRPr="00B17CC9">
              <w:rPr>
                <w:rFonts w:cs="Times New Roman"/>
                <w:b/>
                <w:bCs/>
                <w:color w:val="000000"/>
                <w:sz w:val="22"/>
              </w:rPr>
              <w:t>/</w:t>
            </w:r>
            <w:proofErr w:type="spellStart"/>
            <w:r w:rsidRPr="00B17CC9">
              <w:rPr>
                <w:rFonts w:cs="Times New Roman"/>
                <w:b/>
                <w:bCs/>
                <w:color w:val="000000"/>
                <w:sz w:val="22"/>
              </w:rPr>
              <w:t>prestare</w:t>
            </w:r>
            <w:proofErr w:type="spellEnd"/>
            <w:r w:rsidRPr="00B17CC9">
              <w:rPr>
                <w:rFonts w:cs="Times New Roman"/>
                <w:b/>
                <w:bCs/>
                <w:color w:val="000000"/>
                <w:sz w:val="22"/>
              </w:rPr>
              <w:t xml:space="preserve"> (</w:t>
            </w:r>
            <w:proofErr w:type="spellStart"/>
            <w:r w:rsidRPr="00B17CC9">
              <w:rPr>
                <w:rFonts w:cs="Times New Roman"/>
                <w:b/>
                <w:bCs/>
                <w:color w:val="000000"/>
                <w:sz w:val="22"/>
              </w:rPr>
              <w:t>luni</w:t>
            </w:r>
            <w:proofErr w:type="spellEnd"/>
            <w:r w:rsidRPr="00B17CC9">
              <w:rPr>
                <w:rFonts w:cs="Times New Roman"/>
                <w:b/>
                <w:bCs/>
                <w:color w:val="000000"/>
                <w:sz w:val="22"/>
              </w:rPr>
              <w:t>)</w:t>
            </w:r>
          </w:p>
        </w:tc>
      </w:tr>
      <w:tr w:rsidR="00FF20E1" w:rsidRPr="00B17CC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B17CC9" w:rsidRDefault="00FF20E1" w:rsidP="00B17CC9">
            <w:pPr>
              <w:jc w:val="both"/>
              <w:rPr>
                <w:rFonts w:cs="Times New Roman"/>
                <w:b/>
                <w:bCs/>
                <w:sz w:val="22"/>
              </w:rPr>
            </w:pPr>
            <w:r w:rsidRPr="00B17CC9">
              <w:rPr>
                <w:rFonts w:cs="Times New Roman"/>
                <w:b/>
                <w:bCs/>
                <w:color w:val="000000"/>
                <w:sz w:val="22"/>
              </w:rPr>
              <w:t>1</w:t>
            </w:r>
          </w:p>
        </w:tc>
        <w:tc>
          <w:tcPr>
            <w:tcW w:w="108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144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2147"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3118"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5812"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r>
      <w:tr w:rsidR="00FF20E1" w:rsidRPr="00B17CC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B17CC9" w:rsidRDefault="00FF20E1" w:rsidP="00B17CC9">
            <w:pPr>
              <w:jc w:val="both"/>
              <w:rPr>
                <w:rFonts w:cs="Times New Roman"/>
                <w:b/>
                <w:bCs/>
                <w:sz w:val="22"/>
              </w:rPr>
            </w:pPr>
            <w:r w:rsidRPr="00B17CC9">
              <w:rPr>
                <w:rFonts w:cs="Times New Roman"/>
                <w:b/>
                <w:bCs/>
                <w:color w:val="000000"/>
                <w:sz w:val="22"/>
              </w:rPr>
              <w:t>2</w:t>
            </w:r>
          </w:p>
        </w:tc>
        <w:tc>
          <w:tcPr>
            <w:tcW w:w="108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144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2147"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3118"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5812"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r>
      <w:tr w:rsidR="00FF20E1" w:rsidRPr="00B17CC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B17CC9" w:rsidRDefault="00FF20E1" w:rsidP="00B17CC9">
            <w:pPr>
              <w:jc w:val="both"/>
              <w:rPr>
                <w:rFonts w:cs="Times New Roman"/>
                <w:b/>
                <w:bCs/>
                <w:sz w:val="22"/>
              </w:rPr>
            </w:pPr>
            <w:r w:rsidRPr="00B17CC9">
              <w:rPr>
                <w:rFonts w:cs="Times New Roman"/>
                <w:b/>
                <w:bCs/>
                <w:color w:val="000000"/>
                <w:sz w:val="22"/>
              </w:rPr>
              <w:t>...</w:t>
            </w:r>
          </w:p>
        </w:tc>
        <w:tc>
          <w:tcPr>
            <w:tcW w:w="108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1440"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2147"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3118"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c>
          <w:tcPr>
            <w:tcW w:w="5812" w:type="dxa"/>
            <w:tcBorders>
              <w:top w:val="nil"/>
              <w:left w:val="nil"/>
              <w:bottom w:val="single" w:sz="4" w:space="0" w:color="auto"/>
              <w:right w:val="single" w:sz="4" w:space="0" w:color="auto"/>
            </w:tcBorders>
            <w:vAlign w:val="center"/>
          </w:tcPr>
          <w:p w:rsidR="00FF20E1" w:rsidRPr="00B17CC9" w:rsidRDefault="00FF20E1" w:rsidP="00B17CC9">
            <w:pPr>
              <w:jc w:val="both"/>
              <w:rPr>
                <w:rFonts w:cs="Times New Roman"/>
                <w:sz w:val="22"/>
              </w:rPr>
            </w:pPr>
            <w:r w:rsidRPr="00B17CC9">
              <w:rPr>
                <w:rFonts w:cs="Times New Roman"/>
                <w:color w:val="000000"/>
                <w:sz w:val="22"/>
              </w:rPr>
              <w:t> </w:t>
            </w:r>
          </w:p>
        </w:tc>
      </w:tr>
    </w:tbl>
    <w:p w:rsidR="00FF20E1" w:rsidRPr="00B17CC9" w:rsidRDefault="00FF20E1" w:rsidP="00B17CC9">
      <w:pPr>
        <w:jc w:val="both"/>
        <w:rPr>
          <w:rFonts w:cs="Times New Roman"/>
          <w:sz w:val="22"/>
          <w:vertAlign w:val="superscript"/>
        </w:rPr>
      </w:pPr>
    </w:p>
    <w:p w:rsidR="00FF20E1" w:rsidRPr="00B17CC9" w:rsidRDefault="00FF20E1" w:rsidP="00B17CC9">
      <w:pPr>
        <w:jc w:val="both"/>
        <w:rPr>
          <w:rFonts w:cs="Times New Roman"/>
          <w:sz w:val="22"/>
        </w:rPr>
      </w:pPr>
      <w:r w:rsidRPr="00B17CC9">
        <w:rPr>
          <w:rFonts w:cs="Times New Roman"/>
          <w:color w:val="000000"/>
          <w:sz w:val="22"/>
          <w:vertAlign w:val="superscript"/>
        </w:rPr>
        <w:t>*)</w:t>
      </w:r>
      <w:r w:rsidRPr="00B17CC9">
        <w:rPr>
          <w:rFonts w:cs="Times New Roman"/>
          <w:color w:val="000000"/>
          <w:sz w:val="22"/>
        </w:rPr>
        <w:t xml:space="preserve"> Se </w:t>
      </w:r>
      <w:proofErr w:type="spellStart"/>
      <w:r w:rsidRPr="00B17CC9">
        <w:rPr>
          <w:rFonts w:cs="Times New Roman"/>
          <w:color w:val="000000"/>
          <w:sz w:val="22"/>
        </w:rPr>
        <w:t>precizează</w:t>
      </w:r>
      <w:proofErr w:type="spellEnd"/>
      <w:r w:rsidRPr="00B17CC9">
        <w:rPr>
          <w:rFonts w:cs="Times New Roman"/>
          <w:color w:val="000000"/>
          <w:sz w:val="22"/>
        </w:rPr>
        <w:t xml:space="preserve"> </w:t>
      </w:r>
      <w:proofErr w:type="spellStart"/>
      <w:r w:rsidRPr="00B17CC9">
        <w:rPr>
          <w:rFonts w:cs="Times New Roman"/>
          <w:color w:val="000000"/>
          <w:sz w:val="22"/>
        </w:rPr>
        <w:t>calitatea</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care a </w:t>
      </w:r>
      <w:proofErr w:type="spellStart"/>
      <w:r w:rsidRPr="00B17CC9">
        <w:rPr>
          <w:rFonts w:cs="Times New Roman"/>
          <w:color w:val="000000"/>
          <w:sz w:val="22"/>
        </w:rPr>
        <w:t>participat</w:t>
      </w:r>
      <w:proofErr w:type="spellEnd"/>
      <w:r w:rsidRPr="00B17CC9">
        <w:rPr>
          <w:rFonts w:cs="Times New Roman"/>
          <w:color w:val="000000"/>
          <w:sz w:val="22"/>
        </w:rPr>
        <w:t xml:space="preserve"> la </w:t>
      </w:r>
      <w:proofErr w:type="spellStart"/>
      <w:r w:rsidRPr="00B17CC9">
        <w:rPr>
          <w:rFonts w:cs="Times New Roman"/>
          <w:color w:val="000000"/>
          <w:sz w:val="22"/>
        </w:rPr>
        <w:t>îndeplinirea</w:t>
      </w:r>
      <w:proofErr w:type="spellEnd"/>
      <w:r w:rsidRPr="00B17CC9">
        <w:rPr>
          <w:rFonts w:cs="Times New Roman"/>
          <w:color w:val="000000"/>
          <w:sz w:val="22"/>
        </w:rPr>
        <w:t xml:space="preserve"> </w:t>
      </w:r>
      <w:proofErr w:type="spellStart"/>
      <w:r w:rsidRPr="00B17CC9">
        <w:rPr>
          <w:rFonts w:cs="Times New Roman"/>
          <w:color w:val="000000"/>
          <w:sz w:val="22"/>
        </w:rPr>
        <w:t>contractului</w:t>
      </w:r>
      <w:proofErr w:type="spellEnd"/>
      <w:r w:rsidRPr="00B17CC9">
        <w:rPr>
          <w:rFonts w:cs="Times New Roman"/>
          <w:color w:val="000000"/>
          <w:sz w:val="22"/>
        </w:rPr>
        <w:t xml:space="preserve">, care </w:t>
      </w:r>
      <w:proofErr w:type="spellStart"/>
      <w:r w:rsidRPr="00B17CC9">
        <w:rPr>
          <w:rFonts w:cs="Times New Roman"/>
          <w:color w:val="000000"/>
          <w:sz w:val="22"/>
        </w:rPr>
        <w:t>poate</w:t>
      </w:r>
      <w:proofErr w:type="spellEnd"/>
      <w:r w:rsidRPr="00B17CC9">
        <w:rPr>
          <w:rFonts w:cs="Times New Roman"/>
          <w:color w:val="000000"/>
          <w:sz w:val="22"/>
        </w:rPr>
        <w:t xml:space="preserve"> fi de: </w:t>
      </w:r>
      <w:proofErr w:type="spellStart"/>
      <w:r w:rsidRPr="00B17CC9">
        <w:rPr>
          <w:rFonts w:cs="Times New Roman"/>
          <w:color w:val="000000"/>
          <w:sz w:val="22"/>
        </w:rPr>
        <w:t>contractant</w:t>
      </w:r>
      <w:proofErr w:type="spellEnd"/>
      <w:r w:rsidRPr="00B17CC9">
        <w:rPr>
          <w:rFonts w:cs="Times New Roman"/>
          <w:color w:val="000000"/>
          <w:sz w:val="22"/>
        </w:rPr>
        <w:t xml:space="preserve"> </w:t>
      </w:r>
      <w:proofErr w:type="spellStart"/>
      <w:r w:rsidRPr="00B17CC9">
        <w:rPr>
          <w:rFonts w:cs="Times New Roman"/>
          <w:color w:val="000000"/>
          <w:sz w:val="22"/>
        </w:rPr>
        <w:t>unic</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lider</w:t>
      </w:r>
      <w:proofErr w:type="spellEnd"/>
      <w:r w:rsidRPr="00B17CC9">
        <w:rPr>
          <w:rFonts w:cs="Times New Roman"/>
          <w:color w:val="000000"/>
          <w:sz w:val="22"/>
        </w:rPr>
        <w:t xml:space="preserve"> de </w:t>
      </w:r>
      <w:proofErr w:type="spellStart"/>
      <w:r w:rsidRPr="00B17CC9">
        <w:rPr>
          <w:rFonts w:cs="Times New Roman"/>
          <w:color w:val="000000"/>
          <w:sz w:val="22"/>
        </w:rPr>
        <w:t>asociaţie</w:t>
      </w:r>
      <w:proofErr w:type="spellEnd"/>
      <w:r w:rsidRPr="00B17CC9">
        <w:rPr>
          <w:rFonts w:cs="Times New Roman"/>
          <w:color w:val="000000"/>
          <w:sz w:val="22"/>
        </w:rPr>
        <w:t xml:space="preserve">; </w:t>
      </w:r>
      <w:proofErr w:type="spellStart"/>
      <w:r w:rsidRPr="00B17CC9">
        <w:rPr>
          <w:rFonts w:cs="Times New Roman"/>
          <w:color w:val="000000"/>
          <w:sz w:val="22"/>
        </w:rPr>
        <w:t>contractant</w:t>
      </w:r>
      <w:proofErr w:type="spellEnd"/>
      <w:r w:rsidRPr="00B17CC9">
        <w:rPr>
          <w:rFonts w:cs="Times New Roman"/>
          <w:color w:val="000000"/>
          <w:sz w:val="22"/>
        </w:rPr>
        <w:t xml:space="preserve"> </w:t>
      </w:r>
      <w:proofErr w:type="spellStart"/>
      <w:r w:rsidRPr="00B17CC9">
        <w:rPr>
          <w:rFonts w:cs="Times New Roman"/>
          <w:color w:val="000000"/>
          <w:sz w:val="22"/>
        </w:rPr>
        <w:t>asociat</w:t>
      </w:r>
      <w:proofErr w:type="spellEnd"/>
      <w:r w:rsidRPr="00B17CC9">
        <w:rPr>
          <w:rFonts w:cs="Times New Roman"/>
          <w:color w:val="000000"/>
          <w:sz w:val="22"/>
        </w:rPr>
        <w:t xml:space="preserve">; </w:t>
      </w:r>
      <w:proofErr w:type="spellStart"/>
      <w:r w:rsidRPr="00B17CC9">
        <w:rPr>
          <w:rFonts w:cs="Times New Roman"/>
          <w:color w:val="000000"/>
          <w:sz w:val="22"/>
        </w:rPr>
        <w:t>subcontractant</w:t>
      </w:r>
      <w:proofErr w:type="spellEnd"/>
      <w:r w:rsidRPr="00B17CC9">
        <w:rPr>
          <w:rFonts w:cs="Times New Roman"/>
          <w:color w:val="000000"/>
          <w:sz w:val="22"/>
        </w:rPr>
        <w:t>.</w:t>
      </w:r>
    </w:p>
    <w:p w:rsidR="00FF20E1" w:rsidRPr="00B17CC9" w:rsidRDefault="00FF20E1" w:rsidP="00B17CC9">
      <w:pPr>
        <w:jc w:val="both"/>
        <w:rPr>
          <w:rFonts w:eastAsia="PMingLiU" w:cs="Times New Roman"/>
          <w:sz w:val="22"/>
          <w:lang w:eastAsia="zh-CN"/>
        </w:rPr>
      </w:pPr>
      <w:proofErr w:type="spellStart"/>
      <w:r w:rsidRPr="00B17CC9">
        <w:rPr>
          <w:rFonts w:cs="Times New Roman"/>
          <w:color w:val="000000"/>
          <w:sz w:val="22"/>
          <w:lang w:eastAsia="zh-CN"/>
        </w:rPr>
        <w:t>Semnat</w:t>
      </w:r>
      <w:proofErr w:type="spellEnd"/>
      <w:r w:rsidRPr="00B17CC9">
        <w:rPr>
          <w:rFonts w:cs="Times New Roman"/>
          <w:color w:val="000000"/>
          <w:sz w:val="22"/>
          <w:lang w:eastAsia="zh-CN"/>
        </w:rPr>
        <w:t>: ________________________________________</w:t>
      </w:r>
    </w:p>
    <w:p w:rsidR="00FF20E1" w:rsidRPr="00B17CC9" w:rsidRDefault="00FF20E1" w:rsidP="00B17CC9">
      <w:pPr>
        <w:jc w:val="both"/>
        <w:rPr>
          <w:rFonts w:eastAsia="PMingLiU" w:cs="Times New Roman"/>
          <w:sz w:val="22"/>
          <w:lang w:eastAsia="zh-CN"/>
        </w:rPr>
      </w:pPr>
      <w:proofErr w:type="spellStart"/>
      <w:r w:rsidRPr="00B17CC9">
        <w:rPr>
          <w:rFonts w:cs="Times New Roman"/>
          <w:color w:val="000000"/>
          <w:sz w:val="22"/>
          <w:lang w:eastAsia="zh-CN"/>
        </w:rPr>
        <w:t>Nume</w:t>
      </w:r>
      <w:proofErr w:type="spellEnd"/>
      <w:r w:rsidRPr="00B17CC9">
        <w:rPr>
          <w:rFonts w:cs="Times New Roman"/>
          <w:color w:val="000000"/>
          <w:sz w:val="22"/>
          <w:lang w:eastAsia="zh-CN"/>
        </w:rPr>
        <w:t>: _________________________________________</w:t>
      </w:r>
    </w:p>
    <w:p w:rsidR="00FF20E1" w:rsidRPr="00B17CC9" w:rsidRDefault="00FF20E1" w:rsidP="00B17CC9">
      <w:pPr>
        <w:jc w:val="both"/>
        <w:rPr>
          <w:rFonts w:eastAsia="PMingLiU" w:cs="Times New Roman"/>
          <w:sz w:val="22"/>
          <w:lang w:eastAsia="zh-CN"/>
        </w:rPr>
      </w:pPr>
      <w:proofErr w:type="spellStart"/>
      <w:r w:rsidRPr="00B17CC9">
        <w:rPr>
          <w:rFonts w:cs="Times New Roman"/>
          <w:color w:val="000000"/>
          <w:sz w:val="22"/>
          <w:lang w:eastAsia="zh-CN"/>
        </w:rPr>
        <w:t>Funcţia</w:t>
      </w:r>
      <w:proofErr w:type="spellEnd"/>
      <w:r w:rsidRPr="00B17CC9">
        <w:rPr>
          <w:rFonts w:cs="Times New Roman"/>
          <w:color w:val="000000"/>
          <w:sz w:val="22"/>
          <w:lang w:eastAsia="zh-CN"/>
        </w:rPr>
        <w:t xml:space="preserve"> </w:t>
      </w:r>
      <w:proofErr w:type="spellStart"/>
      <w:r w:rsidRPr="00B17CC9">
        <w:rPr>
          <w:rFonts w:cs="Times New Roman"/>
          <w:color w:val="000000"/>
          <w:sz w:val="22"/>
          <w:lang w:eastAsia="zh-CN"/>
        </w:rPr>
        <w:t>în</w:t>
      </w:r>
      <w:proofErr w:type="spellEnd"/>
      <w:r w:rsidRPr="00B17CC9">
        <w:rPr>
          <w:rFonts w:cs="Times New Roman"/>
          <w:color w:val="000000"/>
          <w:sz w:val="22"/>
          <w:lang w:eastAsia="zh-CN"/>
        </w:rPr>
        <w:t xml:space="preserve"> </w:t>
      </w:r>
      <w:proofErr w:type="spellStart"/>
      <w:r w:rsidRPr="00B17CC9">
        <w:rPr>
          <w:rFonts w:cs="Times New Roman"/>
          <w:color w:val="000000"/>
          <w:sz w:val="22"/>
          <w:lang w:eastAsia="zh-CN"/>
        </w:rPr>
        <w:t>cadrul</w:t>
      </w:r>
      <w:proofErr w:type="spellEnd"/>
      <w:r w:rsidRPr="00B17CC9">
        <w:rPr>
          <w:rFonts w:cs="Times New Roman"/>
          <w:color w:val="000000"/>
          <w:sz w:val="22"/>
          <w:lang w:eastAsia="zh-CN"/>
        </w:rPr>
        <w:t xml:space="preserve"> </w:t>
      </w:r>
      <w:proofErr w:type="spellStart"/>
      <w:r w:rsidRPr="00B17CC9">
        <w:rPr>
          <w:rFonts w:cs="Times New Roman"/>
          <w:color w:val="000000"/>
          <w:sz w:val="22"/>
          <w:lang w:eastAsia="zh-CN"/>
        </w:rPr>
        <w:t>firmei</w:t>
      </w:r>
      <w:proofErr w:type="spellEnd"/>
      <w:r w:rsidRPr="00B17CC9">
        <w:rPr>
          <w:rFonts w:cs="Times New Roman"/>
          <w:color w:val="000000"/>
          <w:sz w:val="22"/>
          <w:lang w:eastAsia="zh-CN"/>
        </w:rPr>
        <w:t>: ___________________________</w:t>
      </w:r>
    </w:p>
    <w:p w:rsidR="00FF20E1" w:rsidRPr="00B17CC9" w:rsidRDefault="00FF20E1" w:rsidP="00B17CC9">
      <w:pPr>
        <w:jc w:val="both"/>
        <w:rPr>
          <w:rFonts w:eastAsia="PMingLiU" w:cs="Times New Roman"/>
          <w:sz w:val="22"/>
          <w:lang w:eastAsia="zh-CN"/>
        </w:rPr>
      </w:pPr>
      <w:proofErr w:type="spellStart"/>
      <w:r w:rsidRPr="00B17CC9">
        <w:rPr>
          <w:rFonts w:cs="Times New Roman"/>
          <w:color w:val="000000"/>
          <w:sz w:val="22"/>
          <w:lang w:eastAsia="zh-CN"/>
        </w:rPr>
        <w:t>Denumirea</w:t>
      </w:r>
      <w:proofErr w:type="spellEnd"/>
      <w:r w:rsidRPr="00B17CC9">
        <w:rPr>
          <w:rFonts w:cs="Times New Roman"/>
          <w:color w:val="000000"/>
          <w:sz w:val="22"/>
          <w:lang w:eastAsia="zh-CN"/>
        </w:rPr>
        <w:t xml:space="preserve"> </w:t>
      </w:r>
      <w:proofErr w:type="spellStart"/>
      <w:r w:rsidRPr="00B17CC9">
        <w:rPr>
          <w:rFonts w:cs="Times New Roman"/>
          <w:color w:val="000000"/>
          <w:sz w:val="22"/>
          <w:lang w:eastAsia="zh-CN"/>
        </w:rPr>
        <w:t>firmei</w:t>
      </w:r>
      <w:proofErr w:type="spellEnd"/>
      <w:r w:rsidRPr="00B17CC9">
        <w:rPr>
          <w:rFonts w:cs="Times New Roman"/>
          <w:color w:val="000000"/>
          <w:sz w:val="22"/>
          <w:lang w:eastAsia="zh-CN"/>
        </w:rPr>
        <w:t>: _______________________________</w:t>
      </w:r>
    </w:p>
    <w:p w:rsidR="004D7ED4" w:rsidRPr="00B17CC9" w:rsidRDefault="004D7ED4" w:rsidP="00B17CC9">
      <w:pPr>
        <w:jc w:val="both"/>
        <w:rPr>
          <w:rFonts w:cs="Times New Roman"/>
          <w:sz w:val="22"/>
          <w:lang w:val="it-IT"/>
        </w:rPr>
        <w:sectPr w:rsidR="004D7ED4" w:rsidRPr="00B17CC9" w:rsidSect="003A0D7A">
          <w:pgSz w:w="15840" w:h="12240" w:orient="landscape"/>
          <w:pgMar w:top="993" w:right="850" w:bottom="1134" w:left="1701" w:header="720" w:footer="720" w:gutter="0"/>
          <w:cols w:space="720"/>
          <w:docGrid w:linePitch="360"/>
        </w:sectPr>
      </w:pPr>
    </w:p>
    <w:p w:rsidR="00FF20E1" w:rsidRPr="00B17CC9" w:rsidRDefault="00FF20E1" w:rsidP="00B17CC9">
      <w:pPr>
        <w:jc w:val="both"/>
        <w:rPr>
          <w:rFonts w:cs="Times New Roman"/>
          <w:sz w:val="22"/>
          <w:lang w:val="it-IT"/>
        </w:rPr>
      </w:pPr>
    </w:p>
    <w:p w:rsidR="003A0D7A" w:rsidRPr="00B17CC9" w:rsidRDefault="003A0D7A" w:rsidP="00B17CC9">
      <w:pPr>
        <w:jc w:val="right"/>
        <w:rPr>
          <w:rFonts w:cs="Times New Roman"/>
          <w:sz w:val="22"/>
          <w:lang w:val="it-IT"/>
        </w:rPr>
      </w:pPr>
    </w:p>
    <w:p w:rsidR="00FF20E1" w:rsidRPr="00B17CC9" w:rsidRDefault="00FF20E1" w:rsidP="00B17CC9">
      <w:pPr>
        <w:jc w:val="right"/>
        <w:rPr>
          <w:rFonts w:cs="Times New Roman"/>
          <w:sz w:val="22"/>
          <w:lang w:val="it-IT"/>
        </w:rPr>
      </w:pPr>
      <w:r w:rsidRPr="00B17CC9">
        <w:rPr>
          <w:rFonts w:cs="Times New Roman"/>
          <w:color w:val="000000"/>
          <w:sz w:val="22"/>
          <w:lang w:val="it-IT"/>
        </w:rPr>
        <w:t xml:space="preserve">Anexa nr. </w:t>
      </w:r>
      <w:r w:rsidR="003A0D7A" w:rsidRPr="00B17CC9">
        <w:rPr>
          <w:rFonts w:cs="Times New Roman"/>
          <w:color w:val="000000"/>
          <w:sz w:val="22"/>
          <w:lang w:val="it-IT"/>
        </w:rPr>
        <w:t>8</w:t>
      </w:r>
    </w:p>
    <w:p w:rsidR="00FF20E1" w:rsidRPr="00B17CC9" w:rsidRDefault="00FF20E1" w:rsidP="00B17CC9">
      <w:pPr>
        <w:keepNext/>
        <w:keepLines/>
        <w:jc w:val="right"/>
        <w:outlineLvl w:val="1"/>
        <w:rPr>
          <w:rFonts w:eastAsiaTheme="majorEastAsia" w:cs="Times New Roman"/>
          <w:b/>
          <w:bCs/>
          <w:sz w:val="22"/>
        </w:rPr>
      </w:pPr>
    </w:p>
    <w:p w:rsidR="00FF20E1" w:rsidRPr="00B17CC9" w:rsidRDefault="00FF20E1" w:rsidP="00B17CC9">
      <w:pPr>
        <w:keepNext/>
        <w:keepLines/>
        <w:jc w:val="right"/>
        <w:outlineLvl w:val="1"/>
        <w:rPr>
          <w:rFonts w:eastAsiaTheme="majorEastAsia" w:cs="Times New Roman"/>
          <w:b/>
          <w:sz w:val="22"/>
        </w:rPr>
      </w:pPr>
      <w:bookmarkStart w:id="2" w:name="_Toc449692118"/>
    </w:p>
    <w:p w:rsidR="00FF20E1" w:rsidRPr="00B17CC9" w:rsidRDefault="00FF20E1" w:rsidP="00B17CC9">
      <w:pPr>
        <w:keepNext/>
        <w:keepLines/>
        <w:jc w:val="right"/>
        <w:outlineLvl w:val="1"/>
        <w:rPr>
          <w:rFonts w:eastAsiaTheme="majorEastAsia" w:cs="Times New Roman"/>
          <w:b/>
          <w:sz w:val="22"/>
        </w:rPr>
      </w:pPr>
      <w:bookmarkStart w:id="3" w:name="_Hlk77771358"/>
      <w:r w:rsidRPr="00B17CC9">
        <w:rPr>
          <w:rFonts w:eastAsiaTheme="majorEastAsia" w:cs="Times New Roman"/>
          <w:b/>
          <w:color w:val="000000"/>
          <w:sz w:val="22"/>
        </w:rPr>
        <w:t>CAIET DE SARCINI</w:t>
      </w:r>
      <w:bookmarkEnd w:id="2"/>
    </w:p>
    <w:bookmarkEnd w:id="3"/>
    <w:p w:rsidR="00FF20E1" w:rsidRPr="00B17CC9" w:rsidRDefault="00FF20E1" w:rsidP="00B17CC9">
      <w:pPr>
        <w:keepNext/>
        <w:keepLines/>
        <w:jc w:val="right"/>
        <w:outlineLvl w:val="1"/>
        <w:rPr>
          <w:rFonts w:eastAsiaTheme="majorEastAsia" w:cs="Times New Roman"/>
          <w:b/>
          <w:sz w:val="22"/>
        </w:rPr>
      </w:pPr>
      <w:proofErr w:type="spellStart"/>
      <w:r w:rsidRPr="00B17CC9">
        <w:rPr>
          <w:rFonts w:eastAsiaTheme="majorEastAsia" w:cs="Times New Roman"/>
          <w:b/>
          <w:color w:val="000000"/>
          <w:sz w:val="22"/>
        </w:rPr>
        <w:t>Bunuri</w:t>
      </w:r>
      <w:proofErr w:type="spellEnd"/>
      <w:r w:rsidRPr="00B17CC9">
        <w:rPr>
          <w:rFonts w:eastAsiaTheme="majorEastAsia" w:cs="Times New Roman"/>
          <w:b/>
          <w:color w:val="000000"/>
          <w:sz w:val="22"/>
        </w:rPr>
        <w:t>/</w:t>
      </w:r>
      <w:proofErr w:type="spellStart"/>
      <w:r w:rsidRPr="00B17CC9">
        <w:rPr>
          <w:rFonts w:eastAsiaTheme="majorEastAsia" w:cs="Times New Roman"/>
          <w:b/>
          <w:color w:val="000000"/>
          <w:sz w:val="22"/>
        </w:rPr>
        <w:t>Servicii</w:t>
      </w:r>
      <w:proofErr w:type="spellEnd"/>
    </w:p>
    <w:p w:rsidR="00FF20E1" w:rsidRPr="00B17CC9" w:rsidRDefault="00FF20E1" w:rsidP="00B17CC9">
      <w:pPr>
        <w:keepNext/>
        <w:keepLines/>
        <w:jc w:val="both"/>
        <w:outlineLvl w:val="1"/>
        <w:rPr>
          <w:rFonts w:eastAsiaTheme="majorEastAsia" w:cs="Times New Roman"/>
          <w:b/>
          <w:sz w:val="22"/>
        </w:rPr>
      </w:pPr>
    </w:p>
    <w:p w:rsidR="00FF20E1" w:rsidRPr="00B17CC9" w:rsidRDefault="00FF20E1" w:rsidP="00B17CC9">
      <w:pPr>
        <w:jc w:val="both"/>
        <w:rPr>
          <w:rFonts w:cs="Times New Roman"/>
          <w:bCs/>
          <w:sz w:val="22"/>
        </w:rPr>
      </w:pPr>
      <w:r w:rsidRPr="00B17CC9">
        <w:rPr>
          <w:rFonts w:cs="Times New Roman"/>
          <w:bCs/>
          <w:color w:val="000000"/>
          <w:sz w:val="22"/>
        </w:rPr>
        <w:t>Obiectul: Consumabile de laborator</w:t>
      </w:r>
    </w:p>
    <w:p w:rsidR="00FF20E1" w:rsidRPr="00B17CC9" w:rsidRDefault="00FF20E1" w:rsidP="00B17CC9">
      <w:pPr>
        <w:jc w:val="both"/>
        <w:rPr>
          <w:rFonts w:cs="Times New Roman"/>
          <w:bCs/>
          <w:sz w:val="22"/>
        </w:rPr>
      </w:pPr>
      <w:r w:rsidRPr="00B17CC9">
        <w:rPr>
          <w:rFonts w:cs="Times New Roman"/>
          <w:bCs/>
          <w:color w:val="000000"/>
          <w:sz w:val="22"/>
        </w:rPr>
        <w:t xml:space="preserve">                                                                            (</w:t>
      </w:r>
      <w:proofErr w:type="spellStart"/>
      <w:r w:rsidRPr="00B17CC9">
        <w:rPr>
          <w:rFonts w:cs="Times New Roman"/>
          <w:bCs/>
          <w:color w:val="000000"/>
          <w:sz w:val="22"/>
        </w:rPr>
        <w:t>denumirea</w:t>
      </w:r>
      <w:proofErr w:type="spellEnd"/>
      <w:r w:rsidRPr="00B17CC9">
        <w:rPr>
          <w:rFonts w:cs="Times New Roman"/>
          <w:bCs/>
          <w:color w:val="000000"/>
          <w:sz w:val="22"/>
        </w:rPr>
        <w:t>, adresa)</w:t>
      </w:r>
    </w:p>
    <w:p w:rsidR="00FF20E1" w:rsidRPr="00B17CC9" w:rsidRDefault="00FF20E1" w:rsidP="00B17CC9">
      <w:pPr>
        <w:jc w:val="both"/>
        <w:rPr>
          <w:rFonts w:cs="Times New Roman"/>
          <w:bCs/>
          <w:sz w:val="22"/>
        </w:rPr>
      </w:pPr>
      <w:proofErr w:type="spellStart"/>
      <w:r w:rsidRPr="00B17CC9">
        <w:rPr>
          <w:rFonts w:cs="Times New Roman"/>
          <w:bCs/>
          <w:color w:val="000000"/>
          <w:sz w:val="22"/>
        </w:rPr>
        <w:t>Autoritatea</w:t>
      </w:r>
      <w:proofErr w:type="spellEnd"/>
      <w:r w:rsidRPr="00B17CC9">
        <w:rPr>
          <w:rFonts w:cs="Times New Roman"/>
          <w:bCs/>
          <w:color w:val="000000"/>
          <w:sz w:val="22"/>
        </w:rPr>
        <w:t xml:space="preserve"> </w:t>
      </w:r>
      <w:proofErr w:type="spellStart"/>
      <w:r w:rsidRPr="00B17CC9">
        <w:rPr>
          <w:rFonts w:cs="Times New Roman"/>
          <w:bCs/>
          <w:color w:val="000000"/>
          <w:sz w:val="22"/>
        </w:rPr>
        <w:t>contractantă</w:t>
      </w:r>
      <w:proofErr w:type="spellEnd"/>
      <w:r w:rsidRPr="00B17CC9">
        <w:rPr>
          <w:rFonts w:cs="Times New Roman"/>
          <w:bCs/>
          <w:color w:val="000000"/>
          <w:sz w:val="22"/>
        </w:rPr>
        <w:t xml:space="preserve">: </w:t>
      </w:r>
      <w:proofErr w:type="spellStart"/>
      <w:r w:rsidRPr="00B17CC9">
        <w:rPr>
          <w:rFonts w:cs="Times New Roman"/>
          <w:bCs/>
          <w:color w:val="000000"/>
          <w:sz w:val="22"/>
        </w:rPr>
        <w:t>Agenția</w:t>
      </w:r>
      <w:proofErr w:type="spellEnd"/>
      <w:r w:rsidRPr="00B17CC9">
        <w:rPr>
          <w:rFonts w:cs="Times New Roman"/>
          <w:bCs/>
          <w:color w:val="000000"/>
          <w:sz w:val="22"/>
        </w:rPr>
        <w:t xml:space="preserve"> </w:t>
      </w:r>
      <w:proofErr w:type="spellStart"/>
      <w:r w:rsidRPr="00B17CC9">
        <w:rPr>
          <w:rFonts w:cs="Times New Roman"/>
          <w:bCs/>
          <w:color w:val="000000"/>
          <w:sz w:val="22"/>
        </w:rPr>
        <w:t>Națională</w:t>
      </w:r>
      <w:proofErr w:type="spellEnd"/>
      <w:r w:rsidRPr="00B17CC9">
        <w:rPr>
          <w:rFonts w:cs="Times New Roman"/>
          <w:bCs/>
          <w:color w:val="000000"/>
          <w:sz w:val="22"/>
        </w:rPr>
        <w:t xml:space="preserve"> </w:t>
      </w:r>
      <w:proofErr w:type="spellStart"/>
      <w:r w:rsidRPr="00B17CC9">
        <w:rPr>
          <w:rFonts w:cs="Times New Roman"/>
          <w:bCs/>
          <w:color w:val="000000"/>
          <w:sz w:val="22"/>
        </w:rPr>
        <w:t>pentru</w:t>
      </w:r>
      <w:proofErr w:type="spellEnd"/>
      <w:r w:rsidRPr="00B17CC9">
        <w:rPr>
          <w:rFonts w:cs="Times New Roman"/>
          <w:bCs/>
          <w:color w:val="000000"/>
          <w:sz w:val="22"/>
        </w:rPr>
        <w:t xml:space="preserve"> </w:t>
      </w:r>
      <w:proofErr w:type="spellStart"/>
      <w:r w:rsidRPr="00B17CC9">
        <w:rPr>
          <w:rFonts w:cs="Times New Roman"/>
          <w:bCs/>
          <w:color w:val="000000"/>
          <w:sz w:val="22"/>
        </w:rPr>
        <w:t>Sănătate</w:t>
      </w:r>
      <w:proofErr w:type="spellEnd"/>
      <w:r w:rsidRPr="00B17CC9">
        <w:rPr>
          <w:rFonts w:cs="Times New Roman"/>
          <w:bCs/>
          <w:color w:val="000000"/>
          <w:sz w:val="22"/>
        </w:rPr>
        <w:t xml:space="preserve"> </w:t>
      </w:r>
      <w:proofErr w:type="spellStart"/>
      <w:r w:rsidRPr="00B17CC9">
        <w:rPr>
          <w:rFonts w:cs="Times New Roman"/>
          <w:bCs/>
          <w:color w:val="000000"/>
          <w:sz w:val="22"/>
        </w:rPr>
        <w:t>Publică</w:t>
      </w:r>
      <w:proofErr w:type="spellEnd"/>
      <w:r w:rsidRPr="00B17CC9">
        <w:rPr>
          <w:rFonts w:cs="Times New Roman"/>
          <w:bCs/>
          <w:color w:val="000000"/>
          <w:sz w:val="22"/>
        </w:rPr>
        <w:t xml:space="preserve">, </w:t>
      </w:r>
      <w:proofErr w:type="spellStart"/>
      <w:r w:rsidRPr="00B17CC9">
        <w:rPr>
          <w:rFonts w:cs="Times New Roman"/>
          <w:bCs/>
          <w:color w:val="000000"/>
          <w:sz w:val="22"/>
        </w:rPr>
        <w:t>mun</w:t>
      </w:r>
      <w:proofErr w:type="spellEnd"/>
      <w:r w:rsidRPr="00B17CC9">
        <w:rPr>
          <w:rFonts w:cs="Times New Roman"/>
          <w:bCs/>
          <w:color w:val="000000"/>
          <w:sz w:val="22"/>
        </w:rPr>
        <w:t xml:space="preserve">. </w:t>
      </w:r>
      <w:proofErr w:type="spellStart"/>
      <w:r w:rsidRPr="00B17CC9">
        <w:rPr>
          <w:rFonts w:cs="Times New Roman"/>
          <w:bCs/>
          <w:color w:val="000000"/>
          <w:sz w:val="22"/>
        </w:rPr>
        <w:t>Chișinău</w:t>
      </w:r>
      <w:proofErr w:type="spellEnd"/>
      <w:r w:rsidRPr="00B17CC9">
        <w:rPr>
          <w:rFonts w:cs="Times New Roman"/>
          <w:bCs/>
          <w:color w:val="000000"/>
          <w:sz w:val="22"/>
        </w:rPr>
        <w:t xml:space="preserve">, str. </w:t>
      </w:r>
      <w:proofErr w:type="spellStart"/>
      <w:r w:rsidRPr="00B17CC9">
        <w:rPr>
          <w:rFonts w:cs="Times New Roman"/>
          <w:bCs/>
          <w:color w:val="000000"/>
          <w:sz w:val="22"/>
        </w:rPr>
        <w:t>Gh</w:t>
      </w:r>
      <w:proofErr w:type="spellEnd"/>
      <w:r w:rsidRPr="00B17CC9">
        <w:rPr>
          <w:rFonts w:cs="Times New Roman"/>
          <w:bCs/>
          <w:color w:val="000000"/>
          <w:sz w:val="22"/>
        </w:rPr>
        <w:t xml:space="preserve">. </w:t>
      </w:r>
      <w:proofErr w:type="spellStart"/>
      <w:r w:rsidRPr="00B17CC9">
        <w:rPr>
          <w:rFonts w:cs="Times New Roman"/>
          <w:bCs/>
          <w:color w:val="000000"/>
          <w:sz w:val="22"/>
        </w:rPr>
        <w:t>Asachi</w:t>
      </w:r>
      <w:proofErr w:type="spellEnd"/>
      <w:r w:rsidRPr="00B17CC9">
        <w:rPr>
          <w:rFonts w:cs="Times New Roman"/>
          <w:bCs/>
          <w:color w:val="000000"/>
          <w:sz w:val="22"/>
        </w:rPr>
        <w:t>, 67 A</w:t>
      </w:r>
    </w:p>
    <w:p w:rsidR="00FF20E1" w:rsidRPr="00B17CC9" w:rsidRDefault="00FF20E1" w:rsidP="00B17CC9">
      <w:pPr>
        <w:jc w:val="both"/>
        <w:rPr>
          <w:rFonts w:cs="Times New Roman"/>
          <w:bCs/>
          <w:sz w:val="22"/>
        </w:rPr>
      </w:pPr>
      <w:r w:rsidRPr="00B17CC9">
        <w:rPr>
          <w:rFonts w:cs="Times New Roman"/>
          <w:bCs/>
          <w:color w:val="000000"/>
          <w:sz w:val="22"/>
        </w:rPr>
        <w:t xml:space="preserve">                                                                              (</w:t>
      </w:r>
      <w:proofErr w:type="spellStart"/>
      <w:r w:rsidRPr="00B17CC9">
        <w:rPr>
          <w:rFonts w:cs="Times New Roman"/>
          <w:bCs/>
          <w:color w:val="000000"/>
          <w:sz w:val="22"/>
        </w:rPr>
        <w:t>denumirea</w:t>
      </w:r>
      <w:proofErr w:type="spellEnd"/>
      <w:r w:rsidRPr="00B17CC9">
        <w:rPr>
          <w:rFonts w:cs="Times New Roman"/>
          <w:bCs/>
          <w:color w:val="000000"/>
          <w:sz w:val="22"/>
        </w:rPr>
        <w:t>, adresa)</w:t>
      </w:r>
    </w:p>
    <w:p w:rsidR="00FF20E1" w:rsidRPr="00B17CC9" w:rsidRDefault="00FF20E1" w:rsidP="00B17CC9">
      <w:pPr>
        <w:keepNext/>
        <w:keepLines/>
        <w:jc w:val="both"/>
        <w:outlineLvl w:val="1"/>
        <w:rPr>
          <w:rFonts w:eastAsiaTheme="majorEastAsia" w:cs="Times New Roman"/>
          <w:b/>
          <w:sz w:val="22"/>
        </w:rPr>
      </w:pPr>
    </w:p>
    <w:p w:rsidR="00FF20E1" w:rsidRPr="00B17CC9" w:rsidRDefault="00FF20E1" w:rsidP="00B17CC9">
      <w:pPr>
        <w:ind w:left="709"/>
        <w:jc w:val="both"/>
        <w:rPr>
          <w:rFonts w:cs="Times New Roman"/>
          <w:b/>
          <w:sz w:val="22"/>
        </w:rPr>
      </w:pPr>
      <w:r w:rsidRPr="00B17CC9">
        <w:rPr>
          <w:rFonts w:cs="Times New Roman"/>
          <w:b/>
          <w:color w:val="000000"/>
          <w:sz w:val="22"/>
        </w:rPr>
        <w:t xml:space="preserve">1. </w:t>
      </w:r>
      <w:proofErr w:type="spellStart"/>
      <w:r w:rsidRPr="00B17CC9">
        <w:rPr>
          <w:rFonts w:cs="Times New Roman"/>
          <w:b/>
          <w:color w:val="000000"/>
          <w:sz w:val="22"/>
        </w:rPr>
        <w:t>Descriere</w:t>
      </w:r>
      <w:proofErr w:type="spellEnd"/>
      <w:r w:rsidRPr="00B17CC9">
        <w:rPr>
          <w:rFonts w:cs="Times New Roman"/>
          <w:b/>
          <w:color w:val="000000"/>
          <w:sz w:val="22"/>
        </w:rPr>
        <w:t xml:space="preserve"> </w:t>
      </w:r>
      <w:proofErr w:type="spellStart"/>
      <w:r w:rsidRPr="00B17CC9">
        <w:rPr>
          <w:rFonts w:cs="Times New Roman"/>
          <w:b/>
          <w:color w:val="000000"/>
          <w:sz w:val="22"/>
        </w:rPr>
        <w:t>generală</w:t>
      </w:r>
      <w:proofErr w:type="spellEnd"/>
      <w:r w:rsidRPr="00B17CC9">
        <w:rPr>
          <w:rFonts w:cs="Times New Roman"/>
          <w:b/>
          <w:color w:val="000000"/>
          <w:sz w:val="22"/>
        </w:rPr>
        <w:t xml:space="preserve">. </w:t>
      </w:r>
      <w:proofErr w:type="spellStart"/>
      <w:r w:rsidRPr="00B17CC9">
        <w:rPr>
          <w:rFonts w:cs="Times New Roman"/>
          <w:b/>
          <w:color w:val="000000"/>
          <w:sz w:val="22"/>
        </w:rPr>
        <w:t>Informaţii</w:t>
      </w:r>
      <w:proofErr w:type="spellEnd"/>
    </w:p>
    <w:p w:rsidR="00FF20E1" w:rsidRPr="00B17CC9" w:rsidRDefault="00FF20E1" w:rsidP="00B17CC9">
      <w:pPr>
        <w:ind w:firstLine="709"/>
        <w:jc w:val="both"/>
        <w:rPr>
          <w:rFonts w:cs="Times New Roman"/>
          <w:bCs/>
          <w:sz w:val="22"/>
        </w:rPr>
      </w:pPr>
      <w:bookmarkStart w:id="4" w:name="_Hlk63345649"/>
      <w:r w:rsidRPr="00B17CC9">
        <w:rPr>
          <w:rFonts w:cs="Times New Roman"/>
          <w:bCs/>
          <w:color w:val="000000"/>
          <w:sz w:val="22"/>
        </w:rPr>
        <w:t>Achiziția vizează consumabile de laborator necesare activității laboratorului, structurate în 4 loturi și 7 poziții, conform specificațiilor tehnice din Anexa nr. 3.</w:t>
      </w:r>
      <w:bookmarkEnd w:id="4"/>
    </w:p>
    <w:p w:rsidR="00FF20E1" w:rsidRPr="00B17CC9" w:rsidRDefault="00FF20E1" w:rsidP="00B17CC9">
      <w:pPr>
        <w:ind w:firstLine="709"/>
        <w:jc w:val="both"/>
        <w:rPr>
          <w:rFonts w:cs="Times New Roman"/>
          <w:b/>
          <w:sz w:val="22"/>
        </w:rPr>
      </w:pPr>
      <w:bookmarkStart w:id="5" w:name="_Hlk65747910"/>
      <w:r w:rsidRPr="00B17CC9">
        <w:rPr>
          <w:rFonts w:cs="Times New Roman"/>
          <w:b/>
          <w:color w:val="000000"/>
          <w:sz w:val="22"/>
        </w:rPr>
        <w:t xml:space="preserve">2.  </w:t>
      </w:r>
      <w:proofErr w:type="spellStart"/>
      <w:r w:rsidRPr="00B17CC9">
        <w:rPr>
          <w:rFonts w:cs="Times New Roman"/>
          <w:b/>
          <w:color w:val="000000"/>
          <w:sz w:val="22"/>
        </w:rPr>
        <w:t>Utilizarea</w:t>
      </w:r>
      <w:proofErr w:type="spellEnd"/>
      <w:r w:rsidRPr="00B17CC9">
        <w:rPr>
          <w:rFonts w:cs="Times New Roman"/>
          <w:b/>
          <w:color w:val="000000"/>
          <w:sz w:val="22"/>
        </w:rPr>
        <w:t xml:space="preserve">, </w:t>
      </w:r>
      <w:proofErr w:type="spellStart"/>
      <w:r w:rsidRPr="00B17CC9">
        <w:rPr>
          <w:rFonts w:cs="Times New Roman"/>
          <w:b/>
          <w:color w:val="000000"/>
          <w:sz w:val="22"/>
        </w:rPr>
        <w:t>păstrarea</w:t>
      </w:r>
      <w:proofErr w:type="spellEnd"/>
      <w:r w:rsidRPr="00B17CC9">
        <w:rPr>
          <w:rFonts w:cs="Times New Roman"/>
          <w:b/>
          <w:color w:val="000000"/>
          <w:sz w:val="22"/>
        </w:rPr>
        <w:t xml:space="preserve">, </w:t>
      </w:r>
      <w:proofErr w:type="spellStart"/>
      <w:r w:rsidRPr="00B17CC9">
        <w:rPr>
          <w:rFonts w:cs="Times New Roman"/>
          <w:b/>
          <w:color w:val="000000"/>
          <w:sz w:val="22"/>
        </w:rPr>
        <w:t>protecţia</w:t>
      </w:r>
      <w:proofErr w:type="spellEnd"/>
      <w:r w:rsidRPr="00B17CC9">
        <w:rPr>
          <w:rFonts w:cs="Times New Roman"/>
          <w:b/>
          <w:color w:val="000000"/>
          <w:sz w:val="22"/>
        </w:rPr>
        <w:t xml:space="preserve">, </w:t>
      </w:r>
      <w:proofErr w:type="spellStart"/>
      <w:r w:rsidRPr="00B17CC9">
        <w:rPr>
          <w:rFonts w:cs="Times New Roman"/>
          <w:b/>
          <w:color w:val="000000"/>
          <w:sz w:val="22"/>
        </w:rPr>
        <w:t>calitatea</w:t>
      </w:r>
      <w:bookmarkStart w:id="6" w:name="_Hlk63425519"/>
      <w:proofErr w:type="spellEnd"/>
      <w:r w:rsidRPr="00B17CC9">
        <w:rPr>
          <w:rFonts w:cs="Times New Roman"/>
          <w:b/>
          <w:color w:val="000000"/>
          <w:sz w:val="22"/>
        </w:rPr>
        <w:t xml:space="preserve"> </w:t>
      </w:r>
      <w:proofErr w:type="spellStart"/>
      <w:r w:rsidRPr="00B17CC9">
        <w:rPr>
          <w:rFonts w:cs="Times New Roman"/>
          <w:b/>
          <w:color w:val="000000"/>
          <w:sz w:val="22"/>
        </w:rPr>
        <w:t>produselor</w:t>
      </w:r>
      <w:proofErr w:type="spellEnd"/>
      <w:r w:rsidRPr="00B17CC9">
        <w:rPr>
          <w:rFonts w:cs="Times New Roman"/>
          <w:b/>
          <w:color w:val="000000"/>
          <w:sz w:val="22"/>
        </w:rPr>
        <w:t>/</w:t>
      </w:r>
      <w:proofErr w:type="spellStart"/>
      <w:r w:rsidRPr="00B17CC9">
        <w:rPr>
          <w:rFonts w:cs="Times New Roman"/>
          <w:b/>
          <w:color w:val="000000"/>
          <w:sz w:val="22"/>
        </w:rPr>
        <w:t>serviciilor</w:t>
      </w:r>
      <w:bookmarkEnd w:id="6"/>
      <w:proofErr w:type="spellEnd"/>
    </w:p>
    <w:p w:rsidR="00FF20E1" w:rsidRPr="00B17CC9" w:rsidRDefault="00FF20E1" w:rsidP="00B17CC9">
      <w:pPr>
        <w:ind w:firstLine="709"/>
        <w:jc w:val="both"/>
        <w:rPr>
          <w:rFonts w:cs="Times New Roman"/>
          <w:bCs/>
          <w:sz w:val="22"/>
        </w:rPr>
      </w:pPr>
      <w:r w:rsidRPr="00B17CC9">
        <w:rPr>
          <w:rFonts w:cs="Times New Roman"/>
          <w:bCs/>
          <w:color w:val="000000"/>
          <w:sz w:val="22"/>
        </w:rPr>
        <w:t xml:space="preserve">Bunurile se livrează în ambalajul original al producătorului, în termen de 30 de zile lucrătoare de la data înregistrării contractului, după caz, la Republica Moldova, mun. Chișinău, str. Gh. Asachi 67. Documentele/certificatele solicitate </w:t>
      </w:r>
      <w:proofErr w:type="spellStart"/>
      <w:r w:rsidRPr="00B17CC9">
        <w:rPr>
          <w:rFonts w:cs="Times New Roman"/>
          <w:bCs/>
          <w:color w:val="000000"/>
          <w:sz w:val="22"/>
        </w:rPr>
        <w:t>trebuie</w:t>
      </w:r>
      <w:proofErr w:type="spellEnd"/>
      <w:r w:rsidRPr="00B17CC9">
        <w:rPr>
          <w:rFonts w:cs="Times New Roman"/>
          <w:bCs/>
          <w:color w:val="000000"/>
          <w:sz w:val="22"/>
        </w:rPr>
        <w:t xml:space="preserve"> </w:t>
      </w:r>
      <w:proofErr w:type="spellStart"/>
      <w:r w:rsidRPr="00B17CC9">
        <w:rPr>
          <w:rFonts w:cs="Times New Roman"/>
          <w:bCs/>
          <w:color w:val="000000"/>
          <w:sz w:val="22"/>
        </w:rPr>
        <w:t>să</w:t>
      </w:r>
      <w:proofErr w:type="spellEnd"/>
      <w:r w:rsidRPr="00B17CC9">
        <w:rPr>
          <w:rFonts w:cs="Times New Roman"/>
          <w:bCs/>
          <w:color w:val="000000"/>
          <w:sz w:val="22"/>
        </w:rPr>
        <w:t xml:space="preserve"> fie </w:t>
      </w:r>
      <w:proofErr w:type="spellStart"/>
      <w:r w:rsidRPr="00B17CC9">
        <w:rPr>
          <w:rFonts w:cs="Times New Roman"/>
          <w:bCs/>
          <w:color w:val="000000"/>
          <w:sz w:val="22"/>
        </w:rPr>
        <w:t>valabile</w:t>
      </w:r>
      <w:proofErr w:type="spellEnd"/>
      <w:r w:rsidRPr="00B17CC9">
        <w:rPr>
          <w:rFonts w:cs="Times New Roman"/>
          <w:bCs/>
          <w:color w:val="000000"/>
          <w:sz w:val="22"/>
        </w:rPr>
        <w:t>.</w:t>
      </w:r>
    </w:p>
    <w:p w:rsidR="00FF20E1" w:rsidRPr="00B17CC9" w:rsidRDefault="00FF20E1" w:rsidP="00B17CC9">
      <w:pPr>
        <w:pStyle w:val="Listparagraf"/>
        <w:tabs>
          <w:tab w:val="left" w:pos="1134"/>
        </w:tabs>
        <w:contextualSpacing w:val="0"/>
        <w:jc w:val="both"/>
        <w:rPr>
          <w:rFonts w:cs="Times New Roman"/>
          <w:b/>
          <w:sz w:val="22"/>
        </w:rPr>
      </w:pPr>
      <w:r w:rsidRPr="00B17CC9">
        <w:rPr>
          <w:rFonts w:cs="Times New Roman"/>
          <w:b/>
          <w:color w:val="000000"/>
          <w:sz w:val="22"/>
        </w:rPr>
        <w:t xml:space="preserve">3. </w:t>
      </w:r>
      <w:proofErr w:type="spellStart"/>
      <w:r w:rsidRPr="00B17CC9">
        <w:rPr>
          <w:rFonts w:cs="Times New Roman"/>
          <w:b/>
          <w:color w:val="000000"/>
          <w:sz w:val="22"/>
        </w:rPr>
        <w:t>Materiale</w:t>
      </w:r>
      <w:proofErr w:type="spellEnd"/>
      <w:r w:rsidRPr="00B17CC9">
        <w:rPr>
          <w:rFonts w:cs="Times New Roman"/>
          <w:b/>
          <w:color w:val="000000"/>
          <w:sz w:val="22"/>
        </w:rPr>
        <w:t xml:space="preserve">, </w:t>
      </w:r>
      <w:proofErr w:type="spellStart"/>
      <w:r w:rsidRPr="00B17CC9">
        <w:rPr>
          <w:rFonts w:cs="Times New Roman"/>
          <w:b/>
          <w:color w:val="000000"/>
          <w:sz w:val="22"/>
        </w:rPr>
        <w:t>compatibilităţi</w:t>
      </w:r>
      <w:proofErr w:type="spellEnd"/>
      <w:r w:rsidRPr="00B17CC9">
        <w:rPr>
          <w:rFonts w:cs="Times New Roman"/>
          <w:b/>
          <w:color w:val="000000"/>
          <w:sz w:val="22"/>
        </w:rPr>
        <w:t xml:space="preserve">, </w:t>
      </w:r>
      <w:proofErr w:type="spellStart"/>
      <w:r w:rsidRPr="00B17CC9">
        <w:rPr>
          <w:rFonts w:cs="Times New Roman"/>
          <w:b/>
          <w:color w:val="000000"/>
          <w:sz w:val="22"/>
        </w:rPr>
        <w:t>reglementări</w:t>
      </w:r>
      <w:proofErr w:type="spellEnd"/>
      <w:r w:rsidRPr="00B17CC9">
        <w:rPr>
          <w:rFonts w:cs="Times New Roman"/>
          <w:b/>
          <w:color w:val="000000"/>
          <w:sz w:val="22"/>
        </w:rPr>
        <w:t xml:space="preserve"> </w:t>
      </w:r>
      <w:proofErr w:type="spellStart"/>
      <w:r w:rsidRPr="00B17CC9">
        <w:rPr>
          <w:rFonts w:cs="Times New Roman"/>
          <w:b/>
          <w:color w:val="000000"/>
          <w:sz w:val="22"/>
        </w:rPr>
        <w:t>tehnice</w:t>
      </w:r>
      <w:proofErr w:type="spellEnd"/>
      <w:r w:rsidRPr="00B17CC9">
        <w:rPr>
          <w:rFonts w:cs="Times New Roman"/>
          <w:b/>
          <w:color w:val="000000"/>
          <w:sz w:val="22"/>
        </w:rPr>
        <w:t xml:space="preserve"> </w:t>
      </w:r>
      <w:proofErr w:type="spellStart"/>
      <w:r w:rsidRPr="00B17CC9">
        <w:rPr>
          <w:rFonts w:cs="Times New Roman"/>
          <w:b/>
          <w:color w:val="000000"/>
          <w:sz w:val="22"/>
        </w:rPr>
        <w:t>şi</w:t>
      </w:r>
      <w:proofErr w:type="spellEnd"/>
      <w:r w:rsidRPr="00B17CC9">
        <w:rPr>
          <w:rFonts w:cs="Times New Roman"/>
          <w:b/>
          <w:color w:val="000000"/>
          <w:sz w:val="22"/>
        </w:rPr>
        <w:t xml:space="preserve"> </w:t>
      </w:r>
      <w:proofErr w:type="spellStart"/>
      <w:r w:rsidRPr="00B17CC9">
        <w:rPr>
          <w:rFonts w:cs="Times New Roman"/>
          <w:b/>
          <w:color w:val="000000"/>
          <w:sz w:val="22"/>
        </w:rPr>
        <w:t>standarde</w:t>
      </w:r>
      <w:proofErr w:type="spellEnd"/>
      <w:r w:rsidRPr="00B17CC9">
        <w:rPr>
          <w:rFonts w:cs="Times New Roman"/>
          <w:b/>
          <w:color w:val="000000"/>
          <w:sz w:val="22"/>
        </w:rPr>
        <w:t xml:space="preserve"> </w:t>
      </w:r>
      <w:proofErr w:type="spellStart"/>
      <w:r w:rsidRPr="00B17CC9">
        <w:rPr>
          <w:rFonts w:cs="Times New Roman"/>
          <w:b/>
          <w:color w:val="000000"/>
          <w:sz w:val="22"/>
        </w:rPr>
        <w:t>utilizate</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Cerințele tehnice detaliate sunt cele din Anexa nr. 3. Se solicită, după caz, certificat ISO 9001 și/sau ISO 13485 al producătorului și certificat de conformitate (CE) sau declarație de conformitate ori echivalent. Termenul de valabilitate restant la livrare trebuie să fie mai mare de 90% din termenul total de valabilitate și, după caz, nu mai </w:t>
      </w:r>
      <w:proofErr w:type="spellStart"/>
      <w:r w:rsidRPr="00B17CC9">
        <w:rPr>
          <w:rFonts w:cs="Times New Roman"/>
          <w:color w:val="000000"/>
          <w:sz w:val="22"/>
        </w:rPr>
        <w:t>puțin</w:t>
      </w:r>
      <w:proofErr w:type="spellEnd"/>
      <w:r w:rsidRPr="00B17CC9">
        <w:rPr>
          <w:rFonts w:cs="Times New Roman"/>
          <w:color w:val="000000"/>
          <w:sz w:val="22"/>
        </w:rPr>
        <w:t xml:space="preserve"> de 12 </w:t>
      </w:r>
      <w:proofErr w:type="spellStart"/>
      <w:r w:rsidRPr="00B17CC9">
        <w:rPr>
          <w:rFonts w:cs="Times New Roman"/>
          <w:color w:val="000000"/>
          <w:sz w:val="22"/>
        </w:rPr>
        <w:t>luni</w:t>
      </w:r>
      <w:proofErr w:type="spellEnd"/>
      <w:r w:rsidRPr="00B17CC9">
        <w:rPr>
          <w:rFonts w:cs="Times New Roman"/>
          <w:color w:val="000000"/>
          <w:sz w:val="22"/>
        </w:rPr>
        <w:t>.</w:t>
      </w:r>
    </w:p>
    <w:p w:rsidR="00FF20E1" w:rsidRPr="00B17CC9" w:rsidRDefault="00FF20E1" w:rsidP="00B17CC9">
      <w:pPr>
        <w:pStyle w:val="Listparagraf"/>
        <w:tabs>
          <w:tab w:val="left" w:pos="1134"/>
        </w:tabs>
        <w:contextualSpacing w:val="0"/>
        <w:jc w:val="both"/>
        <w:rPr>
          <w:rFonts w:cs="Times New Roman"/>
          <w:b/>
          <w:sz w:val="22"/>
        </w:rPr>
      </w:pPr>
      <w:r w:rsidRPr="00B17CC9">
        <w:rPr>
          <w:rFonts w:cs="Times New Roman"/>
          <w:b/>
          <w:color w:val="000000"/>
          <w:sz w:val="22"/>
        </w:rPr>
        <w:t xml:space="preserve">4. </w:t>
      </w:r>
      <w:proofErr w:type="spellStart"/>
      <w:r w:rsidRPr="00B17CC9">
        <w:rPr>
          <w:rFonts w:cs="Times New Roman"/>
          <w:b/>
          <w:color w:val="000000"/>
          <w:sz w:val="22"/>
        </w:rPr>
        <w:t>Cerinţe</w:t>
      </w:r>
      <w:proofErr w:type="spellEnd"/>
      <w:r w:rsidRPr="00B17CC9">
        <w:rPr>
          <w:rFonts w:cs="Times New Roman"/>
          <w:b/>
          <w:color w:val="000000"/>
          <w:sz w:val="22"/>
        </w:rPr>
        <w:t xml:space="preserve"> </w:t>
      </w:r>
      <w:proofErr w:type="spellStart"/>
      <w:r w:rsidRPr="00B17CC9">
        <w:rPr>
          <w:rFonts w:cs="Times New Roman"/>
          <w:b/>
          <w:color w:val="000000"/>
          <w:sz w:val="22"/>
        </w:rPr>
        <w:t>privind</w:t>
      </w:r>
      <w:proofErr w:type="spellEnd"/>
      <w:r w:rsidRPr="00B17CC9">
        <w:rPr>
          <w:rFonts w:cs="Times New Roman"/>
          <w:b/>
          <w:color w:val="000000"/>
          <w:sz w:val="22"/>
        </w:rPr>
        <w:t xml:space="preserve"> </w:t>
      </w:r>
      <w:proofErr w:type="spellStart"/>
      <w:r w:rsidRPr="00B17CC9">
        <w:rPr>
          <w:rFonts w:cs="Times New Roman"/>
          <w:b/>
          <w:color w:val="000000"/>
          <w:sz w:val="22"/>
        </w:rPr>
        <w:t>calculul</w:t>
      </w:r>
      <w:proofErr w:type="spellEnd"/>
      <w:r w:rsidRPr="00B17CC9">
        <w:rPr>
          <w:rFonts w:cs="Times New Roman"/>
          <w:b/>
          <w:color w:val="000000"/>
          <w:sz w:val="22"/>
        </w:rPr>
        <w:t xml:space="preserve"> </w:t>
      </w:r>
      <w:proofErr w:type="spellStart"/>
      <w:r w:rsidRPr="00B17CC9">
        <w:rPr>
          <w:rFonts w:cs="Times New Roman"/>
          <w:b/>
          <w:color w:val="000000"/>
          <w:sz w:val="22"/>
        </w:rPr>
        <w:t>costului</w:t>
      </w:r>
      <w:proofErr w:type="spellEnd"/>
      <w:r w:rsidRPr="00B17CC9">
        <w:rPr>
          <w:rFonts w:cs="Times New Roman"/>
          <w:b/>
          <w:color w:val="000000"/>
          <w:sz w:val="22"/>
        </w:rPr>
        <w:t>/</w:t>
      </w:r>
      <w:proofErr w:type="spellStart"/>
      <w:r w:rsidRPr="00B17CC9">
        <w:rPr>
          <w:rFonts w:cs="Times New Roman"/>
          <w:b/>
          <w:color w:val="000000"/>
          <w:sz w:val="22"/>
        </w:rPr>
        <w:t>prețului</w:t>
      </w:r>
      <w:proofErr w:type="spellEnd"/>
    </w:p>
    <w:p w:rsidR="00FF20E1" w:rsidRPr="00B17CC9" w:rsidRDefault="00FF20E1" w:rsidP="00B17CC9">
      <w:pPr>
        <w:ind w:firstLine="709"/>
        <w:jc w:val="both"/>
        <w:rPr>
          <w:rFonts w:cs="Times New Roman"/>
          <w:bCs/>
          <w:sz w:val="22"/>
        </w:rPr>
      </w:pPr>
      <w:r w:rsidRPr="00B17CC9">
        <w:rPr>
          <w:rFonts w:cs="Times New Roman"/>
          <w:bCs/>
          <w:color w:val="000000"/>
          <w:sz w:val="22"/>
        </w:rPr>
        <w:t xml:space="preserve">Oferta financiară se completează de ofertant în Anexa nr. 4 – Specificații de preț, în lei MD. Autoritatea contractantă nu completează anticipat </w:t>
      </w:r>
      <w:proofErr w:type="spellStart"/>
      <w:r w:rsidRPr="00B17CC9">
        <w:rPr>
          <w:rFonts w:cs="Times New Roman"/>
          <w:bCs/>
          <w:color w:val="000000"/>
          <w:sz w:val="22"/>
        </w:rPr>
        <w:t>coloanele</w:t>
      </w:r>
      <w:proofErr w:type="spellEnd"/>
      <w:r w:rsidRPr="00B17CC9">
        <w:rPr>
          <w:rFonts w:cs="Times New Roman"/>
          <w:bCs/>
          <w:color w:val="000000"/>
          <w:sz w:val="22"/>
        </w:rPr>
        <w:t xml:space="preserve"> destinate </w:t>
      </w:r>
      <w:proofErr w:type="spellStart"/>
      <w:r w:rsidRPr="00B17CC9">
        <w:rPr>
          <w:rFonts w:cs="Times New Roman"/>
          <w:bCs/>
          <w:color w:val="000000"/>
          <w:sz w:val="22"/>
        </w:rPr>
        <w:t>prețurilor</w:t>
      </w:r>
      <w:proofErr w:type="spellEnd"/>
      <w:r w:rsidRPr="00B17CC9">
        <w:rPr>
          <w:rFonts w:cs="Times New Roman"/>
          <w:bCs/>
          <w:color w:val="000000"/>
          <w:sz w:val="22"/>
        </w:rPr>
        <w:t xml:space="preserve"> </w:t>
      </w:r>
      <w:proofErr w:type="spellStart"/>
      <w:r w:rsidRPr="00B17CC9">
        <w:rPr>
          <w:rFonts w:cs="Times New Roman"/>
          <w:bCs/>
          <w:color w:val="000000"/>
          <w:sz w:val="22"/>
        </w:rPr>
        <w:t>ofertantului</w:t>
      </w:r>
      <w:proofErr w:type="spellEnd"/>
      <w:r w:rsidRPr="00B17CC9">
        <w:rPr>
          <w:rFonts w:cs="Times New Roman"/>
          <w:bCs/>
          <w:color w:val="000000"/>
          <w:sz w:val="22"/>
        </w:rPr>
        <w:t>.</w:t>
      </w:r>
    </w:p>
    <w:p w:rsidR="00FF20E1" w:rsidRPr="00B17CC9" w:rsidRDefault="00FF20E1" w:rsidP="00B17CC9">
      <w:pPr>
        <w:pStyle w:val="Listparagraf"/>
        <w:tabs>
          <w:tab w:val="left" w:pos="1134"/>
        </w:tabs>
        <w:contextualSpacing w:val="0"/>
        <w:jc w:val="both"/>
        <w:rPr>
          <w:rFonts w:cs="Times New Roman"/>
          <w:b/>
          <w:sz w:val="22"/>
        </w:rPr>
      </w:pPr>
      <w:r w:rsidRPr="00B17CC9">
        <w:rPr>
          <w:rFonts w:cs="Times New Roman"/>
          <w:b/>
          <w:color w:val="000000"/>
          <w:sz w:val="22"/>
        </w:rPr>
        <w:t xml:space="preserve">5. </w:t>
      </w:r>
      <w:proofErr w:type="spellStart"/>
      <w:r w:rsidRPr="00B17CC9">
        <w:rPr>
          <w:rFonts w:cs="Times New Roman"/>
          <w:b/>
          <w:color w:val="000000"/>
          <w:sz w:val="22"/>
        </w:rPr>
        <w:t>Mostre</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Nu se solicită </w:t>
      </w:r>
      <w:proofErr w:type="spellStart"/>
      <w:r w:rsidRPr="00B17CC9">
        <w:rPr>
          <w:rFonts w:cs="Times New Roman"/>
          <w:color w:val="000000"/>
          <w:sz w:val="22"/>
        </w:rPr>
        <w:t>mostre</w:t>
      </w:r>
      <w:proofErr w:type="spellEnd"/>
      <w:r w:rsidRPr="00B17CC9">
        <w:rPr>
          <w:rFonts w:cs="Times New Roman"/>
          <w:color w:val="000000"/>
          <w:sz w:val="22"/>
        </w:rPr>
        <w:t xml:space="preserve"> </w:t>
      </w:r>
      <w:proofErr w:type="spellStart"/>
      <w:r w:rsidRPr="00B17CC9">
        <w:rPr>
          <w:rFonts w:cs="Times New Roman"/>
          <w:color w:val="000000"/>
          <w:sz w:val="22"/>
        </w:rPr>
        <w:t>prin</w:t>
      </w:r>
      <w:proofErr w:type="spellEnd"/>
      <w:r w:rsidRPr="00B17CC9">
        <w:rPr>
          <w:rFonts w:cs="Times New Roman"/>
          <w:color w:val="000000"/>
          <w:sz w:val="22"/>
        </w:rPr>
        <w:t xml:space="preserve"> </w:t>
      </w:r>
      <w:proofErr w:type="spellStart"/>
      <w:r w:rsidRPr="00B17CC9">
        <w:rPr>
          <w:rFonts w:cs="Times New Roman"/>
          <w:color w:val="000000"/>
          <w:sz w:val="22"/>
        </w:rPr>
        <w:t>prezenta</w:t>
      </w:r>
      <w:proofErr w:type="spellEnd"/>
      <w:r w:rsidRPr="00B17CC9">
        <w:rPr>
          <w:rFonts w:cs="Times New Roman"/>
          <w:color w:val="000000"/>
          <w:sz w:val="22"/>
        </w:rPr>
        <w:t xml:space="preserve"> </w:t>
      </w:r>
      <w:proofErr w:type="spellStart"/>
      <w:r w:rsidRPr="00B17CC9">
        <w:rPr>
          <w:rFonts w:cs="Times New Roman"/>
          <w:color w:val="000000"/>
          <w:sz w:val="22"/>
        </w:rPr>
        <w:t>documentație</w:t>
      </w:r>
      <w:proofErr w:type="spellEnd"/>
      <w:r w:rsidRPr="00B17CC9">
        <w:rPr>
          <w:rFonts w:cs="Times New Roman"/>
          <w:color w:val="000000"/>
          <w:sz w:val="22"/>
        </w:rPr>
        <w:t>.</w:t>
      </w:r>
    </w:p>
    <w:p w:rsidR="00FF20E1" w:rsidRPr="00B17CC9" w:rsidRDefault="00FF20E1" w:rsidP="00B17CC9">
      <w:pPr>
        <w:pStyle w:val="Listparagraf"/>
        <w:tabs>
          <w:tab w:val="left" w:pos="993"/>
        </w:tabs>
        <w:contextualSpacing w:val="0"/>
        <w:jc w:val="both"/>
        <w:rPr>
          <w:rFonts w:cs="Times New Roman"/>
          <w:b/>
          <w:sz w:val="22"/>
        </w:rPr>
      </w:pPr>
      <w:r w:rsidRPr="00B17CC9">
        <w:rPr>
          <w:rFonts w:cs="Times New Roman"/>
          <w:b/>
          <w:color w:val="000000"/>
          <w:sz w:val="22"/>
        </w:rPr>
        <w:t xml:space="preserve">6. </w:t>
      </w:r>
      <w:proofErr w:type="spellStart"/>
      <w:r w:rsidRPr="00B17CC9">
        <w:rPr>
          <w:rFonts w:cs="Times New Roman"/>
          <w:b/>
          <w:color w:val="000000"/>
          <w:sz w:val="22"/>
        </w:rPr>
        <w:t>Echipamentele</w:t>
      </w:r>
      <w:proofErr w:type="spellEnd"/>
      <w:r w:rsidRPr="00B17CC9">
        <w:rPr>
          <w:rFonts w:cs="Times New Roman"/>
          <w:b/>
          <w:color w:val="000000"/>
          <w:sz w:val="22"/>
        </w:rPr>
        <w:t xml:space="preserve">, </w:t>
      </w:r>
      <w:proofErr w:type="spellStart"/>
      <w:r w:rsidRPr="00B17CC9">
        <w:rPr>
          <w:rFonts w:cs="Times New Roman"/>
          <w:b/>
          <w:color w:val="000000"/>
          <w:sz w:val="22"/>
        </w:rPr>
        <w:t>instalaţiile</w:t>
      </w:r>
      <w:proofErr w:type="spellEnd"/>
      <w:r w:rsidRPr="00B17CC9">
        <w:rPr>
          <w:rFonts w:cs="Times New Roman"/>
          <w:b/>
          <w:color w:val="000000"/>
          <w:sz w:val="22"/>
        </w:rPr>
        <w:t xml:space="preserve">, </w:t>
      </w:r>
      <w:proofErr w:type="spellStart"/>
      <w:r w:rsidRPr="00B17CC9">
        <w:rPr>
          <w:rFonts w:cs="Times New Roman"/>
          <w:b/>
          <w:color w:val="000000"/>
          <w:sz w:val="22"/>
        </w:rPr>
        <w:t>utilajele</w:t>
      </w:r>
      <w:proofErr w:type="spellEnd"/>
      <w:r w:rsidRPr="00B17CC9">
        <w:rPr>
          <w:rFonts w:cs="Times New Roman"/>
          <w:b/>
          <w:color w:val="000000"/>
          <w:sz w:val="22"/>
        </w:rPr>
        <w:t xml:space="preserve">, </w:t>
      </w:r>
      <w:proofErr w:type="spellStart"/>
      <w:r w:rsidRPr="00B17CC9">
        <w:rPr>
          <w:rFonts w:cs="Times New Roman"/>
          <w:b/>
          <w:color w:val="000000"/>
          <w:sz w:val="22"/>
        </w:rPr>
        <w:t>sculele</w:t>
      </w:r>
      <w:proofErr w:type="spellEnd"/>
      <w:r w:rsidRPr="00B17CC9">
        <w:rPr>
          <w:rFonts w:cs="Times New Roman"/>
          <w:b/>
          <w:color w:val="000000"/>
          <w:sz w:val="22"/>
        </w:rPr>
        <w:t xml:space="preserve">, </w:t>
      </w:r>
      <w:proofErr w:type="spellStart"/>
      <w:r w:rsidRPr="00B17CC9">
        <w:rPr>
          <w:rFonts w:cs="Times New Roman"/>
          <w:b/>
          <w:color w:val="000000"/>
          <w:sz w:val="22"/>
        </w:rPr>
        <w:t>instrumentele</w:t>
      </w:r>
      <w:proofErr w:type="spellEnd"/>
      <w:r w:rsidRPr="00B17CC9">
        <w:rPr>
          <w:rFonts w:cs="Times New Roman"/>
          <w:b/>
          <w:color w:val="000000"/>
          <w:sz w:val="22"/>
        </w:rPr>
        <w:t xml:space="preserve">, </w:t>
      </w:r>
      <w:proofErr w:type="spellStart"/>
      <w:r w:rsidRPr="00B17CC9">
        <w:rPr>
          <w:rFonts w:cs="Times New Roman"/>
          <w:b/>
          <w:color w:val="000000"/>
          <w:sz w:val="22"/>
        </w:rPr>
        <w:t>dispozitivele</w:t>
      </w:r>
      <w:proofErr w:type="spellEnd"/>
      <w:r w:rsidRPr="00B17CC9">
        <w:rPr>
          <w:rFonts w:cs="Times New Roman"/>
          <w:b/>
          <w:color w:val="000000"/>
          <w:sz w:val="22"/>
        </w:rPr>
        <w:t xml:space="preserve"> </w:t>
      </w:r>
      <w:proofErr w:type="spellStart"/>
      <w:r w:rsidRPr="00B17CC9">
        <w:rPr>
          <w:rFonts w:cs="Times New Roman"/>
          <w:b/>
          <w:color w:val="000000"/>
          <w:sz w:val="22"/>
        </w:rPr>
        <w:t>şi</w:t>
      </w:r>
      <w:proofErr w:type="spellEnd"/>
      <w:r w:rsidRPr="00B17CC9">
        <w:rPr>
          <w:rFonts w:cs="Times New Roman"/>
          <w:b/>
          <w:color w:val="000000"/>
          <w:sz w:val="22"/>
        </w:rPr>
        <w:t xml:space="preserve"> </w:t>
      </w:r>
      <w:proofErr w:type="spellStart"/>
      <w:r w:rsidRPr="00B17CC9">
        <w:rPr>
          <w:rFonts w:cs="Times New Roman"/>
          <w:b/>
          <w:color w:val="000000"/>
          <w:sz w:val="22"/>
        </w:rPr>
        <w:t>alte</w:t>
      </w:r>
      <w:proofErr w:type="spellEnd"/>
      <w:r w:rsidRPr="00B17CC9">
        <w:rPr>
          <w:rFonts w:cs="Times New Roman"/>
          <w:b/>
          <w:color w:val="000000"/>
          <w:sz w:val="22"/>
        </w:rPr>
        <w:t xml:space="preserve"> </w:t>
      </w:r>
      <w:proofErr w:type="spellStart"/>
      <w:r w:rsidRPr="00B17CC9">
        <w:rPr>
          <w:rFonts w:cs="Times New Roman"/>
          <w:b/>
          <w:color w:val="000000"/>
          <w:sz w:val="22"/>
        </w:rPr>
        <w:t>obiecte</w:t>
      </w:r>
      <w:proofErr w:type="spellEnd"/>
      <w:r w:rsidRPr="00B17CC9">
        <w:rPr>
          <w:rFonts w:cs="Times New Roman"/>
          <w:b/>
          <w:color w:val="000000"/>
          <w:sz w:val="22"/>
        </w:rPr>
        <w:t xml:space="preserve"> </w:t>
      </w:r>
      <w:proofErr w:type="spellStart"/>
      <w:r w:rsidRPr="00B17CC9">
        <w:rPr>
          <w:rFonts w:cs="Times New Roman"/>
          <w:b/>
          <w:color w:val="000000"/>
          <w:sz w:val="22"/>
        </w:rPr>
        <w:t>necesare</w:t>
      </w:r>
      <w:proofErr w:type="spellEnd"/>
      <w:r w:rsidRPr="00B17CC9">
        <w:rPr>
          <w:rFonts w:cs="Times New Roman"/>
          <w:b/>
          <w:color w:val="000000"/>
          <w:sz w:val="22"/>
        </w:rPr>
        <w:t xml:space="preserve"> </w:t>
      </w:r>
      <w:proofErr w:type="spellStart"/>
      <w:r w:rsidRPr="00B17CC9">
        <w:rPr>
          <w:rFonts w:cs="Times New Roman"/>
          <w:b/>
          <w:color w:val="000000"/>
          <w:sz w:val="22"/>
        </w:rPr>
        <w:t>pentru</w:t>
      </w:r>
      <w:proofErr w:type="spellEnd"/>
      <w:r w:rsidRPr="00B17CC9">
        <w:rPr>
          <w:rFonts w:cs="Times New Roman"/>
          <w:b/>
          <w:color w:val="000000"/>
          <w:sz w:val="22"/>
        </w:rPr>
        <w:t xml:space="preserve"> </w:t>
      </w:r>
      <w:proofErr w:type="spellStart"/>
      <w:r w:rsidRPr="00B17CC9">
        <w:rPr>
          <w:rFonts w:cs="Times New Roman"/>
          <w:b/>
          <w:color w:val="000000"/>
          <w:sz w:val="22"/>
        </w:rPr>
        <w:t>prestarea</w:t>
      </w:r>
      <w:proofErr w:type="spellEnd"/>
      <w:r w:rsidRPr="00B17CC9">
        <w:rPr>
          <w:rFonts w:cs="Times New Roman"/>
          <w:b/>
          <w:color w:val="000000"/>
          <w:sz w:val="22"/>
        </w:rPr>
        <w:t xml:space="preserve"> </w:t>
      </w:r>
      <w:proofErr w:type="spellStart"/>
      <w:r w:rsidRPr="00B17CC9">
        <w:rPr>
          <w:rFonts w:cs="Times New Roman"/>
          <w:b/>
          <w:color w:val="000000"/>
          <w:sz w:val="22"/>
        </w:rPr>
        <w:t>serviciilor</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Nu se aplică pentru </w:t>
      </w:r>
      <w:proofErr w:type="spellStart"/>
      <w:r w:rsidRPr="00B17CC9">
        <w:rPr>
          <w:rFonts w:cs="Times New Roman"/>
          <w:color w:val="000000"/>
          <w:sz w:val="22"/>
        </w:rPr>
        <w:t>prezenta</w:t>
      </w:r>
      <w:proofErr w:type="spellEnd"/>
      <w:r w:rsidRPr="00B17CC9">
        <w:rPr>
          <w:rFonts w:cs="Times New Roman"/>
          <w:color w:val="000000"/>
          <w:sz w:val="22"/>
        </w:rPr>
        <w:t xml:space="preserve"> </w:t>
      </w:r>
      <w:proofErr w:type="spellStart"/>
      <w:r w:rsidRPr="00B17CC9">
        <w:rPr>
          <w:rFonts w:cs="Times New Roman"/>
          <w:color w:val="000000"/>
          <w:sz w:val="22"/>
        </w:rPr>
        <w:t>achiziție</w:t>
      </w:r>
      <w:proofErr w:type="spellEnd"/>
      <w:r w:rsidRPr="00B17CC9">
        <w:rPr>
          <w:rFonts w:cs="Times New Roman"/>
          <w:color w:val="000000"/>
          <w:sz w:val="22"/>
        </w:rPr>
        <w:t xml:space="preserve"> de </w:t>
      </w:r>
      <w:proofErr w:type="spellStart"/>
      <w:r w:rsidRPr="00B17CC9">
        <w:rPr>
          <w:rFonts w:cs="Times New Roman"/>
          <w:color w:val="000000"/>
          <w:sz w:val="22"/>
        </w:rPr>
        <w:t>bunuri</w:t>
      </w:r>
      <w:proofErr w:type="spellEnd"/>
      <w:r w:rsidRPr="00B17CC9">
        <w:rPr>
          <w:rFonts w:cs="Times New Roman"/>
          <w:color w:val="000000"/>
          <w:sz w:val="22"/>
        </w:rPr>
        <w:t>.</w:t>
      </w:r>
    </w:p>
    <w:p w:rsidR="00FF20E1" w:rsidRPr="00B17CC9" w:rsidRDefault="00FF20E1" w:rsidP="00B17CC9">
      <w:pPr>
        <w:ind w:firstLine="709"/>
        <w:jc w:val="both"/>
        <w:rPr>
          <w:rFonts w:cs="Times New Roman"/>
          <w:b/>
          <w:sz w:val="22"/>
        </w:rPr>
      </w:pPr>
      <w:r w:rsidRPr="00B17CC9">
        <w:rPr>
          <w:rFonts w:cs="Times New Roman"/>
          <w:b/>
          <w:color w:val="000000"/>
          <w:sz w:val="22"/>
        </w:rPr>
        <w:t xml:space="preserve">7. </w:t>
      </w:r>
      <w:proofErr w:type="spellStart"/>
      <w:r w:rsidRPr="00B17CC9">
        <w:rPr>
          <w:rFonts w:cs="Times New Roman"/>
          <w:b/>
          <w:color w:val="000000"/>
          <w:sz w:val="22"/>
        </w:rPr>
        <w:t>Articole</w:t>
      </w:r>
      <w:proofErr w:type="spellEnd"/>
      <w:r w:rsidRPr="00B17CC9">
        <w:rPr>
          <w:rFonts w:cs="Times New Roman"/>
          <w:b/>
          <w:color w:val="000000"/>
          <w:sz w:val="22"/>
        </w:rPr>
        <w:t xml:space="preserve">, </w:t>
      </w:r>
      <w:proofErr w:type="spellStart"/>
      <w:r w:rsidRPr="00B17CC9">
        <w:rPr>
          <w:rFonts w:cs="Times New Roman"/>
          <w:b/>
          <w:color w:val="000000"/>
          <w:sz w:val="22"/>
        </w:rPr>
        <w:t>produse</w:t>
      </w:r>
      <w:proofErr w:type="spellEnd"/>
      <w:r w:rsidRPr="00B17CC9">
        <w:rPr>
          <w:rFonts w:cs="Times New Roman"/>
          <w:b/>
          <w:color w:val="000000"/>
          <w:sz w:val="22"/>
        </w:rPr>
        <w:t xml:space="preserve"> </w:t>
      </w:r>
      <w:proofErr w:type="spellStart"/>
      <w:r w:rsidRPr="00B17CC9">
        <w:rPr>
          <w:rFonts w:cs="Times New Roman"/>
          <w:b/>
          <w:color w:val="000000"/>
          <w:sz w:val="22"/>
        </w:rPr>
        <w:t>şi</w:t>
      </w:r>
      <w:proofErr w:type="spellEnd"/>
      <w:r w:rsidRPr="00B17CC9">
        <w:rPr>
          <w:rFonts w:cs="Times New Roman"/>
          <w:b/>
          <w:color w:val="000000"/>
          <w:sz w:val="22"/>
        </w:rPr>
        <w:t xml:space="preserve"> </w:t>
      </w:r>
      <w:proofErr w:type="spellStart"/>
      <w:r w:rsidRPr="00B17CC9">
        <w:rPr>
          <w:rFonts w:cs="Times New Roman"/>
          <w:b/>
          <w:color w:val="000000"/>
          <w:sz w:val="22"/>
        </w:rPr>
        <w:t>piese</w:t>
      </w:r>
      <w:proofErr w:type="spellEnd"/>
      <w:r w:rsidRPr="00B17CC9">
        <w:rPr>
          <w:rFonts w:cs="Times New Roman"/>
          <w:b/>
          <w:color w:val="000000"/>
          <w:sz w:val="22"/>
        </w:rPr>
        <w:t xml:space="preserve"> </w:t>
      </w:r>
      <w:proofErr w:type="spellStart"/>
      <w:r w:rsidRPr="00B17CC9">
        <w:rPr>
          <w:rFonts w:cs="Times New Roman"/>
          <w:b/>
          <w:color w:val="000000"/>
          <w:sz w:val="22"/>
        </w:rPr>
        <w:t>necesare</w:t>
      </w:r>
      <w:proofErr w:type="spellEnd"/>
      <w:r w:rsidRPr="00B17CC9">
        <w:rPr>
          <w:rFonts w:cs="Times New Roman"/>
          <w:b/>
          <w:color w:val="000000"/>
          <w:sz w:val="22"/>
        </w:rPr>
        <w:t xml:space="preserve"> </w:t>
      </w:r>
      <w:proofErr w:type="spellStart"/>
      <w:r w:rsidRPr="00B17CC9">
        <w:rPr>
          <w:rFonts w:cs="Times New Roman"/>
          <w:b/>
          <w:color w:val="000000"/>
          <w:sz w:val="22"/>
        </w:rPr>
        <w:t>instalaţiilor</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Bunurile, tipurile, unitățile de măsură și cantitățile sunt cele indicate în Anexele nr. 3 și nr. 4.</w:t>
      </w:r>
    </w:p>
    <w:p w:rsidR="00FF20E1" w:rsidRPr="00B17CC9" w:rsidRDefault="00FF20E1" w:rsidP="00B17CC9">
      <w:pPr>
        <w:ind w:firstLine="709"/>
        <w:jc w:val="both"/>
        <w:rPr>
          <w:rFonts w:cs="Times New Roman"/>
          <w:b/>
          <w:sz w:val="22"/>
        </w:rPr>
      </w:pPr>
      <w:r w:rsidRPr="00B17CC9">
        <w:rPr>
          <w:rFonts w:cs="Times New Roman"/>
          <w:b/>
          <w:color w:val="000000"/>
          <w:sz w:val="22"/>
        </w:rPr>
        <w:t xml:space="preserve">8. </w:t>
      </w:r>
      <w:proofErr w:type="spellStart"/>
      <w:r w:rsidRPr="00B17CC9">
        <w:rPr>
          <w:rFonts w:cs="Times New Roman"/>
          <w:b/>
          <w:color w:val="000000"/>
          <w:sz w:val="22"/>
        </w:rPr>
        <w:t>Definiţii</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Noțiunile și caracteristicile tehnice sunt cele utilizate în Anexa nr. 3 și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documentația</w:t>
      </w:r>
      <w:proofErr w:type="spellEnd"/>
      <w:r w:rsidRPr="00B17CC9">
        <w:rPr>
          <w:rFonts w:cs="Times New Roman"/>
          <w:color w:val="000000"/>
          <w:sz w:val="22"/>
        </w:rPr>
        <w:t xml:space="preserve"> de </w:t>
      </w:r>
      <w:proofErr w:type="spellStart"/>
      <w:r w:rsidRPr="00B17CC9">
        <w:rPr>
          <w:rFonts w:cs="Times New Roman"/>
          <w:color w:val="000000"/>
          <w:sz w:val="22"/>
        </w:rPr>
        <w:t>atribuire</w:t>
      </w:r>
      <w:proofErr w:type="spellEnd"/>
      <w:r w:rsidRPr="00B17CC9">
        <w:rPr>
          <w:rFonts w:cs="Times New Roman"/>
          <w:color w:val="000000"/>
          <w:sz w:val="22"/>
        </w:rPr>
        <w:t>.</w:t>
      </w:r>
    </w:p>
    <w:p w:rsidR="00FF20E1" w:rsidRPr="00B17CC9" w:rsidRDefault="00FF20E1" w:rsidP="00B17CC9">
      <w:pPr>
        <w:ind w:firstLine="709"/>
        <w:jc w:val="both"/>
        <w:rPr>
          <w:rFonts w:cs="Times New Roman"/>
          <w:b/>
          <w:sz w:val="22"/>
        </w:rPr>
      </w:pPr>
      <w:r w:rsidRPr="00B17CC9">
        <w:rPr>
          <w:rFonts w:cs="Times New Roman"/>
          <w:b/>
          <w:color w:val="000000"/>
          <w:sz w:val="22"/>
        </w:rPr>
        <w:t xml:space="preserve">9. </w:t>
      </w:r>
      <w:proofErr w:type="spellStart"/>
      <w:r w:rsidRPr="00B17CC9">
        <w:rPr>
          <w:rFonts w:cs="Times New Roman"/>
          <w:b/>
          <w:color w:val="000000"/>
          <w:sz w:val="22"/>
        </w:rPr>
        <w:t>Documente</w:t>
      </w:r>
      <w:proofErr w:type="spellEnd"/>
      <w:r w:rsidRPr="00B17CC9">
        <w:rPr>
          <w:rFonts w:cs="Times New Roman"/>
          <w:b/>
          <w:color w:val="000000"/>
          <w:sz w:val="22"/>
        </w:rPr>
        <w:t xml:space="preserve"> </w:t>
      </w:r>
      <w:proofErr w:type="spellStart"/>
      <w:r w:rsidRPr="00B17CC9">
        <w:rPr>
          <w:rFonts w:cs="Times New Roman"/>
          <w:b/>
          <w:color w:val="000000"/>
          <w:sz w:val="22"/>
        </w:rPr>
        <w:t>obligatorii</w:t>
      </w:r>
      <w:proofErr w:type="spellEnd"/>
      <w:r w:rsidRPr="00B17CC9">
        <w:rPr>
          <w:rFonts w:cs="Times New Roman"/>
          <w:b/>
          <w:color w:val="000000"/>
          <w:sz w:val="22"/>
        </w:rPr>
        <w:t xml:space="preserve"> la </w:t>
      </w:r>
      <w:proofErr w:type="spellStart"/>
      <w:r w:rsidRPr="00B17CC9">
        <w:rPr>
          <w:rFonts w:cs="Times New Roman"/>
          <w:b/>
          <w:color w:val="000000"/>
          <w:sz w:val="22"/>
        </w:rPr>
        <w:t>depunerea</w:t>
      </w:r>
      <w:proofErr w:type="spellEnd"/>
      <w:r w:rsidRPr="00B17CC9">
        <w:rPr>
          <w:rFonts w:cs="Times New Roman"/>
          <w:b/>
          <w:color w:val="000000"/>
          <w:sz w:val="22"/>
        </w:rPr>
        <w:t xml:space="preserve"> </w:t>
      </w:r>
      <w:proofErr w:type="spellStart"/>
      <w:r w:rsidRPr="00B17CC9">
        <w:rPr>
          <w:rFonts w:cs="Times New Roman"/>
          <w:b/>
          <w:color w:val="000000"/>
          <w:sz w:val="22"/>
        </w:rPr>
        <w:t>ofertei</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Se prezintă documentele obligatorii indicate la pct. 16 din Anunțul de participare pentru etapa depunerii ofertei. </w:t>
      </w:r>
      <w:proofErr w:type="spellStart"/>
      <w:r w:rsidRPr="00B17CC9">
        <w:rPr>
          <w:rFonts w:cs="Times New Roman"/>
          <w:color w:val="000000"/>
          <w:sz w:val="22"/>
        </w:rPr>
        <w:t>Documentele</w:t>
      </w:r>
      <w:proofErr w:type="spellEnd"/>
      <w:r w:rsidRPr="00B17CC9">
        <w:rPr>
          <w:rFonts w:cs="Times New Roman"/>
          <w:color w:val="000000"/>
          <w:sz w:val="22"/>
        </w:rPr>
        <w:t xml:space="preserve"> se </w:t>
      </w:r>
      <w:proofErr w:type="spellStart"/>
      <w:r w:rsidRPr="00B17CC9">
        <w:rPr>
          <w:rFonts w:cs="Times New Roman"/>
          <w:color w:val="000000"/>
          <w:sz w:val="22"/>
        </w:rPr>
        <w:t>semnează</w:t>
      </w:r>
      <w:proofErr w:type="spellEnd"/>
      <w:r w:rsidRPr="00B17CC9">
        <w:rPr>
          <w:rFonts w:cs="Times New Roman"/>
          <w:color w:val="000000"/>
          <w:sz w:val="22"/>
        </w:rPr>
        <w:t xml:space="preserve"> electronic.</w:t>
      </w:r>
    </w:p>
    <w:p w:rsidR="00FF20E1" w:rsidRPr="00B17CC9" w:rsidRDefault="00FF20E1" w:rsidP="00B17CC9">
      <w:pPr>
        <w:ind w:firstLine="709"/>
        <w:jc w:val="both"/>
        <w:rPr>
          <w:rFonts w:cs="Times New Roman"/>
          <w:b/>
          <w:sz w:val="22"/>
        </w:rPr>
      </w:pPr>
      <w:r w:rsidRPr="00B17CC9">
        <w:rPr>
          <w:rFonts w:cs="Times New Roman"/>
          <w:b/>
          <w:color w:val="000000"/>
          <w:sz w:val="22"/>
        </w:rPr>
        <w:t xml:space="preserve">10. </w:t>
      </w:r>
      <w:proofErr w:type="spellStart"/>
      <w:r w:rsidRPr="00B17CC9">
        <w:rPr>
          <w:rFonts w:cs="Times New Roman"/>
          <w:b/>
          <w:color w:val="000000"/>
          <w:sz w:val="22"/>
        </w:rPr>
        <w:t>Documente</w:t>
      </w:r>
      <w:proofErr w:type="spellEnd"/>
      <w:r w:rsidRPr="00B17CC9">
        <w:rPr>
          <w:rFonts w:cs="Times New Roman"/>
          <w:b/>
          <w:color w:val="000000"/>
          <w:sz w:val="22"/>
        </w:rPr>
        <w:t xml:space="preserve"> </w:t>
      </w:r>
      <w:proofErr w:type="spellStart"/>
      <w:r w:rsidRPr="00B17CC9">
        <w:rPr>
          <w:rFonts w:cs="Times New Roman"/>
          <w:b/>
          <w:color w:val="000000"/>
          <w:sz w:val="22"/>
        </w:rPr>
        <w:t>obligatorii</w:t>
      </w:r>
      <w:proofErr w:type="spellEnd"/>
      <w:r w:rsidRPr="00B17CC9">
        <w:rPr>
          <w:rFonts w:cs="Times New Roman"/>
          <w:b/>
          <w:color w:val="000000"/>
          <w:sz w:val="22"/>
        </w:rPr>
        <w:t xml:space="preserve"> la </w:t>
      </w:r>
      <w:proofErr w:type="spellStart"/>
      <w:r w:rsidRPr="00B17CC9">
        <w:rPr>
          <w:rFonts w:cs="Times New Roman"/>
          <w:b/>
          <w:color w:val="000000"/>
          <w:sz w:val="22"/>
        </w:rPr>
        <w:t>evaluarea</w:t>
      </w:r>
      <w:proofErr w:type="spellEnd"/>
      <w:r w:rsidRPr="00B17CC9">
        <w:rPr>
          <w:rFonts w:cs="Times New Roman"/>
          <w:b/>
          <w:color w:val="000000"/>
          <w:sz w:val="22"/>
        </w:rPr>
        <w:t xml:space="preserve"> </w:t>
      </w:r>
      <w:proofErr w:type="spellStart"/>
      <w:r w:rsidRPr="00B17CC9">
        <w:rPr>
          <w:rFonts w:cs="Times New Roman"/>
          <w:b/>
          <w:color w:val="000000"/>
          <w:sz w:val="22"/>
        </w:rPr>
        <w:t>ofertelor</w:t>
      </w:r>
      <w:proofErr w:type="spellEnd"/>
    </w:p>
    <w:p w:rsidR="00FF20E1" w:rsidRPr="00B17CC9" w:rsidRDefault="00FF20E1" w:rsidP="00B17CC9">
      <w:pPr>
        <w:ind w:firstLine="709"/>
        <w:jc w:val="both"/>
        <w:rPr>
          <w:rFonts w:cs="Times New Roman"/>
          <w:sz w:val="22"/>
        </w:rPr>
      </w:pPr>
      <w:r w:rsidRPr="00B17CC9">
        <w:rPr>
          <w:rFonts w:cs="Times New Roman"/>
          <w:color w:val="000000"/>
          <w:sz w:val="22"/>
        </w:rPr>
        <w:t xml:space="preserve">Certificatul de atribuire a contului bancar și alte documente justificative se prezintă numai în măsura și la momentul indicate în Anunț, fără modificarea </w:t>
      </w:r>
      <w:proofErr w:type="spellStart"/>
      <w:r w:rsidRPr="00B17CC9">
        <w:rPr>
          <w:rFonts w:cs="Times New Roman"/>
          <w:color w:val="000000"/>
          <w:sz w:val="22"/>
        </w:rPr>
        <w:t>propunerii</w:t>
      </w:r>
      <w:proofErr w:type="spellEnd"/>
      <w:r w:rsidRPr="00B17CC9">
        <w:rPr>
          <w:rFonts w:cs="Times New Roman"/>
          <w:color w:val="000000"/>
          <w:sz w:val="22"/>
        </w:rPr>
        <w:t xml:space="preserve"> </w:t>
      </w:r>
      <w:proofErr w:type="spellStart"/>
      <w:r w:rsidRPr="00B17CC9">
        <w:rPr>
          <w:rFonts w:cs="Times New Roman"/>
          <w:color w:val="000000"/>
          <w:sz w:val="22"/>
        </w:rPr>
        <w:t>tehnice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financiare</w:t>
      </w:r>
      <w:proofErr w:type="spellEnd"/>
      <w:r w:rsidRPr="00B17CC9">
        <w:rPr>
          <w:rFonts w:cs="Times New Roman"/>
          <w:color w:val="000000"/>
          <w:sz w:val="22"/>
        </w:rPr>
        <w:t>.</w:t>
      </w:r>
    </w:p>
    <w:p w:rsidR="00FF20E1" w:rsidRPr="00B17CC9" w:rsidRDefault="00FF20E1" w:rsidP="00B17CC9">
      <w:pPr>
        <w:jc w:val="both"/>
        <w:rPr>
          <w:rFonts w:cs="Times New Roman"/>
          <w:bCs/>
          <w:i/>
          <w:sz w:val="22"/>
        </w:rPr>
      </w:pPr>
    </w:p>
    <w:p w:rsidR="00FF20E1" w:rsidRPr="00B17CC9" w:rsidRDefault="00FF20E1" w:rsidP="00B17CC9">
      <w:pPr>
        <w:jc w:val="both"/>
        <w:rPr>
          <w:rFonts w:cs="Times New Roman"/>
          <w:bCs/>
          <w:iCs/>
          <w:sz w:val="22"/>
        </w:rPr>
      </w:pPr>
      <w:proofErr w:type="spellStart"/>
      <w:r w:rsidRPr="00B17CC9">
        <w:rPr>
          <w:rFonts w:cs="Times New Roman"/>
          <w:bCs/>
          <w:iCs/>
          <w:color w:val="000000"/>
          <w:sz w:val="22"/>
        </w:rPr>
        <w:t>Autoritatea</w:t>
      </w:r>
      <w:proofErr w:type="spellEnd"/>
      <w:r w:rsidRPr="00B17CC9">
        <w:rPr>
          <w:rFonts w:cs="Times New Roman"/>
          <w:bCs/>
          <w:iCs/>
          <w:color w:val="000000"/>
          <w:sz w:val="22"/>
        </w:rPr>
        <w:t xml:space="preserve"> </w:t>
      </w:r>
      <w:proofErr w:type="spellStart"/>
      <w:r w:rsidRPr="00B17CC9">
        <w:rPr>
          <w:rFonts w:cs="Times New Roman"/>
          <w:bCs/>
          <w:iCs/>
          <w:color w:val="000000"/>
          <w:sz w:val="22"/>
        </w:rPr>
        <w:t>contractantă</w:t>
      </w:r>
      <w:proofErr w:type="spellEnd"/>
      <w:r w:rsidRPr="00B17CC9">
        <w:rPr>
          <w:rFonts w:cs="Times New Roman"/>
          <w:bCs/>
          <w:iCs/>
          <w:color w:val="000000"/>
          <w:sz w:val="22"/>
        </w:rPr>
        <w:t xml:space="preserve">: </w:t>
      </w:r>
      <w:proofErr w:type="spellStart"/>
      <w:r w:rsidRPr="00B17CC9">
        <w:rPr>
          <w:rFonts w:cs="Times New Roman"/>
          <w:bCs/>
          <w:iCs/>
          <w:color w:val="000000"/>
          <w:sz w:val="22"/>
        </w:rPr>
        <w:t>Agenția</w:t>
      </w:r>
      <w:proofErr w:type="spellEnd"/>
      <w:r w:rsidRPr="00B17CC9">
        <w:rPr>
          <w:rFonts w:cs="Times New Roman"/>
          <w:bCs/>
          <w:iCs/>
          <w:color w:val="000000"/>
          <w:sz w:val="22"/>
        </w:rPr>
        <w:t xml:space="preserve"> </w:t>
      </w:r>
      <w:proofErr w:type="spellStart"/>
      <w:r w:rsidRPr="00B17CC9">
        <w:rPr>
          <w:rFonts w:cs="Times New Roman"/>
          <w:bCs/>
          <w:iCs/>
          <w:color w:val="000000"/>
          <w:sz w:val="22"/>
        </w:rPr>
        <w:t>Națională</w:t>
      </w:r>
      <w:proofErr w:type="spellEnd"/>
      <w:r w:rsidRPr="00B17CC9">
        <w:rPr>
          <w:rFonts w:cs="Times New Roman"/>
          <w:bCs/>
          <w:iCs/>
          <w:color w:val="000000"/>
          <w:sz w:val="22"/>
        </w:rPr>
        <w:t xml:space="preserve"> </w:t>
      </w:r>
      <w:proofErr w:type="spellStart"/>
      <w:r w:rsidRPr="00B17CC9">
        <w:rPr>
          <w:rFonts w:cs="Times New Roman"/>
          <w:bCs/>
          <w:iCs/>
          <w:color w:val="000000"/>
          <w:sz w:val="22"/>
        </w:rPr>
        <w:t>pentru</w:t>
      </w:r>
      <w:proofErr w:type="spellEnd"/>
      <w:r w:rsidRPr="00B17CC9">
        <w:rPr>
          <w:rFonts w:cs="Times New Roman"/>
          <w:bCs/>
          <w:iCs/>
          <w:color w:val="000000"/>
          <w:sz w:val="22"/>
        </w:rPr>
        <w:t xml:space="preserve"> </w:t>
      </w:r>
      <w:proofErr w:type="spellStart"/>
      <w:r w:rsidRPr="00B17CC9">
        <w:rPr>
          <w:rFonts w:cs="Times New Roman"/>
          <w:bCs/>
          <w:iCs/>
          <w:color w:val="000000"/>
          <w:sz w:val="22"/>
        </w:rPr>
        <w:t>Sănătate</w:t>
      </w:r>
      <w:proofErr w:type="spellEnd"/>
      <w:r w:rsidRPr="00B17CC9">
        <w:rPr>
          <w:rFonts w:cs="Times New Roman"/>
          <w:bCs/>
          <w:iCs/>
          <w:color w:val="000000"/>
          <w:sz w:val="22"/>
        </w:rPr>
        <w:t xml:space="preserve"> </w:t>
      </w:r>
      <w:proofErr w:type="spellStart"/>
      <w:r w:rsidRPr="00B17CC9">
        <w:rPr>
          <w:rFonts w:cs="Times New Roman"/>
          <w:bCs/>
          <w:iCs/>
          <w:color w:val="000000"/>
          <w:sz w:val="22"/>
        </w:rPr>
        <w:t>Publică</w:t>
      </w:r>
      <w:proofErr w:type="spellEnd"/>
      <w:r w:rsidRPr="00B17CC9">
        <w:rPr>
          <w:rFonts w:cs="Times New Roman"/>
          <w:bCs/>
          <w:iCs/>
          <w:color w:val="000000"/>
          <w:sz w:val="22"/>
        </w:rPr>
        <w:t xml:space="preserve">    Data „___</w:t>
      </w:r>
      <w:proofErr w:type="gramStart"/>
      <w:r w:rsidRPr="00B17CC9">
        <w:rPr>
          <w:rFonts w:cs="Times New Roman"/>
          <w:bCs/>
          <w:iCs/>
          <w:color w:val="000000"/>
          <w:sz w:val="22"/>
        </w:rPr>
        <w:t>_”_</w:t>
      </w:r>
      <w:proofErr w:type="gramEnd"/>
      <w:r w:rsidRPr="00B17CC9">
        <w:rPr>
          <w:rFonts w:cs="Times New Roman"/>
          <w:bCs/>
          <w:iCs/>
          <w:color w:val="000000"/>
          <w:sz w:val="22"/>
        </w:rPr>
        <w:t>________________</w:t>
      </w:r>
    </w:p>
    <w:p w:rsidR="00FF20E1" w:rsidRPr="00B17CC9" w:rsidRDefault="00FF20E1" w:rsidP="00B17CC9">
      <w:pPr>
        <w:jc w:val="both"/>
        <w:rPr>
          <w:rFonts w:cs="Times New Roman"/>
          <w:bCs/>
          <w:i/>
          <w:iCs/>
          <w:sz w:val="22"/>
        </w:rPr>
      </w:pPr>
      <w:bookmarkStart w:id="7" w:name="_Hlk63071406"/>
      <w:proofErr w:type="spellStart"/>
      <w:r w:rsidRPr="00B17CC9">
        <w:rPr>
          <w:rFonts w:cs="Times New Roman"/>
          <w:b/>
          <w:bCs/>
          <w:color w:val="000000"/>
          <w:sz w:val="22"/>
        </w:rPr>
        <w:t>Notă</w:t>
      </w:r>
      <w:proofErr w:type="spellEnd"/>
      <w:r w:rsidRPr="00B17CC9">
        <w:rPr>
          <w:rFonts w:cs="Times New Roman"/>
          <w:b/>
          <w:bCs/>
          <w:color w:val="000000"/>
          <w:sz w:val="22"/>
        </w:rPr>
        <w:t xml:space="preserve">: </w:t>
      </w:r>
      <w:proofErr w:type="spellStart"/>
      <w:r w:rsidRPr="00B17CC9">
        <w:rPr>
          <w:rFonts w:cs="Times New Roman"/>
          <w:bCs/>
          <w:i/>
          <w:iCs/>
          <w:color w:val="000000"/>
          <w:sz w:val="22"/>
        </w:rPr>
        <w:t>Prezentul</w:t>
      </w:r>
      <w:proofErr w:type="spellEnd"/>
      <w:r w:rsidRPr="00B17CC9">
        <w:rPr>
          <w:rFonts w:cs="Times New Roman"/>
          <w:bCs/>
          <w:i/>
          <w:iCs/>
          <w:color w:val="000000"/>
          <w:sz w:val="22"/>
        </w:rPr>
        <w:t xml:space="preserve"> model al </w:t>
      </w:r>
      <w:proofErr w:type="spellStart"/>
      <w:r w:rsidRPr="00B17CC9">
        <w:rPr>
          <w:rFonts w:cs="Times New Roman"/>
          <w:bCs/>
          <w:i/>
          <w:iCs/>
          <w:color w:val="000000"/>
          <w:sz w:val="22"/>
        </w:rPr>
        <w:t>caietului</w:t>
      </w:r>
      <w:proofErr w:type="spellEnd"/>
      <w:r w:rsidRPr="00B17CC9">
        <w:rPr>
          <w:rFonts w:cs="Times New Roman"/>
          <w:bCs/>
          <w:i/>
          <w:iCs/>
          <w:color w:val="000000"/>
          <w:sz w:val="22"/>
        </w:rPr>
        <w:t xml:space="preserve"> de </w:t>
      </w:r>
      <w:proofErr w:type="spellStart"/>
      <w:r w:rsidRPr="00B17CC9">
        <w:rPr>
          <w:rFonts w:cs="Times New Roman"/>
          <w:bCs/>
          <w:i/>
          <w:iCs/>
          <w:color w:val="000000"/>
          <w:sz w:val="22"/>
        </w:rPr>
        <w:t>sarcini</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este</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orientativ</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şi</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poate</w:t>
      </w:r>
      <w:proofErr w:type="spellEnd"/>
      <w:r w:rsidRPr="00B17CC9">
        <w:rPr>
          <w:rFonts w:cs="Times New Roman"/>
          <w:bCs/>
          <w:i/>
          <w:iCs/>
          <w:color w:val="000000"/>
          <w:sz w:val="22"/>
        </w:rPr>
        <w:t xml:space="preserve"> fi </w:t>
      </w:r>
      <w:proofErr w:type="spellStart"/>
      <w:r w:rsidRPr="00B17CC9">
        <w:rPr>
          <w:rFonts w:cs="Times New Roman"/>
          <w:bCs/>
          <w:i/>
          <w:iCs/>
          <w:color w:val="000000"/>
          <w:sz w:val="22"/>
        </w:rPr>
        <w:t>completat</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modificat</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precizat</w:t>
      </w:r>
      <w:proofErr w:type="spellEnd"/>
      <w:r w:rsidRPr="00B17CC9">
        <w:rPr>
          <w:rFonts w:cs="Times New Roman"/>
          <w:bCs/>
          <w:i/>
          <w:iCs/>
          <w:color w:val="000000"/>
          <w:sz w:val="22"/>
        </w:rPr>
        <w:t xml:space="preserve"> de </w:t>
      </w:r>
      <w:proofErr w:type="spellStart"/>
      <w:r w:rsidRPr="00B17CC9">
        <w:rPr>
          <w:rFonts w:cs="Times New Roman"/>
          <w:bCs/>
          <w:i/>
          <w:iCs/>
          <w:color w:val="000000"/>
          <w:sz w:val="22"/>
        </w:rPr>
        <w:t>către</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autoritatea</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contractantă</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în</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funcţie</w:t>
      </w:r>
      <w:proofErr w:type="spellEnd"/>
      <w:r w:rsidRPr="00B17CC9">
        <w:rPr>
          <w:rFonts w:cs="Times New Roman"/>
          <w:bCs/>
          <w:i/>
          <w:iCs/>
          <w:color w:val="000000"/>
          <w:sz w:val="22"/>
        </w:rPr>
        <w:t xml:space="preserve"> de </w:t>
      </w:r>
      <w:proofErr w:type="spellStart"/>
      <w:r w:rsidRPr="00B17CC9">
        <w:rPr>
          <w:rFonts w:cs="Times New Roman"/>
          <w:bCs/>
          <w:i/>
          <w:iCs/>
          <w:color w:val="000000"/>
          <w:sz w:val="22"/>
        </w:rPr>
        <w:t>tipul</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şi</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specificul</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bunurilor</w:t>
      </w:r>
      <w:proofErr w:type="spellEnd"/>
      <w:r w:rsidRPr="00B17CC9">
        <w:rPr>
          <w:rFonts w:cs="Times New Roman"/>
          <w:bCs/>
          <w:i/>
          <w:iCs/>
          <w:color w:val="000000"/>
          <w:sz w:val="22"/>
        </w:rPr>
        <w:t>/</w:t>
      </w:r>
      <w:proofErr w:type="spellStart"/>
      <w:r w:rsidRPr="00B17CC9">
        <w:rPr>
          <w:rFonts w:cs="Times New Roman"/>
          <w:bCs/>
          <w:i/>
          <w:iCs/>
          <w:color w:val="000000"/>
          <w:sz w:val="22"/>
        </w:rPr>
        <w:t>serviciilor</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Autoritatea</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contactantă</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este</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obligătă</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să</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respecte</w:t>
      </w:r>
      <w:proofErr w:type="spellEnd"/>
      <w:r w:rsidRPr="00B17CC9">
        <w:rPr>
          <w:rFonts w:cs="Times New Roman"/>
          <w:bCs/>
          <w:i/>
          <w:iCs/>
          <w:color w:val="000000"/>
          <w:sz w:val="22"/>
        </w:rPr>
        <w:t xml:space="preserve"> </w:t>
      </w:r>
      <w:proofErr w:type="spellStart"/>
      <w:r w:rsidRPr="00B17CC9">
        <w:rPr>
          <w:rFonts w:cs="Times New Roman"/>
          <w:bCs/>
          <w:i/>
          <w:iCs/>
          <w:color w:val="000000"/>
          <w:sz w:val="22"/>
        </w:rPr>
        <w:t>legislația</w:t>
      </w:r>
      <w:bookmarkEnd w:id="5"/>
      <w:bookmarkEnd w:id="7"/>
      <w:proofErr w:type="spellEnd"/>
      <w:r w:rsidRPr="00B17CC9">
        <w:rPr>
          <w:rFonts w:cs="Times New Roman"/>
          <w:bCs/>
          <w:i/>
          <w:iCs/>
          <w:color w:val="000000"/>
          <w:sz w:val="22"/>
        </w:rPr>
        <w:t xml:space="preserve"> </w:t>
      </w:r>
    </w:p>
    <w:p w:rsidR="00AE720F" w:rsidRPr="00B17CC9" w:rsidRDefault="00AE720F" w:rsidP="00B17CC9">
      <w:pPr>
        <w:jc w:val="both"/>
        <w:rPr>
          <w:rFonts w:cs="Times New Roman"/>
          <w:bCs/>
          <w:sz w:val="22"/>
        </w:rPr>
      </w:pPr>
    </w:p>
    <w:p w:rsidR="00AE720F" w:rsidRPr="00B17CC9" w:rsidRDefault="00AE720F" w:rsidP="00B17CC9">
      <w:pPr>
        <w:jc w:val="both"/>
        <w:rPr>
          <w:rFonts w:cs="Times New Roman"/>
          <w:bCs/>
          <w:sz w:val="22"/>
        </w:rPr>
      </w:pPr>
    </w:p>
    <w:p w:rsidR="004D7ED4" w:rsidRPr="00B17CC9" w:rsidRDefault="004D7ED4" w:rsidP="00B17CC9">
      <w:pPr>
        <w:jc w:val="both"/>
        <w:rPr>
          <w:rFonts w:cs="Times New Roman"/>
          <w:bCs/>
          <w:sz w:val="22"/>
        </w:rPr>
      </w:pPr>
    </w:p>
    <w:p w:rsidR="004D7ED4" w:rsidRPr="00B17CC9" w:rsidRDefault="004D7ED4" w:rsidP="00B17CC9">
      <w:pPr>
        <w:jc w:val="both"/>
        <w:rPr>
          <w:rFonts w:cs="Times New Roman"/>
          <w:bCs/>
          <w:sz w:val="22"/>
        </w:rPr>
      </w:pPr>
    </w:p>
    <w:p w:rsidR="00FF20E1" w:rsidRPr="00B17CC9" w:rsidRDefault="0021318A" w:rsidP="00B17CC9">
      <w:pPr>
        <w:jc w:val="right"/>
        <w:rPr>
          <w:rFonts w:cs="Times New Roman"/>
          <w:bCs/>
          <w:sz w:val="22"/>
        </w:rPr>
      </w:pPr>
      <w:proofErr w:type="spellStart"/>
      <w:r w:rsidRPr="00B17CC9">
        <w:rPr>
          <w:rFonts w:cs="Times New Roman"/>
          <w:bCs/>
          <w:color w:val="000000"/>
          <w:sz w:val="22"/>
        </w:rPr>
        <w:lastRenderedPageBreak/>
        <w:t>Anexa</w:t>
      </w:r>
      <w:proofErr w:type="spellEnd"/>
      <w:r w:rsidRPr="00B17CC9">
        <w:rPr>
          <w:rFonts w:cs="Times New Roman"/>
          <w:bCs/>
          <w:color w:val="000000"/>
          <w:sz w:val="22"/>
        </w:rPr>
        <w:t xml:space="preserve"> nr</w:t>
      </w:r>
      <w:r w:rsidR="00924ED0" w:rsidRPr="00B17CC9">
        <w:rPr>
          <w:rFonts w:cs="Times New Roman"/>
          <w:bCs/>
          <w:color w:val="000000"/>
          <w:sz w:val="22"/>
        </w:rPr>
        <w:t>.</w:t>
      </w:r>
      <w:r w:rsidR="003A0D7A" w:rsidRPr="00B17CC9">
        <w:rPr>
          <w:rFonts w:cs="Times New Roman"/>
          <w:bCs/>
          <w:color w:val="000000"/>
          <w:sz w:val="22"/>
        </w:rPr>
        <w:t>9</w:t>
      </w:r>
    </w:p>
    <w:p w:rsidR="0021318A" w:rsidRPr="00B17CC9" w:rsidRDefault="0021318A" w:rsidP="00B17CC9">
      <w:pPr>
        <w:jc w:val="both"/>
        <w:rPr>
          <w:rFonts w:cs="Times New Roman"/>
          <w:sz w:val="22"/>
        </w:rPr>
      </w:pPr>
      <w:r w:rsidRPr="00B17CC9">
        <w:rPr>
          <w:rFonts w:cs="Times New Roman"/>
          <w:b/>
          <w:color w:val="000000"/>
          <w:sz w:val="22"/>
        </w:rPr>
        <w:t>DECLARAȚIE PRIVIND DATELE DE IDENTIFICARE ALE OPERATORULUI ECONOMIC</w:t>
      </w:r>
    </w:p>
    <w:p w:rsidR="0021318A" w:rsidRPr="00B17CC9" w:rsidRDefault="0021318A" w:rsidP="00B17CC9">
      <w:pPr>
        <w:jc w:val="both"/>
        <w:rPr>
          <w:rFonts w:cs="Times New Roman"/>
          <w:sz w:val="22"/>
        </w:rPr>
      </w:pPr>
      <w:proofErr w:type="spellStart"/>
      <w:r w:rsidRPr="00B17CC9">
        <w:rPr>
          <w:rFonts w:cs="Times New Roman"/>
          <w:color w:val="000000"/>
          <w:sz w:val="22"/>
        </w:rPr>
        <w:t>Subsemnatul</w:t>
      </w:r>
      <w:proofErr w:type="spellEnd"/>
      <w:r w:rsidRPr="00B17CC9">
        <w:rPr>
          <w:rFonts w:cs="Times New Roman"/>
          <w:color w:val="000000"/>
          <w:sz w:val="22"/>
        </w:rPr>
        <w:t xml:space="preserve">(a) ____________________________________,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calitate</w:t>
      </w:r>
      <w:proofErr w:type="spellEnd"/>
      <w:r w:rsidRPr="00B17CC9">
        <w:rPr>
          <w:rFonts w:cs="Times New Roman"/>
          <w:color w:val="000000"/>
          <w:sz w:val="22"/>
        </w:rPr>
        <w:t xml:space="preserve"> de </w:t>
      </w:r>
      <w:proofErr w:type="spellStart"/>
      <w:r w:rsidRPr="00B17CC9">
        <w:rPr>
          <w:rFonts w:cs="Times New Roman"/>
          <w:color w:val="000000"/>
          <w:sz w:val="22"/>
        </w:rPr>
        <w:t>reprezentant</w:t>
      </w:r>
      <w:proofErr w:type="spellEnd"/>
      <w:r w:rsidRPr="00B17CC9">
        <w:rPr>
          <w:rFonts w:cs="Times New Roman"/>
          <w:color w:val="000000"/>
          <w:sz w:val="22"/>
        </w:rPr>
        <w:t xml:space="preserve"> legal / </w:t>
      </w:r>
      <w:proofErr w:type="spellStart"/>
      <w:r w:rsidRPr="00B17CC9">
        <w:rPr>
          <w:rFonts w:cs="Times New Roman"/>
          <w:color w:val="000000"/>
          <w:sz w:val="22"/>
        </w:rPr>
        <w:t>persoană</w:t>
      </w:r>
      <w:proofErr w:type="spellEnd"/>
      <w:r w:rsidRPr="00B17CC9">
        <w:rPr>
          <w:rFonts w:cs="Times New Roman"/>
          <w:color w:val="000000"/>
          <w:sz w:val="22"/>
        </w:rPr>
        <w:t xml:space="preserve"> </w:t>
      </w:r>
      <w:proofErr w:type="spellStart"/>
      <w:r w:rsidRPr="00B17CC9">
        <w:rPr>
          <w:rFonts w:cs="Times New Roman"/>
          <w:color w:val="000000"/>
          <w:sz w:val="22"/>
        </w:rPr>
        <w:t>împuternicită</w:t>
      </w:r>
      <w:proofErr w:type="spellEnd"/>
      <w:r w:rsidRPr="00B17CC9">
        <w:rPr>
          <w:rFonts w:cs="Times New Roman"/>
          <w:color w:val="000000"/>
          <w:sz w:val="22"/>
        </w:rPr>
        <w:t xml:space="preserve"> a </w:t>
      </w:r>
      <w:proofErr w:type="spellStart"/>
      <w:r w:rsidRPr="00B17CC9">
        <w:rPr>
          <w:rFonts w:cs="Times New Roman"/>
          <w:color w:val="000000"/>
          <w:sz w:val="22"/>
        </w:rPr>
        <w:t>operatorului</w:t>
      </w:r>
      <w:proofErr w:type="spellEnd"/>
      <w:r w:rsidRPr="00B17CC9">
        <w:rPr>
          <w:rFonts w:cs="Times New Roman"/>
          <w:color w:val="000000"/>
          <w:sz w:val="22"/>
        </w:rPr>
        <w:t xml:space="preserve"> economic ____________________________________, </w:t>
      </w:r>
      <w:proofErr w:type="spellStart"/>
      <w:r w:rsidRPr="00B17CC9">
        <w:rPr>
          <w:rFonts w:cs="Times New Roman"/>
          <w:color w:val="000000"/>
          <w:sz w:val="22"/>
        </w:rPr>
        <w:t>declar</w:t>
      </w:r>
      <w:proofErr w:type="spellEnd"/>
      <w:r w:rsidRPr="00B17CC9">
        <w:rPr>
          <w:rFonts w:cs="Times New Roman"/>
          <w:color w:val="000000"/>
          <w:sz w:val="22"/>
        </w:rPr>
        <w:t xml:space="preserve"> pe propria </w:t>
      </w:r>
      <w:proofErr w:type="spellStart"/>
      <w:r w:rsidRPr="00B17CC9">
        <w:rPr>
          <w:rFonts w:cs="Times New Roman"/>
          <w:color w:val="000000"/>
          <w:sz w:val="22"/>
        </w:rPr>
        <w:t>răspundere</w:t>
      </w:r>
      <w:proofErr w:type="spellEnd"/>
      <w:r w:rsidRPr="00B17CC9">
        <w:rPr>
          <w:rFonts w:cs="Times New Roman"/>
          <w:color w:val="000000"/>
          <w:sz w:val="22"/>
        </w:rPr>
        <w:t xml:space="preserve"> </w:t>
      </w:r>
      <w:proofErr w:type="spellStart"/>
      <w:r w:rsidRPr="00B17CC9">
        <w:rPr>
          <w:rFonts w:cs="Times New Roman"/>
          <w:color w:val="000000"/>
          <w:sz w:val="22"/>
        </w:rPr>
        <w:t>că</w:t>
      </w:r>
      <w:proofErr w:type="spellEnd"/>
      <w:r w:rsidRPr="00B17CC9">
        <w:rPr>
          <w:rFonts w:cs="Times New Roman"/>
          <w:color w:val="000000"/>
          <w:sz w:val="22"/>
        </w:rPr>
        <w:t xml:space="preserve"> </w:t>
      </w:r>
      <w:proofErr w:type="spellStart"/>
      <w:r w:rsidRPr="00B17CC9">
        <w:rPr>
          <w:rFonts w:cs="Times New Roman"/>
          <w:color w:val="000000"/>
          <w:sz w:val="22"/>
        </w:rPr>
        <w:t>informațiile</w:t>
      </w:r>
      <w:proofErr w:type="spellEnd"/>
      <w:r w:rsidRPr="00B17CC9">
        <w:rPr>
          <w:rFonts w:cs="Times New Roman"/>
          <w:color w:val="000000"/>
          <w:sz w:val="22"/>
        </w:rPr>
        <w:t xml:space="preserve"> </w:t>
      </w:r>
      <w:proofErr w:type="spellStart"/>
      <w:r w:rsidRPr="00B17CC9">
        <w:rPr>
          <w:rFonts w:cs="Times New Roman"/>
          <w:color w:val="000000"/>
          <w:sz w:val="22"/>
        </w:rPr>
        <w:t>prezentate</w:t>
      </w:r>
      <w:proofErr w:type="spellEnd"/>
      <w:r w:rsidRPr="00B17CC9">
        <w:rPr>
          <w:rFonts w:cs="Times New Roman"/>
          <w:color w:val="000000"/>
          <w:sz w:val="22"/>
        </w:rPr>
        <w:t xml:space="preserve"> </w:t>
      </w:r>
      <w:proofErr w:type="spellStart"/>
      <w:r w:rsidRPr="00B17CC9">
        <w:rPr>
          <w:rFonts w:cs="Times New Roman"/>
          <w:color w:val="000000"/>
          <w:sz w:val="22"/>
        </w:rPr>
        <w:t>mai</w:t>
      </w:r>
      <w:proofErr w:type="spellEnd"/>
      <w:r w:rsidRPr="00B17CC9">
        <w:rPr>
          <w:rFonts w:cs="Times New Roman"/>
          <w:color w:val="000000"/>
          <w:sz w:val="22"/>
        </w:rPr>
        <w:t xml:space="preserve"> </w:t>
      </w:r>
      <w:proofErr w:type="spellStart"/>
      <w:r w:rsidRPr="00B17CC9">
        <w:rPr>
          <w:rFonts w:cs="Times New Roman"/>
          <w:color w:val="000000"/>
          <w:sz w:val="22"/>
        </w:rPr>
        <w:t>jos</w:t>
      </w:r>
      <w:proofErr w:type="spellEnd"/>
      <w:r w:rsidRPr="00B17CC9">
        <w:rPr>
          <w:rFonts w:cs="Times New Roman"/>
          <w:color w:val="000000"/>
          <w:sz w:val="22"/>
        </w:rPr>
        <w:t xml:space="preserve"> sunt complete, </w:t>
      </w:r>
      <w:proofErr w:type="spellStart"/>
      <w:r w:rsidRPr="00B17CC9">
        <w:rPr>
          <w:rFonts w:cs="Times New Roman"/>
          <w:color w:val="000000"/>
          <w:sz w:val="22"/>
        </w:rPr>
        <w:t>corecte</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w:t>
      </w:r>
      <w:proofErr w:type="spellStart"/>
      <w:r w:rsidRPr="00B17CC9">
        <w:rPr>
          <w:rFonts w:cs="Times New Roman"/>
          <w:color w:val="000000"/>
          <w:sz w:val="22"/>
        </w:rPr>
        <w:t>actuale</w:t>
      </w:r>
      <w:proofErr w:type="spellEnd"/>
      <w:r w:rsidRPr="00B17CC9">
        <w:rPr>
          <w:rFonts w:cs="Times New Roman"/>
          <w:color w:val="000000"/>
          <w:sz w:val="22"/>
        </w:rPr>
        <w:t>:</w:t>
      </w:r>
    </w:p>
    <w:tbl>
      <w:tblPr>
        <w:tblStyle w:val="Tabelgril1"/>
        <w:tblW w:w="0" w:type="auto"/>
        <w:jc w:val="center"/>
        <w:tblInd w:w="0" w:type="dxa"/>
        <w:tblLook w:val="04A0" w:firstRow="1" w:lastRow="0" w:firstColumn="1" w:lastColumn="0" w:noHBand="0" w:noVBand="1"/>
      </w:tblPr>
      <w:tblGrid>
        <w:gridCol w:w="5047"/>
        <w:gridCol w:w="5056"/>
      </w:tblGrid>
      <w:tr w:rsidR="0021318A" w:rsidRPr="00B17CC9" w:rsidTr="00924ED0">
        <w:trPr>
          <w:cantSplit/>
          <w:tblHeade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proofErr w:type="spellStart"/>
            <w:r w:rsidRPr="00B17CC9">
              <w:rPr>
                <w:color w:val="000000"/>
                <w:sz w:val="22"/>
              </w:rPr>
              <w:t>Informația</w:t>
            </w:r>
            <w:proofErr w:type="spellEnd"/>
            <w:r w:rsidRPr="00B17CC9">
              <w:rPr>
                <w:color w:val="000000"/>
                <w:sz w:val="22"/>
              </w:rPr>
              <w:t xml:space="preserve"> </w:t>
            </w:r>
            <w:proofErr w:type="spellStart"/>
            <w:r w:rsidRPr="00B17CC9">
              <w:rPr>
                <w:color w:val="000000"/>
                <w:sz w:val="22"/>
              </w:rPr>
              <w:t>solicitată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proofErr w:type="spellStart"/>
            <w:r w:rsidRPr="00B17CC9">
              <w:rPr>
                <w:color w:val="000000"/>
                <w:sz w:val="22"/>
              </w:rPr>
              <w:t>Datele</w:t>
            </w:r>
            <w:proofErr w:type="spellEnd"/>
            <w:r w:rsidRPr="00B17CC9">
              <w:rPr>
                <w:color w:val="000000"/>
                <w:sz w:val="22"/>
              </w:rPr>
              <w:t xml:space="preserve"> </w:t>
            </w:r>
            <w:proofErr w:type="spellStart"/>
            <w:r w:rsidRPr="00B17CC9">
              <w:rPr>
                <w:color w:val="000000"/>
                <w:sz w:val="22"/>
              </w:rPr>
              <w:t>operatorului</w:t>
            </w:r>
            <w:proofErr w:type="spellEnd"/>
            <w:r w:rsidRPr="00B17CC9">
              <w:rPr>
                <w:color w:val="000000"/>
                <w:sz w:val="22"/>
              </w:rPr>
              <w:t xml:space="preserve"> economic</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1. </w:t>
            </w:r>
            <w:proofErr w:type="spellStart"/>
            <w:r w:rsidRPr="00B17CC9">
              <w:rPr>
                <w:color w:val="000000"/>
                <w:sz w:val="22"/>
              </w:rPr>
              <w:t>Denumirea</w:t>
            </w:r>
            <w:proofErr w:type="spellEnd"/>
            <w:r w:rsidRPr="00B17CC9">
              <w:rPr>
                <w:color w:val="000000"/>
                <w:sz w:val="22"/>
              </w:rPr>
              <w:t xml:space="preserve"> </w:t>
            </w:r>
            <w:proofErr w:type="spellStart"/>
            <w:r w:rsidRPr="00B17CC9">
              <w:rPr>
                <w:color w:val="000000"/>
                <w:sz w:val="22"/>
              </w:rPr>
              <w:t>completă</w:t>
            </w:r>
            <w:proofErr w:type="spellEnd"/>
            <w:r w:rsidRPr="00B17CC9">
              <w:rPr>
                <w:color w:val="000000"/>
                <w:sz w:val="22"/>
              </w:rPr>
              <w:t xml:space="preserve"> </w:t>
            </w:r>
            <w:proofErr w:type="gramStart"/>
            <w:r w:rsidRPr="00B17CC9">
              <w:rPr>
                <w:color w:val="000000"/>
                <w:sz w:val="22"/>
              </w:rPr>
              <w:t>a</w:t>
            </w:r>
            <w:proofErr w:type="gramEnd"/>
            <w:r w:rsidRPr="00B17CC9">
              <w:rPr>
                <w:color w:val="000000"/>
                <w:sz w:val="22"/>
              </w:rPr>
              <w:t xml:space="preserve"> </w:t>
            </w:r>
            <w:proofErr w:type="spellStart"/>
            <w:r w:rsidRPr="00B17CC9">
              <w:rPr>
                <w:color w:val="000000"/>
                <w:sz w:val="22"/>
              </w:rPr>
              <w:t>operatorului</w:t>
            </w:r>
            <w:proofErr w:type="spellEnd"/>
            <w:r w:rsidRPr="00B17CC9">
              <w:rPr>
                <w:color w:val="000000"/>
                <w:sz w:val="22"/>
              </w:rPr>
              <w:t xml:space="preserve">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2. Forma </w:t>
            </w:r>
            <w:proofErr w:type="spellStart"/>
            <w:r w:rsidRPr="00B17CC9">
              <w:rPr>
                <w:color w:val="000000"/>
                <w:sz w:val="22"/>
              </w:rPr>
              <w:t>juridică</w:t>
            </w:r>
            <w:proofErr w:type="spellEnd"/>
            <w:r w:rsidRPr="00B17CC9">
              <w:rPr>
                <w:color w:val="000000"/>
                <w:sz w:val="22"/>
              </w:rPr>
              <w:t xml:space="preserve"> de </w:t>
            </w:r>
            <w:proofErr w:type="spellStart"/>
            <w:r w:rsidRPr="00B17CC9">
              <w:rPr>
                <w:color w:val="000000"/>
                <w:sz w:val="22"/>
              </w:rPr>
              <w:t>organizare</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4. </w:t>
            </w:r>
            <w:proofErr w:type="spellStart"/>
            <w:r w:rsidRPr="00B17CC9">
              <w:rPr>
                <w:color w:val="000000"/>
                <w:sz w:val="22"/>
              </w:rPr>
              <w:t>Adresa</w:t>
            </w:r>
            <w:proofErr w:type="spellEnd"/>
            <w:r w:rsidRPr="00B17CC9">
              <w:rPr>
                <w:color w:val="000000"/>
                <w:sz w:val="22"/>
              </w:rPr>
              <w:t xml:space="preserve"> </w:t>
            </w:r>
            <w:proofErr w:type="spellStart"/>
            <w:r w:rsidRPr="00B17CC9">
              <w:rPr>
                <w:color w:val="000000"/>
                <w:sz w:val="22"/>
              </w:rPr>
              <w:t>juridică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5. </w:t>
            </w:r>
            <w:proofErr w:type="spellStart"/>
            <w:r w:rsidRPr="00B17CC9">
              <w:rPr>
                <w:color w:val="000000"/>
                <w:sz w:val="22"/>
              </w:rPr>
              <w:t>Adresa</w:t>
            </w:r>
            <w:proofErr w:type="spellEnd"/>
            <w:r w:rsidRPr="00B17CC9">
              <w:rPr>
                <w:color w:val="000000"/>
                <w:sz w:val="22"/>
              </w:rPr>
              <w:t xml:space="preserve"> </w:t>
            </w:r>
            <w:proofErr w:type="spellStart"/>
            <w:r w:rsidRPr="00B17CC9">
              <w:rPr>
                <w:color w:val="000000"/>
                <w:sz w:val="22"/>
              </w:rPr>
              <w:t>poștală</w:t>
            </w:r>
            <w:proofErr w:type="spellEnd"/>
            <w:r w:rsidRPr="00B17CC9">
              <w:rPr>
                <w:color w:val="000000"/>
                <w:sz w:val="22"/>
              </w:rPr>
              <w:t xml:space="preserve"> / </w:t>
            </w:r>
            <w:proofErr w:type="spellStart"/>
            <w:r w:rsidRPr="00B17CC9">
              <w:rPr>
                <w:color w:val="000000"/>
                <w:sz w:val="22"/>
              </w:rPr>
              <w:t>sediul</w:t>
            </w:r>
            <w:proofErr w:type="spellEnd"/>
            <w:r w:rsidRPr="00B17CC9">
              <w:rPr>
                <w:color w:val="000000"/>
                <w:sz w:val="22"/>
              </w:rPr>
              <w:t xml:space="preserve"> de </w:t>
            </w:r>
            <w:proofErr w:type="spellStart"/>
            <w:r w:rsidRPr="00B17CC9">
              <w:rPr>
                <w:color w:val="000000"/>
                <w:sz w:val="22"/>
              </w:rPr>
              <w:t>corespondență</w:t>
            </w:r>
            <w:proofErr w:type="spellEnd"/>
            <w:r w:rsidRPr="00B17CC9">
              <w:rPr>
                <w:color w:val="000000"/>
                <w:sz w:val="22"/>
              </w:rPr>
              <w:t xml:space="preserve">, </w:t>
            </w:r>
            <w:proofErr w:type="spellStart"/>
            <w:r w:rsidRPr="00B17CC9">
              <w:rPr>
                <w:color w:val="000000"/>
                <w:sz w:val="22"/>
              </w:rPr>
              <w:t>dacă</w:t>
            </w:r>
            <w:proofErr w:type="spellEnd"/>
            <w:r w:rsidRPr="00B17CC9">
              <w:rPr>
                <w:color w:val="000000"/>
                <w:sz w:val="22"/>
              </w:rPr>
              <w:t xml:space="preserve"> </w:t>
            </w:r>
            <w:proofErr w:type="spellStart"/>
            <w:r w:rsidRPr="00B17CC9">
              <w:rPr>
                <w:color w:val="000000"/>
                <w:sz w:val="22"/>
              </w:rPr>
              <w:t>diferă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6. Administrator / </w:t>
            </w:r>
            <w:proofErr w:type="spellStart"/>
            <w:r w:rsidRPr="00B17CC9">
              <w:rPr>
                <w:color w:val="000000"/>
                <w:sz w:val="22"/>
              </w:rPr>
              <w:t>conducător</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color w:val="FF0000"/>
                <w:sz w:val="22"/>
              </w:rPr>
            </w:pPr>
            <w:r w:rsidRPr="00B17CC9">
              <w:rPr>
                <w:color w:val="000000"/>
                <w:sz w:val="22"/>
              </w:rPr>
              <w:t xml:space="preserve">7. </w:t>
            </w:r>
            <w:proofErr w:type="spellStart"/>
            <w:r w:rsidRPr="00B17CC9">
              <w:rPr>
                <w:color w:val="000000"/>
                <w:sz w:val="22"/>
              </w:rPr>
              <w:t>Persoana</w:t>
            </w:r>
            <w:proofErr w:type="spellEnd"/>
            <w:r w:rsidRPr="00B17CC9">
              <w:rPr>
                <w:color w:val="000000"/>
                <w:sz w:val="22"/>
              </w:rPr>
              <w:t xml:space="preserve"> </w:t>
            </w:r>
            <w:proofErr w:type="spellStart"/>
            <w:r w:rsidRPr="00B17CC9">
              <w:rPr>
                <w:color w:val="000000"/>
                <w:sz w:val="22"/>
              </w:rPr>
              <w:t>împuternicită</w:t>
            </w:r>
            <w:proofErr w:type="spellEnd"/>
            <w:r w:rsidRPr="00B17CC9">
              <w:rPr>
                <w:color w:val="000000"/>
                <w:sz w:val="22"/>
              </w:rPr>
              <w:t xml:space="preserve"> </w:t>
            </w:r>
            <w:proofErr w:type="spellStart"/>
            <w:r w:rsidRPr="00B17CC9">
              <w:rPr>
                <w:color w:val="000000"/>
                <w:sz w:val="22"/>
              </w:rPr>
              <w:t>să</w:t>
            </w:r>
            <w:proofErr w:type="spellEnd"/>
            <w:r w:rsidRPr="00B17CC9">
              <w:rPr>
                <w:color w:val="000000"/>
                <w:sz w:val="22"/>
              </w:rPr>
              <w:t xml:space="preserve"> </w:t>
            </w:r>
            <w:proofErr w:type="spellStart"/>
            <w:r w:rsidRPr="00B17CC9">
              <w:rPr>
                <w:color w:val="000000"/>
                <w:sz w:val="22"/>
              </w:rPr>
              <w:t>semneze</w:t>
            </w:r>
            <w:proofErr w:type="spellEnd"/>
            <w:r w:rsidRPr="00B17CC9">
              <w:rPr>
                <w:color w:val="000000"/>
                <w:sz w:val="22"/>
              </w:rPr>
              <w:t xml:space="preserve"> </w:t>
            </w:r>
            <w:proofErr w:type="spellStart"/>
            <w:r w:rsidRPr="00B17CC9">
              <w:rPr>
                <w:color w:val="000000"/>
                <w:sz w:val="22"/>
              </w:rPr>
              <w:t>oferta</w:t>
            </w:r>
            <w:proofErr w:type="spellEnd"/>
            <w:r w:rsidRPr="00B17CC9">
              <w:rPr>
                <w:color w:val="000000"/>
                <w:sz w:val="22"/>
              </w:rPr>
              <w:t xml:space="preserve"> </w:t>
            </w:r>
            <w:proofErr w:type="spellStart"/>
            <w:r w:rsidRPr="00B17CC9">
              <w:rPr>
                <w:color w:val="000000"/>
                <w:sz w:val="22"/>
              </w:rPr>
              <w:t>și</w:t>
            </w:r>
            <w:proofErr w:type="spellEnd"/>
            <w:r w:rsidRPr="00B17CC9">
              <w:rPr>
                <w:color w:val="000000"/>
                <w:sz w:val="22"/>
              </w:rPr>
              <w:t xml:space="preserve"> </w:t>
            </w:r>
            <w:proofErr w:type="spellStart"/>
            <w:r w:rsidRPr="00B17CC9">
              <w:rPr>
                <w:color w:val="000000"/>
                <w:sz w:val="22"/>
              </w:rPr>
              <w:t>contractul</w:t>
            </w:r>
            <w:proofErr w:type="spellEnd"/>
            <w:r w:rsidRPr="00B17CC9">
              <w:rPr>
                <w:color w:val="000000"/>
                <w:sz w:val="22"/>
              </w:rPr>
              <w:t xml:space="preserve">, </w:t>
            </w:r>
            <w:proofErr w:type="spellStart"/>
            <w:r w:rsidRPr="00B17CC9">
              <w:rPr>
                <w:color w:val="000000"/>
                <w:sz w:val="22"/>
              </w:rPr>
              <w:t>după</w:t>
            </w:r>
            <w:proofErr w:type="spellEnd"/>
            <w:r w:rsidRPr="00B17CC9">
              <w:rPr>
                <w:color w:val="000000"/>
                <w:sz w:val="22"/>
              </w:rPr>
              <w:t xml:space="preserve"> </w:t>
            </w:r>
            <w:proofErr w:type="spellStart"/>
            <w:r w:rsidRPr="00B17CC9">
              <w:rPr>
                <w:color w:val="000000"/>
                <w:sz w:val="22"/>
              </w:rPr>
              <w:t>caz</w:t>
            </w:r>
            <w:proofErr w:type="spellEnd"/>
            <w:r w:rsidRPr="00B17CC9">
              <w:rPr>
                <w:color w:val="000000"/>
                <w:sz w:val="22"/>
              </w:rPr>
              <w:t xml:space="preserve">. </w:t>
            </w:r>
            <w:proofErr w:type="spellStart"/>
            <w:r w:rsidRPr="00B17CC9">
              <w:rPr>
                <w:color w:val="000000"/>
                <w:sz w:val="22"/>
              </w:rPr>
              <w:t>În</w:t>
            </w:r>
            <w:proofErr w:type="spellEnd"/>
            <w:r w:rsidRPr="00B17CC9">
              <w:rPr>
                <w:color w:val="000000"/>
                <w:sz w:val="22"/>
              </w:rPr>
              <w:t xml:space="preserve"> </w:t>
            </w:r>
            <w:proofErr w:type="spellStart"/>
            <w:r w:rsidRPr="00B17CC9">
              <w:rPr>
                <w:color w:val="000000"/>
                <w:sz w:val="22"/>
              </w:rPr>
              <w:t>caz</w:t>
            </w:r>
            <w:proofErr w:type="spellEnd"/>
            <w:r w:rsidRPr="00B17CC9">
              <w:rPr>
                <w:color w:val="000000"/>
                <w:sz w:val="22"/>
              </w:rPr>
              <w:t xml:space="preserve"> </w:t>
            </w:r>
            <w:proofErr w:type="spellStart"/>
            <w:r w:rsidRPr="00B17CC9">
              <w:rPr>
                <w:color w:val="000000"/>
                <w:sz w:val="22"/>
              </w:rPr>
              <w:t>că</w:t>
            </w:r>
            <w:proofErr w:type="spellEnd"/>
            <w:r w:rsidRPr="00B17CC9">
              <w:rPr>
                <w:color w:val="000000"/>
                <w:sz w:val="22"/>
              </w:rPr>
              <w:t xml:space="preserve"> </w:t>
            </w:r>
            <w:proofErr w:type="spellStart"/>
            <w:r w:rsidRPr="00B17CC9">
              <w:rPr>
                <w:color w:val="000000"/>
                <w:sz w:val="22"/>
              </w:rPr>
              <w:t>semnează</w:t>
            </w:r>
            <w:proofErr w:type="spellEnd"/>
            <w:r w:rsidRPr="00B17CC9">
              <w:rPr>
                <w:color w:val="000000"/>
                <w:sz w:val="22"/>
              </w:rPr>
              <w:t xml:space="preserve"> </w:t>
            </w:r>
            <w:proofErr w:type="spellStart"/>
            <w:r w:rsidRPr="00B17CC9">
              <w:rPr>
                <w:color w:val="000000"/>
                <w:sz w:val="22"/>
              </w:rPr>
              <w:t>altă</w:t>
            </w:r>
            <w:proofErr w:type="spellEnd"/>
            <w:r w:rsidRPr="00B17CC9">
              <w:rPr>
                <w:color w:val="000000"/>
                <w:sz w:val="22"/>
              </w:rPr>
              <w:t xml:space="preserve"> </w:t>
            </w:r>
            <w:proofErr w:type="spellStart"/>
            <w:r w:rsidRPr="00B17CC9">
              <w:rPr>
                <w:color w:val="000000"/>
                <w:sz w:val="22"/>
              </w:rPr>
              <w:t>persoană</w:t>
            </w:r>
            <w:proofErr w:type="spellEnd"/>
            <w:r w:rsidRPr="00B17CC9">
              <w:rPr>
                <w:color w:val="000000"/>
                <w:sz w:val="22"/>
              </w:rPr>
              <w:t xml:space="preserve"> </w:t>
            </w:r>
            <w:proofErr w:type="spellStart"/>
            <w:r w:rsidRPr="00B17CC9">
              <w:rPr>
                <w:color w:val="000000"/>
                <w:sz w:val="22"/>
              </w:rPr>
              <w:t>decât</w:t>
            </w:r>
            <w:proofErr w:type="spellEnd"/>
            <w:r w:rsidRPr="00B17CC9">
              <w:rPr>
                <w:color w:val="000000"/>
                <w:sz w:val="22"/>
              </w:rPr>
              <w:t xml:space="preserve"> </w:t>
            </w:r>
            <w:proofErr w:type="spellStart"/>
            <w:r w:rsidRPr="00B17CC9">
              <w:rPr>
                <w:color w:val="000000"/>
                <w:sz w:val="22"/>
              </w:rPr>
              <w:t>administratotul</w:t>
            </w:r>
            <w:proofErr w:type="spellEnd"/>
            <w:r w:rsidRPr="00B17CC9">
              <w:rPr>
                <w:color w:val="000000"/>
                <w:sz w:val="22"/>
              </w:rPr>
              <w:t xml:space="preserve"> </w:t>
            </w:r>
            <w:proofErr w:type="spellStart"/>
            <w:r w:rsidRPr="00B17CC9">
              <w:rPr>
                <w:color w:val="000000"/>
                <w:sz w:val="22"/>
              </w:rPr>
              <w:t>să</w:t>
            </w:r>
            <w:proofErr w:type="spellEnd"/>
            <w:r w:rsidRPr="00B17CC9">
              <w:rPr>
                <w:color w:val="000000"/>
                <w:sz w:val="22"/>
              </w:rPr>
              <w:t xml:space="preserve"> fie </w:t>
            </w:r>
            <w:proofErr w:type="spellStart"/>
            <w:r w:rsidRPr="00B17CC9">
              <w:rPr>
                <w:color w:val="000000"/>
                <w:sz w:val="22"/>
              </w:rPr>
              <w:t>prezentat</w:t>
            </w:r>
            <w:proofErr w:type="spellEnd"/>
            <w:r w:rsidRPr="00B17CC9">
              <w:rPr>
                <w:color w:val="000000"/>
                <w:sz w:val="22"/>
              </w:rPr>
              <w:t xml:space="preserve"> </w:t>
            </w:r>
            <w:proofErr w:type="spellStart"/>
            <w:r w:rsidRPr="00B17CC9">
              <w:rPr>
                <w:color w:val="000000"/>
                <w:sz w:val="22"/>
              </w:rPr>
              <w:t>în</w:t>
            </w:r>
            <w:proofErr w:type="spellEnd"/>
            <w:r w:rsidRPr="00B17CC9">
              <w:rPr>
                <w:color w:val="000000"/>
                <w:sz w:val="22"/>
              </w:rPr>
              <w:t xml:space="preserve"> mod </w:t>
            </w:r>
            <w:proofErr w:type="spellStart"/>
            <w:r w:rsidRPr="00B17CC9">
              <w:rPr>
                <w:color w:val="000000"/>
                <w:sz w:val="22"/>
              </w:rPr>
              <w:t>obligatoriu</w:t>
            </w:r>
            <w:proofErr w:type="spellEnd"/>
            <w:r w:rsidRPr="00B17CC9">
              <w:rPr>
                <w:color w:val="000000"/>
                <w:sz w:val="22"/>
              </w:rPr>
              <w:t xml:space="preserve"> un document intern (</w:t>
            </w:r>
            <w:proofErr w:type="spellStart"/>
            <w:r w:rsidRPr="00B17CC9">
              <w:rPr>
                <w:color w:val="000000"/>
                <w:sz w:val="22"/>
              </w:rPr>
              <w:t>procură</w:t>
            </w:r>
            <w:proofErr w:type="spellEnd"/>
            <w:r w:rsidRPr="00B17CC9">
              <w:rPr>
                <w:color w:val="000000"/>
                <w:sz w:val="22"/>
              </w:rPr>
              <w:t xml:space="preserve">, </w:t>
            </w:r>
            <w:proofErr w:type="spellStart"/>
            <w:r w:rsidRPr="00B17CC9">
              <w:rPr>
                <w:color w:val="000000"/>
                <w:sz w:val="22"/>
              </w:rPr>
              <w:t>ordin</w:t>
            </w:r>
            <w:proofErr w:type="spellEnd"/>
            <w:r w:rsidRPr="00B17CC9">
              <w:rPr>
                <w:color w:val="000000"/>
                <w:sz w:val="22"/>
              </w:rPr>
              <w:t xml:space="preserve"> </w:t>
            </w:r>
            <w:proofErr w:type="spellStart"/>
            <w:r w:rsidRPr="00B17CC9">
              <w:rPr>
                <w:color w:val="000000"/>
                <w:sz w:val="22"/>
              </w:rPr>
              <w:t>etc</w:t>
            </w:r>
            <w:proofErr w:type="spellEnd"/>
            <w:r w:rsidRPr="00B17CC9">
              <w:rPr>
                <w:color w:val="000000"/>
                <w:sz w:val="22"/>
              </w:rPr>
              <w: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8. </w:t>
            </w:r>
            <w:proofErr w:type="spellStart"/>
            <w:r w:rsidRPr="00B17CC9">
              <w:rPr>
                <w:color w:val="000000"/>
                <w:sz w:val="22"/>
              </w:rPr>
              <w:t>Telefon</w:t>
            </w:r>
            <w:proofErr w:type="spellEnd"/>
            <w:r w:rsidRPr="00B17CC9">
              <w:rPr>
                <w:color w:val="000000"/>
                <w:sz w:val="22"/>
              </w:rPr>
              <w:t xml:space="preserve">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9. </w:t>
            </w:r>
            <w:proofErr w:type="spellStart"/>
            <w:r w:rsidRPr="00B17CC9">
              <w:rPr>
                <w:color w:val="000000"/>
                <w:sz w:val="22"/>
              </w:rPr>
              <w:t>Adresa</w:t>
            </w:r>
            <w:proofErr w:type="spellEnd"/>
            <w:r w:rsidRPr="00B17CC9">
              <w:rPr>
                <w:color w:val="000000"/>
                <w:sz w:val="22"/>
              </w:rPr>
              <w:t xml:space="preserve"> </w:t>
            </w:r>
            <w:proofErr w:type="spellStart"/>
            <w:r w:rsidRPr="00B17CC9">
              <w:rPr>
                <w:color w:val="000000"/>
                <w:sz w:val="22"/>
              </w:rPr>
              <w:t>electronică</w:t>
            </w:r>
            <w:proofErr w:type="spellEnd"/>
            <w:r w:rsidRPr="00B17CC9">
              <w:rPr>
                <w:color w:val="000000"/>
                <w:sz w:val="22"/>
              </w:rPr>
              <w:t xml:space="preserve"> </w:t>
            </w:r>
            <w:proofErr w:type="spellStart"/>
            <w:r w:rsidRPr="00B17CC9">
              <w:rPr>
                <w:color w:val="000000"/>
                <w:sz w:val="22"/>
              </w:rPr>
              <w:t>oficială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10. </w:t>
            </w:r>
            <w:proofErr w:type="spellStart"/>
            <w:r w:rsidRPr="00B17CC9">
              <w:rPr>
                <w:color w:val="000000"/>
                <w:sz w:val="22"/>
              </w:rPr>
              <w:t>Denumirea</w:t>
            </w:r>
            <w:proofErr w:type="spellEnd"/>
            <w:r w:rsidRPr="00B17CC9">
              <w:rPr>
                <w:color w:val="000000"/>
                <w:sz w:val="22"/>
              </w:rPr>
              <w:t xml:space="preserve"> </w:t>
            </w:r>
            <w:proofErr w:type="spellStart"/>
            <w:r w:rsidRPr="00B17CC9">
              <w:rPr>
                <w:color w:val="000000"/>
                <w:sz w:val="22"/>
              </w:rPr>
              <w:t>băncii</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11. Cod </w:t>
            </w:r>
            <w:proofErr w:type="spellStart"/>
            <w:r w:rsidRPr="00B17CC9">
              <w:rPr>
                <w:color w:val="000000"/>
                <w:sz w:val="22"/>
              </w:rPr>
              <w:t>bancar</w:t>
            </w:r>
            <w:proofErr w:type="spellEnd"/>
            <w:r w:rsidRPr="00B17CC9">
              <w:rPr>
                <w:color w:val="000000"/>
                <w:sz w:val="22"/>
              </w:rPr>
              <w:t xml:space="preserve">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____________________________________________</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13. </w:t>
            </w:r>
            <w:proofErr w:type="spellStart"/>
            <w:r w:rsidRPr="00B17CC9">
              <w:rPr>
                <w:color w:val="000000"/>
                <w:sz w:val="22"/>
              </w:rPr>
              <w:t>Regimul</w:t>
            </w:r>
            <w:proofErr w:type="spellEnd"/>
            <w:r w:rsidRPr="00B17CC9">
              <w:rPr>
                <w:color w:val="000000"/>
                <w:sz w:val="22"/>
              </w:rPr>
              <w:t xml:space="preserve"> TVA </w:t>
            </w:r>
            <w:proofErr w:type="spellStart"/>
            <w:r w:rsidRPr="00B17CC9">
              <w:rPr>
                <w:color w:val="000000"/>
                <w:sz w:val="22"/>
              </w:rPr>
              <w:t>aplicabil</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 </w:t>
            </w:r>
            <w:proofErr w:type="spellStart"/>
            <w:r w:rsidRPr="00B17CC9">
              <w:rPr>
                <w:color w:val="000000"/>
                <w:sz w:val="22"/>
              </w:rPr>
              <w:t>Plătitor</w:t>
            </w:r>
            <w:proofErr w:type="spellEnd"/>
            <w:r w:rsidRPr="00B17CC9">
              <w:rPr>
                <w:color w:val="000000"/>
                <w:sz w:val="22"/>
              </w:rPr>
              <w:t xml:space="preserve"> de TVA        ☐ </w:t>
            </w:r>
            <w:proofErr w:type="spellStart"/>
            <w:r w:rsidRPr="00B17CC9">
              <w:rPr>
                <w:color w:val="000000"/>
                <w:sz w:val="22"/>
              </w:rPr>
              <w:t>Neplătitor</w:t>
            </w:r>
            <w:proofErr w:type="spellEnd"/>
            <w:r w:rsidRPr="00B17CC9">
              <w:rPr>
                <w:color w:val="000000"/>
                <w:sz w:val="22"/>
              </w:rPr>
              <w:t xml:space="preserve"> de TVA</w:t>
            </w:r>
          </w:p>
        </w:tc>
      </w:tr>
      <w:tr w:rsidR="0021318A" w:rsidRPr="00B17CC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r w:rsidRPr="00B17CC9">
              <w:rPr>
                <w:color w:val="000000"/>
                <w:sz w:val="22"/>
              </w:rPr>
              <w:t xml:space="preserve">14. </w:t>
            </w:r>
            <w:proofErr w:type="spellStart"/>
            <w:r w:rsidRPr="00B17CC9">
              <w:rPr>
                <w:color w:val="000000"/>
                <w:sz w:val="22"/>
              </w:rPr>
              <w:t>Persoana</w:t>
            </w:r>
            <w:proofErr w:type="spellEnd"/>
            <w:r w:rsidRPr="00B17CC9">
              <w:rPr>
                <w:color w:val="000000"/>
                <w:sz w:val="22"/>
              </w:rPr>
              <w:t xml:space="preserve"> </w:t>
            </w:r>
            <w:proofErr w:type="spellStart"/>
            <w:r w:rsidRPr="00B17CC9">
              <w:rPr>
                <w:color w:val="000000"/>
                <w:sz w:val="22"/>
              </w:rPr>
              <w:t>responsabilă</w:t>
            </w:r>
            <w:proofErr w:type="spellEnd"/>
            <w:r w:rsidRPr="00B17CC9">
              <w:rPr>
                <w:color w:val="000000"/>
                <w:sz w:val="22"/>
              </w:rPr>
              <w:t xml:space="preserve"> de </w:t>
            </w:r>
            <w:proofErr w:type="spellStart"/>
            <w:r w:rsidRPr="00B17CC9">
              <w:rPr>
                <w:color w:val="000000"/>
                <w:sz w:val="22"/>
              </w:rPr>
              <w:t>executarea</w:t>
            </w:r>
            <w:proofErr w:type="spellEnd"/>
            <w:r w:rsidRPr="00B17CC9">
              <w:rPr>
                <w:color w:val="000000"/>
                <w:sz w:val="22"/>
              </w:rPr>
              <w:t xml:space="preserve"> </w:t>
            </w:r>
            <w:proofErr w:type="spellStart"/>
            <w:r w:rsidRPr="00B17CC9">
              <w:rPr>
                <w:color w:val="000000"/>
                <w:sz w:val="22"/>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B17CC9" w:rsidRDefault="0021318A" w:rsidP="00B17CC9">
            <w:pPr>
              <w:jc w:val="both"/>
              <w:rPr>
                <w:sz w:val="22"/>
              </w:rPr>
            </w:pPr>
            <w:proofErr w:type="spellStart"/>
            <w:r w:rsidRPr="00B17CC9">
              <w:rPr>
                <w:color w:val="000000"/>
                <w:sz w:val="22"/>
              </w:rPr>
              <w:t>Nume</w:t>
            </w:r>
            <w:proofErr w:type="spellEnd"/>
            <w:r w:rsidRPr="00B17CC9">
              <w:rPr>
                <w:color w:val="000000"/>
                <w:sz w:val="22"/>
              </w:rPr>
              <w:t xml:space="preserve">, </w:t>
            </w:r>
            <w:proofErr w:type="spellStart"/>
            <w:r w:rsidRPr="00B17CC9">
              <w:rPr>
                <w:color w:val="000000"/>
                <w:sz w:val="22"/>
              </w:rPr>
              <w:t>prenume</w:t>
            </w:r>
            <w:proofErr w:type="spellEnd"/>
            <w:r w:rsidRPr="00B17CC9">
              <w:rPr>
                <w:color w:val="000000"/>
                <w:sz w:val="22"/>
              </w:rPr>
              <w:t>: ______________________________</w:t>
            </w:r>
            <w:r w:rsidRPr="00B17CC9">
              <w:rPr>
                <w:color w:val="000000"/>
                <w:sz w:val="22"/>
              </w:rPr>
              <w:br/>
            </w:r>
            <w:proofErr w:type="spellStart"/>
            <w:r w:rsidRPr="00B17CC9">
              <w:rPr>
                <w:color w:val="000000"/>
                <w:sz w:val="22"/>
              </w:rPr>
              <w:t>Funcția</w:t>
            </w:r>
            <w:proofErr w:type="spellEnd"/>
            <w:r w:rsidRPr="00B17CC9">
              <w:rPr>
                <w:color w:val="000000"/>
                <w:sz w:val="22"/>
              </w:rPr>
              <w:t>: ____________________________________</w:t>
            </w:r>
            <w:r w:rsidRPr="00B17CC9">
              <w:rPr>
                <w:color w:val="000000"/>
                <w:sz w:val="22"/>
              </w:rPr>
              <w:br/>
            </w:r>
            <w:proofErr w:type="spellStart"/>
            <w:r w:rsidRPr="00B17CC9">
              <w:rPr>
                <w:color w:val="000000"/>
                <w:sz w:val="22"/>
              </w:rPr>
              <w:t>Telefon</w:t>
            </w:r>
            <w:proofErr w:type="spellEnd"/>
            <w:r w:rsidRPr="00B17CC9">
              <w:rPr>
                <w:color w:val="000000"/>
                <w:sz w:val="22"/>
              </w:rPr>
              <w:t>: ____________________________________</w:t>
            </w:r>
            <w:r w:rsidRPr="00B17CC9">
              <w:rPr>
                <w:color w:val="000000"/>
                <w:sz w:val="22"/>
              </w:rPr>
              <w:br/>
              <w:t>E-mail: _____________________________________</w:t>
            </w:r>
          </w:p>
        </w:tc>
      </w:tr>
    </w:tbl>
    <w:p w:rsidR="0021318A" w:rsidRPr="00B17CC9" w:rsidRDefault="0021318A" w:rsidP="00B17CC9">
      <w:pPr>
        <w:jc w:val="both"/>
        <w:rPr>
          <w:rFonts w:cs="Times New Roman"/>
          <w:sz w:val="22"/>
        </w:rPr>
      </w:pPr>
      <w:proofErr w:type="spellStart"/>
      <w:r w:rsidRPr="00B17CC9">
        <w:rPr>
          <w:rFonts w:cs="Times New Roman"/>
          <w:color w:val="000000"/>
          <w:sz w:val="22"/>
        </w:rPr>
        <w:t>Operatorul</w:t>
      </w:r>
      <w:proofErr w:type="spellEnd"/>
      <w:r w:rsidRPr="00B17CC9">
        <w:rPr>
          <w:rFonts w:cs="Times New Roman"/>
          <w:color w:val="000000"/>
          <w:sz w:val="22"/>
        </w:rPr>
        <w:t xml:space="preserve"> economic </w:t>
      </w:r>
      <w:proofErr w:type="spellStart"/>
      <w:r w:rsidRPr="00B17CC9">
        <w:rPr>
          <w:rFonts w:cs="Times New Roman"/>
          <w:color w:val="000000"/>
          <w:sz w:val="22"/>
        </w:rPr>
        <w:t>declară</w:t>
      </w:r>
      <w:proofErr w:type="spellEnd"/>
      <w:r w:rsidRPr="00B17CC9">
        <w:rPr>
          <w:rFonts w:cs="Times New Roman"/>
          <w:color w:val="000000"/>
          <w:sz w:val="22"/>
        </w:rPr>
        <w:t xml:space="preserve"> </w:t>
      </w:r>
      <w:proofErr w:type="spellStart"/>
      <w:r w:rsidRPr="00B17CC9">
        <w:rPr>
          <w:rFonts w:cs="Times New Roman"/>
          <w:color w:val="000000"/>
          <w:sz w:val="22"/>
        </w:rPr>
        <w:t>că</w:t>
      </w:r>
      <w:proofErr w:type="spellEnd"/>
      <w:r w:rsidRPr="00B17CC9">
        <w:rPr>
          <w:rFonts w:cs="Times New Roman"/>
          <w:color w:val="000000"/>
          <w:sz w:val="22"/>
        </w:rPr>
        <w:t xml:space="preserve"> nu se </w:t>
      </w:r>
      <w:proofErr w:type="spellStart"/>
      <w:r w:rsidRPr="00B17CC9">
        <w:rPr>
          <w:rFonts w:cs="Times New Roman"/>
          <w:color w:val="000000"/>
          <w:sz w:val="22"/>
        </w:rPr>
        <w:t>află</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proces</w:t>
      </w:r>
      <w:proofErr w:type="spellEnd"/>
      <w:r w:rsidRPr="00B17CC9">
        <w:rPr>
          <w:rFonts w:cs="Times New Roman"/>
          <w:color w:val="000000"/>
          <w:sz w:val="22"/>
        </w:rPr>
        <w:t xml:space="preserve"> de </w:t>
      </w:r>
      <w:proofErr w:type="spellStart"/>
      <w:r w:rsidRPr="00B17CC9">
        <w:rPr>
          <w:rFonts w:cs="Times New Roman"/>
          <w:color w:val="000000"/>
          <w:sz w:val="22"/>
        </w:rPr>
        <w:t>insolvabilitate</w:t>
      </w:r>
      <w:proofErr w:type="spellEnd"/>
      <w:r w:rsidRPr="00B17CC9">
        <w:rPr>
          <w:rFonts w:cs="Times New Roman"/>
          <w:color w:val="000000"/>
          <w:sz w:val="22"/>
        </w:rPr>
        <w:t xml:space="preserve">, </w:t>
      </w:r>
      <w:proofErr w:type="spellStart"/>
      <w:r w:rsidRPr="00B17CC9">
        <w:rPr>
          <w:rFonts w:cs="Times New Roman"/>
          <w:color w:val="000000"/>
          <w:sz w:val="22"/>
        </w:rPr>
        <w:t>lichidare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suspendare</w:t>
      </w:r>
      <w:proofErr w:type="spellEnd"/>
      <w:r w:rsidRPr="00B17CC9">
        <w:rPr>
          <w:rFonts w:cs="Times New Roman"/>
          <w:color w:val="000000"/>
          <w:sz w:val="22"/>
        </w:rPr>
        <w:t xml:space="preserve"> </w:t>
      </w:r>
      <w:proofErr w:type="gramStart"/>
      <w:r w:rsidRPr="00B17CC9">
        <w:rPr>
          <w:rFonts w:cs="Times New Roman"/>
          <w:color w:val="000000"/>
          <w:sz w:val="22"/>
        </w:rPr>
        <w:t>a</w:t>
      </w:r>
      <w:proofErr w:type="gramEnd"/>
      <w:r w:rsidRPr="00B17CC9">
        <w:rPr>
          <w:rFonts w:cs="Times New Roman"/>
          <w:color w:val="000000"/>
          <w:sz w:val="22"/>
        </w:rPr>
        <w:t xml:space="preserve"> </w:t>
      </w:r>
      <w:proofErr w:type="spellStart"/>
      <w:r w:rsidRPr="00B17CC9">
        <w:rPr>
          <w:rFonts w:cs="Times New Roman"/>
          <w:color w:val="000000"/>
          <w:sz w:val="22"/>
        </w:rPr>
        <w:t>activității</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are </w:t>
      </w:r>
      <w:proofErr w:type="spellStart"/>
      <w:r w:rsidRPr="00B17CC9">
        <w:rPr>
          <w:rFonts w:cs="Times New Roman"/>
          <w:color w:val="000000"/>
          <w:sz w:val="22"/>
        </w:rPr>
        <w:t>dreptul</w:t>
      </w:r>
      <w:proofErr w:type="spellEnd"/>
      <w:r w:rsidRPr="00B17CC9">
        <w:rPr>
          <w:rFonts w:cs="Times New Roman"/>
          <w:color w:val="000000"/>
          <w:sz w:val="22"/>
        </w:rPr>
        <w:t xml:space="preserve"> legal de a </w:t>
      </w:r>
      <w:proofErr w:type="spellStart"/>
      <w:r w:rsidRPr="00B17CC9">
        <w:rPr>
          <w:rFonts w:cs="Times New Roman"/>
          <w:color w:val="000000"/>
          <w:sz w:val="22"/>
        </w:rPr>
        <w:t>desfășura</w:t>
      </w:r>
      <w:proofErr w:type="spellEnd"/>
      <w:r w:rsidRPr="00B17CC9">
        <w:rPr>
          <w:rFonts w:cs="Times New Roman"/>
          <w:color w:val="000000"/>
          <w:sz w:val="22"/>
        </w:rPr>
        <w:t xml:space="preserve"> </w:t>
      </w:r>
      <w:proofErr w:type="spellStart"/>
      <w:r w:rsidRPr="00B17CC9">
        <w:rPr>
          <w:rFonts w:cs="Times New Roman"/>
          <w:color w:val="000000"/>
          <w:sz w:val="22"/>
        </w:rPr>
        <w:t>activitățile</w:t>
      </w:r>
      <w:proofErr w:type="spellEnd"/>
      <w:r w:rsidRPr="00B17CC9">
        <w:rPr>
          <w:rFonts w:cs="Times New Roman"/>
          <w:color w:val="000000"/>
          <w:sz w:val="22"/>
        </w:rPr>
        <w:t xml:space="preserve"> </w:t>
      </w:r>
      <w:proofErr w:type="spellStart"/>
      <w:r w:rsidRPr="00B17CC9">
        <w:rPr>
          <w:rFonts w:cs="Times New Roman"/>
          <w:color w:val="000000"/>
          <w:sz w:val="22"/>
        </w:rPr>
        <w:t>aferente</w:t>
      </w:r>
      <w:proofErr w:type="spellEnd"/>
      <w:r w:rsidRPr="00B17CC9">
        <w:rPr>
          <w:rFonts w:cs="Times New Roman"/>
          <w:color w:val="000000"/>
          <w:sz w:val="22"/>
        </w:rPr>
        <w:t xml:space="preserve"> </w:t>
      </w:r>
      <w:proofErr w:type="spellStart"/>
      <w:r w:rsidRPr="00B17CC9">
        <w:rPr>
          <w:rFonts w:cs="Times New Roman"/>
          <w:color w:val="000000"/>
          <w:sz w:val="22"/>
        </w:rPr>
        <w:t>obiectului</w:t>
      </w:r>
      <w:proofErr w:type="spellEnd"/>
      <w:r w:rsidRPr="00B17CC9">
        <w:rPr>
          <w:rFonts w:cs="Times New Roman"/>
          <w:color w:val="000000"/>
          <w:sz w:val="22"/>
        </w:rPr>
        <w:t xml:space="preserve"> </w:t>
      </w:r>
      <w:proofErr w:type="spellStart"/>
      <w:r w:rsidRPr="00B17CC9">
        <w:rPr>
          <w:rFonts w:cs="Times New Roman"/>
          <w:color w:val="000000"/>
          <w:sz w:val="22"/>
        </w:rPr>
        <w:t>contractului</w:t>
      </w:r>
      <w:proofErr w:type="spellEnd"/>
      <w:r w:rsidRPr="00B17CC9">
        <w:rPr>
          <w:rFonts w:cs="Times New Roman"/>
          <w:color w:val="000000"/>
          <w:sz w:val="22"/>
        </w:rPr>
        <w:t>.</w:t>
      </w:r>
    </w:p>
    <w:p w:rsidR="0021318A" w:rsidRPr="00B17CC9" w:rsidRDefault="0021318A" w:rsidP="00B17CC9">
      <w:pPr>
        <w:jc w:val="both"/>
        <w:rPr>
          <w:rFonts w:cs="Times New Roman"/>
          <w:sz w:val="22"/>
        </w:rPr>
      </w:pPr>
      <w:r w:rsidRPr="00B17CC9">
        <w:rPr>
          <w:rFonts w:cs="Times New Roman"/>
          <w:color w:val="000000"/>
          <w:sz w:val="22"/>
        </w:rPr>
        <w:t xml:space="preserve">Data </w:t>
      </w:r>
      <w:proofErr w:type="spellStart"/>
      <w:r w:rsidRPr="00B17CC9">
        <w:rPr>
          <w:rFonts w:cs="Times New Roman"/>
          <w:color w:val="000000"/>
          <w:sz w:val="22"/>
        </w:rPr>
        <w:t>completării</w:t>
      </w:r>
      <w:proofErr w:type="spellEnd"/>
      <w:r w:rsidRPr="00B17CC9">
        <w:rPr>
          <w:rFonts w:cs="Times New Roman"/>
          <w:color w:val="000000"/>
          <w:sz w:val="22"/>
        </w:rPr>
        <w:t>: _______________</w:t>
      </w:r>
    </w:p>
    <w:p w:rsidR="0021318A" w:rsidRPr="00B17CC9" w:rsidRDefault="0021318A" w:rsidP="00B17CC9">
      <w:pPr>
        <w:jc w:val="both"/>
        <w:rPr>
          <w:rFonts w:cs="Times New Roman"/>
          <w:sz w:val="22"/>
        </w:rPr>
      </w:pPr>
      <w:r w:rsidRPr="00B17CC9">
        <w:rPr>
          <w:rFonts w:cs="Times New Roman"/>
          <w:color w:val="000000"/>
          <w:sz w:val="22"/>
        </w:rPr>
        <w:t>Operator economic: _______________________________</w:t>
      </w:r>
    </w:p>
    <w:p w:rsidR="0021318A" w:rsidRPr="00B17CC9" w:rsidRDefault="0021318A" w:rsidP="00B17CC9">
      <w:pPr>
        <w:jc w:val="both"/>
        <w:rPr>
          <w:rFonts w:cs="Times New Roman"/>
          <w:sz w:val="22"/>
        </w:rPr>
      </w:pPr>
      <w:proofErr w:type="spellStart"/>
      <w:r w:rsidRPr="00B17CC9">
        <w:rPr>
          <w:rFonts w:cs="Times New Roman"/>
          <w:color w:val="000000"/>
          <w:sz w:val="22"/>
        </w:rPr>
        <w:t>Nume</w:t>
      </w:r>
      <w:proofErr w:type="spellEnd"/>
      <w:r w:rsidRPr="00B17CC9">
        <w:rPr>
          <w:rFonts w:cs="Times New Roman"/>
          <w:color w:val="000000"/>
          <w:sz w:val="22"/>
        </w:rPr>
        <w:t xml:space="preserve">, </w:t>
      </w:r>
      <w:proofErr w:type="spellStart"/>
      <w:r w:rsidRPr="00B17CC9">
        <w:rPr>
          <w:rFonts w:cs="Times New Roman"/>
          <w:color w:val="000000"/>
          <w:sz w:val="22"/>
        </w:rPr>
        <w:t>prenume</w:t>
      </w:r>
      <w:proofErr w:type="spellEnd"/>
      <w:r w:rsidRPr="00B17CC9">
        <w:rPr>
          <w:rFonts w:cs="Times New Roman"/>
          <w:color w:val="000000"/>
          <w:sz w:val="22"/>
        </w:rPr>
        <w:t>: _______________________________</w:t>
      </w:r>
    </w:p>
    <w:p w:rsidR="0021318A" w:rsidRPr="00B17CC9" w:rsidRDefault="0021318A" w:rsidP="00B17CC9">
      <w:pPr>
        <w:jc w:val="both"/>
        <w:rPr>
          <w:rFonts w:cs="Times New Roman"/>
          <w:sz w:val="22"/>
        </w:rPr>
      </w:pPr>
      <w:proofErr w:type="spellStart"/>
      <w:r w:rsidRPr="00B17CC9">
        <w:rPr>
          <w:rFonts w:cs="Times New Roman"/>
          <w:color w:val="000000"/>
          <w:sz w:val="22"/>
        </w:rPr>
        <w:t>Funcția</w:t>
      </w:r>
      <w:proofErr w:type="spellEnd"/>
      <w:r w:rsidRPr="00B17CC9">
        <w:rPr>
          <w:rFonts w:cs="Times New Roman"/>
          <w:color w:val="000000"/>
          <w:sz w:val="22"/>
        </w:rPr>
        <w:t>: _______________________________</w:t>
      </w:r>
    </w:p>
    <w:p w:rsidR="0021318A" w:rsidRPr="00B17CC9" w:rsidRDefault="0021318A" w:rsidP="00B17CC9">
      <w:pPr>
        <w:jc w:val="both"/>
        <w:rPr>
          <w:rFonts w:cs="Times New Roman"/>
          <w:sz w:val="22"/>
        </w:rPr>
      </w:pPr>
      <w:proofErr w:type="spellStart"/>
      <w:r w:rsidRPr="00B17CC9">
        <w:rPr>
          <w:rFonts w:cs="Times New Roman"/>
          <w:color w:val="000000"/>
          <w:sz w:val="22"/>
        </w:rPr>
        <w:t>Semnătura</w:t>
      </w:r>
      <w:proofErr w:type="spellEnd"/>
      <w:r w:rsidRPr="00B17CC9">
        <w:rPr>
          <w:rFonts w:cs="Times New Roman"/>
          <w:color w:val="000000"/>
          <w:sz w:val="22"/>
        </w:rPr>
        <w:t>: _______________________________</w:t>
      </w:r>
    </w:p>
    <w:p w:rsidR="00127E6A" w:rsidRPr="00B17CC9" w:rsidRDefault="00127E6A" w:rsidP="00B17CC9">
      <w:pPr>
        <w:jc w:val="both"/>
        <w:rPr>
          <w:rFonts w:cs="Times New Roman"/>
          <w:sz w:val="22"/>
        </w:rPr>
      </w:pPr>
      <w:proofErr w:type="spellStart"/>
      <w:r w:rsidRPr="00B17CC9">
        <w:rPr>
          <w:rFonts w:cs="Times New Roman"/>
          <w:color w:val="000000"/>
          <w:sz w:val="22"/>
        </w:rPr>
        <w:t>Operatorul</w:t>
      </w:r>
      <w:proofErr w:type="spellEnd"/>
      <w:r w:rsidRPr="00B17CC9">
        <w:rPr>
          <w:rFonts w:cs="Times New Roman"/>
          <w:color w:val="000000"/>
          <w:sz w:val="22"/>
        </w:rPr>
        <w:t xml:space="preserve"> economic </w:t>
      </w:r>
      <w:proofErr w:type="spellStart"/>
      <w:r w:rsidRPr="00B17CC9">
        <w:rPr>
          <w:rFonts w:cs="Times New Roman"/>
          <w:color w:val="000000"/>
          <w:sz w:val="22"/>
        </w:rPr>
        <w:t>declară</w:t>
      </w:r>
      <w:proofErr w:type="spellEnd"/>
      <w:r w:rsidRPr="00B17CC9">
        <w:rPr>
          <w:rFonts w:cs="Times New Roman"/>
          <w:color w:val="000000"/>
          <w:sz w:val="22"/>
        </w:rPr>
        <w:t xml:space="preserve"> </w:t>
      </w:r>
      <w:proofErr w:type="spellStart"/>
      <w:r w:rsidRPr="00B17CC9">
        <w:rPr>
          <w:rFonts w:cs="Times New Roman"/>
          <w:color w:val="000000"/>
          <w:sz w:val="22"/>
        </w:rPr>
        <w:t>că</w:t>
      </w:r>
      <w:proofErr w:type="spellEnd"/>
      <w:r w:rsidRPr="00B17CC9">
        <w:rPr>
          <w:rFonts w:cs="Times New Roman"/>
          <w:color w:val="000000"/>
          <w:sz w:val="22"/>
        </w:rPr>
        <w:t xml:space="preserve"> nu se </w:t>
      </w:r>
      <w:proofErr w:type="spellStart"/>
      <w:r w:rsidRPr="00B17CC9">
        <w:rPr>
          <w:rFonts w:cs="Times New Roman"/>
          <w:color w:val="000000"/>
          <w:sz w:val="22"/>
        </w:rPr>
        <w:t>află</w:t>
      </w:r>
      <w:proofErr w:type="spellEnd"/>
      <w:r w:rsidRPr="00B17CC9">
        <w:rPr>
          <w:rFonts w:cs="Times New Roman"/>
          <w:color w:val="000000"/>
          <w:sz w:val="22"/>
        </w:rPr>
        <w:t xml:space="preserve"> </w:t>
      </w:r>
      <w:proofErr w:type="spellStart"/>
      <w:r w:rsidRPr="00B17CC9">
        <w:rPr>
          <w:rFonts w:cs="Times New Roman"/>
          <w:color w:val="000000"/>
          <w:sz w:val="22"/>
        </w:rPr>
        <w:t>în</w:t>
      </w:r>
      <w:proofErr w:type="spellEnd"/>
      <w:r w:rsidRPr="00B17CC9">
        <w:rPr>
          <w:rFonts w:cs="Times New Roman"/>
          <w:color w:val="000000"/>
          <w:sz w:val="22"/>
        </w:rPr>
        <w:t xml:space="preserve"> </w:t>
      </w:r>
      <w:proofErr w:type="spellStart"/>
      <w:r w:rsidRPr="00B17CC9">
        <w:rPr>
          <w:rFonts w:cs="Times New Roman"/>
          <w:color w:val="000000"/>
          <w:sz w:val="22"/>
        </w:rPr>
        <w:t>proces</w:t>
      </w:r>
      <w:proofErr w:type="spellEnd"/>
      <w:r w:rsidRPr="00B17CC9">
        <w:rPr>
          <w:rFonts w:cs="Times New Roman"/>
          <w:color w:val="000000"/>
          <w:sz w:val="22"/>
        </w:rPr>
        <w:t xml:space="preserve"> de </w:t>
      </w:r>
      <w:proofErr w:type="spellStart"/>
      <w:r w:rsidRPr="00B17CC9">
        <w:rPr>
          <w:rFonts w:cs="Times New Roman"/>
          <w:color w:val="000000"/>
          <w:sz w:val="22"/>
        </w:rPr>
        <w:t>insolvabilitate</w:t>
      </w:r>
      <w:proofErr w:type="spellEnd"/>
      <w:r w:rsidRPr="00B17CC9">
        <w:rPr>
          <w:rFonts w:cs="Times New Roman"/>
          <w:color w:val="000000"/>
          <w:sz w:val="22"/>
        </w:rPr>
        <w:t xml:space="preserve">, </w:t>
      </w:r>
      <w:proofErr w:type="spellStart"/>
      <w:r w:rsidRPr="00B17CC9">
        <w:rPr>
          <w:rFonts w:cs="Times New Roman"/>
          <w:color w:val="000000"/>
          <w:sz w:val="22"/>
        </w:rPr>
        <w:t>lichidare</w:t>
      </w:r>
      <w:proofErr w:type="spellEnd"/>
      <w:r w:rsidRPr="00B17CC9">
        <w:rPr>
          <w:rFonts w:cs="Times New Roman"/>
          <w:color w:val="000000"/>
          <w:sz w:val="22"/>
        </w:rPr>
        <w:t xml:space="preserve"> </w:t>
      </w:r>
      <w:proofErr w:type="spellStart"/>
      <w:r w:rsidRPr="00B17CC9">
        <w:rPr>
          <w:rFonts w:cs="Times New Roman"/>
          <w:color w:val="000000"/>
          <w:sz w:val="22"/>
        </w:rPr>
        <w:t>sau</w:t>
      </w:r>
      <w:proofErr w:type="spellEnd"/>
      <w:r w:rsidRPr="00B17CC9">
        <w:rPr>
          <w:rFonts w:cs="Times New Roman"/>
          <w:color w:val="000000"/>
          <w:sz w:val="22"/>
        </w:rPr>
        <w:t xml:space="preserve"> </w:t>
      </w:r>
      <w:proofErr w:type="spellStart"/>
      <w:r w:rsidRPr="00B17CC9">
        <w:rPr>
          <w:rFonts w:cs="Times New Roman"/>
          <w:color w:val="000000"/>
          <w:sz w:val="22"/>
        </w:rPr>
        <w:t>suspendare</w:t>
      </w:r>
      <w:proofErr w:type="spellEnd"/>
      <w:r w:rsidRPr="00B17CC9">
        <w:rPr>
          <w:rFonts w:cs="Times New Roman"/>
          <w:color w:val="000000"/>
          <w:sz w:val="22"/>
        </w:rPr>
        <w:t xml:space="preserve"> </w:t>
      </w:r>
      <w:proofErr w:type="gramStart"/>
      <w:r w:rsidRPr="00B17CC9">
        <w:rPr>
          <w:rFonts w:cs="Times New Roman"/>
          <w:color w:val="000000"/>
          <w:sz w:val="22"/>
        </w:rPr>
        <w:t>a</w:t>
      </w:r>
      <w:proofErr w:type="gramEnd"/>
      <w:r w:rsidRPr="00B17CC9">
        <w:rPr>
          <w:rFonts w:cs="Times New Roman"/>
          <w:color w:val="000000"/>
          <w:sz w:val="22"/>
        </w:rPr>
        <w:t xml:space="preserve"> </w:t>
      </w:r>
      <w:proofErr w:type="spellStart"/>
      <w:r w:rsidRPr="00B17CC9">
        <w:rPr>
          <w:rFonts w:cs="Times New Roman"/>
          <w:color w:val="000000"/>
          <w:sz w:val="22"/>
        </w:rPr>
        <w:t>activității</w:t>
      </w:r>
      <w:proofErr w:type="spellEnd"/>
      <w:r w:rsidRPr="00B17CC9">
        <w:rPr>
          <w:rFonts w:cs="Times New Roman"/>
          <w:color w:val="000000"/>
          <w:sz w:val="22"/>
        </w:rPr>
        <w:t xml:space="preserve"> </w:t>
      </w:r>
      <w:proofErr w:type="spellStart"/>
      <w:r w:rsidRPr="00B17CC9">
        <w:rPr>
          <w:rFonts w:cs="Times New Roman"/>
          <w:color w:val="000000"/>
          <w:sz w:val="22"/>
        </w:rPr>
        <w:t>și</w:t>
      </w:r>
      <w:proofErr w:type="spellEnd"/>
      <w:r w:rsidRPr="00B17CC9">
        <w:rPr>
          <w:rFonts w:cs="Times New Roman"/>
          <w:color w:val="000000"/>
          <w:sz w:val="22"/>
        </w:rPr>
        <w:t xml:space="preserve"> are </w:t>
      </w:r>
      <w:proofErr w:type="spellStart"/>
      <w:r w:rsidRPr="00B17CC9">
        <w:rPr>
          <w:rFonts w:cs="Times New Roman"/>
          <w:color w:val="000000"/>
          <w:sz w:val="22"/>
        </w:rPr>
        <w:t>dreptul</w:t>
      </w:r>
      <w:proofErr w:type="spellEnd"/>
      <w:r w:rsidRPr="00B17CC9">
        <w:rPr>
          <w:rFonts w:cs="Times New Roman"/>
          <w:color w:val="000000"/>
          <w:sz w:val="22"/>
        </w:rPr>
        <w:t xml:space="preserve"> legal de a </w:t>
      </w:r>
      <w:proofErr w:type="spellStart"/>
      <w:r w:rsidRPr="00B17CC9">
        <w:rPr>
          <w:rFonts w:cs="Times New Roman"/>
          <w:color w:val="000000"/>
          <w:sz w:val="22"/>
        </w:rPr>
        <w:t>desfășura</w:t>
      </w:r>
      <w:proofErr w:type="spellEnd"/>
      <w:r w:rsidRPr="00B17CC9">
        <w:rPr>
          <w:rFonts w:cs="Times New Roman"/>
          <w:color w:val="000000"/>
          <w:sz w:val="22"/>
        </w:rPr>
        <w:t xml:space="preserve"> </w:t>
      </w:r>
      <w:proofErr w:type="spellStart"/>
      <w:r w:rsidRPr="00B17CC9">
        <w:rPr>
          <w:rFonts w:cs="Times New Roman"/>
          <w:color w:val="000000"/>
          <w:sz w:val="22"/>
        </w:rPr>
        <w:t>activitățile</w:t>
      </w:r>
      <w:proofErr w:type="spellEnd"/>
      <w:r w:rsidRPr="00B17CC9">
        <w:rPr>
          <w:rFonts w:cs="Times New Roman"/>
          <w:color w:val="000000"/>
          <w:sz w:val="22"/>
        </w:rPr>
        <w:t xml:space="preserve"> </w:t>
      </w:r>
      <w:proofErr w:type="spellStart"/>
      <w:r w:rsidRPr="00B17CC9">
        <w:rPr>
          <w:rFonts w:cs="Times New Roman"/>
          <w:color w:val="000000"/>
          <w:sz w:val="22"/>
        </w:rPr>
        <w:t>aferente</w:t>
      </w:r>
      <w:proofErr w:type="spellEnd"/>
      <w:r w:rsidRPr="00B17CC9">
        <w:rPr>
          <w:rFonts w:cs="Times New Roman"/>
          <w:color w:val="000000"/>
          <w:sz w:val="22"/>
        </w:rPr>
        <w:t xml:space="preserve"> </w:t>
      </w:r>
      <w:proofErr w:type="spellStart"/>
      <w:r w:rsidRPr="00B17CC9">
        <w:rPr>
          <w:rFonts w:cs="Times New Roman"/>
          <w:color w:val="000000"/>
          <w:sz w:val="22"/>
        </w:rPr>
        <w:t>obiectului</w:t>
      </w:r>
      <w:proofErr w:type="spellEnd"/>
      <w:r w:rsidRPr="00B17CC9">
        <w:rPr>
          <w:rFonts w:cs="Times New Roman"/>
          <w:color w:val="000000"/>
          <w:sz w:val="22"/>
        </w:rPr>
        <w:t xml:space="preserve"> </w:t>
      </w:r>
      <w:proofErr w:type="spellStart"/>
      <w:r w:rsidRPr="00B17CC9">
        <w:rPr>
          <w:rFonts w:cs="Times New Roman"/>
          <w:color w:val="000000"/>
          <w:sz w:val="22"/>
        </w:rPr>
        <w:t>contractului</w:t>
      </w:r>
      <w:proofErr w:type="spellEnd"/>
      <w:r w:rsidRPr="00B17CC9">
        <w:rPr>
          <w:rFonts w:cs="Times New Roman"/>
          <w:color w:val="000000"/>
          <w:sz w:val="22"/>
        </w:rPr>
        <w:t>.</w:t>
      </w:r>
    </w:p>
    <w:p w:rsidR="00127E6A" w:rsidRPr="00B17CC9" w:rsidRDefault="00127E6A" w:rsidP="00B17CC9">
      <w:pPr>
        <w:jc w:val="both"/>
        <w:rPr>
          <w:rFonts w:cs="Times New Roman"/>
          <w:sz w:val="22"/>
        </w:rPr>
      </w:pPr>
      <w:r w:rsidRPr="00B17CC9">
        <w:rPr>
          <w:rFonts w:cs="Times New Roman"/>
          <w:color w:val="000000"/>
          <w:sz w:val="22"/>
        </w:rPr>
        <w:t xml:space="preserve">Data </w:t>
      </w:r>
      <w:proofErr w:type="spellStart"/>
      <w:r w:rsidRPr="00B17CC9">
        <w:rPr>
          <w:rFonts w:cs="Times New Roman"/>
          <w:color w:val="000000"/>
          <w:sz w:val="22"/>
        </w:rPr>
        <w:t>completării</w:t>
      </w:r>
      <w:proofErr w:type="spellEnd"/>
      <w:r w:rsidRPr="00B17CC9">
        <w:rPr>
          <w:rFonts w:cs="Times New Roman"/>
          <w:color w:val="000000"/>
          <w:sz w:val="22"/>
        </w:rPr>
        <w:t>: _______________</w:t>
      </w:r>
    </w:p>
    <w:p w:rsidR="00127E6A" w:rsidRPr="00B17CC9" w:rsidRDefault="00127E6A" w:rsidP="00B17CC9">
      <w:pPr>
        <w:jc w:val="both"/>
        <w:rPr>
          <w:rFonts w:cs="Times New Roman"/>
          <w:sz w:val="22"/>
        </w:rPr>
      </w:pPr>
      <w:r w:rsidRPr="00B17CC9">
        <w:rPr>
          <w:rFonts w:cs="Times New Roman"/>
          <w:color w:val="000000"/>
          <w:sz w:val="22"/>
        </w:rPr>
        <w:t>Operator economic: _______________________________</w:t>
      </w:r>
    </w:p>
    <w:p w:rsidR="00127E6A" w:rsidRPr="00B17CC9" w:rsidRDefault="00127E6A" w:rsidP="00B17CC9">
      <w:pPr>
        <w:jc w:val="both"/>
        <w:rPr>
          <w:rFonts w:cs="Times New Roman"/>
          <w:sz w:val="22"/>
        </w:rPr>
      </w:pPr>
      <w:proofErr w:type="spellStart"/>
      <w:r w:rsidRPr="00B17CC9">
        <w:rPr>
          <w:rFonts w:cs="Times New Roman"/>
          <w:color w:val="000000"/>
          <w:sz w:val="22"/>
        </w:rPr>
        <w:t>Nume</w:t>
      </w:r>
      <w:proofErr w:type="spellEnd"/>
      <w:r w:rsidRPr="00B17CC9">
        <w:rPr>
          <w:rFonts w:cs="Times New Roman"/>
          <w:color w:val="000000"/>
          <w:sz w:val="22"/>
        </w:rPr>
        <w:t xml:space="preserve">, </w:t>
      </w:r>
      <w:proofErr w:type="spellStart"/>
      <w:r w:rsidRPr="00B17CC9">
        <w:rPr>
          <w:rFonts w:cs="Times New Roman"/>
          <w:color w:val="000000"/>
          <w:sz w:val="22"/>
        </w:rPr>
        <w:t>prenume</w:t>
      </w:r>
      <w:proofErr w:type="spellEnd"/>
      <w:r w:rsidRPr="00B17CC9">
        <w:rPr>
          <w:rFonts w:cs="Times New Roman"/>
          <w:color w:val="000000"/>
          <w:sz w:val="22"/>
        </w:rPr>
        <w:t>: _______________________________</w:t>
      </w:r>
    </w:p>
    <w:p w:rsidR="00127E6A" w:rsidRPr="00B17CC9" w:rsidRDefault="00127E6A" w:rsidP="00B17CC9">
      <w:pPr>
        <w:jc w:val="both"/>
        <w:rPr>
          <w:rFonts w:cs="Times New Roman"/>
          <w:sz w:val="22"/>
        </w:rPr>
      </w:pPr>
      <w:proofErr w:type="spellStart"/>
      <w:r w:rsidRPr="00B17CC9">
        <w:rPr>
          <w:rFonts w:cs="Times New Roman"/>
          <w:color w:val="000000"/>
          <w:sz w:val="22"/>
        </w:rPr>
        <w:t>Funcția</w:t>
      </w:r>
      <w:proofErr w:type="spellEnd"/>
      <w:r w:rsidRPr="00B17CC9">
        <w:rPr>
          <w:rFonts w:cs="Times New Roman"/>
          <w:color w:val="000000"/>
          <w:sz w:val="22"/>
        </w:rPr>
        <w:t>: _______________________________</w:t>
      </w:r>
    </w:p>
    <w:p w:rsidR="00814F27" w:rsidRPr="00B17CC9" w:rsidRDefault="00127E6A" w:rsidP="00B17CC9">
      <w:pPr>
        <w:jc w:val="both"/>
        <w:rPr>
          <w:rFonts w:cs="Times New Roman"/>
          <w:sz w:val="22"/>
        </w:rPr>
      </w:pPr>
      <w:proofErr w:type="spellStart"/>
      <w:r w:rsidRPr="00B17CC9">
        <w:rPr>
          <w:rFonts w:cs="Times New Roman"/>
          <w:color w:val="000000"/>
          <w:sz w:val="22"/>
        </w:rPr>
        <w:t>Semnătura</w:t>
      </w:r>
      <w:proofErr w:type="spellEnd"/>
      <w:r w:rsidRPr="00B17CC9">
        <w:rPr>
          <w:rFonts w:cs="Times New Roman"/>
          <w:color w:val="000000"/>
          <w:sz w:val="22"/>
        </w:rPr>
        <w:t>: _______________________________</w:t>
      </w:r>
    </w:p>
    <w:p w:rsidR="007951E2" w:rsidRPr="00B17CC9" w:rsidRDefault="00B17CC9" w:rsidP="00B17CC9">
      <w:pPr>
        <w:jc w:val="both"/>
        <w:rPr>
          <w:sz w:val="22"/>
        </w:rPr>
      </w:pPr>
      <w:r w:rsidRPr="00B17CC9">
        <w:rPr>
          <w:color w:val="000000"/>
          <w:sz w:val="22"/>
        </w:rPr>
        <w:br w:type="page"/>
      </w:r>
    </w:p>
    <w:p w:rsidR="007951E2" w:rsidRPr="00B17CC9" w:rsidRDefault="00B17CC9" w:rsidP="00B17CC9">
      <w:pPr>
        <w:jc w:val="center"/>
        <w:rPr>
          <w:sz w:val="22"/>
        </w:rPr>
      </w:pPr>
      <w:bookmarkStart w:id="8" w:name="_GoBack"/>
      <w:r w:rsidRPr="00B17CC9">
        <w:rPr>
          <w:b/>
          <w:color w:val="000000"/>
          <w:sz w:val="22"/>
        </w:rPr>
        <w:lastRenderedPageBreak/>
        <w:t>FORMULAR SUPLIMENTAR</w:t>
      </w:r>
    </w:p>
    <w:p w:rsidR="007951E2" w:rsidRPr="00B17CC9" w:rsidRDefault="00B17CC9" w:rsidP="00B17CC9">
      <w:pPr>
        <w:jc w:val="center"/>
        <w:rPr>
          <w:sz w:val="22"/>
        </w:rPr>
      </w:pPr>
      <w:r w:rsidRPr="00B17CC9">
        <w:rPr>
          <w:b/>
          <w:color w:val="000000"/>
          <w:sz w:val="22"/>
        </w:rPr>
        <w:t>DECLARAȚIE PRIVIND TERMENUL DE VALABILITATE RESTANT LA LIVRARE</w:t>
      </w:r>
    </w:p>
    <w:bookmarkEnd w:id="8"/>
    <w:p w:rsidR="007951E2" w:rsidRPr="00B17CC9" w:rsidRDefault="00B17CC9" w:rsidP="00B17CC9">
      <w:pPr>
        <w:jc w:val="both"/>
        <w:rPr>
          <w:sz w:val="22"/>
        </w:rPr>
      </w:pPr>
      <w:r w:rsidRPr="00B17CC9">
        <w:rPr>
          <w:color w:val="000000"/>
          <w:sz w:val="22"/>
        </w:rPr>
        <w:t>Către Agenția Națională pentru Sănătate Publică, mun. Chișină</w:t>
      </w:r>
      <w:r w:rsidRPr="00B17CC9">
        <w:rPr>
          <w:color w:val="000000"/>
          <w:sz w:val="22"/>
        </w:rPr>
        <w:t>u, str. Gh. Asachi, 67 A</w:t>
      </w:r>
    </w:p>
    <w:p w:rsidR="007951E2" w:rsidRPr="00B17CC9" w:rsidRDefault="00B17CC9" w:rsidP="00B17CC9">
      <w:pPr>
        <w:jc w:val="both"/>
        <w:rPr>
          <w:sz w:val="22"/>
        </w:rPr>
      </w:pPr>
      <w:r w:rsidRPr="00B17CC9">
        <w:rPr>
          <w:color w:val="000000"/>
          <w:sz w:val="22"/>
        </w:rPr>
        <w:t>Subsemnatul(a) ________________________________________, în calitate de reprezentant al operatorului economic ________________________________________, declar că, pentru bunurile ofertate în cadrul procedurii „Consumabile de labora</w:t>
      </w:r>
      <w:r w:rsidRPr="00B17CC9">
        <w:rPr>
          <w:color w:val="000000"/>
          <w:sz w:val="22"/>
        </w:rPr>
        <w:t>tor”, la momentul livrării termenul de valabilitate restant va fi mai mare de 90% din termenul total de valabilitate și, după caz, nu mai puțin de 12 luni, conform cerințelor documentației de atribuire.</w:t>
      </w:r>
    </w:p>
    <w:p w:rsidR="007951E2" w:rsidRPr="00B17CC9" w:rsidRDefault="00B17CC9" w:rsidP="00B17CC9">
      <w:pPr>
        <w:jc w:val="both"/>
        <w:rPr>
          <w:sz w:val="22"/>
        </w:rPr>
      </w:pPr>
      <w:r w:rsidRPr="00B17CC9">
        <w:rPr>
          <w:color w:val="000000"/>
          <w:sz w:val="22"/>
        </w:rPr>
        <w:t>Lotul/loturile pentru care se depune oferta: ________</w:t>
      </w:r>
      <w:r w:rsidRPr="00B17CC9">
        <w:rPr>
          <w:color w:val="000000"/>
          <w:sz w:val="22"/>
        </w:rPr>
        <w:t>________________________________________</w:t>
      </w:r>
    </w:p>
    <w:p w:rsidR="007951E2" w:rsidRPr="00B17CC9" w:rsidRDefault="00B17CC9" w:rsidP="00B17CC9">
      <w:pPr>
        <w:jc w:val="both"/>
        <w:rPr>
          <w:sz w:val="22"/>
        </w:rPr>
      </w:pPr>
      <w:r w:rsidRPr="00B17CC9">
        <w:rPr>
          <w:color w:val="000000"/>
          <w:sz w:val="22"/>
        </w:rPr>
        <w:t>Data completării: __________________</w:t>
      </w:r>
    </w:p>
    <w:p w:rsidR="007951E2" w:rsidRPr="00B17CC9" w:rsidRDefault="00B17CC9" w:rsidP="00B17CC9">
      <w:pPr>
        <w:jc w:val="both"/>
        <w:rPr>
          <w:sz w:val="22"/>
        </w:rPr>
      </w:pPr>
      <w:r w:rsidRPr="00B17CC9">
        <w:rPr>
          <w:color w:val="000000"/>
          <w:sz w:val="22"/>
        </w:rPr>
        <w:t>Nume, prenume: ______________________________________</w:t>
      </w:r>
    </w:p>
    <w:p w:rsidR="007951E2" w:rsidRPr="00B17CC9" w:rsidRDefault="00B17CC9" w:rsidP="00B17CC9">
      <w:pPr>
        <w:jc w:val="both"/>
        <w:rPr>
          <w:sz w:val="22"/>
        </w:rPr>
      </w:pPr>
      <w:r w:rsidRPr="00B17CC9">
        <w:rPr>
          <w:color w:val="000000"/>
          <w:sz w:val="22"/>
        </w:rPr>
        <w:t>Funcția: _____________________________________________</w:t>
      </w:r>
    </w:p>
    <w:p w:rsidR="007951E2" w:rsidRPr="00B17CC9" w:rsidRDefault="00B17CC9" w:rsidP="00B17CC9">
      <w:pPr>
        <w:jc w:val="both"/>
        <w:rPr>
          <w:sz w:val="22"/>
        </w:rPr>
      </w:pPr>
      <w:r w:rsidRPr="00B17CC9">
        <w:rPr>
          <w:color w:val="000000"/>
          <w:sz w:val="22"/>
        </w:rPr>
        <w:t>Semnătura autorizată: _________________________________</w:t>
      </w:r>
    </w:p>
    <w:sectPr w:rsidR="007951E2" w:rsidRPr="00B17CC9" w:rsidSect="004D7ED4">
      <w:pgSz w:w="12240" w:h="15840"/>
      <w:pgMar w:top="850" w:right="1134" w:bottom="170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7BA1FF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A25AEB"/>
    <w:multiLevelType w:val="multilevel"/>
    <w:tmpl w:val="57CC8F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67F3DE7"/>
    <w:multiLevelType w:val="hybridMultilevel"/>
    <w:tmpl w:val="2D5C6D7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BB73B8"/>
    <w:multiLevelType w:val="hybridMultilevel"/>
    <w:tmpl w:val="6428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8"/>
  </w:num>
  <w:num w:numId="13">
    <w:abstractNumId w:val="27"/>
  </w:num>
  <w:num w:numId="14">
    <w:abstractNumId w:val="17"/>
  </w:num>
  <w:num w:numId="15">
    <w:abstractNumId w:val="14"/>
  </w:num>
  <w:num w:numId="16">
    <w:abstractNumId w:val="15"/>
  </w:num>
  <w:num w:numId="17">
    <w:abstractNumId w:val="22"/>
  </w:num>
  <w:num w:numId="18">
    <w:abstractNumId w:val="19"/>
  </w:num>
  <w:num w:numId="19">
    <w:abstractNumId w:val="12"/>
  </w:num>
  <w:num w:numId="20">
    <w:abstractNumId w:val="10"/>
  </w:num>
  <w:num w:numId="21">
    <w:abstractNumId w:val="11"/>
  </w:num>
  <w:num w:numId="22">
    <w:abstractNumId w:val="23"/>
  </w:num>
  <w:num w:numId="23">
    <w:abstractNumId w:val="24"/>
  </w:num>
  <w:num w:numId="24">
    <w:abstractNumId w:val="26"/>
  </w:num>
  <w:num w:numId="25">
    <w:abstractNumId w:val="13"/>
  </w:num>
  <w:num w:numId="26">
    <w:abstractNumId w:val="25"/>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369E"/>
    <w:rsid w:val="000B6594"/>
    <w:rsid w:val="000C3DFC"/>
    <w:rsid w:val="000D7818"/>
    <w:rsid w:val="00110FDC"/>
    <w:rsid w:val="00127E6A"/>
    <w:rsid w:val="0015074B"/>
    <w:rsid w:val="001B08D7"/>
    <w:rsid w:val="001E7444"/>
    <w:rsid w:val="001F1165"/>
    <w:rsid w:val="00210902"/>
    <w:rsid w:val="0021318A"/>
    <w:rsid w:val="0022270F"/>
    <w:rsid w:val="0029639D"/>
    <w:rsid w:val="00326F90"/>
    <w:rsid w:val="00374C8A"/>
    <w:rsid w:val="003A0D7A"/>
    <w:rsid w:val="00484219"/>
    <w:rsid w:val="004D7ED4"/>
    <w:rsid w:val="00505F62"/>
    <w:rsid w:val="00531B9B"/>
    <w:rsid w:val="005F130F"/>
    <w:rsid w:val="00603D90"/>
    <w:rsid w:val="006603CA"/>
    <w:rsid w:val="006A7BA5"/>
    <w:rsid w:val="006E0A3D"/>
    <w:rsid w:val="007076F9"/>
    <w:rsid w:val="00707AC9"/>
    <w:rsid w:val="00730D67"/>
    <w:rsid w:val="00747772"/>
    <w:rsid w:val="007951E2"/>
    <w:rsid w:val="007C25C0"/>
    <w:rsid w:val="007E7CF6"/>
    <w:rsid w:val="007F29ED"/>
    <w:rsid w:val="00803D8D"/>
    <w:rsid w:val="00811206"/>
    <w:rsid w:val="00814F27"/>
    <w:rsid w:val="008D1020"/>
    <w:rsid w:val="00924ED0"/>
    <w:rsid w:val="0098480E"/>
    <w:rsid w:val="009B721A"/>
    <w:rsid w:val="00A02F09"/>
    <w:rsid w:val="00A138C2"/>
    <w:rsid w:val="00A20347"/>
    <w:rsid w:val="00A45F2B"/>
    <w:rsid w:val="00A97ADF"/>
    <w:rsid w:val="00AA1D8D"/>
    <w:rsid w:val="00AE0995"/>
    <w:rsid w:val="00AE720F"/>
    <w:rsid w:val="00B17CC9"/>
    <w:rsid w:val="00B47730"/>
    <w:rsid w:val="00B8159E"/>
    <w:rsid w:val="00BD31A6"/>
    <w:rsid w:val="00BD4525"/>
    <w:rsid w:val="00C56432"/>
    <w:rsid w:val="00C75252"/>
    <w:rsid w:val="00C8582B"/>
    <w:rsid w:val="00CB0664"/>
    <w:rsid w:val="00CB7340"/>
    <w:rsid w:val="00D756A6"/>
    <w:rsid w:val="00D92004"/>
    <w:rsid w:val="00DA768A"/>
    <w:rsid w:val="00DB14F8"/>
    <w:rsid w:val="00DB17FC"/>
    <w:rsid w:val="00DE74D3"/>
    <w:rsid w:val="00E17C54"/>
    <w:rsid w:val="00E87FE3"/>
    <w:rsid w:val="00E902B2"/>
    <w:rsid w:val="00EA2F43"/>
    <w:rsid w:val="00EE23B4"/>
    <w:rsid w:val="00FA6A39"/>
    <w:rsid w:val="00FC693F"/>
    <w:rsid w:val="00FD1F25"/>
    <w:rsid w:val="00FF1E07"/>
    <w:rsid w:val="00FF20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8EF69A"/>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E618BF"/>
    <w:pPr>
      <w:tabs>
        <w:tab w:val="center" w:pos="4680"/>
        <w:tab w:val="right" w:pos="9360"/>
      </w:tabs>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nhideWhenUsed/>
    <w:rsid w:val="00E618BF"/>
    <w:pPr>
      <w:tabs>
        <w:tab w:val="center" w:pos="4680"/>
        <w:tab w:val="right" w:pos="9360"/>
      </w:tabs>
    </w:pPr>
  </w:style>
  <w:style w:type="character" w:customStyle="1" w:styleId="SubsolCaracter">
    <w:name w:val="Subsol Caracter"/>
    <w:basedOn w:val="Fontdeparagrafimplicit"/>
    <w:link w:val="Subsol"/>
    <w:uiPriority w:val="99"/>
    <w:rsid w:val="00E618BF"/>
  </w:style>
  <w:style w:type="paragraph" w:styleId="Frspaiere">
    <w:name w:val="No Spacing"/>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aliases w:val="HotarirePunct1"/>
    <w:basedOn w:val="Normal"/>
    <w:link w:val="ListparagrafCaracter"/>
    <w:qFormat/>
    <w:rsid w:val="00FC693F"/>
    <w:pPr>
      <w:ind w:left="720"/>
      <w:contextualSpacing/>
    </w:pPr>
  </w:style>
  <w:style w:type="paragraph" w:styleId="Corptext">
    <w:name w:val="Body Text"/>
    <w:basedOn w:val="Normal"/>
    <w:link w:val="CorptextCaracter"/>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nhideWhenUsed/>
    <w:qFormat/>
    <w:rsid w:val="00FC693F"/>
    <w:rPr>
      <w:b/>
      <w:bCs/>
      <w:color w:val="4F81BD" w:themeColor="accent1"/>
      <w:szCs w:val="18"/>
    </w:rPr>
  </w:style>
  <w:style w:type="character" w:styleId="Robust">
    <w:name w:val="Strong"/>
    <w:basedOn w:val="Fontdeparagrafimplicit"/>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nhideWhenUsed/>
    <w:rsid w:val="00FF1E07"/>
    <w:rPr>
      <w:color w:val="0000FF" w:themeColor="hyperlink"/>
      <w:u w:val="single"/>
    </w:rPr>
  </w:style>
  <w:style w:type="character" w:styleId="MeniuneNerezolvat">
    <w:name w:val="Unresolved Mention"/>
    <w:basedOn w:val="Fontdeparagrafimplicit"/>
    <w:uiPriority w:val="99"/>
    <w:semiHidden/>
    <w:unhideWhenUsed/>
    <w:rsid w:val="00FF1E07"/>
    <w:rPr>
      <w:color w:val="605E5C"/>
      <w:shd w:val="clear" w:color="auto" w:fill="E1DFDD"/>
    </w:rPr>
  </w:style>
  <w:style w:type="table" w:customStyle="1" w:styleId="Tabelgril1">
    <w:name w:val="Tabel grilă1"/>
    <w:basedOn w:val="TabelNormal"/>
    <w:next w:val="Tabelgril"/>
    <w:uiPriority w:val="59"/>
    <w:rsid w:val="00127E6A"/>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0C3DFC"/>
    <w:pPr>
      <w:spacing w:before="100" w:beforeAutospacing="1" w:after="100" w:afterAutospacing="1"/>
    </w:pPr>
    <w:rPr>
      <w:rFonts w:cs="Times New Roman"/>
      <w:szCs w:val="24"/>
    </w:rPr>
  </w:style>
  <w:style w:type="character" w:customStyle="1" w:styleId="ListparagrafCaracter">
    <w:name w:val="Listă paragraf Caracter"/>
    <w:aliases w:val="HotarirePunct1 Caracter"/>
    <w:link w:val="Listparagraf"/>
    <w:uiPriority w:val="34"/>
    <w:locked/>
    <w:rsid w:val="00FF20E1"/>
    <w:rPr>
      <w:rFonts w:ascii="Times New Roman" w:eastAsia="Times New Roman" w:hAnsi="Times New Roman"/>
      <w:sz w:val="24"/>
    </w:rPr>
  </w:style>
  <w:style w:type="character" w:customStyle="1" w:styleId="WW8Num2z0">
    <w:name w:val="WW8Num2z0"/>
    <w:qFormat/>
    <w:rsid w:val="00924ED0"/>
  </w:style>
  <w:style w:type="character" w:customStyle="1" w:styleId="WW8Num3z0">
    <w:name w:val="WW8Num3z0"/>
    <w:qFormat/>
    <w:rsid w:val="00924ED0"/>
  </w:style>
  <w:style w:type="character" w:customStyle="1" w:styleId="WW8Num4z0">
    <w:name w:val="WW8Num4z0"/>
    <w:qFormat/>
    <w:rsid w:val="00924ED0"/>
  </w:style>
  <w:style w:type="character" w:customStyle="1" w:styleId="WW8Num5z0">
    <w:name w:val="WW8Num5z0"/>
    <w:qFormat/>
    <w:rsid w:val="00924ED0"/>
  </w:style>
  <w:style w:type="character" w:customStyle="1" w:styleId="WW8Num6z0">
    <w:name w:val="WW8Num6z0"/>
    <w:qFormat/>
    <w:rsid w:val="00924ED0"/>
  </w:style>
  <w:style w:type="character" w:customStyle="1" w:styleId="WW8Num7z0">
    <w:name w:val="WW8Num7z0"/>
    <w:qFormat/>
    <w:rsid w:val="00924ED0"/>
    <w:rPr>
      <w:b w:val="0"/>
    </w:rPr>
  </w:style>
  <w:style w:type="character" w:customStyle="1" w:styleId="WW8Num9z0">
    <w:name w:val="WW8Num9z0"/>
    <w:qFormat/>
    <w:rsid w:val="00924ED0"/>
  </w:style>
  <w:style w:type="character" w:customStyle="1" w:styleId="WW8Num10z0">
    <w:name w:val="WW8Num10z0"/>
    <w:qFormat/>
    <w:rsid w:val="00924ED0"/>
    <w:rPr>
      <w:rFonts w:ascii="Times New Roman" w:eastAsia="Times New Roman" w:hAnsi="Times New Roman" w:cs="Times New Roman"/>
    </w:rPr>
  </w:style>
  <w:style w:type="character" w:customStyle="1" w:styleId="WW8Num10z1">
    <w:name w:val="WW8Num10z1"/>
    <w:qFormat/>
    <w:rsid w:val="00924ED0"/>
    <w:rPr>
      <w:rFonts w:ascii="Courier New" w:hAnsi="Courier New" w:cs="Courier New"/>
    </w:rPr>
  </w:style>
  <w:style w:type="character" w:customStyle="1" w:styleId="WW8Num10z2">
    <w:name w:val="WW8Num10z2"/>
    <w:qFormat/>
    <w:rsid w:val="00924ED0"/>
    <w:rPr>
      <w:rFonts w:ascii="Wingdings" w:hAnsi="Wingdings" w:cs="Wingdings"/>
    </w:rPr>
  </w:style>
  <w:style w:type="character" w:customStyle="1" w:styleId="WW8Num10z3">
    <w:name w:val="WW8Num10z3"/>
    <w:qFormat/>
    <w:rsid w:val="00924ED0"/>
    <w:rPr>
      <w:rFonts w:ascii="Symbol" w:hAnsi="Symbol" w:cs="Symbol"/>
    </w:rPr>
  </w:style>
  <w:style w:type="character" w:customStyle="1" w:styleId="WW8Num11z0">
    <w:name w:val="WW8Num11z0"/>
    <w:qFormat/>
    <w:rsid w:val="00924ED0"/>
    <w:rPr>
      <w:rFonts w:ascii="Times New Roman" w:eastAsia="Times New Roman" w:hAnsi="Times New Roman" w:cs="Times New Roman"/>
    </w:rPr>
  </w:style>
  <w:style w:type="character" w:customStyle="1" w:styleId="WW8Num11z1">
    <w:name w:val="WW8Num11z1"/>
    <w:qFormat/>
    <w:rsid w:val="00924ED0"/>
    <w:rPr>
      <w:rFonts w:ascii="Courier New" w:hAnsi="Courier New" w:cs="Courier New"/>
    </w:rPr>
  </w:style>
  <w:style w:type="character" w:customStyle="1" w:styleId="WW8Num11z2">
    <w:name w:val="WW8Num11z2"/>
    <w:qFormat/>
    <w:rsid w:val="00924ED0"/>
    <w:rPr>
      <w:rFonts w:ascii="Wingdings" w:hAnsi="Wingdings" w:cs="Wingdings"/>
    </w:rPr>
  </w:style>
  <w:style w:type="character" w:customStyle="1" w:styleId="WW8Num11z3">
    <w:name w:val="WW8Num11z3"/>
    <w:qFormat/>
    <w:rsid w:val="00924ED0"/>
    <w:rPr>
      <w:rFonts w:ascii="Symbol" w:hAnsi="Symbol" w:cs="Symbol"/>
    </w:rPr>
  </w:style>
  <w:style w:type="character" w:customStyle="1" w:styleId="WW8Num12z0">
    <w:name w:val="WW8Num12z0"/>
    <w:qFormat/>
    <w:rsid w:val="00924ED0"/>
    <w:rPr>
      <w:rFonts w:ascii="Times New Roman" w:eastAsia="Times New Roman" w:hAnsi="Times New Roman" w:cs="Times New Roman"/>
    </w:rPr>
  </w:style>
  <w:style w:type="character" w:customStyle="1" w:styleId="WW8Num12z1">
    <w:name w:val="WW8Num12z1"/>
    <w:qFormat/>
    <w:rsid w:val="00924ED0"/>
    <w:rPr>
      <w:rFonts w:ascii="Courier New" w:hAnsi="Courier New" w:cs="Courier New"/>
    </w:rPr>
  </w:style>
  <w:style w:type="character" w:customStyle="1" w:styleId="WW8Num12z2">
    <w:name w:val="WW8Num12z2"/>
    <w:qFormat/>
    <w:rsid w:val="00924ED0"/>
    <w:rPr>
      <w:rFonts w:ascii="Wingdings" w:hAnsi="Wingdings" w:cs="Wingdings"/>
    </w:rPr>
  </w:style>
  <w:style w:type="character" w:customStyle="1" w:styleId="WW8Num12z3">
    <w:name w:val="WW8Num12z3"/>
    <w:qFormat/>
    <w:rsid w:val="00924ED0"/>
    <w:rPr>
      <w:rFonts w:ascii="Symbol" w:hAnsi="Symbol" w:cs="Symbol"/>
    </w:rPr>
  </w:style>
  <w:style w:type="character" w:customStyle="1" w:styleId="WW8Num13z0">
    <w:name w:val="WW8Num13z0"/>
    <w:qFormat/>
    <w:rsid w:val="00924ED0"/>
  </w:style>
  <w:style w:type="character" w:customStyle="1" w:styleId="WW8Num14z0">
    <w:name w:val="WW8Num14z0"/>
    <w:qFormat/>
    <w:rsid w:val="00924ED0"/>
    <w:rPr>
      <w:rFonts w:ascii="Symbol" w:hAnsi="Symbol" w:cs="Symbol"/>
    </w:rPr>
  </w:style>
  <w:style w:type="character" w:customStyle="1" w:styleId="WW8Num14z1">
    <w:name w:val="WW8Num14z1"/>
    <w:qFormat/>
    <w:rsid w:val="00924ED0"/>
    <w:rPr>
      <w:rFonts w:ascii="Courier New" w:hAnsi="Courier New" w:cs="Courier New"/>
    </w:rPr>
  </w:style>
  <w:style w:type="character" w:customStyle="1" w:styleId="WW8Num14z2">
    <w:name w:val="WW8Num14z2"/>
    <w:qFormat/>
    <w:rsid w:val="00924ED0"/>
    <w:rPr>
      <w:rFonts w:ascii="Wingdings" w:hAnsi="Wingdings" w:cs="Wingdings"/>
    </w:rPr>
  </w:style>
  <w:style w:type="character" w:customStyle="1" w:styleId="WW8Num15z0">
    <w:name w:val="WW8Num15z0"/>
    <w:qFormat/>
    <w:rsid w:val="00924ED0"/>
  </w:style>
  <w:style w:type="character" w:customStyle="1" w:styleId="WW8Num16z0">
    <w:name w:val="WW8Num16z0"/>
    <w:qFormat/>
    <w:rsid w:val="00924ED0"/>
    <w:rPr>
      <w:rFonts w:ascii="Times New Roman" w:eastAsia="Times New Roman" w:hAnsi="Times New Roman" w:cs="Times New Roman"/>
      <w:b w:val="0"/>
      <w:i w:val="0"/>
      <w:color w:val="000000"/>
    </w:rPr>
  </w:style>
  <w:style w:type="character" w:customStyle="1" w:styleId="WW8Num16z1">
    <w:name w:val="WW8Num16z1"/>
    <w:qFormat/>
    <w:rsid w:val="00924ED0"/>
    <w:rPr>
      <w:rFonts w:ascii="Times New Roman" w:eastAsia="Times New Roman" w:hAnsi="Times New Roman" w:cs="Times New Roman"/>
      <w:b/>
    </w:rPr>
  </w:style>
  <w:style w:type="character" w:customStyle="1" w:styleId="WW8Num17z0">
    <w:name w:val="WW8Num17z0"/>
    <w:qFormat/>
    <w:rsid w:val="00924ED0"/>
    <w:rPr>
      <w:rFonts w:ascii="Times New Roman" w:eastAsia="Times New Roman" w:hAnsi="Times New Roman" w:cs="Times New Roman"/>
    </w:rPr>
  </w:style>
  <w:style w:type="character" w:customStyle="1" w:styleId="WW8Num17z1">
    <w:name w:val="WW8Num17z1"/>
    <w:qFormat/>
    <w:rsid w:val="00924ED0"/>
    <w:rPr>
      <w:rFonts w:ascii="Courier New" w:hAnsi="Courier New" w:cs="Courier New"/>
    </w:rPr>
  </w:style>
  <w:style w:type="character" w:customStyle="1" w:styleId="WW8Num17z2">
    <w:name w:val="WW8Num17z2"/>
    <w:qFormat/>
    <w:rsid w:val="00924ED0"/>
    <w:rPr>
      <w:rFonts w:ascii="Wingdings" w:hAnsi="Wingdings" w:cs="Wingdings"/>
    </w:rPr>
  </w:style>
  <w:style w:type="character" w:customStyle="1" w:styleId="WW8Num17z3">
    <w:name w:val="WW8Num17z3"/>
    <w:qFormat/>
    <w:rsid w:val="00924ED0"/>
    <w:rPr>
      <w:rFonts w:ascii="Symbol" w:hAnsi="Symbol" w:cs="Symbol"/>
    </w:rPr>
  </w:style>
  <w:style w:type="character" w:customStyle="1" w:styleId="WW8Num18z0">
    <w:name w:val="WW8Num18z0"/>
    <w:qFormat/>
    <w:rsid w:val="00924ED0"/>
  </w:style>
  <w:style w:type="character" w:customStyle="1" w:styleId="WW8Num20z0">
    <w:name w:val="WW8Num20z0"/>
    <w:qFormat/>
    <w:rsid w:val="00924ED0"/>
  </w:style>
  <w:style w:type="character" w:customStyle="1" w:styleId="WW8Num21z0">
    <w:name w:val="WW8Num21z0"/>
    <w:qFormat/>
    <w:rsid w:val="00924ED0"/>
    <w:rPr>
      <w:b/>
      <w:i w:val="0"/>
      <w:sz w:val="24"/>
      <w:szCs w:val="24"/>
    </w:rPr>
  </w:style>
  <w:style w:type="character" w:customStyle="1" w:styleId="WW8Num22z0">
    <w:name w:val="WW8Num22z0"/>
    <w:qFormat/>
    <w:rsid w:val="00924ED0"/>
  </w:style>
  <w:style w:type="character" w:customStyle="1" w:styleId="WW8Num23z0">
    <w:name w:val="WW8Num23z0"/>
    <w:qFormat/>
    <w:rsid w:val="00924ED0"/>
    <w:rPr>
      <w:b w:val="0"/>
      <w:i w:val="0"/>
    </w:rPr>
  </w:style>
  <w:style w:type="character" w:customStyle="1" w:styleId="WW8Num24z0">
    <w:name w:val="WW8Num24z0"/>
    <w:qFormat/>
    <w:rsid w:val="00924ED0"/>
    <w:rPr>
      <w:b/>
      <w:i w:val="0"/>
      <w:sz w:val="24"/>
      <w:szCs w:val="24"/>
    </w:rPr>
  </w:style>
  <w:style w:type="character" w:customStyle="1" w:styleId="WW8Num26z0">
    <w:name w:val="WW8Num26z0"/>
    <w:qFormat/>
    <w:rsid w:val="00924ED0"/>
    <w:rPr>
      <w:rFonts w:ascii="Symbol" w:hAnsi="Symbol" w:cs="Symbol"/>
    </w:rPr>
  </w:style>
  <w:style w:type="character" w:customStyle="1" w:styleId="WW8Num26z1">
    <w:name w:val="WW8Num26z1"/>
    <w:qFormat/>
    <w:rsid w:val="00924ED0"/>
    <w:rPr>
      <w:rFonts w:ascii="Courier New" w:hAnsi="Courier New" w:cs="Courier New"/>
    </w:rPr>
  </w:style>
  <w:style w:type="character" w:customStyle="1" w:styleId="WW8Num26z2">
    <w:name w:val="WW8Num26z2"/>
    <w:qFormat/>
    <w:rsid w:val="00924ED0"/>
    <w:rPr>
      <w:rFonts w:ascii="Wingdings" w:hAnsi="Wingdings" w:cs="Wingdings"/>
    </w:rPr>
  </w:style>
  <w:style w:type="character" w:customStyle="1" w:styleId="WW8Num27z0">
    <w:name w:val="WW8Num27z0"/>
    <w:qFormat/>
    <w:rsid w:val="00924ED0"/>
  </w:style>
  <w:style w:type="character" w:customStyle="1" w:styleId="WW8Num28z0">
    <w:name w:val="WW8Num28z0"/>
    <w:qFormat/>
    <w:rsid w:val="00924ED0"/>
  </w:style>
  <w:style w:type="character" w:customStyle="1" w:styleId="WW8Num29z0">
    <w:name w:val="WW8Num29z0"/>
    <w:qFormat/>
    <w:rsid w:val="00924ED0"/>
    <w:rPr>
      <w:rFonts w:ascii="Symbol" w:hAnsi="Symbol" w:cs="Symbol"/>
    </w:rPr>
  </w:style>
  <w:style w:type="character" w:customStyle="1" w:styleId="WW8Num30z0">
    <w:name w:val="WW8Num30z0"/>
    <w:qFormat/>
    <w:rsid w:val="00924ED0"/>
    <w:rPr>
      <w:b/>
    </w:rPr>
  </w:style>
  <w:style w:type="character" w:customStyle="1" w:styleId="WW8Num31z0">
    <w:name w:val="WW8Num31z0"/>
    <w:qFormat/>
    <w:rsid w:val="00924ED0"/>
  </w:style>
  <w:style w:type="character" w:customStyle="1" w:styleId="WW8Num32z0">
    <w:name w:val="WW8Num32z0"/>
    <w:qFormat/>
    <w:rsid w:val="00924ED0"/>
    <w:rPr>
      <w:rFonts w:ascii="Times New Roman" w:eastAsia="Times New Roman" w:hAnsi="Times New Roman" w:cs="Times New Roman"/>
    </w:rPr>
  </w:style>
  <w:style w:type="character" w:customStyle="1" w:styleId="Heading1Char">
    <w:name w:val="Heading 1 Char"/>
    <w:qFormat/>
    <w:rsid w:val="00924ED0"/>
    <w:rPr>
      <w:rFonts w:ascii="Times New Roman" w:eastAsia="Times New Roman" w:hAnsi="Times New Roman" w:cs="Times New Roman"/>
      <w:b/>
      <w:sz w:val="28"/>
      <w:szCs w:val="24"/>
      <w:lang w:val="ro-RO"/>
    </w:rPr>
  </w:style>
  <w:style w:type="character" w:customStyle="1" w:styleId="Heading2Char">
    <w:name w:val="Heading 2 Char"/>
    <w:qFormat/>
    <w:rsid w:val="00924ED0"/>
    <w:rPr>
      <w:rFonts w:ascii="Arial" w:eastAsia="Times New Roman" w:hAnsi="Arial" w:cs="Arial"/>
      <w:b/>
      <w:bCs/>
      <w:i/>
      <w:iCs/>
      <w:sz w:val="28"/>
      <w:szCs w:val="28"/>
      <w:lang w:val="ro-MD"/>
    </w:rPr>
  </w:style>
  <w:style w:type="character" w:customStyle="1" w:styleId="Heading3Char">
    <w:name w:val="Heading 3 Char"/>
    <w:qFormat/>
    <w:rsid w:val="00924ED0"/>
    <w:rPr>
      <w:rFonts w:ascii="Arial" w:eastAsia="Times New Roman" w:hAnsi="Arial" w:cs="Arial"/>
      <w:kern w:val="2"/>
      <w:sz w:val="24"/>
      <w:lang w:val="en-GB"/>
    </w:rPr>
  </w:style>
  <w:style w:type="character" w:customStyle="1" w:styleId="Heading4Char">
    <w:name w:val="Heading 4 Char"/>
    <w:qFormat/>
    <w:rsid w:val="00924ED0"/>
    <w:rPr>
      <w:rFonts w:ascii="Times New Roman" w:eastAsia="Times New Roman" w:hAnsi="Times New Roman" w:cs="Times New Roman"/>
      <w:b/>
      <w:sz w:val="24"/>
      <w:szCs w:val="20"/>
      <w:lang w:val="ro-RO"/>
    </w:rPr>
  </w:style>
  <w:style w:type="character" w:customStyle="1" w:styleId="BodyTextIndentChar">
    <w:name w:val="Body Text Indent Char"/>
    <w:qFormat/>
    <w:rsid w:val="00924ED0"/>
    <w:rPr>
      <w:rFonts w:ascii="Times New Roman" w:eastAsia="Times New Roman" w:hAnsi="Times New Roman" w:cs="Times New Roman"/>
      <w:sz w:val="24"/>
      <w:szCs w:val="24"/>
      <w:lang w:val="ro-MD"/>
    </w:rPr>
  </w:style>
  <w:style w:type="character" w:customStyle="1" w:styleId="NoSpacingChar">
    <w:name w:val="No Spacing Char"/>
    <w:qFormat/>
    <w:rsid w:val="00924ED0"/>
    <w:rPr>
      <w:rFonts w:ascii="Times New Roman" w:eastAsia="Times New Roman" w:hAnsi="Times New Roman" w:cs="Times New Roman"/>
      <w:sz w:val="24"/>
      <w:szCs w:val="24"/>
    </w:rPr>
  </w:style>
  <w:style w:type="character" w:customStyle="1" w:styleId="apple-converted-space">
    <w:name w:val="apple-converted-space"/>
    <w:qFormat/>
    <w:rsid w:val="00924ED0"/>
  </w:style>
  <w:style w:type="character" w:customStyle="1" w:styleId="BalloonTextChar">
    <w:name w:val="Balloon Text Char"/>
    <w:qFormat/>
    <w:rsid w:val="00924ED0"/>
    <w:rPr>
      <w:rFonts w:ascii="Tahoma" w:eastAsia="Times New Roman" w:hAnsi="Tahoma" w:cs="Tahoma"/>
      <w:sz w:val="16"/>
      <w:szCs w:val="16"/>
      <w:lang w:val="ru-RU"/>
    </w:rPr>
  </w:style>
  <w:style w:type="character" w:customStyle="1" w:styleId="CommentReference">
    <w:name w:val="Comment Reference"/>
    <w:qFormat/>
    <w:rsid w:val="00924ED0"/>
    <w:rPr>
      <w:sz w:val="16"/>
      <w:szCs w:val="16"/>
    </w:rPr>
  </w:style>
  <w:style w:type="character" w:customStyle="1" w:styleId="CommentTextChar">
    <w:name w:val="Comment Text Char"/>
    <w:qFormat/>
    <w:rsid w:val="00924ED0"/>
    <w:rPr>
      <w:rFonts w:ascii="Times New Roman" w:eastAsia="Times New Roman" w:hAnsi="Times New Roman" w:cs="Times New Roman"/>
      <w:lang w:val="ru-RU"/>
    </w:rPr>
  </w:style>
  <w:style w:type="character" w:customStyle="1" w:styleId="CommentSubjectChar">
    <w:name w:val="Comment Subject Char"/>
    <w:qFormat/>
    <w:rsid w:val="00924ED0"/>
    <w:rPr>
      <w:rFonts w:ascii="Times New Roman" w:eastAsia="Times New Roman" w:hAnsi="Times New Roman" w:cs="Times New Roman"/>
      <w:b/>
      <w:bCs/>
      <w:lang w:val="ru-RU"/>
    </w:rPr>
  </w:style>
  <w:style w:type="character" w:customStyle="1" w:styleId="HeaderChar">
    <w:name w:val="Header Char"/>
    <w:qFormat/>
    <w:rsid w:val="00924ED0"/>
    <w:rPr>
      <w:rFonts w:cs="Arial"/>
      <w:sz w:val="22"/>
      <w:szCs w:val="22"/>
      <w:lang w:val="en-GB"/>
    </w:rPr>
  </w:style>
  <w:style w:type="character" w:customStyle="1" w:styleId="FooterChar">
    <w:name w:val="Footer Char"/>
    <w:qFormat/>
    <w:rsid w:val="00924ED0"/>
    <w:rPr>
      <w:rFonts w:cs="Arial"/>
      <w:sz w:val="22"/>
      <w:szCs w:val="22"/>
      <w:lang w:val="en-GB"/>
    </w:rPr>
  </w:style>
  <w:style w:type="character" w:customStyle="1" w:styleId="HTMLPreformattedChar">
    <w:name w:val="HTML Preformatted Char"/>
    <w:qFormat/>
    <w:rsid w:val="00924ED0"/>
    <w:rPr>
      <w:rFonts w:ascii="Courier New" w:eastAsia="Times New Roman" w:hAnsi="Courier New" w:cs="Courier New"/>
      <w:lang w:val="en-GB"/>
    </w:rPr>
  </w:style>
  <w:style w:type="character" w:customStyle="1" w:styleId="FootnoteTextChar">
    <w:name w:val="Footnote Text Char"/>
    <w:qFormat/>
    <w:rsid w:val="00924ED0"/>
    <w:rPr>
      <w:rFonts w:ascii="Times New Roman" w:hAnsi="Times New Roman" w:cs="Times New Roman"/>
      <w:lang w:val="en-GB"/>
    </w:rPr>
  </w:style>
  <w:style w:type="character" w:customStyle="1" w:styleId="NormalBoldChar">
    <w:name w:val="NormalBold Char"/>
    <w:qFormat/>
    <w:rsid w:val="00924ED0"/>
    <w:rPr>
      <w:rFonts w:ascii="Times New Roman" w:eastAsia="Times New Roman" w:hAnsi="Times New Roman" w:cs="Times New Roman"/>
      <w:b/>
      <w:sz w:val="24"/>
      <w:szCs w:val="22"/>
      <w:lang w:val="en-GB"/>
    </w:rPr>
  </w:style>
  <w:style w:type="character" w:customStyle="1" w:styleId="DeltaViewInsertion">
    <w:name w:val="DeltaView Insertion"/>
    <w:qFormat/>
    <w:rsid w:val="00924ED0"/>
    <w:rPr>
      <w:b/>
      <w:i/>
      <w:spacing w:val="0"/>
    </w:rPr>
  </w:style>
  <w:style w:type="character" w:customStyle="1" w:styleId="BodyTextChar">
    <w:name w:val="Body Text Char"/>
    <w:qFormat/>
    <w:rsid w:val="00924ED0"/>
    <w:rPr>
      <w:rFonts w:ascii="Arial" w:eastAsia="Times" w:hAnsi="Arial" w:cs="Arial"/>
      <w:sz w:val="28"/>
      <w:lang w:val="en-GB"/>
    </w:rPr>
  </w:style>
  <w:style w:type="character" w:customStyle="1" w:styleId="legds2">
    <w:name w:val="legds2"/>
    <w:qFormat/>
    <w:rsid w:val="00924ED0"/>
    <w:rPr>
      <w:vanish w:val="0"/>
    </w:rPr>
  </w:style>
  <w:style w:type="character" w:styleId="AcronimHTML">
    <w:name w:val="HTML Acronym"/>
    <w:qFormat/>
    <w:rsid w:val="00924ED0"/>
  </w:style>
  <w:style w:type="character" w:customStyle="1" w:styleId="notranslate">
    <w:name w:val="notranslate"/>
    <w:qFormat/>
    <w:rsid w:val="00924ED0"/>
  </w:style>
  <w:style w:type="character" w:customStyle="1" w:styleId="docblue">
    <w:name w:val="doc_blue"/>
    <w:qFormat/>
    <w:rsid w:val="00924ED0"/>
  </w:style>
  <w:style w:type="paragraph" w:customStyle="1" w:styleId="Heading">
    <w:name w:val="Heading"/>
    <w:basedOn w:val="Normal"/>
    <w:next w:val="Corptext"/>
    <w:qFormat/>
    <w:rsid w:val="00924ED0"/>
    <w:pPr>
      <w:keepNext/>
      <w:suppressAutoHyphens/>
      <w:spacing w:before="240" w:after="120"/>
    </w:pPr>
    <w:rPr>
      <w:rFonts w:ascii="Liberation Sans" w:eastAsia="Noto Sans CJK SC" w:hAnsi="Liberation Sans" w:cs="Lohit Devanagari"/>
      <w:sz w:val="28"/>
      <w:szCs w:val="28"/>
      <w:lang w:val="ru-RU" w:eastAsia="zh-CN"/>
    </w:rPr>
  </w:style>
  <w:style w:type="paragraph" w:customStyle="1" w:styleId="Index">
    <w:name w:val="Index"/>
    <w:basedOn w:val="Normal"/>
    <w:qFormat/>
    <w:rsid w:val="00924ED0"/>
    <w:pPr>
      <w:suppressLineNumbers/>
      <w:suppressAutoHyphens/>
    </w:pPr>
    <w:rPr>
      <w:rFonts w:cs="Lohit Devanagari"/>
      <w:szCs w:val="24"/>
      <w:lang w:val="ru-RU" w:eastAsia="zh-CN"/>
    </w:rPr>
  </w:style>
  <w:style w:type="paragraph" w:styleId="Indentcorptext">
    <w:name w:val="Body Text Indent"/>
    <w:basedOn w:val="Normal"/>
    <w:link w:val="IndentcorptextCaracter"/>
    <w:rsid w:val="00924ED0"/>
    <w:pPr>
      <w:suppressAutoHyphens/>
      <w:spacing w:after="120"/>
      <w:ind w:left="283"/>
    </w:pPr>
    <w:rPr>
      <w:rFonts w:cs="Times New Roman"/>
      <w:szCs w:val="24"/>
      <w:lang w:val="ro-MD" w:eastAsia="zh-CN"/>
    </w:rPr>
  </w:style>
  <w:style w:type="character" w:customStyle="1" w:styleId="IndentcorptextCaracter">
    <w:name w:val="Indent corp text Caracter"/>
    <w:basedOn w:val="Fontdeparagrafimplicit"/>
    <w:link w:val="Indentcorptext"/>
    <w:rsid w:val="00924ED0"/>
    <w:rPr>
      <w:rFonts w:ascii="Times New Roman" w:eastAsia="Times New Roman" w:hAnsi="Times New Roman" w:cs="Times New Roman"/>
      <w:sz w:val="24"/>
      <w:szCs w:val="24"/>
      <w:lang w:val="ro-MD" w:eastAsia="zh-CN"/>
    </w:rPr>
  </w:style>
  <w:style w:type="paragraph" w:customStyle="1" w:styleId="FR1">
    <w:name w:val="FR1"/>
    <w:qFormat/>
    <w:rsid w:val="00924ED0"/>
    <w:pPr>
      <w:widowControl w:val="0"/>
      <w:suppressAutoHyphens/>
      <w:snapToGrid w:val="0"/>
      <w:spacing w:after="0" w:line="257" w:lineRule="auto"/>
      <w:ind w:firstLine="720"/>
      <w:jc w:val="both"/>
    </w:pPr>
    <w:rPr>
      <w:rFonts w:ascii="Times New Roman" w:eastAsia="Times New Roman" w:hAnsi="Times New Roman" w:cs="Times New Roman"/>
      <w:szCs w:val="20"/>
      <w:lang w:val="ro-RO" w:eastAsia="zh-CN"/>
    </w:rPr>
  </w:style>
  <w:style w:type="paragraph" w:styleId="TextnBalon">
    <w:name w:val="Balloon Text"/>
    <w:basedOn w:val="Normal"/>
    <w:link w:val="TextnBalonCaracter"/>
    <w:qFormat/>
    <w:rsid w:val="00924ED0"/>
    <w:pPr>
      <w:suppressAutoHyphens/>
    </w:pPr>
    <w:rPr>
      <w:rFonts w:ascii="Tahoma" w:hAnsi="Tahoma" w:cs="Tahoma"/>
      <w:sz w:val="16"/>
      <w:szCs w:val="16"/>
      <w:lang w:val="ru-RU" w:eastAsia="zh-CN"/>
    </w:rPr>
  </w:style>
  <w:style w:type="character" w:customStyle="1" w:styleId="TextnBalonCaracter">
    <w:name w:val="Text în Balon Caracter"/>
    <w:basedOn w:val="Fontdeparagrafimplicit"/>
    <w:link w:val="TextnBalon"/>
    <w:rsid w:val="00924ED0"/>
    <w:rPr>
      <w:rFonts w:ascii="Tahoma" w:eastAsia="Times New Roman" w:hAnsi="Tahoma" w:cs="Tahoma"/>
      <w:sz w:val="16"/>
      <w:szCs w:val="16"/>
      <w:lang w:val="ru-RU" w:eastAsia="zh-CN"/>
    </w:rPr>
  </w:style>
  <w:style w:type="paragraph" w:customStyle="1" w:styleId="CommentText">
    <w:name w:val="Comment Text"/>
    <w:basedOn w:val="Normal"/>
    <w:qFormat/>
    <w:rsid w:val="00924ED0"/>
    <w:pPr>
      <w:suppressAutoHyphens/>
    </w:pPr>
    <w:rPr>
      <w:rFonts w:cs="Times New Roman"/>
      <w:sz w:val="20"/>
      <w:szCs w:val="20"/>
      <w:lang w:val="ru-RU" w:eastAsia="zh-CN"/>
    </w:rPr>
  </w:style>
  <w:style w:type="paragraph" w:customStyle="1" w:styleId="CommentSubject">
    <w:name w:val="Comment Subject"/>
    <w:basedOn w:val="CommentText"/>
    <w:next w:val="CommentText"/>
    <w:qFormat/>
    <w:rsid w:val="00924ED0"/>
    <w:rPr>
      <w:b/>
      <w:bCs/>
    </w:rPr>
  </w:style>
  <w:style w:type="paragraph" w:styleId="NormalWeb">
    <w:name w:val="Normal (Web)"/>
    <w:basedOn w:val="Normal"/>
    <w:qFormat/>
    <w:rsid w:val="00924ED0"/>
    <w:pPr>
      <w:suppressAutoHyphens/>
      <w:ind w:firstLine="567"/>
      <w:jc w:val="both"/>
    </w:pPr>
    <w:rPr>
      <w:rFonts w:cs="Times New Roman"/>
      <w:szCs w:val="24"/>
      <w:lang w:val="ro-RO" w:eastAsia="zh-CN"/>
    </w:rPr>
  </w:style>
  <w:style w:type="paragraph" w:customStyle="1" w:styleId="cb">
    <w:name w:val="cb"/>
    <w:basedOn w:val="Normal"/>
    <w:qFormat/>
    <w:rsid w:val="00924ED0"/>
    <w:pPr>
      <w:suppressAutoHyphens/>
      <w:spacing w:before="280" w:after="280"/>
    </w:pPr>
    <w:rPr>
      <w:rFonts w:cs="Times New Roman"/>
      <w:szCs w:val="24"/>
      <w:lang w:val="ru-RU" w:eastAsia="zh-CN"/>
    </w:rPr>
  </w:style>
  <w:style w:type="paragraph" w:customStyle="1" w:styleId="HeaderandFooter">
    <w:name w:val="Header and Footer"/>
    <w:basedOn w:val="Normal"/>
    <w:qFormat/>
    <w:rsid w:val="00924ED0"/>
    <w:pPr>
      <w:suppressLineNumbers/>
      <w:tabs>
        <w:tab w:val="center" w:pos="4819"/>
        <w:tab w:val="right" w:pos="9638"/>
      </w:tabs>
      <w:suppressAutoHyphens/>
    </w:pPr>
    <w:rPr>
      <w:rFonts w:cs="Times New Roman"/>
      <w:szCs w:val="24"/>
      <w:lang w:val="ru-RU" w:eastAsia="zh-CN"/>
    </w:rPr>
  </w:style>
  <w:style w:type="paragraph" w:styleId="PreformatatHTML">
    <w:name w:val="HTML Preformatted"/>
    <w:basedOn w:val="Normal"/>
    <w:link w:val="PreformatatHTMLCaracter"/>
    <w:qFormat/>
    <w:rsid w:val="00924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en-GB" w:eastAsia="zh-CN"/>
    </w:rPr>
  </w:style>
  <w:style w:type="character" w:customStyle="1" w:styleId="PreformatatHTMLCaracter">
    <w:name w:val="Preformatat HTML Caracter"/>
    <w:basedOn w:val="Fontdeparagrafimplicit"/>
    <w:link w:val="PreformatatHTML"/>
    <w:rsid w:val="00924ED0"/>
    <w:rPr>
      <w:rFonts w:ascii="Courier New" w:eastAsia="Times New Roman" w:hAnsi="Courier New" w:cs="Courier New"/>
      <w:sz w:val="20"/>
      <w:szCs w:val="20"/>
      <w:lang w:val="en-GB" w:eastAsia="zh-CN"/>
    </w:rPr>
  </w:style>
  <w:style w:type="paragraph" w:customStyle="1" w:styleId="p3">
    <w:name w:val="p3"/>
    <w:basedOn w:val="Normal"/>
    <w:qFormat/>
    <w:rsid w:val="00924ED0"/>
    <w:pPr>
      <w:suppressAutoHyphens/>
      <w:spacing w:before="45" w:after="45"/>
    </w:pPr>
    <w:rPr>
      <w:rFonts w:ascii="Times" w:eastAsia="Calibri" w:hAnsi="Times" w:cs="Times"/>
      <w:sz w:val="14"/>
      <w:szCs w:val="14"/>
      <w:lang w:val="en-GB" w:eastAsia="zh-CN"/>
    </w:rPr>
  </w:style>
  <w:style w:type="paragraph" w:customStyle="1" w:styleId="Bulletted">
    <w:name w:val="Bulletted"/>
    <w:basedOn w:val="Normal"/>
    <w:next w:val="Normal"/>
    <w:qFormat/>
    <w:rsid w:val="00924ED0"/>
    <w:pPr>
      <w:numPr>
        <w:numId w:val="2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jc w:val="both"/>
    </w:pPr>
    <w:rPr>
      <w:rFonts w:ascii="Arial" w:hAnsi="Arial" w:cs="Arial"/>
      <w:szCs w:val="20"/>
      <w:lang w:val="en-GB" w:eastAsia="zh-CN"/>
    </w:rPr>
  </w:style>
  <w:style w:type="paragraph" w:customStyle="1" w:styleId="Outline4">
    <w:name w:val="Outline4"/>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2160"/>
      <w:jc w:val="both"/>
    </w:pPr>
    <w:rPr>
      <w:rFonts w:ascii="Arial" w:hAnsi="Arial" w:cs="Arial"/>
      <w:kern w:val="2"/>
      <w:szCs w:val="20"/>
      <w:lang w:val="en-GB" w:eastAsia="zh-CN"/>
    </w:rPr>
  </w:style>
  <w:style w:type="paragraph" w:customStyle="1" w:styleId="Outline5">
    <w:name w:val="Outline5"/>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720"/>
      <w:jc w:val="both"/>
    </w:pPr>
    <w:rPr>
      <w:rFonts w:ascii="Arial" w:hAnsi="Arial" w:cs="Arial"/>
      <w:kern w:val="2"/>
      <w:szCs w:val="20"/>
      <w:lang w:val="en-GB" w:eastAsia="zh-CN"/>
    </w:rPr>
  </w:style>
  <w:style w:type="paragraph" w:customStyle="1" w:styleId="Outline6">
    <w:name w:val="Outline6"/>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2160"/>
      <w:jc w:val="both"/>
    </w:pPr>
    <w:rPr>
      <w:rFonts w:ascii="Arial" w:hAnsi="Arial" w:cs="Arial"/>
      <w:kern w:val="2"/>
      <w:szCs w:val="20"/>
      <w:lang w:val="en-GB" w:eastAsia="zh-CN"/>
    </w:rPr>
  </w:style>
  <w:style w:type="paragraph" w:customStyle="1" w:styleId="Outline7">
    <w:name w:val="Outline7"/>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720"/>
      <w:jc w:val="both"/>
    </w:pPr>
    <w:rPr>
      <w:rFonts w:ascii="Arial" w:hAnsi="Arial" w:cs="Arial"/>
      <w:kern w:val="2"/>
      <w:szCs w:val="20"/>
      <w:lang w:val="en-GB" w:eastAsia="zh-CN"/>
    </w:rPr>
  </w:style>
  <w:style w:type="paragraph" w:customStyle="1" w:styleId="Tiret0">
    <w:name w:val="Tiret 0"/>
    <w:basedOn w:val="Normal"/>
    <w:qFormat/>
    <w:rsid w:val="00924ED0"/>
    <w:pPr>
      <w:numPr>
        <w:numId w:val="25"/>
      </w:numPr>
      <w:suppressAutoHyphens/>
      <w:spacing w:before="120" w:after="120"/>
      <w:jc w:val="both"/>
    </w:pPr>
    <w:rPr>
      <w:rFonts w:eastAsia="Calibri" w:cs="Times New Roman"/>
      <w:lang w:val="en-GB" w:eastAsia="zh-CN"/>
    </w:rPr>
  </w:style>
  <w:style w:type="paragraph" w:customStyle="1" w:styleId="ChapterTitle">
    <w:name w:val="ChapterTitle"/>
    <w:basedOn w:val="Normal"/>
    <w:next w:val="Normal"/>
    <w:qFormat/>
    <w:rsid w:val="00924ED0"/>
    <w:pPr>
      <w:keepNext/>
      <w:suppressAutoHyphens/>
      <w:spacing w:before="120" w:after="360"/>
      <w:jc w:val="center"/>
    </w:pPr>
    <w:rPr>
      <w:rFonts w:eastAsia="Calibri" w:cs="Times New Roman"/>
      <w:b/>
      <w:sz w:val="32"/>
      <w:lang w:val="en-GB" w:eastAsia="zh-CN"/>
    </w:rPr>
  </w:style>
  <w:style w:type="paragraph" w:styleId="Textnotdesubsol">
    <w:name w:val="footnote text"/>
    <w:basedOn w:val="Normal"/>
    <w:link w:val="TextnotdesubsolCaracter"/>
    <w:rsid w:val="00924ED0"/>
    <w:pPr>
      <w:suppressAutoHyphens/>
      <w:ind w:left="720" w:hanging="720"/>
      <w:jc w:val="both"/>
    </w:pPr>
    <w:rPr>
      <w:rFonts w:eastAsia="Calibri" w:cs="Times New Roman"/>
      <w:sz w:val="20"/>
      <w:szCs w:val="20"/>
      <w:lang w:val="en-GB" w:eastAsia="zh-CN"/>
    </w:rPr>
  </w:style>
  <w:style w:type="character" w:customStyle="1" w:styleId="TextnotdesubsolCaracter">
    <w:name w:val="Text notă de subsol Caracter"/>
    <w:basedOn w:val="Fontdeparagrafimplicit"/>
    <w:link w:val="Textnotdesubsol"/>
    <w:rsid w:val="00924ED0"/>
    <w:rPr>
      <w:rFonts w:ascii="Times New Roman" w:eastAsia="Calibri" w:hAnsi="Times New Roman" w:cs="Times New Roman"/>
      <w:sz w:val="20"/>
      <w:szCs w:val="20"/>
      <w:lang w:val="en-GB" w:eastAsia="zh-CN"/>
    </w:rPr>
  </w:style>
  <w:style w:type="paragraph" w:customStyle="1" w:styleId="SectionTitle">
    <w:name w:val="SectionTitle"/>
    <w:basedOn w:val="Normal"/>
    <w:next w:val="Titlu1"/>
    <w:qFormat/>
    <w:rsid w:val="00924ED0"/>
    <w:pPr>
      <w:keepNext/>
      <w:suppressAutoHyphens/>
      <w:spacing w:before="120" w:after="360"/>
      <w:jc w:val="center"/>
    </w:pPr>
    <w:rPr>
      <w:rFonts w:eastAsia="Calibri" w:cs="Times New Roman"/>
      <w:b/>
      <w:smallCaps/>
      <w:sz w:val="28"/>
      <w:lang w:val="en-GB" w:eastAsia="zh-CN"/>
    </w:rPr>
  </w:style>
  <w:style w:type="paragraph" w:customStyle="1" w:styleId="NumPar1">
    <w:name w:val="NumPar 1"/>
    <w:basedOn w:val="Normal"/>
    <w:next w:val="Normal"/>
    <w:qFormat/>
    <w:rsid w:val="00924ED0"/>
    <w:pPr>
      <w:numPr>
        <w:numId w:val="19"/>
      </w:numPr>
      <w:suppressAutoHyphens/>
      <w:spacing w:before="120" w:after="120"/>
      <w:jc w:val="both"/>
    </w:pPr>
    <w:rPr>
      <w:rFonts w:eastAsia="Calibri" w:cs="Times New Roman"/>
      <w:lang w:val="en-GB" w:eastAsia="zh-CN"/>
    </w:rPr>
  </w:style>
  <w:style w:type="paragraph" w:customStyle="1" w:styleId="NumPar2">
    <w:name w:val="NumPar 2"/>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3">
    <w:name w:val="NumPar 3"/>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4">
    <w:name w:val="NumPar 4"/>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Text1">
    <w:name w:val="Text 1"/>
    <w:basedOn w:val="Normal"/>
    <w:qFormat/>
    <w:rsid w:val="00924ED0"/>
    <w:pPr>
      <w:suppressAutoHyphens/>
      <w:spacing w:before="120" w:after="120"/>
      <w:ind w:left="850"/>
      <w:jc w:val="both"/>
    </w:pPr>
    <w:rPr>
      <w:rFonts w:eastAsia="Calibri" w:cs="Times New Roman"/>
      <w:lang w:val="en-GB" w:eastAsia="zh-CN"/>
    </w:rPr>
  </w:style>
  <w:style w:type="paragraph" w:customStyle="1" w:styleId="Tiret1">
    <w:name w:val="Tiret 1"/>
    <w:basedOn w:val="Normal"/>
    <w:qFormat/>
    <w:rsid w:val="00924ED0"/>
    <w:pPr>
      <w:numPr>
        <w:numId w:val="23"/>
      </w:numPr>
      <w:suppressAutoHyphens/>
      <w:spacing w:before="120" w:after="120"/>
      <w:jc w:val="both"/>
    </w:pPr>
    <w:rPr>
      <w:rFonts w:eastAsia="Calibri" w:cs="Times New Roman"/>
      <w:lang w:val="en-GB" w:eastAsia="zh-CN"/>
    </w:rPr>
  </w:style>
  <w:style w:type="paragraph" w:styleId="Listanumerotat4">
    <w:name w:val="List Number 4"/>
    <w:basedOn w:val="Normal"/>
    <w:qFormat/>
    <w:rsid w:val="00924ED0"/>
    <w:pPr>
      <w:numPr>
        <w:numId w:val="16"/>
      </w:numPr>
      <w:suppressAutoHyphens/>
      <w:spacing w:before="120" w:after="120"/>
      <w:contextualSpacing/>
      <w:jc w:val="both"/>
    </w:pPr>
    <w:rPr>
      <w:rFonts w:eastAsia="Calibri" w:cs="Times New Roman"/>
      <w:lang w:val="en-GB" w:eastAsia="zh-CN"/>
    </w:rPr>
  </w:style>
  <w:style w:type="paragraph" w:customStyle="1" w:styleId="NormalLeft">
    <w:name w:val="Normal Left"/>
    <w:basedOn w:val="Normal"/>
    <w:qFormat/>
    <w:rsid w:val="00924ED0"/>
    <w:pPr>
      <w:suppressAutoHyphens/>
      <w:spacing w:before="120" w:after="120"/>
    </w:pPr>
    <w:rPr>
      <w:rFonts w:eastAsia="Calibri" w:cs="Times New Roman"/>
      <w:lang w:val="en-GB" w:eastAsia="zh-CN"/>
    </w:rPr>
  </w:style>
  <w:style w:type="paragraph" w:customStyle="1" w:styleId="NormalBold">
    <w:name w:val="NormalBold"/>
    <w:basedOn w:val="Normal"/>
    <w:qFormat/>
    <w:rsid w:val="00924ED0"/>
    <w:pPr>
      <w:widowControl w:val="0"/>
      <w:suppressAutoHyphens/>
    </w:pPr>
    <w:rPr>
      <w:rFonts w:cs="Times New Roman"/>
      <w:b/>
      <w:lang w:val="en-GB" w:eastAsia="zh-CN"/>
    </w:rPr>
  </w:style>
  <w:style w:type="paragraph" w:styleId="Cuprins1">
    <w:name w:val="toc 1"/>
    <w:basedOn w:val="Normal"/>
    <w:next w:val="Normal"/>
    <w:rsid w:val="00924ED0"/>
    <w:pPr>
      <w:suppressAutoHyphens/>
      <w:spacing w:after="100" w:line="240" w:lineRule="atLeast"/>
      <w:jc w:val="both"/>
    </w:pPr>
    <w:rPr>
      <w:rFonts w:ascii="Arial" w:hAnsi="Arial" w:cs="Arial"/>
      <w:szCs w:val="20"/>
      <w:lang w:val="en-GB" w:eastAsia="zh-CN"/>
    </w:rPr>
  </w:style>
  <w:style w:type="paragraph" w:styleId="Revizuire">
    <w:name w:val="Revision"/>
    <w:qFormat/>
    <w:rsid w:val="00924ED0"/>
    <w:pPr>
      <w:suppressAutoHyphens/>
      <w:spacing w:after="0" w:line="240" w:lineRule="auto"/>
    </w:pPr>
    <w:rPr>
      <w:rFonts w:ascii="Times New Roman" w:eastAsia="Times New Roman" w:hAnsi="Times New Roman" w:cs="Times New Roman"/>
      <w:sz w:val="24"/>
      <w:szCs w:val="24"/>
      <w:lang w:val="ru-RU" w:eastAsia="zh-CN"/>
    </w:rPr>
  </w:style>
  <w:style w:type="paragraph" w:customStyle="1" w:styleId="TableContents">
    <w:name w:val="Table Contents"/>
    <w:basedOn w:val="Normal"/>
    <w:qFormat/>
    <w:rsid w:val="00924ED0"/>
    <w:pPr>
      <w:widowControl w:val="0"/>
      <w:suppressLineNumbers/>
      <w:suppressAutoHyphens/>
    </w:pPr>
    <w:rPr>
      <w:rFonts w:cs="Times New Roman"/>
      <w:szCs w:val="24"/>
      <w:lang w:val="ru-RU" w:eastAsia="zh-CN"/>
    </w:rPr>
  </w:style>
  <w:style w:type="paragraph" w:customStyle="1" w:styleId="TableHeading">
    <w:name w:val="Table Heading"/>
    <w:basedOn w:val="TableContents"/>
    <w:qFormat/>
    <w:rsid w:val="00924ED0"/>
    <w:pPr>
      <w:jc w:val="center"/>
    </w:pPr>
    <w:rPr>
      <w:b/>
      <w:bCs/>
    </w:rPr>
  </w:style>
  <w:style w:type="paragraph" w:customStyle="1" w:styleId="FrameContents">
    <w:name w:val="Frame Contents"/>
    <w:basedOn w:val="Normal"/>
    <w:qFormat/>
    <w:rsid w:val="00924ED0"/>
    <w:pPr>
      <w:suppressAutoHyphens/>
    </w:pPr>
    <w:rPr>
      <w:rFonts w:cs="Times New Roman"/>
      <w:szCs w:val="24"/>
      <w:lang w:val="ru-RU" w:eastAsia="zh-CN"/>
    </w:rPr>
  </w:style>
  <w:style w:type="numbering" w:customStyle="1" w:styleId="WW8Num1">
    <w:name w:val="WW8Num1"/>
    <w:qFormat/>
    <w:rsid w:val="00924ED0"/>
  </w:style>
  <w:style w:type="numbering" w:customStyle="1" w:styleId="WW8Num2">
    <w:name w:val="WW8Num2"/>
    <w:qFormat/>
    <w:rsid w:val="00924ED0"/>
  </w:style>
  <w:style w:type="numbering" w:customStyle="1" w:styleId="WW8Num3">
    <w:name w:val="WW8Num3"/>
    <w:qFormat/>
    <w:rsid w:val="00924ED0"/>
  </w:style>
  <w:style w:type="numbering" w:customStyle="1" w:styleId="WW8Num4">
    <w:name w:val="WW8Num4"/>
    <w:qFormat/>
    <w:rsid w:val="00924ED0"/>
  </w:style>
  <w:style w:type="numbering" w:customStyle="1" w:styleId="WW8Num5">
    <w:name w:val="WW8Num5"/>
    <w:qFormat/>
    <w:rsid w:val="00924ED0"/>
  </w:style>
  <w:style w:type="numbering" w:customStyle="1" w:styleId="WW8Num6">
    <w:name w:val="WW8Num6"/>
    <w:qFormat/>
    <w:rsid w:val="00924ED0"/>
  </w:style>
  <w:style w:type="numbering" w:customStyle="1" w:styleId="WW8Num7">
    <w:name w:val="WW8Num7"/>
    <w:qFormat/>
    <w:rsid w:val="00924ED0"/>
  </w:style>
  <w:style w:type="numbering" w:customStyle="1" w:styleId="WW8Num8">
    <w:name w:val="WW8Num8"/>
    <w:qFormat/>
    <w:rsid w:val="00924ED0"/>
  </w:style>
  <w:style w:type="numbering" w:customStyle="1" w:styleId="WW8Num9">
    <w:name w:val="WW8Num9"/>
    <w:qFormat/>
    <w:rsid w:val="00924ED0"/>
  </w:style>
  <w:style w:type="numbering" w:customStyle="1" w:styleId="WW8Num10">
    <w:name w:val="WW8Num10"/>
    <w:qFormat/>
    <w:rsid w:val="00924ED0"/>
  </w:style>
  <w:style w:type="numbering" w:customStyle="1" w:styleId="WW8Num11">
    <w:name w:val="WW8Num11"/>
    <w:qFormat/>
    <w:rsid w:val="00924ED0"/>
  </w:style>
  <w:style w:type="numbering" w:customStyle="1" w:styleId="WW8Num12">
    <w:name w:val="WW8Num12"/>
    <w:qFormat/>
    <w:rsid w:val="00924ED0"/>
  </w:style>
  <w:style w:type="numbering" w:customStyle="1" w:styleId="WW8Num13">
    <w:name w:val="WW8Num13"/>
    <w:qFormat/>
    <w:rsid w:val="00924ED0"/>
  </w:style>
  <w:style w:type="numbering" w:customStyle="1" w:styleId="WW8Num14">
    <w:name w:val="WW8Num14"/>
    <w:qFormat/>
    <w:rsid w:val="00924ED0"/>
  </w:style>
  <w:style w:type="numbering" w:customStyle="1" w:styleId="WW8Num15">
    <w:name w:val="WW8Num15"/>
    <w:qFormat/>
    <w:rsid w:val="00924ED0"/>
  </w:style>
  <w:style w:type="numbering" w:customStyle="1" w:styleId="WW8Num16">
    <w:name w:val="WW8Num16"/>
    <w:qFormat/>
    <w:rsid w:val="00924ED0"/>
  </w:style>
  <w:style w:type="numbering" w:customStyle="1" w:styleId="WW8Num17">
    <w:name w:val="WW8Num17"/>
    <w:qFormat/>
    <w:rsid w:val="00924ED0"/>
  </w:style>
  <w:style w:type="numbering" w:customStyle="1" w:styleId="WW8Num18">
    <w:name w:val="WW8Num18"/>
    <w:qFormat/>
    <w:rsid w:val="00924ED0"/>
  </w:style>
  <w:style w:type="numbering" w:customStyle="1" w:styleId="WW8Num19">
    <w:name w:val="WW8Num19"/>
    <w:qFormat/>
    <w:rsid w:val="00924ED0"/>
  </w:style>
  <w:style w:type="numbering" w:customStyle="1" w:styleId="WW8Num20">
    <w:name w:val="WW8Num20"/>
    <w:qFormat/>
    <w:rsid w:val="00924ED0"/>
  </w:style>
  <w:style w:type="numbering" w:customStyle="1" w:styleId="WW8Num21">
    <w:name w:val="WW8Num21"/>
    <w:qFormat/>
    <w:rsid w:val="00924ED0"/>
  </w:style>
  <w:style w:type="numbering" w:customStyle="1" w:styleId="WW8Num22">
    <w:name w:val="WW8Num22"/>
    <w:qFormat/>
    <w:rsid w:val="00924ED0"/>
  </w:style>
  <w:style w:type="numbering" w:customStyle="1" w:styleId="WW8Num23">
    <w:name w:val="WW8Num23"/>
    <w:qFormat/>
    <w:rsid w:val="00924ED0"/>
  </w:style>
  <w:style w:type="numbering" w:customStyle="1" w:styleId="WW8Num24">
    <w:name w:val="WW8Num24"/>
    <w:qFormat/>
    <w:rsid w:val="00924ED0"/>
  </w:style>
  <w:style w:type="numbering" w:customStyle="1" w:styleId="WW8Num25">
    <w:name w:val="WW8Num25"/>
    <w:qFormat/>
    <w:rsid w:val="00924ED0"/>
  </w:style>
  <w:style w:type="numbering" w:customStyle="1" w:styleId="WW8Num26">
    <w:name w:val="WW8Num26"/>
    <w:qFormat/>
    <w:rsid w:val="00924ED0"/>
  </w:style>
  <w:style w:type="numbering" w:customStyle="1" w:styleId="WW8Num27">
    <w:name w:val="WW8Num27"/>
    <w:qFormat/>
    <w:rsid w:val="00924ED0"/>
  </w:style>
  <w:style w:type="numbering" w:customStyle="1" w:styleId="WW8Num28">
    <w:name w:val="WW8Num28"/>
    <w:qFormat/>
    <w:rsid w:val="00924ED0"/>
  </w:style>
  <w:style w:type="numbering" w:customStyle="1" w:styleId="WW8Num29">
    <w:name w:val="WW8Num29"/>
    <w:qFormat/>
    <w:rsid w:val="00924ED0"/>
  </w:style>
  <w:style w:type="numbering" w:customStyle="1" w:styleId="WW8Num30">
    <w:name w:val="WW8Num30"/>
    <w:qFormat/>
    <w:rsid w:val="00924ED0"/>
  </w:style>
  <w:style w:type="numbering" w:customStyle="1" w:styleId="WW8Num31">
    <w:name w:val="WW8Num31"/>
    <w:qFormat/>
    <w:rsid w:val="00924ED0"/>
  </w:style>
  <w:style w:type="numbering" w:customStyle="1" w:styleId="WW8Num32">
    <w:name w:val="WW8Num32"/>
    <w:qFormat/>
    <w:rsid w:val="00924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313905">
      <w:bodyDiv w:val="1"/>
      <w:marLeft w:val="0"/>
      <w:marRight w:val="0"/>
      <w:marTop w:val="0"/>
      <w:marBottom w:val="0"/>
      <w:divBdr>
        <w:top w:val="none" w:sz="0" w:space="0" w:color="auto"/>
        <w:left w:val="none" w:sz="0" w:space="0" w:color="auto"/>
        <w:bottom w:val="none" w:sz="0" w:space="0" w:color="auto"/>
        <w:right w:val="none" w:sz="0" w:space="0" w:color="auto"/>
      </w:divBdr>
    </w:div>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2135295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ans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F6CBB-2923-40B2-8575-F3378D10B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9871</Words>
  <Characters>56269</Characters>
  <Application>Microsoft Office Word</Application>
  <DocSecurity>0</DocSecurity>
  <Lines>468</Lines>
  <Paragraphs>132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66008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 de participare – Consumabile de laborator – conform modelului tipizat cu toate anexele</dc:title>
  <dc:subject>Achiziție publică de valoare mică – Consumabile de laborator</dc:subject>
  <dc:creator>python-docx</dc:creator>
  <cp:keywords/>
  <dc:description>generated by python-docx</dc:description>
  <cp:lastModifiedBy>Vladimir Vornic</cp:lastModifiedBy>
  <cp:revision>10</cp:revision>
  <dcterms:created xsi:type="dcterms:W3CDTF">2026-07-14T17:04:00Z</dcterms:created>
  <dcterms:modified xsi:type="dcterms:W3CDTF">2026-08-21T09:19:00Z</dcterms:modified>
  <cp:category/>
</cp:coreProperties>
</file>