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D3" w:rsidRPr="00B52636" w:rsidRDefault="00B52636" w:rsidP="00B52636">
      <w:pPr>
        <w:pStyle w:val="1"/>
        <w:jc w:val="right"/>
        <w:rPr>
          <w:rFonts w:ascii="Times New Roman" w:hAnsi="Times New Roman" w:cs="Times New Roman"/>
          <w:color w:val="000000" w:themeColor="text1"/>
          <w:sz w:val="24"/>
        </w:rPr>
      </w:pPr>
      <w:r w:rsidRPr="00B52636">
        <w:rPr>
          <w:rFonts w:ascii="Times New Roman" w:hAnsi="Times New Roman" w:cs="Times New Roman"/>
          <w:color w:val="000000" w:themeColor="text1"/>
          <w:sz w:val="24"/>
        </w:rPr>
        <w:t>Anexa nr. 23</w:t>
      </w:r>
    </w:p>
    <w:p w:rsidR="00D224D3" w:rsidRPr="00B52636" w:rsidRDefault="00B52636" w:rsidP="00B52636">
      <w:pPr>
        <w:jc w:val="right"/>
        <w:rPr>
          <w:rFonts w:ascii="Times New Roman" w:hAnsi="Times New Roman" w:cs="Times New Roman"/>
          <w:color w:val="000000" w:themeColor="text1"/>
        </w:rPr>
      </w:pPr>
      <w:r w:rsidRPr="00B52636">
        <w:rPr>
          <w:rFonts w:ascii="Times New Roman" w:hAnsi="Times New Roman" w:cs="Times New Roman"/>
          <w:color w:val="000000" w:themeColor="text1"/>
        </w:rPr>
        <w:t>la Documentația standard nr.115 din 15.09.2021</w:t>
      </w:r>
      <w:r w:rsidRPr="00B52636">
        <w:rPr>
          <w:rFonts w:ascii="Times New Roman" w:hAnsi="Times New Roman" w:cs="Times New Roman"/>
          <w:color w:val="000000" w:themeColor="text1"/>
        </w:rPr>
        <w:br/>
      </w:r>
    </w:p>
    <w:p w:rsidR="00D224D3" w:rsidRPr="00B52636" w:rsidRDefault="00B52636" w:rsidP="00B52636">
      <w:pPr>
        <w:pStyle w:val="21"/>
        <w:jc w:val="center"/>
        <w:rPr>
          <w:rFonts w:ascii="Times New Roman" w:hAnsi="Times New Roman" w:cs="Times New Roman"/>
          <w:color w:val="000000" w:themeColor="text1"/>
        </w:rPr>
      </w:pPr>
      <w:r w:rsidRPr="00B52636">
        <w:rPr>
          <w:rFonts w:ascii="Times New Roman" w:hAnsi="Times New Roman" w:cs="Times New Roman"/>
          <w:color w:val="000000" w:themeColor="text1"/>
        </w:rPr>
        <w:t>Specificații de preț</w:t>
      </w:r>
    </w:p>
    <w:p w:rsidR="00D224D3" w:rsidRPr="00B52636" w:rsidRDefault="00B52636" w:rsidP="00B52636">
      <w:pPr>
        <w:rPr>
          <w:rFonts w:ascii="Times New Roman" w:hAnsi="Times New Roman" w:cs="Times New Roman"/>
        </w:rPr>
      </w:pPr>
      <w:r w:rsidRPr="00B52636">
        <w:rPr>
          <w:rFonts w:ascii="Times New Roman" w:hAnsi="Times New Roman" w:cs="Times New Roman"/>
          <w:color w:val="000000" w:themeColor="text1"/>
        </w:rPr>
        <w:t>Numărul procedurii de achiziție:</w:t>
      </w:r>
      <w:r w:rsidRPr="00B52636">
        <w:rPr>
          <w:rFonts w:ascii="Times New Roman" w:hAnsi="Times New Roman" w:cs="Times New Roman"/>
          <w:color w:val="000000" w:themeColor="text1"/>
        </w:rPr>
        <w:br/>
      </w:r>
      <w:r w:rsidRPr="00B52636">
        <w:rPr>
          <w:rFonts w:ascii="Times New Roman" w:hAnsi="Times New Roman" w:cs="Times New Roman"/>
        </w:rPr>
        <w:t>Denumirea procedurii de achiziție:</w:t>
      </w:r>
      <w:r>
        <w:rPr>
          <w:rFonts w:ascii="Times New Roman" w:hAnsi="Times New Roman" w:cs="Times New Roman"/>
        </w:rPr>
        <w:t xml:space="preserve"> </w:t>
      </w:r>
      <w:r w:rsidRPr="001E6EDC">
        <w:rPr>
          <w:rFonts w:ascii="Times New Roman" w:eastAsia="Calibri" w:hAnsi="Times New Roman" w:cs="Times New Roman"/>
          <w:iCs/>
          <w:sz w:val="24"/>
          <w:szCs w:val="24"/>
        </w:rPr>
        <w:t xml:space="preserve">Achiziție cu costuri </w:t>
      </w:r>
      <w:r w:rsidRPr="001E6EDC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  <w:t>mici</w:t>
      </w:r>
      <w:r w:rsidRPr="001E6EDC">
        <w:rPr>
          <w:rFonts w:ascii="Times New Roman" w:eastAsia="Calibri" w:hAnsi="Times New Roman" w:cs="Times New Roman"/>
          <w:iCs/>
          <w:color w:val="FF0000"/>
          <w:sz w:val="24"/>
          <w:szCs w:val="24"/>
        </w:rPr>
        <w:t xml:space="preserve"> </w:t>
      </w:r>
      <w:r w:rsidRPr="001E6E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1E6EDC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Mobilier pentru dotarea secției de reabilitare și îngrijiri paliative din IMSP Spitalul Raional Ocnița</w:t>
      </w:r>
      <w:r w:rsidRPr="001E6EDC">
        <w:rPr>
          <w:rFonts w:ascii="Times New Roman" w:hAnsi="Times New Roman" w:cs="Times New Roman"/>
          <w:b/>
          <w:sz w:val="24"/>
          <w:szCs w:val="24"/>
        </w:rPr>
        <w:t>»</w:t>
      </w:r>
      <w:r w:rsidRPr="00B52636">
        <w:rPr>
          <w:rFonts w:ascii="Times New Roman" w:hAnsi="Times New Roman" w:cs="Times New Roman"/>
        </w:rPr>
        <w:br/>
      </w:r>
      <w:r w:rsidRPr="00B52636">
        <w:rPr>
          <w:rFonts w:ascii="Times New Roman" w:hAnsi="Times New Roman" w:cs="Times New Roman"/>
        </w:rPr>
        <w:br/>
      </w:r>
    </w:p>
    <w:tbl>
      <w:tblPr>
        <w:tblW w:w="13433" w:type="dxa"/>
        <w:tblLook w:val="04A0" w:firstRow="1" w:lastRow="0" w:firstColumn="1" w:lastColumn="0" w:noHBand="0" w:noVBand="1"/>
      </w:tblPr>
      <w:tblGrid>
        <w:gridCol w:w="1264"/>
        <w:gridCol w:w="2182"/>
        <w:gridCol w:w="864"/>
        <w:gridCol w:w="864"/>
        <w:gridCol w:w="864"/>
        <w:gridCol w:w="864"/>
        <w:gridCol w:w="864"/>
        <w:gridCol w:w="864"/>
        <w:gridCol w:w="2535"/>
        <w:gridCol w:w="2268"/>
      </w:tblGrid>
      <w:tr w:rsidR="00D224D3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Cod CPV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Denumirea bunurilor/serviciilor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Cant.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U/M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Preţ unitar (fără TVA)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Preţ unitar (cu TVA)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Suma fără TVA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Suma cu TVA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Termen livrare propus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Clasificație bugetară (IBAN)</w:t>
            </w:r>
          </w:p>
        </w:tc>
      </w:tr>
      <w:tr w:rsidR="00D224D3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10</w:t>
            </w:r>
          </w:p>
        </w:tc>
      </w:tr>
      <w:tr w:rsidR="00D224D3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39121100-0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FB62E3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 xml:space="preserve">Masă de birou </w:t>
            </w:r>
            <w:r w:rsidR="00B52636" w:rsidRPr="00B52636">
              <w:rPr>
                <w:rFonts w:ascii="Times New Roman" w:hAnsi="Times New Roman" w:cs="Times New Roman"/>
              </w:rPr>
              <w:t xml:space="preserve"> 1400x750x600mm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0184F" w:rsidP="00D01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</w:tr>
      <w:tr w:rsidR="00D0184F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33192000-2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Canapea medicală (Tip L-50) 2000x600x600mm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Default="00D0184F" w:rsidP="00D0184F">
            <w:pPr>
              <w:jc w:val="center"/>
            </w:pPr>
            <w:r w:rsidRPr="009F71A8">
              <w:rPr>
                <w:rFonts w:ascii="Times New Roman" w:hAnsi="Times New Roman" w:cs="Times New Roman"/>
              </w:rPr>
              <w:t>30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</w:tr>
      <w:tr w:rsidR="00D0184F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39150000-8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Panou informativ 1300x900mm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Default="00D0184F" w:rsidP="00D0184F">
            <w:pPr>
              <w:jc w:val="center"/>
            </w:pPr>
            <w:r w:rsidRPr="009F71A8">
              <w:rPr>
                <w:rFonts w:ascii="Times New Roman" w:hAnsi="Times New Roman" w:cs="Times New Roman"/>
              </w:rPr>
              <w:t>30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</w:tr>
      <w:tr w:rsidR="00D0184F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lastRenderedPageBreak/>
              <w:t>39120000-9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Tumbă cu 4 sertare (Tip L-15) 750x400x450mm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Default="00D0184F" w:rsidP="00D0184F">
            <w:pPr>
              <w:jc w:val="center"/>
            </w:pPr>
            <w:r w:rsidRPr="009F71A8">
              <w:rPr>
                <w:rFonts w:ascii="Times New Roman" w:hAnsi="Times New Roman" w:cs="Times New Roman"/>
              </w:rPr>
              <w:t>30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</w:tr>
      <w:tr w:rsidR="00D0184F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39122100-7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Dulap p/u registre (Tip F-15) 1900x800x350mm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Default="00D0184F" w:rsidP="00D0184F">
            <w:pPr>
              <w:jc w:val="center"/>
            </w:pPr>
            <w:r w:rsidRPr="009F71A8">
              <w:rPr>
                <w:rFonts w:ascii="Times New Roman" w:hAnsi="Times New Roman" w:cs="Times New Roman"/>
              </w:rPr>
              <w:t>30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</w:tr>
      <w:tr w:rsidR="00D0184F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39122100-7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Dulap p/u haine cu bară inox (Tip F-14) 1900x800x450mm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Default="00D0184F" w:rsidP="00D0184F">
            <w:pPr>
              <w:jc w:val="center"/>
            </w:pPr>
            <w:r w:rsidRPr="009F71A8">
              <w:rPr>
                <w:rFonts w:ascii="Times New Roman" w:hAnsi="Times New Roman" w:cs="Times New Roman"/>
              </w:rPr>
              <w:t>30 zile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</w:tr>
      <w:tr w:rsidR="00D0184F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39122100-7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Dulap perete (Tip F-28) 1900x1600x350mm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Default="00D0184F" w:rsidP="00D0184F">
            <w:pPr>
              <w:jc w:val="center"/>
            </w:pPr>
            <w:r w:rsidRPr="009F71A8">
              <w:rPr>
                <w:rFonts w:ascii="Times New Roman" w:hAnsi="Times New Roman" w:cs="Times New Roman"/>
              </w:rPr>
              <w:t>30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</w:tr>
      <w:tr w:rsidR="00D0184F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39121100-0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Masă de birou cu anexă (Tip L-26) 1400x600mm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Default="00D0184F" w:rsidP="00D0184F">
            <w:pPr>
              <w:jc w:val="center"/>
            </w:pPr>
            <w:r w:rsidRPr="009F71A8">
              <w:rPr>
                <w:rFonts w:ascii="Times New Roman" w:hAnsi="Times New Roman" w:cs="Times New Roman"/>
              </w:rPr>
              <w:t>30 zile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84F" w:rsidRPr="00B52636" w:rsidRDefault="00D0184F" w:rsidP="00D0184F">
            <w:pPr>
              <w:rPr>
                <w:rFonts w:ascii="Times New Roman" w:hAnsi="Times New Roman" w:cs="Times New Roman"/>
              </w:rPr>
            </w:pPr>
          </w:p>
        </w:tc>
      </w:tr>
      <w:tr w:rsidR="00D224D3" w:rsidRPr="00B52636" w:rsidTr="00B52636"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B52636">
            <w:pPr>
              <w:rPr>
                <w:rFonts w:ascii="Times New Roman" w:hAnsi="Times New Roman" w:cs="Times New Roman"/>
              </w:rPr>
            </w:pPr>
            <w:r w:rsidRPr="00B52636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D3" w:rsidRPr="00B52636" w:rsidRDefault="00D224D3">
            <w:pPr>
              <w:rPr>
                <w:rFonts w:ascii="Times New Roman" w:hAnsi="Times New Roman" w:cs="Times New Roman"/>
              </w:rPr>
            </w:pPr>
          </w:p>
        </w:tc>
      </w:tr>
    </w:tbl>
    <w:p w:rsidR="00D224D3" w:rsidRPr="00B52636" w:rsidRDefault="00B52636">
      <w:pPr>
        <w:rPr>
          <w:rFonts w:ascii="Times New Roman" w:hAnsi="Times New Roman" w:cs="Times New Roman"/>
        </w:rPr>
      </w:pPr>
      <w:r w:rsidRPr="00B52636">
        <w:rPr>
          <w:rFonts w:ascii="Times New Roman" w:hAnsi="Times New Roman" w:cs="Times New Roman"/>
        </w:rPr>
        <w:br/>
        <w:t>Numele, Prenumele: ____________________________</w:t>
      </w:r>
    </w:p>
    <w:p w:rsidR="00D224D3" w:rsidRPr="00B52636" w:rsidRDefault="00B52636">
      <w:pPr>
        <w:rPr>
          <w:rFonts w:ascii="Times New Roman" w:hAnsi="Times New Roman" w:cs="Times New Roman"/>
        </w:rPr>
      </w:pPr>
      <w:r w:rsidRPr="00B52636">
        <w:rPr>
          <w:rFonts w:ascii="Times New Roman" w:hAnsi="Times New Roman" w:cs="Times New Roman"/>
        </w:rPr>
        <w:t>În calitate de: ________________________________</w:t>
      </w:r>
    </w:p>
    <w:p w:rsidR="00D224D3" w:rsidRPr="00B52636" w:rsidRDefault="00B52636">
      <w:pPr>
        <w:rPr>
          <w:rFonts w:ascii="Times New Roman" w:hAnsi="Times New Roman" w:cs="Times New Roman"/>
        </w:rPr>
      </w:pPr>
      <w:r w:rsidRPr="00B52636">
        <w:rPr>
          <w:rFonts w:ascii="Times New Roman" w:hAnsi="Times New Roman" w:cs="Times New Roman"/>
        </w:rPr>
        <w:t>Ofertantul: ____________________________________</w:t>
      </w:r>
    </w:p>
    <w:p w:rsidR="00D224D3" w:rsidRPr="00B52636" w:rsidRDefault="00B52636">
      <w:pPr>
        <w:rPr>
          <w:rFonts w:ascii="Times New Roman" w:hAnsi="Times New Roman" w:cs="Times New Roman"/>
        </w:rPr>
      </w:pPr>
      <w:r w:rsidRPr="00B52636">
        <w:rPr>
          <w:rFonts w:ascii="Times New Roman" w:hAnsi="Times New Roman" w:cs="Times New Roman"/>
        </w:rPr>
        <w:t>Adresa: _______________________________________</w:t>
      </w:r>
    </w:p>
    <w:sectPr w:rsidR="00D224D3" w:rsidRPr="00B52636" w:rsidSect="00FB62E3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52636"/>
    <w:rsid w:val="00CB0664"/>
    <w:rsid w:val="00D0184F"/>
    <w:rsid w:val="00D224D3"/>
    <w:rsid w:val="00FB62E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7303897-879C-4B88-B280-D9DED3432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FF34C7-E94F-4CEB-B65E-418F0480E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1267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Учетная запись Майкрософт</cp:lastModifiedBy>
  <cp:revision>4</cp:revision>
  <dcterms:created xsi:type="dcterms:W3CDTF">2013-12-23T23:15:00Z</dcterms:created>
  <dcterms:modified xsi:type="dcterms:W3CDTF">2025-12-15T09:12:00Z</dcterms:modified>
  <cp:category/>
</cp:coreProperties>
</file>