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FCCA7" w14:textId="77777777" w:rsidR="00D333E9" w:rsidRPr="002669FB" w:rsidRDefault="00D03B84">
      <w:pPr>
        <w:spacing w:after="0"/>
        <w:jc w:val="right"/>
        <w:rPr>
          <w:lang w:val="pt-BR"/>
        </w:rPr>
      </w:pPr>
      <w:r w:rsidRPr="002669FB">
        <w:rPr>
          <w:sz w:val="22"/>
          <w:lang w:val="pt-BR"/>
        </w:rPr>
        <w:t>Anexa nr. 22</w:t>
      </w:r>
    </w:p>
    <w:p w14:paraId="602ACFC6" w14:textId="77777777" w:rsidR="00D333E9" w:rsidRPr="002669FB" w:rsidRDefault="00D03B84">
      <w:pPr>
        <w:jc w:val="right"/>
        <w:rPr>
          <w:lang w:val="pt-BR"/>
        </w:rPr>
      </w:pPr>
      <w:r w:rsidRPr="002669FB">
        <w:rPr>
          <w:sz w:val="22"/>
          <w:lang w:val="pt-BR"/>
        </w:rPr>
        <w:t>la Documentația standard</w:t>
      </w:r>
    </w:p>
    <w:p w14:paraId="6571C61B" w14:textId="77777777" w:rsidR="00D333E9" w:rsidRPr="002669FB" w:rsidRDefault="00D03B84">
      <w:pPr>
        <w:spacing w:after="120"/>
        <w:jc w:val="center"/>
        <w:rPr>
          <w:lang w:val="pt-BR"/>
        </w:rPr>
      </w:pPr>
      <w:r w:rsidRPr="002669FB">
        <w:rPr>
          <w:b/>
          <w:sz w:val="28"/>
          <w:lang w:val="pt-BR"/>
        </w:rPr>
        <w:t>Specificații de preț</w:t>
      </w:r>
    </w:p>
    <w:p w14:paraId="58C9D838" w14:textId="77777777" w:rsidR="00D333E9" w:rsidRPr="002669FB" w:rsidRDefault="00D03B84">
      <w:pPr>
        <w:spacing w:after="120"/>
        <w:jc w:val="center"/>
        <w:rPr>
          <w:lang w:val="pt-BR"/>
        </w:rPr>
      </w:pPr>
      <w:r w:rsidRPr="002669FB">
        <w:rPr>
          <w:i/>
          <w:sz w:val="18"/>
          <w:lang w:val="pt-BR"/>
        </w:rPr>
        <w:t>[Acest tabel va fi completat de către ofertant în coloanele 5, 6, 7, 8 și 11 la necesitate, iar de către autoritatea contractantă – în coloanele 1, 2, 3, 4, 9, 10]</w:t>
      </w:r>
    </w:p>
    <w:p w14:paraId="5278B116" w14:textId="77777777" w:rsidR="00D333E9" w:rsidRPr="002669FB" w:rsidRDefault="00D03B84">
      <w:pPr>
        <w:spacing w:after="0"/>
        <w:rPr>
          <w:lang w:val="pt-BR"/>
        </w:rPr>
      </w:pPr>
      <w:r w:rsidRPr="002669FB">
        <w:rPr>
          <w:sz w:val="22"/>
          <w:lang w:val="pt-BR"/>
        </w:rPr>
        <w:t>Numărul procedurii de achiziție: ______________________________</w:t>
      </w:r>
    </w:p>
    <w:p w14:paraId="7B2E8389" w14:textId="77777777" w:rsidR="00D333E9" w:rsidRPr="002669FB" w:rsidRDefault="00D03B84">
      <w:pPr>
        <w:spacing w:after="160"/>
        <w:rPr>
          <w:lang w:val="pt-BR"/>
        </w:rPr>
      </w:pPr>
      <w:r w:rsidRPr="002669FB">
        <w:rPr>
          <w:sz w:val="22"/>
          <w:lang w:val="pt-BR"/>
        </w:rPr>
        <w:t>Obiectul achiziției: Coșuri de fum pentru cazangeriile nr. 1 și nr. 2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608"/>
        <w:gridCol w:w="902"/>
        <w:gridCol w:w="686"/>
        <w:gridCol w:w="1247"/>
        <w:gridCol w:w="1247"/>
        <w:gridCol w:w="1247"/>
        <w:gridCol w:w="1247"/>
        <w:gridCol w:w="2835"/>
        <w:gridCol w:w="1361"/>
      </w:tblGrid>
      <w:tr w:rsidR="00D333E9" w14:paraId="05C7CE56" w14:textId="77777777" w:rsidTr="004222F6">
        <w:tc>
          <w:tcPr>
            <w:tcW w:w="1134" w:type="dxa"/>
          </w:tcPr>
          <w:p w14:paraId="42792A36" w14:textId="77777777" w:rsidR="00D333E9" w:rsidRPr="004222F6" w:rsidRDefault="00D03B84">
            <w:pPr>
              <w:jc w:val="center"/>
              <w:rPr>
                <w:lang w:val="pt-BR"/>
              </w:rPr>
            </w:pPr>
            <w:r w:rsidRPr="004222F6">
              <w:rPr>
                <w:b/>
                <w:sz w:val="16"/>
                <w:lang w:val="pt-BR"/>
              </w:rPr>
              <w:t>Cod CPV</w:t>
            </w:r>
          </w:p>
        </w:tc>
        <w:tc>
          <w:tcPr>
            <w:tcW w:w="2608" w:type="dxa"/>
          </w:tcPr>
          <w:p w14:paraId="3D5534CE" w14:textId="77777777" w:rsidR="00D333E9" w:rsidRDefault="00D03B84">
            <w:pPr>
              <w:jc w:val="center"/>
            </w:pPr>
            <w:proofErr w:type="spellStart"/>
            <w:r>
              <w:rPr>
                <w:b/>
                <w:sz w:val="16"/>
              </w:rPr>
              <w:t>Denumirea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bunurilor</w:t>
            </w:r>
            <w:proofErr w:type="spellEnd"/>
          </w:p>
        </w:tc>
        <w:tc>
          <w:tcPr>
            <w:tcW w:w="902" w:type="dxa"/>
          </w:tcPr>
          <w:p w14:paraId="08D79EDA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Unitatea de măsură</w:t>
            </w:r>
          </w:p>
        </w:tc>
        <w:tc>
          <w:tcPr>
            <w:tcW w:w="686" w:type="dxa"/>
          </w:tcPr>
          <w:p w14:paraId="52F5C6C5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Cantitatea</w:t>
            </w:r>
          </w:p>
        </w:tc>
        <w:tc>
          <w:tcPr>
            <w:tcW w:w="1247" w:type="dxa"/>
          </w:tcPr>
          <w:p w14:paraId="39D74889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Preţ unitar (fără TVA)</w:t>
            </w:r>
          </w:p>
        </w:tc>
        <w:tc>
          <w:tcPr>
            <w:tcW w:w="1247" w:type="dxa"/>
          </w:tcPr>
          <w:p w14:paraId="130688DD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Preţ unitar (cu TVA)</w:t>
            </w:r>
          </w:p>
        </w:tc>
        <w:tc>
          <w:tcPr>
            <w:tcW w:w="1247" w:type="dxa"/>
          </w:tcPr>
          <w:p w14:paraId="7CBD38A2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Suma fără TVA</w:t>
            </w:r>
          </w:p>
        </w:tc>
        <w:tc>
          <w:tcPr>
            <w:tcW w:w="1247" w:type="dxa"/>
          </w:tcPr>
          <w:p w14:paraId="0232A175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Suma cu TVA</w:t>
            </w:r>
          </w:p>
        </w:tc>
        <w:tc>
          <w:tcPr>
            <w:tcW w:w="2835" w:type="dxa"/>
          </w:tcPr>
          <w:p w14:paraId="6B68A9B1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Termenul de livrare</w:t>
            </w:r>
          </w:p>
        </w:tc>
        <w:tc>
          <w:tcPr>
            <w:tcW w:w="1361" w:type="dxa"/>
          </w:tcPr>
          <w:p w14:paraId="2942E13E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Clasificație bugetară (IBAN)</w:t>
            </w:r>
          </w:p>
        </w:tc>
      </w:tr>
      <w:tr w:rsidR="00D333E9" w14:paraId="684C16F1" w14:textId="77777777" w:rsidTr="004222F6">
        <w:tc>
          <w:tcPr>
            <w:tcW w:w="1134" w:type="dxa"/>
          </w:tcPr>
          <w:p w14:paraId="5D435F4E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2608" w:type="dxa"/>
          </w:tcPr>
          <w:p w14:paraId="7CAC17A9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902" w:type="dxa"/>
          </w:tcPr>
          <w:p w14:paraId="7114B6E9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6" w:type="dxa"/>
          </w:tcPr>
          <w:p w14:paraId="42BA070C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247" w:type="dxa"/>
          </w:tcPr>
          <w:p w14:paraId="75AD41AE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247" w:type="dxa"/>
          </w:tcPr>
          <w:p w14:paraId="12BDA6C0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247" w:type="dxa"/>
          </w:tcPr>
          <w:p w14:paraId="10B2D504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1247" w:type="dxa"/>
          </w:tcPr>
          <w:p w14:paraId="37A2B5F2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2835" w:type="dxa"/>
          </w:tcPr>
          <w:p w14:paraId="782AE74B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1361" w:type="dxa"/>
          </w:tcPr>
          <w:p w14:paraId="20F8150B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10</w:t>
            </w:r>
          </w:p>
        </w:tc>
      </w:tr>
      <w:tr w:rsidR="00D333E9" w:rsidRPr="004222F6" w14:paraId="2D6B2667" w14:textId="77777777" w:rsidTr="004222F6">
        <w:tc>
          <w:tcPr>
            <w:tcW w:w="1134" w:type="dxa"/>
          </w:tcPr>
          <w:p w14:paraId="4A19147C" w14:textId="77777777" w:rsidR="00D333E9" w:rsidRDefault="00D03B84">
            <w:r>
              <w:rPr>
                <w:b/>
                <w:sz w:val="16"/>
              </w:rPr>
              <w:t>Cod CPV: 45262610-0</w:t>
            </w:r>
          </w:p>
        </w:tc>
        <w:tc>
          <w:tcPr>
            <w:tcW w:w="2608" w:type="dxa"/>
          </w:tcPr>
          <w:p w14:paraId="3F33B95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Lotul 1 – Coș de fum, cazangeria nr. 1</w:t>
            </w:r>
          </w:p>
        </w:tc>
        <w:tc>
          <w:tcPr>
            <w:tcW w:w="902" w:type="dxa"/>
          </w:tcPr>
          <w:p w14:paraId="3E59B50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686" w:type="dxa"/>
          </w:tcPr>
          <w:p w14:paraId="12822AB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26AD037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566B08C1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633BBF1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061F7DB3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2835" w:type="dxa"/>
          </w:tcPr>
          <w:p w14:paraId="0125FE6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361" w:type="dxa"/>
          </w:tcPr>
          <w:p w14:paraId="299DFFCD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5DDF919" w14:textId="77777777" w:rsidTr="004222F6">
        <w:tc>
          <w:tcPr>
            <w:tcW w:w="1134" w:type="dxa"/>
          </w:tcPr>
          <w:p w14:paraId="02AD14FA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450A6498" w14:textId="77777777" w:rsidR="00D333E9" w:rsidRDefault="00D03B84">
            <w:r>
              <w:rPr>
                <w:sz w:val="16"/>
              </w:rPr>
              <w:t>Țeavă Ø 350-430 mm</w:t>
            </w:r>
          </w:p>
        </w:tc>
        <w:tc>
          <w:tcPr>
            <w:tcW w:w="902" w:type="dxa"/>
          </w:tcPr>
          <w:p w14:paraId="3AC1EC08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3C88C8AC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66873930" w14:textId="77777777" w:rsidR="00D333E9" w:rsidRDefault="00D333E9"/>
        </w:tc>
        <w:tc>
          <w:tcPr>
            <w:tcW w:w="1247" w:type="dxa"/>
          </w:tcPr>
          <w:p w14:paraId="6CA9C3F2" w14:textId="77777777" w:rsidR="00D333E9" w:rsidRDefault="00D333E9"/>
        </w:tc>
        <w:tc>
          <w:tcPr>
            <w:tcW w:w="1247" w:type="dxa"/>
          </w:tcPr>
          <w:p w14:paraId="47CF0F21" w14:textId="77777777" w:rsidR="00D333E9" w:rsidRDefault="00D333E9"/>
        </w:tc>
        <w:tc>
          <w:tcPr>
            <w:tcW w:w="1247" w:type="dxa"/>
          </w:tcPr>
          <w:p w14:paraId="6D843456" w14:textId="77777777" w:rsidR="00D333E9" w:rsidRDefault="00D333E9"/>
        </w:tc>
        <w:tc>
          <w:tcPr>
            <w:tcW w:w="2835" w:type="dxa"/>
          </w:tcPr>
          <w:p w14:paraId="03D8AECC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AB67CC9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7B5FC55" w14:textId="77777777" w:rsidTr="004222F6">
        <w:tc>
          <w:tcPr>
            <w:tcW w:w="1134" w:type="dxa"/>
          </w:tcPr>
          <w:p w14:paraId="1FA9F1E6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55B1D8C6" w14:textId="77777777" w:rsidR="00D333E9" w:rsidRDefault="00D03B84">
            <w:r>
              <w:rPr>
                <w:sz w:val="16"/>
              </w:rPr>
              <w:t>Țeavă Ø 400-480 mm</w:t>
            </w:r>
          </w:p>
        </w:tc>
        <w:tc>
          <w:tcPr>
            <w:tcW w:w="902" w:type="dxa"/>
          </w:tcPr>
          <w:p w14:paraId="22D60411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0766B561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0A48FC5E" w14:textId="77777777" w:rsidR="00D333E9" w:rsidRDefault="00D333E9"/>
        </w:tc>
        <w:tc>
          <w:tcPr>
            <w:tcW w:w="1247" w:type="dxa"/>
          </w:tcPr>
          <w:p w14:paraId="2D06697B" w14:textId="77777777" w:rsidR="00D333E9" w:rsidRDefault="00D333E9"/>
        </w:tc>
        <w:tc>
          <w:tcPr>
            <w:tcW w:w="1247" w:type="dxa"/>
          </w:tcPr>
          <w:p w14:paraId="6A096A86" w14:textId="77777777" w:rsidR="00D333E9" w:rsidRDefault="00D333E9"/>
        </w:tc>
        <w:tc>
          <w:tcPr>
            <w:tcW w:w="1247" w:type="dxa"/>
          </w:tcPr>
          <w:p w14:paraId="06488487" w14:textId="77777777" w:rsidR="00D333E9" w:rsidRDefault="00D333E9"/>
        </w:tc>
        <w:tc>
          <w:tcPr>
            <w:tcW w:w="2835" w:type="dxa"/>
          </w:tcPr>
          <w:p w14:paraId="2710ED76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4F72871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68220E3" w14:textId="77777777" w:rsidTr="004222F6">
        <w:tc>
          <w:tcPr>
            <w:tcW w:w="1134" w:type="dxa"/>
          </w:tcPr>
          <w:p w14:paraId="1B9E4DCE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231B944E" w14:textId="77777777" w:rsidR="00D333E9" w:rsidRDefault="00D03B84">
            <w:r>
              <w:rPr>
                <w:sz w:val="16"/>
              </w:rPr>
              <w:t>Țeavă Ø 450-530 mm</w:t>
            </w:r>
          </w:p>
        </w:tc>
        <w:tc>
          <w:tcPr>
            <w:tcW w:w="902" w:type="dxa"/>
          </w:tcPr>
          <w:p w14:paraId="74153E36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6E00A190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9430C92" w14:textId="77777777" w:rsidR="00D333E9" w:rsidRDefault="00D333E9"/>
        </w:tc>
        <w:tc>
          <w:tcPr>
            <w:tcW w:w="1247" w:type="dxa"/>
          </w:tcPr>
          <w:p w14:paraId="0C460F3D" w14:textId="77777777" w:rsidR="00D333E9" w:rsidRDefault="00D333E9"/>
        </w:tc>
        <w:tc>
          <w:tcPr>
            <w:tcW w:w="1247" w:type="dxa"/>
          </w:tcPr>
          <w:p w14:paraId="76C35499" w14:textId="77777777" w:rsidR="00D333E9" w:rsidRDefault="00D333E9"/>
        </w:tc>
        <w:tc>
          <w:tcPr>
            <w:tcW w:w="1247" w:type="dxa"/>
          </w:tcPr>
          <w:p w14:paraId="3E916FB0" w14:textId="77777777" w:rsidR="00D333E9" w:rsidRDefault="00D333E9"/>
        </w:tc>
        <w:tc>
          <w:tcPr>
            <w:tcW w:w="2835" w:type="dxa"/>
          </w:tcPr>
          <w:p w14:paraId="6C768163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194E93A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EAEDF4F" w14:textId="77777777" w:rsidTr="004222F6">
        <w:tc>
          <w:tcPr>
            <w:tcW w:w="1134" w:type="dxa"/>
          </w:tcPr>
          <w:p w14:paraId="79349468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12E4201" w14:textId="77777777" w:rsidR="00D333E9" w:rsidRDefault="00D03B84">
            <w:r>
              <w:rPr>
                <w:sz w:val="16"/>
              </w:rPr>
              <w:t>Țeavă Ø 500-580 mm</w:t>
            </w:r>
          </w:p>
        </w:tc>
        <w:tc>
          <w:tcPr>
            <w:tcW w:w="902" w:type="dxa"/>
          </w:tcPr>
          <w:p w14:paraId="16A713AE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22AAC2AB" w14:textId="77777777" w:rsidR="00D333E9" w:rsidRDefault="00D03B84">
            <w:pPr>
              <w:jc w:val="center"/>
            </w:pPr>
            <w:r>
              <w:rPr>
                <w:sz w:val="16"/>
              </w:rPr>
              <w:t>13</w:t>
            </w:r>
          </w:p>
        </w:tc>
        <w:tc>
          <w:tcPr>
            <w:tcW w:w="1247" w:type="dxa"/>
          </w:tcPr>
          <w:p w14:paraId="0BFAE667" w14:textId="77777777" w:rsidR="00D333E9" w:rsidRDefault="00D333E9"/>
        </w:tc>
        <w:tc>
          <w:tcPr>
            <w:tcW w:w="1247" w:type="dxa"/>
          </w:tcPr>
          <w:p w14:paraId="3365AD73" w14:textId="77777777" w:rsidR="00D333E9" w:rsidRDefault="00D333E9"/>
        </w:tc>
        <w:tc>
          <w:tcPr>
            <w:tcW w:w="1247" w:type="dxa"/>
          </w:tcPr>
          <w:p w14:paraId="5EBBD8D0" w14:textId="77777777" w:rsidR="00D333E9" w:rsidRDefault="00D333E9"/>
        </w:tc>
        <w:tc>
          <w:tcPr>
            <w:tcW w:w="1247" w:type="dxa"/>
          </w:tcPr>
          <w:p w14:paraId="67797AB4" w14:textId="77777777" w:rsidR="00D333E9" w:rsidRDefault="00D333E9"/>
        </w:tc>
        <w:tc>
          <w:tcPr>
            <w:tcW w:w="2835" w:type="dxa"/>
          </w:tcPr>
          <w:p w14:paraId="3A652EB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6BF29AE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D9305C0" w14:textId="77777777" w:rsidTr="004222F6">
        <w:tc>
          <w:tcPr>
            <w:tcW w:w="1134" w:type="dxa"/>
          </w:tcPr>
          <w:p w14:paraId="15B9D782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58D48CE" w14:textId="77777777" w:rsidR="00D333E9" w:rsidRDefault="00D03B84">
            <w:r>
              <w:rPr>
                <w:sz w:val="16"/>
              </w:rPr>
              <w:t>Cot 90° Ø 500-580 mm</w:t>
            </w:r>
          </w:p>
        </w:tc>
        <w:tc>
          <w:tcPr>
            <w:tcW w:w="902" w:type="dxa"/>
          </w:tcPr>
          <w:p w14:paraId="682ED19D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672C5883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B4C89AF" w14:textId="77777777" w:rsidR="00D333E9" w:rsidRDefault="00D333E9"/>
        </w:tc>
        <w:tc>
          <w:tcPr>
            <w:tcW w:w="1247" w:type="dxa"/>
          </w:tcPr>
          <w:p w14:paraId="324ACE39" w14:textId="77777777" w:rsidR="00D333E9" w:rsidRDefault="00D333E9"/>
        </w:tc>
        <w:tc>
          <w:tcPr>
            <w:tcW w:w="1247" w:type="dxa"/>
          </w:tcPr>
          <w:p w14:paraId="7AD63DC4" w14:textId="77777777" w:rsidR="00D333E9" w:rsidRDefault="00D333E9"/>
        </w:tc>
        <w:tc>
          <w:tcPr>
            <w:tcW w:w="1247" w:type="dxa"/>
          </w:tcPr>
          <w:p w14:paraId="080C78F9" w14:textId="77777777" w:rsidR="00D333E9" w:rsidRDefault="00D333E9"/>
        </w:tc>
        <w:tc>
          <w:tcPr>
            <w:tcW w:w="2835" w:type="dxa"/>
          </w:tcPr>
          <w:p w14:paraId="6189AA2B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795218EC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2025A751" w14:textId="77777777" w:rsidTr="004222F6">
        <w:tc>
          <w:tcPr>
            <w:tcW w:w="1134" w:type="dxa"/>
          </w:tcPr>
          <w:p w14:paraId="6C5085DE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682C7DCC" w14:textId="77777777" w:rsidR="00D333E9" w:rsidRDefault="00D03B84">
            <w:r>
              <w:rPr>
                <w:sz w:val="16"/>
              </w:rPr>
              <w:t>Cot 45° Ø 500-580 mm</w:t>
            </w:r>
          </w:p>
        </w:tc>
        <w:tc>
          <w:tcPr>
            <w:tcW w:w="902" w:type="dxa"/>
          </w:tcPr>
          <w:p w14:paraId="0DE2E789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54D91FE0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8A8BB8E" w14:textId="77777777" w:rsidR="00D333E9" w:rsidRDefault="00D333E9"/>
        </w:tc>
        <w:tc>
          <w:tcPr>
            <w:tcW w:w="1247" w:type="dxa"/>
          </w:tcPr>
          <w:p w14:paraId="6C2FEEA1" w14:textId="77777777" w:rsidR="00D333E9" w:rsidRDefault="00D333E9"/>
        </w:tc>
        <w:tc>
          <w:tcPr>
            <w:tcW w:w="1247" w:type="dxa"/>
          </w:tcPr>
          <w:p w14:paraId="05E29199" w14:textId="77777777" w:rsidR="00D333E9" w:rsidRDefault="00D333E9"/>
        </w:tc>
        <w:tc>
          <w:tcPr>
            <w:tcW w:w="1247" w:type="dxa"/>
          </w:tcPr>
          <w:p w14:paraId="5FF85ED7" w14:textId="77777777" w:rsidR="00D333E9" w:rsidRDefault="00D333E9"/>
        </w:tc>
        <w:tc>
          <w:tcPr>
            <w:tcW w:w="2835" w:type="dxa"/>
          </w:tcPr>
          <w:p w14:paraId="565B4A2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0738912A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47FD9EB6" w14:textId="77777777" w:rsidTr="004222F6">
        <w:tc>
          <w:tcPr>
            <w:tcW w:w="1134" w:type="dxa"/>
          </w:tcPr>
          <w:p w14:paraId="5F908499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463BC7EF" w14:textId="77777777" w:rsidR="00D333E9" w:rsidRDefault="00D03B84">
            <w:r>
              <w:rPr>
                <w:sz w:val="16"/>
              </w:rPr>
              <w:t>Trecere sandwich Ø 350-430 / 400-480 mm</w:t>
            </w:r>
          </w:p>
        </w:tc>
        <w:tc>
          <w:tcPr>
            <w:tcW w:w="902" w:type="dxa"/>
          </w:tcPr>
          <w:p w14:paraId="7E71FA4E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759C8469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0909693" w14:textId="77777777" w:rsidR="00D333E9" w:rsidRDefault="00D333E9"/>
        </w:tc>
        <w:tc>
          <w:tcPr>
            <w:tcW w:w="1247" w:type="dxa"/>
          </w:tcPr>
          <w:p w14:paraId="15ED4492" w14:textId="77777777" w:rsidR="00D333E9" w:rsidRDefault="00D333E9"/>
        </w:tc>
        <w:tc>
          <w:tcPr>
            <w:tcW w:w="1247" w:type="dxa"/>
          </w:tcPr>
          <w:p w14:paraId="4A6C4D3C" w14:textId="77777777" w:rsidR="00D333E9" w:rsidRDefault="00D333E9"/>
        </w:tc>
        <w:tc>
          <w:tcPr>
            <w:tcW w:w="1247" w:type="dxa"/>
          </w:tcPr>
          <w:p w14:paraId="37DBD97A" w14:textId="77777777" w:rsidR="00D333E9" w:rsidRDefault="00D333E9"/>
        </w:tc>
        <w:tc>
          <w:tcPr>
            <w:tcW w:w="2835" w:type="dxa"/>
          </w:tcPr>
          <w:p w14:paraId="0832FFA1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78582F4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0F534A5" w14:textId="77777777" w:rsidTr="004222F6">
        <w:tc>
          <w:tcPr>
            <w:tcW w:w="1134" w:type="dxa"/>
          </w:tcPr>
          <w:p w14:paraId="67BE7E50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200A6DF" w14:textId="77777777" w:rsidR="00D333E9" w:rsidRDefault="00D03B84">
            <w:r>
              <w:rPr>
                <w:sz w:val="16"/>
              </w:rPr>
              <w:t>Trecere sandwich Ø 400-480 / 450-530 mm</w:t>
            </w:r>
          </w:p>
        </w:tc>
        <w:tc>
          <w:tcPr>
            <w:tcW w:w="902" w:type="dxa"/>
          </w:tcPr>
          <w:p w14:paraId="3E0E6A64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4A144CB4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07CF6F15" w14:textId="77777777" w:rsidR="00D333E9" w:rsidRDefault="00D333E9"/>
        </w:tc>
        <w:tc>
          <w:tcPr>
            <w:tcW w:w="1247" w:type="dxa"/>
          </w:tcPr>
          <w:p w14:paraId="3BE53C5D" w14:textId="77777777" w:rsidR="00D333E9" w:rsidRDefault="00D333E9"/>
        </w:tc>
        <w:tc>
          <w:tcPr>
            <w:tcW w:w="1247" w:type="dxa"/>
          </w:tcPr>
          <w:p w14:paraId="64499D6A" w14:textId="77777777" w:rsidR="00D333E9" w:rsidRDefault="00D333E9"/>
        </w:tc>
        <w:tc>
          <w:tcPr>
            <w:tcW w:w="1247" w:type="dxa"/>
          </w:tcPr>
          <w:p w14:paraId="7728DF58" w14:textId="77777777" w:rsidR="00D333E9" w:rsidRDefault="00D333E9"/>
        </w:tc>
        <w:tc>
          <w:tcPr>
            <w:tcW w:w="2835" w:type="dxa"/>
          </w:tcPr>
          <w:p w14:paraId="760D2C20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7262BCE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C455DE9" w14:textId="77777777" w:rsidTr="004222F6">
        <w:tc>
          <w:tcPr>
            <w:tcW w:w="1134" w:type="dxa"/>
          </w:tcPr>
          <w:p w14:paraId="69F1723C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6EB84EE5" w14:textId="77777777" w:rsidR="00D333E9" w:rsidRDefault="00D03B84">
            <w:r>
              <w:rPr>
                <w:sz w:val="16"/>
              </w:rPr>
              <w:t>Trecere sandwich Ø 450-530 / 500-580 mm</w:t>
            </w:r>
          </w:p>
        </w:tc>
        <w:tc>
          <w:tcPr>
            <w:tcW w:w="902" w:type="dxa"/>
          </w:tcPr>
          <w:p w14:paraId="2FB7A4FF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3341A394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782D2F8A" w14:textId="77777777" w:rsidR="00D333E9" w:rsidRDefault="00D333E9"/>
        </w:tc>
        <w:tc>
          <w:tcPr>
            <w:tcW w:w="1247" w:type="dxa"/>
          </w:tcPr>
          <w:p w14:paraId="7885CBF9" w14:textId="77777777" w:rsidR="00D333E9" w:rsidRDefault="00D333E9"/>
        </w:tc>
        <w:tc>
          <w:tcPr>
            <w:tcW w:w="1247" w:type="dxa"/>
          </w:tcPr>
          <w:p w14:paraId="3FEEFFA0" w14:textId="77777777" w:rsidR="00D333E9" w:rsidRDefault="00D333E9"/>
        </w:tc>
        <w:tc>
          <w:tcPr>
            <w:tcW w:w="1247" w:type="dxa"/>
          </w:tcPr>
          <w:p w14:paraId="4ED173D1" w14:textId="77777777" w:rsidR="00D333E9" w:rsidRDefault="00D333E9"/>
        </w:tc>
        <w:tc>
          <w:tcPr>
            <w:tcW w:w="2835" w:type="dxa"/>
          </w:tcPr>
          <w:p w14:paraId="5454F8D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ADAF066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49A9DA6" w14:textId="77777777" w:rsidTr="004222F6">
        <w:tc>
          <w:tcPr>
            <w:tcW w:w="1134" w:type="dxa"/>
          </w:tcPr>
          <w:p w14:paraId="2C3079DB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5ABF819A" w14:textId="77777777" w:rsidR="00D333E9" w:rsidRDefault="00D03B84">
            <w:r>
              <w:rPr>
                <w:sz w:val="16"/>
              </w:rPr>
              <w:t>Teu 90° Ø 350-430 mm</w:t>
            </w:r>
          </w:p>
        </w:tc>
        <w:tc>
          <w:tcPr>
            <w:tcW w:w="902" w:type="dxa"/>
          </w:tcPr>
          <w:p w14:paraId="7FDBCFE0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2EC2C9E6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01C84A69" w14:textId="77777777" w:rsidR="00D333E9" w:rsidRDefault="00D333E9"/>
        </w:tc>
        <w:tc>
          <w:tcPr>
            <w:tcW w:w="1247" w:type="dxa"/>
          </w:tcPr>
          <w:p w14:paraId="7BDB470D" w14:textId="77777777" w:rsidR="00D333E9" w:rsidRDefault="00D333E9"/>
        </w:tc>
        <w:tc>
          <w:tcPr>
            <w:tcW w:w="1247" w:type="dxa"/>
          </w:tcPr>
          <w:p w14:paraId="2641C4AC" w14:textId="77777777" w:rsidR="00D333E9" w:rsidRDefault="00D333E9"/>
        </w:tc>
        <w:tc>
          <w:tcPr>
            <w:tcW w:w="1247" w:type="dxa"/>
          </w:tcPr>
          <w:p w14:paraId="4422CA22" w14:textId="77777777" w:rsidR="00D333E9" w:rsidRDefault="00D333E9"/>
        </w:tc>
        <w:tc>
          <w:tcPr>
            <w:tcW w:w="2835" w:type="dxa"/>
          </w:tcPr>
          <w:p w14:paraId="05B1576B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7F7347E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EA2640C" w14:textId="77777777" w:rsidTr="004222F6">
        <w:tc>
          <w:tcPr>
            <w:tcW w:w="1134" w:type="dxa"/>
          </w:tcPr>
          <w:p w14:paraId="3A9EA147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29DEE91" w14:textId="77777777" w:rsidR="00D333E9" w:rsidRDefault="00D03B84">
            <w:r>
              <w:rPr>
                <w:sz w:val="16"/>
              </w:rPr>
              <w:t>Teu 90° Ø 400-480 mm</w:t>
            </w:r>
          </w:p>
        </w:tc>
        <w:tc>
          <w:tcPr>
            <w:tcW w:w="902" w:type="dxa"/>
          </w:tcPr>
          <w:p w14:paraId="2FD61F59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447D57BF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79C1FFE" w14:textId="77777777" w:rsidR="00D333E9" w:rsidRDefault="00D333E9"/>
        </w:tc>
        <w:tc>
          <w:tcPr>
            <w:tcW w:w="1247" w:type="dxa"/>
          </w:tcPr>
          <w:p w14:paraId="5B841270" w14:textId="77777777" w:rsidR="00D333E9" w:rsidRDefault="00D333E9"/>
        </w:tc>
        <w:tc>
          <w:tcPr>
            <w:tcW w:w="1247" w:type="dxa"/>
          </w:tcPr>
          <w:p w14:paraId="74C4313E" w14:textId="77777777" w:rsidR="00D333E9" w:rsidRDefault="00D333E9"/>
        </w:tc>
        <w:tc>
          <w:tcPr>
            <w:tcW w:w="1247" w:type="dxa"/>
          </w:tcPr>
          <w:p w14:paraId="25A22092" w14:textId="77777777" w:rsidR="00D333E9" w:rsidRDefault="00D333E9"/>
        </w:tc>
        <w:tc>
          <w:tcPr>
            <w:tcW w:w="2835" w:type="dxa"/>
          </w:tcPr>
          <w:p w14:paraId="57C83D0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37DB2EE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ADB0765" w14:textId="77777777" w:rsidTr="004222F6">
        <w:tc>
          <w:tcPr>
            <w:tcW w:w="1134" w:type="dxa"/>
          </w:tcPr>
          <w:p w14:paraId="66E5194B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E0832AD" w14:textId="77777777" w:rsidR="00D333E9" w:rsidRDefault="00D03B84">
            <w:r>
              <w:rPr>
                <w:sz w:val="16"/>
              </w:rPr>
              <w:t>Teu 90° Ø 450-530 mm</w:t>
            </w:r>
          </w:p>
        </w:tc>
        <w:tc>
          <w:tcPr>
            <w:tcW w:w="902" w:type="dxa"/>
          </w:tcPr>
          <w:p w14:paraId="1B8D0E49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0D69CEAE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F2A999E" w14:textId="77777777" w:rsidR="00D333E9" w:rsidRDefault="00D333E9"/>
        </w:tc>
        <w:tc>
          <w:tcPr>
            <w:tcW w:w="1247" w:type="dxa"/>
          </w:tcPr>
          <w:p w14:paraId="105402EA" w14:textId="77777777" w:rsidR="00D333E9" w:rsidRDefault="00D333E9"/>
        </w:tc>
        <w:tc>
          <w:tcPr>
            <w:tcW w:w="1247" w:type="dxa"/>
          </w:tcPr>
          <w:p w14:paraId="02008D8C" w14:textId="77777777" w:rsidR="00D333E9" w:rsidRDefault="00D333E9"/>
        </w:tc>
        <w:tc>
          <w:tcPr>
            <w:tcW w:w="1247" w:type="dxa"/>
          </w:tcPr>
          <w:p w14:paraId="6A42F2B9" w14:textId="77777777" w:rsidR="00D333E9" w:rsidRDefault="00D333E9"/>
        </w:tc>
        <w:tc>
          <w:tcPr>
            <w:tcW w:w="2835" w:type="dxa"/>
          </w:tcPr>
          <w:p w14:paraId="25668C43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6A1FA3C7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E51CAE6" w14:textId="77777777" w:rsidTr="004222F6">
        <w:tc>
          <w:tcPr>
            <w:tcW w:w="1134" w:type="dxa"/>
          </w:tcPr>
          <w:p w14:paraId="1FB7A26F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62DF2FA6" w14:textId="77777777" w:rsidR="00D333E9" w:rsidRDefault="00D03B84">
            <w:r>
              <w:rPr>
                <w:sz w:val="16"/>
              </w:rPr>
              <w:t>Teu 90° Ø 500-580 mm</w:t>
            </w:r>
          </w:p>
        </w:tc>
        <w:tc>
          <w:tcPr>
            <w:tcW w:w="902" w:type="dxa"/>
          </w:tcPr>
          <w:p w14:paraId="2733DD68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0BC19A0E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D3FB233" w14:textId="77777777" w:rsidR="00D333E9" w:rsidRDefault="00D333E9"/>
        </w:tc>
        <w:tc>
          <w:tcPr>
            <w:tcW w:w="1247" w:type="dxa"/>
          </w:tcPr>
          <w:p w14:paraId="2FA42153" w14:textId="77777777" w:rsidR="00D333E9" w:rsidRDefault="00D333E9"/>
        </w:tc>
        <w:tc>
          <w:tcPr>
            <w:tcW w:w="1247" w:type="dxa"/>
          </w:tcPr>
          <w:p w14:paraId="469F3BFA" w14:textId="77777777" w:rsidR="00D333E9" w:rsidRDefault="00D333E9"/>
        </w:tc>
        <w:tc>
          <w:tcPr>
            <w:tcW w:w="1247" w:type="dxa"/>
          </w:tcPr>
          <w:p w14:paraId="65CCC2F4" w14:textId="77777777" w:rsidR="00D333E9" w:rsidRDefault="00D333E9"/>
        </w:tc>
        <w:tc>
          <w:tcPr>
            <w:tcW w:w="2835" w:type="dxa"/>
          </w:tcPr>
          <w:p w14:paraId="7B60025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D4800C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4365C28E" w14:textId="77777777" w:rsidTr="004222F6">
        <w:tc>
          <w:tcPr>
            <w:tcW w:w="1134" w:type="dxa"/>
          </w:tcPr>
          <w:p w14:paraId="62E1AAC6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06616A3D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Colector de condens Ø 500 mm</w:t>
            </w:r>
          </w:p>
        </w:tc>
        <w:tc>
          <w:tcPr>
            <w:tcW w:w="902" w:type="dxa"/>
          </w:tcPr>
          <w:p w14:paraId="623566BF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35B39D41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46A4A7B8" w14:textId="77777777" w:rsidR="00D333E9" w:rsidRDefault="00D333E9"/>
        </w:tc>
        <w:tc>
          <w:tcPr>
            <w:tcW w:w="1247" w:type="dxa"/>
          </w:tcPr>
          <w:p w14:paraId="35C32745" w14:textId="77777777" w:rsidR="00D333E9" w:rsidRDefault="00D333E9"/>
        </w:tc>
        <w:tc>
          <w:tcPr>
            <w:tcW w:w="1247" w:type="dxa"/>
          </w:tcPr>
          <w:p w14:paraId="1AC64B59" w14:textId="77777777" w:rsidR="00D333E9" w:rsidRDefault="00D333E9"/>
        </w:tc>
        <w:tc>
          <w:tcPr>
            <w:tcW w:w="1247" w:type="dxa"/>
          </w:tcPr>
          <w:p w14:paraId="44456189" w14:textId="77777777" w:rsidR="00D333E9" w:rsidRDefault="00D333E9"/>
        </w:tc>
        <w:tc>
          <w:tcPr>
            <w:tcW w:w="2835" w:type="dxa"/>
          </w:tcPr>
          <w:p w14:paraId="34BB9432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1B310A5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EF9E07C" w14:textId="77777777" w:rsidTr="004222F6">
        <w:tc>
          <w:tcPr>
            <w:tcW w:w="1134" w:type="dxa"/>
          </w:tcPr>
          <w:p w14:paraId="31E5A877" w14:textId="77777777" w:rsidR="00D333E9" w:rsidRDefault="00D03B84">
            <w:pPr>
              <w:jc w:val="center"/>
            </w:pPr>
            <w:r>
              <w:rPr>
                <w:sz w:val="16"/>
              </w:rPr>
              <w:lastRenderedPageBreak/>
              <w:t>45262610-0</w:t>
            </w:r>
          </w:p>
        </w:tc>
        <w:tc>
          <w:tcPr>
            <w:tcW w:w="2608" w:type="dxa"/>
          </w:tcPr>
          <w:p w14:paraId="527C9FC4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350-430 mm</w:t>
            </w:r>
          </w:p>
        </w:tc>
        <w:tc>
          <w:tcPr>
            <w:tcW w:w="902" w:type="dxa"/>
          </w:tcPr>
          <w:p w14:paraId="120A076F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25CBF003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BC36FE5" w14:textId="77777777" w:rsidR="00D333E9" w:rsidRDefault="00D333E9"/>
        </w:tc>
        <w:tc>
          <w:tcPr>
            <w:tcW w:w="1247" w:type="dxa"/>
          </w:tcPr>
          <w:p w14:paraId="33A85EA3" w14:textId="77777777" w:rsidR="00D333E9" w:rsidRDefault="00D333E9"/>
        </w:tc>
        <w:tc>
          <w:tcPr>
            <w:tcW w:w="1247" w:type="dxa"/>
          </w:tcPr>
          <w:p w14:paraId="5D4360C4" w14:textId="77777777" w:rsidR="00D333E9" w:rsidRDefault="00D333E9"/>
        </w:tc>
        <w:tc>
          <w:tcPr>
            <w:tcW w:w="1247" w:type="dxa"/>
          </w:tcPr>
          <w:p w14:paraId="7CE418F7" w14:textId="77777777" w:rsidR="00D333E9" w:rsidRDefault="00D333E9"/>
        </w:tc>
        <w:tc>
          <w:tcPr>
            <w:tcW w:w="2835" w:type="dxa"/>
          </w:tcPr>
          <w:p w14:paraId="559EACCC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4357EBB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43B84556" w14:textId="77777777" w:rsidTr="004222F6">
        <w:tc>
          <w:tcPr>
            <w:tcW w:w="1134" w:type="dxa"/>
          </w:tcPr>
          <w:p w14:paraId="7325C032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0A4B457D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300-380 mm</w:t>
            </w:r>
          </w:p>
        </w:tc>
        <w:tc>
          <w:tcPr>
            <w:tcW w:w="902" w:type="dxa"/>
          </w:tcPr>
          <w:p w14:paraId="04B581B0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423CF608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37B77A7B" w14:textId="77777777" w:rsidR="00D333E9" w:rsidRDefault="00D333E9"/>
        </w:tc>
        <w:tc>
          <w:tcPr>
            <w:tcW w:w="1247" w:type="dxa"/>
          </w:tcPr>
          <w:p w14:paraId="14E297E7" w14:textId="77777777" w:rsidR="00D333E9" w:rsidRDefault="00D333E9"/>
        </w:tc>
        <w:tc>
          <w:tcPr>
            <w:tcW w:w="1247" w:type="dxa"/>
          </w:tcPr>
          <w:p w14:paraId="53EA3CE1" w14:textId="77777777" w:rsidR="00D333E9" w:rsidRDefault="00D333E9"/>
        </w:tc>
        <w:tc>
          <w:tcPr>
            <w:tcW w:w="1247" w:type="dxa"/>
          </w:tcPr>
          <w:p w14:paraId="5C2E53E9" w14:textId="77777777" w:rsidR="00D333E9" w:rsidRDefault="00D333E9"/>
        </w:tc>
        <w:tc>
          <w:tcPr>
            <w:tcW w:w="2835" w:type="dxa"/>
          </w:tcPr>
          <w:p w14:paraId="7855F91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1542EE2F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BA139CC" w14:textId="77777777" w:rsidTr="004222F6">
        <w:tc>
          <w:tcPr>
            <w:tcW w:w="1134" w:type="dxa"/>
          </w:tcPr>
          <w:p w14:paraId="0F48B9EE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4119016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500-580 mm</w:t>
            </w:r>
          </w:p>
        </w:tc>
        <w:tc>
          <w:tcPr>
            <w:tcW w:w="902" w:type="dxa"/>
          </w:tcPr>
          <w:p w14:paraId="60D197C6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63B86377" w14:textId="77777777" w:rsidR="00D333E9" w:rsidRDefault="00D03B84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247" w:type="dxa"/>
          </w:tcPr>
          <w:p w14:paraId="33CCB295" w14:textId="77777777" w:rsidR="00D333E9" w:rsidRDefault="00D333E9"/>
        </w:tc>
        <w:tc>
          <w:tcPr>
            <w:tcW w:w="1247" w:type="dxa"/>
          </w:tcPr>
          <w:p w14:paraId="4EEBDC9D" w14:textId="77777777" w:rsidR="00D333E9" w:rsidRDefault="00D333E9"/>
        </w:tc>
        <w:tc>
          <w:tcPr>
            <w:tcW w:w="1247" w:type="dxa"/>
          </w:tcPr>
          <w:p w14:paraId="497B4EBF" w14:textId="77777777" w:rsidR="00D333E9" w:rsidRDefault="00D333E9"/>
        </w:tc>
        <w:tc>
          <w:tcPr>
            <w:tcW w:w="1247" w:type="dxa"/>
          </w:tcPr>
          <w:p w14:paraId="1A88DBD1" w14:textId="77777777" w:rsidR="00D333E9" w:rsidRDefault="00D333E9"/>
        </w:tc>
        <w:tc>
          <w:tcPr>
            <w:tcW w:w="2835" w:type="dxa"/>
          </w:tcPr>
          <w:p w14:paraId="0F65A00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48B8910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DCF2A7D" w14:textId="77777777" w:rsidTr="004222F6">
        <w:tc>
          <w:tcPr>
            <w:tcW w:w="1134" w:type="dxa"/>
          </w:tcPr>
          <w:p w14:paraId="2333290B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CBA4E0E" w14:textId="77777777" w:rsidR="00D333E9" w:rsidRDefault="00D03B84">
            <w:r>
              <w:rPr>
                <w:sz w:val="16"/>
              </w:rPr>
              <w:t>Capac Ø 350 mm</w:t>
            </w:r>
          </w:p>
        </w:tc>
        <w:tc>
          <w:tcPr>
            <w:tcW w:w="902" w:type="dxa"/>
          </w:tcPr>
          <w:p w14:paraId="12515EBB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56ABF849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E60E5E2" w14:textId="77777777" w:rsidR="00D333E9" w:rsidRDefault="00D333E9"/>
        </w:tc>
        <w:tc>
          <w:tcPr>
            <w:tcW w:w="1247" w:type="dxa"/>
          </w:tcPr>
          <w:p w14:paraId="065FCF05" w14:textId="77777777" w:rsidR="00D333E9" w:rsidRDefault="00D333E9"/>
        </w:tc>
        <w:tc>
          <w:tcPr>
            <w:tcW w:w="1247" w:type="dxa"/>
          </w:tcPr>
          <w:p w14:paraId="2495A3F9" w14:textId="77777777" w:rsidR="00D333E9" w:rsidRDefault="00D333E9"/>
        </w:tc>
        <w:tc>
          <w:tcPr>
            <w:tcW w:w="1247" w:type="dxa"/>
          </w:tcPr>
          <w:p w14:paraId="1BC040EE" w14:textId="77777777" w:rsidR="00D333E9" w:rsidRDefault="00D333E9"/>
        </w:tc>
        <w:tc>
          <w:tcPr>
            <w:tcW w:w="2835" w:type="dxa"/>
          </w:tcPr>
          <w:p w14:paraId="3987AA2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4975CC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01B9497" w14:textId="77777777" w:rsidTr="004222F6">
        <w:tc>
          <w:tcPr>
            <w:tcW w:w="1134" w:type="dxa"/>
          </w:tcPr>
          <w:p w14:paraId="6F9DE256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700F0C9" w14:textId="77777777" w:rsidR="00D333E9" w:rsidRDefault="00D03B84">
            <w:r>
              <w:rPr>
                <w:sz w:val="16"/>
              </w:rPr>
              <w:t>Terminație conică Ø 500-580 mm</w:t>
            </w:r>
          </w:p>
        </w:tc>
        <w:tc>
          <w:tcPr>
            <w:tcW w:w="902" w:type="dxa"/>
          </w:tcPr>
          <w:p w14:paraId="1A220618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26508D9A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7B552056" w14:textId="77777777" w:rsidR="00D333E9" w:rsidRDefault="00D333E9"/>
        </w:tc>
        <w:tc>
          <w:tcPr>
            <w:tcW w:w="1247" w:type="dxa"/>
          </w:tcPr>
          <w:p w14:paraId="0BC689D1" w14:textId="77777777" w:rsidR="00D333E9" w:rsidRDefault="00D333E9"/>
        </w:tc>
        <w:tc>
          <w:tcPr>
            <w:tcW w:w="1247" w:type="dxa"/>
          </w:tcPr>
          <w:p w14:paraId="5AA1D318" w14:textId="77777777" w:rsidR="00D333E9" w:rsidRDefault="00D333E9"/>
        </w:tc>
        <w:tc>
          <w:tcPr>
            <w:tcW w:w="1247" w:type="dxa"/>
          </w:tcPr>
          <w:p w14:paraId="0D2C1417" w14:textId="77777777" w:rsidR="00D333E9" w:rsidRDefault="00D333E9"/>
        </w:tc>
        <w:tc>
          <w:tcPr>
            <w:tcW w:w="2835" w:type="dxa"/>
          </w:tcPr>
          <w:p w14:paraId="6F0B7E0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6EFFF2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C712C0D" w14:textId="77777777" w:rsidTr="004222F6">
        <w:tc>
          <w:tcPr>
            <w:tcW w:w="1134" w:type="dxa"/>
          </w:tcPr>
          <w:p w14:paraId="1D204B82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AFD8E38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Platformă de descărcare Ø 500-580 mm</w:t>
            </w:r>
          </w:p>
        </w:tc>
        <w:tc>
          <w:tcPr>
            <w:tcW w:w="902" w:type="dxa"/>
          </w:tcPr>
          <w:p w14:paraId="6C45EBEF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517917C0" w14:textId="77777777" w:rsidR="00D333E9" w:rsidRDefault="00D03B84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247" w:type="dxa"/>
          </w:tcPr>
          <w:p w14:paraId="2D90F831" w14:textId="77777777" w:rsidR="00D333E9" w:rsidRDefault="00D333E9"/>
        </w:tc>
        <w:tc>
          <w:tcPr>
            <w:tcW w:w="1247" w:type="dxa"/>
          </w:tcPr>
          <w:p w14:paraId="2D8E48AB" w14:textId="77777777" w:rsidR="00D333E9" w:rsidRDefault="00D333E9"/>
        </w:tc>
        <w:tc>
          <w:tcPr>
            <w:tcW w:w="1247" w:type="dxa"/>
          </w:tcPr>
          <w:p w14:paraId="46868BEE" w14:textId="77777777" w:rsidR="00D333E9" w:rsidRDefault="00D333E9"/>
        </w:tc>
        <w:tc>
          <w:tcPr>
            <w:tcW w:w="1247" w:type="dxa"/>
          </w:tcPr>
          <w:p w14:paraId="32B31210" w14:textId="77777777" w:rsidR="00D333E9" w:rsidRDefault="00D333E9"/>
        </w:tc>
        <w:tc>
          <w:tcPr>
            <w:tcW w:w="2835" w:type="dxa"/>
          </w:tcPr>
          <w:p w14:paraId="1AC8B92B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17479C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5334470" w14:textId="77777777" w:rsidTr="004222F6">
        <w:tc>
          <w:tcPr>
            <w:tcW w:w="1134" w:type="dxa"/>
          </w:tcPr>
          <w:p w14:paraId="6CB3B740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458A0BDC" w14:textId="77777777" w:rsidR="00D333E9" w:rsidRDefault="00D03B84">
            <w:r>
              <w:rPr>
                <w:sz w:val="16"/>
              </w:rPr>
              <w:t>Suport bază perete</w:t>
            </w:r>
          </w:p>
        </w:tc>
        <w:tc>
          <w:tcPr>
            <w:tcW w:w="902" w:type="dxa"/>
          </w:tcPr>
          <w:p w14:paraId="5BF5C944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7F372771" w14:textId="77777777" w:rsidR="00D333E9" w:rsidRDefault="00D03B84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247" w:type="dxa"/>
          </w:tcPr>
          <w:p w14:paraId="01F10FEB" w14:textId="77777777" w:rsidR="00D333E9" w:rsidRDefault="00D333E9"/>
        </w:tc>
        <w:tc>
          <w:tcPr>
            <w:tcW w:w="1247" w:type="dxa"/>
          </w:tcPr>
          <w:p w14:paraId="17FC5336" w14:textId="77777777" w:rsidR="00D333E9" w:rsidRDefault="00D333E9"/>
        </w:tc>
        <w:tc>
          <w:tcPr>
            <w:tcW w:w="1247" w:type="dxa"/>
          </w:tcPr>
          <w:p w14:paraId="4610F1DF" w14:textId="77777777" w:rsidR="00D333E9" w:rsidRDefault="00D333E9"/>
        </w:tc>
        <w:tc>
          <w:tcPr>
            <w:tcW w:w="1247" w:type="dxa"/>
          </w:tcPr>
          <w:p w14:paraId="131BCBC9" w14:textId="77777777" w:rsidR="00D333E9" w:rsidRDefault="00D333E9"/>
        </w:tc>
        <w:tc>
          <w:tcPr>
            <w:tcW w:w="2835" w:type="dxa"/>
          </w:tcPr>
          <w:p w14:paraId="2C659458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4FF8C1E5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2B5FA9D1" w14:textId="77777777" w:rsidTr="004222F6">
        <w:tc>
          <w:tcPr>
            <w:tcW w:w="1134" w:type="dxa"/>
          </w:tcPr>
          <w:p w14:paraId="6AD532C9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00A2868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Colier de perete (3 urechi) Ø 580 mm</w:t>
            </w:r>
          </w:p>
        </w:tc>
        <w:tc>
          <w:tcPr>
            <w:tcW w:w="902" w:type="dxa"/>
          </w:tcPr>
          <w:p w14:paraId="70BCDA19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1807D364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7F4562CA" w14:textId="77777777" w:rsidR="00D333E9" w:rsidRDefault="00D333E9"/>
        </w:tc>
        <w:tc>
          <w:tcPr>
            <w:tcW w:w="1247" w:type="dxa"/>
          </w:tcPr>
          <w:p w14:paraId="23EBD9D1" w14:textId="77777777" w:rsidR="00D333E9" w:rsidRDefault="00D333E9"/>
        </w:tc>
        <w:tc>
          <w:tcPr>
            <w:tcW w:w="1247" w:type="dxa"/>
          </w:tcPr>
          <w:p w14:paraId="2A0FF946" w14:textId="77777777" w:rsidR="00D333E9" w:rsidRDefault="00D333E9"/>
        </w:tc>
        <w:tc>
          <w:tcPr>
            <w:tcW w:w="1247" w:type="dxa"/>
          </w:tcPr>
          <w:p w14:paraId="41DABDCF" w14:textId="77777777" w:rsidR="00D333E9" w:rsidRDefault="00D333E9"/>
        </w:tc>
        <w:tc>
          <w:tcPr>
            <w:tcW w:w="2835" w:type="dxa"/>
          </w:tcPr>
          <w:p w14:paraId="7FB07DB2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30D30B27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14:paraId="7650C7B3" w14:textId="77777777" w:rsidTr="004222F6">
        <w:tc>
          <w:tcPr>
            <w:tcW w:w="1134" w:type="dxa"/>
          </w:tcPr>
          <w:p w14:paraId="100277D1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2608" w:type="dxa"/>
          </w:tcPr>
          <w:p w14:paraId="49BB4BF1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Total Lotul 1 – Coș de fum, cazangeria nr. 1</w:t>
            </w:r>
          </w:p>
        </w:tc>
        <w:tc>
          <w:tcPr>
            <w:tcW w:w="902" w:type="dxa"/>
          </w:tcPr>
          <w:p w14:paraId="315D2D2D" w14:textId="77777777" w:rsidR="00D333E9" w:rsidRDefault="00D03B84">
            <w:pPr>
              <w:jc w:val="center"/>
            </w:pPr>
            <w:r>
              <w:rPr>
                <w:sz w:val="16"/>
              </w:rPr>
              <w:t>X</w:t>
            </w:r>
          </w:p>
        </w:tc>
        <w:tc>
          <w:tcPr>
            <w:tcW w:w="686" w:type="dxa"/>
          </w:tcPr>
          <w:p w14:paraId="5E9ADBE8" w14:textId="77777777" w:rsidR="00D333E9" w:rsidRDefault="00D03B84">
            <w:pPr>
              <w:jc w:val="center"/>
            </w:pPr>
            <w:r>
              <w:rPr>
                <w:sz w:val="16"/>
              </w:rPr>
              <w:t>X</w:t>
            </w:r>
          </w:p>
        </w:tc>
        <w:tc>
          <w:tcPr>
            <w:tcW w:w="1247" w:type="dxa"/>
          </w:tcPr>
          <w:p w14:paraId="75F334D6" w14:textId="77777777" w:rsidR="00D333E9" w:rsidRDefault="00D333E9"/>
        </w:tc>
        <w:tc>
          <w:tcPr>
            <w:tcW w:w="1247" w:type="dxa"/>
          </w:tcPr>
          <w:p w14:paraId="0E3EE29E" w14:textId="77777777" w:rsidR="00D333E9" w:rsidRDefault="00D333E9"/>
        </w:tc>
        <w:tc>
          <w:tcPr>
            <w:tcW w:w="1247" w:type="dxa"/>
          </w:tcPr>
          <w:p w14:paraId="1D887808" w14:textId="77777777" w:rsidR="00D333E9" w:rsidRDefault="00D333E9"/>
        </w:tc>
        <w:tc>
          <w:tcPr>
            <w:tcW w:w="1247" w:type="dxa"/>
          </w:tcPr>
          <w:p w14:paraId="177179F7" w14:textId="77777777" w:rsidR="00D333E9" w:rsidRDefault="00D333E9"/>
        </w:tc>
        <w:tc>
          <w:tcPr>
            <w:tcW w:w="2835" w:type="dxa"/>
          </w:tcPr>
          <w:p w14:paraId="7760AEE7" w14:textId="77777777" w:rsidR="00D333E9" w:rsidRDefault="00D333E9"/>
        </w:tc>
        <w:tc>
          <w:tcPr>
            <w:tcW w:w="1361" w:type="dxa"/>
          </w:tcPr>
          <w:p w14:paraId="5322BA45" w14:textId="77777777" w:rsidR="00D333E9" w:rsidRDefault="00D333E9"/>
        </w:tc>
      </w:tr>
      <w:tr w:rsidR="00D333E9" w:rsidRPr="004222F6" w14:paraId="6E220E07" w14:textId="77777777" w:rsidTr="004222F6">
        <w:tc>
          <w:tcPr>
            <w:tcW w:w="1134" w:type="dxa"/>
          </w:tcPr>
          <w:p w14:paraId="140A07AE" w14:textId="77777777" w:rsidR="00D333E9" w:rsidRDefault="00D03B84">
            <w:r>
              <w:rPr>
                <w:b/>
                <w:sz w:val="16"/>
              </w:rPr>
              <w:t>Cod CPV: 45262610-0</w:t>
            </w:r>
          </w:p>
        </w:tc>
        <w:tc>
          <w:tcPr>
            <w:tcW w:w="2608" w:type="dxa"/>
          </w:tcPr>
          <w:p w14:paraId="5FD5562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Lotul 2 – Coș de fum, cazangeria nr. 2</w:t>
            </w:r>
          </w:p>
        </w:tc>
        <w:tc>
          <w:tcPr>
            <w:tcW w:w="902" w:type="dxa"/>
          </w:tcPr>
          <w:p w14:paraId="165816DA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686" w:type="dxa"/>
          </w:tcPr>
          <w:p w14:paraId="4C71718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371C203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4D0C498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6B6D835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47" w:type="dxa"/>
          </w:tcPr>
          <w:p w14:paraId="63540BB3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2835" w:type="dxa"/>
          </w:tcPr>
          <w:p w14:paraId="2A51B84E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361" w:type="dxa"/>
          </w:tcPr>
          <w:p w14:paraId="1C185FD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04DBA63" w14:textId="77777777" w:rsidTr="004222F6">
        <w:tc>
          <w:tcPr>
            <w:tcW w:w="1134" w:type="dxa"/>
          </w:tcPr>
          <w:p w14:paraId="2B810899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0339859" w14:textId="77777777" w:rsidR="00D333E9" w:rsidRDefault="00D03B84">
            <w:r>
              <w:rPr>
                <w:sz w:val="16"/>
              </w:rPr>
              <w:t>Țeavă Ø 250-330 mm</w:t>
            </w:r>
          </w:p>
        </w:tc>
        <w:tc>
          <w:tcPr>
            <w:tcW w:w="902" w:type="dxa"/>
          </w:tcPr>
          <w:p w14:paraId="26683BBE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07C89E5A" w14:textId="77777777" w:rsidR="00D333E9" w:rsidRDefault="00D03B84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247" w:type="dxa"/>
          </w:tcPr>
          <w:p w14:paraId="366F8A42" w14:textId="77777777" w:rsidR="00D333E9" w:rsidRDefault="00D333E9"/>
        </w:tc>
        <w:tc>
          <w:tcPr>
            <w:tcW w:w="1247" w:type="dxa"/>
          </w:tcPr>
          <w:p w14:paraId="7017DC37" w14:textId="77777777" w:rsidR="00D333E9" w:rsidRDefault="00D333E9"/>
        </w:tc>
        <w:tc>
          <w:tcPr>
            <w:tcW w:w="1247" w:type="dxa"/>
          </w:tcPr>
          <w:p w14:paraId="5E682CCE" w14:textId="77777777" w:rsidR="00D333E9" w:rsidRDefault="00D333E9"/>
        </w:tc>
        <w:tc>
          <w:tcPr>
            <w:tcW w:w="1247" w:type="dxa"/>
          </w:tcPr>
          <w:p w14:paraId="5D8BBA5E" w14:textId="77777777" w:rsidR="00D333E9" w:rsidRDefault="00D333E9"/>
        </w:tc>
        <w:tc>
          <w:tcPr>
            <w:tcW w:w="2835" w:type="dxa"/>
          </w:tcPr>
          <w:p w14:paraId="547998B1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7E39165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9AA5130" w14:textId="77777777" w:rsidTr="004222F6">
        <w:tc>
          <w:tcPr>
            <w:tcW w:w="1134" w:type="dxa"/>
          </w:tcPr>
          <w:p w14:paraId="50F45AFB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4953220E" w14:textId="77777777" w:rsidR="00D333E9" w:rsidRDefault="00D03B84">
            <w:r>
              <w:rPr>
                <w:sz w:val="16"/>
              </w:rPr>
              <w:t>Țeavă Ø 350-430 mm</w:t>
            </w:r>
          </w:p>
        </w:tc>
        <w:tc>
          <w:tcPr>
            <w:tcW w:w="902" w:type="dxa"/>
          </w:tcPr>
          <w:p w14:paraId="154E48E2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774EB8C0" w14:textId="77777777" w:rsidR="00D333E9" w:rsidRDefault="00D03B84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247" w:type="dxa"/>
          </w:tcPr>
          <w:p w14:paraId="221295DD" w14:textId="77777777" w:rsidR="00D333E9" w:rsidRDefault="00D333E9"/>
        </w:tc>
        <w:tc>
          <w:tcPr>
            <w:tcW w:w="1247" w:type="dxa"/>
          </w:tcPr>
          <w:p w14:paraId="3E0BF95B" w14:textId="77777777" w:rsidR="00D333E9" w:rsidRDefault="00D333E9"/>
        </w:tc>
        <w:tc>
          <w:tcPr>
            <w:tcW w:w="1247" w:type="dxa"/>
          </w:tcPr>
          <w:p w14:paraId="6C69E921" w14:textId="77777777" w:rsidR="00D333E9" w:rsidRDefault="00D333E9"/>
        </w:tc>
        <w:tc>
          <w:tcPr>
            <w:tcW w:w="1247" w:type="dxa"/>
          </w:tcPr>
          <w:p w14:paraId="3621855C" w14:textId="77777777" w:rsidR="00D333E9" w:rsidRDefault="00D333E9"/>
        </w:tc>
        <w:tc>
          <w:tcPr>
            <w:tcW w:w="2835" w:type="dxa"/>
          </w:tcPr>
          <w:p w14:paraId="3F05E354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FEEDD3D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E4220DD" w14:textId="77777777" w:rsidTr="004222F6">
        <w:tc>
          <w:tcPr>
            <w:tcW w:w="1134" w:type="dxa"/>
          </w:tcPr>
          <w:p w14:paraId="45F98B15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1598D02" w14:textId="77777777" w:rsidR="00D333E9" w:rsidRDefault="00D03B84">
            <w:r>
              <w:rPr>
                <w:sz w:val="16"/>
              </w:rPr>
              <w:t>Cot 90° Ø 250-330 mm</w:t>
            </w:r>
          </w:p>
        </w:tc>
        <w:tc>
          <w:tcPr>
            <w:tcW w:w="902" w:type="dxa"/>
          </w:tcPr>
          <w:p w14:paraId="33833A2D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4C5BAFE1" w14:textId="77777777" w:rsidR="00D333E9" w:rsidRDefault="00D03B84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47" w:type="dxa"/>
          </w:tcPr>
          <w:p w14:paraId="74773B47" w14:textId="77777777" w:rsidR="00D333E9" w:rsidRDefault="00D333E9"/>
        </w:tc>
        <w:tc>
          <w:tcPr>
            <w:tcW w:w="1247" w:type="dxa"/>
          </w:tcPr>
          <w:p w14:paraId="1D2A0C41" w14:textId="77777777" w:rsidR="00D333E9" w:rsidRDefault="00D333E9"/>
        </w:tc>
        <w:tc>
          <w:tcPr>
            <w:tcW w:w="1247" w:type="dxa"/>
          </w:tcPr>
          <w:p w14:paraId="7124DE05" w14:textId="77777777" w:rsidR="00D333E9" w:rsidRDefault="00D333E9"/>
        </w:tc>
        <w:tc>
          <w:tcPr>
            <w:tcW w:w="1247" w:type="dxa"/>
          </w:tcPr>
          <w:p w14:paraId="2E665FCD" w14:textId="77777777" w:rsidR="00D333E9" w:rsidRDefault="00D333E9"/>
        </w:tc>
        <w:tc>
          <w:tcPr>
            <w:tcW w:w="2835" w:type="dxa"/>
          </w:tcPr>
          <w:p w14:paraId="28760A39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37302E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D2680D6" w14:textId="77777777" w:rsidTr="004222F6">
        <w:tc>
          <w:tcPr>
            <w:tcW w:w="1134" w:type="dxa"/>
          </w:tcPr>
          <w:p w14:paraId="49F3C827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28526267" w14:textId="77777777" w:rsidR="00D333E9" w:rsidRDefault="00D03B84">
            <w:r>
              <w:rPr>
                <w:sz w:val="16"/>
              </w:rPr>
              <w:t>Teu 90° Ø 350-430 mm</w:t>
            </w:r>
          </w:p>
        </w:tc>
        <w:tc>
          <w:tcPr>
            <w:tcW w:w="902" w:type="dxa"/>
          </w:tcPr>
          <w:p w14:paraId="7B95C1E9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3B3D0633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F23A46D" w14:textId="77777777" w:rsidR="00D333E9" w:rsidRDefault="00D333E9"/>
        </w:tc>
        <w:tc>
          <w:tcPr>
            <w:tcW w:w="1247" w:type="dxa"/>
          </w:tcPr>
          <w:p w14:paraId="0567B188" w14:textId="77777777" w:rsidR="00D333E9" w:rsidRDefault="00D333E9"/>
        </w:tc>
        <w:tc>
          <w:tcPr>
            <w:tcW w:w="1247" w:type="dxa"/>
          </w:tcPr>
          <w:p w14:paraId="76127044" w14:textId="77777777" w:rsidR="00D333E9" w:rsidRDefault="00D333E9"/>
        </w:tc>
        <w:tc>
          <w:tcPr>
            <w:tcW w:w="1247" w:type="dxa"/>
          </w:tcPr>
          <w:p w14:paraId="3C69D3F2" w14:textId="77777777" w:rsidR="00D333E9" w:rsidRDefault="00D333E9"/>
        </w:tc>
        <w:tc>
          <w:tcPr>
            <w:tcW w:w="2835" w:type="dxa"/>
          </w:tcPr>
          <w:p w14:paraId="42F4AC7A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3F899BB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0661B54" w14:textId="77777777" w:rsidTr="004222F6">
        <w:tc>
          <w:tcPr>
            <w:tcW w:w="1134" w:type="dxa"/>
          </w:tcPr>
          <w:p w14:paraId="692959AC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726203B5" w14:textId="77777777" w:rsidR="00D333E9" w:rsidRDefault="00D03B84">
            <w:r>
              <w:rPr>
                <w:sz w:val="16"/>
              </w:rPr>
              <w:t>Teu 45° Ø 350-430 mm</w:t>
            </w:r>
          </w:p>
        </w:tc>
        <w:tc>
          <w:tcPr>
            <w:tcW w:w="902" w:type="dxa"/>
          </w:tcPr>
          <w:p w14:paraId="353529FF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5398DD33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A6AC4E5" w14:textId="77777777" w:rsidR="00D333E9" w:rsidRDefault="00D333E9"/>
        </w:tc>
        <w:tc>
          <w:tcPr>
            <w:tcW w:w="1247" w:type="dxa"/>
          </w:tcPr>
          <w:p w14:paraId="5D105716" w14:textId="77777777" w:rsidR="00D333E9" w:rsidRDefault="00D333E9"/>
        </w:tc>
        <w:tc>
          <w:tcPr>
            <w:tcW w:w="1247" w:type="dxa"/>
          </w:tcPr>
          <w:p w14:paraId="56E9D549" w14:textId="77777777" w:rsidR="00D333E9" w:rsidRDefault="00D333E9"/>
        </w:tc>
        <w:tc>
          <w:tcPr>
            <w:tcW w:w="1247" w:type="dxa"/>
          </w:tcPr>
          <w:p w14:paraId="63A839BE" w14:textId="77777777" w:rsidR="00D333E9" w:rsidRDefault="00D333E9"/>
        </w:tc>
        <w:tc>
          <w:tcPr>
            <w:tcW w:w="2835" w:type="dxa"/>
          </w:tcPr>
          <w:p w14:paraId="47BC2143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1754EF1E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72F0B34" w14:textId="77777777" w:rsidTr="004222F6">
        <w:tc>
          <w:tcPr>
            <w:tcW w:w="1134" w:type="dxa"/>
          </w:tcPr>
          <w:p w14:paraId="58333FA7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411DD73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Colector de condens Ø 350 mm</w:t>
            </w:r>
          </w:p>
        </w:tc>
        <w:tc>
          <w:tcPr>
            <w:tcW w:w="902" w:type="dxa"/>
          </w:tcPr>
          <w:p w14:paraId="30D621E3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21DED131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7C0C0277" w14:textId="77777777" w:rsidR="00D333E9" w:rsidRDefault="00D333E9"/>
        </w:tc>
        <w:tc>
          <w:tcPr>
            <w:tcW w:w="1247" w:type="dxa"/>
          </w:tcPr>
          <w:p w14:paraId="73C77BE0" w14:textId="77777777" w:rsidR="00D333E9" w:rsidRDefault="00D333E9"/>
        </w:tc>
        <w:tc>
          <w:tcPr>
            <w:tcW w:w="1247" w:type="dxa"/>
          </w:tcPr>
          <w:p w14:paraId="46E828E6" w14:textId="77777777" w:rsidR="00D333E9" w:rsidRDefault="00D333E9"/>
        </w:tc>
        <w:tc>
          <w:tcPr>
            <w:tcW w:w="1247" w:type="dxa"/>
          </w:tcPr>
          <w:p w14:paraId="5375E861" w14:textId="77777777" w:rsidR="00D333E9" w:rsidRDefault="00D333E9"/>
        </w:tc>
        <w:tc>
          <w:tcPr>
            <w:tcW w:w="2835" w:type="dxa"/>
          </w:tcPr>
          <w:p w14:paraId="6D60AF7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3139884F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71BAA11" w14:textId="77777777" w:rsidTr="004222F6">
        <w:tc>
          <w:tcPr>
            <w:tcW w:w="1134" w:type="dxa"/>
          </w:tcPr>
          <w:p w14:paraId="32CD8ED3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2ED12B1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250-330 mm</w:t>
            </w:r>
          </w:p>
        </w:tc>
        <w:tc>
          <w:tcPr>
            <w:tcW w:w="902" w:type="dxa"/>
          </w:tcPr>
          <w:p w14:paraId="2BF2C234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1B111DAF" w14:textId="77777777" w:rsidR="00D333E9" w:rsidRDefault="00D03B84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47" w:type="dxa"/>
          </w:tcPr>
          <w:p w14:paraId="7AAC7F6A" w14:textId="77777777" w:rsidR="00D333E9" w:rsidRDefault="00D333E9"/>
        </w:tc>
        <w:tc>
          <w:tcPr>
            <w:tcW w:w="1247" w:type="dxa"/>
          </w:tcPr>
          <w:p w14:paraId="46A0F23B" w14:textId="77777777" w:rsidR="00D333E9" w:rsidRDefault="00D333E9"/>
        </w:tc>
        <w:tc>
          <w:tcPr>
            <w:tcW w:w="1247" w:type="dxa"/>
          </w:tcPr>
          <w:p w14:paraId="27798A7E" w14:textId="77777777" w:rsidR="00D333E9" w:rsidRDefault="00D333E9"/>
        </w:tc>
        <w:tc>
          <w:tcPr>
            <w:tcW w:w="1247" w:type="dxa"/>
          </w:tcPr>
          <w:p w14:paraId="7CC2BB11" w14:textId="77777777" w:rsidR="00D333E9" w:rsidRDefault="00D333E9"/>
        </w:tc>
        <w:tc>
          <w:tcPr>
            <w:tcW w:w="2835" w:type="dxa"/>
          </w:tcPr>
          <w:p w14:paraId="558F7D53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7CC7C69F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46AB5B94" w14:textId="77777777" w:rsidTr="004222F6">
        <w:tc>
          <w:tcPr>
            <w:tcW w:w="1134" w:type="dxa"/>
          </w:tcPr>
          <w:p w14:paraId="1B57FBA9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95E3FB0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350-430 mm</w:t>
            </w:r>
          </w:p>
        </w:tc>
        <w:tc>
          <w:tcPr>
            <w:tcW w:w="902" w:type="dxa"/>
          </w:tcPr>
          <w:p w14:paraId="4FBE0CBE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48FBABA4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79F48B84" w14:textId="77777777" w:rsidR="00D333E9" w:rsidRDefault="00D333E9"/>
        </w:tc>
        <w:tc>
          <w:tcPr>
            <w:tcW w:w="1247" w:type="dxa"/>
          </w:tcPr>
          <w:p w14:paraId="35993819" w14:textId="77777777" w:rsidR="00D333E9" w:rsidRDefault="00D333E9"/>
        </w:tc>
        <w:tc>
          <w:tcPr>
            <w:tcW w:w="1247" w:type="dxa"/>
          </w:tcPr>
          <w:p w14:paraId="5209D559" w14:textId="77777777" w:rsidR="00D333E9" w:rsidRDefault="00D333E9"/>
        </w:tc>
        <w:tc>
          <w:tcPr>
            <w:tcW w:w="1247" w:type="dxa"/>
          </w:tcPr>
          <w:p w14:paraId="5E4A8EFF" w14:textId="77777777" w:rsidR="00D333E9" w:rsidRDefault="00D333E9"/>
        </w:tc>
        <w:tc>
          <w:tcPr>
            <w:tcW w:w="2835" w:type="dxa"/>
          </w:tcPr>
          <w:p w14:paraId="6D5CBA6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1968059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27E2E05" w14:textId="77777777" w:rsidTr="004222F6">
        <w:tc>
          <w:tcPr>
            <w:tcW w:w="1134" w:type="dxa"/>
          </w:tcPr>
          <w:p w14:paraId="36E521EB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0F53167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Trecere pentru acoperiș Ø 430 mm</w:t>
            </w:r>
          </w:p>
        </w:tc>
        <w:tc>
          <w:tcPr>
            <w:tcW w:w="902" w:type="dxa"/>
          </w:tcPr>
          <w:p w14:paraId="01913111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3A14133F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2F3328F6" w14:textId="77777777" w:rsidR="00D333E9" w:rsidRDefault="00D333E9"/>
        </w:tc>
        <w:tc>
          <w:tcPr>
            <w:tcW w:w="1247" w:type="dxa"/>
          </w:tcPr>
          <w:p w14:paraId="58B738D6" w14:textId="77777777" w:rsidR="00D333E9" w:rsidRDefault="00D333E9"/>
        </w:tc>
        <w:tc>
          <w:tcPr>
            <w:tcW w:w="1247" w:type="dxa"/>
          </w:tcPr>
          <w:p w14:paraId="080C50EC" w14:textId="77777777" w:rsidR="00D333E9" w:rsidRDefault="00D333E9"/>
        </w:tc>
        <w:tc>
          <w:tcPr>
            <w:tcW w:w="1247" w:type="dxa"/>
          </w:tcPr>
          <w:p w14:paraId="5B8925C8" w14:textId="77777777" w:rsidR="00D333E9" w:rsidRDefault="00D333E9"/>
        </w:tc>
        <w:tc>
          <w:tcPr>
            <w:tcW w:w="2835" w:type="dxa"/>
          </w:tcPr>
          <w:p w14:paraId="377B3E6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0E15B99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4E1040CA" w14:textId="77777777" w:rsidTr="004222F6">
        <w:tc>
          <w:tcPr>
            <w:tcW w:w="1134" w:type="dxa"/>
          </w:tcPr>
          <w:p w14:paraId="6DB8774A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58C54D4A" w14:textId="77777777" w:rsidR="00D333E9" w:rsidRDefault="00D03B84">
            <w:r>
              <w:rPr>
                <w:sz w:val="16"/>
              </w:rPr>
              <w:t>Colier conic Ø 430 mm</w:t>
            </w:r>
          </w:p>
        </w:tc>
        <w:tc>
          <w:tcPr>
            <w:tcW w:w="902" w:type="dxa"/>
          </w:tcPr>
          <w:p w14:paraId="2432F005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512EA504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057D62F3" w14:textId="77777777" w:rsidR="00D333E9" w:rsidRDefault="00D333E9"/>
        </w:tc>
        <w:tc>
          <w:tcPr>
            <w:tcW w:w="1247" w:type="dxa"/>
          </w:tcPr>
          <w:p w14:paraId="3649A53F" w14:textId="77777777" w:rsidR="00D333E9" w:rsidRDefault="00D333E9"/>
        </w:tc>
        <w:tc>
          <w:tcPr>
            <w:tcW w:w="1247" w:type="dxa"/>
          </w:tcPr>
          <w:p w14:paraId="425538BB" w14:textId="77777777" w:rsidR="00D333E9" w:rsidRDefault="00D333E9"/>
        </w:tc>
        <w:tc>
          <w:tcPr>
            <w:tcW w:w="1247" w:type="dxa"/>
          </w:tcPr>
          <w:p w14:paraId="5A6E256A" w14:textId="77777777" w:rsidR="00D333E9" w:rsidRDefault="00D333E9"/>
        </w:tc>
        <w:tc>
          <w:tcPr>
            <w:tcW w:w="2835" w:type="dxa"/>
          </w:tcPr>
          <w:p w14:paraId="4E9E3849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6E22E2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78A5B9A" w14:textId="77777777" w:rsidTr="004222F6">
        <w:tc>
          <w:tcPr>
            <w:tcW w:w="1134" w:type="dxa"/>
          </w:tcPr>
          <w:p w14:paraId="609263F1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6B10F73B" w14:textId="77777777" w:rsidR="00D333E9" w:rsidRDefault="00D03B84">
            <w:r>
              <w:rPr>
                <w:sz w:val="16"/>
              </w:rPr>
              <w:t>Terminație conică Ø 346-430 mm</w:t>
            </w:r>
          </w:p>
        </w:tc>
        <w:tc>
          <w:tcPr>
            <w:tcW w:w="902" w:type="dxa"/>
          </w:tcPr>
          <w:p w14:paraId="04E974BE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0B305C7E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5958FB7A" w14:textId="77777777" w:rsidR="00D333E9" w:rsidRDefault="00D333E9"/>
        </w:tc>
        <w:tc>
          <w:tcPr>
            <w:tcW w:w="1247" w:type="dxa"/>
          </w:tcPr>
          <w:p w14:paraId="45B46FE1" w14:textId="77777777" w:rsidR="00D333E9" w:rsidRDefault="00D333E9"/>
        </w:tc>
        <w:tc>
          <w:tcPr>
            <w:tcW w:w="1247" w:type="dxa"/>
          </w:tcPr>
          <w:p w14:paraId="3634EE8B" w14:textId="77777777" w:rsidR="00D333E9" w:rsidRDefault="00D333E9"/>
        </w:tc>
        <w:tc>
          <w:tcPr>
            <w:tcW w:w="1247" w:type="dxa"/>
          </w:tcPr>
          <w:p w14:paraId="27B0223D" w14:textId="77777777" w:rsidR="00D333E9" w:rsidRDefault="00D333E9"/>
        </w:tc>
        <w:tc>
          <w:tcPr>
            <w:tcW w:w="2835" w:type="dxa"/>
          </w:tcPr>
          <w:p w14:paraId="2B1E4C89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446AFD75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2113B884" w14:textId="77777777" w:rsidTr="004222F6">
        <w:tc>
          <w:tcPr>
            <w:tcW w:w="1134" w:type="dxa"/>
          </w:tcPr>
          <w:p w14:paraId="71E90493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3616F3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 xml:space="preserve">Colier de perete (1 ureche) Ø 430 </w:t>
            </w:r>
            <w:r w:rsidRPr="002669FB">
              <w:rPr>
                <w:sz w:val="16"/>
                <w:lang w:val="pt-BR"/>
              </w:rPr>
              <w:lastRenderedPageBreak/>
              <w:t>mm</w:t>
            </w:r>
          </w:p>
        </w:tc>
        <w:tc>
          <w:tcPr>
            <w:tcW w:w="902" w:type="dxa"/>
          </w:tcPr>
          <w:p w14:paraId="1BF57079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lastRenderedPageBreak/>
              <w:t>buc</w:t>
            </w:r>
            <w:proofErr w:type="spellEnd"/>
          </w:p>
        </w:tc>
        <w:tc>
          <w:tcPr>
            <w:tcW w:w="686" w:type="dxa"/>
          </w:tcPr>
          <w:p w14:paraId="31E8885B" w14:textId="77777777" w:rsidR="00D333E9" w:rsidRDefault="00D03B84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247" w:type="dxa"/>
          </w:tcPr>
          <w:p w14:paraId="40C3DFF4" w14:textId="77777777" w:rsidR="00D333E9" w:rsidRDefault="00D333E9"/>
        </w:tc>
        <w:tc>
          <w:tcPr>
            <w:tcW w:w="1247" w:type="dxa"/>
          </w:tcPr>
          <w:p w14:paraId="357365C3" w14:textId="77777777" w:rsidR="00D333E9" w:rsidRDefault="00D333E9"/>
        </w:tc>
        <w:tc>
          <w:tcPr>
            <w:tcW w:w="1247" w:type="dxa"/>
          </w:tcPr>
          <w:p w14:paraId="2713C6AE" w14:textId="77777777" w:rsidR="00D333E9" w:rsidRDefault="00D333E9"/>
        </w:tc>
        <w:tc>
          <w:tcPr>
            <w:tcW w:w="1247" w:type="dxa"/>
          </w:tcPr>
          <w:p w14:paraId="3CB9B6B6" w14:textId="77777777" w:rsidR="00D333E9" w:rsidRDefault="00D333E9"/>
        </w:tc>
        <w:tc>
          <w:tcPr>
            <w:tcW w:w="2835" w:type="dxa"/>
          </w:tcPr>
          <w:p w14:paraId="3BA3321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</w:t>
            </w:r>
            <w:r w:rsidRPr="002669FB">
              <w:rPr>
                <w:sz w:val="14"/>
                <w:lang w:val="pt-BR"/>
              </w:rPr>
              <w:lastRenderedPageBreak/>
              <w:t>16 Pruncul</w:t>
            </w:r>
          </w:p>
        </w:tc>
        <w:tc>
          <w:tcPr>
            <w:tcW w:w="1361" w:type="dxa"/>
          </w:tcPr>
          <w:p w14:paraId="7EC6861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07CBD72" w14:textId="77777777" w:rsidTr="004222F6">
        <w:tc>
          <w:tcPr>
            <w:tcW w:w="1134" w:type="dxa"/>
          </w:tcPr>
          <w:p w14:paraId="0C9A596D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18656A4A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Platformă de descărcare Ø 350-430 mm</w:t>
            </w:r>
          </w:p>
        </w:tc>
        <w:tc>
          <w:tcPr>
            <w:tcW w:w="902" w:type="dxa"/>
          </w:tcPr>
          <w:p w14:paraId="05AB5B7F" w14:textId="77777777" w:rsidR="00D333E9" w:rsidRDefault="00D03B84">
            <w:pPr>
              <w:jc w:val="center"/>
            </w:pP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686" w:type="dxa"/>
          </w:tcPr>
          <w:p w14:paraId="19E1DCF9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08E6FB07" w14:textId="77777777" w:rsidR="00D333E9" w:rsidRDefault="00D333E9"/>
        </w:tc>
        <w:tc>
          <w:tcPr>
            <w:tcW w:w="1247" w:type="dxa"/>
          </w:tcPr>
          <w:p w14:paraId="2038E25C" w14:textId="77777777" w:rsidR="00D333E9" w:rsidRDefault="00D333E9"/>
        </w:tc>
        <w:tc>
          <w:tcPr>
            <w:tcW w:w="1247" w:type="dxa"/>
          </w:tcPr>
          <w:p w14:paraId="41509A58" w14:textId="77777777" w:rsidR="00D333E9" w:rsidRDefault="00D333E9"/>
        </w:tc>
        <w:tc>
          <w:tcPr>
            <w:tcW w:w="1247" w:type="dxa"/>
          </w:tcPr>
          <w:p w14:paraId="4C3E0147" w14:textId="77777777" w:rsidR="00D333E9" w:rsidRDefault="00D333E9"/>
        </w:tc>
        <w:tc>
          <w:tcPr>
            <w:tcW w:w="2835" w:type="dxa"/>
          </w:tcPr>
          <w:p w14:paraId="01C3DC6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1EC476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0A2B470" w14:textId="77777777" w:rsidTr="004222F6">
        <w:tc>
          <w:tcPr>
            <w:tcW w:w="1134" w:type="dxa"/>
          </w:tcPr>
          <w:p w14:paraId="7C7CACA1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55F7A42F" w14:textId="77777777" w:rsidR="00D333E9" w:rsidRDefault="00D03B84">
            <w:r>
              <w:rPr>
                <w:sz w:val="16"/>
              </w:rPr>
              <w:t>Suport armat 800 mm</w:t>
            </w:r>
          </w:p>
        </w:tc>
        <w:tc>
          <w:tcPr>
            <w:tcW w:w="902" w:type="dxa"/>
          </w:tcPr>
          <w:p w14:paraId="1862771E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14807DC9" w14:textId="77777777" w:rsidR="00D333E9" w:rsidRDefault="00D03B84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247" w:type="dxa"/>
          </w:tcPr>
          <w:p w14:paraId="2066513A" w14:textId="77777777" w:rsidR="00D333E9" w:rsidRDefault="00D333E9"/>
        </w:tc>
        <w:tc>
          <w:tcPr>
            <w:tcW w:w="1247" w:type="dxa"/>
          </w:tcPr>
          <w:p w14:paraId="1046E34F" w14:textId="77777777" w:rsidR="00D333E9" w:rsidRDefault="00D333E9"/>
        </w:tc>
        <w:tc>
          <w:tcPr>
            <w:tcW w:w="1247" w:type="dxa"/>
          </w:tcPr>
          <w:p w14:paraId="0A8AFAE2" w14:textId="77777777" w:rsidR="00D333E9" w:rsidRDefault="00D333E9"/>
        </w:tc>
        <w:tc>
          <w:tcPr>
            <w:tcW w:w="1247" w:type="dxa"/>
          </w:tcPr>
          <w:p w14:paraId="10C777E3" w14:textId="77777777" w:rsidR="00D333E9" w:rsidRDefault="00D333E9"/>
        </w:tc>
        <w:tc>
          <w:tcPr>
            <w:tcW w:w="2835" w:type="dxa"/>
          </w:tcPr>
          <w:p w14:paraId="4F4EF364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22DC187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E76AD6C" w14:textId="77777777" w:rsidTr="004222F6">
        <w:tc>
          <w:tcPr>
            <w:tcW w:w="1134" w:type="dxa"/>
          </w:tcPr>
          <w:p w14:paraId="2CF12386" w14:textId="77777777" w:rsidR="00D333E9" w:rsidRDefault="00D03B84">
            <w:pPr>
              <w:jc w:val="center"/>
            </w:pPr>
            <w:r>
              <w:rPr>
                <w:sz w:val="16"/>
              </w:rPr>
              <w:t>45262610-0</w:t>
            </w:r>
          </w:p>
        </w:tc>
        <w:tc>
          <w:tcPr>
            <w:tcW w:w="2608" w:type="dxa"/>
          </w:tcPr>
          <w:p w14:paraId="39ECA8D1" w14:textId="77777777" w:rsidR="00D333E9" w:rsidRDefault="00D03B84">
            <w:r>
              <w:rPr>
                <w:sz w:val="16"/>
              </w:rPr>
              <w:t>Suport bază perete</w:t>
            </w:r>
          </w:p>
        </w:tc>
        <w:tc>
          <w:tcPr>
            <w:tcW w:w="902" w:type="dxa"/>
          </w:tcPr>
          <w:p w14:paraId="47152B4C" w14:textId="77777777" w:rsidR="00D333E9" w:rsidRDefault="00D03B84">
            <w:pPr>
              <w:jc w:val="center"/>
            </w:pPr>
            <w:r>
              <w:rPr>
                <w:sz w:val="16"/>
              </w:rPr>
              <w:t>buc</w:t>
            </w:r>
          </w:p>
        </w:tc>
        <w:tc>
          <w:tcPr>
            <w:tcW w:w="686" w:type="dxa"/>
          </w:tcPr>
          <w:p w14:paraId="122AE67E" w14:textId="77777777" w:rsidR="00D333E9" w:rsidRDefault="00D03B84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47" w:type="dxa"/>
          </w:tcPr>
          <w:p w14:paraId="12D9281F" w14:textId="77777777" w:rsidR="00D333E9" w:rsidRDefault="00D333E9"/>
        </w:tc>
        <w:tc>
          <w:tcPr>
            <w:tcW w:w="1247" w:type="dxa"/>
          </w:tcPr>
          <w:p w14:paraId="2FE4F784" w14:textId="77777777" w:rsidR="00D333E9" w:rsidRDefault="00D333E9"/>
        </w:tc>
        <w:tc>
          <w:tcPr>
            <w:tcW w:w="1247" w:type="dxa"/>
          </w:tcPr>
          <w:p w14:paraId="7DF85D03" w14:textId="77777777" w:rsidR="00D333E9" w:rsidRDefault="00D333E9"/>
        </w:tc>
        <w:tc>
          <w:tcPr>
            <w:tcW w:w="1247" w:type="dxa"/>
          </w:tcPr>
          <w:p w14:paraId="3C154908" w14:textId="77777777" w:rsidR="00D333E9" w:rsidRDefault="00D333E9"/>
        </w:tc>
        <w:tc>
          <w:tcPr>
            <w:tcW w:w="2835" w:type="dxa"/>
          </w:tcPr>
          <w:p w14:paraId="179F8503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Livrare și instalare până la 30.09.2026, conform graficului stabilit cu administrația P-16 Pruncul</w:t>
            </w:r>
          </w:p>
        </w:tc>
        <w:tc>
          <w:tcPr>
            <w:tcW w:w="1361" w:type="dxa"/>
          </w:tcPr>
          <w:p w14:paraId="5DBE740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14:paraId="3FD844D8" w14:textId="77777777" w:rsidTr="004222F6">
        <w:tc>
          <w:tcPr>
            <w:tcW w:w="1134" w:type="dxa"/>
          </w:tcPr>
          <w:p w14:paraId="59E809D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2608" w:type="dxa"/>
          </w:tcPr>
          <w:p w14:paraId="35CF200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Total Lotul 2 – Coș de fum, cazangeria nr. 2</w:t>
            </w:r>
          </w:p>
        </w:tc>
        <w:tc>
          <w:tcPr>
            <w:tcW w:w="902" w:type="dxa"/>
          </w:tcPr>
          <w:p w14:paraId="660D7879" w14:textId="77777777" w:rsidR="00D333E9" w:rsidRDefault="00D03B84">
            <w:pPr>
              <w:jc w:val="center"/>
            </w:pPr>
            <w:r>
              <w:rPr>
                <w:sz w:val="16"/>
              </w:rPr>
              <w:t>X</w:t>
            </w:r>
          </w:p>
        </w:tc>
        <w:tc>
          <w:tcPr>
            <w:tcW w:w="686" w:type="dxa"/>
          </w:tcPr>
          <w:p w14:paraId="2DD3AD6C" w14:textId="77777777" w:rsidR="00D333E9" w:rsidRDefault="00D03B84">
            <w:pPr>
              <w:jc w:val="center"/>
            </w:pPr>
            <w:r>
              <w:rPr>
                <w:sz w:val="16"/>
              </w:rPr>
              <w:t>X</w:t>
            </w:r>
          </w:p>
        </w:tc>
        <w:tc>
          <w:tcPr>
            <w:tcW w:w="1247" w:type="dxa"/>
          </w:tcPr>
          <w:p w14:paraId="2CB0DE8E" w14:textId="77777777" w:rsidR="00D333E9" w:rsidRDefault="00D333E9"/>
        </w:tc>
        <w:tc>
          <w:tcPr>
            <w:tcW w:w="1247" w:type="dxa"/>
          </w:tcPr>
          <w:p w14:paraId="1856AAA8" w14:textId="77777777" w:rsidR="00D333E9" w:rsidRDefault="00D333E9"/>
        </w:tc>
        <w:tc>
          <w:tcPr>
            <w:tcW w:w="1247" w:type="dxa"/>
          </w:tcPr>
          <w:p w14:paraId="4FDDA3EE" w14:textId="77777777" w:rsidR="00D333E9" w:rsidRDefault="00D333E9"/>
        </w:tc>
        <w:tc>
          <w:tcPr>
            <w:tcW w:w="1247" w:type="dxa"/>
          </w:tcPr>
          <w:p w14:paraId="04E6C472" w14:textId="77777777" w:rsidR="00D333E9" w:rsidRDefault="00D333E9"/>
        </w:tc>
        <w:tc>
          <w:tcPr>
            <w:tcW w:w="2835" w:type="dxa"/>
          </w:tcPr>
          <w:p w14:paraId="240AFADE" w14:textId="77777777" w:rsidR="00D333E9" w:rsidRDefault="00D333E9"/>
        </w:tc>
        <w:tc>
          <w:tcPr>
            <w:tcW w:w="1361" w:type="dxa"/>
          </w:tcPr>
          <w:p w14:paraId="5446EBFE" w14:textId="77777777" w:rsidR="00D333E9" w:rsidRDefault="00D333E9"/>
        </w:tc>
      </w:tr>
      <w:tr w:rsidR="00D333E9" w14:paraId="6F96E0C4" w14:textId="77777777" w:rsidTr="004222F6">
        <w:tc>
          <w:tcPr>
            <w:tcW w:w="1134" w:type="dxa"/>
          </w:tcPr>
          <w:p w14:paraId="66D5D694" w14:textId="77777777" w:rsidR="00D333E9" w:rsidRDefault="00D333E9"/>
        </w:tc>
        <w:tc>
          <w:tcPr>
            <w:tcW w:w="2608" w:type="dxa"/>
          </w:tcPr>
          <w:p w14:paraId="3495C9E0" w14:textId="77777777" w:rsidR="00D333E9" w:rsidRDefault="00D03B84">
            <w:r>
              <w:rPr>
                <w:b/>
                <w:sz w:val="18"/>
              </w:rPr>
              <w:t>TOTAL GENERAL</w:t>
            </w:r>
          </w:p>
        </w:tc>
        <w:tc>
          <w:tcPr>
            <w:tcW w:w="902" w:type="dxa"/>
          </w:tcPr>
          <w:p w14:paraId="716E759B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X</w:t>
            </w:r>
          </w:p>
        </w:tc>
        <w:tc>
          <w:tcPr>
            <w:tcW w:w="686" w:type="dxa"/>
          </w:tcPr>
          <w:p w14:paraId="35A2B658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X</w:t>
            </w:r>
          </w:p>
        </w:tc>
        <w:tc>
          <w:tcPr>
            <w:tcW w:w="1247" w:type="dxa"/>
          </w:tcPr>
          <w:p w14:paraId="3E3A0B56" w14:textId="77777777" w:rsidR="00D333E9" w:rsidRDefault="00D333E9"/>
        </w:tc>
        <w:tc>
          <w:tcPr>
            <w:tcW w:w="1247" w:type="dxa"/>
          </w:tcPr>
          <w:p w14:paraId="53D1B304" w14:textId="77777777" w:rsidR="00D333E9" w:rsidRDefault="00D333E9"/>
        </w:tc>
        <w:tc>
          <w:tcPr>
            <w:tcW w:w="1247" w:type="dxa"/>
          </w:tcPr>
          <w:p w14:paraId="2ECD72F3" w14:textId="77777777" w:rsidR="00D333E9" w:rsidRDefault="00D333E9"/>
        </w:tc>
        <w:tc>
          <w:tcPr>
            <w:tcW w:w="1247" w:type="dxa"/>
          </w:tcPr>
          <w:p w14:paraId="1ABFAD98" w14:textId="77777777" w:rsidR="00D333E9" w:rsidRDefault="00D333E9"/>
        </w:tc>
        <w:tc>
          <w:tcPr>
            <w:tcW w:w="2835" w:type="dxa"/>
          </w:tcPr>
          <w:p w14:paraId="4673677A" w14:textId="77777777" w:rsidR="00D333E9" w:rsidRDefault="00D333E9"/>
        </w:tc>
        <w:tc>
          <w:tcPr>
            <w:tcW w:w="1361" w:type="dxa"/>
          </w:tcPr>
          <w:p w14:paraId="54558331" w14:textId="77777777" w:rsidR="00D333E9" w:rsidRDefault="00D333E9"/>
        </w:tc>
      </w:tr>
    </w:tbl>
    <w:p w14:paraId="0A39A39C" w14:textId="77777777" w:rsidR="00D333E9" w:rsidRDefault="00D333E9"/>
    <w:p w14:paraId="60465A6E" w14:textId="77777777" w:rsidR="00D333E9" w:rsidRDefault="00D03B84">
      <w:pPr>
        <w:spacing w:after="80"/>
      </w:pPr>
      <w:r>
        <w:rPr>
          <w:sz w:val="22"/>
        </w:rPr>
        <w:t>Semnat: _______________  Numele, Prenumele: _____________________________  În calitate de: ________________</w:t>
      </w:r>
    </w:p>
    <w:p w14:paraId="06082819" w14:textId="77777777" w:rsidR="00D333E9" w:rsidRDefault="00D03B84">
      <w:pPr>
        <w:spacing w:after="120"/>
      </w:pPr>
      <w:r>
        <w:rPr>
          <w:sz w:val="22"/>
        </w:rPr>
        <w:t>Ofertantul: _______________________  Adresa: ______________________________</w:t>
      </w:r>
    </w:p>
    <w:p w14:paraId="01F6FD69" w14:textId="77777777" w:rsidR="00D333E9" w:rsidRDefault="00D03B84">
      <w:r>
        <w:br w:type="page"/>
      </w:r>
    </w:p>
    <w:p w14:paraId="7B644CB4" w14:textId="77777777" w:rsidR="00D333E9" w:rsidRDefault="00D03B84" w:rsidP="00D4005B">
      <w:pPr>
        <w:spacing w:after="0"/>
        <w:ind w:left="-709"/>
        <w:jc w:val="right"/>
      </w:pPr>
      <w:r>
        <w:rPr>
          <w:sz w:val="22"/>
        </w:rPr>
        <w:lastRenderedPageBreak/>
        <w:t>Anexa nr. 23</w:t>
      </w:r>
    </w:p>
    <w:p w14:paraId="51DF91FF" w14:textId="77777777" w:rsidR="00D333E9" w:rsidRDefault="00D03B84">
      <w:pPr>
        <w:jc w:val="right"/>
        <w:rPr>
          <w:sz w:val="22"/>
        </w:rPr>
      </w:pPr>
      <w:r>
        <w:rPr>
          <w:sz w:val="22"/>
        </w:rPr>
        <w:t xml:space="preserve">la </w:t>
      </w:r>
      <w:proofErr w:type="spellStart"/>
      <w:r>
        <w:rPr>
          <w:sz w:val="22"/>
        </w:rPr>
        <w:t>Documentația</w:t>
      </w:r>
      <w:proofErr w:type="spellEnd"/>
      <w:r>
        <w:rPr>
          <w:sz w:val="22"/>
        </w:rPr>
        <w:t xml:space="preserve"> standard</w:t>
      </w:r>
    </w:p>
    <w:p w14:paraId="62646DFB" w14:textId="77777777" w:rsidR="004222F6" w:rsidRDefault="004222F6">
      <w:pPr>
        <w:jc w:val="right"/>
      </w:pPr>
    </w:p>
    <w:p w14:paraId="08F0D71B" w14:textId="77777777" w:rsidR="00D333E9" w:rsidRDefault="00D03B84">
      <w:pPr>
        <w:spacing w:after="120"/>
        <w:jc w:val="center"/>
      </w:pPr>
      <w:r>
        <w:rPr>
          <w:b/>
          <w:sz w:val="28"/>
        </w:rPr>
        <w:t>Specificații tehnice</w:t>
      </w:r>
    </w:p>
    <w:p w14:paraId="1A78D6C4" w14:textId="77777777" w:rsidR="00D333E9" w:rsidRDefault="00D03B84">
      <w:pPr>
        <w:spacing w:after="120"/>
        <w:jc w:val="center"/>
        <w:rPr>
          <w:i/>
          <w:sz w:val="18"/>
          <w:lang w:val="pt-BR"/>
        </w:rPr>
      </w:pPr>
      <w:r w:rsidRPr="002669FB">
        <w:rPr>
          <w:i/>
          <w:sz w:val="18"/>
          <w:lang w:val="pt-BR"/>
        </w:rPr>
        <w:t>[Acest tabel va fi completat de către ofertant în coloanele 2, 3, 4, 6, 7, iar de către autoritatea contractantă – în coloanele 1, 5]</w:t>
      </w:r>
    </w:p>
    <w:p w14:paraId="28D3DA45" w14:textId="77777777" w:rsidR="00D333E9" w:rsidRPr="002669FB" w:rsidRDefault="00D03B84">
      <w:pPr>
        <w:spacing w:after="0"/>
        <w:rPr>
          <w:lang w:val="pt-BR"/>
        </w:rPr>
      </w:pPr>
      <w:r w:rsidRPr="002669FB">
        <w:rPr>
          <w:sz w:val="22"/>
          <w:lang w:val="pt-BR"/>
        </w:rPr>
        <w:t>Numărul procedurii de achiziție: ______________________________</w:t>
      </w:r>
    </w:p>
    <w:p w14:paraId="62696454" w14:textId="77777777" w:rsidR="00D333E9" w:rsidRPr="002669FB" w:rsidRDefault="00D03B84">
      <w:pPr>
        <w:spacing w:after="160"/>
        <w:rPr>
          <w:lang w:val="pt-BR"/>
        </w:rPr>
      </w:pPr>
      <w:r w:rsidRPr="002669FB">
        <w:rPr>
          <w:sz w:val="22"/>
          <w:lang w:val="pt-BR"/>
        </w:rPr>
        <w:t>Obiectul achiziției: Coșuri de fum pentru cazangeriile nr. 1 și nr. 2</w:t>
      </w:r>
    </w:p>
    <w:tbl>
      <w:tblPr>
        <w:tblStyle w:val="Tabelgril"/>
        <w:tblW w:w="14850" w:type="dxa"/>
        <w:tblLayout w:type="fixed"/>
        <w:tblLook w:val="04A0" w:firstRow="1" w:lastRow="0" w:firstColumn="1" w:lastColumn="0" w:noHBand="0" w:noVBand="1"/>
      </w:tblPr>
      <w:tblGrid>
        <w:gridCol w:w="2835"/>
        <w:gridCol w:w="1242"/>
        <w:gridCol w:w="1276"/>
        <w:gridCol w:w="1134"/>
        <w:gridCol w:w="5532"/>
        <w:gridCol w:w="1556"/>
        <w:gridCol w:w="1275"/>
      </w:tblGrid>
      <w:tr w:rsidR="00D333E9" w14:paraId="6321F8A3" w14:textId="77777777" w:rsidTr="004222F6">
        <w:tc>
          <w:tcPr>
            <w:tcW w:w="2835" w:type="dxa"/>
          </w:tcPr>
          <w:p w14:paraId="003ACD80" w14:textId="77777777" w:rsidR="00D333E9" w:rsidRDefault="00D03B84">
            <w:pPr>
              <w:jc w:val="center"/>
            </w:pPr>
            <w:proofErr w:type="spellStart"/>
            <w:r>
              <w:rPr>
                <w:b/>
                <w:sz w:val="16"/>
              </w:rPr>
              <w:t>Denumirea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bunurilor</w:t>
            </w:r>
            <w:proofErr w:type="spellEnd"/>
          </w:p>
        </w:tc>
        <w:tc>
          <w:tcPr>
            <w:tcW w:w="1242" w:type="dxa"/>
          </w:tcPr>
          <w:p w14:paraId="6AEA58F3" w14:textId="77777777" w:rsidR="00D333E9" w:rsidRDefault="00D03B84">
            <w:pPr>
              <w:jc w:val="center"/>
            </w:pPr>
            <w:proofErr w:type="spellStart"/>
            <w:r>
              <w:rPr>
                <w:b/>
                <w:sz w:val="16"/>
              </w:rPr>
              <w:t>Denumirea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modelului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bunului</w:t>
            </w:r>
            <w:proofErr w:type="spellEnd"/>
          </w:p>
        </w:tc>
        <w:tc>
          <w:tcPr>
            <w:tcW w:w="1276" w:type="dxa"/>
          </w:tcPr>
          <w:p w14:paraId="3B635DFC" w14:textId="303BDDBA" w:rsidR="00D333E9" w:rsidRDefault="004222F6">
            <w:pPr>
              <w:jc w:val="center"/>
            </w:pPr>
            <w:r>
              <w:rPr>
                <w:b/>
                <w:sz w:val="16"/>
              </w:rPr>
              <w:t>Tara</w:t>
            </w:r>
            <w:r w:rsidR="00D03B84">
              <w:rPr>
                <w:b/>
                <w:sz w:val="16"/>
              </w:rPr>
              <w:t xml:space="preserve"> de origine</w:t>
            </w:r>
          </w:p>
        </w:tc>
        <w:tc>
          <w:tcPr>
            <w:tcW w:w="1134" w:type="dxa"/>
          </w:tcPr>
          <w:p w14:paraId="6E197093" w14:textId="77777777" w:rsidR="00D333E9" w:rsidRDefault="00D03B84">
            <w:pPr>
              <w:jc w:val="center"/>
            </w:pPr>
            <w:proofErr w:type="spellStart"/>
            <w:r>
              <w:rPr>
                <w:b/>
                <w:sz w:val="16"/>
              </w:rPr>
              <w:t>Producătorul</w:t>
            </w:r>
            <w:proofErr w:type="spellEnd"/>
          </w:p>
        </w:tc>
        <w:tc>
          <w:tcPr>
            <w:tcW w:w="5532" w:type="dxa"/>
          </w:tcPr>
          <w:p w14:paraId="6100A40C" w14:textId="77777777" w:rsidR="00D333E9" w:rsidRPr="002669FB" w:rsidRDefault="00D03B84">
            <w:pPr>
              <w:jc w:val="center"/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Specificarea tehnică deplină solicitată de către autoritatea contractantă</w:t>
            </w:r>
          </w:p>
        </w:tc>
        <w:tc>
          <w:tcPr>
            <w:tcW w:w="1556" w:type="dxa"/>
          </w:tcPr>
          <w:p w14:paraId="70A248E2" w14:textId="77777777" w:rsidR="00D333E9" w:rsidRPr="002669FB" w:rsidRDefault="00D03B84">
            <w:pPr>
              <w:jc w:val="center"/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Specificarea tehnică deplină propusă de către ofertant</w:t>
            </w:r>
          </w:p>
        </w:tc>
        <w:tc>
          <w:tcPr>
            <w:tcW w:w="1275" w:type="dxa"/>
          </w:tcPr>
          <w:p w14:paraId="1CD2EEDB" w14:textId="56C91A0F" w:rsidR="00D333E9" w:rsidRDefault="004222F6">
            <w:pPr>
              <w:jc w:val="center"/>
            </w:pPr>
            <w:r>
              <w:rPr>
                <w:b/>
                <w:sz w:val="16"/>
              </w:rPr>
              <w:t>Standard</w:t>
            </w:r>
            <w:r w:rsidR="00D03B84">
              <w:rPr>
                <w:b/>
                <w:sz w:val="16"/>
              </w:rPr>
              <w:t xml:space="preserve"> de </w:t>
            </w:r>
            <w:proofErr w:type="spellStart"/>
            <w:r w:rsidR="00D03B84">
              <w:rPr>
                <w:b/>
                <w:sz w:val="16"/>
              </w:rPr>
              <w:t>referinţă</w:t>
            </w:r>
            <w:proofErr w:type="spellEnd"/>
          </w:p>
        </w:tc>
      </w:tr>
      <w:tr w:rsidR="00D333E9" w14:paraId="43C0636D" w14:textId="77777777" w:rsidTr="004222F6">
        <w:tc>
          <w:tcPr>
            <w:tcW w:w="2835" w:type="dxa"/>
          </w:tcPr>
          <w:p w14:paraId="294C5E15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42" w:type="dxa"/>
          </w:tcPr>
          <w:p w14:paraId="71C20F70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1276" w:type="dxa"/>
          </w:tcPr>
          <w:p w14:paraId="3CD7244A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134" w:type="dxa"/>
          </w:tcPr>
          <w:p w14:paraId="2497F43D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32" w:type="dxa"/>
          </w:tcPr>
          <w:p w14:paraId="74819B54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556" w:type="dxa"/>
          </w:tcPr>
          <w:p w14:paraId="2B30D72F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275" w:type="dxa"/>
          </w:tcPr>
          <w:p w14:paraId="0BBBEEAF" w14:textId="77777777" w:rsidR="00D333E9" w:rsidRDefault="00D03B84">
            <w:pPr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D333E9" w:rsidRPr="004222F6" w14:paraId="59F18497" w14:textId="77777777" w:rsidTr="004222F6">
        <w:tc>
          <w:tcPr>
            <w:tcW w:w="2835" w:type="dxa"/>
          </w:tcPr>
          <w:p w14:paraId="46B31ABF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Lotul 1 – Coș de fum, cazangeria nr. 1</w:t>
            </w:r>
          </w:p>
        </w:tc>
        <w:tc>
          <w:tcPr>
            <w:tcW w:w="1242" w:type="dxa"/>
          </w:tcPr>
          <w:p w14:paraId="6015FC8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4685E3DE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19839C2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690A8292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556" w:type="dxa"/>
          </w:tcPr>
          <w:p w14:paraId="5340054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5A17B116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CD5728A" w14:textId="77777777" w:rsidTr="004222F6">
        <w:tc>
          <w:tcPr>
            <w:tcW w:w="2835" w:type="dxa"/>
          </w:tcPr>
          <w:p w14:paraId="21786867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350-430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2349FF34" w14:textId="77777777" w:rsidR="00D333E9" w:rsidRDefault="00D333E9"/>
        </w:tc>
        <w:tc>
          <w:tcPr>
            <w:tcW w:w="1276" w:type="dxa"/>
          </w:tcPr>
          <w:p w14:paraId="68D021D0" w14:textId="77777777" w:rsidR="00D333E9" w:rsidRDefault="00D333E9"/>
        </w:tc>
        <w:tc>
          <w:tcPr>
            <w:tcW w:w="1134" w:type="dxa"/>
          </w:tcPr>
          <w:p w14:paraId="13AE240C" w14:textId="77777777" w:rsidR="00D333E9" w:rsidRDefault="00D333E9"/>
        </w:tc>
        <w:tc>
          <w:tcPr>
            <w:tcW w:w="5532" w:type="dxa"/>
          </w:tcPr>
          <w:p w14:paraId="1AA9A106" w14:textId="48B8BE2D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Țeavă pentru coș de fum dublu perete; Material: Oțel inoxidabil, interior 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350 mm, exterior 430 mm; Lungimea: 500 mm. Prețul propus trebuie să fie pentru un metru.</w:t>
            </w:r>
          </w:p>
        </w:tc>
        <w:tc>
          <w:tcPr>
            <w:tcW w:w="1556" w:type="dxa"/>
          </w:tcPr>
          <w:p w14:paraId="789333A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42316AA7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63580EB" w14:textId="77777777" w:rsidTr="004222F6">
        <w:tc>
          <w:tcPr>
            <w:tcW w:w="2835" w:type="dxa"/>
          </w:tcPr>
          <w:p w14:paraId="23980B3A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400-480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1AF3638C" w14:textId="77777777" w:rsidR="00D333E9" w:rsidRDefault="00D333E9"/>
        </w:tc>
        <w:tc>
          <w:tcPr>
            <w:tcW w:w="1276" w:type="dxa"/>
          </w:tcPr>
          <w:p w14:paraId="063EC389" w14:textId="77777777" w:rsidR="00D333E9" w:rsidRDefault="00D333E9"/>
        </w:tc>
        <w:tc>
          <w:tcPr>
            <w:tcW w:w="1134" w:type="dxa"/>
          </w:tcPr>
          <w:p w14:paraId="30E011CC" w14:textId="77777777" w:rsidR="00D333E9" w:rsidRDefault="00D333E9"/>
        </w:tc>
        <w:tc>
          <w:tcPr>
            <w:tcW w:w="5532" w:type="dxa"/>
          </w:tcPr>
          <w:p w14:paraId="1F178D56" w14:textId="3C7C3288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Țeavă pentru coș de fum dublu perete; Material: Oțel inoxidabil, interior </w:t>
            </w:r>
            <w:r w:rsidR="002669FB" w:rsidRPr="002669FB">
              <w:rPr>
                <w:sz w:val="14"/>
                <w:lang w:val="pt-BR"/>
              </w:rPr>
              <w:t xml:space="preserve">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400 mm, exterior 480 mm; Lungimea: 500 mm. Prețul propus trebuie să fie pentru un metru.</w:t>
            </w:r>
          </w:p>
        </w:tc>
        <w:tc>
          <w:tcPr>
            <w:tcW w:w="1556" w:type="dxa"/>
          </w:tcPr>
          <w:p w14:paraId="6595E7FE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42F1ED9D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8CA1B80" w14:textId="77777777" w:rsidTr="004222F6">
        <w:tc>
          <w:tcPr>
            <w:tcW w:w="2835" w:type="dxa"/>
          </w:tcPr>
          <w:p w14:paraId="5D9F8BE4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450-530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CC67F79" w14:textId="77777777" w:rsidR="00D333E9" w:rsidRDefault="00D333E9"/>
        </w:tc>
        <w:tc>
          <w:tcPr>
            <w:tcW w:w="1276" w:type="dxa"/>
          </w:tcPr>
          <w:p w14:paraId="76151008" w14:textId="77777777" w:rsidR="00D333E9" w:rsidRDefault="00D333E9"/>
        </w:tc>
        <w:tc>
          <w:tcPr>
            <w:tcW w:w="1134" w:type="dxa"/>
          </w:tcPr>
          <w:p w14:paraId="21150343" w14:textId="77777777" w:rsidR="00D333E9" w:rsidRDefault="00D333E9"/>
        </w:tc>
        <w:tc>
          <w:tcPr>
            <w:tcW w:w="5532" w:type="dxa"/>
          </w:tcPr>
          <w:p w14:paraId="3E2ADAA9" w14:textId="1AF13A70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Țeavă pentru coș de fum dublu perete; Material: Oțel inoxidabil, interior </w:t>
            </w:r>
            <w:r w:rsidR="002669FB" w:rsidRPr="002669FB">
              <w:rPr>
                <w:sz w:val="14"/>
                <w:lang w:val="pt-BR"/>
              </w:rPr>
              <w:t xml:space="preserve">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450 mm, exterior 530 mm; Lungimea: 500 mm. Prețul propus trebuie să fie pentru un metru.</w:t>
            </w:r>
          </w:p>
        </w:tc>
        <w:tc>
          <w:tcPr>
            <w:tcW w:w="1556" w:type="dxa"/>
          </w:tcPr>
          <w:p w14:paraId="0D135D83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AF7357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544B931" w14:textId="77777777" w:rsidTr="004222F6">
        <w:tc>
          <w:tcPr>
            <w:tcW w:w="2835" w:type="dxa"/>
          </w:tcPr>
          <w:p w14:paraId="3C8DC31C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500-580 mm – 13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2582D932" w14:textId="77777777" w:rsidR="00D333E9" w:rsidRDefault="00D333E9"/>
        </w:tc>
        <w:tc>
          <w:tcPr>
            <w:tcW w:w="1276" w:type="dxa"/>
          </w:tcPr>
          <w:p w14:paraId="27D32CB5" w14:textId="77777777" w:rsidR="00D333E9" w:rsidRDefault="00D333E9"/>
        </w:tc>
        <w:tc>
          <w:tcPr>
            <w:tcW w:w="1134" w:type="dxa"/>
          </w:tcPr>
          <w:p w14:paraId="6B66D18D" w14:textId="77777777" w:rsidR="00D333E9" w:rsidRDefault="00D333E9"/>
        </w:tc>
        <w:tc>
          <w:tcPr>
            <w:tcW w:w="5532" w:type="dxa"/>
          </w:tcPr>
          <w:p w14:paraId="6281F818" w14:textId="3B96B928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Țeavă pentru coș de fum dublu perete; Material: Oțel inoxidabil, interior </w:t>
            </w:r>
            <w:r w:rsidR="002669FB" w:rsidRPr="002669FB">
              <w:rPr>
                <w:sz w:val="14"/>
                <w:lang w:val="pt-BR"/>
              </w:rPr>
              <w:t xml:space="preserve">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2669FB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Izolația: vată minerală bazaltică minim 40 mm/650°C; Destinat a fi utilizat la cazane cu combustibil solid (cărbune). Diametru: interior 500 mm, exterior 580 mm; Lungimea: 1 m. Prețul propus trebuie să fie pentru un metru.</w:t>
            </w:r>
          </w:p>
        </w:tc>
        <w:tc>
          <w:tcPr>
            <w:tcW w:w="1556" w:type="dxa"/>
          </w:tcPr>
          <w:p w14:paraId="2F17A3E3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8F6F5E9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BADE0E0" w14:textId="77777777" w:rsidTr="004222F6">
        <w:tc>
          <w:tcPr>
            <w:tcW w:w="2835" w:type="dxa"/>
          </w:tcPr>
          <w:p w14:paraId="68818CED" w14:textId="77777777" w:rsidR="00D333E9" w:rsidRDefault="00D03B84">
            <w:r>
              <w:rPr>
                <w:sz w:val="16"/>
              </w:rPr>
              <w:t xml:space="preserve">Cot 90° Ø 500-580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D085150" w14:textId="77777777" w:rsidR="00D333E9" w:rsidRDefault="00D333E9"/>
        </w:tc>
        <w:tc>
          <w:tcPr>
            <w:tcW w:w="1276" w:type="dxa"/>
          </w:tcPr>
          <w:p w14:paraId="53245582" w14:textId="77777777" w:rsidR="00D333E9" w:rsidRDefault="00D333E9"/>
        </w:tc>
        <w:tc>
          <w:tcPr>
            <w:tcW w:w="1134" w:type="dxa"/>
          </w:tcPr>
          <w:p w14:paraId="33F14833" w14:textId="77777777" w:rsidR="00D333E9" w:rsidRDefault="00D333E9"/>
        </w:tc>
        <w:tc>
          <w:tcPr>
            <w:tcW w:w="5532" w:type="dxa"/>
          </w:tcPr>
          <w:p w14:paraId="4A6B9C8D" w14:textId="55A79365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Cot 90° dublu perete; Material: Oțel inoxidabil, interior </w:t>
            </w:r>
            <w:r w:rsidR="002669FB" w:rsidRPr="002669FB">
              <w:rPr>
                <w:sz w:val="14"/>
                <w:lang w:val="pt-BR"/>
              </w:rPr>
              <w:t xml:space="preserve">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500 mm, exterior 580 mm. Prețul propus trebuie să fie pentru un element.</w:t>
            </w:r>
          </w:p>
        </w:tc>
        <w:tc>
          <w:tcPr>
            <w:tcW w:w="1556" w:type="dxa"/>
          </w:tcPr>
          <w:p w14:paraId="1D61A6C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4647630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21AF68AA" w14:textId="77777777" w:rsidTr="004222F6">
        <w:tc>
          <w:tcPr>
            <w:tcW w:w="2835" w:type="dxa"/>
          </w:tcPr>
          <w:p w14:paraId="1898BE1B" w14:textId="77777777" w:rsidR="00D333E9" w:rsidRDefault="00D03B84">
            <w:r>
              <w:rPr>
                <w:sz w:val="16"/>
              </w:rPr>
              <w:t xml:space="preserve">Cot 45° Ø 500-580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36C1C549" w14:textId="77777777" w:rsidR="00D333E9" w:rsidRDefault="00D333E9"/>
        </w:tc>
        <w:tc>
          <w:tcPr>
            <w:tcW w:w="1276" w:type="dxa"/>
          </w:tcPr>
          <w:p w14:paraId="42BA5331" w14:textId="77777777" w:rsidR="00D333E9" w:rsidRDefault="00D333E9"/>
        </w:tc>
        <w:tc>
          <w:tcPr>
            <w:tcW w:w="1134" w:type="dxa"/>
          </w:tcPr>
          <w:p w14:paraId="01165832" w14:textId="77777777" w:rsidR="00D333E9" w:rsidRDefault="00D333E9"/>
        </w:tc>
        <w:tc>
          <w:tcPr>
            <w:tcW w:w="5532" w:type="dxa"/>
          </w:tcPr>
          <w:p w14:paraId="51421E06" w14:textId="2486BFE4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 xml:space="preserve">Tip: Cot 45° dublu perete; Material: Oțel inoxidabil, interior </w:t>
            </w:r>
            <w:r w:rsidR="002669FB" w:rsidRPr="002669FB">
              <w:rPr>
                <w:sz w:val="14"/>
                <w:lang w:val="pt-BR"/>
              </w:rPr>
              <w:t xml:space="preserve">AISI </w:t>
            </w:r>
            <w:r w:rsidR="002669FB">
              <w:rPr>
                <w:sz w:val="14"/>
                <w:lang w:val="pt-BR"/>
              </w:rPr>
              <w:t>316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500 mm, exterior 580 mm. Prețul propus trebuie să fie pentru un element.</w:t>
            </w:r>
          </w:p>
        </w:tc>
        <w:tc>
          <w:tcPr>
            <w:tcW w:w="1556" w:type="dxa"/>
          </w:tcPr>
          <w:p w14:paraId="7086BE4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7C3F410C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8328F55" w14:textId="77777777" w:rsidTr="004222F6">
        <w:tc>
          <w:tcPr>
            <w:tcW w:w="2835" w:type="dxa"/>
          </w:tcPr>
          <w:p w14:paraId="614F0C9C" w14:textId="77777777" w:rsidR="00D333E9" w:rsidRDefault="00D03B84">
            <w:proofErr w:type="spellStart"/>
            <w:r>
              <w:rPr>
                <w:sz w:val="16"/>
              </w:rPr>
              <w:t>Trecere</w:t>
            </w:r>
            <w:proofErr w:type="spellEnd"/>
            <w:r>
              <w:rPr>
                <w:sz w:val="16"/>
              </w:rPr>
              <w:t xml:space="preserve"> sandwich Ø 350-430 / 400-480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30A3A81F" w14:textId="77777777" w:rsidR="00D333E9" w:rsidRDefault="00D333E9"/>
        </w:tc>
        <w:tc>
          <w:tcPr>
            <w:tcW w:w="1276" w:type="dxa"/>
          </w:tcPr>
          <w:p w14:paraId="117572E0" w14:textId="77777777" w:rsidR="00D333E9" w:rsidRDefault="00D333E9"/>
        </w:tc>
        <w:tc>
          <w:tcPr>
            <w:tcW w:w="1134" w:type="dxa"/>
          </w:tcPr>
          <w:p w14:paraId="61C4A509" w14:textId="77777777" w:rsidR="00D333E9" w:rsidRDefault="00D333E9"/>
        </w:tc>
        <w:tc>
          <w:tcPr>
            <w:tcW w:w="5532" w:type="dxa"/>
          </w:tcPr>
          <w:p w14:paraId="4FFC23CF" w14:textId="58464C91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Trecere sandwich; Material: Oțel inoxidabil, interior AISI 3</w:t>
            </w:r>
            <w:r w:rsidR="002669FB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w="1556" w:type="dxa"/>
          </w:tcPr>
          <w:p w14:paraId="16F6985D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D3FEB4D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ABF4058" w14:textId="77777777" w:rsidTr="004222F6">
        <w:tc>
          <w:tcPr>
            <w:tcW w:w="2835" w:type="dxa"/>
          </w:tcPr>
          <w:p w14:paraId="76B1B014" w14:textId="77777777" w:rsidR="00D333E9" w:rsidRDefault="00D03B84">
            <w:proofErr w:type="spellStart"/>
            <w:r>
              <w:rPr>
                <w:sz w:val="16"/>
              </w:rPr>
              <w:t>Trecere</w:t>
            </w:r>
            <w:proofErr w:type="spellEnd"/>
            <w:r>
              <w:rPr>
                <w:sz w:val="16"/>
              </w:rPr>
              <w:t xml:space="preserve"> sandwich Ø 400-480 / 450-530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19BCE74E" w14:textId="77777777" w:rsidR="00D333E9" w:rsidRDefault="00D333E9"/>
        </w:tc>
        <w:tc>
          <w:tcPr>
            <w:tcW w:w="1276" w:type="dxa"/>
          </w:tcPr>
          <w:p w14:paraId="7F024E82" w14:textId="77777777" w:rsidR="00D333E9" w:rsidRDefault="00D333E9"/>
        </w:tc>
        <w:tc>
          <w:tcPr>
            <w:tcW w:w="1134" w:type="dxa"/>
          </w:tcPr>
          <w:p w14:paraId="168AD3C1" w14:textId="77777777" w:rsidR="00D333E9" w:rsidRDefault="00D333E9"/>
        </w:tc>
        <w:tc>
          <w:tcPr>
            <w:tcW w:w="5532" w:type="dxa"/>
          </w:tcPr>
          <w:p w14:paraId="66EA56C5" w14:textId="0A0A8956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Trecere sandwich; Material: Oțel inoxidabil, interior AISI 3</w:t>
            </w:r>
            <w:r w:rsidR="002669FB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w="1556" w:type="dxa"/>
          </w:tcPr>
          <w:p w14:paraId="470FC49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42F5CCD1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81B68B5" w14:textId="77777777" w:rsidTr="004222F6">
        <w:tc>
          <w:tcPr>
            <w:tcW w:w="2835" w:type="dxa"/>
          </w:tcPr>
          <w:p w14:paraId="461468AE" w14:textId="77777777" w:rsidR="00D333E9" w:rsidRDefault="00D03B84">
            <w:proofErr w:type="spellStart"/>
            <w:r>
              <w:rPr>
                <w:sz w:val="16"/>
              </w:rPr>
              <w:t>Trecere</w:t>
            </w:r>
            <w:proofErr w:type="spellEnd"/>
            <w:r>
              <w:rPr>
                <w:sz w:val="16"/>
              </w:rPr>
              <w:t xml:space="preserve"> sandwich Ø 450-530 / 500-580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1800A697" w14:textId="77777777" w:rsidR="00D333E9" w:rsidRDefault="00D333E9"/>
        </w:tc>
        <w:tc>
          <w:tcPr>
            <w:tcW w:w="1276" w:type="dxa"/>
          </w:tcPr>
          <w:p w14:paraId="6C03BE5A" w14:textId="77777777" w:rsidR="00D333E9" w:rsidRDefault="00D333E9"/>
        </w:tc>
        <w:tc>
          <w:tcPr>
            <w:tcW w:w="1134" w:type="dxa"/>
          </w:tcPr>
          <w:p w14:paraId="66AA782E" w14:textId="77777777" w:rsidR="00D333E9" w:rsidRDefault="00D333E9"/>
        </w:tc>
        <w:tc>
          <w:tcPr>
            <w:tcW w:w="5532" w:type="dxa"/>
          </w:tcPr>
          <w:p w14:paraId="34D175B9" w14:textId="5499FCBD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Trecere sandwich; Material: Oțel inoxidabil, interior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1 mm, exterior minimum 0,5 mm; Izolația: vată minerală </w:t>
            </w:r>
            <w:r w:rsidRPr="002669FB">
              <w:rPr>
                <w:sz w:val="14"/>
                <w:lang w:val="pt-BR"/>
              </w:rPr>
              <w:lastRenderedPageBreak/>
              <w:t>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w="1556" w:type="dxa"/>
          </w:tcPr>
          <w:p w14:paraId="629DFB1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61B6AD1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9D620B6" w14:textId="77777777" w:rsidTr="004222F6">
        <w:tc>
          <w:tcPr>
            <w:tcW w:w="2835" w:type="dxa"/>
          </w:tcPr>
          <w:p w14:paraId="0E8CAC51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90° Ø 350-430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5BB5A9E" w14:textId="77777777" w:rsidR="00D333E9" w:rsidRDefault="00D333E9"/>
        </w:tc>
        <w:tc>
          <w:tcPr>
            <w:tcW w:w="1276" w:type="dxa"/>
          </w:tcPr>
          <w:p w14:paraId="3F904C45" w14:textId="77777777" w:rsidR="00D333E9" w:rsidRDefault="00D333E9"/>
        </w:tc>
        <w:tc>
          <w:tcPr>
            <w:tcW w:w="1134" w:type="dxa"/>
          </w:tcPr>
          <w:p w14:paraId="1DCAC9FC" w14:textId="77777777" w:rsidR="00D333E9" w:rsidRDefault="00D333E9"/>
        </w:tc>
        <w:tc>
          <w:tcPr>
            <w:tcW w:w="5532" w:type="dxa"/>
          </w:tcPr>
          <w:p w14:paraId="07B39700" w14:textId="6C921953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90° dublu perete; Material: Oțel inoxidabil, interior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w="1556" w:type="dxa"/>
          </w:tcPr>
          <w:p w14:paraId="0FB4954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1DD0443A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754103CD" w14:textId="77777777" w:rsidTr="004222F6">
        <w:tc>
          <w:tcPr>
            <w:tcW w:w="2835" w:type="dxa"/>
          </w:tcPr>
          <w:p w14:paraId="06B1D670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90° Ø 400-480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6F7C44E0" w14:textId="77777777" w:rsidR="00D333E9" w:rsidRDefault="00D333E9"/>
        </w:tc>
        <w:tc>
          <w:tcPr>
            <w:tcW w:w="1276" w:type="dxa"/>
          </w:tcPr>
          <w:p w14:paraId="0D6B3C71" w14:textId="77777777" w:rsidR="00D333E9" w:rsidRDefault="00D333E9"/>
        </w:tc>
        <w:tc>
          <w:tcPr>
            <w:tcW w:w="1134" w:type="dxa"/>
          </w:tcPr>
          <w:p w14:paraId="65FA604A" w14:textId="77777777" w:rsidR="00D333E9" w:rsidRDefault="00D333E9"/>
        </w:tc>
        <w:tc>
          <w:tcPr>
            <w:tcW w:w="5532" w:type="dxa"/>
          </w:tcPr>
          <w:p w14:paraId="514CDB49" w14:textId="4DA841E6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90° dublu perete; Material: Oțel inoxidabil, interior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500 mm; Diametru: interior 400 mm, exterior 480 mm. Prețul propus trebuie să fie pentru un element.</w:t>
            </w:r>
          </w:p>
        </w:tc>
        <w:tc>
          <w:tcPr>
            <w:tcW w:w="1556" w:type="dxa"/>
          </w:tcPr>
          <w:p w14:paraId="0C8568A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750C55B5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AFE8712" w14:textId="77777777" w:rsidTr="004222F6">
        <w:tc>
          <w:tcPr>
            <w:tcW w:w="2835" w:type="dxa"/>
          </w:tcPr>
          <w:p w14:paraId="5A3BC3D6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90° Ø 450-530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1D4C607" w14:textId="77777777" w:rsidR="00D333E9" w:rsidRDefault="00D333E9"/>
        </w:tc>
        <w:tc>
          <w:tcPr>
            <w:tcW w:w="1276" w:type="dxa"/>
          </w:tcPr>
          <w:p w14:paraId="1ABDD9DB" w14:textId="77777777" w:rsidR="00D333E9" w:rsidRDefault="00D333E9"/>
        </w:tc>
        <w:tc>
          <w:tcPr>
            <w:tcW w:w="1134" w:type="dxa"/>
          </w:tcPr>
          <w:p w14:paraId="005B5BD6" w14:textId="77777777" w:rsidR="00D333E9" w:rsidRDefault="00D333E9"/>
        </w:tc>
        <w:tc>
          <w:tcPr>
            <w:tcW w:w="5532" w:type="dxa"/>
          </w:tcPr>
          <w:p w14:paraId="4BDED9D6" w14:textId="4D1EE99A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90° dublu perete; Material: Oțel inoxidabil, interior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500 mm; Diametru: interior 450 mm, exterior 530 mm. Prețul propus trebuie să fie pentru un element.</w:t>
            </w:r>
          </w:p>
        </w:tc>
        <w:tc>
          <w:tcPr>
            <w:tcW w:w="1556" w:type="dxa"/>
          </w:tcPr>
          <w:p w14:paraId="3F57D051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26DF990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20895D5" w14:textId="77777777" w:rsidTr="004222F6">
        <w:tc>
          <w:tcPr>
            <w:tcW w:w="2835" w:type="dxa"/>
          </w:tcPr>
          <w:p w14:paraId="41909C19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90° Ø 500-580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63C14DE9" w14:textId="77777777" w:rsidR="00D333E9" w:rsidRDefault="00D333E9"/>
        </w:tc>
        <w:tc>
          <w:tcPr>
            <w:tcW w:w="1276" w:type="dxa"/>
          </w:tcPr>
          <w:p w14:paraId="09D6D3E4" w14:textId="77777777" w:rsidR="00D333E9" w:rsidRDefault="00D333E9"/>
        </w:tc>
        <w:tc>
          <w:tcPr>
            <w:tcW w:w="1134" w:type="dxa"/>
          </w:tcPr>
          <w:p w14:paraId="118B890E" w14:textId="77777777" w:rsidR="00D333E9" w:rsidRDefault="00D333E9"/>
        </w:tc>
        <w:tc>
          <w:tcPr>
            <w:tcW w:w="5532" w:type="dxa"/>
          </w:tcPr>
          <w:p w14:paraId="31158C8B" w14:textId="0B92E16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90° dublu perete; Material: Oțel inoxidabil, interior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9E00D1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Izolația: vată minerală bazaltică minim 40 mm/650°C; Destinat a fi utilizat la cazane cu combustibil solid (cărbune). Lungimea: 500 mm; Diametru: interior 500 mm, exterior 580 mm. Prețul propus trebuie să fie pentru un element.</w:t>
            </w:r>
          </w:p>
        </w:tc>
        <w:tc>
          <w:tcPr>
            <w:tcW w:w="1556" w:type="dxa"/>
          </w:tcPr>
          <w:p w14:paraId="22BD7BA7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5A3D704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9E00D1" w14:paraId="7312C12F" w14:textId="77777777" w:rsidTr="004222F6">
        <w:tc>
          <w:tcPr>
            <w:tcW w:w="2835" w:type="dxa"/>
          </w:tcPr>
          <w:p w14:paraId="1E68B78A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Colector de condens Ø 500 mm – 1 buc</w:t>
            </w:r>
          </w:p>
        </w:tc>
        <w:tc>
          <w:tcPr>
            <w:tcW w:w="1242" w:type="dxa"/>
          </w:tcPr>
          <w:p w14:paraId="3255F497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6950BF7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3EF8C4A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689DA7F7" w14:textId="1D84C6DC" w:rsidR="00D333E9" w:rsidRPr="009E00D1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Colector de condens inox; Material: Oțel inoxidabil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/AISI </w:t>
            </w:r>
            <w:r w:rsidR="009E00D1">
              <w:rPr>
                <w:sz w:val="14"/>
                <w:lang w:val="pt-BR"/>
              </w:rPr>
              <w:t>304</w:t>
            </w:r>
            <w:r w:rsidRPr="002669FB">
              <w:rPr>
                <w:sz w:val="14"/>
                <w:lang w:val="pt-BR"/>
              </w:rPr>
              <w:t xml:space="preserve">; Grosimea oțelului: minimum 0,5 mm. </w:t>
            </w:r>
            <w:r w:rsidRPr="009E00D1">
              <w:rPr>
                <w:sz w:val="14"/>
                <w:lang w:val="pt-BR"/>
              </w:rPr>
              <w:t>Diametru: 500 mm.</w:t>
            </w:r>
          </w:p>
        </w:tc>
        <w:tc>
          <w:tcPr>
            <w:tcW w:w="1556" w:type="dxa"/>
          </w:tcPr>
          <w:p w14:paraId="03419264" w14:textId="77777777" w:rsidR="00D333E9" w:rsidRPr="009E00D1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599A9C6" w14:textId="77777777" w:rsidR="00D333E9" w:rsidRPr="009E00D1" w:rsidRDefault="00D333E9">
            <w:pPr>
              <w:rPr>
                <w:lang w:val="pt-BR"/>
              </w:rPr>
            </w:pPr>
          </w:p>
        </w:tc>
      </w:tr>
      <w:tr w:rsidR="00D333E9" w:rsidRPr="004222F6" w14:paraId="7D8992B3" w14:textId="77777777" w:rsidTr="004222F6">
        <w:tc>
          <w:tcPr>
            <w:tcW w:w="2835" w:type="dxa"/>
          </w:tcPr>
          <w:p w14:paraId="318A1802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350-430 mm – 1 buc</w:t>
            </w:r>
          </w:p>
        </w:tc>
        <w:tc>
          <w:tcPr>
            <w:tcW w:w="1242" w:type="dxa"/>
          </w:tcPr>
          <w:p w14:paraId="19C7DDA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38FB3E7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5AF5630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12E51A01" w14:textId="71DAC9C1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Dop pentru izolație; Material: Oțel inoxidabil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/AISI 430; Grosimea oțelului: minimum 0,</w:t>
            </w:r>
            <w:r w:rsidR="009E00D1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interior 350 mm, exterior 430 mm. Prețul propus trebuie să fie pentru un element.</w:t>
            </w:r>
          </w:p>
        </w:tc>
        <w:tc>
          <w:tcPr>
            <w:tcW w:w="1556" w:type="dxa"/>
          </w:tcPr>
          <w:p w14:paraId="7A2341A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59A5A5E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FA02CD5" w14:textId="77777777" w:rsidTr="004222F6">
        <w:tc>
          <w:tcPr>
            <w:tcW w:w="2835" w:type="dxa"/>
          </w:tcPr>
          <w:p w14:paraId="21CDD2F7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300-380 mm – 1 buc</w:t>
            </w:r>
          </w:p>
        </w:tc>
        <w:tc>
          <w:tcPr>
            <w:tcW w:w="1242" w:type="dxa"/>
          </w:tcPr>
          <w:p w14:paraId="702323F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0F27E3E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085F8DE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54D3C776" w14:textId="1A6DB253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Dop pentru izolație; Material: Oțel inoxidabil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/AISI 430; Grosimea oțelului: minimum 0,</w:t>
            </w:r>
            <w:r w:rsidR="009E00D1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interior 300 mm, exterior 380 mm. Prețul propus trebuie să fie pentru un element.</w:t>
            </w:r>
          </w:p>
        </w:tc>
        <w:tc>
          <w:tcPr>
            <w:tcW w:w="1556" w:type="dxa"/>
          </w:tcPr>
          <w:p w14:paraId="5B97CCF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699EE41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36D5784E" w14:textId="77777777" w:rsidTr="004222F6">
        <w:tc>
          <w:tcPr>
            <w:tcW w:w="2835" w:type="dxa"/>
          </w:tcPr>
          <w:p w14:paraId="0EE493E4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500-580 mm – 3 buc</w:t>
            </w:r>
          </w:p>
        </w:tc>
        <w:tc>
          <w:tcPr>
            <w:tcW w:w="1242" w:type="dxa"/>
          </w:tcPr>
          <w:p w14:paraId="720A4141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0E7659FF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6D67370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2BB69B2D" w14:textId="4B295D08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Dop pentru izolație; Material: Oțel inoxidabil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/AISI 430; Grosimea oțelului: minimum 0,</w:t>
            </w:r>
            <w:r w:rsidR="009E00D1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interior 500 mm, exterior 580 mm. Prețul propus trebuie să fie pentru un element.</w:t>
            </w:r>
          </w:p>
        </w:tc>
        <w:tc>
          <w:tcPr>
            <w:tcW w:w="1556" w:type="dxa"/>
          </w:tcPr>
          <w:p w14:paraId="176BD79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1F3B090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F1F5C40" w14:textId="77777777" w:rsidTr="004222F6">
        <w:tc>
          <w:tcPr>
            <w:tcW w:w="2835" w:type="dxa"/>
          </w:tcPr>
          <w:p w14:paraId="3675155D" w14:textId="77777777" w:rsidR="00D333E9" w:rsidRDefault="00D03B84">
            <w:r>
              <w:rPr>
                <w:sz w:val="16"/>
              </w:rPr>
              <w:t xml:space="preserve">Capac Ø 350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4C16022" w14:textId="77777777" w:rsidR="00D333E9" w:rsidRDefault="00D333E9"/>
        </w:tc>
        <w:tc>
          <w:tcPr>
            <w:tcW w:w="1276" w:type="dxa"/>
          </w:tcPr>
          <w:p w14:paraId="4991DFE7" w14:textId="77777777" w:rsidR="00D333E9" w:rsidRDefault="00D333E9"/>
        </w:tc>
        <w:tc>
          <w:tcPr>
            <w:tcW w:w="1134" w:type="dxa"/>
          </w:tcPr>
          <w:p w14:paraId="7C477BCD" w14:textId="77777777" w:rsidR="00D333E9" w:rsidRDefault="00D333E9"/>
        </w:tc>
        <w:tc>
          <w:tcPr>
            <w:tcW w:w="5532" w:type="dxa"/>
          </w:tcPr>
          <w:p w14:paraId="5D657456" w14:textId="6FC9185E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Capac coș de fum; Material: Oțel inoxidabil AISI 3</w:t>
            </w:r>
            <w:r w:rsidR="009E00D1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/AISI </w:t>
            </w:r>
            <w:r w:rsidR="009E00D1">
              <w:rPr>
                <w:sz w:val="14"/>
                <w:lang w:val="pt-BR"/>
              </w:rPr>
              <w:t>304</w:t>
            </w:r>
            <w:r w:rsidRPr="002669FB">
              <w:rPr>
                <w:sz w:val="14"/>
                <w:lang w:val="pt-BR"/>
              </w:rPr>
              <w:t>; Grosimea oțelului: minimum 0,</w:t>
            </w:r>
            <w:r w:rsidR="009E00D1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350 mm. Prețul propus trebuie să fie pentru un element.</w:t>
            </w:r>
          </w:p>
        </w:tc>
        <w:tc>
          <w:tcPr>
            <w:tcW w:w="1556" w:type="dxa"/>
          </w:tcPr>
          <w:p w14:paraId="182CF3A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F8C943B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9E00D1" w14:paraId="0F2A73B7" w14:textId="77777777" w:rsidTr="004222F6">
        <w:tc>
          <w:tcPr>
            <w:tcW w:w="2835" w:type="dxa"/>
          </w:tcPr>
          <w:p w14:paraId="1122BB4D" w14:textId="77777777" w:rsidR="00D333E9" w:rsidRDefault="00D03B84">
            <w:proofErr w:type="spellStart"/>
            <w:r>
              <w:rPr>
                <w:sz w:val="16"/>
              </w:rPr>
              <w:t>Terminație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conică</w:t>
            </w:r>
            <w:proofErr w:type="spellEnd"/>
            <w:r>
              <w:rPr>
                <w:sz w:val="16"/>
              </w:rPr>
              <w:t xml:space="preserve"> Ø 500-580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7C78275A" w14:textId="77777777" w:rsidR="00D333E9" w:rsidRDefault="00D333E9"/>
        </w:tc>
        <w:tc>
          <w:tcPr>
            <w:tcW w:w="1276" w:type="dxa"/>
          </w:tcPr>
          <w:p w14:paraId="288A923F" w14:textId="77777777" w:rsidR="00D333E9" w:rsidRDefault="00D333E9"/>
        </w:tc>
        <w:tc>
          <w:tcPr>
            <w:tcW w:w="1134" w:type="dxa"/>
          </w:tcPr>
          <w:p w14:paraId="671939C0" w14:textId="77777777" w:rsidR="00D333E9" w:rsidRDefault="00D333E9"/>
        </w:tc>
        <w:tc>
          <w:tcPr>
            <w:tcW w:w="5532" w:type="dxa"/>
          </w:tcPr>
          <w:p w14:paraId="4DC963CD" w14:textId="0863CEB9" w:rsidR="00D333E9" w:rsidRPr="009E00D1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Terminație conică;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8336E2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Diametru: interior 500 mm, exterior 580 mm. </w:t>
            </w:r>
            <w:r w:rsidRPr="009E00D1">
              <w:rPr>
                <w:sz w:val="14"/>
                <w:lang w:val="pt-BR"/>
              </w:rPr>
              <w:t>Prețul propus trebuie să fie pentru un element.</w:t>
            </w:r>
          </w:p>
        </w:tc>
        <w:tc>
          <w:tcPr>
            <w:tcW w:w="1556" w:type="dxa"/>
          </w:tcPr>
          <w:p w14:paraId="42067C46" w14:textId="77777777" w:rsidR="00D333E9" w:rsidRPr="009E00D1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DDA6A3E" w14:textId="77777777" w:rsidR="00D333E9" w:rsidRPr="009E00D1" w:rsidRDefault="00D333E9">
            <w:pPr>
              <w:rPr>
                <w:lang w:val="pt-BR"/>
              </w:rPr>
            </w:pPr>
          </w:p>
        </w:tc>
      </w:tr>
      <w:tr w:rsidR="00D333E9" w:rsidRPr="008336E2" w14:paraId="38420D95" w14:textId="77777777" w:rsidTr="004222F6">
        <w:tc>
          <w:tcPr>
            <w:tcW w:w="2835" w:type="dxa"/>
          </w:tcPr>
          <w:p w14:paraId="6AA5E6E1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Platformă de descărcare Ø 500-580 mm – 6 buc</w:t>
            </w:r>
          </w:p>
        </w:tc>
        <w:tc>
          <w:tcPr>
            <w:tcW w:w="1242" w:type="dxa"/>
          </w:tcPr>
          <w:p w14:paraId="799736CD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391E5A5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5C7CD62E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3C319859" w14:textId="26E357F9" w:rsidR="00D333E9" w:rsidRPr="008336E2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Platformă de descărcare;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8336E2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Diametru: interior 500 mm, exterior 580 mm. </w:t>
            </w:r>
            <w:r w:rsidRPr="008336E2">
              <w:rPr>
                <w:sz w:val="14"/>
                <w:lang w:val="pt-BR"/>
              </w:rPr>
              <w:t>Prețul propus trebuie să fie pentru un element.</w:t>
            </w:r>
          </w:p>
        </w:tc>
        <w:tc>
          <w:tcPr>
            <w:tcW w:w="1556" w:type="dxa"/>
          </w:tcPr>
          <w:p w14:paraId="55AE6EEA" w14:textId="77777777" w:rsidR="00D333E9" w:rsidRPr="008336E2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1FE1E605" w14:textId="77777777" w:rsidR="00D333E9" w:rsidRPr="008336E2" w:rsidRDefault="00D333E9">
            <w:pPr>
              <w:rPr>
                <w:lang w:val="pt-BR"/>
              </w:rPr>
            </w:pPr>
          </w:p>
        </w:tc>
      </w:tr>
      <w:tr w:rsidR="00D333E9" w14:paraId="243B1370" w14:textId="77777777" w:rsidTr="004222F6">
        <w:tc>
          <w:tcPr>
            <w:tcW w:w="2835" w:type="dxa"/>
          </w:tcPr>
          <w:p w14:paraId="590FD6B5" w14:textId="77777777" w:rsidR="00D333E9" w:rsidRDefault="00D03B84">
            <w:proofErr w:type="spellStart"/>
            <w:r>
              <w:rPr>
                <w:sz w:val="16"/>
              </w:rPr>
              <w:t>Suport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bază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perete</w:t>
            </w:r>
            <w:proofErr w:type="spellEnd"/>
            <w:r>
              <w:rPr>
                <w:sz w:val="16"/>
              </w:rPr>
              <w:t xml:space="preserve"> – 6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FACC5D4" w14:textId="77777777" w:rsidR="00D333E9" w:rsidRDefault="00D333E9"/>
        </w:tc>
        <w:tc>
          <w:tcPr>
            <w:tcW w:w="1276" w:type="dxa"/>
          </w:tcPr>
          <w:p w14:paraId="322E3B52" w14:textId="77777777" w:rsidR="00D333E9" w:rsidRDefault="00D333E9"/>
        </w:tc>
        <w:tc>
          <w:tcPr>
            <w:tcW w:w="1134" w:type="dxa"/>
          </w:tcPr>
          <w:p w14:paraId="32A68272" w14:textId="77777777" w:rsidR="00D333E9" w:rsidRDefault="00D333E9"/>
        </w:tc>
        <w:tc>
          <w:tcPr>
            <w:tcW w:w="5532" w:type="dxa"/>
          </w:tcPr>
          <w:p w14:paraId="38E71818" w14:textId="77777777" w:rsidR="00D333E9" w:rsidRDefault="00D03B84">
            <w:r w:rsidRPr="002669FB">
              <w:rPr>
                <w:sz w:val="14"/>
                <w:lang w:val="pt-BR"/>
              </w:rPr>
              <w:t xml:space="preserve">Tip: Suport bază perete; Material: Profil oțel inoxidabil 30x30 mm; Grosimea oțelului: minimum 1 mm; Lungimea: 1200 mm. </w:t>
            </w:r>
            <w:proofErr w:type="spellStart"/>
            <w:r>
              <w:rPr>
                <w:sz w:val="14"/>
              </w:rPr>
              <w:t>Prețul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propus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trebuie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să</w:t>
            </w:r>
            <w:proofErr w:type="spellEnd"/>
            <w:r>
              <w:rPr>
                <w:sz w:val="14"/>
              </w:rPr>
              <w:t xml:space="preserve"> fie </w:t>
            </w:r>
            <w:proofErr w:type="spellStart"/>
            <w:r>
              <w:rPr>
                <w:sz w:val="14"/>
              </w:rPr>
              <w:t>pentru</w:t>
            </w:r>
            <w:proofErr w:type="spellEnd"/>
            <w:r>
              <w:rPr>
                <w:sz w:val="14"/>
              </w:rPr>
              <w:t xml:space="preserve"> un element.</w:t>
            </w:r>
          </w:p>
        </w:tc>
        <w:tc>
          <w:tcPr>
            <w:tcW w:w="1556" w:type="dxa"/>
          </w:tcPr>
          <w:p w14:paraId="149431E7" w14:textId="77777777" w:rsidR="00D333E9" w:rsidRDefault="00D333E9"/>
        </w:tc>
        <w:tc>
          <w:tcPr>
            <w:tcW w:w="1275" w:type="dxa"/>
          </w:tcPr>
          <w:p w14:paraId="144B34F3" w14:textId="77777777" w:rsidR="00D333E9" w:rsidRDefault="00D333E9"/>
        </w:tc>
      </w:tr>
      <w:tr w:rsidR="00D333E9" w:rsidRPr="004222F6" w14:paraId="715E8F17" w14:textId="77777777" w:rsidTr="004222F6">
        <w:tc>
          <w:tcPr>
            <w:tcW w:w="2835" w:type="dxa"/>
          </w:tcPr>
          <w:p w14:paraId="09657C4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Colier de perete (3 urechi) Ø 580 mm – 1 buc</w:t>
            </w:r>
          </w:p>
        </w:tc>
        <w:tc>
          <w:tcPr>
            <w:tcW w:w="1242" w:type="dxa"/>
          </w:tcPr>
          <w:p w14:paraId="155D089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D1FFC3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3F1BEF59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2DB9FE9A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Colier de perete (3 urechi); Material: Oțel inoxidabil; Grosimea oțelului: minimum 1 mm. Diametru: 580 mm. Prețul propus trebuie să fie pentru un element.</w:t>
            </w:r>
          </w:p>
        </w:tc>
        <w:tc>
          <w:tcPr>
            <w:tcW w:w="1556" w:type="dxa"/>
          </w:tcPr>
          <w:p w14:paraId="5369288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4454B18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B5CACAA" w14:textId="77777777" w:rsidTr="004222F6">
        <w:trPr>
          <w:trHeight w:val="60"/>
        </w:trPr>
        <w:tc>
          <w:tcPr>
            <w:tcW w:w="2835" w:type="dxa"/>
          </w:tcPr>
          <w:p w14:paraId="53A4481C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b/>
                <w:sz w:val="16"/>
                <w:lang w:val="pt-BR"/>
              </w:rPr>
              <w:t>Lotul 2 – Coș de fum, cazangeria nr. 2</w:t>
            </w:r>
          </w:p>
        </w:tc>
        <w:tc>
          <w:tcPr>
            <w:tcW w:w="1242" w:type="dxa"/>
          </w:tcPr>
          <w:p w14:paraId="606F439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7810DDD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1CFDA37D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4975C1D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556" w:type="dxa"/>
          </w:tcPr>
          <w:p w14:paraId="4599F6E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EA1AC52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7183181" w14:textId="77777777" w:rsidTr="004222F6">
        <w:tc>
          <w:tcPr>
            <w:tcW w:w="2835" w:type="dxa"/>
          </w:tcPr>
          <w:p w14:paraId="0D58DEA9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250-330 mm – 3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2562B843" w14:textId="77777777" w:rsidR="00D333E9" w:rsidRDefault="00D333E9"/>
        </w:tc>
        <w:tc>
          <w:tcPr>
            <w:tcW w:w="1276" w:type="dxa"/>
          </w:tcPr>
          <w:p w14:paraId="5743A506" w14:textId="77777777" w:rsidR="00D333E9" w:rsidRDefault="00D333E9"/>
        </w:tc>
        <w:tc>
          <w:tcPr>
            <w:tcW w:w="1134" w:type="dxa"/>
          </w:tcPr>
          <w:p w14:paraId="591ECA58" w14:textId="77777777" w:rsidR="00D333E9" w:rsidRDefault="00D333E9"/>
        </w:tc>
        <w:tc>
          <w:tcPr>
            <w:tcW w:w="5532" w:type="dxa"/>
          </w:tcPr>
          <w:p w14:paraId="0D4572C8" w14:textId="47C559F4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Țeavă pentru coș de fum dublu perete;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250 mm, exterior 330 mm; Lungimea: 1000 mm. Prețul propus trebuie să fie pentru un metru.</w:t>
            </w:r>
          </w:p>
        </w:tc>
        <w:tc>
          <w:tcPr>
            <w:tcW w:w="1556" w:type="dxa"/>
          </w:tcPr>
          <w:p w14:paraId="3C5109D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BF37D3D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7329FEC" w14:textId="77777777" w:rsidTr="004222F6">
        <w:tc>
          <w:tcPr>
            <w:tcW w:w="2835" w:type="dxa"/>
          </w:tcPr>
          <w:p w14:paraId="162FD903" w14:textId="77777777" w:rsidR="00D333E9" w:rsidRDefault="00D03B84">
            <w:proofErr w:type="spellStart"/>
            <w:r>
              <w:rPr>
                <w:sz w:val="16"/>
              </w:rPr>
              <w:t>Țeavă</w:t>
            </w:r>
            <w:proofErr w:type="spellEnd"/>
            <w:r>
              <w:rPr>
                <w:sz w:val="16"/>
              </w:rPr>
              <w:t xml:space="preserve"> Ø 350-430 mm – 8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4A515F1" w14:textId="77777777" w:rsidR="00D333E9" w:rsidRDefault="00D333E9"/>
        </w:tc>
        <w:tc>
          <w:tcPr>
            <w:tcW w:w="1276" w:type="dxa"/>
          </w:tcPr>
          <w:p w14:paraId="0C478DD4" w14:textId="77777777" w:rsidR="00D333E9" w:rsidRDefault="00D333E9"/>
        </w:tc>
        <w:tc>
          <w:tcPr>
            <w:tcW w:w="1134" w:type="dxa"/>
          </w:tcPr>
          <w:p w14:paraId="3018B83C" w14:textId="77777777" w:rsidR="00D333E9" w:rsidRDefault="00D333E9"/>
        </w:tc>
        <w:tc>
          <w:tcPr>
            <w:tcW w:w="5532" w:type="dxa"/>
          </w:tcPr>
          <w:p w14:paraId="3F60B4CE" w14:textId="0F9F3EFA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Țeavă pentru coș de fum dublu perete;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350 mm, exterior 430 mm; Lungimea: 1000 mm. Prețul propus trebuie să fie pentru un metru.</w:t>
            </w:r>
          </w:p>
        </w:tc>
        <w:tc>
          <w:tcPr>
            <w:tcW w:w="1556" w:type="dxa"/>
          </w:tcPr>
          <w:p w14:paraId="7C0528F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6D01554F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5F5AC252" w14:textId="77777777" w:rsidTr="004222F6">
        <w:tc>
          <w:tcPr>
            <w:tcW w:w="2835" w:type="dxa"/>
          </w:tcPr>
          <w:p w14:paraId="1C2E140D" w14:textId="77777777" w:rsidR="00D333E9" w:rsidRDefault="00D03B84">
            <w:r>
              <w:rPr>
                <w:sz w:val="16"/>
              </w:rPr>
              <w:t xml:space="preserve">Cot 90° Ø 250-330 mm – 2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2EC3FF1B" w14:textId="77777777" w:rsidR="00D333E9" w:rsidRDefault="00D333E9"/>
        </w:tc>
        <w:tc>
          <w:tcPr>
            <w:tcW w:w="1276" w:type="dxa"/>
          </w:tcPr>
          <w:p w14:paraId="301E741E" w14:textId="77777777" w:rsidR="00D333E9" w:rsidRDefault="00D333E9"/>
        </w:tc>
        <w:tc>
          <w:tcPr>
            <w:tcW w:w="1134" w:type="dxa"/>
          </w:tcPr>
          <w:p w14:paraId="1B597D6A" w14:textId="77777777" w:rsidR="00D333E9" w:rsidRDefault="00D333E9"/>
        </w:tc>
        <w:tc>
          <w:tcPr>
            <w:tcW w:w="5532" w:type="dxa"/>
          </w:tcPr>
          <w:p w14:paraId="532D0F2B" w14:textId="47515FC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Cot 90° dublu perete;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Diametru: interior 250 mm, exterior 330 mm. Prețul propus trebuie să fie pentru un element.</w:t>
            </w:r>
          </w:p>
        </w:tc>
        <w:tc>
          <w:tcPr>
            <w:tcW w:w="1556" w:type="dxa"/>
          </w:tcPr>
          <w:p w14:paraId="02ABBF4A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11D6251F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1DEF9DB3" w14:textId="77777777" w:rsidTr="004222F6">
        <w:tc>
          <w:tcPr>
            <w:tcW w:w="2835" w:type="dxa"/>
          </w:tcPr>
          <w:p w14:paraId="37DDAD24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90° Ø 350-430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4E480064" w14:textId="77777777" w:rsidR="00D333E9" w:rsidRDefault="00D333E9"/>
        </w:tc>
        <w:tc>
          <w:tcPr>
            <w:tcW w:w="1276" w:type="dxa"/>
          </w:tcPr>
          <w:p w14:paraId="3B43CCA7" w14:textId="77777777" w:rsidR="00D333E9" w:rsidRDefault="00D333E9"/>
        </w:tc>
        <w:tc>
          <w:tcPr>
            <w:tcW w:w="1134" w:type="dxa"/>
          </w:tcPr>
          <w:p w14:paraId="330EF1B8" w14:textId="77777777" w:rsidR="00D333E9" w:rsidRDefault="00D333E9"/>
        </w:tc>
        <w:tc>
          <w:tcPr>
            <w:tcW w:w="5532" w:type="dxa"/>
          </w:tcPr>
          <w:p w14:paraId="5F5BEB85" w14:textId="6CDFF66A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90° dublu perete;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1 mm, exterior minimum 0,5 mm; Izolația: vată minerală </w:t>
            </w:r>
            <w:r w:rsidRPr="002669FB">
              <w:rPr>
                <w:sz w:val="14"/>
                <w:lang w:val="pt-BR"/>
              </w:rPr>
              <w:lastRenderedPageBreak/>
              <w:t>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w="1556" w:type="dxa"/>
          </w:tcPr>
          <w:p w14:paraId="646738B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66F69CF0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253EC9F8" w14:textId="77777777" w:rsidTr="004222F6">
        <w:tc>
          <w:tcPr>
            <w:tcW w:w="2835" w:type="dxa"/>
          </w:tcPr>
          <w:p w14:paraId="0C818ED5" w14:textId="77777777" w:rsidR="00D333E9" w:rsidRDefault="00D03B84">
            <w:proofErr w:type="spellStart"/>
            <w:r>
              <w:rPr>
                <w:sz w:val="16"/>
              </w:rPr>
              <w:t>Teu</w:t>
            </w:r>
            <w:proofErr w:type="spellEnd"/>
            <w:r>
              <w:rPr>
                <w:sz w:val="16"/>
              </w:rPr>
              <w:t xml:space="preserve"> 45° Ø 350-430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61513AB3" w14:textId="77777777" w:rsidR="00D333E9" w:rsidRDefault="00D333E9"/>
        </w:tc>
        <w:tc>
          <w:tcPr>
            <w:tcW w:w="1276" w:type="dxa"/>
          </w:tcPr>
          <w:p w14:paraId="0445BD26" w14:textId="77777777" w:rsidR="00D333E9" w:rsidRDefault="00D333E9"/>
        </w:tc>
        <w:tc>
          <w:tcPr>
            <w:tcW w:w="1134" w:type="dxa"/>
          </w:tcPr>
          <w:p w14:paraId="0275FF4D" w14:textId="77777777" w:rsidR="00D333E9" w:rsidRDefault="00D333E9"/>
        </w:tc>
        <w:tc>
          <w:tcPr>
            <w:tcW w:w="5532" w:type="dxa"/>
          </w:tcPr>
          <w:p w14:paraId="03CFCBB2" w14:textId="3A3E858B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Teu 45° dublu perete; Material: Oțel inoxidabil, interior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, exterior AISI 430; Grosimea oțelului: interior minimum 1 mm, exterior minimum 0,5 mm; Izolația: vată minerală 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w="1556" w:type="dxa"/>
          </w:tcPr>
          <w:p w14:paraId="55C6314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2F5D3173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8336E2" w14:paraId="0BF81DAE" w14:textId="77777777" w:rsidTr="004222F6">
        <w:tc>
          <w:tcPr>
            <w:tcW w:w="2835" w:type="dxa"/>
          </w:tcPr>
          <w:p w14:paraId="74D6E39E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Colector de condens Ø 350 mm – 1 buc</w:t>
            </w:r>
          </w:p>
        </w:tc>
        <w:tc>
          <w:tcPr>
            <w:tcW w:w="1242" w:type="dxa"/>
          </w:tcPr>
          <w:p w14:paraId="72E70AE6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49A05FA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43E41B5E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20FAACEF" w14:textId="7635D405" w:rsidR="00D333E9" w:rsidRPr="008336E2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Colector de condens inox; Material: Oțel inoxidabil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/AISI 430; Grosimea oțelului: minimum 0,5 mm. </w:t>
            </w:r>
            <w:r w:rsidRPr="008336E2">
              <w:rPr>
                <w:sz w:val="14"/>
                <w:lang w:val="pt-BR"/>
              </w:rPr>
              <w:t>Diametru: 350 mm.</w:t>
            </w:r>
          </w:p>
        </w:tc>
        <w:tc>
          <w:tcPr>
            <w:tcW w:w="1556" w:type="dxa"/>
          </w:tcPr>
          <w:p w14:paraId="4BC900C0" w14:textId="77777777" w:rsidR="00D333E9" w:rsidRPr="008336E2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792E9ADE" w14:textId="77777777" w:rsidR="00D333E9" w:rsidRPr="008336E2" w:rsidRDefault="00D333E9">
            <w:pPr>
              <w:rPr>
                <w:lang w:val="pt-BR"/>
              </w:rPr>
            </w:pPr>
          </w:p>
        </w:tc>
      </w:tr>
      <w:tr w:rsidR="00D333E9" w:rsidRPr="004222F6" w14:paraId="32FA1BC0" w14:textId="77777777" w:rsidTr="004222F6">
        <w:tc>
          <w:tcPr>
            <w:tcW w:w="2835" w:type="dxa"/>
          </w:tcPr>
          <w:p w14:paraId="48974665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250-330 mm – 2 buc</w:t>
            </w:r>
          </w:p>
        </w:tc>
        <w:tc>
          <w:tcPr>
            <w:tcW w:w="1242" w:type="dxa"/>
          </w:tcPr>
          <w:p w14:paraId="6E7474A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04ABC3A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4C7C70F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5D06BB80" w14:textId="77C51402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Dop pentru izolație; Material: Oțel inoxidabil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/AISI 430; Grosimea oțelului: minimum 0,</w:t>
            </w:r>
            <w:r w:rsidR="008336E2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interior 250 mm, exterior 330 mm. Prețul propus trebuie să fie pentru un element.</w:t>
            </w:r>
          </w:p>
        </w:tc>
        <w:tc>
          <w:tcPr>
            <w:tcW w:w="1556" w:type="dxa"/>
          </w:tcPr>
          <w:p w14:paraId="6653FC6F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F080D7C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0C68A5AE" w14:textId="77777777" w:rsidTr="004222F6">
        <w:tc>
          <w:tcPr>
            <w:tcW w:w="2835" w:type="dxa"/>
          </w:tcPr>
          <w:p w14:paraId="40075616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Dop pentru izolație Ø 350-430 mm – 1 buc</w:t>
            </w:r>
          </w:p>
        </w:tc>
        <w:tc>
          <w:tcPr>
            <w:tcW w:w="1242" w:type="dxa"/>
          </w:tcPr>
          <w:p w14:paraId="747E72D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32079A3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68B2EA64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32D6FF0E" w14:textId="12FC27B1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Dop pentru izolație; Material: Oțel inoxidabil AISI 3</w:t>
            </w:r>
            <w:r w:rsidR="008336E2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>/AISI 430; Grosimea oțelului: minimum 0,</w:t>
            </w:r>
            <w:r w:rsidR="008336E2">
              <w:rPr>
                <w:sz w:val="14"/>
                <w:lang w:val="pt-BR"/>
              </w:rPr>
              <w:t>8</w:t>
            </w:r>
            <w:r w:rsidRPr="002669FB">
              <w:rPr>
                <w:sz w:val="14"/>
                <w:lang w:val="pt-BR"/>
              </w:rPr>
              <w:t xml:space="preserve"> mm. Diametru: interior 350 mm, exterior 430 mm. Prețul propus trebuie să fie pentru un element.</w:t>
            </w:r>
          </w:p>
        </w:tc>
        <w:tc>
          <w:tcPr>
            <w:tcW w:w="1556" w:type="dxa"/>
          </w:tcPr>
          <w:p w14:paraId="7D03982B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0DF1B2E5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4222F6" w14:paraId="6EB7E1E1" w14:textId="77777777" w:rsidTr="004222F6">
        <w:tc>
          <w:tcPr>
            <w:tcW w:w="2835" w:type="dxa"/>
          </w:tcPr>
          <w:p w14:paraId="25A8B750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Trecere pentru acoperiș Ø 430 mm – 1 buc</w:t>
            </w:r>
          </w:p>
        </w:tc>
        <w:tc>
          <w:tcPr>
            <w:tcW w:w="1242" w:type="dxa"/>
          </w:tcPr>
          <w:p w14:paraId="548D4D41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4BD9A49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778CC10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6DD5E08A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Trecere pentru acoperiș; Material: Oțel inoxidabil AISI 304/AISI 430; Grosimea oțelului: minimum 0,5 mm. Diametru: 430 mm. Prețul propus trebuie să fie pentru un element.</w:t>
            </w:r>
          </w:p>
        </w:tc>
        <w:tc>
          <w:tcPr>
            <w:tcW w:w="1556" w:type="dxa"/>
          </w:tcPr>
          <w:p w14:paraId="4113F48F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3599F77A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14:paraId="067CA080" w14:textId="77777777" w:rsidTr="004222F6">
        <w:tc>
          <w:tcPr>
            <w:tcW w:w="2835" w:type="dxa"/>
          </w:tcPr>
          <w:p w14:paraId="1F61576C" w14:textId="77777777" w:rsidR="00D333E9" w:rsidRDefault="00D03B84">
            <w:r>
              <w:rPr>
                <w:sz w:val="16"/>
              </w:rPr>
              <w:t xml:space="preserve">Colier conic Ø 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74638640" w14:textId="77777777" w:rsidR="00D333E9" w:rsidRDefault="00D333E9"/>
        </w:tc>
        <w:tc>
          <w:tcPr>
            <w:tcW w:w="1276" w:type="dxa"/>
          </w:tcPr>
          <w:p w14:paraId="2922320C" w14:textId="77777777" w:rsidR="00D333E9" w:rsidRDefault="00D333E9"/>
        </w:tc>
        <w:tc>
          <w:tcPr>
            <w:tcW w:w="1134" w:type="dxa"/>
          </w:tcPr>
          <w:p w14:paraId="1FE6C64F" w14:textId="77777777" w:rsidR="00D333E9" w:rsidRDefault="00D333E9"/>
        </w:tc>
        <w:tc>
          <w:tcPr>
            <w:tcW w:w="5532" w:type="dxa"/>
          </w:tcPr>
          <w:p w14:paraId="73529744" w14:textId="77777777" w:rsidR="00D333E9" w:rsidRDefault="00D03B84">
            <w:r w:rsidRPr="002669FB">
              <w:rPr>
                <w:sz w:val="14"/>
                <w:lang w:val="pt-BR"/>
              </w:rPr>
              <w:t xml:space="preserve">Tip: Colier conic; Material: Oțel inoxidabil; Grosimea oțelului: minimum 1 mm. Diametru: 430 mm. </w:t>
            </w:r>
            <w:proofErr w:type="spellStart"/>
            <w:r>
              <w:rPr>
                <w:sz w:val="14"/>
              </w:rPr>
              <w:t>Prețul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propus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trebuie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să</w:t>
            </w:r>
            <w:proofErr w:type="spellEnd"/>
            <w:r>
              <w:rPr>
                <w:sz w:val="14"/>
              </w:rPr>
              <w:t xml:space="preserve"> fie </w:t>
            </w:r>
            <w:proofErr w:type="spellStart"/>
            <w:r>
              <w:rPr>
                <w:sz w:val="14"/>
              </w:rPr>
              <w:t>pentru</w:t>
            </w:r>
            <w:proofErr w:type="spellEnd"/>
            <w:r>
              <w:rPr>
                <w:sz w:val="14"/>
              </w:rPr>
              <w:t xml:space="preserve"> un element.</w:t>
            </w:r>
          </w:p>
        </w:tc>
        <w:tc>
          <w:tcPr>
            <w:tcW w:w="1556" w:type="dxa"/>
          </w:tcPr>
          <w:p w14:paraId="42821259" w14:textId="77777777" w:rsidR="00D333E9" w:rsidRDefault="00D333E9"/>
        </w:tc>
        <w:tc>
          <w:tcPr>
            <w:tcW w:w="1275" w:type="dxa"/>
          </w:tcPr>
          <w:p w14:paraId="1306C9E9" w14:textId="77777777" w:rsidR="00D333E9" w:rsidRDefault="00D333E9"/>
        </w:tc>
      </w:tr>
      <w:tr w:rsidR="00D333E9" w:rsidRPr="00D4005B" w14:paraId="5EEF9DCF" w14:textId="77777777" w:rsidTr="004222F6">
        <w:tc>
          <w:tcPr>
            <w:tcW w:w="2835" w:type="dxa"/>
          </w:tcPr>
          <w:p w14:paraId="76261275" w14:textId="77777777" w:rsidR="00D333E9" w:rsidRDefault="00D03B84">
            <w:proofErr w:type="spellStart"/>
            <w:r>
              <w:rPr>
                <w:sz w:val="16"/>
              </w:rPr>
              <w:t>Terminație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conică</w:t>
            </w:r>
            <w:proofErr w:type="spellEnd"/>
            <w:r>
              <w:rPr>
                <w:sz w:val="16"/>
              </w:rPr>
              <w:t xml:space="preserve"> Ø 346-430 mm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2D9F090B" w14:textId="77777777" w:rsidR="00D333E9" w:rsidRDefault="00D333E9"/>
        </w:tc>
        <w:tc>
          <w:tcPr>
            <w:tcW w:w="1276" w:type="dxa"/>
          </w:tcPr>
          <w:p w14:paraId="492AAC42" w14:textId="77777777" w:rsidR="00D333E9" w:rsidRDefault="00D333E9"/>
        </w:tc>
        <w:tc>
          <w:tcPr>
            <w:tcW w:w="1134" w:type="dxa"/>
          </w:tcPr>
          <w:p w14:paraId="051F41D6" w14:textId="77777777" w:rsidR="00D333E9" w:rsidRDefault="00D333E9"/>
        </w:tc>
        <w:tc>
          <w:tcPr>
            <w:tcW w:w="5532" w:type="dxa"/>
          </w:tcPr>
          <w:p w14:paraId="1B2D6AC3" w14:textId="09479DFF" w:rsidR="00D333E9" w:rsidRPr="00D4005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Terminație conică; Material: Oțel inoxidabil, interior AISI 3</w:t>
            </w:r>
            <w:r w:rsidR="00D4005B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D4005B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Diametru: interior 346 mm, exterior 430 mm. </w:t>
            </w:r>
            <w:r w:rsidRPr="00D4005B">
              <w:rPr>
                <w:sz w:val="14"/>
                <w:lang w:val="pt-BR"/>
              </w:rPr>
              <w:t>Prețul propus trebuie să fie pentru un element.</w:t>
            </w:r>
          </w:p>
        </w:tc>
        <w:tc>
          <w:tcPr>
            <w:tcW w:w="1556" w:type="dxa"/>
          </w:tcPr>
          <w:p w14:paraId="38658146" w14:textId="77777777" w:rsidR="00D333E9" w:rsidRPr="00D4005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291D2A61" w14:textId="77777777" w:rsidR="00D333E9" w:rsidRPr="00D4005B" w:rsidRDefault="00D333E9">
            <w:pPr>
              <w:rPr>
                <w:lang w:val="pt-BR"/>
              </w:rPr>
            </w:pPr>
          </w:p>
        </w:tc>
      </w:tr>
      <w:tr w:rsidR="00D333E9" w:rsidRPr="004222F6" w14:paraId="6ACB639C" w14:textId="77777777" w:rsidTr="004222F6">
        <w:tc>
          <w:tcPr>
            <w:tcW w:w="2835" w:type="dxa"/>
          </w:tcPr>
          <w:p w14:paraId="2985EE7C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Colier de perete (1 ureche) Ø 430 mm – 4 buc</w:t>
            </w:r>
          </w:p>
        </w:tc>
        <w:tc>
          <w:tcPr>
            <w:tcW w:w="1242" w:type="dxa"/>
          </w:tcPr>
          <w:p w14:paraId="121ACE30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2964B153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16F3853C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174B1E99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Colier de perete (1 ureche); Material: Oțel inoxidabil; Grosimea oțelului: minimum 1 mm. Diametru: 430 mm. Prețul propus trebuie să fie pentru un element.</w:t>
            </w:r>
          </w:p>
        </w:tc>
        <w:tc>
          <w:tcPr>
            <w:tcW w:w="1556" w:type="dxa"/>
          </w:tcPr>
          <w:p w14:paraId="37E19838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64995E81" w14:textId="77777777" w:rsidR="00D333E9" w:rsidRPr="002669FB" w:rsidRDefault="00D333E9">
            <w:pPr>
              <w:rPr>
                <w:lang w:val="pt-BR"/>
              </w:rPr>
            </w:pPr>
          </w:p>
        </w:tc>
      </w:tr>
      <w:tr w:rsidR="00D333E9" w:rsidRPr="00D4005B" w14:paraId="51424B8D" w14:textId="77777777" w:rsidTr="004222F6">
        <w:tc>
          <w:tcPr>
            <w:tcW w:w="2835" w:type="dxa"/>
          </w:tcPr>
          <w:p w14:paraId="17B95554" w14:textId="77777777" w:rsidR="00D333E9" w:rsidRPr="002669FB" w:rsidRDefault="00D03B84">
            <w:pPr>
              <w:rPr>
                <w:lang w:val="pt-BR"/>
              </w:rPr>
            </w:pPr>
            <w:r w:rsidRPr="002669FB">
              <w:rPr>
                <w:sz w:val="16"/>
                <w:lang w:val="pt-BR"/>
              </w:rPr>
              <w:t>Platformă de descărcare Ø 350-430 mm – 1 buc</w:t>
            </w:r>
          </w:p>
        </w:tc>
        <w:tc>
          <w:tcPr>
            <w:tcW w:w="1242" w:type="dxa"/>
          </w:tcPr>
          <w:p w14:paraId="3C0B4285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1703BB57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1134" w:type="dxa"/>
          </w:tcPr>
          <w:p w14:paraId="0536B5FA" w14:textId="77777777" w:rsidR="00D333E9" w:rsidRPr="002669FB" w:rsidRDefault="00D333E9">
            <w:pPr>
              <w:rPr>
                <w:lang w:val="pt-BR"/>
              </w:rPr>
            </w:pPr>
          </w:p>
        </w:tc>
        <w:tc>
          <w:tcPr>
            <w:tcW w:w="5532" w:type="dxa"/>
          </w:tcPr>
          <w:p w14:paraId="1EEFE23B" w14:textId="2AE5F4DD" w:rsidR="00D333E9" w:rsidRPr="00D4005B" w:rsidRDefault="00D03B84">
            <w:pPr>
              <w:rPr>
                <w:lang w:val="pt-BR"/>
              </w:rPr>
            </w:pPr>
            <w:r w:rsidRPr="002669FB">
              <w:rPr>
                <w:sz w:val="14"/>
                <w:lang w:val="pt-BR"/>
              </w:rPr>
              <w:t>Tip: Platformă de descărcare; Material: Oțel inoxidabil, interior AISI 3</w:t>
            </w:r>
            <w:r w:rsidR="00D4005B">
              <w:rPr>
                <w:sz w:val="14"/>
                <w:lang w:val="pt-BR"/>
              </w:rPr>
              <w:t>16</w:t>
            </w:r>
            <w:r w:rsidRPr="002669FB">
              <w:rPr>
                <w:sz w:val="14"/>
                <w:lang w:val="pt-BR"/>
              </w:rPr>
              <w:t xml:space="preserve">, exterior AISI 430; Grosimea oțelului: interior minimum </w:t>
            </w:r>
            <w:r w:rsidR="00D4005B">
              <w:rPr>
                <w:sz w:val="14"/>
                <w:lang w:val="pt-BR"/>
              </w:rPr>
              <w:t>0,8</w:t>
            </w:r>
            <w:r w:rsidRPr="002669FB">
              <w:rPr>
                <w:sz w:val="14"/>
                <w:lang w:val="pt-BR"/>
              </w:rPr>
              <w:t xml:space="preserve"> mm, exterior minimum 0,5 mm; Diametru: interior 350 mm, exterior 430 mm. </w:t>
            </w:r>
            <w:r w:rsidRPr="00D4005B">
              <w:rPr>
                <w:sz w:val="14"/>
                <w:lang w:val="pt-BR"/>
              </w:rPr>
              <w:t>Prețul propus trebuie să fie pentru un element.</w:t>
            </w:r>
          </w:p>
        </w:tc>
        <w:tc>
          <w:tcPr>
            <w:tcW w:w="1556" w:type="dxa"/>
          </w:tcPr>
          <w:p w14:paraId="73C6C3ED" w14:textId="77777777" w:rsidR="00D333E9" w:rsidRPr="00D4005B" w:rsidRDefault="00D333E9">
            <w:pPr>
              <w:rPr>
                <w:lang w:val="pt-BR"/>
              </w:rPr>
            </w:pPr>
          </w:p>
        </w:tc>
        <w:tc>
          <w:tcPr>
            <w:tcW w:w="1275" w:type="dxa"/>
          </w:tcPr>
          <w:p w14:paraId="2B575AC7" w14:textId="77777777" w:rsidR="00D333E9" w:rsidRPr="00D4005B" w:rsidRDefault="00D333E9">
            <w:pPr>
              <w:rPr>
                <w:lang w:val="pt-BR"/>
              </w:rPr>
            </w:pPr>
          </w:p>
        </w:tc>
      </w:tr>
      <w:tr w:rsidR="00D333E9" w14:paraId="0E6E4CDB" w14:textId="77777777" w:rsidTr="004222F6">
        <w:tc>
          <w:tcPr>
            <w:tcW w:w="2835" w:type="dxa"/>
          </w:tcPr>
          <w:p w14:paraId="77593018" w14:textId="77777777" w:rsidR="00D333E9" w:rsidRDefault="00D03B84">
            <w:proofErr w:type="spellStart"/>
            <w:r>
              <w:rPr>
                <w:sz w:val="16"/>
              </w:rPr>
              <w:t>Suport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armat</w:t>
            </w:r>
            <w:proofErr w:type="spellEnd"/>
            <w:r>
              <w:rPr>
                <w:sz w:val="16"/>
              </w:rPr>
              <w:t xml:space="preserve"> 800 mm – 4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3396FAB0" w14:textId="77777777" w:rsidR="00D333E9" w:rsidRDefault="00D333E9"/>
        </w:tc>
        <w:tc>
          <w:tcPr>
            <w:tcW w:w="1276" w:type="dxa"/>
          </w:tcPr>
          <w:p w14:paraId="421BF00E" w14:textId="77777777" w:rsidR="00D333E9" w:rsidRDefault="00D333E9"/>
        </w:tc>
        <w:tc>
          <w:tcPr>
            <w:tcW w:w="1134" w:type="dxa"/>
          </w:tcPr>
          <w:p w14:paraId="44D512D1" w14:textId="77777777" w:rsidR="00D333E9" w:rsidRDefault="00D333E9"/>
        </w:tc>
        <w:tc>
          <w:tcPr>
            <w:tcW w:w="5532" w:type="dxa"/>
          </w:tcPr>
          <w:p w14:paraId="3D3FAB93" w14:textId="77777777" w:rsidR="00D333E9" w:rsidRDefault="00D03B84">
            <w:r w:rsidRPr="002669FB">
              <w:rPr>
                <w:sz w:val="14"/>
                <w:lang w:val="pt-BR"/>
              </w:rPr>
              <w:t xml:space="preserve">Tip: Suport armat; Material: Oțel inoxidabil; Grosimea oțelului: minimum 1 mm. </w:t>
            </w:r>
            <w:proofErr w:type="spellStart"/>
            <w:r>
              <w:rPr>
                <w:sz w:val="14"/>
              </w:rPr>
              <w:t>Lungimea</w:t>
            </w:r>
            <w:proofErr w:type="spellEnd"/>
            <w:r>
              <w:rPr>
                <w:sz w:val="14"/>
              </w:rPr>
              <w:t xml:space="preserve">: 800 mm. </w:t>
            </w:r>
            <w:proofErr w:type="spellStart"/>
            <w:r>
              <w:rPr>
                <w:sz w:val="14"/>
              </w:rPr>
              <w:t>Prețul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propus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trebuie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să</w:t>
            </w:r>
            <w:proofErr w:type="spellEnd"/>
            <w:r>
              <w:rPr>
                <w:sz w:val="14"/>
              </w:rPr>
              <w:t xml:space="preserve"> fie </w:t>
            </w:r>
            <w:proofErr w:type="spellStart"/>
            <w:r>
              <w:rPr>
                <w:sz w:val="14"/>
              </w:rPr>
              <w:t>pentru</w:t>
            </w:r>
            <w:proofErr w:type="spellEnd"/>
            <w:r>
              <w:rPr>
                <w:sz w:val="14"/>
              </w:rPr>
              <w:t xml:space="preserve"> un element.</w:t>
            </w:r>
          </w:p>
        </w:tc>
        <w:tc>
          <w:tcPr>
            <w:tcW w:w="1556" w:type="dxa"/>
          </w:tcPr>
          <w:p w14:paraId="4EA60376" w14:textId="77777777" w:rsidR="00D333E9" w:rsidRDefault="00D333E9"/>
        </w:tc>
        <w:tc>
          <w:tcPr>
            <w:tcW w:w="1275" w:type="dxa"/>
          </w:tcPr>
          <w:p w14:paraId="51DFB6A2" w14:textId="77777777" w:rsidR="00D333E9" w:rsidRDefault="00D333E9"/>
        </w:tc>
      </w:tr>
      <w:tr w:rsidR="00D333E9" w14:paraId="2BAA9B6C" w14:textId="77777777" w:rsidTr="004222F6">
        <w:tc>
          <w:tcPr>
            <w:tcW w:w="2835" w:type="dxa"/>
          </w:tcPr>
          <w:p w14:paraId="38872588" w14:textId="77777777" w:rsidR="00D333E9" w:rsidRDefault="00D03B84">
            <w:proofErr w:type="spellStart"/>
            <w:r>
              <w:rPr>
                <w:sz w:val="16"/>
              </w:rPr>
              <w:t>Suport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bază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perete</w:t>
            </w:r>
            <w:proofErr w:type="spellEnd"/>
            <w:r>
              <w:rPr>
                <w:sz w:val="16"/>
              </w:rPr>
              <w:t xml:space="preserve"> – 1 </w:t>
            </w:r>
            <w:proofErr w:type="spellStart"/>
            <w:r>
              <w:rPr>
                <w:sz w:val="16"/>
              </w:rPr>
              <w:t>buc</w:t>
            </w:r>
            <w:proofErr w:type="spellEnd"/>
          </w:p>
        </w:tc>
        <w:tc>
          <w:tcPr>
            <w:tcW w:w="1242" w:type="dxa"/>
          </w:tcPr>
          <w:p w14:paraId="33B7A02F" w14:textId="77777777" w:rsidR="00D333E9" w:rsidRDefault="00D333E9"/>
        </w:tc>
        <w:tc>
          <w:tcPr>
            <w:tcW w:w="1276" w:type="dxa"/>
          </w:tcPr>
          <w:p w14:paraId="2688F362" w14:textId="77777777" w:rsidR="00D333E9" w:rsidRDefault="00D333E9"/>
        </w:tc>
        <w:tc>
          <w:tcPr>
            <w:tcW w:w="1134" w:type="dxa"/>
          </w:tcPr>
          <w:p w14:paraId="6EEDB4F0" w14:textId="77777777" w:rsidR="00D333E9" w:rsidRDefault="00D333E9"/>
        </w:tc>
        <w:tc>
          <w:tcPr>
            <w:tcW w:w="5532" w:type="dxa"/>
          </w:tcPr>
          <w:p w14:paraId="30436030" w14:textId="77777777" w:rsidR="00D333E9" w:rsidRDefault="00D03B84">
            <w:r w:rsidRPr="002669FB">
              <w:rPr>
                <w:sz w:val="14"/>
                <w:lang w:val="pt-BR"/>
              </w:rPr>
              <w:t xml:space="preserve">Tip: Suport bază perete; Material: Profil oțel inoxidabil 30x30 mm; Grosimea oțelului: minimum 1 mm; Lungimea: 1000/1200 mm. </w:t>
            </w:r>
            <w:proofErr w:type="spellStart"/>
            <w:r>
              <w:rPr>
                <w:sz w:val="14"/>
              </w:rPr>
              <w:t>Prețul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propus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trebuie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să</w:t>
            </w:r>
            <w:proofErr w:type="spellEnd"/>
            <w:r>
              <w:rPr>
                <w:sz w:val="14"/>
              </w:rPr>
              <w:t xml:space="preserve"> fie pentru un element.</w:t>
            </w:r>
          </w:p>
        </w:tc>
        <w:tc>
          <w:tcPr>
            <w:tcW w:w="1556" w:type="dxa"/>
          </w:tcPr>
          <w:p w14:paraId="23CDD4CD" w14:textId="77777777" w:rsidR="00D333E9" w:rsidRDefault="00D333E9"/>
        </w:tc>
        <w:tc>
          <w:tcPr>
            <w:tcW w:w="1275" w:type="dxa"/>
          </w:tcPr>
          <w:p w14:paraId="2A697B44" w14:textId="77777777" w:rsidR="00D333E9" w:rsidRDefault="00D333E9"/>
        </w:tc>
      </w:tr>
      <w:tr w:rsidR="00D333E9" w14:paraId="0568E21E" w14:textId="77777777" w:rsidTr="004222F6">
        <w:tc>
          <w:tcPr>
            <w:tcW w:w="2835" w:type="dxa"/>
          </w:tcPr>
          <w:p w14:paraId="4B194F28" w14:textId="77777777" w:rsidR="00D333E9" w:rsidRDefault="00D03B84">
            <w:r>
              <w:rPr>
                <w:b/>
                <w:sz w:val="18"/>
              </w:rPr>
              <w:t>TOTAL</w:t>
            </w:r>
          </w:p>
        </w:tc>
        <w:tc>
          <w:tcPr>
            <w:tcW w:w="1242" w:type="dxa"/>
          </w:tcPr>
          <w:p w14:paraId="24FE91F7" w14:textId="77777777" w:rsidR="00D333E9" w:rsidRDefault="00D333E9"/>
        </w:tc>
        <w:tc>
          <w:tcPr>
            <w:tcW w:w="1276" w:type="dxa"/>
          </w:tcPr>
          <w:p w14:paraId="553281CD" w14:textId="77777777" w:rsidR="00D333E9" w:rsidRDefault="00D333E9"/>
        </w:tc>
        <w:tc>
          <w:tcPr>
            <w:tcW w:w="1134" w:type="dxa"/>
          </w:tcPr>
          <w:p w14:paraId="0DAA83D8" w14:textId="77777777" w:rsidR="00D333E9" w:rsidRDefault="00D333E9"/>
        </w:tc>
        <w:tc>
          <w:tcPr>
            <w:tcW w:w="5532" w:type="dxa"/>
          </w:tcPr>
          <w:p w14:paraId="6190BE4C" w14:textId="77777777" w:rsidR="00D333E9" w:rsidRDefault="00D333E9"/>
        </w:tc>
        <w:tc>
          <w:tcPr>
            <w:tcW w:w="1556" w:type="dxa"/>
          </w:tcPr>
          <w:p w14:paraId="08E158BB" w14:textId="77777777" w:rsidR="00D333E9" w:rsidRDefault="00D333E9"/>
        </w:tc>
        <w:tc>
          <w:tcPr>
            <w:tcW w:w="1275" w:type="dxa"/>
          </w:tcPr>
          <w:p w14:paraId="4815BFB8" w14:textId="77777777" w:rsidR="00D333E9" w:rsidRDefault="00D333E9"/>
        </w:tc>
      </w:tr>
    </w:tbl>
    <w:p w14:paraId="23B75E6F" w14:textId="77777777" w:rsidR="00D333E9" w:rsidRDefault="00D333E9">
      <w:pPr>
        <w:spacing w:after="160"/>
      </w:pPr>
    </w:p>
    <w:p w14:paraId="4CAE9161" w14:textId="77777777" w:rsidR="00D333E9" w:rsidRDefault="00D03B84">
      <w:pPr>
        <w:jc w:val="both"/>
      </w:pPr>
      <w:r>
        <w:rPr>
          <w:i/>
          <w:sz w:val="20"/>
        </w:rPr>
        <w:t>Cerințe generale obligatorii: bunurile vor fi noi, nefolosite; garanție minim 12 luni; livrarea și instalarea se efectuează din contul ofertantului; se prezintă certificat de calitate/conformitate care confirmă materialul AISI 304 (interior) / AISI 430 (exterior) și izolația din vată minerală bazaltică minim 40 mm/650°C; îmbinare tip mufă, sudură TIG.</w:t>
      </w:r>
    </w:p>
    <w:p w14:paraId="600C13E6" w14:textId="77777777" w:rsidR="00D333E9" w:rsidRPr="002669FB" w:rsidRDefault="00D03B84">
      <w:pPr>
        <w:spacing w:after="80"/>
        <w:rPr>
          <w:lang w:val="pt-BR"/>
        </w:rPr>
      </w:pPr>
      <w:r w:rsidRPr="002669FB">
        <w:rPr>
          <w:sz w:val="22"/>
          <w:lang w:val="pt-BR"/>
        </w:rPr>
        <w:t>Semnat: _______________  Numele, Prenumele: _____________________________  În calitate de: ________________</w:t>
      </w:r>
    </w:p>
    <w:p w14:paraId="4A643A57" w14:textId="77777777" w:rsidR="00D333E9" w:rsidRPr="002669FB" w:rsidRDefault="00D03B84">
      <w:pPr>
        <w:spacing w:after="120"/>
        <w:rPr>
          <w:lang w:val="pt-BR"/>
        </w:rPr>
      </w:pPr>
      <w:r w:rsidRPr="002669FB">
        <w:rPr>
          <w:sz w:val="22"/>
          <w:lang w:val="pt-BR"/>
        </w:rPr>
        <w:t>Ofertantul: _______________________  Adresa: ______________________________</w:t>
      </w:r>
    </w:p>
    <w:sectPr w:rsidR="00D333E9" w:rsidRPr="002669FB" w:rsidSect="00D4005B">
      <w:pgSz w:w="16838" w:h="11906" w:orient="landscape"/>
      <w:pgMar w:top="568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4026921">
    <w:abstractNumId w:val="8"/>
  </w:num>
  <w:num w:numId="2" w16cid:durableId="32928618">
    <w:abstractNumId w:val="6"/>
  </w:num>
  <w:num w:numId="3" w16cid:durableId="128745146">
    <w:abstractNumId w:val="5"/>
  </w:num>
  <w:num w:numId="4" w16cid:durableId="883951129">
    <w:abstractNumId w:val="4"/>
  </w:num>
  <w:num w:numId="5" w16cid:durableId="1384524890">
    <w:abstractNumId w:val="7"/>
  </w:num>
  <w:num w:numId="6" w16cid:durableId="159781184">
    <w:abstractNumId w:val="3"/>
  </w:num>
  <w:num w:numId="7" w16cid:durableId="1517116686">
    <w:abstractNumId w:val="2"/>
  </w:num>
  <w:num w:numId="8" w16cid:durableId="1237201499">
    <w:abstractNumId w:val="1"/>
  </w:num>
  <w:num w:numId="9" w16cid:durableId="13483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669FB"/>
    <w:rsid w:val="0029639D"/>
    <w:rsid w:val="00326F90"/>
    <w:rsid w:val="004222F6"/>
    <w:rsid w:val="004D6339"/>
    <w:rsid w:val="006F4E29"/>
    <w:rsid w:val="008336E2"/>
    <w:rsid w:val="009E00D1"/>
    <w:rsid w:val="00AA1D8D"/>
    <w:rsid w:val="00B47730"/>
    <w:rsid w:val="00CB0664"/>
    <w:rsid w:val="00D03B84"/>
    <w:rsid w:val="00D333E9"/>
    <w:rsid w:val="00D400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4CF2D4"/>
  <w14:defaultImageDpi w14:val="300"/>
  <w15:docId w15:val="{4D4CBC1A-6B2C-4E39-B0AB-6CCB575E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2897</Words>
  <Characters>16803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achizitii</cp:lastModifiedBy>
  <cp:revision>3</cp:revision>
  <dcterms:created xsi:type="dcterms:W3CDTF">2013-12-23T23:15:00Z</dcterms:created>
  <dcterms:modified xsi:type="dcterms:W3CDTF">2026-08-12T13:18:00Z</dcterms:modified>
  <cp:category/>
</cp:coreProperties>
</file>