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EF88CB" w14:textId="77777777" w:rsidR="00777F53" w:rsidRDefault="00777F53" w:rsidP="00455D3C">
      <w:pPr>
        <w:pStyle w:val="1"/>
        <w:rPr>
          <w:rFonts w:ascii="Times New Roman" w:hAnsi="Times New Roman" w:cs="Times New Roman"/>
          <w:color w:val="auto"/>
          <w:sz w:val="24"/>
          <w:szCs w:val="24"/>
        </w:rPr>
      </w:pPr>
    </w:p>
    <w:p w14:paraId="1E6B92E0" w14:textId="77777777" w:rsidR="00777F53" w:rsidRPr="00777F53" w:rsidRDefault="00777F53" w:rsidP="00777F53">
      <w:pPr>
        <w:spacing w:after="0" w:line="240" w:lineRule="auto"/>
        <w:jc w:val="right"/>
        <w:rPr>
          <w:rFonts w:ascii="Times New Roman" w:eastAsia="SimSun" w:hAnsi="Times New Roman" w:cs="Times New Roman"/>
          <w:lang w:val="ro-RO"/>
        </w:rPr>
      </w:pPr>
      <w:bookmarkStart w:id="0" w:name="_Hlk70343526"/>
      <w:r w:rsidRPr="00777F53">
        <w:rPr>
          <w:rFonts w:ascii="Times New Roman" w:eastAsia="SimSun" w:hAnsi="Times New Roman" w:cs="Times New Roman"/>
          <w:sz w:val="24"/>
          <w:szCs w:val="24"/>
          <w:lang w:val="ro-RO"/>
        </w:rPr>
        <w:t>Anexa nr. 21</w:t>
      </w:r>
    </w:p>
    <w:p w14:paraId="1FEE6089" w14:textId="77777777" w:rsidR="00777F53" w:rsidRPr="00777F53" w:rsidRDefault="00777F53" w:rsidP="00777F53">
      <w:pPr>
        <w:spacing w:after="0" w:line="240" w:lineRule="auto"/>
        <w:jc w:val="right"/>
        <w:rPr>
          <w:rFonts w:ascii="Times New Roman" w:eastAsia="SimSun" w:hAnsi="Times New Roman" w:cs="Times New Roman"/>
          <w:sz w:val="24"/>
          <w:szCs w:val="24"/>
          <w:lang w:val="ro-RO"/>
        </w:rPr>
      </w:pPr>
      <w:r w:rsidRPr="00777F53">
        <w:rPr>
          <w:rFonts w:ascii="Times New Roman" w:eastAsia="SimSun" w:hAnsi="Times New Roman" w:cs="Times New Roman"/>
          <w:sz w:val="24"/>
          <w:szCs w:val="24"/>
          <w:lang w:val="ro-RO"/>
        </w:rPr>
        <w:t>la Documentația standard nr._____</w:t>
      </w:r>
    </w:p>
    <w:p w14:paraId="16FA3459" w14:textId="77777777" w:rsidR="00777F53" w:rsidRPr="00777F53" w:rsidRDefault="00777F53" w:rsidP="00777F53">
      <w:pPr>
        <w:spacing w:after="0" w:line="240" w:lineRule="auto"/>
        <w:jc w:val="right"/>
        <w:rPr>
          <w:rFonts w:ascii="Times New Roman" w:eastAsia="SimSun" w:hAnsi="Times New Roman" w:cs="Times New Roman"/>
          <w:sz w:val="24"/>
          <w:szCs w:val="24"/>
          <w:lang w:val="ro-RO"/>
        </w:rPr>
      </w:pPr>
      <w:r w:rsidRPr="00777F53">
        <w:rPr>
          <w:rFonts w:ascii="Times New Roman" w:eastAsia="SimSun" w:hAnsi="Times New Roman" w:cs="Times New Roman"/>
          <w:sz w:val="24"/>
          <w:szCs w:val="24"/>
          <w:lang w:val="ro-RO"/>
        </w:rPr>
        <w:t>din “____” ________ 20___</w:t>
      </w:r>
    </w:p>
    <w:p w14:paraId="0099CFFF" w14:textId="77777777" w:rsidR="00777F53" w:rsidRPr="00777F53" w:rsidRDefault="00777F53" w:rsidP="00777F53">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 w:name="_Hlk77771358"/>
      <w:bookmarkEnd w:id="0"/>
      <w:r w:rsidRPr="00777F53">
        <w:rPr>
          <w:rFonts w:ascii="Times New Roman" w:eastAsia="Times New Roman" w:hAnsi="Times New Roman" w:cs="Times New Roman"/>
          <w:b/>
          <w:noProof/>
          <w:sz w:val="24"/>
          <w:szCs w:val="24"/>
          <w:lang w:val="ro-RO"/>
        </w:rPr>
        <w:t>CAIET DE SARCINI</w:t>
      </w:r>
    </w:p>
    <w:bookmarkEnd w:id="1"/>
    <w:p w14:paraId="27CD1E9D" w14:textId="316DD4E1" w:rsidR="00777F53" w:rsidRPr="00777F53" w:rsidRDefault="00777F53" w:rsidP="00777F53">
      <w:pPr>
        <w:keepNext/>
        <w:keepLines/>
        <w:spacing w:after="0" w:line="240" w:lineRule="auto"/>
        <w:jc w:val="center"/>
        <w:outlineLvl w:val="1"/>
        <w:rPr>
          <w:rFonts w:ascii="Times New Roman" w:eastAsia="Times New Roman" w:hAnsi="Times New Roman" w:cs="Times New Roman"/>
          <w:b/>
          <w:noProof/>
          <w:sz w:val="24"/>
          <w:szCs w:val="24"/>
          <w:lang w:val="ro-RO"/>
        </w:rPr>
      </w:pPr>
      <w:r w:rsidRPr="00777F53">
        <w:rPr>
          <w:rFonts w:ascii="Times New Roman" w:eastAsia="Times New Roman" w:hAnsi="Times New Roman" w:cs="Times New Roman"/>
          <w:b/>
          <w:noProof/>
          <w:sz w:val="24"/>
          <w:szCs w:val="24"/>
          <w:lang w:val="ro-RO"/>
        </w:rPr>
        <w:t>Bunuri</w:t>
      </w:r>
    </w:p>
    <w:p w14:paraId="031C30A0" w14:textId="77777777" w:rsidR="00777F53" w:rsidRPr="00777F53" w:rsidRDefault="00777F53" w:rsidP="00777F53">
      <w:pPr>
        <w:keepNext/>
        <w:keepLines/>
        <w:spacing w:after="0" w:line="240" w:lineRule="auto"/>
        <w:jc w:val="center"/>
        <w:outlineLvl w:val="1"/>
        <w:rPr>
          <w:rFonts w:ascii="Times New Roman" w:eastAsia="Times New Roman" w:hAnsi="Times New Roman" w:cs="Times New Roman"/>
          <w:b/>
          <w:noProof/>
          <w:sz w:val="24"/>
          <w:szCs w:val="24"/>
          <w:lang w:val="ro-RO"/>
        </w:rPr>
      </w:pPr>
    </w:p>
    <w:p w14:paraId="06FC0E33" w14:textId="7BA2A73B" w:rsidR="00451B76" w:rsidRDefault="00777F53" w:rsidP="00777F53">
      <w:pPr>
        <w:rPr>
          <w:rFonts w:ascii="Times New Roman" w:eastAsia="SimSun" w:hAnsi="Times New Roman" w:cs="Times New Roman"/>
          <w:bCs/>
          <w:noProof/>
          <w:sz w:val="24"/>
          <w:szCs w:val="24"/>
          <w:lang w:val="ro-RO"/>
        </w:rPr>
      </w:pPr>
      <w:r w:rsidRPr="00777F53">
        <w:rPr>
          <w:rFonts w:ascii="Times New Roman" w:eastAsia="SimSun" w:hAnsi="Times New Roman" w:cs="Times New Roman"/>
          <w:bCs/>
          <w:noProof/>
          <w:sz w:val="24"/>
          <w:szCs w:val="24"/>
          <w:lang w:val="ro-RO"/>
        </w:rPr>
        <w:t>Obiectul</w:t>
      </w:r>
      <w:r>
        <w:rPr>
          <w:rFonts w:ascii="Times New Roman" w:eastAsia="SimSun" w:hAnsi="Times New Roman" w:cs="Times New Roman"/>
          <w:bCs/>
          <w:noProof/>
          <w:sz w:val="24"/>
          <w:szCs w:val="24"/>
          <w:lang w:val="ro-RO"/>
        </w:rPr>
        <w:t xml:space="preserve"> </w:t>
      </w:r>
      <w:proofErr w:type="spellStart"/>
      <w:r w:rsidRPr="00455D3C">
        <w:rPr>
          <w:rFonts w:ascii="Times New Roman" w:hAnsi="Times New Roman" w:cs="Times New Roman"/>
          <w:bCs/>
          <w:sz w:val="24"/>
          <w:szCs w:val="24"/>
        </w:rPr>
        <w:t>privind</w:t>
      </w:r>
      <w:proofErr w:type="spellEnd"/>
      <w:r w:rsidRPr="00455D3C">
        <w:rPr>
          <w:rFonts w:ascii="Times New Roman" w:hAnsi="Times New Roman" w:cs="Times New Roman"/>
          <w:bCs/>
          <w:sz w:val="24"/>
          <w:szCs w:val="24"/>
        </w:rPr>
        <w:t xml:space="preserve"> </w:t>
      </w:r>
      <w:proofErr w:type="spellStart"/>
      <w:r w:rsidRPr="00455D3C">
        <w:rPr>
          <w:rFonts w:ascii="Times New Roman" w:hAnsi="Times New Roman" w:cs="Times New Roman"/>
          <w:bCs/>
          <w:sz w:val="24"/>
          <w:szCs w:val="24"/>
        </w:rPr>
        <w:t>achiziția</w:t>
      </w:r>
      <w:proofErr w:type="spellEnd"/>
      <w:r w:rsidRPr="00777F53">
        <w:rPr>
          <w:rFonts w:ascii="Times New Roman" w:hAnsi="Times New Roman" w:cs="Times New Roman"/>
          <w:b/>
          <w:bCs/>
          <w:sz w:val="24"/>
          <w:szCs w:val="24"/>
        </w:rPr>
        <w:t xml:space="preserve"> </w:t>
      </w:r>
      <w:r w:rsidR="00451B76" w:rsidRPr="00451B76">
        <w:rPr>
          <w:rFonts w:ascii="Times New Roman" w:eastAsia="SimSun" w:hAnsi="Times New Roman" w:cs="Times New Roman"/>
          <w:b/>
          <w:i/>
          <w:iCs/>
          <w:sz w:val="24"/>
          <w:szCs w:val="24"/>
          <w:lang w:val="ro-RO"/>
        </w:rPr>
        <w:t>Pubele</w:t>
      </w:r>
      <w:r w:rsidR="00451B76">
        <w:rPr>
          <w:rFonts w:ascii="Times New Roman" w:eastAsia="SimSun" w:hAnsi="Times New Roman" w:cs="Times New Roman"/>
          <w:b/>
          <w:i/>
          <w:iCs/>
          <w:sz w:val="24"/>
          <w:szCs w:val="24"/>
          <w:lang w:val="ro-RO"/>
        </w:rPr>
        <w:t xml:space="preserve">lor </w:t>
      </w:r>
      <w:r w:rsidR="00451B76" w:rsidRPr="00451B76">
        <w:rPr>
          <w:rFonts w:ascii="Times New Roman" w:eastAsia="SimSun" w:hAnsi="Times New Roman" w:cs="Times New Roman"/>
          <w:b/>
          <w:i/>
          <w:iCs/>
          <w:sz w:val="24"/>
          <w:szCs w:val="24"/>
          <w:lang w:val="ro-RO"/>
        </w:rPr>
        <w:t xml:space="preserve"> din plastic (PEHD) cu capacitatea de 240 și 120 L pentru utilizare manuală și compatibile cu sistemele de ridicare standardizate</w:t>
      </w:r>
      <w:r w:rsidR="00451B76">
        <w:rPr>
          <w:rFonts w:ascii="Times New Roman" w:eastAsia="SimSun" w:hAnsi="Times New Roman" w:cs="Times New Roman"/>
          <w:b/>
          <w:i/>
          <w:iCs/>
          <w:sz w:val="24"/>
          <w:szCs w:val="24"/>
          <w:lang w:val="ro-RO"/>
        </w:rPr>
        <w:t>.</w:t>
      </w:r>
      <w:r w:rsidR="00451B76" w:rsidRPr="00777F53">
        <w:rPr>
          <w:rFonts w:ascii="Times New Roman" w:eastAsia="SimSun" w:hAnsi="Times New Roman" w:cs="Times New Roman"/>
          <w:bCs/>
          <w:noProof/>
          <w:sz w:val="24"/>
          <w:szCs w:val="24"/>
          <w:lang w:val="ro-RO"/>
        </w:rPr>
        <w:t xml:space="preserve"> </w:t>
      </w:r>
    </w:p>
    <w:p w14:paraId="5C59DC84" w14:textId="77777777" w:rsidR="00455D3C" w:rsidRDefault="00777F53" w:rsidP="00455D3C">
      <w:pPr>
        <w:spacing w:after="0" w:line="240" w:lineRule="auto"/>
        <w:rPr>
          <w:rFonts w:ascii="Times New Roman" w:hAnsi="Times New Roman" w:cs="Times New Roman"/>
          <w:b/>
          <w:bCs/>
          <w:sz w:val="24"/>
          <w:szCs w:val="24"/>
        </w:rPr>
      </w:pPr>
      <w:r w:rsidRPr="00777F53">
        <w:rPr>
          <w:rFonts w:ascii="Times New Roman" w:eastAsia="SimSun" w:hAnsi="Times New Roman" w:cs="Times New Roman"/>
          <w:bCs/>
          <w:noProof/>
          <w:sz w:val="24"/>
          <w:szCs w:val="24"/>
          <w:lang w:val="ro-RO"/>
        </w:rPr>
        <w:t>Autoritatea contractantă</w:t>
      </w:r>
      <w:r w:rsidR="00455D3C">
        <w:rPr>
          <w:rFonts w:ascii="Times New Roman" w:eastAsia="SimSun" w:hAnsi="Times New Roman" w:cs="Times New Roman"/>
          <w:bCs/>
          <w:noProof/>
          <w:sz w:val="24"/>
          <w:szCs w:val="24"/>
          <w:lang w:val="ro-RO"/>
        </w:rPr>
        <w:t>:</w:t>
      </w:r>
      <w:r>
        <w:rPr>
          <w:rFonts w:ascii="Times New Roman" w:eastAsia="SimSun" w:hAnsi="Times New Roman" w:cs="Times New Roman"/>
          <w:bCs/>
          <w:noProof/>
          <w:sz w:val="24"/>
          <w:szCs w:val="24"/>
          <w:lang w:val="ro-RO"/>
        </w:rPr>
        <w:t xml:space="preserve"> </w:t>
      </w:r>
      <w:proofErr w:type="spellStart"/>
      <w:r w:rsidRPr="00FC2615">
        <w:rPr>
          <w:rFonts w:ascii="Times New Roman" w:hAnsi="Times New Roman" w:cs="Times New Roman"/>
          <w:b/>
          <w:bCs/>
          <w:sz w:val="24"/>
          <w:szCs w:val="24"/>
        </w:rPr>
        <w:t>Primăria</w:t>
      </w:r>
      <w:proofErr w:type="spellEnd"/>
      <w:r w:rsidRPr="00FC2615">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satului</w:t>
      </w:r>
      <w:proofErr w:type="spellEnd"/>
      <w:r w:rsidRPr="00FC2615">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Ciuciuleni</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raionul</w:t>
      </w:r>
      <w:proofErr w:type="spellEnd"/>
      <w:r>
        <w:rPr>
          <w:rFonts w:ascii="Times New Roman" w:hAnsi="Times New Roman" w:cs="Times New Roman"/>
          <w:b/>
          <w:bCs/>
          <w:sz w:val="24"/>
          <w:szCs w:val="24"/>
        </w:rPr>
        <w:t xml:space="preserve"> </w:t>
      </w:r>
      <w:proofErr w:type="spellStart"/>
      <w:r w:rsidR="00762E4A">
        <w:rPr>
          <w:rFonts w:ascii="Times New Roman" w:hAnsi="Times New Roman" w:cs="Times New Roman"/>
          <w:b/>
          <w:bCs/>
          <w:sz w:val="24"/>
          <w:szCs w:val="24"/>
        </w:rPr>
        <w:t>Hîncești</w:t>
      </w:r>
      <w:proofErr w:type="spellEnd"/>
      <w:r w:rsidR="00762E4A">
        <w:rPr>
          <w:rFonts w:ascii="Times New Roman" w:hAnsi="Times New Roman" w:cs="Times New Roman"/>
          <w:b/>
          <w:bCs/>
          <w:sz w:val="24"/>
          <w:szCs w:val="24"/>
        </w:rPr>
        <w:t xml:space="preserve">, </w:t>
      </w:r>
    </w:p>
    <w:p w14:paraId="46B67D29" w14:textId="0B00A8FE" w:rsidR="00777F53" w:rsidRPr="00455D3C" w:rsidRDefault="00455D3C" w:rsidP="00455D3C">
      <w:pPr>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proofErr w:type="spellStart"/>
      <w:proofErr w:type="gramStart"/>
      <w:r w:rsidR="00762E4A">
        <w:rPr>
          <w:rFonts w:ascii="Times New Roman" w:hAnsi="Times New Roman" w:cs="Times New Roman"/>
          <w:b/>
          <w:bCs/>
          <w:sz w:val="24"/>
          <w:szCs w:val="24"/>
        </w:rPr>
        <w:t>str</w:t>
      </w:r>
      <w:proofErr w:type="spellEnd"/>
      <w:proofErr w:type="gramEnd"/>
      <w:r w:rsidR="00762E4A">
        <w:rPr>
          <w:rFonts w:ascii="Times New Roman" w:hAnsi="Times New Roman" w:cs="Times New Roman"/>
          <w:b/>
          <w:bCs/>
          <w:sz w:val="24"/>
          <w:szCs w:val="24"/>
        </w:rPr>
        <w:t xml:space="preserve">, </w:t>
      </w:r>
      <w:proofErr w:type="spellStart"/>
      <w:r w:rsidR="00762E4A">
        <w:rPr>
          <w:rFonts w:ascii="Times New Roman" w:hAnsi="Times New Roman" w:cs="Times New Roman"/>
          <w:b/>
          <w:bCs/>
          <w:sz w:val="24"/>
          <w:szCs w:val="24"/>
        </w:rPr>
        <w:t>Ștefan</w:t>
      </w:r>
      <w:proofErr w:type="spellEnd"/>
      <w:r w:rsidR="00762E4A">
        <w:rPr>
          <w:rFonts w:ascii="Times New Roman" w:hAnsi="Times New Roman" w:cs="Times New Roman"/>
          <w:b/>
          <w:bCs/>
          <w:sz w:val="24"/>
          <w:szCs w:val="24"/>
        </w:rPr>
        <w:t xml:space="preserve"> </w:t>
      </w:r>
      <w:proofErr w:type="spellStart"/>
      <w:r w:rsidR="00762E4A">
        <w:rPr>
          <w:rFonts w:ascii="Times New Roman" w:hAnsi="Times New Roman" w:cs="Times New Roman"/>
          <w:b/>
          <w:bCs/>
          <w:sz w:val="24"/>
          <w:szCs w:val="24"/>
        </w:rPr>
        <w:t>cel</w:t>
      </w:r>
      <w:proofErr w:type="spellEnd"/>
      <w:r w:rsidR="00762E4A">
        <w:rPr>
          <w:rFonts w:ascii="Times New Roman" w:hAnsi="Times New Roman" w:cs="Times New Roman"/>
          <w:b/>
          <w:bCs/>
          <w:sz w:val="24"/>
          <w:szCs w:val="24"/>
        </w:rPr>
        <w:t xml:space="preserve"> Mare, nr. 2</w:t>
      </w:r>
    </w:p>
    <w:p w14:paraId="335FC202" w14:textId="77777777" w:rsidR="00455D3C" w:rsidRDefault="00455D3C" w:rsidP="00EA5A94">
      <w:pPr>
        <w:spacing w:before="60" w:after="60"/>
        <w:ind w:right="22"/>
        <w:jc w:val="center"/>
        <w:rPr>
          <w:rFonts w:ascii="Times New Roman" w:hAnsi="Times New Roman" w:cs="Times New Roman"/>
          <w:b/>
          <w:bCs/>
          <w:color w:val="000000" w:themeColor="text1"/>
          <w:sz w:val="24"/>
          <w:szCs w:val="24"/>
        </w:rPr>
      </w:pPr>
    </w:p>
    <w:p w14:paraId="1858A709" w14:textId="77777777" w:rsidR="00EA5A94" w:rsidRPr="00FC2615" w:rsidRDefault="00EA5A94" w:rsidP="00EA5A94">
      <w:pPr>
        <w:spacing w:before="60" w:after="60"/>
        <w:ind w:right="22"/>
        <w:jc w:val="center"/>
        <w:rPr>
          <w:rFonts w:ascii="Times New Roman" w:hAnsi="Times New Roman" w:cs="Times New Roman"/>
          <w:b/>
          <w:bCs/>
          <w:color w:val="000000" w:themeColor="text1"/>
          <w:sz w:val="24"/>
          <w:szCs w:val="24"/>
        </w:rPr>
      </w:pPr>
      <w:r w:rsidRPr="00FC2615">
        <w:rPr>
          <w:rFonts w:ascii="Times New Roman" w:hAnsi="Times New Roman" w:cs="Times New Roman"/>
          <w:b/>
          <w:bCs/>
          <w:color w:val="000000" w:themeColor="text1"/>
          <w:sz w:val="24"/>
          <w:szCs w:val="24"/>
        </w:rPr>
        <w:t>CPV 34928480-6</w:t>
      </w:r>
    </w:p>
    <w:p w14:paraId="63100F18" w14:textId="7EF71BB4" w:rsidR="00AB7C6C" w:rsidRPr="008D5B7D" w:rsidRDefault="00AB7C6C" w:rsidP="00AB7C6C">
      <w:pPr>
        <w:jc w:val="both"/>
        <w:rPr>
          <w:rFonts w:ascii="Times New Roman" w:hAnsi="Times New Roman" w:cs="Times New Roman"/>
          <w:sz w:val="24"/>
          <w:szCs w:val="24"/>
        </w:rPr>
      </w:pPr>
      <w:r w:rsidRPr="5AD50CBE">
        <w:rPr>
          <w:rFonts w:ascii="Times New Roman" w:hAnsi="Times New Roman" w:cs="Times New Roman"/>
          <w:b/>
          <w:bCs/>
          <w:sz w:val="24"/>
          <w:szCs w:val="24"/>
        </w:rPr>
        <w:t xml:space="preserve">*Nota: </w:t>
      </w:r>
      <w:proofErr w:type="spellStart"/>
      <w:r w:rsidRPr="5AD50CBE">
        <w:rPr>
          <w:rFonts w:ascii="Times New Roman" w:hAnsi="Times New Roman" w:cs="Times New Roman"/>
          <w:sz w:val="24"/>
          <w:szCs w:val="24"/>
        </w:rPr>
        <w:t>Procedura</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dată</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este</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desfășurată</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în</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cadrul</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implementării</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proiectului</w:t>
      </w:r>
      <w:proofErr w:type="spellEnd"/>
      <w:r w:rsidRPr="5AD50CBE">
        <w:rPr>
          <w:rFonts w:ascii="Times New Roman" w:hAnsi="Times New Roman" w:cs="Times New Roman"/>
          <w:sz w:val="24"/>
          <w:szCs w:val="24"/>
        </w:rPr>
        <w:t xml:space="preserve"> de </w:t>
      </w:r>
      <w:proofErr w:type="spellStart"/>
      <w:r w:rsidRPr="5AD50CBE">
        <w:rPr>
          <w:rFonts w:ascii="Times New Roman" w:hAnsi="Times New Roman" w:cs="Times New Roman"/>
          <w:sz w:val="24"/>
          <w:szCs w:val="24"/>
        </w:rPr>
        <w:t>implicare</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civică</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în</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guvernarea</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locală</w:t>
      </w:r>
      <w:proofErr w:type="spellEnd"/>
      <w:r w:rsidRPr="5AD50CBE">
        <w:rPr>
          <w:rFonts w:ascii="Times New Roman" w:hAnsi="Times New Roman" w:cs="Times New Roman"/>
          <w:sz w:val="24"/>
          <w:szCs w:val="24"/>
        </w:rPr>
        <w:t xml:space="preserve"> “MĂ IMPLIC”, </w:t>
      </w:r>
      <w:proofErr w:type="spellStart"/>
      <w:r w:rsidRPr="5AD50CBE">
        <w:rPr>
          <w:rFonts w:ascii="Times New Roman" w:hAnsi="Times New Roman" w:cs="Times New Roman"/>
          <w:sz w:val="24"/>
          <w:szCs w:val="24"/>
        </w:rPr>
        <w:t>implementat</w:t>
      </w:r>
      <w:proofErr w:type="spellEnd"/>
      <w:r w:rsidRPr="5AD50CBE">
        <w:rPr>
          <w:rFonts w:ascii="Times New Roman" w:hAnsi="Times New Roman" w:cs="Times New Roman"/>
          <w:sz w:val="24"/>
          <w:szCs w:val="24"/>
        </w:rPr>
        <w:t xml:space="preserve"> de </w:t>
      </w:r>
      <w:proofErr w:type="spellStart"/>
      <w:r w:rsidRPr="5AD50CBE">
        <w:rPr>
          <w:rFonts w:ascii="Times New Roman" w:hAnsi="Times New Roman" w:cs="Times New Roman"/>
          <w:sz w:val="24"/>
          <w:szCs w:val="24"/>
        </w:rPr>
        <w:t>către</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Fundația</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Centrul</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Moldo-Elvețian</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pentru</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Cooperare</w:t>
      </w:r>
      <w:proofErr w:type="spellEnd"/>
      <w:r w:rsidRPr="5AD50CBE">
        <w:rPr>
          <w:rFonts w:ascii="Times New Roman" w:hAnsi="Times New Roman" w:cs="Times New Roman"/>
          <w:sz w:val="24"/>
          <w:szCs w:val="24"/>
        </w:rPr>
        <w:t xml:space="preserve"> SKAT, cu </w:t>
      </w:r>
      <w:proofErr w:type="spellStart"/>
      <w:r w:rsidRPr="5AD50CBE">
        <w:rPr>
          <w:rFonts w:ascii="Times New Roman" w:hAnsi="Times New Roman" w:cs="Times New Roman"/>
          <w:sz w:val="24"/>
          <w:szCs w:val="24"/>
        </w:rPr>
        <w:t>suportul</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financiar</w:t>
      </w:r>
      <w:proofErr w:type="spellEnd"/>
      <w:r w:rsidRPr="5AD50CBE">
        <w:rPr>
          <w:rFonts w:ascii="Times New Roman" w:hAnsi="Times New Roman" w:cs="Times New Roman"/>
          <w:sz w:val="24"/>
          <w:szCs w:val="24"/>
        </w:rPr>
        <w:t xml:space="preserve"> al </w:t>
      </w:r>
      <w:proofErr w:type="spellStart"/>
      <w:r w:rsidRPr="5AD50CBE">
        <w:rPr>
          <w:rFonts w:ascii="Times New Roman" w:hAnsi="Times New Roman" w:cs="Times New Roman"/>
          <w:sz w:val="24"/>
          <w:szCs w:val="24"/>
        </w:rPr>
        <w:t>Agenției</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Elvețiene</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pentru</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Dezvoltare</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și</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Cooperare</w:t>
      </w:r>
      <w:proofErr w:type="spellEnd"/>
      <w:r w:rsidRPr="5AD50CBE">
        <w:rPr>
          <w:rFonts w:ascii="Times New Roman" w:hAnsi="Times New Roman" w:cs="Times New Roman"/>
          <w:sz w:val="24"/>
          <w:szCs w:val="24"/>
        </w:rPr>
        <w:t xml:space="preserve"> (SDC), care </w:t>
      </w:r>
      <w:proofErr w:type="spellStart"/>
      <w:r w:rsidRPr="5AD50CBE">
        <w:rPr>
          <w:rFonts w:ascii="Times New Roman" w:hAnsi="Times New Roman" w:cs="Times New Roman"/>
          <w:sz w:val="24"/>
          <w:szCs w:val="24"/>
        </w:rPr>
        <w:t>reprezintă</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Consiliului</w:t>
      </w:r>
      <w:proofErr w:type="spellEnd"/>
      <w:r w:rsidRPr="5AD50CBE">
        <w:rPr>
          <w:rFonts w:ascii="Times New Roman" w:hAnsi="Times New Roman" w:cs="Times New Roman"/>
          <w:sz w:val="24"/>
          <w:szCs w:val="24"/>
        </w:rPr>
        <w:t xml:space="preserve"> Federal al </w:t>
      </w:r>
      <w:proofErr w:type="spellStart"/>
      <w:r w:rsidRPr="5AD50CBE">
        <w:rPr>
          <w:rFonts w:ascii="Times New Roman" w:hAnsi="Times New Roman" w:cs="Times New Roman"/>
          <w:sz w:val="24"/>
          <w:szCs w:val="24"/>
        </w:rPr>
        <w:t>Confederației</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Elvețiene</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în</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baza</w:t>
      </w:r>
      <w:proofErr w:type="spellEnd"/>
      <w:r w:rsidRPr="5AD50CBE">
        <w:rPr>
          <w:rFonts w:ascii="Times New Roman" w:hAnsi="Times New Roman" w:cs="Times New Roman"/>
          <w:sz w:val="24"/>
          <w:szCs w:val="24"/>
        </w:rPr>
        <w:t xml:space="preserve"> </w:t>
      </w:r>
      <w:proofErr w:type="spellStart"/>
      <w:r w:rsidRPr="5AD50CBE">
        <w:rPr>
          <w:rFonts w:ascii="Times New Roman" w:hAnsi="Times New Roman" w:cs="Times New Roman"/>
          <w:sz w:val="24"/>
          <w:szCs w:val="24"/>
        </w:rPr>
        <w:t>Anexei</w:t>
      </w:r>
      <w:proofErr w:type="spellEnd"/>
      <w:r w:rsidRPr="5AD50CBE">
        <w:rPr>
          <w:rFonts w:ascii="Times New Roman" w:hAnsi="Times New Roman" w:cs="Times New Roman"/>
          <w:sz w:val="24"/>
          <w:szCs w:val="24"/>
        </w:rPr>
        <w:t xml:space="preserve"> nr. </w:t>
      </w:r>
      <w:proofErr w:type="gramStart"/>
      <w:r w:rsidRPr="5AD50CBE">
        <w:rPr>
          <w:rFonts w:ascii="Times New Roman" w:hAnsi="Times New Roman" w:cs="Times New Roman"/>
          <w:sz w:val="24"/>
          <w:szCs w:val="24"/>
        </w:rPr>
        <w:t xml:space="preserve">3 la </w:t>
      </w:r>
      <w:proofErr w:type="spellStart"/>
      <w:r w:rsidRPr="5AD50CBE">
        <w:rPr>
          <w:rFonts w:ascii="Times New Roman" w:hAnsi="Times New Roman" w:cs="Times New Roman"/>
          <w:sz w:val="24"/>
          <w:szCs w:val="24"/>
        </w:rPr>
        <w:t>Acordurile</w:t>
      </w:r>
      <w:proofErr w:type="spellEnd"/>
      <w:r w:rsidRPr="5AD50CBE">
        <w:rPr>
          <w:rFonts w:ascii="Times New Roman" w:hAnsi="Times New Roman" w:cs="Times New Roman"/>
          <w:sz w:val="24"/>
          <w:szCs w:val="24"/>
        </w:rPr>
        <w:t xml:space="preserve"> de grant </w:t>
      </w:r>
      <w:r w:rsidR="2FB1D6FC" w:rsidRPr="008D5B7D">
        <w:rPr>
          <w:rFonts w:ascii="Times New Roman" w:eastAsia="Segoe UI" w:hAnsi="Times New Roman" w:cs="Times New Roman"/>
          <w:color w:val="000000" w:themeColor="text1"/>
          <w:sz w:val="24"/>
          <w:szCs w:val="24"/>
        </w:rPr>
        <w:t>nr.</w:t>
      </w:r>
      <w:proofErr w:type="gramEnd"/>
      <w:r w:rsidR="2FB1D6FC" w:rsidRPr="008D5B7D">
        <w:rPr>
          <w:rFonts w:ascii="Times New Roman" w:eastAsia="Segoe UI" w:hAnsi="Times New Roman" w:cs="Times New Roman"/>
          <w:color w:val="000000" w:themeColor="text1"/>
          <w:sz w:val="24"/>
          <w:szCs w:val="24"/>
        </w:rPr>
        <w:t xml:space="preserve"> 02 din 11 </w:t>
      </w:r>
      <w:proofErr w:type="spellStart"/>
      <w:r w:rsidR="2FB1D6FC" w:rsidRPr="008D5B7D">
        <w:rPr>
          <w:rFonts w:ascii="Times New Roman" w:eastAsia="Segoe UI" w:hAnsi="Times New Roman" w:cs="Times New Roman"/>
          <w:color w:val="000000" w:themeColor="text1"/>
          <w:sz w:val="24"/>
          <w:szCs w:val="24"/>
        </w:rPr>
        <w:t>aprilie</w:t>
      </w:r>
      <w:proofErr w:type="spellEnd"/>
      <w:r w:rsidR="2FB1D6FC" w:rsidRPr="008D5B7D">
        <w:rPr>
          <w:rFonts w:ascii="Times New Roman" w:eastAsia="Segoe UI" w:hAnsi="Times New Roman" w:cs="Times New Roman"/>
          <w:color w:val="000000" w:themeColor="text1"/>
          <w:sz w:val="24"/>
          <w:szCs w:val="24"/>
        </w:rPr>
        <w:t xml:space="preserve"> 2025</w:t>
      </w:r>
      <w:r w:rsidRPr="008D5B7D">
        <w:rPr>
          <w:rFonts w:ascii="Times New Roman" w:hAnsi="Times New Roman" w:cs="Times New Roman"/>
          <w:sz w:val="24"/>
          <w:szCs w:val="24"/>
        </w:rPr>
        <w:t>, „GHID DE ACHIZIȚII”.</w:t>
      </w:r>
    </w:p>
    <w:p w14:paraId="1E64D7AD" w14:textId="77777777" w:rsidR="004F4C2E" w:rsidRPr="00FC2615" w:rsidRDefault="00EE679A">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t xml:space="preserve">1. </w:t>
      </w:r>
      <w:proofErr w:type="spellStart"/>
      <w:r w:rsidRPr="00FC2615">
        <w:rPr>
          <w:rFonts w:ascii="Times New Roman" w:hAnsi="Times New Roman" w:cs="Times New Roman"/>
          <w:color w:val="auto"/>
          <w:sz w:val="24"/>
          <w:szCs w:val="24"/>
        </w:rPr>
        <w:t>Contextul</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și</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scopul</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achiziției</w:t>
      </w:r>
      <w:proofErr w:type="spellEnd"/>
    </w:p>
    <w:p w14:paraId="1DB2BDF3" w14:textId="1C2A1E2A" w:rsidR="004F4C2E" w:rsidRPr="00FC2615" w:rsidRDefault="00EE679A" w:rsidP="00545C3C">
      <w:pPr>
        <w:jc w:val="both"/>
        <w:rPr>
          <w:rFonts w:ascii="Times New Roman" w:hAnsi="Times New Roman" w:cs="Times New Roman"/>
          <w:sz w:val="24"/>
          <w:szCs w:val="24"/>
        </w:rPr>
      </w:pPr>
      <w:proofErr w:type="spellStart"/>
      <w:r w:rsidRPr="00FC2615">
        <w:rPr>
          <w:rFonts w:ascii="Times New Roman" w:hAnsi="Times New Roman" w:cs="Times New Roman"/>
          <w:sz w:val="24"/>
          <w:szCs w:val="24"/>
        </w:rPr>
        <w:t>Prezenta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achiziție</w:t>
      </w:r>
      <w:proofErr w:type="spellEnd"/>
      <w:r w:rsidRPr="00FC2615">
        <w:rPr>
          <w:rFonts w:ascii="Times New Roman" w:hAnsi="Times New Roman" w:cs="Times New Roman"/>
          <w:sz w:val="24"/>
          <w:szCs w:val="24"/>
        </w:rPr>
        <w:t xml:space="preserve"> are </w:t>
      </w:r>
      <w:proofErr w:type="spellStart"/>
      <w:r w:rsidRPr="00FC2615">
        <w:rPr>
          <w:rFonts w:ascii="Times New Roman" w:hAnsi="Times New Roman" w:cs="Times New Roman"/>
          <w:sz w:val="24"/>
          <w:szCs w:val="24"/>
        </w:rPr>
        <w:t>drept</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scop</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procurarea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pubelelor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individuale</w:t>
      </w:r>
      <w:proofErr w:type="spellEnd"/>
      <w:r w:rsidRPr="00FC2615">
        <w:rPr>
          <w:rFonts w:ascii="Times New Roman" w:hAnsi="Times New Roman" w:cs="Times New Roman"/>
          <w:sz w:val="24"/>
          <w:szCs w:val="24"/>
        </w:rPr>
        <w:t xml:space="preserve"> din plastic cu </w:t>
      </w:r>
      <w:proofErr w:type="spellStart"/>
      <w:r w:rsidRPr="00FC2615">
        <w:rPr>
          <w:rFonts w:ascii="Times New Roman" w:hAnsi="Times New Roman" w:cs="Times New Roman"/>
          <w:sz w:val="24"/>
          <w:szCs w:val="24"/>
        </w:rPr>
        <w:t>volum</w:t>
      </w:r>
      <w:proofErr w:type="spellEnd"/>
      <w:r w:rsidRPr="00FC2615">
        <w:rPr>
          <w:rFonts w:ascii="Times New Roman" w:hAnsi="Times New Roman" w:cs="Times New Roman"/>
          <w:sz w:val="24"/>
          <w:szCs w:val="24"/>
        </w:rPr>
        <w:t xml:space="preserve"> nominal de </w:t>
      </w:r>
      <w:r w:rsidR="000A008E">
        <w:rPr>
          <w:rFonts w:ascii="Times New Roman" w:hAnsi="Times New Roman" w:cs="Times New Roman"/>
          <w:sz w:val="24"/>
          <w:szCs w:val="24"/>
        </w:rPr>
        <w:t xml:space="preserve">240 </w:t>
      </w:r>
      <w:proofErr w:type="spellStart"/>
      <w:r w:rsidR="000A008E">
        <w:rPr>
          <w:rFonts w:ascii="Times New Roman" w:hAnsi="Times New Roman" w:cs="Times New Roman"/>
          <w:sz w:val="24"/>
          <w:szCs w:val="24"/>
        </w:rPr>
        <w:t>litri</w:t>
      </w:r>
      <w:proofErr w:type="spellEnd"/>
      <w:r w:rsidR="000A008E">
        <w:rPr>
          <w:rFonts w:ascii="Times New Roman" w:hAnsi="Times New Roman" w:cs="Times New Roman"/>
          <w:sz w:val="24"/>
          <w:szCs w:val="24"/>
        </w:rPr>
        <w:t xml:space="preserve"> </w:t>
      </w:r>
      <w:proofErr w:type="spellStart"/>
      <w:r w:rsidR="000A008E">
        <w:rPr>
          <w:rFonts w:ascii="Times New Roman" w:hAnsi="Times New Roman" w:cs="Times New Roman"/>
          <w:sz w:val="24"/>
          <w:szCs w:val="24"/>
        </w:rPr>
        <w:t>și</w:t>
      </w:r>
      <w:proofErr w:type="spellEnd"/>
      <w:r w:rsidR="000A008E">
        <w:rPr>
          <w:rFonts w:ascii="Times New Roman" w:hAnsi="Times New Roman" w:cs="Times New Roman"/>
          <w:sz w:val="24"/>
          <w:szCs w:val="24"/>
        </w:rPr>
        <w:t xml:space="preserve"> de </w:t>
      </w:r>
      <w:r w:rsidRPr="00FC2615">
        <w:rPr>
          <w:rFonts w:ascii="Times New Roman" w:hAnsi="Times New Roman" w:cs="Times New Roman"/>
          <w:sz w:val="24"/>
          <w:szCs w:val="24"/>
        </w:rPr>
        <w:t xml:space="preserve">120 </w:t>
      </w:r>
      <w:proofErr w:type="spellStart"/>
      <w:r w:rsidRPr="00FC2615">
        <w:rPr>
          <w:rFonts w:ascii="Times New Roman" w:hAnsi="Times New Roman" w:cs="Times New Roman"/>
          <w:sz w:val="24"/>
          <w:szCs w:val="24"/>
        </w:rPr>
        <w:t>litri</w:t>
      </w:r>
      <w:proofErr w:type="spellEnd"/>
      <w:r w:rsidR="00A33648"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destinate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colectării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deșeurilor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menajere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solide</w:t>
      </w:r>
      <w:proofErr w:type="spellEnd"/>
      <w:r w:rsidRPr="00FC2615">
        <w:rPr>
          <w:rFonts w:ascii="Times New Roman" w:hAnsi="Times New Roman" w:cs="Times New Roman"/>
          <w:sz w:val="24"/>
          <w:szCs w:val="24"/>
        </w:rPr>
        <w:t xml:space="preserve"> de la </w:t>
      </w:r>
      <w:proofErr w:type="spellStart"/>
      <w:r w:rsidRPr="00FC2615">
        <w:rPr>
          <w:rFonts w:ascii="Times New Roman" w:hAnsi="Times New Roman" w:cs="Times New Roman"/>
          <w:sz w:val="24"/>
          <w:szCs w:val="24"/>
        </w:rPr>
        <w:t>gospodării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instituții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publice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agenți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economici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Echipamentele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vor</w:t>
      </w:r>
      <w:proofErr w:type="spellEnd"/>
      <w:r w:rsidRPr="00FC2615">
        <w:rPr>
          <w:rFonts w:ascii="Times New Roman" w:hAnsi="Times New Roman" w:cs="Times New Roman"/>
          <w:sz w:val="24"/>
          <w:szCs w:val="24"/>
        </w:rPr>
        <w:t xml:space="preserve"> fi </w:t>
      </w:r>
      <w:proofErr w:type="spellStart"/>
      <w:r w:rsidRPr="00FC2615">
        <w:rPr>
          <w:rFonts w:ascii="Times New Roman" w:hAnsi="Times New Roman" w:cs="Times New Roman"/>
          <w:sz w:val="24"/>
          <w:szCs w:val="24"/>
        </w:rPr>
        <w:t>utilizate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cadrul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activităților</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gestionare</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deșeurilor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asigurarea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colectării</w:t>
      </w:r>
      <w:proofErr w:type="spellEnd"/>
      <w:r w:rsidRPr="00FC2615">
        <w:rPr>
          <w:rFonts w:ascii="Times New Roman" w:hAnsi="Times New Roman" w:cs="Times New Roman"/>
          <w:sz w:val="24"/>
          <w:szCs w:val="24"/>
        </w:rPr>
        <w:t xml:space="preserve"> </w:t>
      </w:r>
      <w:r w:rsidR="00090AAB" w:rsidRPr="00FC2615">
        <w:rPr>
          <w:rFonts w:ascii="Times New Roman" w:hAnsi="Times New Roman" w:cs="Times New Roman"/>
          <w:sz w:val="24"/>
          <w:szCs w:val="24"/>
        </w:rPr>
        <w:t xml:space="preserve">separate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igienice</w:t>
      </w:r>
      <w:proofErr w:type="spellEnd"/>
      <w:r w:rsidRPr="00FC2615">
        <w:rPr>
          <w:rFonts w:ascii="Times New Roman" w:hAnsi="Times New Roman" w:cs="Times New Roman"/>
          <w:sz w:val="24"/>
          <w:szCs w:val="24"/>
        </w:rPr>
        <w:t xml:space="preserve"> conform</w:t>
      </w:r>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Planul</w:t>
      </w:r>
      <w:proofErr w:type="spellEnd"/>
      <w:r w:rsidR="00545C3C" w:rsidRPr="00FC2615">
        <w:rPr>
          <w:rFonts w:ascii="Times New Roman" w:hAnsi="Times New Roman" w:cs="Times New Roman"/>
          <w:sz w:val="24"/>
          <w:szCs w:val="24"/>
        </w:rPr>
        <w:t xml:space="preserve"> de </w:t>
      </w:r>
      <w:proofErr w:type="spellStart"/>
      <w:r w:rsidR="00545C3C" w:rsidRPr="00FC2615">
        <w:rPr>
          <w:rFonts w:ascii="Times New Roman" w:hAnsi="Times New Roman" w:cs="Times New Roman"/>
          <w:sz w:val="24"/>
          <w:szCs w:val="24"/>
        </w:rPr>
        <w:t>Îmbunătățire</w:t>
      </w:r>
      <w:proofErr w:type="spellEnd"/>
      <w:r w:rsidR="00545C3C" w:rsidRPr="00FC2615">
        <w:rPr>
          <w:rFonts w:ascii="Times New Roman" w:hAnsi="Times New Roman" w:cs="Times New Roman"/>
          <w:sz w:val="24"/>
          <w:szCs w:val="24"/>
        </w:rPr>
        <w:t xml:space="preserve"> a </w:t>
      </w:r>
      <w:proofErr w:type="spellStart"/>
      <w:r w:rsidR="00545C3C" w:rsidRPr="00FC2615">
        <w:rPr>
          <w:rFonts w:ascii="Times New Roman" w:hAnsi="Times New Roman" w:cs="Times New Roman"/>
          <w:sz w:val="24"/>
          <w:szCs w:val="24"/>
        </w:rPr>
        <w:t>Serviciului</w:t>
      </w:r>
      <w:proofErr w:type="spellEnd"/>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precum</w:t>
      </w:r>
      <w:proofErr w:type="spellEnd"/>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legisla</w:t>
      </w:r>
      <w:r w:rsidR="00545C3C" w:rsidRPr="00FC2615">
        <w:rPr>
          <w:rFonts w:ascii="Times New Roman" w:hAnsi="Times New Roman" w:cs="Times New Roman"/>
          <w:sz w:val="24"/>
          <w:szCs w:val="24"/>
        </w:rPr>
        <w:t>ț</w:t>
      </w:r>
      <w:r w:rsidRPr="00FC2615">
        <w:rPr>
          <w:rFonts w:ascii="Times New Roman" w:hAnsi="Times New Roman" w:cs="Times New Roman"/>
          <w:sz w:val="24"/>
          <w:szCs w:val="24"/>
        </w:rPr>
        <w:t>iei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Republicii</w:t>
      </w:r>
      <w:proofErr w:type="spellEnd"/>
      <w:r w:rsidRPr="00FC2615">
        <w:rPr>
          <w:rFonts w:ascii="Times New Roman" w:hAnsi="Times New Roman" w:cs="Times New Roman"/>
          <w:sz w:val="24"/>
          <w:szCs w:val="24"/>
        </w:rPr>
        <w:t xml:space="preserve"> Moldova</w:t>
      </w:r>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și</w:t>
      </w:r>
      <w:proofErr w:type="spellEnd"/>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normelor</w:t>
      </w:r>
      <w:proofErr w:type="spellEnd"/>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Uniunii</w:t>
      </w:r>
      <w:proofErr w:type="spellEnd"/>
      <w:r w:rsidR="00545C3C" w:rsidRPr="00FC2615">
        <w:rPr>
          <w:rFonts w:ascii="Times New Roman" w:hAnsi="Times New Roman" w:cs="Times New Roman"/>
          <w:sz w:val="24"/>
          <w:szCs w:val="24"/>
        </w:rPr>
        <w:t xml:space="preserve"> </w:t>
      </w:r>
      <w:proofErr w:type="spellStart"/>
      <w:r w:rsidR="00545C3C" w:rsidRPr="00FC2615">
        <w:rPr>
          <w:rFonts w:ascii="Times New Roman" w:hAnsi="Times New Roman" w:cs="Times New Roman"/>
          <w:sz w:val="24"/>
          <w:szCs w:val="24"/>
        </w:rPr>
        <w:t>Europene</w:t>
      </w:r>
      <w:proofErr w:type="spellEnd"/>
      <w:r w:rsidRPr="00FC2615">
        <w:rPr>
          <w:rFonts w:ascii="Times New Roman" w:hAnsi="Times New Roman" w:cs="Times New Roman"/>
          <w:sz w:val="24"/>
          <w:szCs w:val="24"/>
        </w:rPr>
        <w:t>.</w:t>
      </w:r>
    </w:p>
    <w:p w14:paraId="6D2DCC4C" w14:textId="77777777" w:rsidR="004F4C2E" w:rsidRPr="00FC2615" w:rsidRDefault="00EE679A">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t xml:space="preserve">2. </w:t>
      </w:r>
      <w:proofErr w:type="spellStart"/>
      <w:r w:rsidRPr="00FC2615">
        <w:rPr>
          <w:rFonts w:ascii="Times New Roman" w:hAnsi="Times New Roman" w:cs="Times New Roman"/>
          <w:color w:val="auto"/>
          <w:sz w:val="24"/>
          <w:szCs w:val="24"/>
        </w:rPr>
        <w:t>Obiectul</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achiziției</w:t>
      </w:r>
      <w:proofErr w:type="spellEnd"/>
    </w:p>
    <w:p w14:paraId="11036238" w14:textId="42524DF0" w:rsidR="004F4C2E" w:rsidRPr="00FC2615" w:rsidRDefault="00EE679A" w:rsidP="00035323">
      <w:pPr>
        <w:jc w:val="both"/>
        <w:rPr>
          <w:rFonts w:ascii="Times New Roman" w:hAnsi="Times New Roman" w:cs="Times New Roman"/>
          <w:sz w:val="24"/>
          <w:szCs w:val="24"/>
        </w:rPr>
      </w:pPr>
      <w:proofErr w:type="spellStart"/>
      <w:r w:rsidRPr="00FC2615">
        <w:rPr>
          <w:rFonts w:ascii="Times New Roman" w:hAnsi="Times New Roman" w:cs="Times New Roman"/>
          <w:sz w:val="24"/>
          <w:szCs w:val="24"/>
        </w:rPr>
        <w:t>Obiectul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achiziției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constituie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livrarea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descărcarea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garanția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un lot de </w:t>
      </w:r>
      <w:proofErr w:type="spellStart"/>
      <w:r w:rsidRPr="00FC2615">
        <w:rPr>
          <w:rFonts w:ascii="Times New Roman" w:hAnsi="Times New Roman" w:cs="Times New Roman"/>
          <w:sz w:val="24"/>
          <w:szCs w:val="24"/>
        </w:rPr>
        <w:t>pubele</w:t>
      </w:r>
      <w:proofErr w:type="spellEnd"/>
      <w:r w:rsidRPr="00FC2615">
        <w:rPr>
          <w:rFonts w:ascii="Times New Roman" w:hAnsi="Times New Roman" w:cs="Times New Roman"/>
          <w:sz w:val="24"/>
          <w:szCs w:val="24"/>
        </w:rPr>
        <w:t xml:space="preserve"> din plastic (PEHD) cu </w:t>
      </w:r>
      <w:proofErr w:type="spellStart"/>
      <w:r w:rsidRPr="00FC2615">
        <w:rPr>
          <w:rFonts w:ascii="Times New Roman" w:hAnsi="Times New Roman" w:cs="Times New Roman"/>
          <w:sz w:val="24"/>
          <w:szCs w:val="24"/>
        </w:rPr>
        <w:t>capacitatea</w:t>
      </w:r>
      <w:proofErr w:type="spellEnd"/>
      <w:r w:rsidRPr="00FC2615">
        <w:rPr>
          <w:rFonts w:ascii="Times New Roman" w:hAnsi="Times New Roman" w:cs="Times New Roman"/>
          <w:sz w:val="24"/>
          <w:szCs w:val="24"/>
        </w:rPr>
        <w:t xml:space="preserve"> de </w:t>
      </w:r>
      <w:r w:rsidR="00105771" w:rsidRPr="00FC2615">
        <w:rPr>
          <w:rFonts w:ascii="Times New Roman" w:hAnsi="Times New Roman" w:cs="Times New Roman"/>
          <w:sz w:val="24"/>
          <w:szCs w:val="24"/>
        </w:rPr>
        <w:t xml:space="preserve">240 </w:t>
      </w:r>
      <w:proofErr w:type="spellStart"/>
      <w:r w:rsidR="00105771" w:rsidRPr="00FC2615">
        <w:rPr>
          <w:rFonts w:ascii="Times New Roman" w:hAnsi="Times New Roman" w:cs="Times New Roman"/>
          <w:sz w:val="24"/>
          <w:szCs w:val="24"/>
        </w:rPr>
        <w:t>și</w:t>
      </w:r>
      <w:proofErr w:type="spellEnd"/>
      <w:r w:rsidR="00105771" w:rsidRPr="00FC2615">
        <w:rPr>
          <w:rFonts w:ascii="Times New Roman" w:hAnsi="Times New Roman" w:cs="Times New Roman"/>
          <w:sz w:val="24"/>
          <w:szCs w:val="24"/>
        </w:rPr>
        <w:t xml:space="preserve"> </w:t>
      </w:r>
      <w:r w:rsidRPr="00FC2615">
        <w:rPr>
          <w:rFonts w:ascii="Times New Roman" w:hAnsi="Times New Roman" w:cs="Times New Roman"/>
          <w:sz w:val="24"/>
          <w:szCs w:val="24"/>
        </w:rPr>
        <w:t xml:space="preserve">120 L, </w:t>
      </w:r>
      <w:proofErr w:type="spellStart"/>
      <w:r w:rsidRPr="00FC2615">
        <w:rPr>
          <w:rFonts w:ascii="Times New Roman" w:hAnsi="Times New Roman" w:cs="Times New Roman"/>
          <w:sz w:val="24"/>
          <w:szCs w:val="24"/>
        </w:rPr>
        <w:t>conforme</w:t>
      </w:r>
      <w:proofErr w:type="spellEnd"/>
      <w:r w:rsidRPr="00FC2615">
        <w:rPr>
          <w:rFonts w:ascii="Times New Roman" w:hAnsi="Times New Roman" w:cs="Times New Roman"/>
          <w:sz w:val="24"/>
          <w:szCs w:val="24"/>
        </w:rPr>
        <w:t xml:space="preserve"> cu EN 840-1, EN 840-5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EN 840-6,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utilizare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manuală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compatibile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sistemele</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ridicare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standardizate</w:t>
      </w:r>
      <w:proofErr w:type="spellEnd"/>
      <w:r w:rsidRPr="00FC2615">
        <w:rPr>
          <w:rFonts w:ascii="Times New Roman" w:hAnsi="Times New Roman" w:cs="Times New Roman"/>
          <w:sz w:val="24"/>
          <w:szCs w:val="24"/>
        </w:rPr>
        <w:t>.</w:t>
      </w:r>
    </w:p>
    <w:p w14:paraId="63886801" w14:textId="05DC3ACB" w:rsidR="00035323" w:rsidRPr="00FC2615" w:rsidRDefault="00035323">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t xml:space="preserve">3. </w:t>
      </w:r>
      <w:proofErr w:type="spellStart"/>
      <w:r w:rsidRPr="00FC2615">
        <w:rPr>
          <w:rFonts w:ascii="Times New Roman" w:hAnsi="Times New Roman" w:cs="Times New Roman"/>
          <w:color w:val="auto"/>
          <w:sz w:val="24"/>
          <w:szCs w:val="24"/>
        </w:rPr>
        <w:t>Scopul</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achiziției</w:t>
      </w:r>
      <w:proofErr w:type="spellEnd"/>
    </w:p>
    <w:p w14:paraId="2590F76F" w14:textId="4DBA7494" w:rsidR="00035323" w:rsidRPr="00FC2615" w:rsidRDefault="00035323" w:rsidP="00035323">
      <w:pPr>
        <w:jc w:val="both"/>
        <w:rPr>
          <w:rFonts w:ascii="Times New Roman" w:hAnsi="Times New Roman" w:cs="Times New Roman"/>
          <w:sz w:val="24"/>
          <w:szCs w:val="24"/>
        </w:rPr>
      </w:pPr>
      <w:proofErr w:type="spellStart"/>
      <w:proofErr w:type="gramStart"/>
      <w:r w:rsidRPr="00FC2615">
        <w:rPr>
          <w:rFonts w:ascii="Times New Roman" w:hAnsi="Times New Roman" w:cs="Times New Roman"/>
          <w:sz w:val="24"/>
          <w:szCs w:val="24"/>
        </w:rPr>
        <w:t>Achiziția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urmărește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asigurarea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dotării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corespunzătoare</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gospodăriilor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casnice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instituțiilor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publice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agenților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economici</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recipiente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standardizate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colectarea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deșeurilor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conformitate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Planul</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Îmbunătățire</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Serviciului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legislația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privind</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managementul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deșeurilor</w:t>
      </w:r>
      <w:proofErr w:type="spellEnd"/>
      <w:r w:rsidRPr="00FC2615">
        <w:rPr>
          <w:rFonts w:ascii="Times New Roman" w:hAnsi="Times New Roman" w:cs="Times New Roman"/>
          <w:sz w:val="24"/>
          <w:szCs w:val="24"/>
        </w:rPr>
        <w:t>.</w:t>
      </w:r>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Recipientele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trebuie</w:t>
      </w:r>
      <w:proofErr w:type="spellEnd"/>
      <w:r w:rsidR="00090AAB" w:rsidRPr="00FC2615">
        <w:rPr>
          <w:rFonts w:ascii="Times New Roman" w:hAnsi="Times New Roman" w:cs="Times New Roman"/>
          <w:sz w:val="24"/>
          <w:szCs w:val="24"/>
        </w:rPr>
        <w:t xml:space="preserve"> </w:t>
      </w:r>
      <w:proofErr w:type="spellStart"/>
      <w:proofErr w:type="gramStart"/>
      <w:r w:rsidR="00090AAB" w:rsidRPr="00FC2615">
        <w:rPr>
          <w:rFonts w:ascii="Times New Roman" w:hAnsi="Times New Roman" w:cs="Times New Roman"/>
          <w:sz w:val="24"/>
          <w:szCs w:val="24"/>
        </w:rPr>
        <w:t>să</w:t>
      </w:r>
      <w:proofErr w:type="spellEnd"/>
      <w:proofErr w:type="gramEnd"/>
      <w:r w:rsidR="00090AAB" w:rsidRPr="00FC2615">
        <w:rPr>
          <w:rFonts w:ascii="Times New Roman" w:hAnsi="Times New Roman" w:cs="Times New Roman"/>
          <w:sz w:val="24"/>
          <w:szCs w:val="24"/>
        </w:rPr>
        <w:t xml:space="preserve"> fie</w:t>
      </w:r>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compatibile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autospecialele</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colectare</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deșeurilor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conforme</w:t>
      </w:r>
      <w:proofErr w:type="spellEnd"/>
      <w:r w:rsidRPr="00FC2615">
        <w:rPr>
          <w:rFonts w:ascii="Times New Roman" w:hAnsi="Times New Roman" w:cs="Times New Roman"/>
          <w:sz w:val="24"/>
          <w:szCs w:val="24"/>
        </w:rPr>
        <w:t xml:space="preserve"> </w:t>
      </w:r>
      <w:r w:rsidRPr="00FC2615">
        <w:rPr>
          <w:rFonts w:ascii="Times New Roman" w:hAnsi="Times New Roman" w:cs="Times New Roman"/>
          <w:b/>
          <w:bCs/>
          <w:sz w:val="24"/>
          <w:szCs w:val="24"/>
        </w:rPr>
        <w:t>EN 1501-1</w:t>
      </w:r>
      <w:r w:rsidR="00AB7C6C" w:rsidRPr="00FC2615">
        <w:rPr>
          <w:rStyle w:val="affb"/>
          <w:rFonts w:ascii="Times New Roman" w:hAnsi="Times New Roman" w:cs="Times New Roman"/>
          <w:b/>
          <w:bCs/>
          <w:sz w:val="24"/>
          <w:szCs w:val="24"/>
        </w:rPr>
        <w:endnoteReference w:id="1"/>
      </w:r>
      <w:r w:rsidRPr="00FC2615">
        <w:rPr>
          <w:rFonts w:ascii="Times New Roman" w:hAnsi="Times New Roman" w:cs="Times New Roman"/>
          <w:sz w:val="24"/>
          <w:szCs w:val="24"/>
        </w:rPr>
        <w:t>.</w:t>
      </w:r>
    </w:p>
    <w:p w14:paraId="49DBB351" w14:textId="78471BF4" w:rsidR="004F4C2E" w:rsidRPr="00FC2615" w:rsidRDefault="00035323">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lastRenderedPageBreak/>
        <w:t xml:space="preserve">4. </w:t>
      </w:r>
      <w:proofErr w:type="spellStart"/>
      <w:r w:rsidRPr="00FC2615">
        <w:rPr>
          <w:rFonts w:ascii="Times New Roman" w:hAnsi="Times New Roman" w:cs="Times New Roman"/>
          <w:color w:val="auto"/>
          <w:sz w:val="24"/>
          <w:szCs w:val="24"/>
        </w:rPr>
        <w:t>Cerințe</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tehnice</w:t>
      </w:r>
      <w:proofErr w:type="spellEnd"/>
      <w:r w:rsidRPr="00FC2615">
        <w:rPr>
          <w:rFonts w:ascii="Times New Roman" w:hAnsi="Times New Roman" w:cs="Times New Roman"/>
          <w:color w:val="auto"/>
          <w:sz w:val="24"/>
          <w:szCs w:val="24"/>
        </w:rPr>
        <w:t xml:space="preserve"> </w:t>
      </w:r>
      <w:proofErr w:type="spellStart"/>
      <w:r w:rsidRPr="00FC2615">
        <w:rPr>
          <w:rFonts w:ascii="Times New Roman" w:hAnsi="Times New Roman" w:cs="Times New Roman"/>
          <w:color w:val="auto"/>
          <w:sz w:val="24"/>
          <w:szCs w:val="24"/>
        </w:rPr>
        <w:t>minime</w:t>
      </w:r>
      <w:proofErr w:type="spellEnd"/>
    </w:p>
    <w:p w14:paraId="49B84F6B" w14:textId="057CCD8A" w:rsidR="00035323" w:rsidRPr="00FC2615" w:rsidRDefault="00451F14" w:rsidP="00451F14">
      <w:pPr>
        <w:jc w:val="both"/>
        <w:rPr>
          <w:rFonts w:ascii="Times New Roman" w:hAnsi="Times New Roman" w:cs="Times New Roman"/>
          <w:sz w:val="24"/>
          <w:szCs w:val="24"/>
        </w:rPr>
      </w:pPr>
      <w:proofErr w:type="spellStart"/>
      <w:r w:rsidRPr="00FC2615">
        <w:rPr>
          <w:rFonts w:ascii="Times New Roman" w:hAnsi="Times New Roman" w:cs="Times New Roman"/>
          <w:sz w:val="24"/>
          <w:szCs w:val="24"/>
        </w:rPr>
        <w:t>Ofertantul</w:t>
      </w:r>
      <w:proofErr w:type="spellEnd"/>
      <w:r w:rsidRPr="00FC2615">
        <w:rPr>
          <w:rFonts w:ascii="Times New Roman" w:hAnsi="Times New Roman" w:cs="Times New Roman"/>
          <w:sz w:val="24"/>
          <w:szCs w:val="24"/>
        </w:rPr>
        <w:t xml:space="preserve"> </w:t>
      </w:r>
      <w:proofErr w:type="spellStart"/>
      <w:proofErr w:type="gramStart"/>
      <w:r w:rsidRPr="00FC2615">
        <w:rPr>
          <w:rFonts w:ascii="Times New Roman" w:hAnsi="Times New Roman" w:cs="Times New Roman"/>
          <w:sz w:val="24"/>
          <w:szCs w:val="24"/>
        </w:rPr>
        <w:t>va</w:t>
      </w:r>
      <w:proofErr w:type="spellEnd"/>
      <w:proofErr w:type="gramEnd"/>
      <w:r w:rsidRPr="00FC2615">
        <w:rPr>
          <w:rFonts w:ascii="Times New Roman" w:hAnsi="Times New Roman" w:cs="Times New Roman"/>
          <w:sz w:val="24"/>
          <w:szCs w:val="24"/>
        </w:rPr>
        <w:t xml:space="preserve"> fi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întregime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responsabil</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asigurarea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calității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conformitate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cerințele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acestei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specificații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ale </w:t>
      </w:r>
      <w:proofErr w:type="spellStart"/>
      <w:r w:rsidRPr="00FC2615">
        <w:rPr>
          <w:rFonts w:ascii="Times New Roman" w:hAnsi="Times New Roman" w:cs="Times New Roman"/>
          <w:sz w:val="24"/>
          <w:szCs w:val="24"/>
        </w:rPr>
        <w:t>condițiilor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Contractului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Ofertantul</w:t>
      </w:r>
      <w:proofErr w:type="spellEnd"/>
      <w:r w:rsidRPr="00FC2615">
        <w:rPr>
          <w:rFonts w:ascii="Times New Roman" w:hAnsi="Times New Roman" w:cs="Times New Roman"/>
          <w:sz w:val="24"/>
          <w:szCs w:val="24"/>
        </w:rPr>
        <w:t xml:space="preserve"> </w:t>
      </w:r>
      <w:proofErr w:type="spellStart"/>
      <w:proofErr w:type="gramStart"/>
      <w:r w:rsidRPr="00FC2615">
        <w:rPr>
          <w:rFonts w:ascii="Times New Roman" w:hAnsi="Times New Roman" w:cs="Times New Roman"/>
          <w:sz w:val="24"/>
          <w:szCs w:val="24"/>
        </w:rPr>
        <w:t>va</w:t>
      </w:r>
      <w:proofErr w:type="spellEnd"/>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prezinte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Beneficiarului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denumirile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companiilor-producătoare</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recipientelor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propuse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licitare</w:t>
      </w:r>
      <w:proofErr w:type="spellEnd"/>
      <w:r w:rsidRPr="00FC2615">
        <w:rPr>
          <w:rFonts w:ascii="Times New Roman" w:hAnsi="Times New Roman" w:cs="Times New Roman"/>
          <w:sz w:val="24"/>
          <w:szCs w:val="24"/>
        </w:rPr>
        <w:t xml:space="preserve">. El </w:t>
      </w:r>
      <w:proofErr w:type="spellStart"/>
      <w:proofErr w:type="gramStart"/>
      <w:r w:rsidRPr="00FC2615">
        <w:rPr>
          <w:rFonts w:ascii="Times New Roman" w:hAnsi="Times New Roman" w:cs="Times New Roman"/>
          <w:sz w:val="24"/>
          <w:szCs w:val="24"/>
        </w:rPr>
        <w:t>va</w:t>
      </w:r>
      <w:proofErr w:type="spellEnd"/>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prezenta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descrierea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specificațiile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certificatele</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calitate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țara</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origine</w:t>
      </w:r>
      <w:proofErr w:type="spellEnd"/>
      <w:r w:rsidRPr="00FC2615">
        <w:rPr>
          <w:rFonts w:ascii="Times New Roman" w:hAnsi="Times New Roman" w:cs="Times New Roman"/>
          <w:sz w:val="24"/>
          <w:szCs w:val="24"/>
        </w:rPr>
        <w:t>. </w:t>
      </w:r>
    </w:p>
    <w:p w14:paraId="4F372D65" w14:textId="3B3D3C56" w:rsidR="00451F14" w:rsidRPr="00FC2615" w:rsidRDefault="00451F14" w:rsidP="00451F14">
      <w:pPr>
        <w:jc w:val="both"/>
        <w:rPr>
          <w:rFonts w:ascii="Times New Roman" w:hAnsi="Times New Roman" w:cs="Times New Roman"/>
          <w:sz w:val="24"/>
          <w:szCs w:val="24"/>
        </w:rPr>
      </w:pP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cazul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care </w:t>
      </w:r>
      <w:proofErr w:type="spellStart"/>
      <w:r w:rsidRPr="00FC2615">
        <w:rPr>
          <w:rFonts w:ascii="Times New Roman" w:hAnsi="Times New Roman" w:cs="Times New Roman"/>
          <w:sz w:val="24"/>
          <w:szCs w:val="24"/>
        </w:rPr>
        <w:t>Ofertantul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livra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recipiente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colectare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deșeuri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menajere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solide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produse</w:t>
      </w:r>
      <w:proofErr w:type="spellEnd"/>
      <w:r w:rsidRPr="00FC2615">
        <w:rPr>
          <w:rFonts w:ascii="Times New Roman" w:hAnsi="Times New Roman" w:cs="Times New Roman"/>
          <w:sz w:val="24"/>
          <w:szCs w:val="24"/>
        </w:rPr>
        <w:t xml:space="preserve"> la </w:t>
      </w:r>
      <w:proofErr w:type="spellStart"/>
      <w:r w:rsidRPr="00FC2615">
        <w:rPr>
          <w:rFonts w:ascii="Times New Roman" w:hAnsi="Times New Roman" w:cs="Times New Roman"/>
          <w:sz w:val="24"/>
          <w:szCs w:val="24"/>
        </w:rPr>
        <w:t>diferiți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Producători</w:t>
      </w:r>
      <w:proofErr w:type="spellEnd"/>
      <w:r w:rsidRPr="00FC2615">
        <w:rPr>
          <w:rFonts w:ascii="Times New Roman" w:hAnsi="Times New Roman" w:cs="Times New Roman"/>
          <w:sz w:val="24"/>
          <w:szCs w:val="24"/>
        </w:rPr>
        <w:t xml:space="preserve">, </w:t>
      </w:r>
      <w:proofErr w:type="spellStart"/>
      <w:r w:rsidR="00511577" w:rsidRPr="00FC2615">
        <w:rPr>
          <w:rFonts w:ascii="Times New Roman" w:hAnsi="Times New Roman" w:cs="Times New Roman"/>
          <w:sz w:val="24"/>
          <w:szCs w:val="24"/>
        </w:rPr>
        <w:t>acesta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solicite</w:t>
      </w:r>
      <w:proofErr w:type="spellEnd"/>
      <w:r w:rsidRPr="00FC2615">
        <w:rPr>
          <w:rFonts w:ascii="Times New Roman" w:hAnsi="Times New Roman" w:cs="Times New Roman"/>
          <w:sz w:val="24"/>
          <w:szCs w:val="24"/>
        </w:rPr>
        <w:t xml:space="preserve"> de la </w:t>
      </w:r>
      <w:proofErr w:type="spellStart"/>
      <w:r w:rsidRPr="00FC2615">
        <w:rPr>
          <w:rFonts w:ascii="Times New Roman" w:hAnsi="Times New Roman" w:cs="Times New Roman"/>
          <w:sz w:val="24"/>
          <w:szCs w:val="24"/>
        </w:rPr>
        <w:t>Producători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documentația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tehnică</w:t>
      </w:r>
      <w:proofErr w:type="spellEnd"/>
      <w:r w:rsidRPr="00FC2615">
        <w:rPr>
          <w:rFonts w:ascii="Times New Roman" w:hAnsi="Times New Roman" w:cs="Times New Roman"/>
          <w:sz w:val="24"/>
          <w:szCs w:val="24"/>
        </w:rPr>
        <w:t xml:space="preserve">, care </w:t>
      </w:r>
      <w:proofErr w:type="spellStart"/>
      <w:r w:rsidRPr="00FC2615">
        <w:rPr>
          <w:rFonts w:ascii="Times New Roman" w:hAnsi="Times New Roman" w:cs="Times New Roman"/>
          <w:sz w:val="24"/>
          <w:szCs w:val="24"/>
        </w:rPr>
        <w:t>să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cuprindă</w:t>
      </w:r>
      <w:proofErr w:type="spellEnd"/>
      <w:proofErr w:type="gramStart"/>
      <w:r w:rsidRPr="00FC2615">
        <w:rPr>
          <w:rFonts w:ascii="Times New Roman" w:hAnsi="Times New Roman" w:cs="Times New Roman"/>
          <w:sz w:val="24"/>
          <w:szCs w:val="24"/>
        </w:rPr>
        <w:t>  Certificate</w:t>
      </w:r>
      <w:proofErr w:type="gram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Conformitate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certificarea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calității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conformitate</w:t>
      </w:r>
      <w:proofErr w:type="spellEnd"/>
      <w:r w:rsidRPr="00FC2615">
        <w:rPr>
          <w:rFonts w:ascii="Times New Roman" w:hAnsi="Times New Roman" w:cs="Times New Roman"/>
          <w:sz w:val="24"/>
          <w:szCs w:val="24"/>
        </w:rPr>
        <w:t xml:space="preserve"> cu </w:t>
      </w:r>
      <w:proofErr w:type="spellStart"/>
      <w:r w:rsidR="00511577" w:rsidRPr="00FC2615">
        <w:rPr>
          <w:rFonts w:ascii="Times New Roman" w:hAnsi="Times New Roman" w:cs="Times New Roman"/>
          <w:sz w:val="24"/>
          <w:szCs w:val="24"/>
        </w:rPr>
        <w:t>termenii</w:t>
      </w:r>
      <w:proofErr w:type="spellEnd"/>
      <w:r w:rsidR="00511577" w:rsidRPr="00FC2615">
        <w:rPr>
          <w:rFonts w:ascii="Times New Roman" w:hAnsi="Times New Roman" w:cs="Times New Roman"/>
          <w:sz w:val="24"/>
          <w:szCs w:val="24"/>
        </w:rPr>
        <w:t xml:space="preserve"> de </w:t>
      </w:r>
      <w:proofErr w:type="spellStart"/>
      <w:r w:rsidR="00511577" w:rsidRPr="00FC2615">
        <w:rPr>
          <w:rFonts w:ascii="Times New Roman" w:hAnsi="Times New Roman" w:cs="Times New Roman"/>
          <w:sz w:val="24"/>
          <w:szCs w:val="24"/>
        </w:rPr>
        <w:t>referință</w:t>
      </w:r>
      <w:proofErr w:type="spellEnd"/>
      <w:r w:rsidR="00511577" w:rsidRPr="00FC2615">
        <w:rPr>
          <w:rFonts w:ascii="Times New Roman" w:hAnsi="Times New Roman" w:cs="Times New Roman"/>
          <w:sz w:val="24"/>
          <w:szCs w:val="24"/>
        </w:rPr>
        <w:t xml:space="preserve"> </w:t>
      </w:r>
      <w:proofErr w:type="spellStart"/>
      <w:r w:rsidR="00511577" w:rsidRPr="00FC2615">
        <w:rPr>
          <w:rFonts w:ascii="Times New Roman" w:hAnsi="Times New Roman" w:cs="Times New Roman"/>
          <w:sz w:val="24"/>
          <w:szCs w:val="24"/>
        </w:rPr>
        <w:t>actuali</w:t>
      </w:r>
      <w:proofErr w:type="spellEnd"/>
      <w:r w:rsidRPr="00FC2615">
        <w:rPr>
          <w:rFonts w:ascii="Times New Roman" w:hAnsi="Times New Roman" w:cs="Times New Roman"/>
          <w:sz w:val="24"/>
          <w:szCs w:val="24"/>
        </w:rPr>
        <w:t>. </w:t>
      </w:r>
    </w:p>
    <w:p w14:paraId="570F7930" w14:textId="07555797" w:rsidR="00451F14" w:rsidRPr="00FC2615" w:rsidRDefault="00511577" w:rsidP="00035323">
      <w:pPr>
        <w:rPr>
          <w:rFonts w:ascii="Times New Roman" w:hAnsi="Times New Roman" w:cs="Times New Roman"/>
          <w:sz w:val="24"/>
          <w:szCs w:val="24"/>
        </w:rPr>
      </w:pPr>
      <w:proofErr w:type="spellStart"/>
      <w:r w:rsidRPr="00FC2615">
        <w:rPr>
          <w:rFonts w:ascii="Times New Roman" w:hAnsi="Times New Roman" w:cs="Times New Roman"/>
          <w:sz w:val="24"/>
          <w:szCs w:val="24"/>
        </w:rPr>
        <w:t>Astfel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recipientele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w:t>
      </w:r>
      <w:proofErr w:type="spellEnd"/>
      <w:r w:rsidRPr="00FC2615">
        <w:rPr>
          <w:rFonts w:ascii="Times New Roman" w:hAnsi="Times New Roman" w:cs="Times New Roman"/>
          <w:sz w:val="24"/>
          <w:szCs w:val="24"/>
        </w:rPr>
        <w:t xml:space="preserve"> </w:t>
      </w:r>
      <w:proofErr w:type="spellStart"/>
      <w:proofErr w:type="gramStart"/>
      <w:r w:rsidRPr="00FC2615">
        <w:rPr>
          <w:rFonts w:ascii="Times New Roman" w:hAnsi="Times New Roman" w:cs="Times New Roman"/>
          <w:sz w:val="24"/>
          <w:szCs w:val="24"/>
        </w:rPr>
        <w:t>să</w:t>
      </w:r>
      <w:proofErr w:type="spellEnd"/>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îndeplinească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următoarele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condiții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tehnice</w:t>
      </w:r>
      <w:proofErr w:type="spellEnd"/>
      <w:r w:rsidRPr="00FC2615">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2340"/>
        <w:gridCol w:w="5382"/>
      </w:tblGrid>
      <w:tr w:rsidR="004F4C2E" w:rsidRPr="00FC2615" w14:paraId="290CCC86" w14:textId="77777777" w:rsidTr="2A9E0DDC">
        <w:tc>
          <w:tcPr>
            <w:tcW w:w="918" w:type="dxa"/>
          </w:tcPr>
          <w:p w14:paraId="0C7B1461" w14:textId="77777777" w:rsidR="004F4C2E" w:rsidRPr="00FC2615" w:rsidRDefault="00EE679A">
            <w:pPr>
              <w:rPr>
                <w:rFonts w:ascii="Times New Roman" w:hAnsi="Times New Roman" w:cs="Times New Roman"/>
                <w:b/>
                <w:bCs/>
                <w:sz w:val="24"/>
                <w:szCs w:val="24"/>
              </w:rPr>
            </w:pPr>
            <w:r w:rsidRPr="00FC2615">
              <w:rPr>
                <w:rFonts w:ascii="Times New Roman" w:hAnsi="Times New Roman" w:cs="Times New Roman"/>
                <w:b/>
                <w:bCs/>
                <w:sz w:val="24"/>
                <w:szCs w:val="24"/>
              </w:rPr>
              <w:t>Nr.</w:t>
            </w:r>
          </w:p>
        </w:tc>
        <w:tc>
          <w:tcPr>
            <w:tcW w:w="2340" w:type="dxa"/>
          </w:tcPr>
          <w:p w14:paraId="68C97A91" w14:textId="77777777" w:rsidR="004F4C2E" w:rsidRPr="00FC2615" w:rsidRDefault="00EE679A" w:rsidP="007D1AAD">
            <w:pPr>
              <w:jc w:val="center"/>
              <w:rPr>
                <w:rFonts w:ascii="Times New Roman" w:hAnsi="Times New Roman" w:cs="Times New Roman"/>
                <w:b/>
                <w:bCs/>
                <w:sz w:val="24"/>
                <w:szCs w:val="24"/>
              </w:rPr>
            </w:pPr>
            <w:proofErr w:type="spellStart"/>
            <w:r w:rsidRPr="00FC2615">
              <w:rPr>
                <w:rFonts w:ascii="Times New Roman" w:hAnsi="Times New Roman" w:cs="Times New Roman"/>
                <w:b/>
                <w:bCs/>
                <w:sz w:val="24"/>
                <w:szCs w:val="24"/>
              </w:rPr>
              <w:t>Caracteristică</w:t>
            </w:r>
            <w:proofErr w:type="spellEnd"/>
          </w:p>
        </w:tc>
        <w:tc>
          <w:tcPr>
            <w:tcW w:w="5382" w:type="dxa"/>
          </w:tcPr>
          <w:p w14:paraId="147008C3" w14:textId="77777777" w:rsidR="004F4C2E" w:rsidRPr="00FC2615" w:rsidRDefault="00EE679A" w:rsidP="007D1AAD">
            <w:pPr>
              <w:jc w:val="center"/>
              <w:rPr>
                <w:rFonts w:ascii="Times New Roman" w:hAnsi="Times New Roman" w:cs="Times New Roman"/>
                <w:b/>
                <w:bCs/>
                <w:sz w:val="24"/>
                <w:szCs w:val="24"/>
              </w:rPr>
            </w:pPr>
            <w:proofErr w:type="spellStart"/>
            <w:r w:rsidRPr="00FC2615">
              <w:rPr>
                <w:rFonts w:ascii="Times New Roman" w:hAnsi="Times New Roman" w:cs="Times New Roman"/>
                <w:b/>
                <w:bCs/>
                <w:sz w:val="24"/>
                <w:szCs w:val="24"/>
              </w:rPr>
              <w:t>Cerință</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minimă</w:t>
            </w:r>
            <w:proofErr w:type="spellEnd"/>
          </w:p>
        </w:tc>
      </w:tr>
      <w:tr w:rsidR="004F4C2E" w:rsidRPr="00FC2615" w14:paraId="66859D52" w14:textId="77777777" w:rsidTr="2A9E0DDC">
        <w:tc>
          <w:tcPr>
            <w:tcW w:w="918" w:type="dxa"/>
          </w:tcPr>
          <w:p w14:paraId="6B0F068C"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1</w:t>
            </w:r>
          </w:p>
        </w:tc>
        <w:tc>
          <w:tcPr>
            <w:tcW w:w="2340" w:type="dxa"/>
          </w:tcPr>
          <w:p w14:paraId="3A7B08D8"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Volum</w:t>
            </w:r>
            <w:proofErr w:type="spellEnd"/>
            <w:r w:rsidRPr="00FC2615">
              <w:rPr>
                <w:rFonts w:ascii="Times New Roman" w:hAnsi="Times New Roman" w:cs="Times New Roman"/>
                <w:sz w:val="24"/>
                <w:szCs w:val="24"/>
              </w:rPr>
              <w:t xml:space="preserve"> nominal</w:t>
            </w:r>
          </w:p>
        </w:tc>
        <w:tc>
          <w:tcPr>
            <w:tcW w:w="5382" w:type="dxa"/>
          </w:tcPr>
          <w:p w14:paraId="1D0F142C" w14:textId="46A50A86" w:rsidR="004F4C2E" w:rsidRPr="00FC2615" w:rsidRDefault="00D64536" w:rsidP="007D1AAD">
            <w:pPr>
              <w:spacing w:after="0"/>
              <w:rPr>
                <w:rFonts w:ascii="Times New Roman" w:hAnsi="Times New Roman" w:cs="Times New Roman"/>
                <w:sz w:val="24"/>
                <w:szCs w:val="24"/>
              </w:rPr>
            </w:pPr>
            <w:r w:rsidRPr="00FC2615">
              <w:rPr>
                <w:rFonts w:ascii="Times New Roman" w:hAnsi="Times New Roman" w:cs="Times New Roman"/>
                <w:sz w:val="24"/>
                <w:szCs w:val="24"/>
              </w:rPr>
              <w:t xml:space="preserve">240 </w:t>
            </w:r>
            <w:proofErr w:type="spellStart"/>
            <w:r w:rsidRPr="00FC2615">
              <w:rPr>
                <w:rFonts w:ascii="Times New Roman" w:hAnsi="Times New Roman" w:cs="Times New Roman"/>
                <w:sz w:val="24"/>
                <w:szCs w:val="24"/>
              </w:rPr>
              <w:t>litri</w:t>
            </w:r>
            <w:proofErr w:type="spellEnd"/>
            <w:r w:rsidRPr="00FC2615">
              <w:rPr>
                <w:rFonts w:ascii="Times New Roman" w:hAnsi="Times New Roman" w:cs="Times New Roman"/>
                <w:sz w:val="24"/>
                <w:szCs w:val="24"/>
              </w:rPr>
              <w:t xml:space="preserve"> </w:t>
            </w:r>
            <w:r w:rsidR="006830DB" w:rsidRPr="00FC2615">
              <w:rPr>
                <w:rFonts w:ascii="Times New Roman" w:hAnsi="Times New Roman" w:cs="Times New Roman"/>
                <w:sz w:val="24"/>
                <w:szCs w:val="24"/>
              </w:rPr>
              <w:t xml:space="preserve">±5%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r w:rsidR="00EE679A" w:rsidRPr="00FC2615">
              <w:rPr>
                <w:rFonts w:ascii="Times New Roman" w:hAnsi="Times New Roman" w:cs="Times New Roman"/>
                <w:sz w:val="24"/>
                <w:szCs w:val="24"/>
              </w:rPr>
              <w:t>120</w:t>
            </w:r>
            <w:r w:rsidR="00511577" w:rsidRPr="00FC2615">
              <w:rPr>
                <w:rFonts w:ascii="Times New Roman" w:hAnsi="Times New Roman" w:cs="Times New Roman"/>
                <w:sz w:val="24"/>
                <w:szCs w:val="24"/>
              </w:rPr>
              <w:t xml:space="preserve"> </w:t>
            </w:r>
            <w:proofErr w:type="spellStart"/>
            <w:r w:rsidR="00511577" w:rsidRPr="00FC2615">
              <w:rPr>
                <w:rFonts w:ascii="Times New Roman" w:hAnsi="Times New Roman" w:cs="Times New Roman"/>
                <w:sz w:val="24"/>
                <w:szCs w:val="24"/>
              </w:rPr>
              <w:t>litri</w:t>
            </w:r>
            <w:proofErr w:type="spellEnd"/>
            <w:r w:rsidR="00511577" w:rsidRPr="00FC2615">
              <w:rPr>
                <w:rFonts w:ascii="Times New Roman" w:hAnsi="Times New Roman" w:cs="Times New Roman"/>
                <w:sz w:val="24"/>
                <w:szCs w:val="24"/>
              </w:rPr>
              <w:t xml:space="preserve">  ±5%</w:t>
            </w:r>
            <w:r w:rsidR="00EE679A" w:rsidRPr="00FC2615">
              <w:rPr>
                <w:rFonts w:ascii="Times New Roman" w:hAnsi="Times New Roman" w:cs="Times New Roman"/>
                <w:sz w:val="24"/>
                <w:szCs w:val="24"/>
              </w:rPr>
              <w:t xml:space="preserve"> </w:t>
            </w:r>
          </w:p>
        </w:tc>
      </w:tr>
      <w:tr w:rsidR="004F4C2E" w:rsidRPr="00FC2615" w14:paraId="14128B60" w14:textId="77777777" w:rsidTr="2A9E0DDC">
        <w:tc>
          <w:tcPr>
            <w:tcW w:w="918" w:type="dxa"/>
          </w:tcPr>
          <w:p w14:paraId="2EF13B9D"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2</w:t>
            </w:r>
          </w:p>
        </w:tc>
        <w:tc>
          <w:tcPr>
            <w:tcW w:w="2340" w:type="dxa"/>
          </w:tcPr>
          <w:p w14:paraId="7788D44B" w14:textId="77777777" w:rsidR="004F4C2E" w:rsidRPr="00FC2615" w:rsidRDefault="00EE679A" w:rsidP="007D1AAD">
            <w:pPr>
              <w:spacing w:after="0"/>
              <w:rPr>
                <w:rFonts w:ascii="Times New Roman" w:hAnsi="Times New Roman" w:cs="Times New Roman"/>
                <w:sz w:val="24"/>
                <w:szCs w:val="24"/>
              </w:rPr>
            </w:pPr>
            <w:r w:rsidRPr="00FC2615">
              <w:rPr>
                <w:rFonts w:ascii="Times New Roman" w:hAnsi="Times New Roman" w:cs="Times New Roman"/>
                <w:sz w:val="24"/>
                <w:szCs w:val="24"/>
              </w:rPr>
              <w:t>Material</w:t>
            </w:r>
          </w:p>
        </w:tc>
        <w:tc>
          <w:tcPr>
            <w:tcW w:w="5382" w:type="dxa"/>
          </w:tcPr>
          <w:p w14:paraId="0A12B18C"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Polietilenă</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înaltă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densitate</w:t>
            </w:r>
            <w:proofErr w:type="spellEnd"/>
            <w:r w:rsidRPr="00FC2615">
              <w:rPr>
                <w:rFonts w:ascii="Times New Roman" w:hAnsi="Times New Roman" w:cs="Times New Roman"/>
                <w:sz w:val="24"/>
                <w:szCs w:val="24"/>
              </w:rPr>
              <w:t xml:space="preserve"> (PEHD), </w:t>
            </w:r>
            <w:proofErr w:type="spellStart"/>
            <w:r w:rsidR="00772D75" w:rsidRPr="00FC2615">
              <w:rPr>
                <w:rFonts w:ascii="Times New Roman" w:hAnsi="Times New Roman" w:cs="Times New Roman"/>
                <w:sz w:val="24"/>
                <w:szCs w:val="24"/>
              </w:rPr>
              <w:t>produsă</w:t>
            </w:r>
            <w:proofErr w:type="spellEnd"/>
            <w:r w:rsidR="00772D75" w:rsidRPr="00FC2615">
              <w:rPr>
                <w:rFonts w:ascii="Times New Roman" w:hAnsi="Times New Roman" w:cs="Times New Roman"/>
                <w:sz w:val="24"/>
                <w:szCs w:val="24"/>
              </w:rPr>
              <w:t xml:space="preserve"> </w:t>
            </w:r>
            <w:proofErr w:type="spellStart"/>
            <w:r w:rsidR="00772D75" w:rsidRPr="00FC2615">
              <w:rPr>
                <w:rFonts w:ascii="Times New Roman" w:hAnsi="Times New Roman" w:cs="Times New Roman"/>
                <w:sz w:val="24"/>
                <w:szCs w:val="24"/>
              </w:rPr>
              <w:t>prin</w:t>
            </w:r>
            <w:proofErr w:type="spellEnd"/>
            <w:r w:rsidR="00772D75" w:rsidRPr="00FC2615">
              <w:rPr>
                <w:rFonts w:ascii="Times New Roman" w:hAnsi="Times New Roman" w:cs="Times New Roman"/>
                <w:sz w:val="24"/>
                <w:szCs w:val="24"/>
              </w:rPr>
              <w:t xml:space="preserve"> </w:t>
            </w:r>
            <w:proofErr w:type="spellStart"/>
            <w:r w:rsidR="00772D75" w:rsidRPr="00FC2615">
              <w:rPr>
                <w:rFonts w:ascii="Times New Roman" w:hAnsi="Times New Roman" w:cs="Times New Roman"/>
                <w:sz w:val="24"/>
                <w:szCs w:val="24"/>
              </w:rPr>
              <w:t>injecție</w:t>
            </w:r>
            <w:proofErr w:type="spellEnd"/>
            <w:r w:rsidR="00772D75" w:rsidRPr="00FC2615">
              <w:rPr>
                <w:rFonts w:ascii="Times New Roman" w:hAnsi="Times New Roman" w:cs="Times New Roman"/>
                <w:sz w:val="24"/>
                <w:szCs w:val="24"/>
              </w:rPr>
              <w:t xml:space="preserve">, </w:t>
            </w:r>
            <w:r w:rsidRPr="00FC2615">
              <w:rPr>
                <w:rFonts w:ascii="Times New Roman" w:hAnsi="Times New Roman" w:cs="Times New Roman"/>
                <w:sz w:val="24"/>
                <w:szCs w:val="24"/>
              </w:rPr>
              <w:t xml:space="preserve">100% </w:t>
            </w:r>
            <w:proofErr w:type="spellStart"/>
            <w:r w:rsidRPr="00FC2615">
              <w:rPr>
                <w:rFonts w:ascii="Times New Roman" w:hAnsi="Times New Roman" w:cs="Times New Roman"/>
                <w:sz w:val="24"/>
                <w:szCs w:val="24"/>
              </w:rPr>
              <w:t>reciclabilă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rezistentă</w:t>
            </w:r>
            <w:proofErr w:type="spellEnd"/>
            <w:r w:rsidRPr="00FC2615">
              <w:rPr>
                <w:rFonts w:ascii="Times New Roman" w:hAnsi="Times New Roman" w:cs="Times New Roman"/>
                <w:sz w:val="24"/>
                <w:szCs w:val="24"/>
              </w:rPr>
              <w:t xml:space="preserve"> la UV, </w:t>
            </w:r>
            <w:proofErr w:type="spellStart"/>
            <w:r w:rsidRPr="00FC2615">
              <w:rPr>
                <w:rFonts w:ascii="Times New Roman" w:hAnsi="Times New Roman" w:cs="Times New Roman"/>
                <w:sz w:val="24"/>
                <w:szCs w:val="24"/>
              </w:rPr>
              <w:t>îngheț</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căldură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acizi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baze</w:t>
            </w:r>
            <w:proofErr w:type="spellEnd"/>
            <w:r w:rsidR="00C86DB3" w:rsidRPr="00FC2615">
              <w:rPr>
                <w:rFonts w:ascii="Times New Roman" w:hAnsi="Times New Roman" w:cs="Times New Roman"/>
                <w:sz w:val="24"/>
                <w:szCs w:val="24"/>
              </w:rPr>
              <w:t>.</w:t>
            </w:r>
          </w:p>
          <w:p w14:paraId="354F962F" w14:textId="154F636A" w:rsidR="00C86DB3" w:rsidRPr="00FC2615" w:rsidRDefault="00C86DB3" w:rsidP="007D1AAD">
            <w:pPr>
              <w:spacing w:after="0"/>
              <w:rPr>
                <w:rFonts w:ascii="Times New Roman" w:hAnsi="Times New Roman" w:cs="Times New Roman"/>
                <w:sz w:val="24"/>
                <w:szCs w:val="24"/>
              </w:rPr>
            </w:pPr>
            <w:r w:rsidRPr="00FC2615">
              <w:rPr>
                <w:rFonts w:ascii="Times New Roman" w:hAnsi="Times New Roman" w:cs="Times New Roman"/>
                <w:sz w:val="24"/>
                <w:szCs w:val="24"/>
              </w:rPr>
              <w:t xml:space="preserve">Se </w:t>
            </w:r>
            <w:proofErr w:type="spellStart"/>
            <w:r w:rsidRPr="00FC2615">
              <w:rPr>
                <w:rFonts w:ascii="Times New Roman" w:hAnsi="Times New Roman" w:cs="Times New Roman"/>
                <w:sz w:val="24"/>
                <w:szCs w:val="24"/>
              </w:rPr>
              <w:t>admite</w:t>
            </w:r>
            <w:proofErr w:type="spellEnd"/>
            <w:r w:rsidRPr="00FC2615">
              <w:rPr>
                <w:rFonts w:ascii="Times New Roman" w:hAnsi="Times New Roman" w:cs="Times New Roman"/>
                <w:sz w:val="24"/>
                <w:szCs w:val="24"/>
              </w:rPr>
              <w:t xml:space="preserve"> PE </w:t>
            </w:r>
            <w:proofErr w:type="spellStart"/>
            <w:r w:rsidRPr="00FC2615">
              <w:rPr>
                <w:rFonts w:ascii="Times New Roman" w:hAnsi="Times New Roman" w:cs="Times New Roman"/>
                <w:sz w:val="24"/>
                <w:szCs w:val="24"/>
              </w:rPr>
              <w:t>reciclat</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proporție</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până</w:t>
            </w:r>
            <w:proofErr w:type="spellEnd"/>
            <w:r w:rsidRPr="00FC2615">
              <w:rPr>
                <w:rFonts w:ascii="Times New Roman" w:hAnsi="Times New Roman" w:cs="Times New Roman"/>
                <w:sz w:val="24"/>
                <w:szCs w:val="24"/>
              </w:rPr>
              <w:t xml:space="preserve"> la 30%, </w:t>
            </w:r>
            <w:proofErr w:type="spellStart"/>
            <w:r w:rsidRPr="00FC2615">
              <w:rPr>
                <w:rFonts w:ascii="Times New Roman" w:hAnsi="Times New Roman" w:cs="Times New Roman"/>
                <w:sz w:val="24"/>
                <w:szCs w:val="24"/>
              </w:rPr>
              <w:t>dacă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furnizorul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prezintă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testele</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durabilitate</w:t>
            </w:r>
            <w:proofErr w:type="spellEnd"/>
            <w:r w:rsidRPr="00FC2615">
              <w:rPr>
                <w:rFonts w:ascii="Times New Roman" w:hAnsi="Times New Roman" w:cs="Times New Roman"/>
                <w:sz w:val="24"/>
                <w:szCs w:val="24"/>
              </w:rPr>
              <w:t xml:space="preserve"> (test de </w:t>
            </w:r>
            <w:proofErr w:type="spellStart"/>
            <w:r w:rsidRPr="00FC2615">
              <w:rPr>
                <w:rFonts w:ascii="Times New Roman" w:hAnsi="Times New Roman" w:cs="Times New Roman"/>
                <w:sz w:val="24"/>
                <w:szCs w:val="24"/>
              </w:rPr>
              <w:t>cădere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compatibilitate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dispozitivul</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ridicare</w:t>
            </w:r>
            <w:proofErr w:type="spellEnd"/>
            <w:r w:rsidRPr="00FC2615">
              <w:rPr>
                <w:rFonts w:ascii="Times New Roman" w:hAnsi="Times New Roman" w:cs="Times New Roman"/>
                <w:sz w:val="24"/>
                <w:szCs w:val="24"/>
              </w:rPr>
              <w:t xml:space="preserve"> etc.)</w:t>
            </w:r>
          </w:p>
          <w:p w14:paraId="57452E6A" w14:textId="1AB62C68" w:rsidR="00C86DB3" w:rsidRPr="00FC2615" w:rsidRDefault="00C86DB3"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Certificatele</w:t>
            </w:r>
            <w:proofErr w:type="spellEnd"/>
            <w:r w:rsidRPr="00FC2615">
              <w:rPr>
                <w:rFonts w:ascii="Times New Roman" w:hAnsi="Times New Roman" w:cs="Times New Roman"/>
                <w:sz w:val="24"/>
                <w:szCs w:val="24"/>
              </w:rPr>
              <w:t xml:space="preserve"> care </w:t>
            </w:r>
            <w:proofErr w:type="spellStart"/>
            <w:r w:rsidRPr="00FC2615">
              <w:rPr>
                <w:rFonts w:ascii="Times New Roman" w:hAnsi="Times New Roman" w:cs="Times New Roman"/>
                <w:sz w:val="24"/>
                <w:szCs w:val="24"/>
              </w:rPr>
              <w:t>confirm</w:t>
            </w:r>
            <w:r w:rsidR="000471B9" w:rsidRPr="00FC2615">
              <w:rPr>
                <w:rFonts w:ascii="Times New Roman" w:hAnsi="Times New Roman" w:cs="Times New Roman"/>
                <w:sz w:val="24"/>
                <w:szCs w:val="24"/>
              </w:rPr>
              <w: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recipientul</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trecut</w:t>
            </w:r>
            <w:proofErr w:type="spellEnd"/>
            <w:r w:rsidRPr="00FC2615">
              <w:rPr>
                <w:rFonts w:ascii="Times New Roman" w:hAnsi="Times New Roman" w:cs="Times New Roman"/>
                <w:sz w:val="24"/>
                <w:szCs w:val="24"/>
              </w:rPr>
              <w:t xml:space="preserve"> </w:t>
            </w:r>
            <w:proofErr w:type="spellStart"/>
            <w:r w:rsidR="000471B9" w:rsidRPr="00FC2615">
              <w:rPr>
                <w:rFonts w:ascii="Times New Roman" w:hAnsi="Times New Roman" w:cs="Times New Roman"/>
                <w:sz w:val="24"/>
                <w:szCs w:val="24"/>
              </w:rPr>
              <w:t>testele</w:t>
            </w:r>
            <w:proofErr w:type="spellEnd"/>
            <w:r w:rsidR="000471B9"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mecanice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funcționale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stabilitate</w:t>
            </w:r>
            <w:proofErr w:type="spellEnd"/>
            <w:r w:rsidRPr="00FC2615">
              <w:rPr>
                <w:rFonts w:ascii="Times New Roman" w:hAnsi="Times New Roman" w:cs="Times New Roman"/>
                <w:sz w:val="24"/>
                <w:szCs w:val="24"/>
              </w:rPr>
              <w:t xml:space="preserve"> UV, </w:t>
            </w:r>
            <w:proofErr w:type="spellStart"/>
            <w:r w:rsidRPr="00FC2615">
              <w:rPr>
                <w:rFonts w:ascii="Times New Roman" w:hAnsi="Times New Roman" w:cs="Times New Roman"/>
                <w:sz w:val="24"/>
                <w:szCs w:val="24"/>
              </w:rPr>
              <w:t>indiferent</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conținutul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reciclat</w:t>
            </w:r>
            <w:proofErr w:type="spellEnd"/>
            <w:r w:rsidR="000471B9" w:rsidRPr="00FC2615">
              <w:rPr>
                <w:rFonts w:ascii="Times New Roman" w:hAnsi="Times New Roman" w:cs="Times New Roman"/>
                <w:sz w:val="24"/>
                <w:szCs w:val="24"/>
              </w:rPr>
              <w:t>,</w:t>
            </w:r>
            <w:r w:rsidRPr="00FC2615">
              <w:rPr>
                <w:rFonts w:ascii="Times New Roman" w:hAnsi="Times New Roman" w:cs="Times New Roman"/>
                <w:sz w:val="24"/>
                <w:szCs w:val="24"/>
              </w:rPr>
              <w:t xml:space="preserve"> </w:t>
            </w:r>
            <w:proofErr w:type="spellStart"/>
            <w:r w:rsidRPr="00FC2615">
              <w:rPr>
                <w:rFonts w:ascii="Times New Roman" w:hAnsi="Times New Roman" w:cs="Times New Roman"/>
                <w:b/>
                <w:bCs/>
                <w:sz w:val="24"/>
                <w:szCs w:val="24"/>
              </w:rPr>
              <w:t>obligatoriu</w:t>
            </w:r>
            <w:proofErr w:type="spellEnd"/>
            <w:r w:rsidRPr="00FC2615">
              <w:rPr>
                <w:rFonts w:ascii="Times New Roman" w:hAnsi="Times New Roman" w:cs="Times New Roman"/>
                <w:sz w:val="24"/>
                <w:szCs w:val="24"/>
              </w:rPr>
              <w:t xml:space="preserve"> se include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ofertă</w:t>
            </w:r>
            <w:proofErr w:type="spellEnd"/>
            <w:r w:rsidRPr="00FC2615">
              <w:rPr>
                <w:rFonts w:ascii="Times New Roman" w:hAnsi="Times New Roman" w:cs="Times New Roman"/>
                <w:sz w:val="24"/>
                <w:szCs w:val="24"/>
              </w:rPr>
              <w:t>.</w:t>
            </w:r>
          </w:p>
        </w:tc>
      </w:tr>
      <w:tr w:rsidR="004F4C2E" w:rsidRPr="00FC2615" w14:paraId="64DE759A" w14:textId="77777777" w:rsidTr="2A9E0DDC">
        <w:tc>
          <w:tcPr>
            <w:tcW w:w="918" w:type="dxa"/>
          </w:tcPr>
          <w:p w14:paraId="2679A6D0"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3</w:t>
            </w:r>
          </w:p>
        </w:tc>
        <w:tc>
          <w:tcPr>
            <w:tcW w:w="2340" w:type="dxa"/>
          </w:tcPr>
          <w:p w14:paraId="2401313C" w14:textId="77777777" w:rsidR="004F4C2E" w:rsidRPr="00FC2615" w:rsidRDefault="00EE679A" w:rsidP="007D1AAD">
            <w:pPr>
              <w:spacing w:after="0"/>
              <w:rPr>
                <w:rFonts w:ascii="Times New Roman" w:hAnsi="Times New Roman" w:cs="Times New Roman"/>
                <w:sz w:val="24"/>
                <w:szCs w:val="24"/>
              </w:rPr>
            </w:pPr>
            <w:r w:rsidRPr="00FC2615">
              <w:rPr>
                <w:rFonts w:ascii="Times New Roman" w:hAnsi="Times New Roman" w:cs="Times New Roman"/>
                <w:sz w:val="24"/>
                <w:szCs w:val="24"/>
              </w:rPr>
              <w:t xml:space="preserve">Standard de </w:t>
            </w:r>
            <w:proofErr w:type="spellStart"/>
            <w:r w:rsidRPr="00FC2615">
              <w:rPr>
                <w:rFonts w:ascii="Times New Roman" w:hAnsi="Times New Roman" w:cs="Times New Roman"/>
                <w:sz w:val="24"/>
                <w:szCs w:val="24"/>
              </w:rPr>
              <w:t>referință</w:t>
            </w:r>
            <w:proofErr w:type="spellEnd"/>
          </w:p>
        </w:tc>
        <w:tc>
          <w:tcPr>
            <w:tcW w:w="5382" w:type="dxa"/>
          </w:tcPr>
          <w:p w14:paraId="5CCAA310" w14:textId="5303A19E" w:rsidR="004F4C2E" w:rsidRPr="00FC2615" w:rsidRDefault="00EE679A" w:rsidP="007D1AAD">
            <w:pPr>
              <w:spacing w:after="0"/>
              <w:rPr>
                <w:rFonts w:ascii="Times New Roman" w:hAnsi="Times New Roman" w:cs="Times New Roman"/>
                <w:sz w:val="24"/>
                <w:szCs w:val="24"/>
              </w:rPr>
            </w:pPr>
            <w:r w:rsidRPr="00FC2615">
              <w:rPr>
                <w:rFonts w:ascii="Times New Roman" w:hAnsi="Times New Roman" w:cs="Times New Roman"/>
                <w:sz w:val="24"/>
                <w:szCs w:val="24"/>
              </w:rPr>
              <w:t>EN 840-1, EN 840-5, EN 840-6</w:t>
            </w:r>
            <w:r w:rsidR="00AB7C6C" w:rsidRPr="00FC2615">
              <w:rPr>
                <w:rStyle w:val="affb"/>
                <w:rFonts w:ascii="Times New Roman" w:hAnsi="Times New Roman" w:cs="Times New Roman"/>
                <w:sz w:val="24"/>
                <w:szCs w:val="24"/>
              </w:rPr>
              <w:endnoteReference w:id="2"/>
            </w:r>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furnizorul</w:t>
            </w:r>
            <w:proofErr w:type="spellEnd"/>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trebuie</w:t>
            </w:r>
            <w:proofErr w:type="spellEnd"/>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să</w:t>
            </w:r>
            <w:proofErr w:type="spellEnd"/>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prezinte</w:t>
            </w:r>
            <w:proofErr w:type="spellEnd"/>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certificatele</w:t>
            </w:r>
            <w:proofErr w:type="spellEnd"/>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valabile</w:t>
            </w:r>
            <w:proofErr w:type="spellEnd"/>
            <w:r w:rsidR="00AA7071" w:rsidRPr="00FC2615">
              <w:rPr>
                <w:rFonts w:ascii="Times New Roman" w:hAnsi="Times New Roman" w:cs="Times New Roman"/>
                <w:sz w:val="24"/>
                <w:szCs w:val="24"/>
              </w:rPr>
              <w:t xml:space="preserve"> la data </w:t>
            </w:r>
            <w:proofErr w:type="spellStart"/>
            <w:r w:rsidR="00AA7071" w:rsidRPr="00FC2615">
              <w:rPr>
                <w:rFonts w:ascii="Times New Roman" w:hAnsi="Times New Roman" w:cs="Times New Roman"/>
                <w:sz w:val="24"/>
                <w:szCs w:val="24"/>
              </w:rPr>
              <w:t>prezentării</w:t>
            </w:r>
            <w:proofErr w:type="spellEnd"/>
            <w:r w:rsidR="00AA7071" w:rsidRPr="00FC2615">
              <w:rPr>
                <w:rFonts w:ascii="Times New Roman" w:hAnsi="Times New Roman" w:cs="Times New Roman"/>
                <w:sz w:val="24"/>
                <w:szCs w:val="24"/>
              </w:rPr>
              <w:t xml:space="preserve"> </w:t>
            </w:r>
            <w:proofErr w:type="spellStart"/>
            <w:r w:rsidR="00AA7071" w:rsidRPr="00FC2615">
              <w:rPr>
                <w:rFonts w:ascii="Times New Roman" w:hAnsi="Times New Roman" w:cs="Times New Roman"/>
                <w:sz w:val="24"/>
                <w:szCs w:val="24"/>
              </w:rPr>
              <w:t>ofertei</w:t>
            </w:r>
            <w:proofErr w:type="spellEnd"/>
          </w:p>
        </w:tc>
      </w:tr>
      <w:tr w:rsidR="004F4C2E" w:rsidRPr="00FC2615" w14:paraId="6F4496DF" w14:textId="77777777" w:rsidTr="2A9E0DDC">
        <w:tc>
          <w:tcPr>
            <w:tcW w:w="918" w:type="dxa"/>
          </w:tcPr>
          <w:p w14:paraId="45527826"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4</w:t>
            </w:r>
          </w:p>
        </w:tc>
        <w:tc>
          <w:tcPr>
            <w:tcW w:w="2340" w:type="dxa"/>
          </w:tcPr>
          <w:p w14:paraId="07D83688"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Greutate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proprie</w:t>
            </w:r>
            <w:proofErr w:type="spellEnd"/>
          </w:p>
        </w:tc>
        <w:tc>
          <w:tcPr>
            <w:tcW w:w="5382" w:type="dxa"/>
          </w:tcPr>
          <w:p w14:paraId="466D6F9D" w14:textId="0D624EE2" w:rsidR="004F4C2E" w:rsidRPr="00FC2615" w:rsidRDefault="003141CF" w:rsidP="3CA567EC">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pubele</w:t>
            </w:r>
            <w:proofErr w:type="spellEnd"/>
            <w:r w:rsidRPr="00FC2615">
              <w:rPr>
                <w:rFonts w:ascii="Times New Roman" w:hAnsi="Times New Roman" w:cs="Times New Roman"/>
                <w:sz w:val="24"/>
                <w:szCs w:val="24"/>
              </w:rPr>
              <w:t xml:space="preserve"> de 240 </w:t>
            </w:r>
            <w:proofErr w:type="spellStart"/>
            <w:r w:rsidRPr="00FC2615">
              <w:rPr>
                <w:rFonts w:ascii="Times New Roman" w:hAnsi="Times New Roman" w:cs="Times New Roman"/>
                <w:sz w:val="24"/>
                <w:szCs w:val="24"/>
              </w:rPr>
              <w:t>litri</w:t>
            </w:r>
            <w:proofErr w:type="spellEnd"/>
            <w:r w:rsidRPr="00FC2615">
              <w:rPr>
                <w:rFonts w:ascii="Times New Roman" w:hAnsi="Times New Roman" w:cs="Times New Roman"/>
                <w:sz w:val="24"/>
                <w:szCs w:val="24"/>
              </w:rPr>
              <w:t xml:space="preserve">: </w:t>
            </w:r>
            <w:r w:rsidR="5E255E77" w:rsidRPr="00FC2615">
              <w:rPr>
                <w:rFonts w:ascii="Times New Roman" w:hAnsi="Times New Roman" w:cs="Times New Roman"/>
                <w:sz w:val="24"/>
                <w:szCs w:val="24"/>
              </w:rPr>
              <w:t>mi</w:t>
            </w:r>
            <w:r w:rsidR="58030141" w:rsidRPr="00FC2615">
              <w:rPr>
                <w:rFonts w:ascii="Times New Roman" w:hAnsi="Times New Roman" w:cs="Times New Roman"/>
                <w:sz w:val="24"/>
                <w:szCs w:val="24"/>
              </w:rPr>
              <w:t xml:space="preserve">n. </w:t>
            </w:r>
            <w:r w:rsidR="00E37E06" w:rsidRPr="00FC2615">
              <w:rPr>
                <w:rFonts w:ascii="Times New Roman" w:hAnsi="Times New Roman" w:cs="Times New Roman"/>
                <w:sz w:val="24"/>
                <w:szCs w:val="24"/>
              </w:rPr>
              <w:t>10</w:t>
            </w:r>
            <w:r w:rsidR="37806F19" w:rsidRPr="00FC2615">
              <w:rPr>
                <w:rFonts w:ascii="Times New Roman" w:hAnsi="Times New Roman" w:cs="Times New Roman"/>
                <w:sz w:val="24"/>
                <w:szCs w:val="24"/>
              </w:rPr>
              <w:t xml:space="preserve"> </w:t>
            </w:r>
            <w:r w:rsidR="33D8AECF" w:rsidRPr="00FC2615">
              <w:rPr>
                <w:rFonts w:ascii="Times New Roman" w:hAnsi="Times New Roman" w:cs="Times New Roman"/>
                <w:sz w:val="24"/>
                <w:szCs w:val="24"/>
              </w:rPr>
              <w:t>/ max. 1</w:t>
            </w:r>
            <w:r w:rsidR="00E37E06" w:rsidRPr="00FC2615">
              <w:rPr>
                <w:rFonts w:ascii="Times New Roman" w:hAnsi="Times New Roman" w:cs="Times New Roman"/>
                <w:sz w:val="24"/>
                <w:szCs w:val="24"/>
              </w:rPr>
              <w:t>5</w:t>
            </w:r>
            <w:r w:rsidR="33D8AECF" w:rsidRPr="00FC2615">
              <w:rPr>
                <w:rFonts w:ascii="Times New Roman" w:hAnsi="Times New Roman" w:cs="Times New Roman"/>
                <w:sz w:val="24"/>
                <w:szCs w:val="24"/>
              </w:rPr>
              <w:t xml:space="preserve"> </w:t>
            </w:r>
            <w:r w:rsidR="00EE679A" w:rsidRPr="00FC2615">
              <w:rPr>
                <w:rFonts w:ascii="Times New Roman" w:hAnsi="Times New Roman" w:cs="Times New Roman"/>
                <w:sz w:val="24"/>
                <w:szCs w:val="24"/>
              </w:rPr>
              <w:t>kg</w:t>
            </w:r>
          </w:p>
          <w:p w14:paraId="0CB0A207" w14:textId="77338205" w:rsidR="003141CF" w:rsidRPr="00FC2615" w:rsidRDefault="003141CF" w:rsidP="3CA567EC">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pubele</w:t>
            </w:r>
            <w:proofErr w:type="spellEnd"/>
            <w:r w:rsidRPr="00FC2615">
              <w:rPr>
                <w:rFonts w:ascii="Times New Roman" w:hAnsi="Times New Roman" w:cs="Times New Roman"/>
                <w:sz w:val="24"/>
                <w:szCs w:val="24"/>
              </w:rPr>
              <w:t xml:space="preserve"> de 120 </w:t>
            </w:r>
            <w:proofErr w:type="spellStart"/>
            <w:r w:rsidRPr="00FC2615">
              <w:rPr>
                <w:rFonts w:ascii="Times New Roman" w:hAnsi="Times New Roman" w:cs="Times New Roman"/>
                <w:sz w:val="24"/>
                <w:szCs w:val="24"/>
              </w:rPr>
              <w:t>litri</w:t>
            </w:r>
            <w:proofErr w:type="spellEnd"/>
            <w:r w:rsidRPr="00FC2615">
              <w:rPr>
                <w:rFonts w:ascii="Times New Roman" w:hAnsi="Times New Roman" w:cs="Times New Roman"/>
                <w:sz w:val="24"/>
                <w:szCs w:val="24"/>
              </w:rPr>
              <w:t>: min. 7 / max. 12 kg</w:t>
            </w:r>
          </w:p>
        </w:tc>
      </w:tr>
      <w:tr w:rsidR="004F4C2E" w:rsidRPr="00FC2615" w14:paraId="360ABA48" w14:textId="77777777" w:rsidTr="2A9E0DDC">
        <w:tc>
          <w:tcPr>
            <w:tcW w:w="918" w:type="dxa"/>
          </w:tcPr>
          <w:p w14:paraId="355CC8EC"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5</w:t>
            </w:r>
          </w:p>
        </w:tc>
        <w:tc>
          <w:tcPr>
            <w:tcW w:w="2340" w:type="dxa"/>
          </w:tcPr>
          <w:p w14:paraId="4394CC64" w14:textId="77777777" w:rsidR="004F4C2E" w:rsidRPr="00FC2615" w:rsidRDefault="00EE679A" w:rsidP="007D1AAD">
            <w:pPr>
              <w:spacing w:after="0"/>
              <w:rPr>
                <w:rFonts w:ascii="Times New Roman" w:hAnsi="Times New Roman" w:cs="Times New Roman"/>
                <w:sz w:val="24"/>
                <w:szCs w:val="24"/>
              </w:rPr>
            </w:pPr>
            <w:r w:rsidRPr="00FC2615">
              <w:rPr>
                <w:rFonts w:ascii="Times New Roman" w:hAnsi="Times New Roman" w:cs="Times New Roman"/>
                <w:sz w:val="24"/>
                <w:szCs w:val="24"/>
              </w:rPr>
              <w:t>Capac</w:t>
            </w:r>
          </w:p>
        </w:tc>
        <w:tc>
          <w:tcPr>
            <w:tcW w:w="5382" w:type="dxa"/>
          </w:tcPr>
          <w:p w14:paraId="3E71FD2F" w14:textId="3F316B50" w:rsidR="009063C2"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Etanș</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articulat</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balamale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rezistente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protecție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împotriva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mirosurilor</w:t>
            </w:r>
            <w:proofErr w:type="spellEnd"/>
          </w:p>
        </w:tc>
      </w:tr>
      <w:tr w:rsidR="004F4C2E" w:rsidRPr="00FC2615" w14:paraId="71A3260F" w14:textId="77777777" w:rsidTr="2A9E0DDC">
        <w:tc>
          <w:tcPr>
            <w:tcW w:w="918" w:type="dxa"/>
          </w:tcPr>
          <w:p w14:paraId="54993D90"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6</w:t>
            </w:r>
          </w:p>
        </w:tc>
        <w:tc>
          <w:tcPr>
            <w:tcW w:w="2340" w:type="dxa"/>
          </w:tcPr>
          <w:p w14:paraId="15DB9C40" w14:textId="77777777" w:rsidR="004F4C2E" w:rsidRPr="00FC2615" w:rsidRDefault="00EE679A" w:rsidP="007D1AAD">
            <w:pPr>
              <w:spacing w:after="0"/>
              <w:rPr>
                <w:rFonts w:ascii="Times New Roman" w:hAnsi="Times New Roman" w:cs="Times New Roman"/>
                <w:sz w:val="24"/>
                <w:szCs w:val="24"/>
              </w:rPr>
            </w:pPr>
            <w:r w:rsidRPr="00FC2615">
              <w:rPr>
                <w:rFonts w:ascii="Times New Roman" w:hAnsi="Times New Roman" w:cs="Times New Roman"/>
                <w:sz w:val="24"/>
                <w:szCs w:val="24"/>
              </w:rPr>
              <w:t xml:space="preserve">Ax </w:t>
            </w:r>
            <w:proofErr w:type="spellStart"/>
            <w:r w:rsidRPr="00FC2615">
              <w:rPr>
                <w:rFonts w:ascii="Times New Roman" w:hAnsi="Times New Roman" w:cs="Times New Roman"/>
                <w:sz w:val="24"/>
                <w:szCs w:val="24"/>
              </w:rPr>
              <w:t>roți</w:t>
            </w:r>
            <w:proofErr w:type="spellEnd"/>
          </w:p>
        </w:tc>
        <w:tc>
          <w:tcPr>
            <w:tcW w:w="5382" w:type="dxa"/>
          </w:tcPr>
          <w:p w14:paraId="2505FC0C"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Oțel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galvanizat</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sau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inoxidabil</w:t>
            </w:r>
            <w:proofErr w:type="spellEnd"/>
          </w:p>
        </w:tc>
      </w:tr>
      <w:tr w:rsidR="004F4C2E" w:rsidRPr="00FC2615" w14:paraId="05DA8590" w14:textId="77777777" w:rsidTr="2A9E0DDC">
        <w:tc>
          <w:tcPr>
            <w:tcW w:w="918" w:type="dxa"/>
          </w:tcPr>
          <w:p w14:paraId="1AF7F527"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7</w:t>
            </w:r>
          </w:p>
        </w:tc>
        <w:tc>
          <w:tcPr>
            <w:tcW w:w="2340" w:type="dxa"/>
          </w:tcPr>
          <w:p w14:paraId="35849BA1"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Roți</w:t>
            </w:r>
            <w:proofErr w:type="spellEnd"/>
          </w:p>
        </w:tc>
        <w:tc>
          <w:tcPr>
            <w:tcW w:w="5382" w:type="dxa"/>
          </w:tcPr>
          <w:p w14:paraId="3B534DC0" w14:textId="77777777" w:rsidR="004F4C2E" w:rsidRPr="00FC2615" w:rsidRDefault="00EE679A" w:rsidP="007D1AAD">
            <w:pPr>
              <w:spacing w:after="0"/>
              <w:rPr>
                <w:rFonts w:ascii="Times New Roman" w:hAnsi="Times New Roman" w:cs="Times New Roman"/>
                <w:sz w:val="24"/>
                <w:szCs w:val="24"/>
              </w:rPr>
            </w:pPr>
            <w:r w:rsidRPr="00FC2615">
              <w:rPr>
                <w:rFonts w:ascii="Times New Roman" w:hAnsi="Times New Roman" w:cs="Times New Roman"/>
                <w:sz w:val="24"/>
                <w:szCs w:val="24"/>
              </w:rPr>
              <w:t xml:space="preserve">2 </w:t>
            </w:r>
            <w:proofErr w:type="spellStart"/>
            <w:r w:rsidRPr="00FC2615">
              <w:rPr>
                <w:rFonts w:ascii="Times New Roman" w:hAnsi="Times New Roman" w:cs="Times New Roman"/>
                <w:sz w:val="24"/>
                <w:szCs w:val="24"/>
              </w:rPr>
              <w:t>roți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pline</w:t>
            </w:r>
            <w:proofErr w:type="spellEnd"/>
            <w:r w:rsidRPr="00FC2615">
              <w:rPr>
                <w:rFonts w:ascii="Times New Roman" w:hAnsi="Times New Roman" w:cs="Times New Roman"/>
                <w:sz w:val="24"/>
                <w:szCs w:val="24"/>
              </w:rPr>
              <w:t xml:space="preserve"> din </w:t>
            </w:r>
            <w:proofErr w:type="spellStart"/>
            <w:r w:rsidRPr="00FC2615">
              <w:rPr>
                <w:rFonts w:ascii="Times New Roman" w:hAnsi="Times New Roman" w:cs="Times New Roman"/>
                <w:sz w:val="24"/>
                <w:szCs w:val="24"/>
              </w:rPr>
              <w:t>cauciuc</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dur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diametru</w:t>
            </w:r>
            <w:proofErr w:type="spellEnd"/>
            <w:r w:rsidRPr="00FC2615">
              <w:rPr>
                <w:rFonts w:ascii="Times New Roman" w:hAnsi="Times New Roman" w:cs="Times New Roman"/>
                <w:sz w:val="24"/>
                <w:szCs w:val="24"/>
              </w:rPr>
              <w:t xml:space="preserve"> min. 200 mm</w:t>
            </w:r>
          </w:p>
        </w:tc>
      </w:tr>
      <w:tr w:rsidR="004F4C2E" w:rsidRPr="00FC2615" w14:paraId="4DF9F340" w14:textId="77777777" w:rsidTr="2A9E0DDC">
        <w:tc>
          <w:tcPr>
            <w:tcW w:w="918" w:type="dxa"/>
          </w:tcPr>
          <w:p w14:paraId="2B428B61" w14:textId="77777777"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8</w:t>
            </w:r>
          </w:p>
        </w:tc>
        <w:tc>
          <w:tcPr>
            <w:tcW w:w="2340" w:type="dxa"/>
          </w:tcPr>
          <w:p w14:paraId="32E9C635"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Culoare</w:t>
            </w:r>
            <w:proofErr w:type="spellEnd"/>
          </w:p>
        </w:tc>
        <w:tc>
          <w:tcPr>
            <w:tcW w:w="5382" w:type="dxa"/>
          </w:tcPr>
          <w:p w14:paraId="4D659B0C" w14:textId="36A81D85" w:rsidR="004F4C2E" w:rsidRPr="00FC2615" w:rsidRDefault="00EE679A" w:rsidP="007D1AAD">
            <w:pPr>
              <w:spacing w:after="0"/>
              <w:rPr>
                <w:rFonts w:ascii="Times New Roman" w:hAnsi="Times New Roman" w:cs="Times New Roman"/>
                <w:sz w:val="24"/>
                <w:szCs w:val="24"/>
              </w:rPr>
            </w:pPr>
            <w:proofErr w:type="gramStart"/>
            <w:r w:rsidRPr="00FC2615">
              <w:rPr>
                <w:rFonts w:ascii="Times New Roman" w:hAnsi="Times New Roman" w:cs="Times New Roman"/>
                <w:sz w:val="24"/>
                <w:szCs w:val="24"/>
              </w:rPr>
              <w:t>Conform</w:t>
            </w:r>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fluxului</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deșeuri</w:t>
            </w:r>
            <w:proofErr w:type="spellEnd"/>
            <w:r w:rsidR="00A50712">
              <w:rPr>
                <w:rFonts w:ascii="Times New Roman" w:hAnsi="Times New Roman" w:cs="Times New Roman"/>
                <w:sz w:val="24"/>
                <w:szCs w:val="24"/>
              </w:rPr>
              <w:t xml:space="preserve"> de </w:t>
            </w:r>
            <w:proofErr w:type="spellStart"/>
            <w:r w:rsidR="00A50712">
              <w:rPr>
                <w:rFonts w:ascii="Times New Roman" w:hAnsi="Times New Roman" w:cs="Times New Roman"/>
                <w:sz w:val="24"/>
                <w:szCs w:val="24"/>
              </w:rPr>
              <w:t>culoare</w:t>
            </w:r>
            <w:proofErr w:type="spellEnd"/>
            <w:r w:rsidR="00A50712">
              <w:rPr>
                <w:rFonts w:ascii="Times New Roman" w:hAnsi="Times New Roman" w:cs="Times New Roman"/>
                <w:sz w:val="24"/>
                <w:szCs w:val="24"/>
              </w:rPr>
              <w:t xml:space="preserve"> </w:t>
            </w:r>
            <w:proofErr w:type="spellStart"/>
            <w:r w:rsidR="000471B9" w:rsidRPr="0033794B">
              <w:rPr>
                <w:rFonts w:ascii="Times New Roman" w:hAnsi="Times New Roman" w:cs="Times New Roman"/>
                <w:sz w:val="24"/>
                <w:szCs w:val="24"/>
              </w:rPr>
              <w:t>ne</w:t>
            </w:r>
            <w:r w:rsidR="00A209CC" w:rsidRPr="0033794B">
              <w:rPr>
                <w:rFonts w:ascii="Times New Roman" w:hAnsi="Times New Roman" w:cs="Times New Roman"/>
                <w:sz w:val="24"/>
                <w:szCs w:val="24"/>
              </w:rPr>
              <w:t>a</w:t>
            </w:r>
            <w:r w:rsidR="000471B9" w:rsidRPr="0033794B">
              <w:rPr>
                <w:rFonts w:ascii="Times New Roman" w:hAnsi="Times New Roman" w:cs="Times New Roman"/>
                <w:sz w:val="24"/>
                <w:szCs w:val="24"/>
              </w:rPr>
              <w:t>gr</w:t>
            </w:r>
            <w:r w:rsidR="00A209CC" w:rsidRPr="0033794B">
              <w:rPr>
                <w:rFonts w:ascii="Times New Roman" w:hAnsi="Times New Roman" w:cs="Times New Roman"/>
                <w:sz w:val="24"/>
                <w:szCs w:val="24"/>
              </w:rPr>
              <w:t>ă</w:t>
            </w:r>
            <w:proofErr w:type="spellEnd"/>
            <w:r w:rsidR="00A50712">
              <w:rPr>
                <w:rFonts w:ascii="Times New Roman" w:hAnsi="Times New Roman" w:cs="Times New Roman"/>
                <w:sz w:val="24"/>
                <w:szCs w:val="24"/>
              </w:rPr>
              <w:t xml:space="preserve"> </w:t>
            </w:r>
            <w:proofErr w:type="spellStart"/>
            <w:r w:rsidR="00A50712">
              <w:rPr>
                <w:rFonts w:ascii="Times New Roman" w:hAnsi="Times New Roman" w:cs="Times New Roman"/>
                <w:sz w:val="24"/>
                <w:szCs w:val="24"/>
              </w:rPr>
              <w:t>și</w:t>
            </w:r>
            <w:proofErr w:type="spellEnd"/>
            <w:r w:rsidR="00A50712">
              <w:rPr>
                <w:rFonts w:ascii="Times New Roman" w:hAnsi="Times New Roman" w:cs="Times New Roman"/>
                <w:sz w:val="24"/>
                <w:szCs w:val="24"/>
              </w:rPr>
              <w:t xml:space="preserve"> </w:t>
            </w:r>
            <w:proofErr w:type="spellStart"/>
            <w:r w:rsidRPr="0033794B">
              <w:rPr>
                <w:rFonts w:ascii="Times New Roman" w:hAnsi="Times New Roman" w:cs="Times New Roman"/>
                <w:sz w:val="24"/>
                <w:szCs w:val="24"/>
              </w:rPr>
              <w:t>galben</w:t>
            </w:r>
            <w:r w:rsidR="00A209CC" w:rsidRPr="0033794B">
              <w:rPr>
                <w:rFonts w:ascii="Times New Roman" w:hAnsi="Times New Roman" w:cs="Times New Roman"/>
                <w:sz w:val="24"/>
                <w:szCs w:val="24"/>
              </w:rPr>
              <w:t>ă</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Culoarea</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trebuie</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să</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rămână</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stabilă</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în</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condiții</w:t>
            </w:r>
            <w:proofErr w:type="spellEnd"/>
            <w:r w:rsidR="00C86DB3" w:rsidRPr="00FC2615">
              <w:rPr>
                <w:rFonts w:ascii="Times New Roman" w:hAnsi="Times New Roman" w:cs="Times New Roman"/>
                <w:sz w:val="24"/>
                <w:szCs w:val="24"/>
              </w:rPr>
              <w:t xml:space="preserve"> de </w:t>
            </w:r>
            <w:proofErr w:type="spellStart"/>
            <w:r w:rsidR="00C86DB3" w:rsidRPr="00FC2615">
              <w:rPr>
                <w:rFonts w:ascii="Times New Roman" w:hAnsi="Times New Roman" w:cs="Times New Roman"/>
                <w:sz w:val="24"/>
                <w:szCs w:val="24"/>
              </w:rPr>
              <w:t>expunere</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prelungită</w:t>
            </w:r>
            <w:proofErr w:type="spellEnd"/>
            <w:r w:rsidR="00C86DB3" w:rsidRPr="00FC2615">
              <w:rPr>
                <w:rFonts w:ascii="Times New Roman" w:hAnsi="Times New Roman" w:cs="Times New Roman"/>
                <w:sz w:val="24"/>
                <w:szCs w:val="24"/>
              </w:rPr>
              <w:t xml:space="preserve"> la </w:t>
            </w:r>
            <w:proofErr w:type="spellStart"/>
            <w:r w:rsidR="00C86DB3" w:rsidRPr="00FC2615">
              <w:rPr>
                <w:rFonts w:ascii="Times New Roman" w:hAnsi="Times New Roman" w:cs="Times New Roman"/>
                <w:sz w:val="24"/>
                <w:szCs w:val="24"/>
              </w:rPr>
              <w:t>lumina</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soarelui</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și</w:t>
            </w:r>
            <w:proofErr w:type="spellEnd"/>
            <w:r w:rsidR="00C86DB3" w:rsidRPr="00FC2615">
              <w:rPr>
                <w:rFonts w:ascii="Times New Roman" w:hAnsi="Times New Roman" w:cs="Times New Roman"/>
                <w:sz w:val="24"/>
                <w:szCs w:val="24"/>
              </w:rPr>
              <w:t xml:space="preserve"> la </w:t>
            </w:r>
            <w:proofErr w:type="spellStart"/>
            <w:r w:rsidR="00C86DB3" w:rsidRPr="00FC2615">
              <w:rPr>
                <w:rFonts w:ascii="Times New Roman" w:hAnsi="Times New Roman" w:cs="Times New Roman"/>
                <w:sz w:val="24"/>
                <w:szCs w:val="24"/>
              </w:rPr>
              <w:t>alte</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condiții</w:t>
            </w:r>
            <w:proofErr w:type="spellEnd"/>
            <w:r w:rsidR="00C86DB3" w:rsidRPr="00FC2615">
              <w:rPr>
                <w:rFonts w:ascii="Times New Roman" w:hAnsi="Times New Roman" w:cs="Times New Roman"/>
                <w:sz w:val="24"/>
                <w:szCs w:val="24"/>
              </w:rPr>
              <w:t xml:space="preserve"> </w:t>
            </w:r>
            <w:proofErr w:type="spellStart"/>
            <w:r w:rsidR="00C86DB3" w:rsidRPr="00FC2615">
              <w:rPr>
                <w:rFonts w:ascii="Times New Roman" w:hAnsi="Times New Roman" w:cs="Times New Roman"/>
                <w:sz w:val="24"/>
                <w:szCs w:val="24"/>
              </w:rPr>
              <w:t>meteorologice</w:t>
            </w:r>
            <w:proofErr w:type="spellEnd"/>
            <w:r w:rsidR="00C86DB3" w:rsidRPr="00FC2615">
              <w:rPr>
                <w:rFonts w:ascii="Times New Roman" w:hAnsi="Times New Roman" w:cs="Times New Roman"/>
                <w:sz w:val="24"/>
                <w:szCs w:val="24"/>
              </w:rPr>
              <w:t>.</w:t>
            </w:r>
          </w:p>
        </w:tc>
      </w:tr>
      <w:tr w:rsidR="00C86DB3" w:rsidRPr="00FC2615" w14:paraId="61692C5D" w14:textId="77777777" w:rsidTr="2A9E0DDC">
        <w:tc>
          <w:tcPr>
            <w:tcW w:w="918" w:type="dxa"/>
          </w:tcPr>
          <w:p w14:paraId="5DAD3457" w14:textId="466C6076" w:rsidR="00C86DB3" w:rsidRPr="00FC2615" w:rsidRDefault="00D57F9C"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9</w:t>
            </w:r>
          </w:p>
        </w:tc>
        <w:tc>
          <w:tcPr>
            <w:tcW w:w="2340" w:type="dxa"/>
          </w:tcPr>
          <w:p w14:paraId="58BDE7AA" w14:textId="2AB1E0F5" w:rsidR="00C86DB3" w:rsidRPr="00FC2615" w:rsidRDefault="009063C2" w:rsidP="007D1AAD">
            <w:pPr>
              <w:spacing w:after="0"/>
              <w:rPr>
                <w:rFonts w:ascii="Times New Roman" w:hAnsi="Times New Roman" w:cs="Times New Roman"/>
                <w:sz w:val="24"/>
                <w:szCs w:val="24"/>
              </w:rPr>
            </w:pPr>
            <w:r w:rsidRPr="00FC2615">
              <w:rPr>
                <w:rFonts w:ascii="Times New Roman" w:hAnsi="Times New Roman" w:cs="Times New Roman"/>
                <w:sz w:val="24"/>
                <w:szCs w:val="24"/>
              </w:rPr>
              <w:t>Corp</w:t>
            </w:r>
          </w:p>
        </w:tc>
        <w:tc>
          <w:tcPr>
            <w:tcW w:w="5382" w:type="dxa"/>
          </w:tcPr>
          <w:p w14:paraId="086D3A7B" w14:textId="0DA5C787" w:rsidR="00C86DB3" w:rsidRPr="00FC2615" w:rsidRDefault="00C86DB3"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Suprafețe</w:t>
            </w:r>
            <w:proofErr w:type="spellEnd"/>
            <w:r w:rsidRPr="00FC2615">
              <w:rPr>
                <w:rFonts w:ascii="Times New Roman" w:hAnsi="Times New Roman" w:cs="Times New Roman"/>
                <w:sz w:val="24"/>
                <w:szCs w:val="24"/>
              </w:rPr>
              <w:t xml:space="preserve"> interne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externe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netede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facilita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curățarea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preveni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acumularea</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reziduuri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Margini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rotunjite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gramStart"/>
            <w:r w:rsidRPr="00FC2615">
              <w:rPr>
                <w:rFonts w:ascii="Times New Roman" w:hAnsi="Times New Roman" w:cs="Times New Roman"/>
                <w:sz w:val="24"/>
                <w:szCs w:val="24"/>
              </w:rPr>
              <w:t>a</w:t>
            </w:r>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îmbunătăți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rezistența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lastRenderedPageBreak/>
              <w:t>oferi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siguranță</w:t>
            </w:r>
            <w:proofErr w:type="spellEnd"/>
            <w:r w:rsidRPr="00FC2615">
              <w:rPr>
                <w:rFonts w:ascii="Times New Roman" w:hAnsi="Times New Roman" w:cs="Times New Roman"/>
                <w:sz w:val="24"/>
                <w:szCs w:val="24"/>
              </w:rPr>
              <w:t xml:space="preserve"> la </w:t>
            </w:r>
            <w:proofErr w:type="spellStart"/>
            <w:r w:rsidRPr="00FC2615">
              <w:rPr>
                <w:rFonts w:ascii="Times New Roman" w:hAnsi="Times New Roman" w:cs="Times New Roman"/>
                <w:sz w:val="24"/>
                <w:szCs w:val="24"/>
              </w:rPr>
              <w:t>manipulare</w:t>
            </w:r>
            <w:proofErr w:type="spellEnd"/>
            <w:r w:rsidRPr="00FC2615">
              <w:rPr>
                <w:rFonts w:ascii="Times New Roman" w:hAnsi="Times New Roman" w:cs="Times New Roman"/>
                <w:sz w:val="24"/>
                <w:szCs w:val="24"/>
              </w:rPr>
              <w:t>.</w:t>
            </w:r>
          </w:p>
        </w:tc>
      </w:tr>
      <w:tr w:rsidR="004F4C2E" w:rsidRPr="00FC2615" w14:paraId="369722BE" w14:textId="77777777" w:rsidTr="2A9E0DDC">
        <w:tc>
          <w:tcPr>
            <w:tcW w:w="918" w:type="dxa"/>
          </w:tcPr>
          <w:p w14:paraId="08F5BA91" w14:textId="15F80A62" w:rsidR="004F4C2E" w:rsidRPr="00FC2615" w:rsidRDefault="00D57F9C"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lastRenderedPageBreak/>
              <w:t>10</w:t>
            </w:r>
          </w:p>
        </w:tc>
        <w:tc>
          <w:tcPr>
            <w:tcW w:w="2340" w:type="dxa"/>
          </w:tcPr>
          <w:p w14:paraId="5602F7C2"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Marcaj</w:t>
            </w:r>
            <w:proofErr w:type="spellEnd"/>
          </w:p>
        </w:tc>
        <w:tc>
          <w:tcPr>
            <w:tcW w:w="5382" w:type="dxa"/>
          </w:tcPr>
          <w:p w14:paraId="4AE7B853" w14:textId="1C094F5C"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relief </w:t>
            </w:r>
            <w:proofErr w:type="spellStart"/>
            <w:r w:rsidRPr="00FC2615">
              <w:rPr>
                <w:rFonts w:ascii="Times New Roman" w:hAnsi="Times New Roman" w:cs="Times New Roman"/>
                <w:sz w:val="24"/>
                <w:szCs w:val="24"/>
              </w:rPr>
              <w:t>sau</w:t>
            </w:r>
            <w:proofErr w:type="spellEnd"/>
            <w:r w:rsidRPr="00FC2615">
              <w:rPr>
                <w:rFonts w:ascii="Times New Roman" w:hAnsi="Times New Roman" w:cs="Times New Roman"/>
                <w:sz w:val="24"/>
                <w:szCs w:val="24"/>
              </w:rPr>
              <w:t xml:space="preserve"> </w:t>
            </w:r>
            <w:proofErr w:type="spellStart"/>
            <w:r w:rsidR="00D57F9C" w:rsidRPr="00FC2615">
              <w:rPr>
                <w:rFonts w:ascii="Times New Roman" w:hAnsi="Times New Roman" w:cs="Times New Roman"/>
                <w:sz w:val="24"/>
                <w:szCs w:val="24"/>
              </w:rPr>
              <w:t>serigrafie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volum</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producător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anul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fabricației</w:t>
            </w:r>
            <w:proofErr w:type="spellEnd"/>
            <w:r w:rsidRPr="00FC2615">
              <w:rPr>
                <w:rFonts w:ascii="Times New Roman" w:hAnsi="Times New Roman" w:cs="Times New Roman"/>
                <w:sz w:val="24"/>
                <w:szCs w:val="24"/>
              </w:rPr>
              <w:t>, standard EN</w:t>
            </w:r>
            <w:r w:rsidR="16D9EC37" w:rsidRPr="00FC2615">
              <w:rPr>
                <w:rFonts w:ascii="Times New Roman" w:hAnsi="Times New Roman" w:cs="Times New Roman"/>
                <w:sz w:val="24"/>
                <w:szCs w:val="24"/>
              </w:rPr>
              <w:t xml:space="preserve"> </w:t>
            </w:r>
            <w:r w:rsidRPr="00FC2615">
              <w:rPr>
                <w:rFonts w:ascii="Times New Roman" w:hAnsi="Times New Roman" w:cs="Times New Roman"/>
                <w:sz w:val="24"/>
                <w:szCs w:val="24"/>
              </w:rPr>
              <w:t>840</w:t>
            </w:r>
            <w:r w:rsidR="34FCF7BE" w:rsidRPr="00FC2615">
              <w:rPr>
                <w:rFonts w:ascii="Times New Roman" w:hAnsi="Times New Roman" w:cs="Times New Roman"/>
                <w:sz w:val="24"/>
                <w:szCs w:val="24"/>
              </w:rPr>
              <w:t>-1, EN 840-5, EN 840-6</w:t>
            </w:r>
          </w:p>
        </w:tc>
      </w:tr>
      <w:tr w:rsidR="004F4C2E" w:rsidRPr="00FC2615" w14:paraId="516CAAC1" w14:textId="77777777" w:rsidTr="2A9E0DDC">
        <w:tc>
          <w:tcPr>
            <w:tcW w:w="918" w:type="dxa"/>
          </w:tcPr>
          <w:p w14:paraId="5F1C9DA7" w14:textId="59F92062"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1</w:t>
            </w:r>
            <w:r w:rsidR="00D57F9C" w:rsidRPr="00FC2615">
              <w:rPr>
                <w:rFonts w:ascii="Times New Roman" w:hAnsi="Times New Roman" w:cs="Times New Roman"/>
                <w:sz w:val="24"/>
                <w:szCs w:val="24"/>
              </w:rPr>
              <w:t>1</w:t>
            </w:r>
          </w:p>
        </w:tc>
        <w:tc>
          <w:tcPr>
            <w:tcW w:w="2340" w:type="dxa"/>
          </w:tcPr>
          <w:p w14:paraId="67D8E635"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Rezistență</w:t>
            </w:r>
            <w:proofErr w:type="spellEnd"/>
          </w:p>
        </w:tc>
        <w:tc>
          <w:tcPr>
            <w:tcW w:w="5382" w:type="dxa"/>
          </w:tcPr>
          <w:p w14:paraId="07047798" w14:textId="59A5BDBA"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Testată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sarcină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minimă</w:t>
            </w:r>
            <w:proofErr w:type="spellEnd"/>
            <w:r w:rsidRPr="00FC2615">
              <w:rPr>
                <w:rFonts w:ascii="Times New Roman" w:hAnsi="Times New Roman" w:cs="Times New Roman"/>
                <w:sz w:val="24"/>
                <w:szCs w:val="24"/>
              </w:rPr>
              <w:t xml:space="preserve"> de </w:t>
            </w:r>
            <w:r w:rsidR="00D57F9C" w:rsidRPr="00FC2615">
              <w:rPr>
                <w:rFonts w:ascii="Times New Roman" w:hAnsi="Times New Roman" w:cs="Times New Roman"/>
                <w:sz w:val="24"/>
                <w:szCs w:val="24"/>
              </w:rPr>
              <w:t>60</w:t>
            </w:r>
            <w:r w:rsidRPr="00FC2615">
              <w:rPr>
                <w:rFonts w:ascii="Times New Roman" w:hAnsi="Times New Roman" w:cs="Times New Roman"/>
                <w:sz w:val="24"/>
                <w:szCs w:val="24"/>
              </w:rPr>
              <w:t xml:space="preserve"> kg conform EN 840-5</w:t>
            </w:r>
          </w:p>
        </w:tc>
      </w:tr>
      <w:tr w:rsidR="004F4C2E" w:rsidRPr="00FC2615" w14:paraId="4EB46F25" w14:textId="77777777" w:rsidTr="2A9E0DDC">
        <w:tc>
          <w:tcPr>
            <w:tcW w:w="918" w:type="dxa"/>
          </w:tcPr>
          <w:p w14:paraId="50DF9237" w14:textId="7FB3B76C" w:rsidR="004F4C2E" w:rsidRPr="00FC2615" w:rsidRDefault="00EE679A" w:rsidP="007D1AAD">
            <w:pPr>
              <w:spacing w:after="0"/>
              <w:jc w:val="center"/>
              <w:rPr>
                <w:rFonts w:ascii="Times New Roman" w:hAnsi="Times New Roman" w:cs="Times New Roman"/>
                <w:sz w:val="24"/>
                <w:szCs w:val="24"/>
              </w:rPr>
            </w:pPr>
            <w:r w:rsidRPr="00FC2615">
              <w:rPr>
                <w:rFonts w:ascii="Times New Roman" w:hAnsi="Times New Roman" w:cs="Times New Roman"/>
                <w:sz w:val="24"/>
                <w:szCs w:val="24"/>
              </w:rPr>
              <w:t>1</w:t>
            </w:r>
            <w:r w:rsidR="00D57F9C" w:rsidRPr="00FC2615">
              <w:rPr>
                <w:rFonts w:ascii="Times New Roman" w:hAnsi="Times New Roman" w:cs="Times New Roman"/>
                <w:sz w:val="24"/>
                <w:szCs w:val="24"/>
              </w:rPr>
              <w:t>2</w:t>
            </w:r>
          </w:p>
        </w:tc>
        <w:tc>
          <w:tcPr>
            <w:tcW w:w="2340" w:type="dxa"/>
          </w:tcPr>
          <w:p w14:paraId="2BF93B99" w14:textId="77777777"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Compatibilitate</w:t>
            </w:r>
            <w:proofErr w:type="spellEnd"/>
          </w:p>
        </w:tc>
        <w:tc>
          <w:tcPr>
            <w:tcW w:w="5382" w:type="dxa"/>
          </w:tcPr>
          <w:p w14:paraId="13701A7A" w14:textId="361C7516" w:rsidR="004F4C2E" w:rsidRPr="00FC2615" w:rsidRDefault="00EE679A" w:rsidP="007D1AAD">
            <w:pPr>
              <w:spacing w:after="0"/>
              <w:rPr>
                <w:rFonts w:ascii="Times New Roman" w:hAnsi="Times New Roman" w:cs="Times New Roman"/>
                <w:sz w:val="24"/>
                <w:szCs w:val="24"/>
              </w:rPr>
            </w:pPr>
            <w:proofErr w:type="spellStart"/>
            <w:r w:rsidRPr="00FC2615">
              <w:rPr>
                <w:rFonts w:ascii="Times New Roman" w:hAnsi="Times New Roman" w:cs="Times New Roman"/>
                <w:sz w:val="24"/>
                <w:szCs w:val="24"/>
              </w:rPr>
              <w:t>Sistem</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european</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ridicare</w:t>
            </w:r>
            <w:proofErr w:type="spellEnd"/>
            <w:r w:rsidRPr="00FC2615">
              <w:rPr>
                <w:rFonts w:ascii="Times New Roman" w:hAnsi="Times New Roman" w:cs="Times New Roman"/>
                <w:sz w:val="24"/>
                <w:szCs w:val="24"/>
              </w:rPr>
              <w:t xml:space="preserve"> </w:t>
            </w:r>
            <w:r w:rsidR="00772D75" w:rsidRPr="00FC2615">
              <w:rPr>
                <w:rFonts w:ascii="Times New Roman" w:hAnsi="Times New Roman" w:cs="Times New Roman"/>
                <w:sz w:val="24"/>
                <w:szCs w:val="24"/>
              </w:rPr>
              <w:t xml:space="preserve">ale </w:t>
            </w:r>
            <w:proofErr w:type="spellStart"/>
            <w:r w:rsidR="00772D75" w:rsidRPr="00FC2615">
              <w:rPr>
                <w:rFonts w:ascii="Times New Roman" w:hAnsi="Times New Roman" w:cs="Times New Roman"/>
                <w:sz w:val="24"/>
                <w:szCs w:val="24"/>
              </w:rPr>
              <w:t>vehiculelor</w:t>
            </w:r>
            <w:proofErr w:type="spellEnd"/>
            <w:r w:rsidR="00772D75" w:rsidRPr="00FC2615">
              <w:rPr>
                <w:rFonts w:ascii="Times New Roman" w:hAnsi="Times New Roman" w:cs="Times New Roman"/>
                <w:sz w:val="24"/>
                <w:szCs w:val="24"/>
              </w:rPr>
              <w:t xml:space="preserve"> conform EN 1501-1, </w:t>
            </w:r>
            <w:r w:rsidRPr="00FC2615">
              <w:rPr>
                <w:rFonts w:ascii="Times New Roman" w:hAnsi="Times New Roman" w:cs="Times New Roman"/>
                <w:sz w:val="24"/>
                <w:szCs w:val="24"/>
              </w:rPr>
              <w:t>tip 'comb lift'</w:t>
            </w:r>
          </w:p>
        </w:tc>
      </w:tr>
    </w:tbl>
    <w:p w14:paraId="7AD42502" w14:textId="485C3487" w:rsidR="2A9E0DDC" w:rsidRPr="00FC2615" w:rsidRDefault="2A9E0DDC">
      <w:pPr>
        <w:rPr>
          <w:rFonts w:ascii="Times New Roman" w:hAnsi="Times New Roman" w:cs="Times New Roman"/>
          <w:sz w:val="24"/>
          <w:szCs w:val="24"/>
        </w:rPr>
      </w:pPr>
    </w:p>
    <w:p w14:paraId="4A8E78F2" w14:textId="77777777" w:rsidR="00352159" w:rsidRPr="00A4093C" w:rsidRDefault="003B0645" w:rsidP="00352159">
      <w:pPr>
        <w:pStyle w:val="ae"/>
        <w:ind w:left="0"/>
        <w:jc w:val="both"/>
        <w:rPr>
          <w:rFonts w:ascii="Times New Roman" w:eastAsia="Times New Roman" w:hAnsi="Times New Roman" w:cs="Times New Roman"/>
          <w:lang w:eastAsia="ru-RU"/>
        </w:rPr>
      </w:pPr>
      <w:r w:rsidRPr="00FC2615">
        <w:rPr>
          <w:rFonts w:ascii="Times New Roman" w:hAnsi="Times New Roman" w:cs="Times New Roman"/>
          <w:b/>
          <w:bCs/>
          <w:sz w:val="24"/>
          <w:szCs w:val="24"/>
        </w:rPr>
        <w:t xml:space="preserve">5. </w:t>
      </w:r>
      <w:proofErr w:type="spellStart"/>
      <w:r w:rsidRPr="00FC2615">
        <w:rPr>
          <w:rFonts w:ascii="Times New Roman" w:hAnsi="Times New Roman" w:cs="Times New Roman"/>
          <w:b/>
          <w:bCs/>
          <w:sz w:val="24"/>
          <w:szCs w:val="24"/>
        </w:rPr>
        <w:t>Cerințe</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obligatorii</w:t>
      </w:r>
      <w:proofErr w:type="spellEnd"/>
      <w:r w:rsidRPr="00FC2615">
        <w:rPr>
          <w:rFonts w:ascii="Times New Roman" w:hAnsi="Times New Roman" w:cs="Times New Roman"/>
          <w:b/>
          <w:bCs/>
          <w:sz w:val="24"/>
          <w:szCs w:val="24"/>
        </w:rPr>
        <w:t>:</w:t>
      </w:r>
      <w:r w:rsidRPr="00FC2615">
        <w:rPr>
          <w:rFonts w:ascii="Times New Roman" w:hAnsi="Times New Roman" w:cs="Times New Roman"/>
          <w:sz w:val="24"/>
          <w:szCs w:val="24"/>
        </w:rPr>
        <w:t xml:space="preserve"> </w:t>
      </w:r>
      <w:r w:rsidR="00352159" w:rsidRPr="00A4093C">
        <w:rPr>
          <w:rFonts w:ascii="Times New Roman" w:eastAsia="Times New Roman" w:hAnsi="Times New Roman" w:cs="Times New Roman"/>
          <w:lang w:eastAsia="ru-RU"/>
        </w:rPr>
        <w:t>LOGO-</w:t>
      </w:r>
      <w:proofErr w:type="spellStart"/>
      <w:r w:rsidR="00352159" w:rsidRPr="00A4093C">
        <w:rPr>
          <w:rFonts w:ascii="Times New Roman" w:eastAsia="Times New Roman" w:hAnsi="Times New Roman" w:cs="Times New Roman"/>
          <w:lang w:eastAsia="ru-RU"/>
        </w:rPr>
        <w:t>ul</w:t>
      </w:r>
      <w:proofErr w:type="spellEnd"/>
      <w:r w:rsidR="00352159" w:rsidRPr="00A4093C">
        <w:rPr>
          <w:rFonts w:ascii="Times New Roman" w:eastAsia="Times New Roman" w:hAnsi="Times New Roman" w:cs="Times New Roman"/>
          <w:lang w:eastAsia="ru-RU"/>
        </w:rPr>
        <w:t xml:space="preserve"> </w:t>
      </w:r>
      <w:proofErr w:type="spellStart"/>
      <w:proofErr w:type="gramStart"/>
      <w:r w:rsidR="00352159" w:rsidRPr="00A4093C">
        <w:rPr>
          <w:rFonts w:ascii="Times New Roman" w:eastAsia="Times New Roman" w:hAnsi="Times New Roman" w:cs="Times New Roman"/>
          <w:lang w:eastAsia="ru-RU"/>
        </w:rPr>
        <w:t>va</w:t>
      </w:r>
      <w:proofErr w:type="spellEnd"/>
      <w:proofErr w:type="gramEnd"/>
      <w:r w:rsidR="00352159" w:rsidRPr="00A4093C">
        <w:rPr>
          <w:rFonts w:ascii="Times New Roman" w:eastAsia="Times New Roman" w:hAnsi="Times New Roman" w:cs="Times New Roman"/>
          <w:lang w:eastAsia="ru-RU"/>
        </w:rPr>
        <w:t xml:space="preserve"> fi </w:t>
      </w:r>
      <w:proofErr w:type="spellStart"/>
      <w:r w:rsidR="00352159" w:rsidRPr="00A4093C">
        <w:rPr>
          <w:rFonts w:ascii="Times New Roman" w:eastAsia="Times New Roman" w:hAnsi="Times New Roman" w:cs="Times New Roman"/>
          <w:lang w:eastAsia="ru-RU"/>
        </w:rPr>
        <w:t>aplicat</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pe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pubele</w:t>
      </w:r>
      <w:proofErr w:type="spellEnd"/>
      <w:r w:rsidR="00352159" w:rsidRPr="00A4093C">
        <w:rPr>
          <w:rFonts w:ascii="Times New Roman" w:eastAsia="Times New Roman" w:hAnsi="Times New Roman" w:cs="Times New Roman"/>
          <w:lang w:eastAsia="ru-RU"/>
        </w:rPr>
        <w:t xml:space="preserve">. </w:t>
      </w:r>
      <w:proofErr w:type="spellStart"/>
      <w:proofErr w:type="gramStart"/>
      <w:r w:rsidR="00352159" w:rsidRPr="00A4093C">
        <w:rPr>
          <w:rFonts w:ascii="Times New Roman" w:eastAsia="Times New Roman" w:hAnsi="Times New Roman" w:cs="Times New Roman"/>
          <w:lang w:eastAsia="ru-RU"/>
        </w:rPr>
        <w:t>Specificațiile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tehnice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pentru</w:t>
      </w:r>
      <w:proofErr w:type="spellEnd"/>
      <w:r w:rsidR="00352159" w:rsidRPr="00A4093C">
        <w:rPr>
          <w:rFonts w:ascii="Times New Roman" w:eastAsia="Times New Roman" w:hAnsi="Times New Roman" w:cs="Times New Roman"/>
          <w:lang w:eastAsia="ru-RU"/>
        </w:rPr>
        <w:t xml:space="preserve"> logo pot fi </w:t>
      </w:r>
      <w:proofErr w:type="spellStart"/>
      <w:r w:rsidR="00352159" w:rsidRPr="00A4093C">
        <w:rPr>
          <w:rFonts w:ascii="Times New Roman" w:eastAsia="Times New Roman" w:hAnsi="Times New Roman" w:cs="Times New Roman"/>
          <w:lang w:eastAsia="ru-RU"/>
        </w:rPr>
        <w:t>consultate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în</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fișierul</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b/>
          <w:bCs/>
          <w:i/>
          <w:iCs/>
          <w:noProof/>
          <w:color w:val="215E99"/>
        </w:rPr>
        <w:t>Specificațiile</w:t>
      </w:r>
      <w:proofErr w:type="spellEnd"/>
      <w:r w:rsidR="00352159" w:rsidRPr="00A4093C">
        <w:rPr>
          <w:rFonts w:ascii="Times New Roman" w:eastAsia="Times New Roman" w:hAnsi="Times New Roman" w:cs="Times New Roman"/>
          <w:b/>
          <w:bCs/>
          <w:i/>
          <w:iCs/>
          <w:noProof/>
          <w:color w:val="215E99"/>
        </w:rPr>
        <w:t xml:space="preserve"> tehnice logo pubele</w:t>
      </w:r>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disponibile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în</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setul</w:t>
      </w:r>
      <w:proofErr w:type="spellEnd"/>
      <w:r w:rsidR="00352159" w:rsidRPr="00A4093C">
        <w:rPr>
          <w:rFonts w:ascii="Times New Roman" w:eastAsia="Times New Roman" w:hAnsi="Times New Roman" w:cs="Times New Roman"/>
          <w:lang w:eastAsia="ru-RU"/>
        </w:rPr>
        <w:t xml:space="preserve"> de </w:t>
      </w:r>
      <w:proofErr w:type="spellStart"/>
      <w:r w:rsidR="00352159" w:rsidRPr="00A4093C">
        <w:rPr>
          <w:rFonts w:ascii="Times New Roman" w:eastAsia="Times New Roman" w:hAnsi="Times New Roman" w:cs="Times New Roman"/>
          <w:lang w:eastAsia="ru-RU"/>
        </w:rPr>
        <w:t>documente</w:t>
      </w:r>
      <w:proofErr w:type="spellEnd"/>
      <w:r w:rsidR="00352159" w:rsidRPr="00A4093C">
        <w:rPr>
          <w:rFonts w:ascii="Times New Roman" w:eastAsia="Times New Roman" w:hAnsi="Times New Roman" w:cs="Times New Roman"/>
          <w:lang w:eastAsia="ru-RU"/>
        </w:rPr>
        <w:t xml:space="preserve"> al </w:t>
      </w:r>
      <w:proofErr w:type="spellStart"/>
      <w:r w:rsidR="00352159" w:rsidRPr="00A4093C">
        <w:rPr>
          <w:rFonts w:ascii="Times New Roman" w:eastAsia="Times New Roman" w:hAnsi="Times New Roman" w:cs="Times New Roman"/>
          <w:lang w:eastAsia="ru-RU"/>
        </w:rPr>
        <w:t>procedurii</w:t>
      </w:r>
      <w:proofErr w:type="spellEnd"/>
      <w:r w:rsidR="00352159" w:rsidRPr="00A4093C">
        <w:rPr>
          <w:rFonts w:ascii="Times New Roman" w:eastAsia="Times New Roman" w:hAnsi="Times New Roman" w:cs="Times New Roman"/>
          <w:lang w:eastAsia="ru-RU"/>
        </w:rPr>
        <w:t xml:space="preserve"> de </w:t>
      </w:r>
      <w:proofErr w:type="spellStart"/>
      <w:r w:rsidR="00352159" w:rsidRPr="00A4093C">
        <w:rPr>
          <w:rFonts w:ascii="Times New Roman" w:eastAsia="Times New Roman" w:hAnsi="Times New Roman" w:cs="Times New Roman"/>
          <w:lang w:eastAsia="ru-RU"/>
        </w:rPr>
        <w:t>achiziție</w:t>
      </w:r>
      <w:proofErr w:type="spellEnd"/>
      <w:r w:rsidR="00352159">
        <w:rPr>
          <w:rFonts w:ascii="Times New Roman" w:eastAsia="Times New Roman" w:hAnsi="Times New Roman" w:cs="Times New Roman"/>
          <w:lang w:eastAsia="ru-RU"/>
        </w:rPr>
        <w:t>.</w:t>
      </w:r>
      <w:proofErr w:type="gram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Desenele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tehnice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sunt</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disponibile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pe</w:t>
      </w:r>
      <w:proofErr w:type="spellEnd"/>
      <w:r w:rsidR="00352159" w:rsidRPr="00A4093C">
        <w:rPr>
          <w:rFonts w:ascii="Times New Roman" w:eastAsia="Times New Roman" w:hAnsi="Times New Roman" w:cs="Times New Roman"/>
          <w:lang w:eastAsia="ru-RU"/>
        </w:rPr>
        <w:t xml:space="preserve"> </w:t>
      </w:r>
      <w:proofErr w:type="spellStart"/>
      <w:r w:rsidR="00352159" w:rsidRPr="00A4093C">
        <w:rPr>
          <w:rFonts w:ascii="Times New Roman" w:eastAsia="Times New Roman" w:hAnsi="Times New Roman" w:cs="Times New Roman"/>
          <w:lang w:eastAsia="ru-RU"/>
        </w:rPr>
        <w:t>următorul</w:t>
      </w:r>
      <w:proofErr w:type="spellEnd"/>
      <w:r w:rsidR="00352159" w:rsidRPr="00A4093C">
        <w:rPr>
          <w:rFonts w:ascii="Times New Roman" w:eastAsia="Times New Roman" w:hAnsi="Times New Roman" w:cs="Times New Roman"/>
          <w:lang w:eastAsia="ru-RU"/>
        </w:rPr>
        <w:t xml:space="preserve"> link Google Drive: </w:t>
      </w:r>
    </w:p>
    <w:p w14:paraId="56C2C2F0" w14:textId="77777777" w:rsidR="00352159" w:rsidRPr="00A4093C" w:rsidRDefault="00C67872" w:rsidP="00352159">
      <w:pPr>
        <w:spacing w:after="0" w:line="240" w:lineRule="auto"/>
        <w:contextualSpacing/>
        <w:jc w:val="both"/>
        <w:rPr>
          <w:rFonts w:ascii="Times New Roman" w:eastAsia="Times New Roman" w:hAnsi="Times New Roman" w:cs="Times New Roman"/>
          <w:lang w:eastAsia="ru-RU"/>
        </w:rPr>
      </w:pPr>
      <w:hyperlink r:id="rId12" w:history="1">
        <w:r w:rsidR="00266A4F" w:rsidRPr="00A4093C">
          <w:rPr>
            <w:rFonts w:ascii="Times New Roman" w:eastAsia="Times New Roman" w:hAnsi="Times New Roman" w:cs="Times New Roman"/>
            <w:color w:val="0000FF"/>
            <w:u w:val="single"/>
            <w:lang w:eastAsia="ru-RU"/>
          </w:rPr>
          <w:t>https://drive.google.com/drive/folders/1kOensnrMGvJTJ0xE35B-XtPskaSjGB2-?usp=sharing</w:t>
        </w:r>
      </w:hyperlink>
    </w:p>
    <w:p w14:paraId="08BD6807" w14:textId="77777777" w:rsidR="00352159" w:rsidRPr="00A4093C" w:rsidRDefault="00352159" w:rsidP="00352159">
      <w:pPr>
        <w:spacing w:after="0" w:line="240" w:lineRule="auto"/>
        <w:contextualSpacing/>
        <w:rPr>
          <w:rFonts w:ascii="Times New Roman" w:eastAsia="Times New Roman" w:hAnsi="Times New Roman" w:cs="Times New Roman"/>
          <w:lang w:eastAsia="ru-RU"/>
        </w:rPr>
      </w:pPr>
    </w:p>
    <w:p w14:paraId="654C8B2A" w14:textId="77777777" w:rsidR="00352159" w:rsidRDefault="00352159" w:rsidP="00352159">
      <w:pPr>
        <w:spacing w:after="0" w:line="240" w:lineRule="auto"/>
        <w:rPr>
          <w:rFonts w:ascii="Times New Roman" w:eastAsia="Times New Roman" w:hAnsi="Times New Roman" w:cs="Times New Roman"/>
          <w:lang w:eastAsia="ru-RU"/>
        </w:rPr>
      </w:pPr>
      <w:proofErr w:type="spellStart"/>
      <w:r w:rsidRPr="00A4093C">
        <w:rPr>
          <w:rFonts w:ascii="Times New Roman" w:eastAsia="Times New Roman" w:hAnsi="Times New Roman" w:cs="Times New Roman"/>
          <w:lang w:eastAsia="ru-RU"/>
        </w:rPr>
        <w:t>Fiecare</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pubelă</w:t>
      </w:r>
      <w:proofErr w:type="spellEnd"/>
      <w:r w:rsidRPr="00A4093C">
        <w:rPr>
          <w:rFonts w:ascii="Times New Roman" w:eastAsia="Times New Roman" w:hAnsi="Times New Roman" w:cs="Times New Roman"/>
          <w:lang w:eastAsia="ru-RU"/>
        </w:rPr>
        <w:t xml:space="preserve"> </w:t>
      </w:r>
      <w:proofErr w:type="spellStart"/>
      <w:proofErr w:type="gramStart"/>
      <w:r w:rsidRPr="00A4093C">
        <w:rPr>
          <w:rFonts w:ascii="Times New Roman" w:eastAsia="Times New Roman" w:hAnsi="Times New Roman" w:cs="Times New Roman"/>
          <w:lang w:eastAsia="ru-RU"/>
        </w:rPr>
        <w:t>va</w:t>
      </w:r>
      <w:proofErr w:type="spellEnd"/>
      <w:proofErr w:type="gramEnd"/>
      <w:r w:rsidRPr="00A4093C">
        <w:rPr>
          <w:rFonts w:ascii="Times New Roman" w:eastAsia="Times New Roman" w:hAnsi="Times New Roman" w:cs="Times New Roman"/>
          <w:lang w:eastAsia="ru-RU"/>
        </w:rPr>
        <w:t xml:space="preserve"> fi </w:t>
      </w:r>
      <w:proofErr w:type="spellStart"/>
      <w:r w:rsidRPr="00A4093C">
        <w:rPr>
          <w:rFonts w:ascii="Times New Roman" w:eastAsia="Times New Roman" w:hAnsi="Times New Roman" w:cs="Times New Roman"/>
          <w:lang w:eastAsia="ru-RU"/>
        </w:rPr>
        <w:t>inscripționată</w:t>
      </w:r>
      <w:proofErr w:type="spellEnd"/>
      <w:r w:rsidRPr="00A4093C">
        <w:rPr>
          <w:rFonts w:ascii="Times New Roman" w:eastAsia="Times New Roman" w:hAnsi="Times New Roman" w:cs="Times New Roman"/>
          <w:lang w:eastAsia="ru-RU"/>
        </w:rPr>
        <w:t xml:space="preserve"> cu </w:t>
      </w:r>
      <w:proofErr w:type="spellStart"/>
      <w:r w:rsidRPr="00A4093C">
        <w:rPr>
          <w:rFonts w:ascii="Times New Roman" w:eastAsia="Times New Roman" w:hAnsi="Times New Roman" w:cs="Times New Roman"/>
          <w:lang w:eastAsia="ru-RU"/>
        </w:rPr>
        <w:t>informații</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privind</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tipul</w:t>
      </w:r>
      <w:proofErr w:type="spellEnd"/>
      <w:r w:rsidRPr="00A4093C">
        <w:rPr>
          <w:rFonts w:ascii="Times New Roman" w:eastAsia="Times New Roman" w:hAnsi="Times New Roman" w:cs="Times New Roman"/>
          <w:lang w:eastAsia="ru-RU"/>
        </w:rPr>
        <w:t xml:space="preserve"> de </w:t>
      </w:r>
      <w:proofErr w:type="spellStart"/>
      <w:r w:rsidRPr="00A4093C">
        <w:rPr>
          <w:rFonts w:ascii="Times New Roman" w:eastAsia="Times New Roman" w:hAnsi="Times New Roman" w:cs="Times New Roman"/>
          <w:lang w:eastAsia="ru-RU"/>
        </w:rPr>
        <w:t>deșeuri</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și</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sursa</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finanțării</w:t>
      </w:r>
      <w:proofErr w:type="spellEnd"/>
      <w:r w:rsidRPr="00A4093C">
        <w:rPr>
          <w:rFonts w:ascii="Times New Roman" w:eastAsia="Times New Roman" w:hAnsi="Times New Roman" w:cs="Times New Roman"/>
          <w:lang w:eastAsia="ru-RU"/>
        </w:rPr>
        <w:t xml:space="preserve">, conform </w:t>
      </w:r>
      <w:proofErr w:type="spellStart"/>
      <w:r w:rsidRPr="00A4093C">
        <w:rPr>
          <w:rFonts w:ascii="Times New Roman" w:eastAsia="Times New Roman" w:hAnsi="Times New Roman" w:cs="Times New Roman"/>
          <w:lang w:eastAsia="ru-RU"/>
        </w:rPr>
        <w:t>cerințelor</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tehnice</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prevăzute</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în</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documentul</w:t>
      </w:r>
      <w:proofErr w:type="spellEnd"/>
      <w:r w:rsidRPr="00A4093C">
        <w:rPr>
          <w:rFonts w:ascii="Times New Roman" w:eastAsia="Times New Roman" w:hAnsi="Times New Roman" w:cs="Times New Roman"/>
          <w:lang w:eastAsia="ru-RU"/>
        </w:rPr>
        <w:t xml:space="preserve"> </w:t>
      </w:r>
      <w:proofErr w:type="spellStart"/>
      <w:r w:rsidRPr="00A4093C">
        <w:rPr>
          <w:rFonts w:ascii="Times New Roman" w:eastAsia="Times New Roman" w:hAnsi="Times New Roman" w:cs="Times New Roman"/>
          <w:lang w:eastAsia="ru-RU"/>
        </w:rPr>
        <w:t>menționat</w:t>
      </w:r>
      <w:proofErr w:type="spellEnd"/>
      <w:r w:rsidRPr="00A4093C">
        <w:rPr>
          <w:rFonts w:ascii="Times New Roman" w:eastAsia="Times New Roman" w:hAnsi="Times New Roman" w:cs="Times New Roman"/>
          <w:lang w:eastAsia="ru-RU"/>
        </w:rPr>
        <w:t>.</w:t>
      </w:r>
    </w:p>
    <w:p w14:paraId="26D442D1" w14:textId="77777777" w:rsidR="001D215C" w:rsidRPr="00487697" w:rsidRDefault="001D215C" w:rsidP="001D215C">
      <w:pPr>
        <w:jc w:val="both"/>
        <w:rPr>
          <w:rFonts w:ascii="Times New Roman" w:hAnsi="Times New Roman" w:cs="Times New Roman"/>
          <w:b/>
          <w:bCs/>
          <w:sz w:val="4"/>
          <w:szCs w:val="4"/>
        </w:rPr>
      </w:pPr>
    </w:p>
    <w:p w14:paraId="79CCD994" w14:textId="3ED25A05" w:rsidR="001D215C" w:rsidRPr="00FC2615" w:rsidRDefault="001D215C" w:rsidP="001D215C">
      <w:pPr>
        <w:jc w:val="both"/>
        <w:rPr>
          <w:rFonts w:ascii="Times New Roman" w:hAnsi="Times New Roman" w:cs="Times New Roman"/>
          <w:sz w:val="24"/>
          <w:szCs w:val="24"/>
        </w:rPr>
      </w:pPr>
      <w:r w:rsidRPr="0051157B">
        <w:rPr>
          <w:rFonts w:ascii="Times New Roman" w:hAnsi="Times New Roman" w:cs="Times New Roman"/>
          <w:b/>
          <w:bCs/>
          <w:sz w:val="24"/>
          <w:szCs w:val="24"/>
        </w:rPr>
        <w:t xml:space="preserve">6. </w:t>
      </w:r>
      <w:proofErr w:type="spellStart"/>
      <w:r w:rsidRPr="0051157B">
        <w:rPr>
          <w:rFonts w:ascii="Times New Roman" w:hAnsi="Times New Roman" w:cs="Times New Roman"/>
          <w:b/>
          <w:bCs/>
          <w:sz w:val="24"/>
          <w:szCs w:val="24"/>
        </w:rPr>
        <w:t>Condiții</w:t>
      </w:r>
      <w:proofErr w:type="spellEnd"/>
      <w:r w:rsidRPr="0051157B">
        <w:rPr>
          <w:rFonts w:ascii="Times New Roman" w:hAnsi="Times New Roman" w:cs="Times New Roman"/>
          <w:b/>
          <w:bCs/>
          <w:sz w:val="24"/>
          <w:szCs w:val="24"/>
        </w:rPr>
        <w:t xml:space="preserve"> de </w:t>
      </w:r>
      <w:proofErr w:type="spellStart"/>
      <w:r w:rsidRPr="0051157B">
        <w:rPr>
          <w:rFonts w:ascii="Times New Roman" w:hAnsi="Times New Roman" w:cs="Times New Roman"/>
          <w:b/>
          <w:bCs/>
          <w:sz w:val="24"/>
          <w:szCs w:val="24"/>
        </w:rPr>
        <w:t>livrare</w:t>
      </w:r>
      <w:proofErr w:type="spellEnd"/>
    </w:p>
    <w:p w14:paraId="42C3E9DE" w14:textId="77777777" w:rsidR="001D215C" w:rsidRPr="00FC2615" w:rsidRDefault="001D215C" w:rsidP="001D215C">
      <w:pPr>
        <w:numPr>
          <w:ilvl w:val="0"/>
          <w:numId w:val="11"/>
        </w:numPr>
        <w:spacing w:after="0" w:line="278" w:lineRule="auto"/>
        <w:ind w:left="360"/>
        <w:rPr>
          <w:rFonts w:ascii="Times New Roman" w:hAnsi="Times New Roman" w:cs="Times New Roman"/>
          <w:sz w:val="24"/>
          <w:szCs w:val="24"/>
        </w:rPr>
      </w:pPr>
      <w:proofErr w:type="spellStart"/>
      <w:r w:rsidRPr="00FC2615">
        <w:rPr>
          <w:rFonts w:ascii="Times New Roman" w:hAnsi="Times New Roman" w:cs="Times New Roman"/>
          <w:sz w:val="24"/>
          <w:szCs w:val="24"/>
        </w:rPr>
        <w:t>Livrarea</w:t>
      </w:r>
      <w:proofErr w:type="spellEnd"/>
      <w:r w:rsidRPr="00FC2615">
        <w:rPr>
          <w:rFonts w:ascii="Times New Roman" w:hAnsi="Times New Roman" w:cs="Times New Roman"/>
          <w:sz w:val="24"/>
          <w:szCs w:val="24"/>
        </w:rPr>
        <w:t xml:space="preserve"> se </w:t>
      </w:r>
      <w:proofErr w:type="spellStart"/>
      <w:proofErr w:type="gramStart"/>
      <w:r w:rsidRPr="00FC2615">
        <w:rPr>
          <w:rFonts w:ascii="Times New Roman" w:hAnsi="Times New Roman" w:cs="Times New Roman"/>
          <w:sz w:val="24"/>
          <w:szCs w:val="24"/>
        </w:rPr>
        <w:t>va</w:t>
      </w:r>
      <w:proofErr w:type="spellEnd"/>
      <w:proofErr w:type="gramEnd"/>
      <w:r w:rsidRPr="00FC2615">
        <w:rPr>
          <w:rFonts w:ascii="Times New Roman" w:hAnsi="Times New Roman" w:cs="Times New Roman"/>
          <w:sz w:val="24"/>
          <w:szCs w:val="24"/>
        </w:rPr>
        <w:t xml:space="preserve"> face </w:t>
      </w:r>
      <w:r w:rsidRPr="00FC2615">
        <w:rPr>
          <w:rFonts w:ascii="Times New Roman" w:hAnsi="Times New Roman" w:cs="Times New Roman"/>
          <w:b/>
          <w:bCs/>
          <w:sz w:val="24"/>
          <w:szCs w:val="24"/>
        </w:rPr>
        <w:t xml:space="preserve">la </w:t>
      </w:r>
      <w:proofErr w:type="spellStart"/>
      <w:r w:rsidRPr="00FC2615">
        <w:rPr>
          <w:rFonts w:ascii="Times New Roman" w:hAnsi="Times New Roman" w:cs="Times New Roman"/>
          <w:b/>
          <w:bCs/>
          <w:sz w:val="24"/>
          <w:szCs w:val="24"/>
        </w:rPr>
        <w:t>locațiile</w:t>
      </w:r>
      <w:proofErr w:type="spellEnd"/>
      <w:r w:rsidRPr="00FC2615">
        <w:rPr>
          <w:rFonts w:ascii="Times New Roman" w:hAnsi="Times New Roman" w:cs="Times New Roman"/>
          <w:b/>
          <w:bCs/>
          <w:sz w:val="24"/>
          <w:szCs w:val="24"/>
        </w:rPr>
        <w:t xml:space="preserve"> indicate de </w:t>
      </w:r>
      <w:proofErr w:type="spellStart"/>
      <w:r w:rsidRPr="00FC2615">
        <w:rPr>
          <w:rFonts w:ascii="Times New Roman" w:hAnsi="Times New Roman" w:cs="Times New Roman"/>
          <w:b/>
          <w:bCs/>
          <w:sz w:val="24"/>
          <w:szCs w:val="24"/>
        </w:rPr>
        <w:t>autoritatea</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contractantă</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transportul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descărcarea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incluse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preț</w:t>
      </w:r>
      <w:proofErr w:type="spellEnd"/>
      <w:r w:rsidRPr="00FC2615">
        <w:rPr>
          <w:rFonts w:ascii="Times New Roman" w:hAnsi="Times New Roman" w:cs="Times New Roman"/>
          <w:sz w:val="24"/>
          <w:szCs w:val="24"/>
        </w:rPr>
        <w:t>.</w:t>
      </w:r>
    </w:p>
    <w:p w14:paraId="70EFC116" w14:textId="77777777" w:rsidR="001D215C" w:rsidRPr="00FC2615" w:rsidRDefault="001D215C" w:rsidP="001D215C">
      <w:pPr>
        <w:numPr>
          <w:ilvl w:val="0"/>
          <w:numId w:val="11"/>
        </w:numPr>
        <w:spacing w:after="0" w:line="278" w:lineRule="auto"/>
        <w:ind w:left="360"/>
        <w:rPr>
          <w:rFonts w:ascii="Times New Roman" w:hAnsi="Times New Roman" w:cs="Times New Roman"/>
          <w:sz w:val="24"/>
          <w:szCs w:val="24"/>
        </w:rPr>
      </w:pPr>
      <w:proofErr w:type="spellStart"/>
      <w:r w:rsidRPr="00FC2615">
        <w:rPr>
          <w:rFonts w:ascii="Times New Roman" w:hAnsi="Times New Roman" w:cs="Times New Roman"/>
          <w:sz w:val="24"/>
          <w:szCs w:val="24"/>
        </w:rPr>
        <w:t>Pubelele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livrate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b/>
          <w:bCs/>
          <w:sz w:val="24"/>
          <w:szCs w:val="24"/>
        </w:rPr>
        <w:t>noi</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nefolosite</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în</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ambalaje</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originale</w:t>
      </w:r>
      <w:proofErr w:type="spellEnd"/>
      <w:r w:rsidRPr="00FC2615">
        <w:rPr>
          <w:rFonts w:ascii="Times New Roman" w:hAnsi="Times New Roman" w:cs="Times New Roman"/>
          <w:sz w:val="24"/>
          <w:szCs w:val="24"/>
        </w:rPr>
        <w:t>.</w:t>
      </w:r>
    </w:p>
    <w:p w14:paraId="38CF6839" w14:textId="77777777" w:rsidR="001D215C" w:rsidRPr="00FC2615" w:rsidRDefault="001D215C" w:rsidP="001D215C">
      <w:pPr>
        <w:numPr>
          <w:ilvl w:val="0"/>
          <w:numId w:val="11"/>
        </w:numPr>
        <w:spacing w:after="0" w:line="278" w:lineRule="auto"/>
        <w:ind w:left="360"/>
        <w:rPr>
          <w:rFonts w:ascii="Times New Roman" w:hAnsi="Times New Roman" w:cs="Times New Roman"/>
          <w:sz w:val="24"/>
          <w:szCs w:val="24"/>
        </w:rPr>
      </w:pPr>
      <w:proofErr w:type="spellStart"/>
      <w:r w:rsidRPr="00FC2615">
        <w:rPr>
          <w:rFonts w:ascii="Times New Roman" w:hAnsi="Times New Roman" w:cs="Times New Roman"/>
          <w:sz w:val="24"/>
          <w:szCs w:val="24"/>
        </w:rPr>
        <w:t>Fiecare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trebuie</w:t>
      </w:r>
      <w:proofErr w:type="spellEnd"/>
      <w:r w:rsidRPr="00FC2615">
        <w:rPr>
          <w:rFonts w:ascii="Times New Roman" w:hAnsi="Times New Roman" w:cs="Times New Roman"/>
          <w:sz w:val="24"/>
          <w:szCs w:val="24"/>
        </w:rPr>
        <w:t xml:space="preserve"> </w:t>
      </w:r>
      <w:proofErr w:type="spellStart"/>
      <w:proofErr w:type="gramStart"/>
      <w:r w:rsidRPr="00FC2615">
        <w:rPr>
          <w:rFonts w:ascii="Times New Roman" w:hAnsi="Times New Roman" w:cs="Times New Roman"/>
          <w:sz w:val="24"/>
          <w:szCs w:val="24"/>
        </w:rPr>
        <w:t>să</w:t>
      </w:r>
      <w:proofErr w:type="spellEnd"/>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poarte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b/>
          <w:bCs/>
          <w:sz w:val="24"/>
          <w:szCs w:val="24"/>
        </w:rPr>
        <w:t>etichetă</w:t>
      </w:r>
      <w:proofErr w:type="spellEnd"/>
      <w:r w:rsidRPr="00FC2615">
        <w:rPr>
          <w:rFonts w:ascii="Times New Roman" w:hAnsi="Times New Roman" w:cs="Times New Roman"/>
          <w:b/>
          <w:bCs/>
          <w:sz w:val="24"/>
          <w:szCs w:val="24"/>
        </w:rPr>
        <w:t xml:space="preserve"> de </w:t>
      </w:r>
      <w:proofErr w:type="spellStart"/>
      <w:r w:rsidRPr="00FC2615">
        <w:rPr>
          <w:rFonts w:ascii="Times New Roman" w:hAnsi="Times New Roman" w:cs="Times New Roman"/>
          <w:b/>
          <w:bCs/>
          <w:sz w:val="24"/>
          <w:szCs w:val="24"/>
        </w:rPr>
        <w:t>identificare</w:t>
      </w:r>
      <w:proofErr w:type="spellEnd"/>
      <w:r w:rsidRPr="00FC2615">
        <w:rPr>
          <w:rFonts w:ascii="Times New Roman" w:hAnsi="Times New Roman" w:cs="Times New Roman"/>
          <w:sz w:val="24"/>
          <w:szCs w:val="24"/>
        </w:rPr>
        <w:t xml:space="preserve"> cu </w:t>
      </w:r>
      <w:proofErr w:type="spellStart"/>
      <w:r w:rsidRPr="00FC2615">
        <w:rPr>
          <w:rFonts w:ascii="Times New Roman" w:hAnsi="Times New Roman" w:cs="Times New Roman"/>
          <w:sz w:val="24"/>
          <w:szCs w:val="24"/>
        </w:rPr>
        <w:t>denumirea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producătorului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anul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fabricației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mențiunea</w:t>
      </w:r>
      <w:proofErr w:type="spellEnd"/>
      <w:r w:rsidRPr="00FC2615">
        <w:rPr>
          <w:rFonts w:ascii="Times New Roman" w:hAnsi="Times New Roman" w:cs="Times New Roman"/>
          <w:sz w:val="24"/>
          <w:szCs w:val="24"/>
        </w:rPr>
        <w:t xml:space="preserve"> </w:t>
      </w:r>
      <w:r w:rsidRPr="00FC2615">
        <w:rPr>
          <w:rFonts w:ascii="Times New Roman" w:hAnsi="Times New Roman" w:cs="Times New Roman"/>
          <w:b/>
          <w:bCs/>
          <w:sz w:val="24"/>
          <w:szCs w:val="24"/>
        </w:rPr>
        <w:t>conform EN 840–1, EN 840-5, EN 840-6</w:t>
      </w:r>
      <w:r w:rsidRPr="00FC2615">
        <w:rPr>
          <w:rFonts w:ascii="Times New Roman" w:hAnsi="Times New Roman" w:cs="Times New Roman"/>
          <w:sz w:val="24"/>
          <w:szCs w:val="24"/>
        </w:rPr>
        <w:t>.</w:t>
      </w:r>
    </w:p>
    <w:p w14:paraId="07DE16AC" w14:textId="77777777" w:rsidR="001D215C" w:rsidRPr="00FC2615" w:rsidRDefault="001D215C" w:rsidP="001D215C">
      <w:pPr>
        <w:numPr>
          <w:ilvl w:val="0"/>
          <w:numId w:val="11"/>
        </w:numPr>
        <w:spacing w:after="0" w:line="278" w:lineRule="auto"/>
        <w:ind w:left="360"/>
        <w:rPr>
          <w:rFonts w:ascii="Times New Roman" w:hAnsi="Times New Roman" w:cs="Times New Roman"/>
          <w:sz w:val="24"/>
          <w:szCs w:val="24"/>
        </w:rPr>
      </w:pPr>
      <w:proofErr w:type="spellStart"/>
      <w:r w:rsidRPr="00FC2615">
        <w:rPr>
          <w:rFonts w:ascii="Times New Roman" w:hAnsi="Times New Roman" w:cs="Times New Roman"/>
          <w:sz w:val="24"/>
          <w:szCs w:val="24"/>
        </w:rPr>
        <w:t>Termen</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livrare</w:t>
      </w:r>
      <w:proofErr w:type="spellEnd"/>
      <w:r w:rsidRPr="00FC2615">
        <w:rPr>
          <w:rFonts w:ascii="Times New Roman" w:hAnsi="Times New Roman" w:cs="Times New Roman"/>
          <w:sz w:val="24"/>
          <w:szCs w:val="24"/>
        </w:rPr>
        <w:t xml:space="preserve">: </w:t>
      </w:r>
      <w:r w:rsidRPr="00FC2615">
        <w:rPr>
          <w:rFonts w:ascii="Times New Roman" w:hAnsi="Times New Roman" w:cs="Times New Roman"/>
          <w:b/>
          <w:bCs/>
          <w:sz w:val="24"/>
          <w:szCs w:val="24"/>
        </w:rPr>
        <w:t xml:space="preserve">max. 45 </w:t>
      </w:r>
      <w:proofErr w:type="spellStart"/>
      <w:r w:rsidRPr="00FC2615">
        <w:rPr>
          <w:rFonts w:ascii="Times New Roman" w:hAnsi="Times New Roman" w:cs="Times New Roman"/>
          <w:b/>
          <w:bCs/>
          <w:sz w:val="24"/>
          <w:szCs w:val="24"/>
        </w:rPr>
        <w:t>zile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calendaristice</w:t>
      </w:r>
      <w:proofErr w:type="spellEnd"/>
      <w:r w:rsidRPr="00FC2615">
        <w:rPr>
          <w:rFonts w:ascii="Times New Roman" w:hAnsi="Times New Roman" w:cs="Times New Roman"/>
          <w:sz w:val="24"/>
          <w:szCs w:val="24"/>
        </w:rPr>
        <w:t xml:space="preserve"> de la </w:t>
      </w:r>
      <w:proofErr w:type="spellStart"/>
      <w:r w:rsidRPr="00FC2615">
        <w:rPr>
          <w:rFonts w:ascii="Times New Roman" w:hAnsi="Times New Roman" w:cs="Times New Roman"/>
          <w:sz w:val="24"/>
          <w:szCs w:val="24"/>
        </w:rPr>
        <w:t>semnarea</w:t>
      </w:r>
      <w:proofErr w:type="spellEnd"/>
      <w:r w:rsidRPr="00FC2615">
        <w:rPr>
          <w:rFonts w:ascii="Times New Roman" w:hAnsi="Times New Roman" w:cs="Times New Roman"/>
          <w:sz w:val="24"/>
          <w:szCs w:val="24"/>
        </w:rPr>
        <w:t xml:space="preserve"> </w:t>
      </w:r>
      <w:proofErr w:type="spellStart"/>
      <w:proofErr w:type="gramStart"/>
      <w:r w:rsidRPr="00FC2615">
        <w:rPr>
          <w:rFonts w:ascii="Times New Roman" w:hAnsi="Times New Roman" w:cs="Times New Roman"/>
          <w:sz w:val="24"/>
          <w:szCs w:val="24"/>
        </w:rPr>
        <w:t>contractului</w:t>
      </w:r>
      <w:proofErr w:type="spellEnd"/>
      <w:r w:rsidRPr="00FC2615">
        <w:rPr>
          <w:rFonts w:ascii="Times New Roman" w:hAnsi="Times New Roman" w:cs="Times New Roman"/>
          <w:sz w:val="24"/>
          <w:szCs w:val="24"/>
        </w:rPr>
        <w:t>.;</w:t>
      </w:r>
      <w:proofErr w:type="gramEnd"/>
      <w:r w:rsidRPr="00FC2615">
        <w:rPr>
          <w:rFonts w:ascii="Times New Roman" w:hAnsi="Times New Roman" w:cs="Times New Roman"/>
          <w:sz w:val="24"/>
          <w:szCs w:val="24"/>
        </w:rPr>
        <w:t xml:space="preserve"> </w:t>
      </w:r>
    </w:p>
    <w:p w14:paraId="6E186E4B" w14:textId="77777777" w:rsidR="001D215C" w:rsidRPr="00FC2615" w:rsidRDefault="001D215C" w:rsidP="001D215C">
      <w:pPr>
        <w:numPr>
          <w:ilvl w:val="0"/>
          <w:numId w:val="11"/>
        </w:numPr>
        <w:spacing w:after="0" w:line="278" w:lineRule="auto"/>
        <w:ind w:left="360"/>
        <w:rPr>
          <w:rFonts w:ascii="Times New Roman" w:hAnsi="Times New Roman" w:cs="Times New Roman"/>
          <w:sz w:val="24"/>
          <w:szCs w:val="24"/>
        </w:rPr>
      </w:pPr>
      <w:proofErr w:type="spellStart"/>
      <w:r w:rsidRPr="00FC2615">
        <w:rPr>
          <w:rFonts w:ascii="Times New Roman" w:hAnsi="Times New Roman" w:cs="Times New Roman"/>
          <w:sz w:val="24"/>
          <w:szCs w:val="24"/>
        </w:rPr>
        <w:t>Fiecare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va</w:t>
      </w:r>
      <w:proofErr w:type="spellEnd"/>
      <w:r w:rsidRPr="00FC2615">
        <w:rPr>
          <w:rFonts w:ascii="Times New Roman" w:hAnsi="Times New Roman" w:cs="Times New Roman"/>
          <w:sz w:val="24"/>
          <w:szCs w:val="24"/>
        </w:rPr>
        <w:t xml:space="preserve"> fi </w:t>
      </w:r>
      <w:proofErr w:type="spellStart"/>
      <w:r w:rsidRPr="00FC2615">
        <w:rPr>
          <w:rFonts w:ascii="Times New Roman" w:hAnsi="Times New Roman" w:cs="Times New Roman"/>
          <w:sz w:val="24"/>
          <w:szCs w:val="24"/>
        </w:rPr>
        <w:t>livrată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b/>
          <w:bCs/>
          <w:sz w:val="24"/>
          <w:szCs w:val="24"/>
        </w:rPr>
        <w:t>complet</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asamblată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corp</w:t>
      </w:r>
      <w:proofErr w:type="spellEnd"/>
      <w:r w:rsidRPr="00FC2615">
        <w:rPr>
          <w:rFonts w:ascii="Times New Roman" w:hAnsi="Times New Roman" w:cs="Times New Roman"/>
          <w:sz w:val="24"/>
          <w:szCs w:val="24"/>
        </w:rPr>
        <w:t xml:space="preserve"> + </w:t>
      </w:r>
      <w:proofErr w:type="spellStart"/>
      <w:r w:rsidRPr="00FC2615">
        <w:rPr>
          <w:rFonts w:ascii="Times New Roman" w:hAnsi="Times New Roman" w:cs="Times New Roman"/>
          <w:sz w:val="24"/>
          <w:szCs w:val="24"/>
        </w:rPr>
        <w:t>capac</w:t>
      </w:r>
      <w:proofErr w:type="spellEnd"/>
      <w:r w:rsidRPr="00FC2615">
        <w:rPr>
          <w:rFonts w:ascii="Times New Roman" w:hAnsi="Times New Roman" w:cs="Times New Roman"/>
          <w:sz w:val="24"/>
          <w:szCs w:val="24"/>
        </w:rPr>
        <w:t xml:space="preserve"> + </w:t>
      </w:r>
      <w:proofErr w:type="spellStart"/>
      <w:r w:rsidRPr="00FC2615">
        <w:rPr>
          <w:rFonts w:ascii="Times New Roman" w:hAnsi="Times New Roman" w:cs="Times New Roman"/>
          <w:sz w:val="24"/>
          <w:szCs w:val="24"/>
        </w:rPr>
        <w:t>roți</w:t>
      </w:r>
      <w:proofErr w:type="spellEnd"/>
      <w:r w:rsidRPr="00FC2615">
        <w:rPr>
          <w:rFonts w:ascii="Times New Roman" w:hAnsi="Times New Roman" w:cs="Times New Roman"/>
          <w:sz w:val="24"/>
          <w:szCs w:val="24"/>
        </w:rPr>
        <w:t xml:space="preserve"> + ax);</w:t>
      </w:r>
    </w:p>
    <w:p w14:paraId="3A4C1AB9" w14:textId="77777777" w:rsidR="001D215C" w:rsidRPr="00FC2615" w:rsidRDefault="001D215C" w:rsidP="001D215C">
      <w:pPr>
        <w:numPr>
          <w:ilvl w:val="0"/>
          <w:numId w:val="11"/>
        </w:numPr>
        <w:spacing w:after="0" w:line="278" w:lineRule="auto"/>
        <w:ind w:left="360"/>
        <w:rPr>
          <w:rFonts w:ascii="Times New Roman" w:hAnsi="Times New Roman" w:cs="Times New Roman"/>
          <w:sz w:val="24"/>
          <w:szCs w:val="24"/>
        </w:rPr>
      </w:pPr>
      <w:proofErr w:type="spellStart"/>
      <w:r w:rsidRPr="00FC2615">
        <w:rPr>
          <w:rFonts w:ascii="Times New Roman" w:hAnsi="Times New Roman" w:cs="Times New Roman"/>
          <w:sz w:val="24"/>
          <w:szCs w:val="24"/>
        </w:rPr>
        <w:t>Culorile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pubelelor</w:t>
      </w:r>
      <w:proofErr w:type="spellEnd"/>
      <w:r w:rsidRPr="00FC2615">
        <w:rPr>
          <w:rFonts w:ascii="Times New Roman" w:hAnsi="Times New Roman" w:cs="Times New Roman"/>
          <w:i/>
          <w:sz w:val="24"/>
          <w:szCs w:val="24"/>
        </w:rPr>
        <w:t>:</w:t>
      </w:r>
    </w:p>
    <w:p w14:paraId="21DB15B9" w14:textId="77777777" w:rsidR="006D0EAA" w:rsidRPr="00FC2615" w:rsidRDefault="006D0EAA" w:rsidP="006D0EAA">
      <w:pPr>
        <w:spacing w:after="0" w:line="278" w:lineRule="auto"/>
        <w:ind w:left="360"/>
        <w:rPr>
          <w:rFonts w:ascii="Times New Roman" w:hAnsi="Times New Roman" w:cs="Times New Roman"/>
          <w:sz w:val="24"/>
          <w:szCs w:val="24"/>
        </w:rPr>
      </w:pPr>
    </w:p>
    <w:tbl>
      <w:tblPr>
        <w:tblStyle w:val="aff1"/>
        <w:tblW w:w="8630" w:type="dxa"/>
        <w:tblLook w:val="04A0" w:firstRow="1" w:lastRow="0" w:firstColumn="1" w:lastColumn="0" w:noHBand="0" w:noVBand="1"/>
      </w:tblPr>
      <w:tblGrid>
        <w:gridCol w:w="1626"/>
        <w:gridCol w:w="1523"/>
        <w:gridCol w:w="5481"/>
      </w:tblGrid>
      <w:tr w:rsidR="00EB352E" w:rsidRPr="00FC2615" w14:paraId="757B7874" w14:textId="77777777" w:rsidTr="00D23332">
        <w:trPr>
          <w:trHeight w:val="300"/>
        </w:trPr>
        <w:tc>
          <w:tcPr>
            <w:tcW w:w="1626" w:type="dxa"/>
          </w:tcPr>
          <w:p w14:paraId="08C0C7EF" w14:textId="357087DE" w:rsidR="00EB352E" w:rsidRPr="00FC2615" w:rsidRDefault="00EB352E" w:rsidP="00D45129">
            <w:pPr>
              <w:spacing w:line="278" w:lineRule="auto"/>
              <w:jc w:val="both"/>
              <w:rPr>
                <w:rFonts w:ascii="Times New Roman" w:hAnsi="Times New Roman" w:cs="Times New Roman"/>
                <w:b/>
                <w:sz w:val="24"/>
                <w:szCs w:val="24"/>
              </w:rPr>
            </w:pPr>
            <w:proofErr w:type="spellStart"/>
            <w:r w:rsidRPr="00FC2615">
              <w:rPr>
                <w:rFonts w:ascii="Times New Roman" w:hAnsi="Times New Roman" w:cs="Times New Roman"/>
                <w:b/>
                <w:sz w:val="24"/>
                <w:szCs w:val="24"/>
              </w:rPr>
              <w:t>Cantitate</w:t>
            </w:r>
            <w:proofErr w:type="spellEnd"/>
            <w:r w:rsidRPr="00FC2615">
              <w:rPr>
                <w:rFonts w:ascii="Times New Roman" w:hAnsi="Times New Roman" w:cs="Times New Roman"/>
                <w:b/>
                <w:sz w:val="24"/>
                <w:szCs w:val="24"/>
              </w:rPr>
              <w:t xml:space="preserve"> (</w:t>
            </w:r>
            <w:proofErr w:type="spellStart"/>
            <w:r w:rsidRPr="00FC2615">
              <w:rPr>
                <w:rFonts w:ascii="Times New Roman" w:hAnsi="Times New Roman" w:cs="Times New Roman"/>
                <w:b/>
                <w:sz w:val="24"/>
                <w:szCs w:val="24"/>
              </w:rPr>
              <w:t>buc</w:t>
            </w:r>
            <w:proofErr w:type="spellEnd"/>
            <w:r w:rsidRPr="00FC2615">
              <w:rPr>
                <w:rFonts w:ascii="Times New Roman" w:hAnsi="Times New Roman" w:cs="Times New Roman"/>
                <w:b/>
                <w:sz w:val="24"/>
                <w:szCs w:val="24"/>
              </w:rPr>
              <w:t>.)</w:t>
            </w:r>
          </w:p>
        </w:tc>
        <w:tc>
          <w:tcPr>
            <w:tcW w:w="1523" w:type="dxa"/>
          </w:tcPr>
          <w:p w14:paraId="66C2CFE6" w14:textId="15AAA98B" w:rsidR="00EB352E" w:rsidRPr="00FC2615" w:rsidRDefault="00EB352E" w:rsidP="00D45129">
            <w:pPr>
              <w:spacing w:line="278" w:lineRule="auto"/>
              <w:jc w:val="both"/>
              <w:rPr>
                <w:rFonts w:ascii="Times New Roman" w:hAnsi="Times New Roman" w:cs="Times New Roman"/>
                <w:b/>
                <w:sz w:val="24"/>
                <w:szCs w:val="24"/>
              </w:rPr>
            </w:pPr>
            <w:proofErr w:type="spellStart"/>
            <w:r w:rsidRPr="00FC2615">
              <w:rPr>
                <w:rFonts w:ascii="Times New Roman" w:hAnsi="Times New Roman" w:cs="Times New Roman"/>
                <w:b/>
                <w:sz w:val="24"/>
                <w:szCs w:val="24"/>
              </w:rPr>
              <w:t>Culoare</w:t>
            </w:r>
            <w:proofErr w:type="spellEnd"/>
          </w:p>
        </w:tc>
        <w:tc>
          <w:tcPr>
            <w:tcW w:w="5481" w:type="dxa"/>
          </w:tcPr>
          <w:p w14:paraId="5AAE8D9C" w14:textId="132537CC" w:rsidR="00EB352E" w:rsidRPr="00FC2615" w:rsidRDefault="00EB352E" w:rsidP="00DA41A1">
            <w:pPr>
              <w:spacing w:line="278" w:lineRule="auto"/>
              <w:jc w:val="center"/>
              <w:rPr>
                <w:rFonts w:ascii="Times New Roman" w:hAnsi="Times New Roman" w:cs="Times New Roman"/>
                <w:b/>
                <w:sz w:val="24"/>
                <w:szCs w:val="24"/>
              </w:rPr>
            </w:pPr>
            <w:proofErr w:type="spellStart"/>
            <w:r w:rsidRPr="00FC2615">
              <w:rPr>
                <w:rFonts w:ascii="Times New Roman" w:hAnsi="Times New Roman" w:cs="Times New Roman"/>
                <w:b/>
                <w:sz w:val="24"/>
                <w:szCs w:val="24"/>
              </w:rPr>
              <w:t>Destinație</w:t>
            </w:r>
            <w:proofErr w:type="spellEnd"/>
          </w:p>
        </w:tc>
      </w:tr>
      <w:tr w:rsidR="00EB352E" w:rsidRPr="00FC2615" w14:paraId="64EED800" w14:textId="77777777" w:rsidTr="00D23332">
        <w:trPr>
          <w:trHeight w:val="300"/>
        </w:trPr>
        <w:tc>
          <w:tcPr>
            <w:tcW w:w="1626" w:type="dxa"/>
          </w:tcPr>
          <w:p w14:paraId="1CC8F1BB" w14:textId="2BDD0060" w:rsidR="00EB352E" w:rsidRPr="00FC2615" w:rsidRDefault="004F1EF6" w:rsidP="00D45129">
            <w:pPr>
              <w:spacing w:line="278" w:lineRule="auto"/>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buc</w:t>
            </w:r>
            <w:proofErr w:type="spellEnd"/>
            <w:r>
              <w:rPr>
                <w:rFonts w:ascii="Times New Roman" w:hAnsi="Times New Roman" w:cs="Times New Roman"/>
                <w:sz w:val="24"/>
                <w:szCs w:val="24"/>
              </w:rPr>
              <w:t xml:space="preserve"> de 240 l</w:t>
            </w:r>
          </w:p>
        </w:tc>
        <w:tc>
          <w:tcPr>
            <w:tcW w:w="1523" w:type="dxa"/>
          </w:tcPr>
          <w:p w14:paraId="63EE4283" w14:textId="186971CD" w:rsidR="00EB352E" w:rsidRPr="00FC2615" w:rsidRDefault="00EB352E" w:rsidP="00D45129">
            <w:pPr>
              <w:spacing w:line="278" w:lineRule="auto"/>
              <w:jc w:val="both"/>
              <w:rPr>
                <w:rFonts w:ascii="Times New Roman" w:hAnsi="Times New Roman" w:cs="Times New Roman"/>
                <w:b/>
                <w:sz w:val="24"/>
                <w:szCs w:val="24"/>
              </w:rPr>
            </w:pPr>
            <w:proofErr w:type="spellStart"/>
            <w:r w:rsidRPr="00FC2615">
              <w:rPr>
                <w:rFonts w:ascii="Times New Roman" w:hAnsi="Times New Roman" w:cs="Times New Roman"/>
                <w:b/>
                <w:sz w:val="24"/>
                <w:szCs w:val="24"/>
              </w:rPr>
              <w:t>Ne</w:t>
            </w:r>
            <w:r w:rsidR="004A55F3">
              <w:rPr>
                <w:rFonts w:ascii="Times New Roman" w:hAnsi="Times New Roman" w:cs="Times New Roman"/>
                <w:b/>
                <w:sz w:val="24"/>
                <w:szCs w:val="24"/>
              </w:rPr>
              <w:t>a</w:t>
            </w:r>
            <w:r w:rsidRPr="00FC2615">
              <w:rPr>
                <w:rFonts w:ascii="Times New Roman" w:hAnsi="Times New Roman" w:cs="Times New Roman"/>
                <w:b/>
                <w:sz w:val="24"/>
                <w:szCs w:val="24"/>
              </w:rPr>
              <w:t>gr</w:t>
            </w:r>
            <w:r w:rsidR="004A55F3">
              <w:rPr>
                <w:rFonts w:ascii="Times New Roman" w:hAnsi="Times New Roman" w:cs="Times New Roman"/>
                <w:b/>
                <w:sz w:val="24"/>
                <w:szCs w:val="24"/>
              </w:rPr>
              <w:t>ă</w:t>
            </w:r>
            <w:proofErr w:type="spellEnd"/>
          </w:p>
        </w:tc>
        <w:tc>
          <w:tcPr>
            <w:tcW w:w="5481" w:type="dxa"/>
          </w:tcPr>
          <w:p w14:paraId="467A828B" w14:textId="203F889C" w:rsidR="00EB352E" w:rsidRPr="00FC2615" w:rsidRDefault="00EB352E" w:rsidP="00EB352E">
            <w:pPr>
              <w:spacing w:line="278" w:lineRule="auto"/>
              <w:jc w:val="both"/>
              <w:rPr>
                <w:rFonts w:ascii="Times New Roman" w:hAnsi="Times New Roman" w:cs="Times New Roman"/>
                <w:sz w:val="24"/>
                <w:szCs w:val="24"/>
              </w:rPr>
            </w:pPr>
            <w:proofErr w:type="spellStart"/>
            <w:r w:rsidRPr="00FC2615">
              <w:rPr>
                <w:rFonts w:ascii="Times New Roman" w:hAnsi="Times New Roman" w:cs="Times New Roman"/>
                <w:sz w:val="24"/>
                <w:szCs w:val="24"/>
              </w:rPr>
              <w:t>Deșeuri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menajere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reziduale</w:t>
            </w:r>
            <w:proofErr w:type="spellEnd"/>
            <w:r w:rsidRPr="00FC2615">
              <w:rPr>
                <w:rFonts w:ascii="Times New Roman" w:hAnsi="Times New Roman" w:cs="Times New Roman"/>
                <w:sz w:val="24"/>
                <w:szCs w:val="24"/>
              </w:rPr>
              <w:t>)</w:t>
            </w:r>
          </w:p>
        </w:tc>
      </w:tr>
      <w:tr w:rsidR="00D23332" w:rsidRPr="00FC2615" w14:paraId="768C9F12" w14:textId="77777777" w:rsidTr="00D23332">
        <w:trPr>
          <w:trHeight w:val="300"/>
        </w:trPr>
        <w:tc>
          <w:tcPr>
            <w:tcW w:w="1626" w:type="dxa"/>
          </w:tcPr>
          <w:p w14:paraId="5BFDC360" w14:textId="2367999B" w:rsidR="00D23332" w:rsidRDefault="00D23332" w:rsidP="00D23332">
            <w:pPr>
              <w:spacing w:line="278" w:lineRule="auto"/>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buc</w:t>
            </w:r>
            <w:proofErr w:type="spellEnd"/>
            <w:r>
              <w:rPr>
                <w:rFonts w:ascii="Times New Roman" w:hAnsi="Times New Roman" w:cs="Times New Roman"/>
                <w:sz w:val="24"/>
                <w:szCs w:val="24"/>
              </w:rPr>
              <w:t xml:space="preserve"> de 240 l</w:t>
            </w:r>
          </w:p>
        </w:tc>
        <w:tc>
          <w:tcPr>
            <w:tcW w:w="1523" w:type="dxa"/>
          </w:tcPr>
          <w:p w14:paraId="313D11FE" w14:textId="587CA0D4" w:rsidR="00D23332" w:rsidRPr="00FC2615" w:rsidRDefault="00D23332" w:rsidP="00D23332">
            <w:pPr>
              <w:spacing w:line="278" w:lineRule="auto"/>
              <w:jc w:val="both"/>
              <w:rPr>
                <w:rFonts w:ascii="Times New Roman" w:hAnsi="Times New Roman" w:cs="Times New Roman"/>
                <w:b/>
                <w:sz w:val="24"/>
                <w:szCs w:val="24"/>
              </w:rPr>
            </w:pPr>
            <w:proofErr w:type="spellStart"/>
            <w:r w:rsidRPr="00FC2615">
              <w:rPr>
                <w:rFonts w:ascii="Times New Roman" w:hAnsi="Times New Roman" w:cs="Times New Roman"/>
                <w:b/>
                <w:sz w:val="24"/>
                <w:szCs w:val="24"/>
              </w:rPr>
              <w:t>Galben</w:t>
            </w:r>
            <w:r>
              <w:rPr>
                <w:rFonts w:ascii="Times New Roman" w:hAnsi="Times New Roman" w:cs="Times New Roman"/>
                <w:b/>
                <w:sz w:val="24"/>
                <w:szCs w:val="24"/>
              </w:rPr>
              <w:t>ă</w:t>
            </w:r>
            <w:proofErr w:type="spellEnd"/>
          </w:p>
        </w:tc>
        <w:tc>
          <w:tcPr>
            <w:tcW w:w="5481" w:type="dxa"/>
          </w:tcPr>
          <w:p w14:paraId="0EE80821" w14:textId="4032D6D5" w:rsidR="00D23332" w:rsidRPr="00FC2615" w:rsidRDefault="00D23332" w:rsidP="00D23332">
            <w:pPr>
              <w:spacing w:line="278" w:lineRule="auto"/>
              <w:jc w:val="both"/>
              <w:rPr>
                <w:rFonts w:ascii="Times New Roman" w:hAnsi="Times New Roman" w:cs="Times New Roman"/>
                <w:sz w:val="24"/>
                <w:szCs w:val="24"/>
              </w:rPr>
            </w:pPr>
            <w:r w:rsidRPr="00FC2615">
              <w:rPr>
                <w:rFonts w:ascii="Times New Roman" w:hAnsi="Times New Roman" w:cs="Times New Roman"/>
                <w:sz w:val="24"/>
                <w:szCs w:val="24"/>
              </w:rPr>
              <w:t xml:space="preserve">Plastic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metal.</w:t>
            </w:r>
          </w:p>
        </w:tc>
      </w:tr>
      <w:tr w:rsidR="00D23332" w:rsidRPr="00FC2615" w14:paraId="204884A6" w14:textId="77777777" w:rsidTr="00D23332">
        <w:trPr>
          <w:trHeight w:val="300"/>
        </w:trPr>
        <w:tc>
          <w:tcPr>
            <w:tcW w:w="1626" w:type="dxa"/>
          </w:tcPr>
          <w:p w14:paraId="59A0E109" w14:textId="3A96A587" w:rsidR="00D23332" w:rsidRPr="00FC2615" w:rsidRDefault="00D23332" w:rsidP="00D23332">
            <w:pPr>
              <w:spacing w:line="278" w:lineRule="auto"/>
              <w:jc w:val="both"/>
              <w:rPr>
                <w:rFonts w:ascii="Times New Roman" w:hAnsi="Times New Roman" w:cs="Times New Roman"/>
                <w:sz w:val="24"/>
                <w:szCs w:val="24"/>
              </w:rPr>
            </w:pPr>
            <w:r>
              <w:rPr>
                <w:rFonts w:ascii="Times New Roman" w:hAnsi="Times New Roman" w:cs="Times New Roman"/>
                <w:sz w:val="24"/>
                <w:szCs w:val="24"/>
              </w:rPr>
              <w:t xml:space="preserve">3058 </w:t>
            </w:r>
            <w:proofErr w:type="spellStart"/>
            <w:r>
              <w:rPr>
                <w:rFonts w:ascii="Times New Roman" w:hAnsi="Times New Roman" w:cs="Times New Roman"/>
                <w:sz w:val="24"/>
                <w:szCs w:val="24"/>
              </w:rPr>
              <w:t>buc</w:t>
            </w:r>
            <w:proofErr w:type="spellEnd"/>
            <w:r>
              <w:rPr>
                <w:rFonts w:ascii="Times New Roman" w:hAnsi="Times New Roman" w:cs="Times New Roman"/>
                <w:sz w:val="24"/>
                <w:szCs w:val="24"/>
              </w:rPr>
              <w:t xml:space="preserve"> de 120 l</w:t>
            </w:r>
          </w:p>
        </w:tc>
        <w:tc>
          <w:tcPr>
            <w:tcW w:w="1523" w:type="dxa"/>
          </w:tcPr>
          <w:p w14:paraId="0BE5F9DA" w14:textId="054A0FE5" w:rsidR="00D23332" w:rsidRPr="00FC2615" w:rsidRDefault="00D23332" w:rsidP="00D23332">
            <w:pPr>
              <w:spacing w:line="278" w:lineRule="auto"/>
              <w:jc w:val="both"/>
              <w:rPr>
                <w:rFonts w:ascii="Times New Roman" w:hAnsi="Times New Roman" w:cs="Times New Roman"/>
                <w:b/>
                <w:sz w:val="24"/>
                <w:szCs w:val="24"/>
              </w:rPr>
            </w:pPr>
            <w:proofErr w:type="spellStart"/>
            <w:r w:rsidRPr="00FC2615">
              <w:rPr>
                <w:rFonts w:ascii="Times New Roman" w:hAnsi="Times New Roman" w:cs="Times New Roman"/>
                <w:b/>
                <w:sz w:val="24"/>
                <w:szCs w:val="24"/>
              </w:rPr>
              <w:t>Ne</w:t>
            </w:r>
            <w:r>
              <w:rPr>
                <w:rFonts w:ascii="Times New Roman" w:hAnsi="Times New Roman" w:cs="Times New Roman"/>
                <w:b/>
                <w:sz w:val="24"/>
                <w:szCs w:val="24"/>
              </w:rPr>
              <w:t>a</w:t>
            </w:r>
            <w:r w:rsidRPr="00FC2615">
              <w:rPr>
                <w:rFonts w:ascii="Times New Roman" w:hAnsi="Times New Roman" w:cs="Times New Roman"/>
                <w:b/>
                <w:sz w:val="24"/>
                <w:szCs w:val="24"/>
              </w:rPr>
              <w:t>gr</w:t>
            </w:r>
            <w:r>
              <w:rPr>
                <w:rFonts w:ascii="Times New Roman" w:hAnsi="Times New Roman" w:cs="Times New Roman"/>
                <w:b/>
                <w:sz w:val="24"/>
                <w:szCs w:val="24"/>
              </w:rPr>
              <w:t>ă</w:t>
            </w:r>
            <w:proofErr w:type="spellEnd"/>
          </w:p>
        </w:tc>
        <w:tc>
          <w:tcPr>
            <w:tcW w:w="5481" w:type="dxa"/>
          </w:tcPr>
          <w:p w14:paraId="10AEE309" w14:textId="7DDAF37B" w:rsidR="00D23332" w:rsidRPr="00FC2615" w:rsidRDefault="00D23332" w:rsidP="00D23332">
            <w:pPr>
              <w:spacing w:line="278" w:lineRule="auto"/>
              <w:jc w:val="both"/>
              <w:rPr>
                <w:rFonts w:ascii="Times New Roman" w:hAnsi="Times New Roman" w:cs="Times New Roman"/>
                <w:sz w:val="24"/>
                <w:szCs w:val="24"/>
              </w:rPr>
            </w:pPr>
            <w:proofErr w:type="spellStart"/>
            <w:r w:rsidRPr="00FC2615">
              <w:rPr>
                <w:rFonts w:ascii="Times New Roman" w:hAnsi="Times New Roman" w:cs="Times New Roman"/>
                <w:sz w:val="24"/>
                <w:szCs w:val="24"/>
              </w:rPr>
              <w:t>Deșeuri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menajere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reziduale</w:t>
            </w:r>
            <w:proofErr w:type="spellEnd"/>
            <w:r w:rsidRPr="00FC2615">
              <w:rPr>
                <w:rFonts w:ascii="Times New Roman" w:hAnsi="Times New Roman" w:cs="Times New Roman"/>
                <w:sz w:val="24"/>
                <w:szCs w:val="24"/>
              </w:rPr>
              <w:t>)</w:t>
            </w:r>
          </w:p>
        </w:tc>
      </w:tr>
      <w:tr w:rsidR="00D23332" w:rsidRPr="00FC2615" w14:paraId="6309F78B" w14:textId="77777777" w:rsidTr="004F1EF6">
        <w:trPr>
          <w:trHeight w:val="300"/>
        </w:trPr>
        <w:tc>
          <w:tcPr>
            <w:tcW w:w="1626" w:type="dxa"/>
          </w:tcPr>
          <w:p w14:paraId="071F1B34" w14:textId="05ADBC0F" w:rsidR="00D23332" w:rsidRPr="00FC2615" w:rsidRDefault="00D23332" w:rsidP="00D23332">
            <w:pPr>
              <w:spacing w:line="278" w:lineRule="auto"/>
              <w:jc w:val="both"/>
              <w:rPr>
                <w:rFonts w:ascii="Times New Roman" w:hAnsi="Times New Roman" w:cs="Times New Roman"/>
                <w:sz w:val="24"/>
                <w:szCs w:val="24"/>
              </w:rPr>
            </w:pPr>
            <w:r>
              <w:rPr>
                <w:rFonts w:ascii="Times New Roman" w:hAnsi="Times New Roman" w:cs="Times New Roman"/>
                <w:sz w:val="24"/>
                <w:szCs w:val="24"/>
              </w:rPr>
              <w:t xml:space="preserve">1058 </w:t>
            </w:r>
            <w:proofErr w:type="spellStart"/>
            <w:r>
              <w:rPr>
                <w:rFonts w:ascii="Times New Roman" w:hAnsi="Times New Roman" w:cs="Times New Roman"/>
                <w:sz w:val="24"/>
                <w:szCs w:val="24"/>
              </w:rPr>
              <w:t>buc</w:t>
            </w:r>
            <w:proofErr w:type="spellEnd"/>
            <w:r>
              <w:rPr>
                <w:rFonts w:ascii="Times New Roman" w:hAnsi="Times New Roman" w:cs="Times New Roman"/>
                <w:sz w:val="24"/>
                <w:szCs w:val="24"/>
              </w:rPr>
              <w:t xml:space="preserve"> de 120 l</w:t>
            </w:r>
          </w:p>
        </w:tc>
        <w:tc>
          <w:tcPr>
            <w:tcW w:w="1523" w:type="dxa"/>
          </w:tcPr>
          <w:p w14:paraId="4F633E61" w14:textId="127A8F61" w:rsidR="00D23332" w:rsidRPr="00FC2615" w:rsidRDefault="00D23332" w:rsidP="00D23332">
            <w:pPr>
              <w:spacing w:line="278" w:lineRule="auto"/>
              <w:jc w:val="both"/>
              <w:rPr>
                <w:rFonts w:ascii="Times New Roman" w:hAnsi="Times New Roman" w:cs="Times New Roman"/>
                <w:b/>
                <w:sz w:val="24"/>
                <w:szCs w:val="24"/>
              </w:rPr>
            </w:pPr>
            <w:proofErr w:type="spellStart"/>
            <w:r w:rsidRPr="00FC2615">
              <w:rPr>
                <w:rFonts w:ascii="Times New Roman" w:hAnsi="Times New Roman" w:cs="Times New Roman"/>
                <w:b/>
                <w:sz w:val="24"/>
                <w:szCs w:val="24"/>
              </w:rPr>
              <w:t>Galben</w:t>
            </w:r>
            <w:r>
              <w:rPr>
                <w:rFonts w:ascii="Times New Roman" w:hAnsi="Times New Roman" w:cs="Times New Roman"/>
                <w:b/>
                <w:sz w:val="24"/>
                <w:szCs w:val="24"/>
              </w:rPr>
              <w:t>ă</w:t>
            </w:r>
            <w:proofErr w:type="spellEnd"/>
          </w:p>
        </w:tc>
        <w:tc>
          <w:tcPr>
            <w:tcW w:w="5481" w:type="dxa"/>
          </w:tcPr>
          <w:p w14:paraId="2D5CFAB0" w14:textId="02DB283A" w:rsidR="00D23332" w:rsidRPr="00FC2615" w:rsidRDefault="00D23332" w:rsidP="00D23332">
            <w:pPr>
              <w:spacing w:line="278" w:lineRule="auto"/>
              <w:jc w:val="both"/>
              <w:rPr>
                <w:rFonts w:ascii="Times New Roman" w:hAnsi="Times New Roman" w:cs="Times New Roman"/>
                <w:sz w:val="24"/>
                <w:szCs w:val="24"/>
              </w:rPr>
            </w:pPr>
            <w:r w:rsidRPr="00FC2615">
              <w:rPr>
                <w:rFonts w:ascii="Times New Roman" w:hAnsi="Times New Roman" w:cs="Times New Roman"/>
                <w:sz w:val="24"/>
                <w:szCs w:val="24"/>
              </w:rPr>
              <w:t xml:space="preserve">Plastic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metal.</w:t>
            </w:r>
          </w:p>
        </w:tc>
      </w:tr>
    </w:tbl>
    <w:p w14:paraId="675EEC64" w14:textId="77777777" w:rsidR="00614CDC" w:rsidRPr="00FC2615" w:rsidRDefault="00614CDC" w:rsidP="00D45129">
      <w:pPr>
        <w:spacing w:after="0" w:line="278" w:lineRule="auto"/>
        <w:jc w:val="both"/>
        <w:rPr>
          <w:rFonts w:ascii="Times New Roman" w:hAnsi="Times New Roman" w:cs="Times New Roman"/>
          <w:sz w:val="24"/>
          <w:szCs w:val="24"/>
        </w:rPr>
      </w:pPr>
    </w:p>
    <w:p w14:paraId="65B9372A" w14:textId="743D1BC3" w:rsidR="00D45129" w:rsidRPr="00FC2615" w:rsidRDefault="00D45129" w:rsidP="00D45129">
      <w:pPr>
        <w:spacing w:after="0" w:line="278" w:lineRule="auto"/>
        <w:jc w:val="both"/>
        <w:rPr>
          <w:rFonts w:ascii="Times New Roman" w:hAnsi="Times New Roman" w:cs="Times New Roman"/>
          <w:sz w:val="24"/>
          <w:szCs w:val="24"/>
        </w:rPr>
      </w:pPr>
      <w:proofErr w:type="spellStart"/>
      <w:r w:rsidRPr="00FC2615">
        <w:rPr>
          <w:rFonts w:ascii="Times New Roman" w:hAnsi="Times New Roman" w:cs="Times New Roman"/>
          <w:sz w:val="24"/>
          <w:szCs w:val="24"/>
        </w:rPr>
        <w:t>Recepția</w:t>
      </w:r>
      <w:proofErr w:type="spellEnd"/>
      <w:r w:rsidRPr="00FC2615">
        <w:rPr>
          <w:rFonts w:ascii="Times New Roman" w:hAnsi="Times New Roman" w:cs="Times New Roman"/>
          <w:sz w:val="24"/>
          <w:szCs w:val="24"/>
        </w:rPr>
        <w:t xml:space="preserve"> se </w:t>
      </w:r>
      <w:proofErr w:type="spellStart"/>
      <w:proofErr w:type="gramStart"/>
      <w:r w:rsidRPr="00FC2615">
        <w:rPr>
          <w:rFonts w:ascii="Times New Roman" w:hAnsi="Times New Roman" w:cs="Times New Roman"/>
          <w:sz w:val="24"/>
          <w:szCs w:val="24"/>
        </w:rPr>
        <w:t>va</w:t>
      </w:r>
      <w:proofErr w:type="spellEnd"/>
      <w:proofErr w:type="gramEnd"/>
      <w:r w:rsidRPr="00FC2615">
        <w:rPr>
          <w:rFonts w:ascii="Times New Roman" w:hAnsi="Times New Roman" w:cs="Times New Roman"/>
          <w:sz w:val="24"/>
          <w:szCs w:val="24"/>
        </w:rPr>
        <w:t xml:space="preserve"> face </w:t>
      </w:r>
      <w:proofErr w:type="spellStart"/>
      <w:r w:rsidRPr="00FC2615">
        <w:rPr>
          <w:rFonts w:ascii="Times New Roman" w:hAnsi="Times New Roman" w:cs="Times New Roman"/>
          <w:sz w:val="24"/>
          <w:szCs w:val="24"/>
        </w:rPr>
        <w:t>cantitativ</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calitativ</w:t>
      </w:r>
      <w:proofErr w:type="spellEnd"/>
      <w:r w:rsidRPr="00FC2615">
        <w:rPr>
          <w:rFonts w:ascii="Times New Roman" w:hAnsi="Times New Roman" w:cs="Times New Roman"/>
          <w:sz w:val="24"/>
          <w:szCs w:val="24"/>
        </w:rPr>
        <w:t xml:space="preserve">, </w:t>
      </w:r>
      <w:r w:rsidR="00DD36BE" w:rsidRPr="00FC2615">
        <w:rPr>
          <w:rFonts w:ascii="Times New Roman" w:hAnsi="Times New Roman" w:cs="Times New Roman"/>
          <w:sz w:val="24"/>
          <w:szCs w:val="24"/>
        </w:rPr>
        <w:t xml:space="preserve">de </w:t>
      </w:r>
      <w:proofErr w:type="spellStart"/>
      <w:r w:rsidR="00DD36BE" w:rsidRPr="00FC2615">
        <w:rPr>
          <w:rFonts w:ascii="Times New Roman" w:hAnsi="Times New Roman" w:cs="Times New Roman"/>
          <w:sz w:val="24"/>
          <w:szCs w:val="24"/>
        </w:rPr>
        <w:t>către</w:t>
      </w:r>
      <w:proofErr w:type="spellEnd"/>
      <w:r w:rsidR="00DD36BE" w:rsidRPr="00FC2615">
        <w:rPr>
          <w:rFonts w:ascii="Times New Roman" w:hAnsi="Times New Roman" w:cs="Times New Roman"/>
          <w:sz w:val="24"/>
          <w:szCs w:val="24"/>
        </w:rPr>
        <w:t xml:space="preserve"> un </w:t>
      </w:r>
      <w:proofErr w:type="spellStart"/>
      <w:r w:rsidR="00DD36BE" w:rsidRPr="00FC2615">
        <w:rPr>
          <w:rFonts w:ascii="Times New Roman" w:hAnsi="Times New Roman" w:cs="Times New Roman"/>
          <w:sz w:val="24"/>
          <w:szCs w:val="24"/>
        </w:rPr>
        <w:t>grup</w:t>
      </w:r>
      <w:proofErr w:type="spellEnd"/>
      <w:r w:rsidR="00DD36BE" w:rsidRPr="00FC2615">
        <w:rPr>
          <w:rFonts w:ascii="Times New Roman" w:hAnsi="Times New Roman" w:cs="Times New Roman"/>
          <w:sz w:val="24"/>
          <w:szCs w:val="24"/>
        </w:rPr>
        <w:t xml:space="preserve"> </w:t>
      </w:r>
      <w:proofErr w:type="spellStart"/>
      <w:r w:rsidR="00DD36BE" w:rsidRPr="00FC2615">
        <w:rPr>
          <w:rFonts w:ascii="Times New Roman" w:hAnsi="Times New Roman" w:cs="Times New Roman"/>
          <w:sz w:val="24"/>
          <w:szCs w:val="24"/>
        </w:rPr>
        <w:t>desemnat</w:t>
      </w:r>
      <w:proofErr w:type="spellEnd"/>
      <w:r w:rsidR="00DD36BE"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prin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întocmirea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unui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proces</w:t>
      </w:r>
      <w:proofErr w:type="spellEnd"/>
      <w:r w:rsidRPr="00FC2615">
        <w:rPr>
          <w:rFonts w:ascii="Times New Roman" w:hAnsi="Times New Roman" w:cs="Times New Roman"/>
          <w:sz w:val="24"/>
          <w:szCs w:val="24"/>
        </w:rPr>
        <w:t xml:space="preserve">-verbal/act </w:t>
      </w:r>
      <w:proofErr w:type="spellStart"/>
      <w:r w:rsidRPr="00FC2615">
        <w:rPr>
          <w:rFonts w:ascii="Times New Roman" w:hAnsi="Times New Roman" w:cs="Times New Roman"/>
          <w:sz w:val="24"/>
          <w:szCs w:val="24"/>
        </w:rPr>
        <w:t>predare-primire</w:t>
      </w:r>
      <w:proofErr w:type="spellEnd"/>
      <w:r w:rsidRPr="00FC2615">
        <w:rPr>
          <w:rFonts w:ascii="Times New Roman" w:hAnsi="Times New Roman" w:cs="Times New Roman"/>
          <w:sz w:val="24"/>
          <w:szCs w:val="24"/>
        </w:rPr>
        <w:t xml:space="preserve">, la </w:t>
      </w:r>
      <w:proofErr w:type="spellStart"/>
      <w:r w:rsidRPr="00FC2615">
        <w:rPr>
          <w:rFonts w:ascii="Times New Roman" w:hAnsi="Times New Roman" w:cs="Times New Roman"/>
          <w:sz w:val="24"/>
          <w:szCs w:val="24"/>
        </w:rPr>
        <w:t>locul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livrării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cazul</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constatării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unor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neconformități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acestea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vor</w:t>
      </w:r>
      <w:proofErr w:type="spellEnd"/>
      <w:r w:rsidRPr="00FC2615">
        <w:rPr>
          <w:rFonts w:ascii="Times New Roman" w:hAnsi="Times New Roman" w:cs="Times New Roman"/>
          <w:sz w:val="24"/>
          <w:szCs w:val="24"/>
        </w:rPr>
        <w:t xml:space="preserve"> fi remediate de </w:t>
      </w:r>
      <w:proofErr w:type="spellStart"/>
      <w:r w:rsidRPr="00FC2615">
        <w:rPr>
          <w:rFonts w:ascii="Times New Roman" w:hAnsi="Times New Roman" w:cs="Times New Roman"/>
          <w:sz w:val="24"/>
          <w:szCs w:val="24"/>
        </w:rPr>
        <w:t>către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furnizor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termen</w:t>
      </w:r>
      <w:proofErr w:type="spellEnd"/>
      <w:r w:rsidRPr="00FC2615">
        <w:rPr>
          <w:rFonts w:ascii="Times New Roman" w:hAnsi="Times New Roman" w:cs="Times New Roman"/>
          <w:sz w:val="24"/>
          <w:szCs w:val="24"/>
        </w:rPr>
        <w:t xml:space="preserve"> de maximum 5 </w:t>
      </w:r>
      <w:proofErr w:type="spellStart"/>
      <w:r w:rsidRPr="00FC2615">
        <w:rPr>
          <w:rFonts w:ascii="Times New Roman" w:hAnsi="Times New Roman" w:cs="Times New Roman"/>
          <w:sz w:val="24"/>
          <w:szCs w:val="24"/>
        </w:rPr>
        <w:t>zile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lucrătoare</w:t>
      </w:r>
      <w:proofErr w:type="spellEnd"/>
      <w:r w:rsidRPr="00FC2615">
        <w:rPr>
          <w:rFonts w:ascii="Times New Roman" w:hAnsi="Times New Roman" w:cs="Times New Roman"/>
          <w:sz w:val="24"/>
          <w:szCs w:val="24"/>
        </w:rPr>
        <w:t>.</w:t>
      </w:r>
    </w:p>
    <w:p w14:paraId="5FA67354" w14:textId="01ABF19E" w:rsidR="004F4C2E" w:rsidRPr="00FC2615" w:rsidRDefault="003B0645">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lastRenderedPageBreak/>
        <w:t>7</w:t>
      </w:r>
      <w:r w:rsidR="00EE679A" w:rsidRPr="00FC2615">
        <w:rPr>
          <w:rFonts w:ascii="Times New Roman" w:hAnsi="Times New Roman" w:cs="Times New Roman"/>
          <w:color w:val="auto"/>
          <w:sz w:val="24"/>
          <w:szCs w:val="24"/>
        </w:rPr>
        <w:t xml:space="preserve">. </w:t>
      </w:r>
      <w:proofErr w:type="spellStart"/>
      <w:r w:rsidR="00EE679A" w:rsidRPr="00FC2615">
        <w:rPr>
          <w:rFonts w:ascii="Times New Roman" w:hAnsi="Times New Roman" w:cs="Times New Roman"/>
          <w:color w:val="auto"/>
          <w:sz w:val="24"/>
          <w:szCs w:val="24"/>
        </w:rPr>
        <w:t>Garanție</w:t>
      </w:r>
      <w:proofErr w:type="spellEnd"/>
    </w:p>
    <w:p w14:paraId="0FA3345C" w14:textId="300A2654" w:rsidR="004F4C2E" w:rsidRPr="00FC2615" w:rsidRDefault="00EE679A">
      <w:pPr>
        <w:rPr>
          <w:rFonts w:ascii="Times New Roman" w:hAnsi="Times New Roman" w:cs="Times New Roman"/>
          <w:sz w:val="24"/>
          <w:szCs w:val="24"/>
        </w:rPr>
      </w:pPr>
      <w:r w:rsidRPr="00FC2615">
        <w:rPr>
          <w:rFonts w:ascii="Times New Roman" w:hAnsi="Times New Roman" w:cs="Times New Roman"/>
          <w:sz w:val="24"/>
          <w:szCs w:val="24"/>
        </w:rPr>
        <w:t xml:space="preserve">• </w:t>
      </w:r>
      <w:r w:rsidR="00396B17"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perioada</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garanție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furnizorul</w:t>
      </w:r>
      <w:proofErr w:type="spellEnd"/>
      <w:r w:rsidRPr="00FC2615">
        <w:rPr>
          <w:rFonts w:ascii="Times New Roman" w:hAnsi="Times New Roman" w:cs="Times New Roman"/>
          <w:sz w:val="24"/>
          <w:szCs w:val="24"/>
        </w:rPr>
        <w:t xml:space="preserve"> </w:t>
      </w:r>
      <w:proofErr w:type="spellStart"/>
      <w:proofErr w:type="gramStart"/>
      <w:r w:rsidRPr="00FC2615">
        <w:rPr>
          <w:rFonts w:ascii="Times New Roman" w:hAnsi="Times New Roman" w:cs="Times New Roman"/>
          <w:sz w:val="24"/>
          <w:szCs w:val="24"/>
        </w:rPr>
        <w:t>va</w:t>
      </w:r>
      <w:proofErr w:type="spellEnd"/>
      <w:proofErr w:type="gram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înlocui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gratuit</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orice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componentă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defectă</w:t>
      </w:r>
      <w:proofErr w:type="spellEnd"/>
      <w:r w:rsidRPr="00FC2615">
        <w:rPr>
          <w:rFonts w:ascii="Times New Roman" w:hAnsi="Times New Roman" w:cs="Times New Roman"/>
          <w:sz w:val="24"/>
          <w:szCs w:val="24"/>
        </w:rPr>
        <w:t>.</w:t>
      </w:r>
    </w:p>
    <w:p w14:paraId="031C74E8" w14:textId="079A37DC" w:rsidR="004F4C2E" w:rsidRPr="00FC2615" w:rsidRDefault="003B0645">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t>8</w:t>
      </w:r>
      <w:r w:rsidR="00EE679A" w:rsidRPr="00FC2615">
        <w:rPr>
          <w:rFonts w:ascii="Times New Roman" w:hAnsi="Times New Roman" w:cs="Times New Roman"/>
          <w:color w:val="auto"/>
          <w:sz w:val="24"/>
          <w:szCs w:val="24"/>
        </w:rPr>
        <w:t xml:space="preserve">. </w:t>
      </w:r>
      <w:proofErr w:type="spellStart"/>
      <w:r w:rsidR="00EE679A" w:rsidRPr="00FC2615">
        <w:rPr>
          <w:rFonts w:ascii="Times New Roman" w:hAnsi="Times New Roman" w:cs="Times New Roman"/>
          <w:color w:val="auto"/>
          <w:sz w:val="24"/>
          <w:szCs w:val="24"/>
        </w:rPr>
        <w:t>Criterii</w:t>
      </w:r>
      <w:proofErr w:type="spellEnd"/>
      <w:r w:rsidR="00EE679A" w:rsidRPr="00FC2615">
        <w:rPr>
          <w:rFonts w:ascii="Times New Roman" w:hAnsi="Times New Roman" w:cs="Times New Roman"/>
          <w:color w:val="auto"/>
          <w:sz w:val="24"/>
          <w:szCs w:val="24"/>
        </w:rPr>
        <w:t xml:space="preserve"> de </w:t>
      </w:r>
      <w:proofErr w:type="spellStart"/>
      <w:r w:rsidR="00EE679A" w:rsidRPr="00FC2615">
        <w:rPr>
          <w:rFonts w:ascii="Times New Roman" w:hAnsi="Times New Roman" w:cs="Times New Roman"/>
          <w:color w:val="auto"/>
          <w:sz w:val="24"/>
          <w:szCs w:val="24"/>
        </w:rPr>
        <w:t>evaluare</w:t>
      </w:r>
      <w:proofErr w:type="spellEnd"/>
      <w:r w:rsidR="00EE679A" w:rsidRPr="00FC2615">
        <w:rPr>
          <w:rFonts w:ascii="Times New Roman" w:hAnsi="Times New Roman" w:cs="Times New Roman"/>
          <w:color w:val="auto"/>
          <w:sz w:val="24"/>
          <w:szCs w:val="24"/>
        </w:rPr>
        <w:t xml:space="preserve"> a </w:t>
      </w:r>
      <w:proofErr w:type="spellStart"/>
      <w:r w:rsidR="00EE679A" w:rsidRPr="00FC2615">
        <w:rPr>
          <w:rFonts w:ascii="Times New Roman" w:hAnsi="Times New Roman" w:cs="Times New Roman"/>
          <w:color w:val="auto"/>
          <w:sz w:val="24"/>
          <w:szCs w:val="24"/>
        </w:rPr>
        <w:t>ofertelor</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1"/>
        <w:gridCol w:w="5721"/>
        <w:gridCol w:w="1654"/>
      </w:tblGrid>
      <w:tr w:rsidR="004F4C2E" w:rsidRPr="00FC2615" w14:paraId="2271EC2A" w14:textId="77777777" w:rsidTr="003D0C3E">
        <w:tc>
          <w:tcPr>
            <w:tcW w:w="836" w:type="pct"/>
          </w:tcPr>
          <w:p w14:paraId="75BDA6B2" w14:textId="695B2704" w:rsidR="004F4C2E" w:rsidRPr="00FC2615" w:rsidRDefault="008C7BB2" w:rsidP="007D1AAD">
            <w:pPr>
              <w:jc w:val="center"/>
              <w:rPr>
                <w:rFonts w:ascii="Times New Roman" w:hAnsi="Times New Roman" w:cs="Times New Roman"/>
                <w:b/>
                <w:bCs/>
                <w:sz w:val="24"/>
                <w:szCs w:val="24"/>
              </w:rPr>
            </w:pPr>
            <w:r w:rsidRPr="00FC2615">
              <w:rPr>
                <w:rFonts w:ascii="Times New Roman" w:hAnsi="Times New Roman" w:cs="Times New Roman"/>
                <w:b/>
                <w:bCs/>
                <w:sz w:val="24"/>
                <w:szCs w:val="24"/>
              </w:rPr>
              <w:t xml:space="preserve">Nr. de </w:t>
            </w:r>
            <w:proofErr w:type="spellStart"/>
            <w:r w:rsidRPr="00FC2615">
              <w:rPr>
                <w:rFonts w:ascii="Times New Roman" w:hAnsi="Times New Roman" w:cs="Times New Roman"/>
                <w:b/>
                <w:bCs/>
                <w:sz w:val="24"/>
                <w:szCs w:val="24"/>
              </w:rPr>
              <w:t>ordine</w:t>
            </w:r>
            <w:proofErr w:type="spellEnd"/>
          </w:p>
        </w:tc>
        <w:tc>
          <w:tcPr>
            <w:tcW w:w="3230" w:type="pct"/>
          </w:tcPr>
          <w:p w14:paraId="07B0E046" w14:textId="362AB2D0" w:rsidR="004F4C2E" w:rsidRPr="00FC2615" w:rsidRDefault="008C7BB2" w:rsidP="007D1AAD">
            <w:pPr>
              <w:jc w:val="center"/>
              <w:rPr>
                <w:rFonts w:ascii="Times New Roman" w:hAnsi="Times New Roman" w:cs="Times New Roman"/>
                <w:b/>
                <w:bCs/>
                <w:sz w:val="24"/>
                <w:szCs w:val="24"/>
              </w:rPr>
            </w:pPr>
            <w:proofErr w:type="spellStart"/>
            <w:r w:rsidRPr="00FC2615">
              <w:rPr>
                <w:rFonts w:ascii="Times New Roman" w:hAnsi="Times New Roman" w:cs="Times New Roman"/>
                <w:b/>
                <w:bCs/>
                <w:sz w:val="24"/>
                <w:szCs w:val="24"/>
              </w:rPr>
              <w:t>Criteriul</w:t>
            </w:r>
            <w:proofErr w:type="spellEnd"/>
            <w:r w:rsidRPr="00FC2615">
              <w:rPr>
                <w:rFonts w:ascii="Times New Roman" w:hAnsi="Times New Roman" w:cs="Times New Roman"/>
                <w:b/>
                <w:bCs/>
                <w:sz w:val="24"/>
                <w:szCs w:val="24"/>
              </w:rPr>
              <w:t xml:space="preserve"> de </w:t>
            </w:r>
            <w:proofErr w:type="spellStart"/>
            <w:r w:rsidRPr="00FC2615">
              <w:rPr>
                <w:rFonts w:ascii="Times New Roman" w:hAnsi="Times New Roman" w:cs="Times New Roman"/>
                <w:b/>
                <w:bCs/>
                <w:sz w:val="24"/>
                <w:szCs w:val="24"/>
              </w:rPr>
              <w:t>evaluare</w:t>
            </w:r>
            <w:proofErr w:type="spellEnd"/>
          </w:p>
        </w:tc>
        <w:tc>
          <w:tcPr>
            <w:tcW w:w="934" w:type="pct"/>
          </w:tcPr>
          <w:p w14:paraId="27988D50" w14:textId="6D57D898" w:rsidR="004F4C2E" w:rsidRPr="00FC2615" w:rsidRDefault="008C7BB2" w:rsidP="007D1AAD">
            <w:pPr>
              <w:jc w:val="center"/>
              <w:rPr>
                <w:rFonts w:ascii="Times New Roman" w:hAnsi="Times New Roman" w:cs="Times New Roman"/>
                <w:b/>
                <w:bCs/>
                <w:sz w:val="24"/>
                <w:szCs w:val="24"/>
              </w:rPr>
            </w:pPr>
            <w:proofErr w:type="spellStart"/>
            <w:r w:rsidRPr="00FC2615">
              <w:rPr>
                <w:rFonts w:ascii="Times New Roman" w:hAnsi="Times New Roman" w:cs="Times New Roman"/>
                <w:b/>
                <w:bCs/>
                <w:sz w:val="24"/>
                <w:szCs w:val="24"/>
              </w:rPr>
              <w:t>Pondere</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punctaj</w:t>
            </w:r>
            <w:proofErr w:type="spellEnd"/>
          </w:p>
        </w:tc>
      </w:tr>
      <w:tr w:rsidR="004F4C2E" w:rsidRPr="00FC2615" w14:paraId="6287F05A" w14:textId="77777777" w:rsidTr="003D0C3E">
        <w:tc>
          <w:tcPr>
            <w:tcW w:w="836" w:type="pct"/>
          </w:tcPr>
          <w:p w14:paraId="077DC048" w14:textId="1E82A0B7" w:rsidR="004F4C2E" w:rsidRPr="00FC2615" w:rsidRDefault="008C7BB2" w:rsidP="007D1AAD">
            <w:pPr>
              <w:jc w:val="center"/>
              <w:rPr>
                <w:rFonts w:ascii="Times New Roman" w:hAnsi="Times New Roman" w:cs="Times New Roman"/>
                <w:b/>
                <w:bCs/>
                <w:sz w:val="24"/>
                <w:szCs w:val="24"/>
              </w:rPr>
            </w:pPr>
            <w:r w:rsidRPr="00FC2615">
              <w:rPr>
                <w:rFonts w:ascii="Times New Roman" w:hAnsi="Times New Roman" w:cs="Times New Roman"/>
                <w:b/>
                <w:bCs/>
                <w:sz w:val="24"/>
                <w:szCs w:val="24"/>
              </w:rPr>
              <w:t>1</w:t>
            </w:r>
          </w:p>
        </w:tc>
        <w:tc>
          <w:tcPr>
            <w:tcW w:w="3230" w:type="pct"/>
          </w:tcPr>
          <w:p w14:paraId="6F63520D" w14:textId="77777777" w:rsidR="00FD2DDB" w:rsidRPr="00FC2615" w:rsidRDefault="00FD2DDB" w:rsidP="00FD2DDB">
            <w:pPr>
              <w:shd w:val="clear" w:color="auto" w:fill="FFFFFF" w:themeFill="background1"/>
              <w:tabs>
                <w:tab w:val="left" w:pos="612"/>
              </w:tabs>
              <w:rPr>
                <w:rFonts w:ascii="Times New Roman" w:hAnsi="Times New Roman" w:cs="Times New Roman"/>
              </w:rPr>
            </w:pPr>
            <w:proofErr w:type="spellStart"/>
            <w:r w:rsidRPr="00FC2615">
              <w:rPr>
                <w:rFonts w:ascii="Times New Roman" w:hAnsi="Times New Roman" w:cs="Times New Roman"/>
                <w:b/>
                <w:bCs/>
                <w:lang w:eastAsia="ru-RU"/>
              </w:rPr>
              <w:t>Preț</w:t>
            </w:r>
            <w:proofErr w:type="spellEnd"/>
            <w:r w:rsidRPr="00FC2615">
              <w:rPr>
                <w:rFonts w:ascii="Times New Roman" w:hAnsi="Times New Roman" w:cs="Times New Roman"/>
                <w:b/>
                <w:bCs/>
                <w:lang w:eastAsia="ru-RU"/>
              </w:rPr>
              <w:t xml:space="preserve"> (P) , </w:t>
            </w:r>
            <w:proofErr w:type="spellStart"/>
            <w:r w:rsidRPr="00FC2615">
              <w:rPr>
                <w:rFonts w:ascii="Times New Roman" w:hAnsi="Times New Roman" w:cs="Times New Roman"/>
                <w:lang w:eastAsia="ru-RU"/>
              </w:rPr>
              <w:t>unde</w:t>
            </w:r>
            <w:proofErr w:type="spellEnd"/>
            <w:r w:rsidRPr="00FC2615">
              <w:rPr>
                <w:rFonts w:ascii="Times New Roman" w:hAnsi="Times New Roman" w:cs="Times New Roman"/>
                <w:lang w:eastAsia="ru-RU"/>
              </w:rPr>
              <w:t>:</w:t>
            </w:r>
            <w:r w:rsidRPr="00FC2615">
              <w:rPr>
                <w:rFonts w:ascii="Times New Roman" w:hAnsi="Times New Roman" w:cs="Times New Roman"/>
              </w:rPr>
              <w:t xml:space="preserve"> </w:t>
            </w:r>
            <m:oMath>
              <m:sSup>
                <m:sSupPr>
                  <m:ctrlPr>
                    <w:rPr>
                      <w:rFonts w:ascii="Cambria Math" w:hAnsi="Cambria Math" w:cs="Times New Roman"/>
                    </w:rPr>
                  </m:ctrlPr>
                </m:sSupPr>
                <m:e>
                  <m:r>
                    <w:rPr>
                      <w:rFonts w:ascii="Cambria Math" w:hAnsi="Cambria Math" w:cs="Times New Roman"/>
                    </w:rPr>
                    <m:t>Scor</m:t>
                  </m:r>
                </m:e>
                <m:sup>
                  <m:r>
                    <w:rPr>
                      <w:rFonts w:ascii="Cambria Math" w:hAnsi="Cambria Math" w:cs="Times New Roman"/>
                    </w:rPr>
                    <m:t>ofert</m:t>
                  </m:r>
                  <m:r>
                    <m:rPr>
                      <m:sty m:val="p"/>
                    </m:rPr>
                    <w:rPr>
                      <w:rFonts w:ascii="Cambria Math" w:hAnsi="Cambria Math" w:cs="Times New Roman"/>
                    </w:rPr>
                    <m:t>ă</m:t>
                  </m:r>
                </m:sup>
              </m:sSup>
              <m:r>
                <m:rPr>
                  <m:nor/>
                </m:rPr>
                <w:rPr>
                  <w:rFonts w:ascii="Times New Roman" w:hAnsi="Times New Roman" w:cs="Times New Roman"/>
                </w:rPr>
                <m:t xml:space="preserve">= </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min</m:t>
                      </m:r>
                    </m:sub>
                  </m:sSub>
                </m:num>
                <m:den>
                  <m:r>
                    <w:rPr>
                      <w:rFonts w:ascii="Cambria Math" w:hAnsi="Cambria Math" w:cs="Times New Roman"/>
                    </w:rPr>
                    <m:t>P</m:t>
                  </m:r>
                </m:den>
              </m:f>
              <m:r>
                <m:rPr>
                  <m:sty m:val="p"/>
                </m:rPr>
                <w:rPr>
                  <w:rFonts w:ascii="Cambria Math" w:hAnsi="Cambria Math" w:cs="Times New Roman"/>
                </w:rPr>
                <m:t>×60</m:t>
              </m:r>
            </m:oMath>
          </w:p>
          <w:p w14:paraId="504FB8F4" w14:textId="77777777" w:rsidR="00FD2DDB" w:rsidRPr="00FC2615" w:rsidRDefault="00FD2DDB" w:rsidP="00FD2DDB">
            <w:pPr>
              <w:rPr>
                <w:rFonts w:ascii="Times New Roman" w:eastAsia="Cambria" w:hAnsi="Times New Roman" w:cs="Times New Roman"/>
                <w:color w:val="000000" w:themeColor="text1"/>
              </w:rPr>
            </w:pPr>
            <w:proofErr w:type="spellStart"/>
            <w:r w:rsidRPr="00FC2615">
              <w:rPr>
                <w:rFonts w:ascii="Times New Roman" w:eastAsia="Cambria" w:hAnsi="Times New Roman" w:cs="Times New Roman"/>
                <w:b/>
                <w:bCs/>
                <w:color w:val="000000" w:themeColor="text1"/>
              </w:rPr>
              <w:t>Pmin</w:t>
            </w:r>
            <w:proofErr w:type="spellEnd"/>
            <w:r w:rsidRPr="00FC2615">
              <w:rPr>
                <w:rFonts w:ascii="Times New Roman" w:eastAsia="Cambria" w:hAnsi="Times New Roman" w:cs="Times New Roman"/>
                <w:color w:val="000000" w:themeColor="text1"/>
              </w:rPr>
              <w:t xml:space="preserve"> – </w:t>
            </w:r>
            <w:proofErr w:type="spellStart"/>
            <w:r w:rsidRPr="00FC2615">
              <w:rPr>
                <w:rFonts w:ascii="Times New Roman" w:eastAsia="Cambria" w:hAnsi="Times New Roman" w:cs="Times New Roman"/>
                <w:color w:val="000000" w:themeColor="text1"/>
              </w:rPr>
              <w:t>prețul</w:t>
            </w:r>
            <w:proofErr w:type="spellEnd"/>
            <w:r w:rsidRPr="00FC2615">
              <w:rPr>
                <w:rFonts w:ascii="Times New Roman" w:eastAsia="Cambria" w:hAnsi="Times New Roman" w:cs="Times New Roman"/>
                <w:color w:val="000000" w:themeColor="text1"/>
              </w:rPr>
              <w:t xml:space="preserve"> minim </w:t>
            </w:r>
            <w:proofErr w:type="spellStart"/>
            <w:r w:rsidRPr="00FC2615">
              <w:rPr>
                <w:rFonts w:ascii="Times New Roman" w:eastAsia="Cambria" w:hAnsi="Times New Roman" w:cs="Times New Roman"/>
                <w:color w:val="000000" w:themeColor="text1"/>
              </w:rPr>
              <w:t>oferit</w:t>
            </w:r>
            <w:proofErr w:type="spellEnd"/>
            <w:r w:rsidRPr="00FC2615">
              <w:rPr>
                <w:rFonts w:ascii="Times New Roman" w:eastAsia="Cambria" w:hAnsi="Times New Roman" w:cs="Times New Roman"/>
                <w:color w:val="000000" w:themeColor="text1"/>
              </w:rPr>
              <w:t xml:space="preserve"> de </w:t>
            </w:r>
            <w:proofErr w:type="spellStart"/>
            <w:r w:rsidRPr="00FC2615">
              <w:rPr>
                <w:rFonts w:ascii="Times New Roman" w:eastAsia="Cambria" w:hAnsi="Times New Roman" w:cs="Times New Roman"/>
                <w:color w:val="000000" w:themeColor="text1"/>
              </w:rPr>
              <w:t>către</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companiile</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ofertele</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cărora</w:t>
            </w:r>
            <w:proofErr w:type="spellEnd"/>
            <w:r w:rsidRPr="00FC2615">
              <w:rPr>
                <w:rFonts w:ascii="Times New Roman" w:eastAsia="Cambria" w:hAnsi="Times New Roman" w:cs="Times New Roman"/>
                <w:color w:val="000000" w:themeColor="text1"/>
              </w:rPr>
              <w:t xml:space="preserve"> nu au </w:t>
            </w:r>
            <w:proofErr w:type="spellStart"/>
            <w:r w:rsidRPr="00FC2615">
              <w:rPr>
                <w:rFonts w:ascii="Times New Roman" w:eastAsia="Cambria" w:hAnsi="Times New Roman" w:cs="Times New Roman"/>
                <w:color w:val="000000" w:themeColor="text1"/>
              </w:rPr>
              <w:t>fost</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descalificate</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în</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procesul</w:t>
            </w:r>
            <w:proofErr w:type="spellEnd"/>
            <w:r w:rsidRPr="00FC2615">
              <w:rPr>
                <w:rFonts w:ascii="Times New Roman" w:eastAsia="Cambria" w:hAnsi="Times New Roman" w:cs="Times New Roman"/>
                <w:color w:val="000000" w:themeColor="text1"/>
              </w:rPr>
              <w:t xml:space="preserve"> de </w:t>
            </w:r>
            <w:proofErr w:type="spellStart"/>
            <w:r w:rsidRPr="00FC2615">
              <w:rPr>
                <w:rFonts w:ascii="Times New Roman" w:eastAsia="Cambria" w:hAnsi="Times New Roman" w:cs="Times New Roman"/>
                <w:color w:val="000000" w:themeColor="text1"/>
              </w:rPr>
              <w:t>evaluare</w:t>
            </w:r>
            <w:proofErr w:type="spellEnd"/>
            <w:r w:rsidRPr="00FC2615">
              <w:rPr>
                <w:rFonts w:ascii="Times New Roman" w:eastAsia="Cambria" w:hAnsi="Times New Roman" w:cs="Times New Roman"/>
                <w:color w:val="000000" w:themeColor="text1"/>
              </w:rPr>
              <w:t>;</w:t>
            </w:r>
          </w:p>
          <w:p w14:paraId="7E464665" w14:textId="1A8D5C0C" w:rsidR="008C7BB2" w:rsidRPr="00BF263F" w:rsidRDefault="00FD2DDB" w:rsidP="00BF263F">
            <w:pPr>
              <w:rPr>
                <w:rFonts w:ascii="Times New Roman" w:eastAsia="Cambria" w:hAnsi="Times New Roman" w:cs="Times New Roman"/>
                <w:color w:val="000000" w:themeColor="text1"/>
              </w:rPr>
            </w:pPr>
            <w:r w:rsidRPr="00FC2615">
              <w:rPr>
                <w:rFonts w:ascii="Times New Roman" w:eastAsia="Cambria" w:hAnsi="Times New Roman" w:cs="Times New Roman"/>
                <w:b/>
                <w:bCs/>
                <w:color w:val="000000" w:themeColor="text1"/>
              </w:rPr>
              <w:t>P</w:t>
            </w:r>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prețul</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propus</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în</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oferta</w:t>
            </w:r>
            <w:proofErr w:type="spellEnd"/>
            <w:r w:rsidRPr="00FC2615">
              <w:rPr>
                <w:rFonts w:ascii="Times New Roman" w:eastAsia="Cambria" w:hAnsi="Times New Roman" w:cs="Times New Roman"/>
                <w:color w:val="000000" w:themeColor="text1"/>
              </w:rPr>
              <w:t xml:space="preserve"> </w:t>
            </w:r>
            <w:proofErr w:type="spellStart"/>
            <w:r w:rsidRPr="00FC2615">
              <w:rPr>
                <w:rFonts w:ascii="Times New Roman" w:eastAsia="Cambria" w:hAnsi="Times New Roman" w:cs="Times New Roman"/>
                <w:color w:val="000000" w:themeColor="text1"/>
              </w:rPr>
              <w:t>evaluată</w:t>
            </w:r>
            <w:proofErr w:type="spellEnd"/>
            <w:r w:rsidRPr="00FC2615">
              <w:rPr>
                <w:rFonts w:ascii="Times New Roman" w:eastAsia="Cambria" w:hAnsi="Times New Roman" w:cs="Times New Roman"/>
                <w:color w:val="000000" w:themeColor="text1"/>
              </w:rPr>
              <w:t>.</w:t>
            </w:r>
          </w:p>
        </w:tc>
        <w:tc>
          <w:tcPr>
            <w:tcW w:w="934" w:type="pct"/>
          </w:tcPr>
          <w:p w14:paraId="69079264" w14:textId="7E3C95F7" w:rsidR="004F4C2E" w:rsidRPr="00FC2615" w:rsidRDefault="005E2529" w:rsidP="005E2529">
            <w:pPr>
              <w:jc w:val="center"/>
              <w:rPr>
                <w:rFonts w:ascii="Times New Roman" w:hAnsi="Times New Roman" w:cs="Times New Roman"/>
                <w:b/>
                <w:bCs/>
                <w:sz w:val="24"/>
                <w:szCs w:val="24"/>
              </w:rPr>
            </w:pPr>
            <w:r w:rsidRPr="00FC2615">
              <w:rPr>
                <w:rFonts w:ascii="Times New Roman" w:hAnsi="Times New Roman" w:cs="Times New Roman"/>
                <w:b/>
                <w:bCs/>
                <w:sz w:val="24"/>
                <w:szCs w:val="24"/>
              </w:rPr>
              <w:t>6</w:t>
            </w:r>
            <w:r w:rsidR="008C7BB2" w:rsidRPr="00FC2615">
              <w:rPr>
                <w:rFonts w:ascii="Times New Roman" w:hAnsi="Times New Roman" w:cs="Times New Roman"/>
                <w:b/>
                <w:bCs/>
                <w:sz w:val="24"/>
                <w:szCs w:val="24"/>
              </w:rPr>
              <w:t xml:space="preserve">0 </w:t>
            </w:r>
            <w:proofErr w:type="spellStart"/>
            <w:r w:rsidR="008C7BB2" w:rsidRPr="00FC2615">
              <w:rPr>
                <w:rFonts w:ascii="Times New Roman" w:hAnsi="Times New Roman" w:cs="Times New Roman"/>
                <w:b/>
                <w:bCs/>
                <w:sz w:val="24"/>
                <w:szCs w:val="24"/>
              </w:rPr>
              <w:t>puncte</w:t>
            </w:r>
            <w:proofErr w:type="spellEnd"/>
          </w:p>
        </w:tc>
      </w:tr>
      <w:tr w:rsidR="00C50D03" w:rsidRPr="00FC2615" w14:paraId="77095681" w14:textId="77777777" w:rsidTr="00BF263F">
        <w:trPr>
          <w:cantSplit/>
          <w:trHeight w:val="3203"/>
        </w:trPr>
        <w:tc>
          <w:tcPr>
            <w:tcW w:w="836" w:type="pct"/>
          </w:tcPr>
          <w:p w14:paraId="141C875D" w14:textId="77AF98C8" w:rsidR="00C50D03" w:rsidRPr="00FC2615" w:rsidRDefault="00C50D03" w:rsidP="00C50D03">
            <w:pPr>
              <w:jc w:val="center"/>
              <w:rPr>
                <w:rFonts w:ascii="Times New Roman" w:hAnsi="Times New Roman" w:cs="Times New Roman"/>
                <w:b/>
                <w:bCs/>
                <w:sz w:val="24"/>
                <w:szCs w:val="24"/>
              </w:rPr>
            </w:pPr>
            <w:r w:rsidRPr="00FC2615">
              <w:rPr>
                <w:rFonts w:ascii="Times New Roman" w:hAnsi="Times New Roman" w:cs="Times New Roman"/>
                <w:b/>
                <w:bCs/>
                <w:sz w:val="24"/>
                <w:szCs w:val="24"/>
              </w:rPr>
              <w:t>2</w:t>
            </w:r>
          </w:p>
        </w:tc>
        <w:tc>
          <w:tcPr>
            <w:tcW w:w="3230" w:type="pct"/>
          </w:tcPr>
          <w:p w14:paraId="41083686" w14:textId="77777777" w:rsidR="00C50D03" w:rsidRPr="005962E9" w:rsidRDefault="00C50D03" w:rsidP="00C50D03">
            <w:pPr>
              <w:rPr>
                <w:rFonts w:ascii="Times New Roman" w:eastAsia="Cambria" w:hAnsi="Times New Roman" w:cs="Times New Roman"/>
                <w:color w:val="000000" w:themeColor="text1"/>
              </w:rPr>
            </w:pPr>
            <w:proofErr w:type="spellStart"/>
            <w:r w:rsidRPr="005962E9">
              <w:rPr>
                <w:rFonts w:ascii="Times New Roman" w:eastAsia="Cambria" w:hAnsi="Times New Roman" w:cs="Times New Roman"/>
                <w:b/>
                <w:bCs/>
                <w:color w:val="000000" w:themeColor="text1"/>
              </w:rPr>
              <w:t>Calitate</w:t>
            </w:r>
            <w:proofErr w:type="spellEnd"/>
            <w:r w:rsidRPr="005962E9">
              <w:rPr>
                <w:rFonts w:ascii="Times New Roman" w:eastAsia="Cambria" w:hAnsi="Times New Roman" w:cs="Times New Roman"/>
                <w:b/>
                <w:bCs/>
                <w:color w:val="000000" w:themeColor="text1"/>
              </w:rPr>
              <w:t xml:space="preserve"> </w:t>
            </w:r>
            <w:proofErr w:type="spellStart"/>
            <w:r w:rsidRPr="005962E9">
              <w:rPr>
                <w:rFonts w:ascii="Times New Roman" w:eastAsia="Cambria" w:hAnsi="Times New Roman" w:cs="Times New Roman"/>
                <w:b/>
                <w:bCs/>
                <w:color w:val="000000" w:themeColor="text1"/>
              </w:rPr>
              <w:t>tehnică</w:t>
            </w:r>
            <w:proofErr w:type="spellEnd"/>
            <w:r w:rsidRPr="005962E9">
              <w:rPr>
                <w:rFonts w:ascii="Times New Roman" w:eastAsia="Cambria" w:hAnsi="Times New Roman" w:cs="Times New Roman"/>
                <w:b/>
                <w:bCs/>
                <w:color w:val="000000" w:themeColor="text1"/>
              </w:rPr>
              <w:t xml:space="preserve"> </w:t>
            </w:r>
            <w:proofErr w:type="spellStart"/>
            <w:r w:rsidRPr="005962E9">
              <w:rPr>
                <w:rFonts w:ascii="Times New Roman" w:eastAsia="Cambria" w:hAnsi="Times New Roman" w:cs="Times New Roman"/>
                <w:b/>
                <w:bCs/>
                <w:color w:val="000000" w:themeColor="text1"/>
              </w:rPr>
              <w:t>și</w:t>
            </w:r>
            <w:proofErr w:type="spellEnd"/>
            <w:r w:rsidRPr="005962E9">
              <w:rPr>
                <w:rFonts w:ascii="Times New Roman" w:eastAsia="Cambria" w:hAnsi="Times New Roman" w:cs="Times New Roman"/>
                <w:b/>
                <w:bCs/>
                <w:color w:val="000000" w:themeColor="text1"/>
              </w:rPr>
              <w:t xml:space="preserve"> </w:t>
            </w:r>
            <w:proofErr w:type="spellStart"/>
            <w:r w:rsidRPr="005962E9">
              <w:rPr>
                <w:rFonts w:ascii="Times New Roman" w:eastAsia="Cambria" w:hAnsi="Times New Roman" w:cs="Times New Roman"/>
                <w:b/>
                <w:bCs/>
                <w:color w:val="000000" w:themeColor="text1"/>
              </w:rPr>
              <w:t>certificări</w:t>
            </w:r>
            <w:proofErr w:type="spellEnd"/>
            <w:r w:rsidRPr="005962E9">
              <w:rPr>
                <w:rFonts w:ascii="Times New Roman" w:eastAsia="Cambria" w:hAnsi="Times New Roman" w:cs="Times New Roman"/>
                <w:b/>
                <w:bCs/>
                <w:color w:val="000000" w:themeColor="text1"/>
              </w:rPr>
              <w:t xml:space="preserve"> (CT) </w:t>
            </w:r>
          </w:p>
          <w:p w14:paraId="732084A6" w14:textId="77777777" w:rsidR="00C50D03" w:rsidRPr="005962E9" w:rsidRDefault="00C50D03" w:rsidP="00C50D03">
            <w:pPr>
              <w:rPr>
                <w:rFonts w:ascii="Times New Roman" w:hAnsi="Times New Roman" w:cs="Times New Roman"/>
                <w:lang w:eastAsia="ru-RU"/>
              </w:rPr>
            </w:pPr>
            <w:r w:rsidRPr="005962E9">
              <w:rPr>
                <w:rFonts w:ascii="Times New Roman" w:hAnsi="Times New Roman" w:cs="Times New Roman"/>
                <w:lang w:eastAsia="ru-RU"/>
              </w:rPr>
              <w:t>- EN 840-1, EN 840-5, EN 840-6, EN 1501-1</w:t>
            </w:r>
          </w:p>
          <w:p w14:paraId="418DC991" w14:textId="77777777" w:rsidR="00C50D03" w:rsidRPr="005962E9" w:rsidRDefault="00C50D03" w:rsidP="00C50D03">
            <w:pPr>
              <w:rPr>
                <w:rFonts w:ascii="Times New Roman" w:eastAsia="Times New Roman" w:hAnsi="Times New Roman" w:cs="Times New Roman"/>
                <w:lang w:eastAsia="ru-RU"/>
              </w:rPr>
            </w:pPr>
            <w:r w:rsidRPr="005962E9">
              <w:rPr>
                <w:rFonts w:ascii="Times New Roman" w:eastAsia="Times New Roman" w:hAnsi="Times New Roman" w:cs="Times New Roman"/>
                <w:lang w:eastAsia="ru-RU"/>
              </w:rPr>
              <w:t xml:space="preserve">- RAL GZ 951/1  </w:t>
            </w:r>
            <w:proofErr w:type="spellStart"/>
            <w:r w:rsidRPr="005962E9">
              <w:rPr>
                <w:rFonts w:ascii="Times New Roman" w:eastAsia="Times New Roman" w:hAnsi="Times New Roman" w:cs="Times New Roman"/>
                <w:lang w:eastAsia="ru-RU"/>
              </w:rPr>
              <w:t>sau</w:t>
            </w:r>
            <w:proofErr w:type="spellEnd"/>
            <w:r w:rsidRPr="005962E9">
              <w:rPr>
                <w:rFonts w:ascii="Times New Roman" w:eastAsia="Times New Roman" w:hAnsi="Times New Roman" w:cs="Times New Roman"/>
                <w:lang w:eastAsia="ru-RU"/>
              </w:rPr>
              <w:t xml:space="preserve"> </w:t>
            </w:r>
            <w:proofErr w:type="spellStart"/>
            <w:r w:rsidRPr="005962E9">
              <w:rPr>
                <w:rFonts w:ascii="Times New Roman" w:eastAsia="Times New Roman" w:hAnsi="Times New Roman" w:cs="Times New Roman"/>
                <w:lang w:eastAsia="ru-RU"/>
              </w:rPr>
              <w:t>echivalent</w:t>
            </w:r>
            <w:proofErr w:type="spellEnd"/>
            <w:r w:rsidRPr="005962E9">
              <w:rPr>
                <w:rFonts w:ascii="Times New Roman" w:eastAsia="Times New Roman" w:hAnsi="Times New Roman" w:cs="Times New Roman"/>
                <w:lang w:eastAsia="ru-RU"/>
              </w:rPr>
              <w:t xml:space="preserve">                                                                        </w:t>
            </w:r>
          </w:p>
          <w:p w14:paraId="777AA3DA" w14:textId="77777777" w:rsidR="00C50D03" w:rsidRPr="005962E9" w:rsidRDefault="00C50D03" w:rsidP="00C50D03">
            <w:pPr>
              <w:rPr>
                <w:rFonts w:ascii="Times New Roman" w:eastAsia="Times New Roman" w:hAnsi="Times New Roman" w:cs="Times New Roman"/>
                <w:lang w:eastAsia="ru-RU"/>
              </w:rPr>
            </w:pPr>
            <w:r w:rsidRPr="005962E9">
              <w:rPr>
                <w:rFonts w:ascii="Times New Roman" w:eastAsia="Times New Roman" w:hAnsi="Times New Roman" w:cs="Times New Roman"/>
                <w:lang w:eastAsia="ru-RU"/>
              </w:rPr>
              <w:t xml:space="preserve">- </w:t>
            </w:r>
            <w:proofErr w:type="spellStart"/>
            <w:r w:rsidRPr="005962E9">
              <w:rPr>
                <w:rFonts w:ascii="Times New Roman" w:eastAsia="Times New Roman" w:hAnsi="Times New Roman" w:cs="Times New Roman"/>
                <w:lang w:eastAsia="ru-RU"/>
              </w:rPr>
              <w:t>Teste</w:t>
            </w:r>
            <w:proofErr w:type="spellEnd"/>
            <w:r w:rsidRPr="005962E9">
              <w:rPr>
                <w:rFonts w:ascii="Times New Roman" w:eastAsia="Times New Roman" w:hAnsi="Times New Roman" w:cs="Times New Roman"/>
                <w:lang w:eastAsia="ru-RU"/>
              </w:rPr>
              <w:t xml:space="preserve"> </w:t>
            </w:r>
            <w:proofErr w:type="spellStart"/>
            <w:r w:rsidRPr="005962E9">
              <w:rPr>
                <w:rFonts w:ascii="Times New Roman" w:eastAsia="Times New Roman" w:hAnsi="Times New Roman" w:cs="Times New Roman"/>
                <w:lang w:eastAsia="ru-RU"/>
              </w:rPr>
              <w:t>mecanice</w:t>
            </w:r>
            <w:proofErr w:type="spellEnd"/>
            <w:r w:rsidRPr="005962E9">
              <w:rPr>
                <w:rFonts w:ascii="Times New Roman" w:eastAsia="Times New Roman" w:hAnsi="Times New Roman" w:cs="Times New Roman"/>
                <w:lang w:eastAsia="ru-RU"/>
              </w:rPr>
              <w:t xml:space="preserve">, UV </w:t>
            </w:r>
            <w:proofErr w:type="spellStart"/>
            <w:r w:rsidRPr="005962E9">
              <w:rPr>
                <w:rFonts w:ascii="Times New Roman" w:eastAsia="Times New Roman" w:hAnsi="Times New Roman" w:cs="Times New Roman"/>
                <w:lang w:eastAsia="ru-RU"/>
              </w:rPr>
              <w:t>și</w:t>
            </w:r>
            <w:proofErr w:type="spellEnd"/>
            <w:r w:rsidRPr="005962E9">
              <w:rPr>
                <w:rFonts w:ascii="Times New Roman" w:eastAsia="Times New Roman" w:hAnsi="Times New Roman" w:cs="Times New Roman"/>
                <w:lang w:eastAsia="ru-RU"/>
              </w:rPr>
              <w:t xml:space="preserve"> </w:t>
            </w:r>
            <w:proofErr w:type="spellStart"/>
            <w:r w:rsidRPr="005962E9">
              <w:rPr>
                <w:rFonts w:ascii="Times New Roman" w:eastAsia="Times New Roman" w:hAnsi="Times New Roman" w:cs="Times New Roman"/>
                <w:lang w:eastAsia="ru-RU"/>
              </w:rPr>
              <w:t>sarcină</w:t>
            </w:r>
            <w:proofErr w:type="spellEnd"/>
            <w:r w:rsidRPr="005962E9">
              <w:rPr>
                <w:rFonts w:ascii="Times New Roman" w:eastAsia="Times New Roman" w:hAnsi="Times New Roman" w:cs="Times New Roman"/>
                <w:lang w:eastAsia="ru-RU"/>
              </w:rPr>
              <w:t xml:space="preserve"> (</w:t>
            </w:r>
            <w:proofErr w:type="spellStart"/>
            <w:r w:rsidRPr="005962E9">
              <w:rPr>
                <w:rFonts w:ascii="Times New Roman" w:eastAsia="Times New Roman" w:hAnsi="Times New Roman" w:cs="Times New Roman"/>
                <w:lang w:eastAsia="ru-RU"/>
              </w:rPr>
              <w:t>teste</w:t>
            </w:r>
            <w:proofErr w:type="spellEnd"/>
            <w:r w:rsidRPr="005962E9">
              <w:rPr>
                <w:rFonts w:ascii="Times New Roman" w:eastAsia="Times New Roman" w:hAnsi="Times New Roman" w:cs="Times New Roman"/>
                <w:lang w:eastAsia="ru-RU"/>
              </w:rPr>
              <w:t xml:space="preserve"> de </w:t>
            </w:r>
            <w:proofErr w:type="spellStart"/>
            <w:r w:rsidRPr="005962E9">
              <w:rPr>
                <w:rFonts w:ascii="Times New Roman" w:eastAsia="Times New Roman" w:hAnsi="Times New Roman" w:cs="Times New Roman"/>
                <w:lang w:eastAsia="ru-RU"/>
              </w:rPr>
              <w:t>laborator</w:t>
            </w:r>
            <w:proofErr w:type="spellEnd"/>
            <w:r w:rsidRPr="005962E9">
              <w:rPr>
                <w:rFonts w:ascii="Times New Roman" w:eastAsia="Times New Roman" w:hAnsi="Times New Roman" w:cs="Times New Roman"/>
                <w:lang w:eastAsia="ru-RU"/>
              </w:rPr>
              <w:t xml:space="preserve"> </w:t>
            </w:r>
            <w:proofErr w:type="spellStart"/>
            <w:r w:rsidRPr="005962E9">
              <w:rPr>
                <w:rFonts w:ascii="Times New Roman" w:eastAsia="Times New Roman" w:hAnsi="Times New Roman" w:cs="Times New Roman"/>
                <w:lang w:eastAsia="ru-RU"/>
              </w:rPr>
              <w:t>acreditat</w:t>
            </w:r>
            <w:proofErr w:type="spellEnd"/>
            <w:r w:rsidRPr="005962E9">
              <w:rPr>
                <w:rFonts w:ascii="Times New Roman" w:eastAsia="Times New Roman" w:hAnsi="Times New Roman" w:cs="Times New Roman"/>
                <w:lang w:eastAsia="ru-RU"/>
              </w:rPr>
              <w:t xml:space="preserve">)                                                                                      </w:t>
            </w:r>
          </w:p>
          <w:p w14:paraId="36ECDCC7" w14:textId="77777777" w:rsidR="00C50D03" w:rsidRPr="005962E9" w:rsidRDefault="00C50D03" w:rsidP="00C50D03">
            <w:pPr>
              <w:rPr>
                <w:rFonts w:ascii="Times New Roman" w:eastAsia="Times New Roman" w:hAnsi="Times New Roman" w:cs="Times New Roman"/>
                <w:lang w:eastAsia="ru-RU"/>
              </w:rPr>
            </w:pPr>
            <w:r w:rsidRPr="005962E9">
              <w:rPr>
                <w:rFonts w:ascii="Times New Roman" w:eastAsia="Times New Roman" w:hAnsi="Times New Roman" w:cs="Times New Roman"/>
                <w:lang w:eastAsia="ru-RU"/>
              </w:rPr>
              <w:t>-</w:t>
            </w:r>
            <w:r w:rsidRPr="005962E9">
              <w:rPr>
                <w:rFonts w:ascii="Times New Roman" w:hAnsi="Times New Roman" w:cs="Times New Roman"/>
                <w:lang w:eastAsia="ru-RU"/>
              </w:rPr>
              <w:t xml:space="preserve"> </w:t>
            </w:r>
            <w:r w:rsidRPr="005962E9">
              <w:rPr>
                <w:rFonts w:ascii="Times New Roman" w:eastAsia="Times New Roman" w:hAnsi="Times New Roman" w:cs="Times New Roman"/>
                <w:lang w:eastAsia="ru-RU"/>
              </w:rPr>
              <w:t>ISO 9001 &amp; ISO 14001 (</w:t>
            </w:r>
            <w:proofErr w:type="spellStart"/>
            <w:r w:rsidRPr="005962E9">
              <w:rPr>
                <w:rFonts w:ascii="Times New Roman" w:eastAsia="Times New Roman" w:hAnsi="Times New Roman" w:cs="Times New Roman"/>
                <w:lang w:eastAsia="ru-RU"/>
              </w:rPr>
              <w:t>emis</w:t>
            </w:r>
            <w:proofErr w:type="spellEnd"/>
            <w:r w:rsidRPr="005962E9">
              <w:rPr>
                <w:rFonts w:ascii="Times New Roman" w:eastAsia="Times New Roman" w:hAnsi="Times New Roman" w:cs="Times New Roman"/>
                <w:lang w:eastAsia="ru-RU"/>
              </w:rPr>
              <w:t xml:space="preserve"> de </w:t>
            </w:r>
            <w:proofErr w:type="spellStart"/>
            <w:r w:rsidRPr="005962E9">
              <w:rPr>
                <w:rFonts w:ascii="Times New Roman" w:eastAsia="Times New Roman" w:hAnsi="Times New Roman" w:cs="Times New Roman"/>
                <w:lang w:eastAsia="ru-RU"/>
              </w:rPr>
              <w:t>producător</w:t>
            </w:r>
            <w:proofErr w:type="spellEnd"/>
            <w:r w:rsidRPr="005962E9">
              <w:rPr>
                <w:rFonts w:ascii="Times New Roman" w:eastAsia="Times New Roman" w:hAnsi="Times New Roman" w:cs="Times New Roman"/>
                <w:lang w:eastAsia="ru-RU"/>
              </w:rPr>
              <w:t xml:space="preserve">)      </w:t>
            </w:r>
          </w:p>
          <w:p w14:paraId="2581A605" w14:textId="1496BAE3" w:rsidR="00C50D03" w:rsidRPr="005962E9" w:rsidRDefault="00C50D03" w:rsidP="008C0F91">
            <w:pPr>
              <w:rPr>
                <w:rFonts w:ascii="Times New Roman" w:hAnsi="Times New Roman" w:cs="Times New Roman"/>
                <w:sz w:val="24"/>
                <w:szCs w:val="24"/>
              </w:rPr>
            </w:pPr>
            <w:r w:rsidRPr="005962E9">
              <w:rPr>
                <w:rFonts w:ascii="Times New Roman" w:eastAsia="Cambria" w:hAnsi="Times New Roman" w:cs="Times New Roman"/>
                <w:color w:val="000000" w:themeColor="text1"/>
              </w:rPr>
              <w:t xml:space="preserve"> </w:t>
            </w:r>
            <w:proofErr w:type="spellStart"/>
            <w:r w:rsidRPr="005962E9">
              <w:rPr>
                <w:rFonts w:ascii="Times New Roman" w:eastAsia="Cambria" w:hAnsi="Times New Roman" w:cs="Times New Roman"/>
                <w:b/>
                <w:bCs/>
                <w:color w:val="000000" w:themeColor="text1"/>
              </w:rPr>
              <w:t>Notă</w:t>
            </w:r>
            <w:proofErr w:type="spellEnd"/>
            <w:r w:rsidRPr="005962E9">
              <w:rPr>
                <w:rFonts w:ascii="Times New Roman" w:eastAsia="Cambria" w:hAnsi="Times New Roman" w:cs="Times New Roman"/>
                <w:b/>
                <w:bCs/>
                <w:color w:val="000000" w:themeColor="text1"/>
              </w:rPr>
              <w:t>:</w:t>
            </w:r>
            <w:r w:rsidRPr="005962E9">
              <w:rPr>
                <w:rFonts w:ascii="Times New Roman" w:eastAsia="Cambria" w:hAnsi="Times New Roman" w:cs="Times New Roman"/>
                <w:color w:val="000000" w:themeColor="text1"/>
              </w:rPr>
              <w:t xml:space="preserve"> </w:t>
            </w:r>
            <w:proofErr w:type="spellStart"/>
            <w:r w:rsidRPr="005962E9">
              <w:rPr>
                <w:rFonts w:ascii="Times New Roman" w:eastAsia="Cambria" w:hAnsi="Times New Roman" w:cs="Times New Roman"/>
                <w:i/>
                <w:iCs/>
                <w:color w:val="000000" w:themeColor="text1"/>
              </w:rPr>
              <w:t>Lipsa</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unui</w:t>
            </w:r>
            <w:proofErr w:type="spellEnd"/>
            <w:r w:rsidRPr="005962E9">
              <w:rPr>
                <w:rFonts w:ascii="Times New Roman" w:eastAsia="Cambria" w:hAnsi="Times New Roman" w:cs="Times New Roman"/>
                <w:i/>
                <w:iCs/>
                <w:color w:val="000000" w:themeColor="text1"/>
              </w:rPr>
              <w:t xml:space="preserve"> document </w:t>
            </w:r>
            <w:proofErr w:type="spellStart"/>
            <w:r w:rsidRPr="005962E9">
              <w:rPr>
                <w:rFonts w:ascii="Times New Roman" w:eastAsia="Cambria" w:hAnsi="Times New Roman" w:cs="Times New Roman"/>
                <w:i/>
                <w:iCs/>
                <w:color w:val="000000" w:themeColor="text1"/>
              </w:rPr>
              <w:t>scade</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proporțional</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punctajul</w:t>
            </w:r>
            <w:proofErr w:type="spellEnd"/>
            <w:r w:rsidRPr="005962E9">
              <w:rPr>
                <w:rFonts w:ascii="Times New Roman" w:eastAsia="Cambria" w:hAnsi="Times New Roman" w:cs="Times New Roman"/>
                <w:i/>
                <w:iCs/>
                <w:color w:val="000000" w:themeColor="text1"/>
              </w:rPr>
              <w:t xml:space="preserve"> din </w:t>
            </w:r>
            <w:proofErr w:type="spellStart"/>
            <w:r w:rsidRPr="005962E9">
              <w:rPr>
                <w:rFonts w:ascii="Times New Roman" w:eastAsia="Cambria" w:hAnsi="Times New Roman" w:cs="Times New Roman"/>
                <w:i/>
                <w:iCs/>
                <w:color w:val="000000" w:themeColor="text1"/>
              </w:rPr>
              <w:t>categoria</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respectivă</w:t>
            </w:r>
            <w:proofErr w:type="spellEnd"/>
            <w:r w:rsidRPr="005962E9">
              <w:rPr>
                <w:rFonts w:ascii="Times New Roman" w:eastAsia="Cambria" w:hAnsi="Times New Roman" w:cs="Times New Roman"/>
                <w:i/>
                <w:iCs/>
                <w:color w:val="000000" w:themeColor="text1"/>
              </w:rPr>
              <w:t>.</w:t>
            </w:r>
          </w:p>
        </w:tc>
        <w:tc>
          <w:tcPr>
            <w:tcW w:w="934" w:type="pct"/>
          </w:tcPr>
          <w:p w14:paraId="7C4F772C" w14:textId="77777777" w:rsidR="00C50D03" w:rsidRPr="005962E9" w:rsidRDefault="00C50D03" w:rsidP="00C50D03">
            <w:pPr>
              <w:jc w:val="center"/>
              <w:rPr>
                <w:rFonts w:ascii="Times New Roman" w:eastAsia="Cambria" w:hAnsi="Times New Roman" w:cs="Times New Roman"/>
                <w:color w:val="000000" w:themeColor="text1"/>
              </w:rPr>
            </w:pPr>
            <w:r w:rsidRPr="005962E9">
              <w:rPr>
                <w:rFonts w:ascii="Times New Roman" w:eastAsia="Cambria" w:hAnsi="Times New Roman" w:cs="Times New Roman"/>
                <w:b/>
                <w:bCs/>
                <w:color w:val="000000" w:themeColor="text1"/>
              </w:rPr>
              <w:t xml:space="preserve">20 </w:t>
            </w:r>
            <w:proofErr w:type="spellStart"/>
            <w:r w:rsidRPr="005962E9">
              <w:rPr>
                <w:rFonts w:ascii="Times New Roman" w:eastAsia="Cambria" w:hAnsi="Times New Roman" w:cs="Times New Roman"/>
                <w:b/>
                <w:bCs/>
                <w:color w:val="000000" w:themeColor="text1"/>
              </w:rPr>
              <w:t>puncte</w:t>
            </w:r>
            <w:proofErr w:type="spellEnd"/>
          </w:p>
          <w:p w14:paraId="0F9BBEE3" w14:textId="77777777" w:rsidR="00C50D03" w:rsidRPr="005962E9" w:rsidRDefault="00C50D03" w:rsidP="00C50D03">
            <w:pPr>
              <w:jc w:val="center"/>
              <w:rPr>
                <w:rFonts w:ascii="Times New Roman" w:eastAsia="Cambria" w:hAnsi="Times New Roman" w:cs="Times New Roman"/>
                <w:color w:val="000000" w:themeColor="text1"/>
              </w:rPr>
            </w:pPr>
            <w:r w:rsidRPr="005962E9">
              <w:rPr>
                <w:rFonts w:ascii="Times New Roman" w:eastAsia="Cambria" w:hAnsi="Times New Roman" w:cs="Times New Roman"/>
                <w:color w:val="000000" w:themeColor="text1"/>
              </w:rPr>
              <w:t xml:space="preserve"> 5 </w:t>
            </w:r>
            <w:proofErr w:type="spellStart"/>
            <w:r w:rsidRPr="005962E9">
              <w:rPr>
                <w:rFonts w:ascii="Times New Roman" w:eastAsia="Cambria" w:hAnsi="Times New Roman" w:cs="Times New Roman"/>
                <w:color w:val="000000" w:themeColor="text1"/>
              </w:rPr>
              <w:t>puncte</w:t>
            </w:r>
            <w:proofErr w:type="spellEnd"/>
          </w:p>
          <w:p w14:paraId="64F6B8B2" w14:textId="77777777" w:rsidR="00C50D03" w:rsidRPr="005962E9" w:rsidRDefault="00C50D03" w:rsidP="00C50D03">
            <w:pPr>
              <w:jc w:val="center"/>
              <w:rPr>
                <w:rFonts w:ascii="Times New Roman" w:eastAsia="Cambria" w:hAnsi="Times New Roman" w:cs="Times New Roman"/>
                <w:color w:val="000000" w:themeColor="text1"/>
              </w:rPr>
            </w:pPr>
            <w:r w:rsidRPr="005962E9">
              <w:rPr>
                <w:rFonts w:ascii="Times New Roman" w:eastAsia="Cambria" w:hAnsi="Times New Roman" w:cs="Times New Roman"/>
                <w:color w:val="000000" w:themeColor="text1"/>
              </w:rPr>
              <w:t xml:space="preserve"> 5 </w:t>
            </w:r>
            <w:proofErr w:type="spellStart"/>
            <w:r w:rsidRPr="005962E9">
              <w:rPr>
                <w:rFonts w:ascii="Times New Roman" w:eastAsia="Cambria" w:hAnsi="Times New Roman" w:cs="Times New Roman"/>
                <w:color w:val="000000" w:themeColor="text1"/>
              </w:rPr>
              <w:t>puncte</w:t>
            </w:r>
            <w:proofErr w:type="spellEnd"/>
          </w:p>
          <w:p w14:paraId="68186146" w14:textId="77777777" w:rsidR="00C50D03" w:rsidRPr="005962E9" w:rsidRDefault="00C50D03" w:rsidP="00C50D03">
            <w:pPr>
              <w:jc w:val="center"/>
              <w:rPr>
                <w:rFonts w:ascii="Times New Roman" w:eastAsia="Cambria" w:hAnsi="Times New Roman" w:cs="Times New Roman"/>
                <w:color w:val="000000" w:themeColor="text1"/>
              </w:rPr>
            </w:pPr>
            <w:r w:rsidRPr="005962E9">
              <w:rPr>
                <w:rFonts w:ascii="Times New Roman" w:eastAsia="Cambria" w:hAnsi="Times New Roman" w:cs="Times New Roman"/>
                <w:color w:val="000000" w:themeColor="text1"/>
              </w:rPr>
              <w:t xml:space="preserve"> 5 </w:t>
            </w:r>
            <w:proofErr w:type="spellStart"/>
            <w:r w:rsidRPr="005962E9">
              <w:rPr>
                <w:rFonts w:ascii="Times New Roman" w:eastAsia="Cambria" w:hAnsi="Times New Roman" w:cs="Times New Roman"/>
                <w:color w:val="000000" w:themeColor="text1"/>
              </w:rPr>
              <w:t>puncte</w:t>
            </w:r>
            <w:proofErr w:type="spellEnd"/>
          </w:p>
          <w:p w14:paraId="75E18C61" w14:textId="77777777" w:rsidR="00BD5717" w:rsidRPr="005962E9" w:rsidRDefault="00BD5717" w:rsidP="00BD5717">
            <w:pPr>
              <w:jc w:val="center"/>
              <w:rPr>
                <w:rFonts w:ascii="Times New Roman" w:eastAsia="Cambria" w:hAnsi="Times New Roman" w:cs="Times New Roman"/>
                <w:color w:val="000000" w:themeColor="text1"/>
              </w:rPr>
            </w:pPr>
            <w:r w:rsidRPr="005962E9">
              <w:rPr>
                <w:rFonts w:ascii="Times New Roman" w:eastAsia="Cambria" w:hAnsi="Times New Roman" w:cs="Times New Roman"/>
                <w:color w:val="000000" w:themeColor="text1"/>
              </w:rPr>
              <w:t xml:space="preserve">5 </w:t>
            </w:r>
            <w:proofErr w:type="spellStart"/>
            <w:r w:rsidRPr="005962E9">
              <w:rPr>
                <w:rFonts w:ascii="Times New Roman" w:eastAsia="Cambria" w:hAnsi="Times New Roman" w:cs="Times New Roman"/>
                <w:color w:val="000000" w:themeColor="text1"/>
              </w:rPr>
              <w:t>puncte</w:t>
            </w:r>
            <w:proofErr w:type="spellEnd"/>
          </w:p>
          <w:p w14:paraId="79CAE03C" w14:textId="7610F6D7" w:rsidR="00C50D03" w:rsidRPr="005962E9" w:rsidRDefault="00C50D03" w:rsidP="00BD5717">
            <w:pPr>
              <w:rPr>
                <w:rFonts w:ascii="Times New Roman" w:hAnsi="Times New Roman" w:cs="Times New Roman"/>
                <w:b/>
                <w:bCs/>
                <w:sz w:val="24"/>
                <w:szCs w:val="24"/>
              </w:rPr>
            </w:pPr>
          </w:p>
        </w:tc>
      </w:tr>
      <w:tr w:rsidR="00C517FA" w:rsidRPr="00FC2615" w14:paraId="2E8AA5E5" w14:textId="77777777" w:rsidTr="003D0C3E">
        <w:tc>
          <w:tcPr>
            <w:tcW w:w="836" w:type="pct"/>
          </w:tcPr>
          <w:p w14:paraId="3C4884AE" w14:textId="05F1FBEB" w:rsidR="00C517FA" w:rsidRPr="00FC2615" w:rsidRDefault="00C517FA" w:rsidP="00C517FA">
            <w:pPr>
              <w:jc w:val="center"/>
              <w:rPr>
                <w:rFonts w:ascii="Times New Roman" w:hAnsi="Times New Roman" w:cs="Times New Roman"/>
                <w:b/>
                <w:bCs/>
                <w:sz w:val="24"/>
                <w:szCs w:val="24"/>
              </w:rPr>
            </w:pPr>
            <w:r w:rsidRPr="00FC2615">
              <w:rPr>
                <w:rFonts w:ascii="Times New Roman" w:hAnsi="Times New Roman" w:cs="Times New Roman"/>
                <w:b/>
                <w:bCs/>
                <w:sz w:val="24"/>
                <w:szCs w:val="24"/>
              </w:rPr>
              <w:t>3</w:t>
            </w:r>
          </w:p>
        </w:tc>
        <w:tc>
          <w:tcPr>
            <w:tcW w:w="0" w:type="auto"/>
          </w:tcPr>
          <w:p w14:paraId="2F1414FF" w14:textId="0E6128B4" w:rsidR="00C517FA" w:rsidRPr="005962E9" w:rsidRDefault="00C517FA" w:rsidP="00C517FA">
            <w:pPr>
              <w:rPr>
                <w:rFonts w:ascii="Times New Roman" w:eastAsia="Cambria" w:hAnsi="Times New Roman" w:cs="Times New Roman"/>
                <w:color w:val="000000" w:themeColor="text1"/>
              </w:rPr>
            </w:pPr>
            <w:proofErr w:type="spellStart"/>
            <w:r w:rsidRPr="005962E9">
              <w:rPr>
                <w:rFonts w:ascii="Times New Roman" w:eastAsia="Cambria" w:hAnsi="Times New Roman" w:cs="Times New Roman"/>
                <w:b/>
                <w:bCs/>
              </w:rPr>
              <w:t>Perioada</w:t>
            </w:r>
            <w:proofErr w:type="spellEnd"/>
            <w:r w:rsidRPr="005962E9">
              <w:rPr>
                <w:rFonts w:ascii="Times New Roman" w:eastAsia="Cambria" w:hAnsi="Times New Roman" w:cs="Times New Roman"/>
                <w:b/>
                <w:bCs/>
              </w:rPr>
              <w:t xml:space="preserve"> de </w:t>
            </w:r>
            <w:proofErr w:type="spellStart"/>
            <w:r w:rsidR="007B7A51" w:rsidRPr="005962E9">
              <w:rPr>
                <w:rFonts w:ascii="Times New Roman" w:eastAsia="Cambria" w:hAnsi="Times New Roman" w:cs="Times New Roman"/>
                <w:b/>
                <w:bCs/>
              </w:rPr>
              <w:t>G</w:t>
            </w:r>
            <w:r w:rsidRPr="005962E9">
              <w:rPr>
                <w:rFonts w:ascii="Times New Roman" w:eastAsia="Cambria" w:hAnsi="Times New Roman" w:cs="Times New Roman"/>
                <w:b/>
                <w:bCs/>
              </w:rPr>
              <w:t>aranție</w:t>
            </w:r>
            <w:proofErr w:type="spellEnd"/>
            <w:r w:rsidRPr="005962E9">
              <w:rPr>
                <w:rFonts w:ascii="Times New Roman" w:eastAsia="Cambria" w:hAnsi="Times New Roman" w:cs="Times New Roman"/>
                <w:b/>
                <w:bCs/>
              </w:rPr>
              <w:t xml:space="preserve"> </w:t>
            </w:r>
            <w:r w:rsidRPr="005962E9">
              <w:rPr>
                <w:rFonts w:ascii="Times New Roman" w:eastAsia="Cambria" w:hAnsi="Times New Roman" w:cs="Times New Roman"/>
                <w:b/>
                <w:bCs/>
                <w:color w:val="000000" w:themeColor="text1"/>
              </w:rPr>
              <w:t>(G)</w:t>
            </w:r>
          </w:p>
          <w:p w14:paraId="308A9AD6" w14:textId="59EA546A" w:rsidR="00694F64" w:rsidRPr="005962E9" w:rsidRDefault="0072291E" w:rsidP="0072291E">
            <w:pPr>
              <w:spacing w:beforeAutospacing="1" w:after="0" w:afterAutospacing="1" w:line="240" w:lineRule="auto"/>
              <w:rPr>
                <w:rFonts w:ascii="Times New Roman" w:eastAsia="Cambria" w:hAnsi="Times New Roman" w:cs="Times New Roman"/>
                <w:color w:val="000000"/>
              </w:rPr>
            </w:pPr>
            <w:r w:rsidRPr="005962E9">
              <w:rPr>
                <w:rFonts w:ascii="Times New Roman" w:eastAsia="Cambria" w:hAnsi="Times New Roman" w:cs="Times New Roman"/>
                <w:color w:val="000000"/>
              </w:rPr>
              <w:t xml:space="preserve">≥60 </w:t>
            </w:r>
            <w:proofErr w:type="spellStart"/>
            <w:r w:rsidRPr="005962E9">
              <w:rPr>
                <w:rFonts w:ascii="Times New Roman" w:eastAsia="Cambria" w:hAnsi="Times New Roman" w:cs="Times New Roman"/>
                <w:color w:val="000000"/>
              </w:rPr>
              <w:t>luni</w:t>
            </w:r>
            <w:proofErr w:type="spellEnd"/>
            <w:r w:rsidRPr="005962E9">
              <w:rPr>
                <w:rFonts w:ascii="Times New Roman" w:eastAsia="Cambria" w:hAnsi="Times New Roman" w:cs="Times New Roman"/>
                <w:color w:val="000000"/>
              </w:rPr>
              <w:t xml:space="preserve"> = 10 p</w:t>
            </w:r>
          </w:p>
          <w:p w14:paraId="11918577" w14:textId="2AD46099" w:rsidR="0072291E" w:rsidRPr="005962E9" w:rsidRDefault="0072291E" w:rsidP="0072291E">
            <w:pPr>
              <w:spacing w:beforeAutospacing="1" w:after="0" w:afterAutospacing="1" w:line="240" w:lineRule="auto"/>
              <w:rPr>
                <w:rFonts w:ascii="Times New Roman" w:eastAsia="Cambria" w:hAnsi="Times New Roman" w:cs="Times New Roman"/>
                <w:color w:val="000000"/>
              </w:rPr>
            </w:pPr>
            <w:r w:rsidRPr="005962E9">
              <w:rPr>
                <w:rFonts w:ascii="Times New Roman" w:eastAsia="Cambria" w:hAnsi="Times New Roman" w:cs="Times New Roman"/>
                <w:color w:val="000000"/>
              </w:rPr>
              <w:t xml:space="preserve">48 -59  </w:t>
            </w:r>
            <w:proofErr w:type="spellStart"/>
            <w:r w:rsidRPr="005962E9">
              <w:rPr>
                <w:rFonts w:ascii="Times New Roman" w:eastAsia="Cambria" w:hAnsi="Times New Roman" w:cs="Times New Roman"/>
                <w:color w:val="000000"/>
              </w:rPr>
              <w:t>luni</w:t>
            </w:r>
            <w:proofErr w:type="spellEnd"/>
            <w:r w:rsidRPr="005962E9">
              <w:rPr>
                <w:rFonts w:ascii="Times New Roman" w:eastAsia="Cambria" w:hAnsi="Times New Roman" w:cs="Times New Roman"/>
                <w:color w:val="000000"/>
              </w:rPr>
              <w:t xml:space="preserve"> = 7 p </w:t>
            </w:r>
            <w:r w:rsidRPr="005962E9">
              <w:rPr>
                <w:rFonts w:ascii="Times New Roman" w:eastAsia="Times New Roman" w:hAnsi="Times New Roman" w:cs="Times New Roman"/>
                <w:noProof/>
                <w:lang w:val="ro-RO"/>
              </w:rPr>
              <w:br/>
            </w:r>
            <w:r w:rsidRPr="005962E9">
              <w:rPr>
                <w:rFonts w:ascii="Times New Roman" w:eastAsia="Cambria" w:hAnsi="Times New Roman" w:cs="Times New Roman"/>
                <w:color w:val="000000"/>
              </w:rPr>
              <w:t>25</w:t>
            </w:r>
            <w:r w:rsidRPr="005962E9">
              <w:rPr>
                <w:rFonts w:ascii="Times New Roman" w:eastAsia="Cambria" w:hAnsi="Times New Roman" w:cs="Times New Roman"/>
              </w:rPr>
              <w:t xml:space="preserve"> - 47 </w:t>
            </w:r>
            <w:proofErr w:type="spellStart"/>
            <w:r w:rsidRPr="005962E9">
              <w:rPr>
                <w:rFonts w:ascii="Times New Roman" w:eastAsia="Cambria" w:hAnsi="Times New Roman" w:cs="Times New Roman"/>
                <w:color w:val="000000"/>
              </w:rPr>
              <w:t>luni</w:t>
            </w:r>
            <w:proofErr w:type="spellEnd"/>
            <w:r w:rsidRPr="005962E9">
              <w:rPr>
                <w:rFonts w:ascii="Times New Roman" w:eastAsia="Cambria" w:hAnsi="Times New Roman" w:cs="Times New Roman"/>
                <w:color w:val="000000"/>
              </w:rPr>
              <w:t xml:space="preserve"> = 3 p </w:t>
            </w:r>
            <w:r w:rsidRPr="005962E9">
              <w:rPr>
                <w:rFonts w:ascii="Times New Roman" w:eastAsia="Times New Roman" w:hAnsi="Times New Roman" w:cs="Times New Roman"/>
                <w:noProof/>
                <w:lang w:val="ro-RO"/>
              </w:rPr>
              <w:br/>
            </w:r>
            <w:r w:rsidRPr="005962E9">
              <w:rPr>
                <w:rFonts w:ascii="Times New Roman" w:eastAsia="Cambria" w:hAnsi="Times New Roman" w:cs="Times New Roman"/>
                <w:color w:val="000000"/>
              </w:rPr>
              <w:t xml:space="preserve">24 </w:t>
            </w:r>
            <w:proofErr w:type="spellStart"/>
            <w:r w:rsidRPr="005962E9">
              <w:rPr>
                <w:rFonts w:ascii="Times New Roman" w:eastAsia="Cambria" w:hAnsi="Times New Roman" w:cs="Times New Roman"/>
                <w:color w:val="000000"/>
              </w:rPr>
              <w:t>luni</w:t>
            </w:r>
            <w:proofErr w:type="spellEnd"/>
            <w:r w:rsidRPr="005962E9">
              <w:rPr>
                <w:rFonts w:ascii="Times New Roman" w:eastAsia="Cambria" w:hAnsi="Times New Roman" w:cs="Times New Roman"/>
                <w:color w:val="000000"/>
              </w:rPr>
              <w:t xml:space="preserve"> = </w:t>
            </w:r>
            <w:r w:rsidRPr="005962E9">
              <w:rPr>
                <w:rFonts w:ascii="Times New Roman" w:eastAsia="Cambria" w:hAnsi="Times New Roman" w:cs="Times New Roman"/>
              </w:rPr>
              <w:t>0</w:t>
            </w:r>
            <w:r w:rsidRPr="005962E9">
              <w:rPr>
                <w:rFonts w:ascii="Times New Roman" w:eastAsia="Cambria" w:hAnsi="Times New Roman" w:cs="Times New Roman"/>
                <w:color w:val="000000"/>
              </w:rPr>
              <w:t xml:space="preserve"> p </w:t>
            </w:r>
          </w:p>
          <w:p w14:paraId="4516DDC1" w14:textId="0AE9F60E" w:rsidR="00C517FA" w:rsidRPr="005962E9" w:rsidRDefault="00C517FA" w:rsidP="00C517FA">
            <w:pPr>
              <w:spacing w:after="0"/>
              <w:rPr>
                <w:rFonts w:ascii="Times New Roman" w:hAnsi="Times New Roman" w:cs="Times New Roman"/>
                <w:sz w:val="24"/>
                <w:szCs w:val="24"/>
              </w:rPr>
            </w:pPr>
            <w:proofErr w:type="spellStart"/>
            <w:r w:rsidRPr="005962E9">
              <w:rPr>
                <w:rFonts w:ascii="Times New Roman" w:eastAsia="Cambria" w:hAnsi="Times New Roman" w:cs="Times New Roman"/>
                <w:b/>
                <w:bCs/>
                <w:color w:val="000000" w:themeColor="text1"/>
              </w:rPr>
              <w:t>Notă</w:t>
            </w:r>
            <w:proofErr w:type="spellEnd"/>
            <w:r w:rsidRPr="005962E9">
              <w:rPr>
                <w:rFonts w:ascii="Times New Roman" w:eastAsia="Cambria" w:hAnsi="Times New Roman" w:cs="Times New Roman"/>
                <w:b/>
                <w:bCs/>
                <w:color w:val="000000" w:themeColor="text1"/>
              </w:rPr>
              <w:t>:</w:t>
            </w:r>
            <w:r w:rsidRPr="005962E9">
              <w:rPr>
                <w:rFonts w:ascii="Times New Roman" w:eastAsia="Cambria" w:hAnsi="Times New Roman" w:cs="Times New Roman"/>
                <w:color w:val="000000" w:themeColor="text1"/>
              </w:rPr>
              <w:t xml:space="preserve"> </w:t>
            </w:r>
            <w:proofErr w:type="spellStart"/>
            <w:r w:rsidRPr="005962E9">
              <w:rPr>
                <w:rFonts w:ascii="Times New Roman" w:eastAsia="Cambria" w:hAnsi="Times New Roman" w:cs="Times New Roman"/>
                <w:i/>
                <w:iCs/>
                <w:color w:val="000000" w:themeColor="text1"/>
              </w:rPr>
              <w:t>Termenul</w:t>
            </w:r>
            <w:proofErr w:type="spellEnd"/>
            <w:r w:rsidRPr="005962E9">
              <w:rPr>
                <w:rFonts w:ascii="Times New Roman" w:eastAsia="Cambria" w:hAnsi="Times New Roman" w:cs="Times New Roman"/>
                <w:i/>
                <w:iCs/>
                <w:color w:val="000000" w:themeColor="text1"/>
              </w:rPr>
              <w:t xml:space="preserve"> minim de 24 </w:t>
            </w:r>
            <w:proofErr w:type="spellStart"/>
            <w:r w:rsidRPr="005962E9">
              <w:rPr>
                <w:rFonts w:ascii="Times New Roman" w:eastAsia="Cambria" w:hAnsi="Times New Roman" w:cs="Times New Roman"/>
                <w:i/>
                <w:iCs/>
                <w:color w:val="000000" w:themeColor="text1"/>
              </w:rPr>
              <w:t>luni</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este</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cerință</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obligatorie</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Ofertele</w:t>
            </w:r>
            <w:proofErr w:type="spellEnd"/>
            <w:r w:rsidRPr="005962E9">
              <w:rPr>
                <w:rFonts w:ascii="Times New Roman" w:eastAsia="Cambria" w:hAnsi="Times New Roman" w:cs="Times New Roman"/>
                <w:i/>
                <w:iCs/>
                <w:color w:val="000000" w:themeColor="text1"/>
              </w:rPr>
              <w:t xml:space="preserve"> sub 24 </w:t>
            </w:r>
            <w:proofErr w:type="spellStart"/>
            <w:r w:rsidRPr="005962E9">
              <w:rPr>
                <w:rFonts w:ascii="Times New Roman" w:eastAsia="Cambria" w:hAnsi="Times New Roman" w:cs="Times New Roman"/>
                <w:i/>
                <w:iCs/>
                <w:color w:val="000000" w:themeColor="text1"/>
              </w:rPr>
              <w:t>luni</w:t>
            </w:r>
            <w:proofErr w:type="spellEnd"/>
            <w:r w:rsidRPr="005962E9">
              <w:rPr>
                <w:rFonts w:ascii="Times New Roman" w:eastAsia="Cambria" w:hAnsi="Times New Roman" w:cs="Times New Roman"/>
                <w:i/>
                <w:iCs/>
                <w:color w:val="000000" w:themeColor="text1"/>
              </w:rPr>
              <w:t xml:space="preserve"> se </w:t>
            </w:r>
            <w:proofErr w:type="spellStart"/>
            <w:r w:rsidRPr="005962E9">
              <w:rPr>
                <w:rFonts w:ascii="Times New Roman" w:eastAsia="Cambria" w:hAnsi="Times New Roman" w:cs="Times New Roman"/>
                <w:i/>
                <w:iCs/>
                <w:color w:val="000000" w:themeColor="text1"/>
              </w:rPr>
              <w:t>vor</w:t>
            </w:r>
            <w:proofErr w:type="spellEnd"/>
            <w:r w:rsidRPr="005962E9">
              <w:rPr>
                <w:rFonts w:ascii="Times New Roman" w:eastAsia="Cambria" w:hAnsi="Times New Roman" w:cs="Times New Roman"/>
                <w:i/>
                <w:iCs/>
                <w:color w:val="000000" w:themeColor="text1"/>
              </w:rPr>
              <w:t xml:space="preserve"> </w:t>
            </w:r>
            <w:proofErr w:type="spellStart"/>
            <w:r w:rsidRPr="005962E9">
              <w:rPr>
                <w:rFonts w:ascii="Times New Roman" w:eastAsia="Cambria" w:hAnsi="Times New Roman" w:cs="Times New Roman"/>
                <w:i/>
                <w:iCs/>
                <w:color w:val="000000" w:themeColor="text1"/>
              </w:rPr>
              <w:t>respinge</w:t>
            </w:r>
            <w:proofErr w:type="spellEnd"/>
            <w:r w:rsidRPr="005962E9">
              <w:rPr>
                <w:rFonts w:ascii="Times New Roman" w:eastAsia="Cambria" w:hAnsi="Times New Roman" w:cs="Times New Roman"/>
                <w:i/>
                <w:iCs/>
                <w:color w:val="000000" w:themeColor="text1"/>
              </w:rPr>
              <w:t>.</w:t>
            </w:r>
          </w:p>
        </w:tc>
        <w:tc>
          <w:tcPr>
            <w:tcW w:w="934" w:type="pct"/>
          </w:tcPr>
          <w:p w14:paraId="19460716" w14:textId="477586AD" w:rsidR="00C517FA" w:rsidRPr="005962E9" w:rsidRDefault="00C517FA" w:rsidP="00C517FA">
            <w:pPr>
              <w:jc w:val="center"/>
              <w:rPr>
                <w:rFonts w:ascii="Times New Roman" w:hAnsi="Times New Roman" w:cs="Times New Roman"/>
                <w:b/>
                <w:bCs/>
                <w:sz w:val="24"/>
                <w:szCs w:val="24"/>
              </w:rPr>
            </w:pPr>
            <w:r w:rsidRPr="005962E9">
              <w:rPr>
                <w:rFonts w:ascii="Times New Roman" w:hAnsi="Times New Roman" w:cs="Times New Roman"/>
                <w:b/>
              </w:rPr>
              <w:t xml:space="preserve">10 </w:t>
            </w:r>
            <w:proofErr w:type="spellStart"/>
            <w:r w:rsidRPr="005962E9">
              <w:rPr>
                <w:rFonts w:ascii="Times New Roman" w:hAnsi="Times New Roman" w:cs="Times New Roman"/>
                <w:b/>
              </w:rPr>
              <w:t>puncte</w:t>
            </w:r>
            <w:proofErr w:type="spellEnd"/>
          </w:p>
        </w:tc>
      </w:tr>
      <w:tr w:rsidR="003D0C3E" w:rsidRPr="00FC2615" w14:paraId="267B2200" w14:textId="77777777" w:rsidTr="003D0C3E">
        <w:trPr>
          <w:trHeight w:val="300"/>
        </w:trPr>
        <w:tc>
          <w:tcPr>
            <w:tcW w:w="836" w:type="pct"/>
          </w:tcPr>
          <w:p w14:paraId="45DE87BA" w14:textId="555CA683" w:rsidR="003D0C3E" w:rsidRPr="00FC2615" w:rsidRDefault="003D0C3E" w:rsidP="003D0C3E">
            <w:pPr>
              <w:jc w:val="center"/>
              <w:rPr>
                <w:rFonts w:ascii="Times New Roman" w:hAnsi="Times New Roman" w:cs="Times New Roman"/>
                <w:b/>
                <w:bCs/>
                <w:sz w:val="24"/>
                <w:szCs w:val="24"/>
              </w:rPr>
            </w:pPr>
            <w:r w:rsidRPr="00FC2615">
              <w:rPr>
                <w:rFonts w:ascii="Times New Roman" w:hAnsi="Times New Roman" w:cs="Times New Roman"/>
                <w:b/>
                <w:bCs/>
                <w:sz w:val="24"/>
                <w:szCs w:val="24"/>
              </w:rPr>
              <w:t>4</w:t>
            </w:r>
          </w:p>
        </w:tc>
        <w:tc>
          <w:tcPr>
            <w:tcW w:w="3230" w:type="pct"/>
          </w:tcPr>
          <w:p w14:paraId="3642A08F" w14:textId="0B8D7197" w:rsidR="003D0C3E" w:rsidRPr="005962E9" w:rsidRDefault="003D0C3E" w:rsidP="003D0C3E">
            <w:pPr>
              <w:shd w:val="clear" w:color="auto" w:fill="FFFFFF" w:themeFill="background1"/>
              <w:tabs>
                <w:tab w:val="left" w:pos="612"/>
              </w:tabs>
              <w:rPr>
                <w:rFonts w:ascii="Times New Roman" w:hAnsi="Times New Roman" w:cs="Times New Roman"/>
                <w:b/>
                <w:bCs/>
                <w:lang w:eastAsia="ru-RU"/>
              </w:rPr>
            </w:pPr>
            <w:proofErr w:type="spellStart"/>
            <w:r w:rsidRPr="005962E9">
              <w:rPr>
                <w:rFonts w:ascii="Times New Roman" w:hAnsi="Times New Roman" w:cs="Times New Roman"/>
                <w:b/>
                <w:bCs/>
                <w:lang w:eastAsia="ru-RU"/>
              </w:rPr>
              <w:t>Experiența</w:t>
            </w:r>
            <w:proofErr w:type="spellEnd"/>
            <w:r w:rsidRPr="005962E9">
              <w:rPr>
                <w:rFonts w:ascii="Times New Roman" w:hAnsi="Times New Roman" w:cs="Times New Roman"/>
                <w:b/>
                <w:bCs/>
                <w:lang w:eastAsia="ru-RU"/>
              </w:rPr>
              <w:t xml:space="preserve"> </w:t>
            </w:r>
            <w:proofErr w:type="spellStart"/>
            <w:r w:rsidRPr="005962E9">
              <w:rPr>
                <w:rFonts w:ascii="Times New Roman" w:hAnsi="Times New Roman" w:cs="Times New Roman"/>
                <w:b/>
                <w:bCs/>
                <w:lang w:eastAsia="ru-RU"/>
              </w:rPr>
              <w:t>similară</w:t>
            </w:r>
            <w:proofErr w:type="spellEnd"/>
            <w:r w:rsidRPr="005962E9">
              <w:rPr>
                <w:rFonts w:ascii="Times New Roman" w:hAnsi="Times New Roman" w:cs="Times New Roman"/>
                <w:b/>
                <w:bCs/>
                <w:lang w:eastAsia="ru-RU"/>
              </w:rPr>
              <w:t xml:space="preserve"> (E)</w:t>
            </w:r>
          </w:p>
          <w:p w14:paraId="351654E8" w14:textId="77777777" w:rsidR="003D0C3E" w:rsidRPr="005962E9" w:rsidRDefault="003D0C3E" w:rsidP="003D0C3E">
            <w:pPr>
              <w:shd w:val="clear" w:color="auto" w:fill="FFFFFF" w:themeFill="background1"/>
              <w:tabs>
                <w:tab w:val="left" w:pos="612"/>
              </w:tabs>
              <w:rPr>
                <w:rFonts w:ascii="Times New Roman" w:hAnsi="Times New Roman" w:cs="Times New Roman"/>
                <w:lang w:eastAsia="ru-RU"/>
              </w:rPr>
            </w:pPr>
            <w:r w:rsidRPr="005962E9">
              <w:rPr>
                <w:rFonts w:ascii="Times New Roman" w:hAnsi="Times New Roman" w:cs="Times New Roman"/>
                <w:lang w:eastAsia="ru-RU"/>
              </w:rPr>
              <w:t xml:space="preserve">&gt; 3 </w:t>
            </w:r>
            <w:proofErr w:type="spellStart"/>
            <w:r w:rsidRPr="005962E9">
              <w:rPr>
                <w:rFonts w:ascii="Times New Roman" w:hAnsi="Times New Roman" w:cs="Times New Roman"/>
                <w:lang w:eastAsia="ru-RU"/>
              </w:rPr>
              <w:t>contracte</w:t>
            </w:r>
            <w:proofErr w:type="spellEnd"/>
            <w:r w:rsidRPr="005962E9">
              <w:rPr>
                <w:rFonts w:ascii="Times New Roman" w:hAnsi="Times New Roman" w:cs="Times New Roman"/>
                <w:lang w:eastAsia="ru-RU"/>
              </w:rPr>
              <w:t xml:space="preserve"> -10 p</w:t>
            </w:r>
          </w:p>
          <w:p w14:paraId="34C422A5" w14:textId="77777777" w:rsidR="003D0C3E" w:rsidRPr="005962E9" w:rsidRDefault="003D0C3E" w:rsidP="003D0C3E">
            <w:pPr>
              <w:shd w:val="clear" w:color="auto" w:fill="FFFFFF" w:themeFill="background1"/>
              <w:tabs>
                <w:tab w:val="left" w:pos="612"/>
              </w:tabs>
              <w:rPr>
                <w:rFonts w:ascii="Times New Roman" w:hAnsi="Times New Roman" w:cs="Times New Roman"/>
                <w:lang w:eastAsia="ru-RU"/>
              </w:rPr>
            </w:pPr>
            <w:r w:rsidRPr="005962E9">
              <w:rPr>
                <w:rFonts w:ascii="Times New Roman" w:hAnsi="Times New Roman" w:cs="Times New Roman"/>
                <w:lang w:eastAsia="ru-RU"/>
              </w:rPr>
              <w:t xml:space="preserve">2-3 </w:t>
            </w:r>
            <w:proofErr w:type="spellStart"/>
            <w:r w:rsidRPr="005962E9">
              <w:rPr>
                <w:rFonts w:ascii="Times New Roman" w:hAnsi="Times New Roman" w:cs="Times New Roman"/>
                <w:lang w:eastAsia="ru-RU"/>
              </w:rPr>
              <w:t>contracte</w:t>
            </w:r>
            <w:proofErr w:type="spellEnd"/>
            <w:r w:rsidRPr="005962E9">
              <w:rPr>
                <w:rFonts w:ascii="Times New Roman" w:hAnsi="Times New Roman" w:cs="Times New Roman"/>
                <w:lang w:eastAsia="ru-RU"/>
              </w:rPr>
              <w:t xml:space="preserve"> – 5 p</w:t>
            </w:r>
          </w:p>
          <w:p w14:paraId="25121F73" w14:textId="35DE4BF4" w:rsidR="003D0C3E" w:rsidRPr="005962E9" w:rsidRDefault="003D0C3E" w:rsidP="003D0C3E">
            <w:pPr>
              <w:rPr>
                <w:rFonts w:ascii="Times New Roman" w:hAnsi="Times New Roman" w:cs="Times New Roman"/>
                <w:bCs/>
                <w:lang w:eastAsia="ru-RU"/>
              </w:rPr>
            </w:pPr>
            <w:r w:rsidRPr="005962E9">
              <w:rPr>
                <w:rFonts w:ascii="Times New Roman" w:hAnsi="Times New Roman" w:cs="Times New Roman"/>
                <w:lang w:eastAsia="ru-RU"/>
              </w:rPr>
              <w:t>1 contract – 0 p</w:t>
            </w:r>
          </w:p>
          <w:p w14:paraId="1B1120F3" w14:textId="415FAD16" w:rsidR="003D0C3E" w:rsidRPr="005962E9" w:rsidRDefault="003D0C3E" w:rsidP="003D0C3E">
            <w:pPr>
              <w:rPr>
                <w:rFonts w:ascii="Times New Roman" w:hAnsi="Times New Roman" w:cs="Times New Roman"/>
                <w:i/>
                <w:iCs/>
                <w:sz w:val="24"/>
                <w:szCs w:val="24"/>
              </w:rPr>
            </w:pPr>
            <w:proofErr w:type="spellStart"/>
            <w:r w:rsidRPr="005962E9">
              <w:rPr>
                <w:rFonts w:ascii="Times New Roman" w:hAnsi="Times New Roman" w:cs="Times New Roman"/>
                <w:b/>
                <w:lang w:eastAsia="ru-RU"/>
              </w:rPr>
              <w:t>Notă</w:t>
            </w:r>
            <w:proofErr w:type="spellEnd"/>
            <w:r w:rsidRPr="005962E9">
              <w:rPr>
                <w:rFonts w:ascii="Times New Roman" w:hAnsi="Times New Roman" w:cs="Times New Roman"/>
                <w:b/>
                <w:lang w:eastAsia="ru-RU"/>
              </w:rPr>
              <w:t>:</w:t>
            </w:r>
            <w:r w:rsidRPr="005962E9">
              <w:rPr>
                <w:rFonts w:ascii="Times New Roman" w:hAnsi="Times New Roman" w:cs="Times New Roman"/>
                <w:bCs/>
                <w:lang w:eastAsia="ru-RU"/>
              </w:rPr>
              <w:t xml:space="preserve"> </w:t>
            </w:r>
            <w:r w:rsidRPr="005962E9">
              <w:rPr>
                <w:rFonts w:ascii="Times New Roman" w:hAnsi="Times New Roman" w:cs="Times New Roman"/>
                <w:bCs/>
                <w:i/>
                <w:iCs/>
                <w:lang w:eastAsia="ru-RU"/>
              </w:rPr>
              <w:t xml:space="preserve">Se </w:t>
            </w:r>
            <w:proofErr w:type="spellStart"/>
            <w:r w:rsidRPr="005962E9">
              <w:rPr>
                <w:rFonts w:ascii="Times New Roman" w:hAnsi="Times New Roman" w:cs="Times New Roman"/>
                <w:bCs/>
                <w:i/>
                <w:iCs/>
                <w:lang w:eastAsia="ru-RU"/>
              </w:rPr>
              <w:t>vor</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considera</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contractele</w:t>
            </w:r>
            <w:proofErr w:type="spellEnd"/>
            <w:r w:rsidRPr="005962E9">
              <w:rPr>
                <w:rFonts w:ascii="Times New Roman" w:hAnsi="Times New Roman" w:cs="Times New Roman"/>
                <w:bCs/>
                <w:i/>
                <w:iCs/>
                <w:lang w:eastAsia="ru-RU"/>
              </w:rPr>
              <w:t xml:space="preserve"> cu </w:t>
            </w:r>
            <w:proofErr w:type="spellStart"/>
            <w:r w:rsidRPr="005962E9">
              <w:rPr>
                <w:rFonts w:ascii="Times New Roman" w:hAnsi="Times New Roman" w:cs="Times New Roman"/>
                <w:bCs/>
                <w:i/>
                <w:iCs/>
                <w:lang w:eastAsia="ru-RU"/>
              </w:rPr>
              <w:t>același</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obiect</w:t>
            </w:r>
            <w:proofErr w:type="spellEnd"/>
            <w:r w:rsidRPr="005962E9">
              <w:rPr>
                <w:rFonts w:ascii="Times New Roman" w:hAnsi="Times New Roman" w:cs="Times New Roman"/>
                <w:bCs/>
                <w:i/>
                <w:iCs/>
                <w:lang w:eastAsia="ru-RU"/>
              </w:rPr>
              <w:t xml:space="preserve"> de </w:t>
            </w:r>
            <w:proofErr w:type="spellStart"/>
            <w:r w:rsidRPr="005962E9">
              <w:rPr>
                <w:rFonts w:ascii="Times New Roman" w:hAnsi="Times New Roman" w:cs="Times New Roman"/>
                <w:bCs/>
                <w:i/>
                <w:iCs/>
                <w:lang w:eastAsia="ru-RU"/>
              </w:rPr>
              <w:t>achiziție</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inclusiv</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ca</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valoare</w:t>
            </w:r>
            <w:proofErr w:type="spellEnd"/>
            <w:r w:rsidRPr="005962E9">
              <w:rPr>
                <w:rFonts w:ascii="Times New Roman" w:hAnsi="Times New Roman" w:cs="Times New Roman"/>
                <w:bCs/>
                <w:i/>
                <w:iCs/>
                <w:lang w:eastAsia="ru-RU"/>
              </w:rPr>
              <w:t xml:space="preserve"> </w:t>
            </w:r>
            <w:proofErr w:type="spellStart"/>
            <w:r w:rsidRPr="005962E9">
              <w:rPr>
                <w:rFonts w:ascii="Times New Roman" w:hAnsi="Times New Roman" w:cs="Times New Roman"/>
                <w:bCs/>
                <w:i/>
                <w:iCs/>
                <w:lang w:eastAsia="ru-RU"/>
              </w:rPr>
              <w:t>similară</w:t>
            </w:r>
            <w:proofErr w:type="spellEnd"/>
          </w:p>
        </w:tc>
        <w:tc>
          <w:tcPr>
            <w:tcW w:w="934" w:type="pct"/>
          </w:tcPr>
          <w:p w14:paraId="40C0FA7B" w14:textId="34741609" w:rsidR="003D0C3E" w:rsidRPr="005962E9" w:rsidRDefault="003D0C3E" w:rsidP="003D0C3E">
            <w:pPr>
              <w:jc w:val="center"/>
              <w:rPr>
                <w:rFonts w:ascii="Times New Roman" w:hAnsi="Times New Roman" w:cs="Times New Roman"/>
                <w:b/>
                <w:bCs/>
                <w:sz w:val="24"/>
                <w:szCs w:val="24"/>
              </w:rPr>
            </w:pPr>
            <w:r w:rsidRPr="005962E9">
              <w:rPr>
                <w:rFonts w:ascii="Times New Roman" w:hAnsi="Times New Roman" w:cs="Times New Roman"/>
                <w:b/>
              </w:rPr>
              <w:t xml:space="preserve">10 </w:t>
            </w:r>
            <w:proofErr w:type="spellStart"/>
            <w:r w:rsidRPr="005962E9">
              <w:rPr>
                <w:rFonts w:ascii="Times New Roman" w:hAnsi="Times New Roman" w:cs="Times New Roman"/>
                <w:b/>
              </w:rPr>
              <w:t>puncte</w:t>
            </w:r>
            <w:proofErr w:type="spellEnd"/>
          </w:p>
        </w:tc>
      </w:tr>
      <w:tr w:rsidR="00275DC8" w:rsidRPr="00FC2615" w14:paraId="63269369" w14:textId="77777777" w:rsidTr="003D0C3E">
        <w:tc>
          <w:tcPr>
            <w:tcW w:w="836" w:type="pct"/>
          </w:tcPr>
          <w:p w14:paraId="41421FF7" w14:textId="69D66D88" w:rsidR="00275DC8" w:rsidRPr="00FC2615" w:rsidRDefault="00275DC8" w:rsidP="00275DC8">
            <w:pPr>
              <w:spacing w:after="0"/>
              <w:jc w:val="center"/>
              <w:rPr>
                <w:rFonts w:ascii="Times New Roman" w:hAnsi="Times New Roman" w:cs="Times New Roman"/>
                <w:b/>
                <w:bCs/>
                <w:sz w:val="24"/>
                <w:szCs w:val="24"/>
              </w:rPr>
            </w:pPr>
            <w:r w:rsidRPr="00FC2615">
              <w:rPr>
                <w:rFonts w:ascii="Times New Roman" w:hAnsi="Times New Roman" w:cs="Times New Roman"/>
                <w:b/>
                <w:bCs/>
                <w:sz w:val="24"/>
                <w:szCs w:val="24"/>
              </w:rPr>
              <w:t>TOTAL</w:t>
            </w:r>
          </w:p>
        </w:tc>
        <w:tc>
          <w:tcPr>
            <w:tcW w:w="3230" w:type="pct"/>
          </w:tcPr>
          <w:p w14:paraId="20D11C87" w14:textId="68E550F2" w:rsidR="00275DC8" w:rsidRPr="00FC2615" w:rsidRDefault="00275DC8" w:rsidP="008C5119">
            <w:pPr>
              <w:spacing w:after="0"/>
              <w:rPr>
                <w:rFonts w:ascii="Times New Roman" w:hAnsi="Times New Roman" w:cs="Times New Roman"/>
                <w:b/>
                <w:bCs/>
                <w:sz w:val="24"/>
                <w:szCs w:val="24"/>
              </w:rPr>
            </w:pPr>
            <w:proofErr w:type="spellStart"/>
            <w:r w:rsidRPr="00FC2615">
              <w:rPr>
                <w:rFonts w:ascii="Times New Roman" w:hAnsi="Times New Roman" w:cs="Times New Roman"/>
                <w:b/>
                <w:bCs/>
                <w:sz w:val="24"/>
                <w:szCs w:val="24"/>
              </w:rPr>
              <w:t>Scor</w:t>
            </w:r>
            <w:proofErr w:type="spellEnd"/>
            <w:r w:rsidRPr="00FC2615">
              <w:rPr>
                <w:rFonts w:ascii="Times New Roman" w:hAnsi="Times New Roman" w:cs="Times New Roman"/>
                <w:b/>
                <w:bCs/>
                <w:sz w:val="24"/>
                <w:szCs w:val="24"/>
              </w:rPr>
              <w:t xml:space="preserve"> final = P+C</w:t>
            </w:r>
            <w:r w:rsidR="00991E90" w:rsidRPr="00FC2615">
              <w:rPr>
                <w:rFonts w:ascii="Times New Roman" w:hAnsi="Times New Roman" w:cs="Times New Roman"/>
                <w:b/>
                <w:bCs/>
                <w:sz w:val="24"/>
                <w:szCs w:val="24"/>
              </w:rPr>
              <w:t>T</w:t>
            </w:r>
            <w:r w:rsidRPr="00FC2615">
              <w:rPr>
                <w:rFonts w:ascii="Times New Roman" w:hAnsi="Times New Roman" w:cs="Times New Roman"/>
                <w:b/>
                <w:bCs/>
                <w:sz w:val="24"/>
                <w:szCs w:val="24"/>
              </w:rPr>
              <w:t>+G</w:t>
            </w:r>
            <w:r w:rsidR="06F3F087" w:rsidRPr="00FC2615">
              <w:rPr>
                <w:rFonts w:ascii="Times New Roman" w:hAnsi="Times New Roman" w:cs="Times New Roman"/>
                <w:b/>
                <w:bCs/>
                <w:sz w:val="24"/>
                <w:szCs w:val="24"/>
              </w:rPr>
              <w:t>+</w:t>
            </w:r>
            <w:r w:rsidR="00A03ABF" w:rsidRPr="00FC2615">
              <w:rPr>
                <w:rFonts w:ascii="Times New Roman" w:hAnsi="Times New Roman" w:cs="Times New Roman"/>
                <w:b/>
                <w:bCs/>
                <w:sz w:val="24"/>
                <w:szCs w:val="24"/>
              </w:rPr>
              <w:t>E</w:t>
            </w:r>
          </w:p>
        </w:tc>
        <w:tc>
          <w:tcPr>
            <w:tcW w:w="934" w:type="pct"/>
          </w:tcPr>
          <w:p w14:paraId="114019B3" w14:textId="580D19CA" w:rsidR="00275DC8" w:rsidRPr="00FC2615" w:rsidRDefault="00275DC8" w:rsidP="00275DC8">
            <w:pPr>
              <w:spacing w:after="0"/>
              <w:jc w:val="center"/>
              <w:rPr>
                <w:rFonts w:ascii="Times New Roman" w:hAnsi="Times New Roman" w:cs="Times New Roman"/>
                <w:b/>
                <w:bCs/>
                <w:sz w:val="24"/>
                <w:szCs w:val="24"/>
              </w:rPr>
            </w:pPr>
            <w:r w:rsidRPr="00FC2615">
              <w:rPr>
                <w:rFonts w:ascii="Times New Roman" w:hAnsi="Times New Roman" w:cs="Times New Roman"/>
                <w:b/>
                <w:bCs/>
                <w:sz w:val="24"/>
                <w:szCs w:val="24"/>
              </w:rPr>
              <w:t xml:space="preserve">Max 100 </w:t>
            </w:r>
            <w:proofErr w:type="spellStart"/>
            <w:r w:rsidRPr="00FC2615">
              <w:rPr>
                <w:rFonts w:ascii="Times New Roman" w:hAnsi="Times New Roman" w:cs="Times New Roman"/>
                <w:b/>
                <w:bCs/>
                <w:sz w:val="24"/>
                <w:szCs w:val="24"/>
              </w:rPr>
              <w:t>puncte</w:t>
            </w:r>
            <w:proofErr w:type="spellEnd"/>
          </w:p>
        </w:tc>
      </w:tr>
      <w:tr w:rsidR="00125263" w:rsidRPr="00FC2615" w14:paraId="5D0BF0F1" w14:textId="77777777" w:rsidTr="003D0C3E">
        <w:tc>
          <w:tcPr>
            <w:tcW w:w="836" w:type="pct"/>
          </w:tcPr>
          <w:p w14:paraId="2C070715" w14:textId="77777777" w:rsidR="00125263" w:rsidRPr="00FC2615" w:rsidRDefault="00125263" w:rsidP="00275DC8">
            <w:pPr>
              <w:spacing w:after="0"/>
              <w:jc w:val="center"/>
              <w:rPr>
                <w:rFonts w:ascii="Times New Roman" w:hAnsi="Times New Roman" w:cs="Times New Roman"/>
                <w:b/>
                <w:bCs/>
                <w:sz w:val="24"/>
                <w:szCs w:val="24"/>
              </w:rPr>
            </w:pPr>
          </w:p>
        </w:tc>
        <w:tc>
          <w:tcPr>
            <w:tcW w:w="3230" w:type="pct"/>
          </w:tcPr>
          <w:p w14:paraId="24A77604" w14:textId="15DB4DF9" w:rsidR="00125263" w:rsidRPr="00FC2615" w:rsidRDefault="00125263" w:rsidP="3CA567EC">
            <w:pPr>
              <w:spacing w:after="0"/>
              <w:rPr>
                <w:rFonts w:ascii="Times New Roman" w:hAnsi="Times New Roman" w:cs="Times New Roman"/>
                <w:b/>
                <w:bCs/>
                <w:sz w:val="24"/>
                <w:szCs w:val="24"/>
              </w:rPr>
            </w:pPr>
          </w:p>
        </w:tc>
        <w:tc>
          <w:tcPr>
            <w:tcW w:w="934" w:type="pct"/>
          </w:tcPr>
          <w:p w14:paraId="47673292" w14:textId="77777777" w:rsidR="00125263" w:rsidRPr="00FC2615" w:rsidRDefault="00125263" w:rsidP="00275DC8">
            <w:pPr>
              <w:spacing w:after="0"/>
              <w:jc w:val="center"/>
              <w:rPr>
                <w:rFonts w:ascii="Times New Roman" w:hAnsi="Times New Roman" w:cs="Times New Roman"/>
                <w:b/>
                <w:bCs/>
                <w:sz w:val="24"/>
                <w:szCs w:val="24"/>
              </w:rPr>
            </w:pPr>
          </w:p>
        </w:tc>
      </w:tr>
      <w:tr w:rsidR="004B4CED" w:rsidRPr="00FC2615" w14:paraId="743F2B19" w14:textId="77777777" w:rsidTr="003D0C3E">
        <w:tc>
          <w:tcPr>
            <w:tcW w:w="836" w:type="pct"/>
          </w:tcPr>
          <w:p w14:paraId="1AC3021A" w14:textId="77777777" w:rsidR="004B4CED" w:rsidRPr="00FC2615" w:rsidRDefault="004B4CED" w:rsidP="00275DC8">
            <w:pPr>
              <w:spacing w:after="0"/>
              <w:jc w:val="center"/>
              <w:rPr>
                <w:rFonts w:ascii="Times New Roman" w:hAnsi="Times New Roman" w:cs="Times New Roman"/>
                <w:b/>
                <w:bCs/>
                <w:sz w:val="24"/>
                <w:szCs w:val="24"/>
              </w:rPr>
            </w:pPr>
          </w:p>
        </w:tc>
        <w:tc>
          <w:tcPr>
            <w:tcW w:w="3230" w:type="pct"/>
          </w:tcPr>
          <w:p w14:paraId="341BB14E" w14:textId="77777777" w:rsidR="002D4AE6" w:rsidRPr="00FC2615" w:rsidRDefault="004B4CED" w:rsidP="00850078">
            <w:pPr>
              <w:pStyle w:val="ae"/>
              <w:tabs>
                <w:tab w:val="left" w:pos="0"/>
                <w:tab w:val="right" w:pos="426"/>
              </w:tabs>
              <w:spacing w:after="0" w:line="240" w:lineRule="auto"/>
              <w:ind w:left="0"/>
              <w:rPr>
                <w:sz w:val="24"/>
                <w:szCs w:val="24"/>
                <w:lang w:val="it-IT" w:eastAsia="ru-RU"/>
              </w:rPr>
            </w:pPr>
            <w:proofErr w:type="spellStart"/>
            <w:r w:rsidRPr="00FC2615">
              <w:rPr>
                <w:rFonts w:ascii="Times New Roman" w:hAnsi="Times New Roman" w:cs="Times New Roman"/>
                <w:b/>
                <w:bCs/>
                <w:sz w:val="24"/>
                <w:szCs w:val="24"/>
              </w:rPr>
              <w:t>Cel</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mai</w:t>
            </w:r>
            <w:proofErr w:type="spellEnd"/>
            <w:r w:rsidRPr="00FC2615">
              <w:rPr>
                <w:rFonts w:ascii="Times New Roman" w:hAnsi="Times New Roman" w:cs="Times New Roman"/>
                <w:b/>
                <w:bCs/>
                <w:sz w:val="24"/>
                <w:szCs w:val="24"/>
              </w:rPr>
              <w:t xml:space="preserve"> bun </w:t>
            </w:r>
            <w:proofErr w:type="spellStart"/>
            <w:r w:rsidRPr="00FC2615">
              <w:rPr>
                <w:rFonts w:ascii="Times New Roman" w:hAnsi="Times New Roman" w:cs="Times New Roman"/>
                <w:b/>
                <w:bCs/>
                <w:sz w:val="24"/>
                <w:szCs w:val="24"/>
              </w:rPr>
              <w:t>raport</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calitate-preț</w:t>
            </w:r>
            <w:proofErr w:type="spellEnd"/>
            <w:r w:rsidRPr="00FC2615">
              <w:rPr>
                <w:rFonts w:ascii="Times New Roman" w:hAnsi="Times New Roman" w:cs="Times New Roman"/>
                <w:b/>
                <w:bCs/>
                <w:sz w:val="24"/>
                <w:szCs w:val="24"/>
              </w:rPr>
              <w:t xml:space="preserve">: </w:t>
            </w:r>
            <w:r w:rsidR="002D4AE6" w:rsidRPr="00FC2615">
              <w:rPr>
                <w:rFonts w:ascii="Times New Roman" w:eastAsia="Times New Roman" w:hAnsi="Times New Roman" w:cs="Times New Roman"/>
                <w:sz w:val="24"/>
                <w:szCs w:val="24"/>
                <w:lang w:val="it-IT" w:eastAsia="ru-RU"/>
              </w:rPr>
              <w:t xml:space="preserve">În cazul în care, două sau mai multe oferte acumulează același punctaj, se va lua în considerație oferta care </w:t>
            </w:r>
            <w:proofErr w:type="gramStart"/>
            <w:r w:rsidR="002D4AE6" w:rsidRPr="00FC2615">
              <w:rPr>
                <w:rFonts w:ascii="Times New Roman" w:eastAsia="Times New Roman" w:hAnsi="Times New Roman" w:cs="Times New Roman"/>
                <w:sz w:val="24"/>
                <w:szCs w:val="24"/>
                <w:lang w:val="it-IT" w:eastAsia="ru-RU"/>
              </w:rPr>
              <w:t>a</w:t>
            </w:r>
            <w:proofErr w:type="gramEnd"/>
            <w:r w:rsidR="002D4AE6" w:rsidRPr="00FC2615">
              <w:rPr>
                <w:rFonts w:ascii="Times New Roman" w:eastAsia="Times New Roman" w:hAnsi="Times New Roman" w:cs="Times New Roman"/>
                <w:sz w:val="24"/>
                <w:szCs w:val="24"/>
                <w:lang w:val="it-IT" w:eastAsia="ru-RU"/>
              </w:rPr>
              <w:t xml:space="preserve"> acumulat cel mai mare punctaj la criteriile de calitate tehnică și certificări (CT) și perioada de garanție (G).</w:t>
            </w:r>
          </w:p>
          <w:p w14:paraId="463462BB" w14:textId="6BDB6526" w:rsidR="004B4CED" w:rsidRPr="00FC2615" w:rsidRDefault="004B4CED" w:rsidP="3CA567EC">
            <w:pPr>
              <w:spacing w:after="0"/>
              <w:rPr>
                <w:rFonts w:ascii="Times New Roman" w:hAnsi="Times New Roman" w:cs="Times New Roman"/>
                <w:b/>
                <w:bCs/>
                <w:sz w:val="24"/>
                <w:szCs w:val="24"/>
              </w:rPr>
            </w:pPr>
          </w:p>
        </w:tc>
        <w:tc>
          <w:tcPr>
            <w:tcW w:w="934" w:type="pct"/>
          </w:tcPr>
          <w:p w14:paraId="62BC7E1E" w14:textId="77777777" w:rsidR="004B4CED" w:rsidRPr="00FC2615" w:rsidRDefault="004B4CED" w:rsidP="00275DC8">
            <w:pPr>
              <w:spacing w:after="0"/>
              <w:jc w:val="center"/>
              <w:rPr>
                <w:rFonts w:ascii="Times New Roman" w:hAnsi="Times New Roman" w:cs="Times New Roman"/>
                <w:b/>
                <w:bCs/>
                <w:sz w:val="24"/>
                <w:szCs w:val="24"/>
              </w:rPr>
            </w:pPr>
          </w:p>
        </w:tc>
      </w:tr>
    </w:tbl>
    <w:p w14:paraId="180AFFEF" w14:textId="6F57C3BE" w:rsidR="004F4C2E" w:rsidRPr="00FC2615" w:rsidRDefault="68810690">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t>8</w:t>
      </w:r>
      <w:r w:rsidR="00EE679A" w:rsidRPr="00FC2615">
        <w:rPr>
          <w:rFonts w:ascii="Times New Roman" w:hAnsi="Times New Roman" w:cs="Times New Roman"/>
          <w:color w:val="auto"/>
          <w:sz w:val="24"/>
          <w:szCs w:val="24"/>
        </w:rPr>
        <w:t xml:space="preserve">. </w:t>
      </w:r>
      <w:proofErr w:type="spellStart"/>
      <w:r w:rsidR="00EE679A" w:rsidRPr="00FC2615">
        <w:rPr>
          <w:rFonts w:ascii="Times New Roman" w:hAnsi="Times New Roman" w:cs="Times New Roman"/>
          <w:color w:val="auto"/>
          <w:sz w:val="24"/>
          <w:szCs w:val="24"/>
        </w:rPr>
        <w:t>Documente</w:t>
      </w:r>
      <w:proofErr w:type="spellEnd"/>
      <w:r w:rsidR="00EE679A" w:rsidRPr="00FC2615">
        <w:rPr>
          <w:rFonts w:ascii="Times New Roman" w:hAnsi="Times New Roman" w:cs="Times New Roman"/>
          <w:color w:val="auto"/>
          <w:sz w:val="24"/>
          <w:szCs w:val="24"/>
        </w:rPr>
        <w:t xml:space="preserve"> </w:t>
      </w:r>
      <w:proofErr w:type="spellStart"/>
      <w:r w:rsidR="00EE679A" w:rsidRPr="00FC2615">
        <w:rPr>
          <w:rFonts w:ascii="Times New Roman" w:hAnsi="Times New Roman" w:cs="Times New Roman"/>
          <w:color w:val="auto"/>
          <w:sz w:val="24"/>
          <w:szCs w:val="24"/>
        </w:rPr>
        <w:t>solicitate</w:t>
      </w:r>
      <w:proofErr w:type="spellEnd"/>
      <w:r w:rsidR="00EE679A" w:rsidRPr="00FC2615">
        <w:rPr>
          <w:rFonts w:ascii="Times New Roman" w:hAnsi="Times New Roman" w:cs="Times New Roman"/>
          <w:color w:val="auto"/>
          <w:sz w:val="24"/>
          <w:szCs w:val="24"/>
        </w:rPr>
        <w:t xml:space="preserve"> </w:t>
      </w:r>
      <w:proofErr w:type="spellStart"/>
      <w:r w:rsidR="00EE679A" w:rsidRPr="00FC2615">
        <w:rPr>
          <w:rFonts w:ascii="Times New Roman" w:hAnsi="Times New Roman" w:cs="Times New Roman"/>
          <w:color w:val="auto"/>
          <w:sz w:val="24"/>
          <w:szCs w:val="24"/>
        </w:rPr>
        <w:t>ofertantului</w:t>
      </w:r>
      <w:proofErr w:type="spellEnd"/>
    </w:p>
    <w:p w14:paraId="2473C1B1" w14:textId="3074E043" w:rsidR="005D066F" w:rsidRPr="00FC2615" w:rsidRDefault="00EE679A" w:rsidP="0099506E">
      <w:pPr>
        <w:spacing w:after="0"/>
        <w:ind w:left="450" w:hanging="450"/>
        <w:rPr>
          <w:rFonts w:ascii="Times New Roman" w:hAnsi="Times New Roman" w:cs="Times New Roman"/>
          <w:sz w:val="24"/>
          <w:szCs w:val="24"/>
        </w:rPr>
      </w:pPr>
      <w:r w:rsidRPr="00FC2615">
        <w:rPr>
          <w:rFonts w:ascii="Times New Roman" w:hAnsi="Times New Roman" w:cs="Times New Roman"/>
          <w:sz w:val="24"/>
          <w:szCs w:val="24"/>
        </w:rPr>
        <w:t>•</w:t>
      </w:r>
      <w:r w:rsidR="005D066F" w:rsidRPr="00FC2615">
        <w:rPr>
          <w:rFonts w:ascii="Times New Roman" w:hAnsi="Times New Roman" w:cs="Times New Roman"/>
          <w:sz w:val="24"/>
          <w:szCs w:val="24"/>
        </w:rPr>
        <w:t xml:space="preserve">     </w:t>
      </w:r>
      <w:proofErr w:type="spellStart"/>
      <w:r w:rsidR="005D066F" w:rsidRPr="00FC2615">
        <w:rPr>
          <w:rFonts w:ascii="Times New Roman" w:hAnsi="Times New Roman" w:cs="Times New Roman"/>
          <w:sz w:val="24"/>
          <w:szCs w:val="24"/>
        </w:rPr>
        <w:t>Copie</w:t>
      </w:r>
      <w:proofErr w:type="spellEnd"/>
      <w:r w:rsidR="005D066F" w:rsidRPr="00FC2615">
        <w:rPr>
          <w:rFonts w:ascii="Times New Roman" w:hAnsi="Times New Roman" w:cs="Times New Roman"/>
          <w:sz w:val="24"/>
          <w:szCs w:val="24"/>
        </w:rPr>
        <w:t xml:space="preserve"> </w:t>
      </w:r>
      <w:proofErr w:type="spellStart"/>
      <w:r w:rsidR="005D066F" w:rsidRPr="00FC2615">
        <w:rPr>
          <w:rFonts w:ascii="Times New Roman" w:hAnsi="Times New Roman" w:cs="Times New Roman"/>
          <w:sz w:val="24"/>
          <w:szCs w:val="24"/>
        </w:rPr>
        <w:t>c</w:t>
      </w:r>
      <w:r w:rsidRPr="00FC2615">
        <w:rPr>
          <w:rFonts w:ascii="Times New Roman" w:hAnsi="Times New Roman" w:cs="Times New Roman"/>
          <w:sz w:val="24"/>
          <w:szCs w:val="24"/>
        </w:rPr>
        <w:t>ertificat</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conformitate</w:t>
      </w:r>
      <w:proofErr w:type="spellEnd"/>
      <w:r w:rsidRPr="00FC2615">
        <w:rPr>
          <w:rFonts w:ascii="Times New Roman" w:hAnsi="Times New Roman" w:cs="Times New Roman"/>
          <w:sz w:val="24"/>
          <w:szCs w:val="24"/>
        </w:rPr>
        <w:t xml:space="preserve"> EN 840</w:t>
      </w:r>
      <w:r w:rsidR="139AA853" w:rsidRPr="00FC2615">
        <w:rPr>
          <w:rFonts w:ascii="Times New Roman" w:hAnsi="Times New Roman" w:cs="Times New Roman"/>
          <w:sz w:val="24"/>
          <w:szCs w:val="24"/>
        </w:rPr>
        <w:t>-1, EN 840-5, EN 840-6</w:t>
      </w:r>
      <w:r w:rsidR="00944D69" w:rsidRPr="00FC2615">
        <w:rPr>
          <w:rFonts w:ascii="Times New Roman" w:hAnsi="Times New Roman" w:cs="Times New Roman"/>
          <w:sz w:val="24"/>
          <w:szCs w:val="24"/>
        </w:rPr>
        <w:t>, EN 1501-1</w:t>
      </w:r>
      <w:r w:rsidR="0010388D" w:rsidRPr="00FC2615">
        <w:rPr>
          <w:rFonts w:ascii="Times New Roman" w:hAnsi="Times New Roman" w:cs="Times New Roman"/>
          <w:sz w:val="24"/>
          <w:szCs w:val="24"/>
        </w:rPr>
        <w:t xml:space="preserve"> </w:t>
      </w:r>
      <w:proofErr w:type="spellStart"/>
      <w:r w:rsidR="0010388D" w:rsidRPr="00FC2615">
        <w:rPr>
          <w:rFonts w:ascii="Times New Roman" w:hAnsi="Times New Roman" w:cs="Times New Roman"/>
          <w:sz w:val="24"/>
          <w:szCs w:val="24"/>
        </w:rPr>
        <w:t>eliberat</w:t>
      </w:r>
      <w:proofErr w:type="spellEnd"/>
      <w:r w:rsidR="0010388D" w:rsidRPr="00FC2615">
        <w:rPr>
          <w:rFonts w:ascii="Times New Roman" w:hAnsi="Times New Roman" w:cs="Times New Roman"/>
          <w:sz w:val="24"/>
          <w:szCs w:val="24"/>
        </w:rPr>
        <w:t xml:space="preserve"> de </w:t>
      </w:r>
      <w:proofErr w:type="gramStart"/>
      <w:r w:rsidR="0010388D" w:rsidRPr="00FC2615">
        <w:rPr>
          <w:rFonts w:ascii="Times New Roman" w:hAnsi="Times New Roman" w:cs="Times New Roman"/>
          <w:sz w:val="24"/>
          <w:szCs w:val="24"/>
        </w:rPr>
        <w:t>un</w:t>
      </w:r>
      <w:proofErr w:type="gramEnd"/>
      <w:r w:rsidR="0010388D" w:rsidRPr="00FC2615">
        <w:rPr>
          <w:rFonts w:ascii="Times New Roman" w:hAnsi="Times New Roman" w:cs="Times New Roman"/>
          <w:sz w:val="24"/>
          <w:szCs w:val="24"/>
        </w:rPr>
        <w:t xml:space="preserve"> </w:t>
      </w:r>
      <w:proofErr w:type="spellStart"/>
      <w:r w:rsidR="0010388D" w:rsidRPr="00FC2615">
        <w:rPr>
          <w:rFonts w:ascii="Times New Roman" w:hAnsi="Times New Roman" w:cs="Times New Roman"/>
          <w:sz w:val="24"/>
          <w:szCs w:val="24"/>
        </w:rPr>
        <w:t>laborator</w:t>
      </w:r>
      <w:proofErr w:type="spellEnd"/>
      <w:r w:rsidR="0010388D" w:rsidRPr="00FC2615">
        <w:rPr>
          <w:rFonts w:ascii="Times New Roman" w:hAnsi="Times New Roman" w:cs="Times New Roman"/>
          <w:sz w:val="24"/>
          <w:szCs w:val="24"/>
        </w:rPr>
        <w:t xml:space="preserve"> </w:t>
      </w:r>
      <w:proofErr w:type="spellStart"/>
      <w:r w:rsidR="0010388D" w:rsidRPr="00FC2615">
        <w:rPr>
          <w:rFonts w:ascii="Times New Roman" w:hAnsi="Times New Roman" w:cs="Times New Roman"/>
          <w:sz w:val="24"/>
          <w:szCs w:val="24"/>
        </w:rPr>
        <w:t>acreditat</w:t>
      </w:r>
      <w:proofErr w:type="spellEnd"/>
      <w:r w:rsidR="005D066F" w:rsidRPr="00FC2615">
        <w:rPr>
          <w:rFonts w:ascii="Times New Roman" w:hAnsi="Times New Roman" w:cs="Times New Roman"/>
          <w:sz w:val="24"/>
          <w:szCs w:val="24"/>
        </w:rPr>
        <w:t>;</w:t>
      </w:r>
    </w:p>
    <w:p w14:paraId="1FE0CEB6" w14:textId="7D3F9965" w:rsidR="005D066F" w:rsidRPr="00FC2615" w:rsidRDefault="21E89393" w:rsidP="76772F0B">
      <w:pPr>
        <w:spacing w:after="0"/>
        <w:rPr>
          <w:rFonts w:ascii="Times New Roman" w:hAnsi="Times New Roman" w:cs="Times New Roman"/>
          <w:sz w:val="24"/>
          <w:szCs w:val="24"/>
        </w:rPr>
      </w:pPr>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Copie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certificat</w:t>
      </w:r>
      <w:proofErr w:type="spellEnd"/>
      <w:r w:rsidRPr="00FC2615">
        <w:rPr>
          <w:rFonts w:ascii="Times New Roman" w:hAnsi="Times New Roman" w:cs="Times New Roman"/>
          <w:sz w:val="24"/>
          <w:szCs w:val="24"/>
        </w:rPr>
        <w:t xml:space="preserve"> RAL-GZ </w:t>
      </w:r>
      <w:proofErr w:type="spellStart"/>
      <w:r w:rsidRPr="00FC2615">
        <w:rPr>
          <w:rFonts w:ascii="Times New Roman" w:hAnsi="Times New Roman" w:cs="Times New Roman"/>
          <w:sz w:val="24"/>
          <w:szCs w:val="24"/>
        </w:rPr>
        <w:t>valabil</w:t>
      </w:r>
      <w:proofErr w:type="spellEnd"/>
      <w:r w:rsidRPr="00FC2615">
        <w:rPr>
          <w:rFonts w:ascii="Times New Roman" w:hAnsi="Times New Roman" w:cs="Times New Roman"/>
          <w:sz w:val="24"/>
          <w:szCs w:val="24"/>
        </w:rPr>
        <w:t xml:space="preserve"> la data </w:t>
      </w:r>
      <w:proofErr w:type="spellStart"/>
      <w:r w:rsidR="208EDC46" w:rsidRPr="00FC2615">
        <w:rPr>
          <w:rFonts w:ascii="Times New Roman" w:hAnsi="Times New Roman" w:cs="Times New Roman"/>
          <w:sz w:val="24"/>
          <w:szCs w:val="24"/>
        </w:rPr>
        <w:t>depunerii</w:t>
      </w:r>
      <w:proofErr w:type="spellEnd"/>
      <w:r w:rsidR="208EDC46"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oferte</w:t>
      </w:r>
      <w:r w:rsidR="4DCCC65E" w:rsidRPr="00FC2615">
        <w:rPr>
          <w:rFonts w:ascii="Times New Roman" w:hAnsi="Times New Roman" w:cs="Times New Roman"/>
          <w:sz w:val="24"/>
          <w:szCs w:val="24"/>
        </w:rPr>
        <w:t>i</w:t>
      </w:r>
      <w:proofErr w:type="spellEnd"/>
      <w:r w:rsidR="480A00B9" w:rsidRPr="00FC2615">
        <w:rPr>
          <w:rFonts w:ascii="Times New Roman" w:hAnsi="Times New Roman" w:cs="Times New Roman"/>
          <w:sz w:val="24"/>
          <w:szCs w:val="24"/>
        </w:rPr>
        <w:t xml:space="preserve"> (</w:t>
      </w:r>
      <w:proofErr w:type="spellStart"/>
      <w:r w:rsidR="597A5FBE" w:rsidRPr="00FC2615">
        <w:rPr>
          <w:rFonts w:ascii="Times New Roman" w:hAnsi="Times New Roman" w:cs="Times New Roman"/>
          <w:sz w:val="24"/>
          <w:szCs w:val="24"/>
        </w:rPr>
        <w:t>dacă</w:t>
      </w:r>
      <w:proofErr w:type="spellEnd"/>
      <w:r w:rsidR="597A5FBE" w:rsidRPr="00FC2615">
        <w:rPr>
          <w:rFonts w:ascii="Times New Roman" w:hAnsi="Times New Roman" w:cs="Times New Roman"/>
          <w:sz w:val="24"/>
          <w:szCs w:val="24"/>
        </w:rPr>
        <w:t xml:space="preserve"> se </w:t>
      </w:r>
      <w:proofErr w:type="spellStart"/>
      <w:r w:rsidR="597A5FBE" w:rsidRPr="00FC2615">
        <w:rPr>
          <w:rFonts w:ascii="Times New Roman" w:hAnsi="Times New Roman" w:cs="Times New Roman"/>
          <w:sz w:val="24"/>
          <w:szCs w:val="24"/>
        </w:rPr>
        <w:t>aplică</w:t>
      </w:r>
      <w:proofErr w:type="spellEnd"/>
      <w:r w:rsidR="480A00B9" w:rsidRPr="00FC2615">
        <w:rPr>
          <w:rFonts w:ascii="Times New Roman" w:hAnsi="Times New Roman" w:cs="Times New Roman"/>
          <w:sz w:val="24"/>
          <w:szCs w:val="24"/>
        </w:rPr>
        <w:t>)</w:t>
      </w:r>
      <w:r w:rsidR="762FD5B8" w:rsidRPr="00FC2615">
        <w:rPr>
          <w:rFonts w:ascii="Times New Roman" w:hAnsi="Times New Roman" w:cs="Times New Roman"/>
          <w:sz w:val="24"/>
          <w:szCs w:val="24"/>
        </w:rPr>
        <w:t>;</w:t>
      </w:r>
    </w:p>
    <w:p w14:paraId="3E3BC34C" w14:textId="691DF4C9" w:rsidR="0059530F" w:rsidRPr="00FC2615" w:rsidRDefault="719074E8" w:rsidP="005D066F">
      <w:pPr>
        <w:spacing w:after="0"/>
        <w:rPr>
          <w:rFonts w:ascii="Times New Roman" w:hAnsi="Times New Roman" w:cs="Times New Roman"/>
          <w:sz w:val="24"/>
          <w:szCs w:val="24"/>
        </w:rPr>
      </w:pPr>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Raport</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testare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laborator</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pentru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rezistența</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mecanică</w:t>
      </w:r>
      <w:proofErr w:type="spellEnd"/>
      <w:r w:rsidRPr="00FC2615">
        <w:rPr>
          <w:rFonts w:ascii="Times New Roman" w:hAnsi="Times New Roman" w:cs="Times New Roman"/>
          <w:sz w:val="24"/>
          <w:szCs w:val="24"/>
        </w:rPr>
        <w:t xml:space="preserve">, impact UV, </w:t>
      </w:r>
      <w:proofErr w:type="spellStart"/>
      <w:r w:rsidRPr="00FC2615">
        <w:rPr>
          <w:rFonts w:ascii="Times New Roman" w:hAnsi="Times New Roman" w:cs="Times New Roman"/>
          <w:sz w:val="24"/>
          <w:szCs w:val="24"/>
        </w:rPr>
        <w:t>deformare</w:t>
      </w:r>
      <w:proofErr w:type="spellEnd"/>
      <w:proofErr w:type="gramStart"/>
      <w:r w:rsidR="6960E663" w:rsidRPr="00FC2615">
        <w:rPr>
          <w:rFonts w:ascii="Times New Roman" w:hAnsi="Times New Roman" w:cs="Times New Roman"/>
          <w:sz w:val="24"/>
          <w:szCs w:val="24"/>
        </w:rPr>
        <w:t>;</w:t>
      </w:r>
      <w:proofErr w:type="gramEnd"/>
      <w:r w:rsidR="005D066F" w:rsidRPr="00FC2615">
        <w:rPr>
          <w:rFonts w:ascii="Times New Roman" w:hAnsi="Times New Roman" w:cs="Times New Roman"/>
          <w:sz w:val="24"/>
          <w:szCs w:val="24"/>
        </w:rPr>
        <w:br/>
      </w:r>
      <w:r w:rsidRPr="00FC2615">
        <w:rPr>
          <w:rFonts w:ascii="Times New Roman" w:hAnsi="Times New Roman" w:cs="Times New Roman"/>
          <w:sz w:val="24"/>
          <w:szCs w:val="24"/>
        </w:rPr>
        <w:t xml:space="preserve">• </w:t>
      </w:r>
      <w:r w:rsidR="49A620C2" w:rsidRPr="00FC2615">
        <w:rPr>
          <w:rFonts w:ascii="Times New Roman" w:hAnsi="Times New Roman" w:cs="Times New Roman"/>
          <w:sz w:val="24"/>
          <w:szCs w:val="24"/>
        </w:rPr>
        <w:t xml:space="preserve">    </w:t>
      </w:r>
      <w:proofErr w:type="spellStart"/>
      <w:r w:rsidR="43D831A4" w:rsidRPr="00FC2615">
        <w:rPr>
          <w:rFonts w:ascii="Times New Roman" w:hAnsi="Times New Roman" w:cs="Times New Roman"/>
          <w:sz w:val="24"/>
          <w:szCs w:val="24"/>
        </w:rPr>
        <w:t>Declarație</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privind</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perioada</w:t>
      </w:r>
      <w:proofErr w:type="spellEnd"/>
      <w:r w:rsidR="608DA2F8" w:rsidRPr="00FC2615">
        <w:rPr>
          <w:rFonts w:ascii="Times New Roman" w:hAnsi="Times New Roman" w:cs="Times New Roman"/>
          <w:sz w:val="24"/>
          <w:szCs w:val="24"/>
        </w:rPr>
        <w:t xml:space="preserve"> de </w:t>
      </w:r>
      <w:proofErr w:type="spellStart"/>
      <w:r w:rsidR="608DA2F8" w:rsidRPr="00FC2615">
        <w:rPr>
          <w:rFonts w:ascii="Times New Roman" w:hAnsi="Times New Roman" w:cs="Times New Roman"/>
          <w:sz w:val="24"/>
          <w:szCs w:val="24"/>
        </w:rPr>
        <w:t>garanție</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și</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disponibilitatea</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furnizorului</w:t>
      </w:r>
      <w:proofErr w:type="spellEnd"/>
      <w:r w:rsidR="608DA2F8" w:rsidRPr="00FC2615">
        <w:rPr>
          <w:rFonts w:ascii="Times New Roman" w:hAnsi="Times New Roman" w:cs="Times New Roman"/>
          <w:sz w:val="24"/>
          <w:szCs w:val="24"/>
        </w:rPr>
        <w:t xml:space="preserve"> de a </w:t>
      </w:r>
      <w:proofErr w:type="spellStart"/>
      <w:r w:rsidR="608DA2F8" w:rsidRPr="00FC2615">
        <w:rPr>
          <w:rFonts w:ascii="Times New Roman" w:hAnsi="Times New Roman" w:cs="Times New Roman"/>
          <w:sz w:val="24"/>
          <w:szCs w:val="24"/>
        </w:rPr>
        <w:t>asigura</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piesele</w:t>
      </w:r>
      <w:proofErr w:type="spellEnd"/>
      <w:r w:rsidR="608DA2F8" w:rsidRPr="00FC2615">
        <w:rPr>
          <w:rFonts w:ascii="Times New Roman" w:hAnsi="Times New Roman" w:cs="Times New Roman"/>
          <w:sz w:val="24"/>
          <w:szCs w:val="24"/>
        </w:rPr>
        <w:t xml:space="preserve"> de </w:t>
      </w:r>
      <w:proofErr w:type="spellStart"/>
      <w:r w:rsidR="608DA2F8" w:rsidRPr="00FC2615">
        <w:rPr>
          <w:rFonts w:ascii="Times New Roman" w:hAnsi="Times New Roman" w:cs="Times New Roman"/>
          <w:sz w:val="24"/>
          <w:szCs w:val="24"/>
        </w:rPr>
        <w:t>schimb</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necesare</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pe</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întreaga</w:t>
      </w:r>
      <w:proofErr w:type="spellEnd"/>
      <w:r w:rsidR="608DA2F8" w:rsidRPr="00FC2615">
        <w:rPr>
          <w:rFonts w:ascii="Times New Roman" w:hAnsi="Times New Roman" w:cs="Times New Roman"/>
          <w:sz w:val="24"/>
          <w:szCs w:val="24"/>
        </w:rPr>
        <w:t xml:space="preserve"> </w:t>
      </w:r>
      <w:proofErr w:type="spellStart"/>
      <w:r w:rsidR="608DA2F8" w:rsidRPr="00FC2615">
        <w:rPr>
          <w:rFonts w:ascii="Times New Roman" w:hAnsi="Times New Roman" w:cs="Times New Roman"/>
          <w:sz w:val="24"/>
          <w:szCs w:val="24"/>
        </w:rPr>
        <w:t>perioadă</w:t>
      </w:r>
      <w:proofErr w:type="spellEnd"/>
      <w:r w:rsidR="608DA2F8" w:rsidRPr="00FC2615">
        <w:rPr>
          <w:rFonts w:ascii="Times New Roman" w:hAnsi="Times New Roman" w:cs="Times New Roman"/>
          <w:sz w:val="24"/>
          <w:szCs w:val="24"/>
        </w:rPr>
        <w:t xml:space="preserve"> a </w:t>
      </w:r>
      <w:proofErr w:type="spellStart"/>
      <w:r w:rsidR="608DA2F8" w:rsidRPr="00FC2615">
        <w:rPr>
          <w:rFonts w:ascii="Times New Roman" w:hAnsi="Times New Roman" w:cs="Times New Roman"/>
          <w:sz w:val="24"/>
          <w:szCs w:val="24"/>
        </w:rPr>
        <w:t>garanției</w:t>
      </w:r>
      <w:proofErr w:type="spellEnd"/>
      <w:r w:rsidRPr="00FC2615">
        <w:rPr>
          <w:rFonts w:ascii="Times New Roman" w:hAnsi="Times New Roman" w:cs="Times New Roman"/>
          <w:sz w:val="24"/>
          <w:szCs w:val="24"/>
        </w:rPr>
        <w:t xml:space="preserve">• </w:t>
      </w:r>
      <w:r w:rsidR="49A620C2"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Certificat</w:t>
      </w:r>
      <w:proofErr w:type="spellEnd"/>
      <w:r w:rsidRPr="00FC2615">
        <w:rPr>
          <w:rFonts w:ascii="Times New Roman" w:hAnsi="Times New Roman" w:cs="Times New Roman"/>
          <w:sz w:val="24"/>
          <w:szCs w:val="24"/>
        </w:rPr>
        <w:t xml:space="preserve"> HDPE </w:t>
      </w:r>
      <w:proofErr w:type="spellStart"/>
      <w:r w:rsidRPr="00FC2615">
        <w:rPr>
          <w:rFonts w:ascii="Times New Roman" w:hAnsi="Times New Roman" w:cs="Times New Roman"/>
          <w:sz w:val="24"/>
          <w:szCs w:val="24"/>
        </w:rPr>
        <w:t>sau</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Fișă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tehnică</w:t>
      </w:r>
      <w:proofErr w:type="spellEnd"/>
      <w:r w:rsidRPr="00FC2615">
        <w:rPr>
          <w:rFonts w:ascii="Times New Roman" w:hAnsi="Times New Roman" w:cs="Times New Roman"/>
          <w:sz w:val="24"/>
          <w:szCs w:val="24"/>
        </w:rPr>
        <w:t xml:space="preserve"> a </w:t>
      </w:r>
      <w:proofErr w:type="spellStart"/>
      <w:r w:rsidRPr="00FC2615">
        <w:rPr>
          <w:rFonts w:ascii="Times New Roman" w:hAnsi="Times New Roman" w:cs="Times New Roman"/>
          <w:sz w:val="24"/>
          <w:szCs w:val="24"/>
        </w:rPr>
        <w:t>produsului</w:t>
      </w:r>
      <w:proofErr w:type="spellEnd"/>
      <w:r w:rsidR="6960E663" w:rsidRPr="00FC2615">
        <w:rPr>
          <w:rFonts w:ascii="Times New Roman" w:hAnsi="Times New Roman" w:cs="Times New Roman"/>
          <w:sz w:val="24"/>
          <w:szCs w:val="24"/>
        </w:rPr>
        <w:t>;</w:t>
      </w:r>
      <w:r w:rsidR="005D066F" w:rsidRPr="00FC2615">
        <w:rPr>
          <w:rFonts w:ascii="Times New Roman" w:hAnsi="Times New Roman" w:cs="Times New Roman"/>
          <w:sz w:val="24"/>
          <w:szCs w:val="24"/>
        </w:rPr>
        <w:br/>
      </w:r>
      <w:r w:rsidRPr="00FC2615">
        <w:rPr>
          <w:rFonts w:ascii="Times New Roman" w:hAnsi="Times New Roman" w:cs="Times New Roman"/>
          <w:sz w:val="24"/>
          <w:szCs w:val="24"/>
        </w:rPr>
        <w:t xml:space="preserve">• </w:t>
      </w:r>
      <w:r w:rsidR="49A620C2"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Fotografie</w:t>
      </w:r>
      <w:proofErr w:type="spellEnd"/>
      <w:r w:rsidRPr="00FC2615">
        <w:rPr>
          <w:rFonts w:ascii="Times New Roman" w:hAnsi="Times New Roman" w:cs="Times New Roman"/>
          <w:sz w:val="24"/>
          <w:szCs w:val="24"/>
        </w:rPr>
        <w:t xml:space="preserve"> </w:t>
      </w:r>
      <w:proofErr w:type="spellStart"/>
      <w:r w:rsidR="6960E663" w:rsidRPr="00FC2615">
        <w:rPr>
          <w:rFonts w:ascii="Times New Roman" w:hAnsi="Times New Roman" w:cs="Times New Roman"/>
          <w:sz w:val="24"/>
          <w:szCs w:val="24"/>
        </w:rPr>
        <w:t>și</w:t>
      </w:r>
      <w:proofErr w:type="spellEnd"/>
      <w:r w:rsidR="6960E663"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desen</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tehnic</w:t>
      </w:r>
      <w:proofErr w:type="spellEnd"/>
      <w:r w:rsidRPr="00FC2615">
        <w:rPr>
          <w:rFonts w:ascii="Times New Roman" w:hAnsi="Times New Roman" w:cs="Times New Roman"/>
          <w:sz w:val="24"/>
          <w:szCs w:val="24"/>
        </w:rPr>
        <w:t xml:space="preserve"> al </w:t>
      </w:r>
      <w:proofErr w:type="spellStart"/>
      <w:r w:rsidRPr="00FC2615">
        <w:rPr>
          <w:rFonts w:ascii="Times New Roman" w:hAnsi="Times New Roman" w:cs="Times New Roman"/>
          <w:sz w:val="24"/>
          <w:szCs w:val="24"/>
        </w:rPr>
        <w:t>pubel</w:t>
      </w:r>
      <w:r w:rsidR="49A620C2" w:rsidRPr="00FC2615">
        <w:rPr>
          <w:rFonts w:ascii="Times New Roman" w:hAnsi="Times New Roman" w:cs="Times New Roman"/>
          <w:sz w:val="24"/>
          <w:szCs w:val="24"/>
        </w:rPr>
        <w:t>e</w:t>
      </w:r>
      <w:r w:rsidRPr="00FC2615">
        <w:rPr>
          <w:rFonts w:ascii="Times New Roman" w:hAnsi="Times New Roman" w:cs="Times New Roman"/>
          <w:sz w:val="24"/>
          <w:szCs w:val="24"/>
        </w:rPr>
        <w:t>i</w:t>
      </w:r>
      <w:proofErr w:type="spellEnd"/>
      <w:r w:rsidR="6960E663" w:rsidRPr="00FC2615">
        <w:rPr>
          <w:rFonts w:ascii="Times New Roman" w:hAnsi="Times New Roman" w:cs="Times New Roman"/>
          <w:sz w:val="24"/>
          <w:szCs w:val="24"/>
        </w:rPr>
        <w:t>;</w:t>
      </w:r>
      <w:r w:rsidR="005D066F" w:rsidRPr="00FC2615">
        <w:rPr>
          <w:rFonts w:ascii="Times New Roman" w:hAnsi="Times New Roman" w:cs="Times New Roman"/>
          <w:sz w:val="24"/>
          <w:szCs w:val="24"/>
        </w:rPr>
        <w:br/>
      </w:r>
      <w:r w:rsidRPr="00FC2615">
        <w:rPr>
          <w:rFonts w:ascii="Times New Roman" w:hAnsi="Times New Roman" w:cs="Times New Roman"/>
          <w:sz w:val="24"/>
          <w:szCs w:val="24"/>
        </w:rPr>
        <w:t xml:space="preserve">• </w:t>
      </w:r>
      <w:r w:rsidR="49A620C2"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Declarație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privind</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termenul</w:t>
      </w:r>
      <w:proofErr w:type="spellEnd"/>
      <w:r w:rsidRPr="00FC2615">
        <w:rPr>
          <w:rFonts w:ascii="Times New Roman" w:hAnsi="Times New Roman" w:cs="Times New Roman"/>
          <w:sz w:val="24"/>
          <w:szCs w:val="24"/>
        </w:rPr>
        <w:t xml:space="preserve"> de </w:t>
      </w:r>
      <w:proofErr w:type="spellStart"/>
      <w:r w:rsidRPr="00FC2615">
        <w:rPr>
          <w:rFonts w:ascii="Times New Roman" w:hAnsi="Times New Roman" w:cs="Times New Roman"/>
          <w:sz w:val="24"/>
          <w:szCs w:val="24"/>
        </w:rPr>
        <w:t>livrare</w:t>
      </w:r>
      <w:proofErr w:type="spellEnd"/>
      <w:r w:rsidR="6960E663" w:rsidRPr="00FC2615">
        <w:rPr>
          <w:rFonts w:ascii="Times New Roman" w:hAnsi="Times New Roman" w:cs="Times New Roman"/>
          <w:sz w:val="24"/>
          <w:szCs w:val="24"/>
        </w:rPr>
        <w:t>;</w:t>
      </w:r>
      <w:r w:rsidR="005D066F" w:rsidRPr="00FC2615">
        <w:rPr>
          <w:rFonts w:ascii="Times New Roman" w:hAnsi="Times New Roman" w:cs="Times New Roman"/>
          <w:sz w:val="24"/>
          <w:szCs w:val="24"/>
        </w:rPr>
        <w:br/>
      </w:r>
      <w:r w:rsidRPr="00FC2615">
        <w:rPr>
          <w:rFonts w:ascii="Times New Roman" w:hAnsi="Times New Roman" w:cs="Times New Roman"/>
          <w:sz w:val="24"/>
          <w:szCs w:val="24"/>
        </w:rPr>
        <w:t xml:space="preserve">• </w:t>
      </w:r>
      <w:r w:rsidR="49A620C2"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Certificat</w:t>
      </w:r>
      <w:proofErr w:type="spellEnd"/>
      <w:r w:rsidRPr="00FC2615">
        <w:rPr>
          <w:rFonts w:ascii="Times New Roman" w:hAnsi="Times New Roman" w:cs="Times New Roman"/>
          <w:sz w:val="24"/>
          <w:szCs w:val="24"/>
        </w:rPr>
        <w:t xml:space="preserve"> ISO 9001/ ISO 14001</w:t>
      </w:r>
      <w:r w:rsidR="003F6917" w:rsidRPr="00FC2615">
        <w:rPr>
          <w:rStyle w:val="affb"/>
          <w:rFonts w:ascii="Times New Roman" w:hAnsi="Times New Roman" w:cs="Times New Roman"/>
          <w:sz w:val="24"/>
          <w:szCs w:val="24"/>
        </w:rPr>
        <w:endnoteReference w:id="3"/>
      </w:r>
      <w:r w:rsidR="6960E663" w:rsidRPr="00FC2615">
        <w:rPr>
          <w:rFonts w:ascii="Times New Roman" w:hAnsi="Times New Roman" w:cs="Times New Roman"/>
          <w:sz w:val="24"/>
          <w:szCs w:val="24"/>
        </w:rPr>
        <w:t>.</w:t>
      </w:r>
    </w:p>
    <w:p w14:paraId="68F63BD4" w14:textId="21C9CC5D" w:rsidR="3CA567EC" w:rsidRPr="00FC2615" w:rsidRDefault="3CA567EC" w:rsidP="3CA567EC">
      <w:pPr>
        <w:spacing w:after="0"/>
        <w:rPr>
          <w:rFonts w:ascii="Times New Roman" w:hAnsi="Times New Roman" w:cs="Times New Roman"/>
          <w:sz w:val="24"/>
          <w:szCs w:val="24"/>
        </w:rPr>
      </w:pPr>
    </w:p>
    <w:p w14:paraId="2E574173" w14:textId="56A337EA" w:rsidR="4EEB34AD" w:rsidRPr="00FC2615" w:rsidRDefault="4EEB34AD" w:rsidP="0547785F">
      <w:pPr>
        <w:rPr>
          <w:rFonts w:ascii="Times New Roman" w:hAnsi="Times New Roman" w:cs="Times New Roman"/>
          <w:sz w:val="24"/>
          <w:szCs w:val="24"/>
        </w:rPr>
      </w:pPr>
      <w:proofErr w:type="spellStart"/>
      <w:r w:rsidRPr="00FC2615">
        <w:rPr>
          <w:rFonts w:ascii="Times New Roman" w:hAnsi="Times New Roman" w:cs="Times New Roman"/>
          <w:sz w:val="24"/>
          <w:szCs w:val="24"/>
        </w:rPr>
        <w:t>Notă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b/>
          <w:bCs/>
          <w:sz w:val="24"/>
          <w:szCs w:val="24"/>
        </w:rPr>
        <w:t>Certificatele</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trebuie</w:t>
      </w:r>
      <w:proofErr w:type="spellEnd"/>
      <w:r w:rsidRPr="00FC2615">
        <w:rPr>
          <w:rFonts w:ascii="Times New Roman" w:hAnsi="Times New Roman" w:cs="Times New Roman"/>
          <w:b/>
          <w:bCs/>
          <w:sz w:val="24"/>
          <w:szCs w:val="24"/>
        </w:rPr>
        <w:t xml:space="preserve"> </w:t>
      </w:r>
      <w:proofErr w:type="spellStart"/>
      <w:proofErr w:type="gramStart"/>
      <w:r w:rsidRPr="00FC2615">
        <w:rPr>
          <w:rFonts w:ascii="Times New Roman" w:hAnsi="Times New Roman" w:cs="Times New Roman"/>
          <w:b/>
          <w:bCs/>
          <w:sz w:val="24"/>
          <w:szCs w:val="24"/>
        </w:rPr>
        <w:t>să</w:t>
      </w:r>
      <w:proofErr w:type="spellEnd"/>
      <w:proofErr w:type="gramEnd"/>
      <w:r w:rsidRPr="00FC2615">
        <w:rPr>
          <w:rFonts w:ascii="Times New Roman" w:hAnsi="Times New Roman" w:cs="Times New Roman"/>
          <w:b/>
          <w:bCs/>
          <w:sz w:val="24"/>
          <w:szCs w:val="24"/>
        </w:rPr>
        <w:t xml:space="preserve"> fie </w:t>
      </w:r>
      <w:proofErr w:type="spellStart"/>
      <w:r w:rsidR="3537F98B" w:rsidRPr="00FC2615">
        <w:rPr>
          <w:rFonts w:ascii="Times New Roman" w:hAnsi="Times New Roman" w:cs="Times New Roman"/>
          <w:b/>
          <w:bCs/>
          <w:sz w:val="24"/>
          <w:szCs w:val="24"/>
        </w:rPr>
        <w:t>v</w:t>
      </w:r>
      <w:r w:rsidRPr="00FC2615">
        <w:rPr>
          <w:rFonts w:ascii="Times New Roman" w:hAnsi="Times New Roman" w:cs="Times New Roman"/>
          <w:b/>
          <w:bCs/>
          <w:sz w:val="24"/>
          <w:szCs w:val="24"/>
        </w:rPr>
        <w:t>alabile</w:t>
      </w:r>
      <w:proofErr w:type="spellEnd"/>
      <w:r w:rsidRPr="00FC2615">
        <w:rPr>
          <w:rFonts w:ascii="Times New Roman" w:hAnsi="Times New Roman" w:cs="Times New Roman"/>
          <w:b/>
          <w:bCs/>
          <w:sz w:val="24"/>
          <w:szCs w:val="24"/>
        </w:rPr>
        <w:t xml:space="preserve"> la data </w:t>
      </w:r>
      <w:proofErr w:type="spellStart"/>
      <w:r w:rsidRPr="00FC2615">
        <w:rPr>
          <w:rFonts w:ascii="Times New Roman" w:hAnsi="Times New Roman" w:cs="Times New Roman"/>
          <w:b/>
          <w:bCs/>
          <w:sz w:val="24"/>
          <w:szCs w:val="24"/>
        </w:rPr>
        <w:t>depunerii</w:t>
      </w:r>
      <w:proofErr w:type="spellEnd"/>
      <w:r w:rsidRPr="00FC2615">
        <w:rPr>
          <w:rFonts w:ascii="Times New Roman" w:hAnsi="Times New Roman" w:cs="Times New Roman"/>
          <w:b/>
          <w:bCs/>
          <w:sz w:val="24"/>
          <w:szCs w:val="24"/>
        </w:rPr>
        <w:t xml:space="preserve"> </w:t>
      </w:r>
      <w:proofErr w:type="spellStart"/>
      <w:r w:rsidRPr="00FC2615">
        <w:rPr>
          <w:rFonts w:ascii="Times New Roman" w:hAnsi="Times New Roman" w:cs="Times New Roman"/>
          <w:b/>
          <w:bCs/>
          <w:sz w:val="24"/>
          <w:szCs w:val="24"/>
        </w:rPr>
        <w:t>ofertei</w:t>
      </w:r>
      <w:proofErr w:type="spellEnd"/>
    </w:p>
    <w:p w14:paraId="73125A27" w14:textId="40E45110" w:rsidR="004F4C2E" w:rsidRPr="00FC2615" w:rsidRDefault="1C4DC4EB">
      <w:pPr>
        <w:pStyle w:val="21"/>
        <w:rPr>
          <w:rFonts w:ascii="Times New Roman" w:hAnsi="Times New Roman" w:cs="Times New Roman"/>
          <w:color w:val="auto"/>
          <w:sz w:val="24"/>
          <w:szCs w:val="24"/>
        </w:rPr>
      </w:pPr>
      <w:r w:rsidRPr="00FC2615">
        <w:rPr>
          <w:rFonts w:ascii="Times New Roman" w:hAnsi="Times New Roman" w:cs="Times New Roman"/>
          <w:color w:val="auto"/>
          <w:sz w:val="24"/>
          <w:szCs w:val="24"/>
        </w:rPr>
        <w:t>9</w:t>
      </w:r>
      <w:r w:rsidR="00614CDC" w:rsidRPr="00FC2615">
        <w:rPr>
          <w:rFonts w:ascii="Times New Roman" w:hAnsi="Times New Roman" w:cs="Times New Roman"/>
          <w:color w:val="auto"/>
          <w:sz w:val="24"/>
          <w:szCs w:val="24"/>
        </w:rPr>
        <w:t xml:space="preserve">. </w:t>
      </w:r>
      <w:proofErr w:type="spellStart"/>
      <w:r w:rsidR="00614CDC" w:rsidRPr="00FC2615">
        <w:rPr>
          <w:rFonts w:ascii="Times New Roman" w:hAnsi="Times New Roman" w:cs="Times New Roman"/>
          <w:color w:val="auto"/>
          <w:sz w:val="24"/>
          <w:szCs w:val="24"/>
        </w:rPr>
        <w:t>Alte</w:t>
      </w:r>
      <w:proofErr w:type="spellEnd"/>
      <w:r w:rsidR="00614CDC" w:rsidRPr="00FC2615">
        <w:rPr>
          <w:rFonts w:ascii="Times New Roman" w:hAnsi="Times New Roman" w:cs="Times New Roman"/>
          <w:color w:val="auto"/>
          <w:sz w:val="24"/>
          <w:szCs w:val="24"/>
        </w:rPr>
        <w:t xml:space="preserve"> </w:t>
      </w:r>
      <w:proofErr w:type="spellStart"/>
      <w:r w:rsidR="00614CDC" w:rsidRPr="00FC2615">
        <w:rPr>
          <w:rFonts w:ascii="Times New Roman" w:hAnsi="Times New Roman" w:cs="Times New Roman"/>
          <w:color w:val="auto"/>
          <w:sz w:val="24"/>
          <w:szCs w:val="24"/>
        </w:rPr>
        <w:t>cerințe</w:t>
      </w:r>
      <w:proofErr w:type="spellEnd"/>
    </w:p>
    <w:p w14:paraId="10A11D8D" w14:textId="1641E416" w:rsidR="0059530F" w:rsidRPr="00FC2615" w:rsidRDefault="0059530F" w:rsidP="000A0B7F">
      <w:pPr>
        <w:pStyle w:val="ae"/>
        <w:numPr>
          <w:ilvl w:val="0"/>
          <w:numId w:val="12"/>
        </w:numPr>
        <w:spacing w:after="0"/>
        <w:ind w:left="144" w:hanging="144"/>
        <w:rPr>
          <w:rFonts w:ascii="Times New Roman" w:hAnsi="Times New Roman" w:cs="Times New Roman"/>
          <w:sz w:val="24"/>
          <w:szCs w:val="24"/>
        </w:rPr>
      </w:pPr>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Pubelele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trebuie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să</w:t>
      </w:r>
      <w:proofErr w:type="spellEnd"/>
      <w:r w:rsidRPr="00FC2615">
        <w:rPr>
          <w:rFonts w:ascii="Times New Roman" w:hAnsi="Times New Roman" w:cs="Times New Roman"/>
          <w:sz w:val="24"/>
          <w:szCs w:val="24"/>
        </w:rPr>
        <w:t xml:space="preserve"> fie </w:t>
      </w:r>
      <w:proofErr w:type="spellStart"/>
      <w:r w:rsidRPr="00FC2615">
        <w:rPr>
          <w:rFonts w:ascii="Times New Roman" w:hAnsi="Times New Roman" w:cs="Times New Roman"/>
          <w:sz w:val="24"/>
          <w:szCs w:val="24"/>
        </w:rPr>
        <w:t>noi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nefolosite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și</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să</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respecte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cerințele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ecologice</w:t>
      </w:r>
      <w:proofErr w:type="spellEnd"/>
      <w:r w:rsidRPr="00FC2615">
        <w:rPr>
          <w:rFonts w:ascii="Times New Roman" w:hAnsi="Times New Roman" w:cs="Times New Roman"/>
          <w:sz w:val="24"/>
          <w:szCs w:val="24"/>
        </w:rPr>
        <w:t xml:space="preserve"> </w:t>
      </w:r>
      <w:proofErr w:type="spellStart"/>
      <w:r w:rsidRPr="00FC2615">
        <w:rPr>
          <w:rFonts w:ascii="Times New Roman" w:hAnsi="Times New Roman" w:cs="Times New Roman"/>
          <w:sz w:val="24"/>
          <w:szCs w:val="24"/>
        </w:rPr>
        <w:t>aplicabile</w:t>
      </w:r>
      <w:proofErr w:type="spellEnd"/>
      <w:r w:rsidRPr="00FC2615">
        <w:rPr>
          <w:rFonts w:ascii="Times New Roman" w:hAnsi="Times New Roman" w:cs="Times New Roman"/>
          <w:sz w:val="24"/>
          <w:szCs w:val="24"/>
        </w:rPr>
        <w:t>;</w:t>
      </w:r>
    </w:p>
    <w:p w14:paraId="476562F3" w14:textId="3A91985B" w:rsidR="00EB352E" w:rsidRPr="00FC2615" w:rsidRDefault="00A50714" w:rsidP="0059530F">
      <w:pPr>
        <w:pStyle w:val="ae"/>
        <w:numPr>
          <w:ilvl w:val="0"/>
          <w:numId w:val="12"/>
        </w:numPr>
        <w:spacing w:after="0"/>
        <w:ind w:left="144" w:hanging="144"/>
        <w:rPr>
          <w:rFonts w:ascii="Times New Roman" w:hAnsi="Times New Roman" w:cs="Times New Roman"/>
          <w:sz w:val="24"/>
          <w:szCs w:val="24"/>
        </w:rPr>
      </w:pPr>
      <w:r w:rsidRPr="00FC2615">
        <w:rPr>
          <w:rFonts w:ascii="Times New Roman" w:hAnsi="Times New Roman" w:cs="Times New Roman"/>
          <w:sz w:val="24"/>
          <w:szCs w:val="24"/>
        </w:rPr>
        <w:t xml:space="preserve">  </w:t>
      </w:r>
      <w:proofErr w:type="spellStart"/>
      <w:r w:rsidR="00EB352E" w:rsidRPr="00FC2615">
        <w:rPr>
          <w:rFonts w:ascii="Times New Roman" w:hAnsi="Times New Roman" w:cs="Times New Roman"/>
          <w:sz w:val="24"/>
          <w:szCs w:val="24"/>
        </w:rPr>
        <w:t>Fiecare</w:t>
      </w:r>
      <w:proofErr w:type="spellEnd"/>
      <w:r w:rsidR="00EB352E" w:rsidRPr="00FC2615">
        <w:rPr>
          <w:rFonts w:ascii="Times New Roman" w:hAnsi="Times New Roman" w:cs="Times New Roman"/>
          <w:sz w:val="24"/>
          <w:szCs w:val="24"/>
        </w:rPr>
        <w:t xml:space="preserve"> </w:t>
      </w:r>
      <w:proofErr w:type="spellStart"/>
      <w:r w:rsidR="00EB352E" w:rsidRPr="00FC2615">
        <w:rPr>
          <w:rFonts w:ascii="Times New Roman" w:hAnsi="Times New Roman" w:cs="Times New Roman"/>
          <w:sz w:val="24"/>
          <w:szCs w:val="24"/>
        </w:rPr>
        <w:t>pubelă</w:t>
      </w:r>
      <w:proofErr w:type="spellEnd"/>
      <w:r w:rsidR="00EB352E" w:rsidRPr="00FC2615">
        <w:rPr>
          <w:rFonts w:ascii="Times New Roman" w:hAnsi="Times New Roman" w:cs="Times New Roman"/>
          <w:sz w:val="24"/>
          <w:szCs w:val="24"/>
        </w:rPr>
        <w:t xml:space="preserve"> </w:t>
      </w:r>
      <w:proofErr w:type="spellStart"/>
      <w:r w:rsidR="00EB352E" w:rsidRPr="00FC2615">
        <w:rPr>
          <w:rFonts w:ascii="Times New Roman" w:hAnsi="Times New Roman" w:cs="Times New Roman"/>
          <w:sz w:val="24"/>
          <w:szCs w:val="24"/>
        </w:rPr>
        <w:t>va</w:t>
      </w:r>
      <w:proofErr w:type="spellEnd"/>
      <w:r w:rsidR="00EB352E" w:rsidRPr="00FC2615">
        <w:rPr>
          <w:rFonts w:ascii="Times New Roman" w:hAnsi="Times New Roman" w:cs="Times New Roman"/>
          <w:sz w:val="24"/>
          <w:szCs w:val="24"/>
        </w:rPr>
        <w:t xml:space="preserve"> fi </w:t>
      </w:r>
      <w:proofErr w:type="spellStart"/>
      <w:r w:rsidR="00EB352E" w:rsidRPr="00FC2615">
        <w:rPr>
          <w:rFonts w:ascii="Times New Roman" w:hAnsi="Times New Roman" w:cs="Times New Roman"/>
          <w:sz w:val="24"/>
          <w:szCs w:val="24"/>
        </w:rPr>
        <w:t>inscripționată</w:t>
      </w:r>
      <w:proofErr w:type="spellEnd"/>
      <w:r w:rsidR="00EB352E" w:rsidRPr="00FC2615">
        <w:rPr>
          <w:rFonts w:ascii="Times New Roman" w:hAnsi="Times New Roman" w:cs="Times New Roman"/>
          <w:sz w:val="24"/>
          <w:szCs w:val="24"/>
        </w:rPr>
        <w:t xml:space="preserve"> cu </w:t>
      </w:r>
      <w:proofErr w:type="spellStart"/>
      <w:r w:rsidR="00EB352E" w:rsidRPr="00FC2615">
        <w:rPr>
          <w:rFonts w:ascii="Times New Roman" w:hAnsi="Times New Roman" w:cs="Times New Roman"/>
          <w:sz w:val="24"/>
          <w:szCs w:val="24"/>
        </w:rPr>
        <w:t>destinația</w:t>
      </w:r>
      <w:proofErr w:type="spellEnd"/>
      <w:r w:rsidR="00EB352E" w:rsidRPr="00FC2615">
        <w:rPr>
          <w:rFonts w:ascii="Times New Roman" w:hAnsi="Times New Roman" w:cs="Times New Roman"/>
          <w:sz w:val="24"/>
          <w:szCs w:val="24"/>
        </w:rPr>
        <w:t xml:space="preserve"> </w:t>
      </w:r>
      <w:proofErr w:type="spellStart"/>
      <w:r w:rsidR="00EB352E" w:rsidRPr="00FC2615">
        <w:rPr>
          <w:rFonts w:ascii="Times New Roman" w:hAnsi="Times New Roman" w:cs="Times New Roman"/>
          <w:sz w:val="24"/>
          <w:szCs w:val="24"/>
        </w:rPr>
        <w:t>utilizării</w:t>
      </w:r>
      <w:proofErr w:type="spellEnd"/>
      <w:r w:rsidR="00EB352E" w:rsidRPr="00FC2615">
        <w:rPr>
          <w:rFonts w:ascii="Times New Roman" w:hAnsi="Times New Roman" w:cs="Times New Roman"/>
          <w:sz w:val="24"/>
          <w:szCs w:val="24"/>
        </w:rPr>
        <w:t>;</w:t>
      </w:r>
    </w:p>
    <w:p w14:paraId="22198BDF" w14:textId="02A4C4D5" w:rsidR="004F4C2E" w:rsidRPr="00944D69" w:rsidRDefault="004F4C2E" w:rsidP="000A0B7F">
      <w:pPr>
        <w:pStyle w:val="ae"/>
        <w:spacing w:after="0"/>
        <w:ind w:left="144"/>
        <w:rPr>
          <w:rFonts w:ascii="Times New Roman" w:hAnsi="Times New Roman" w:cs="Times New Roman"/>
          <w:sz w:val="24"/>
          <w:szCs w:val="24"/>
        </w:rPr>
      </w:pPr>
    </w:p>
    <w:sectPr w:rsidR="004F4C2E" w:rsidRPr="00944D69" w:rsidSect="00455D3C">
      <w:footerReference w:type="default" r:id="rId13"/>
      <w:pgSz w:w="12240" w:h="15840"/>
      <w:pgMar w:top="567"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BFA132" w14:textId="77777777" w:rsidR="00C67872" w:rsidRDefault="00C67872" w:rsidP="00AB7C6C">
      <w:pPr>
        <w:spacing w:after="0" w:line="240" w:lineRule="auto"/>
      </w:pPr>
      <w:r>
        <w:separator/>
      </w:r>
    </w:p>
  </w:endnote>
  <w:endnote w:type="continuationSeparator" w:id="0">
    <w:p w14:paraId="57B43CFD" w14:textId="77777777" w:rsidR="00C67872" w:rsidRDefault="00C67872" w:rsidP="00AB7C6C">
      <w:pPr>
        <w:spacing w:after="0" w:line="240" w:lineRule="auto"/>
      </w:pPr>
      <w:r>
        <w:continuationSeparator/>
      </w:r>
    </w:p>
  </w:endnote>
  <w:endnote w:id="1">
    <w:p w14:paraId="6F4E5732" w14:textId="2E435476" w:rsidR="00AB7C6C" w:rsidRPr="00AB7C6C" w:rsidRDefault="00AB7C6C">
      <w:pPr>
        <w:pStyle w:val="aff9"/>
        <w:rPr>
          <w:lang w:val="ro-RO"/>
        </w:rPr>
      </w:pPr>
      <w:r>
        <w:rPr>
          <w:rStyle w:val="affb"/>
        </w:rPr>
        <w:endnoteRef/>
      </w:r>
      <w:r>
        <w:t xml:space="preserve"> </w:t>
      </w:r>
      <w:hyperlink r:id="rId1" w:history="1">
        <w:r w:rsidRPr="003D5BAA">
          <w:rPr>
            <w:rStyle w:val="affc"/>
          </w:rPr>
          <w:t>https://www.en-standard.eu/bs-en-1501-1-2021-refuse-collection-vehicles-general-requirements-and-safety-requirements-rear-loaded-refuse-collection-vehicles/?srsltid=AfmBOoo87HfdEC4rwrH2dBgWrZh35b9ltFXzDO0snIHEpdEnzV8zIVY6</w:t>
        </w:r>
      </w:hyperlink>
      <w:r>
        <w:t xml:space="preserve"> </w:t>
      </w:r>
    </w:p>
  </w:endnote>
  <w:endnote w:id="2">
    <w:p w14:paraId="2D709A0B" w14:textId="1E0711A0" w:rsidR="00AB7C6C" w:rsidRPr="000540D9" w:rsidRDefault="00AB7C6C">
      <w:pPr>
        <w:pStyle w:val="aff9"/>
        <w:rPr>
          <w:lang w:val="ro-RO"/>
        </w:rPr>
      </w:pPr>
      <w:r>
        <w:rPr>
          <w:rStyle w:val="affb"/>
        </w:rPr>
        <w:endnoteRef/>
      </w:r>
      <w:r w:rsidRPr="000540D9">
        <w:rPr>
          <w:lang w:val="ro-RO"/>
        </w:rPr>
        <w:t xml:space="preserve"> </w:t>
      </w:r>
      <w:hyperlink r:id="rId2" w:history="1">
        <w:r w:rsidR="000540D9" w:rsidRPr="003D5BAA">
          <w:rPr>
            <w:rStyle w:val="affc"/>
            <w:lang w:val="ro-RO"/>
          </w:rPr>
          <w:t>https://standard.md/wp-content/uploads/2020/12/Hotararea-nr.-183-din-22.10.2020.pdf</w:t>
        </w:r>
      </w:hyperlink>
      <w:r w:rsidR="000540D9">
        <w:rPr>
          <w:lang w:val="ro-RO"/>
        </w:rPr>
        <w:t xml:space="preserve"> </w:t>
      </w:r>
    </w:p>
  </w:endnote>
  <w:endnote w:id="3">
    <w:p w14:paraId="5F528A3B" w14:textId="73D7F3BB" w:rsidR="003F6917" w:rsidRDefault="003F6917">
      <w:pPr>
        <w:pStyle w:val="aff9"/>
        <w:rPr>
          <w:lang w:val="ro-RO"/>
        </w:rPr>
      </w:pPr>
    </w:p>
    <w:p w14:paraId="3EAE444B" w14:textId="3E7ED8B9" w:rsidR="00F84A3E" w:rsidRDefault="00F84A3E">
      <w:pPr>
        <w:pStyle w:val="aff9"/>
        <w:rPr>
          <w:lang w:val="ro-RO"/>
        </w:rPr>
      </w:pPr>
    </w:p>
    <w:p w14:paraId="234D0521" w14:textId="5CCA873F" w:rsidR="00F84A3E" w:rsidRDefault="00F84A3E">
      <w:pPr>
        <w:pStyle w:val="aff9"/>
        <w:rPr>
          <w:lang w:val="ro-RO"/>
        </w:rPr>
      </w:pPr>
    </w:p>
    <w:p w14:paraId="16C619C5" w14:textId="77777777" w:rsidR="00455D3C" w:rsidRPr="00455D3C" w:rsidRDefault="00F84A3E" w:rsidP="00F84A3E">
      <w:pPr>
        <w:spacing w:after="0"/>
        <w:rPr>
          <w:rFonts w:ascii="Times New Roman" w:hAnsi="Times New Roman" w:cs="Times New Roman"/>
          <w:b/>
          <w:sz w:val="24"/>
          <w:szCs w:val="24"/>
        </w:rPr>
      </w:pPr>
      <w:proofErr w:type="spellStart"/>
      <w:r w:rsidRPr="00F84A3E">
        <w:rPr>
          <w:rFonts w:ascii="Times New Roman" w:hAnsi="Times New Roman" w:cs="Times New Roman"/>
          <w:sz w:val="24"/>
          <w:szCs w:val="24"/>
        </w:rPr>
        <w:t>Autoritatea</w:t>
      </w:r>
      <w:proofErr w:type="spellEnd"/>
      <w:r w:rsidRPr="00F84A3E">
        <w:rPr>
          <w:rFonts w:ascii="Times New Roman" w:hAnsi="Times New Roman" w:cs="Times New Roman"/>
          <w:sz w:val="24"/>
          <w:szCs w:val="24"/>
        </w:rPr>
        <w:t xml:space="preserve"> </w:t>
      </w:r>
      <w:proofErr w:type="spellStart"/>
      <w:r w:rsidRPr="00F84A3E">
        <w:rPr>
          <w:rFonts w:ascii="Times New Roman" w:hAnsi="Times New Roman" w:cs="Times New Roman"/>
          <w:sz w:val="24"/>
          <w:szCs w:val="24"/>
        </w:rPr>
        <w:t>contractantă</w:t>
      </w:r>
      <w:proofErr w:type="spellEnd"/>
      <w:r w:rsidRPr="00F84A3E">
        <w:rPr>
          <w:rFonts w:ascii="Times New Roman" w:hAnsi="Times New Roman" w:cs="Times New Roman"/>
          <w:sz w:val="24"/>
          <w:szCs w:val="24"/>
        </w:rPr>
        <w:t xml:space="preserve">  </w:t>
      </w:r>
      <w:proofErr w:type="spellStart"/>
      <w:r w:rsidR="00455D3C" w:rsidRPr="00455D3C">
        <w:rPr>
          <w:rFonts w:ascii="Times New Roman" w:hAnsi="Times New Roman" w:cs="Times New Roman"/>
          <w:b/>
          <w:sz w:val="24"/>
          <w:szCs w:val="24"/>
        </w:rPr>
        <w:t>Grigoraș</w:t>
      </w:r>
      <w:proofErr w:type="spellEnd"/>
      <w:r w:rsidR="00455D3C" w:rsidRPr="00455D3C">
        <w:rPr>
          <w:rFonts w:ascii="Times New Roman" w:hAnsi="Times New Roman" w:cs="Times New Roman"/>
          <w:b/>
          <w:sz w:val="24"/>
          <w:szCs w:val="24"/>
        </w:rPr>
        <w:t xml:space="preserve"> Gheorghe, </w:t>
      </w:r>
      <w:proofErr w:type="spellStart"/>
      <w:r w:rsidR="00455D3C" w:rsidRPr="00455D3C">
        <w:rPr>
          <w:rFonts w:ascii="Times New Roman" w:hAnsi="Times New Roman" w:cs="Times New Roman"/>
          <w:b/>
          <w:sz w:val="24"/>
          <w:szCs w:val="24"/>
        </w:rPr>
        <w:t>președintele</w:t>
      </w:r>
      <w:proofErr w:type="spellEnd"/>
      <w:r w:rsidR="00455D3C" w:rsidRPr="00455D3C">
        <w:rPr>
          <w:rFonts w:ascii="Times New Roman" w:hAnsi="Times New Roman" w:cs="Times New Roman"/>
          <w:b/>
          <w:sz w:val="24"/>
          <w:szCs w:val="24"/>
        </w:rPr>
        <w:t xml:space="preserve"> </w:t>
      </w:r>
      <w:proofErr w:type="spellStart"/>
      <w:r w:rsidR="00455D3C" w:rsidRPr="00455D3C">
        <w:rPr>
          <w:rFonts w:ascii="Times New Roman" w:hAnsi="Times New Roman" w:cs="Times New Roman"/>
          <w:b/>
          <w:sz w:val="24"/>
          <w:szCs w:val="24"/>
        </w:rPr>
        <w:t>grupului</w:t>
      </w:r>
      <w:proofErr w:type="spellEnd"/>
      <w:r w:rsidR="00455D3C" w:rsidRPr="00455D3C">
        <w:rPr>
          <w:rFonts w:ascii="Times New Roman" w:hAnsi="Times New Roman" w:cs="Times New Roman"/>
          <w:b/>
          <w:sz w:val="24"/>
          <w:szCs w:val="24"/>
        </w:rPr>
        <w:t xml:space="preserve"> de </w:t>
      </w:r>
      <w:proofErr w:type="spellStart"/>
      <w:r w:rsidR="00455D3C" w:rsidRPr="00455D3C">
        <w:rPr>
          <w:rFonts w:ascii="Times New Roman" w:hAnsi="Times New Roman" w:cs="Times New Roman"/>
          <w:b/>
          <w:sz w:val="24"/>
          <w:szCs w:val="24"/>
        </w:rPr>
        <w:t>lucru</w:t>
      </w:r>
      <w:proofErr w:type="spellEnd"/>
      <w:r w:rsidRPr="00455D3C">
        <w:rPr>
          <w:rFonts w:ascii="Times New Roman" w:hAnsi="Times New Roman" w:cs="Times New Roman"/>
          <w:b/>
          <w:sz w:val="24"/>
          <w:szCs w:val="24"/>
        </w:rPr>
        <w:t xml:space="preserve">                     </w:t>
      </w:r>
    </w:p>
    <w:p w14:paraId="0B1E1C87" w14:textId="77777777" w:rsidR="00455D3C" w:rsidRDefault="00455D3C" w:rsidP="00F84A3E">
      <w:pPr>
        <w:spacing w:after="0"/>
        <w:rPr>
          <w:rFonts w:ascii="Times New Roman" w:hAnsi="Times New Roman" w:cs="Times New Roman"/>
          <w:sz w:val="24"/>
          <w:szCs w:val="24"/>
        </w:rPr>
      </w:pPr>
    </w:p>
    <w:p w14:paraId="60B367EF" w14:textId="48D76A84" w:rsidR="00F84A3E" w:rsidRPr="00F84A3E" w:rsidRDefault="00F84A3E" w:rsidP="00F84A3E">
      <w:pPr>
        <w:spacing w:after="0"/>
        <w:rPr>
          <w:rFonts w:ascii="Times New Roman" w:hAnsi="Times New Roman" w:cs="Times New Roman"/>
          <w:sz w:val="24"/>
          <w:szCs w:val="24"/>
        </w:rPr>
      </w:pPr>
      <w:r w:rsidRPr="00F84A3E">
        <w:rPr>
          <w:rFonts w:ascii="Times New Roman" w:hAnsi="Times New Roman" w:cs="Times New Roman"/>
          <w:sz w:val="24"/>
          <w:szCs w:val="24"/>
        </w:rPr>
        <w:t>Data „</w:t>
      </w:r>
      <w:r w:rsidR="00455D3C">
        <w:rPr>
          <w:rFonts w:ascii="Times New Roman" w:hAnsi="Times New Roman" w:cs="Times New Roman"/>
          <w:sz w:val="24"/>
          <w:szCs w:val="24"/>
        </w:rPr>
        <w:t>28</w:t>
      </w:r>
      <w:r w:rsidRPr="00F84A3E">
        <w:rPr>
          <w:rFonts w:ascii="Times New Roman" w:hAnsi="Times New Roman" w:cs="Times New Roman"/>
          <w:sz w:val="24"/>
          <w:szCs w:val="24"/>
        </w:rPr>
        <w:t>”</w:t>
      </w:r>
      <w:r w:rsidR="00455D3C">
        <w:rPr>
          <w:rFonts w:ascii="Times New Roman" w:hAnsi="Times New Roman" w:cs="Times New Roman"/>
          <w:sz w:val="24"/>
          <w:szCs w:val="24"/>
        </w:rPr>
        <w:t>ianuarie 2026</w:t>
      </w:r>
      <w:bookmarkStart w:id="2" w:name="_GoBack"/>
      <w:bookmarkEnd w:id="2"/>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4780776"/>
      <w:docPartObj>
        <w:docPartGallery w:val="Page Numbers (Bottom of Page)"/>
        <w:docPartUnique/>
      </w:docPartObj>
    </w:sdtPr>
    <w:sdtEndPr>
      <w:rPr>
        <w:noProof/>
      </w:rPr>
    </w:sdtEndPr>
    <w:sdtContent>
      <w:p w14:paraId="1D5F6183" w14:textId="1946C5B7" w:rsidR="00BF263F" w:rsidRDefault="00BF263F">
        <w:pPr>
          <w:pStyle w:val="a7"/>
          <w:jc w:val="center"/>
        </w:pPr>
        <w:r>
          <w:fldChar w:fldCharType="begin"/>
        </w:r>
        <w:r>
          <w:instrText xml:space="preserve"> PAGE   \* MERGEFORMAT </w:instrText>
        </w:r>
        <w:r>
          <w:fldChar w:fldCharType="separate"/>
        </w:r>
        <w:r w:rsidR="00455D3C">
          <w:rPr>
            <w:noProof/>
          </w:rPr>
          <w:t>5</w:t>
        </w:r>
        <w:r>
          <w:rPr>
            <w:noProof/>
          </w:rPr>
          <w:fldChar w:fldCharType="end"/>
        </w:r>
      </w:p>
    </w:sdtContent>
  </w:sdt>
  <w:p w14:paraId="7D16C52B" w14:textId="77777777" w:rsidR="00BF263F" w:rsidRDefault="00BF263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43C85" w14:textId="77777777" w:rsidR="00C67872" w:rsidRDefault="00C67872" w:rsidP="00AB7C6C">
      <w:pPr>
        <w:spacing w:after="0" w:line="240" w:lineRule="auto"/>
      </w:pPr>
      <w:r>
        <w:separator/>
      </w:r>
    </w:p>
  </w:footnote>
  <w:footnote w:type="continuationSeparator" w:id="0">
    <w:p w14:paraId="7FC9BC8D" w14:textId="77777777" w:rsidR="00C67872" w:rsidRDefault="00C67872" w:rsidP="00AB7C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074E7A5E"/>
    <w:multiLevelType w:val="multilevel"/>
    <w:tmpl w:val="86FA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70B83C"/>
    <w:multiLevelType w:val="hybridMultilevel"/>
    <w:tmpl w:val="E7E84BD6"/>
    <w:lvl w:ilvl="0" w:tplc="A0461D78">
      <w:start w:val="1"/>
      <w:numFmt w:val="bullet"/>
      <w:lvlText w:val=""/>
      <w:lvlJc w:val="left"/>
      <w:pPr>
        <w:ind w:left="720" w:hanging="360"/>
      </w:pPr>
      <w:rPr>
        <w:rFonts w:ascii="Symbol" w:hAnsi="Symbol" w:hint="default"/>
      </w:rPr>
    </w:lvl>
    <w:lvl w:ilvl="1" w:tplc="D46003D0">
      <w:start w:val="1"/>
      <w:numFmt w:val="bullet"/>
      <w:lvlText w:val="o"/>
      <w:lvlJc w:val="left"/>
      <w:pPr>
        <w:ind w:left="1440" w:hanging="360"/>
      </w:pPr>
      <w:rPr>
        <w:rFonts w:ascii="Courier New" w:hAnsi="Courier New" w:hint="default"/>
      </w:rPr>
    </w:lvl>
    <w:lvl w:ilvl="2" w:tplc="883A9140">
      <w:start w:val="1"/>
      <w:numFmt w:val="bullet"/>
      <w:lvlText w:val=""/>
      <w:lvlJc w:val="left"/>
      <w:pPr>
        <w:ind w:left="2160" w:hanging="360"/>
      </w:pPr>
      <w:rPr>
        <w:rFonts w:ascii="Wingdings" w:hAnsi="Wingdings" w:hint="default"/>
      </w:rPr>
    </w:lvl>
    <w:lvl w:ilvl="3" w:tplc="C2BE878C">
      <w:start w:val="1"/>
      <w:numFmt w:val="bullet"/>
      <w:lvlText w:val=""/>
      <w:lvlJc w:val="left"/>
      <w:pPr>
        <w:ind w:left="2880" w:hanging="360"/>
      </w:pPr>
      <w:rPr>
        <w:rFonts w:ascii="Symbol" w:hAnsi="Symbol" w:hint="default"/>
      </w:rPr>
    </w:lvl>
    <w:lvl w:ilvl="4" w:tplc="78A6175E">
      <w:start w:val="1"/>
      <w:numFmt w:val="bullet"/>
      <w:lvlText w:val="o"/>
      <w:lvlJc w:val="left"/>
      <w:pPr>
        <w:ind w:left="3600" w:hanging="360"/>
      </w:pPr>
      <w:rPr>
        <w:rFonts w:ascii="Courier New" w:hAnsi="Courier New" w:hint="default"/>
      </w:rPr>
    </w:lvl>
    <w:lvl w:ilvl="5" w:tplc="E812AFCC">
      <w:start w:val="1"/>
      <w:numFmt w:val="bullet"/>
      <w:lvlText w:val=""/>
      <w:lvlJc w:val="left"/>
      <w:pPr>
        <w:ind w:left="4320" w:hanging="360"/>
      </w:pPr>
      <w:rPr>
        <w:rFonts w:ascii="Wingdings" w:hAnsi="Wingdings" w:hint="default"/>
      </w:rPr>
    </w:lvl>
    <w:lvl w:ilvl="6" w:tplc="AB50C61C">
      <w:start w:val="1"/>
      <w:numFmt w:val="bullet"/>
      <w:lvlText w:val=""/>
      <w:lvlJc w:val="left"/>
      <w:pPr>
        <w:ind w:left="5040" w:hanging="360"/>
      </w:pPr>
      <w:rPr>
        <w:rFonts w:ascii="Symbol" w:hAnsi="Symbol" w:hint="default"/>
      </w:rPr>
    </w:lvl>
    <w:lvl w:ilvl="7" w:tplc="995E1968">
      <w:start w:val="1"/>
      <w:numFmt w:val="bullet"/>
      <w:lvlText w:val="o"/>
      <w:lvlJc w:val="left"/>
      <w:pPr>
        <w:ind w:left="5760" w:hanging="360"/>
      </w:pPr>
      <w:rPr>
        <w:rFonts w:ascii="Courier New" w:hAnsi="Courier New" w:hint="default"/>
      </w:rPr>
    </w:lvl>
    <w:lvl w:ilvl="8" w:tplc="1A8E2828">
      <w:start w:val="1"/>
      <w:numFmt w:val="bullet"/>
      <w:lvlText w:val=""/>
      <w:lvlJc w:val="left"/>
      <w:pPr>
        <w:ind w:left="6480" w:hanging="360"/>
      </w:pPr>
      <w:rPr>
        <w:rFonts w:ascii="Wingdings" w:hAnsi="Wingdings" w:hint="default"/>
      </w:rPr>
    </w:lvl>
  </w:abstractNum>
  <w:abstractNum w:abstractNumId="12">
    <w:nsid w:val="31735730"/>
    <w:multiLevelType w:val="hybridMultilevel"/>
    <w:tmpl w:val="A880B376"/>
    <w:lvl w:ilvl="0" w:tplc="0BE80F5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A17BE9"/>
    <w:multiLevelType w:val="multilevel"/>
    <w:tmpl w:val="EF98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47257C"/>
    <w:multiLevelType w:val="hybridMultilevel"/>
    <w:tmpl w:val="9A82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B454EC"/>
    <w:multiLevelType w:val="hybridMultilevel"/>
    <w:tmpl w:val="14601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5F5FF3"/>
    <w:multiLevelType w:val="hybridMultilevel"/>
    <w:tmpl w:val="5F909A60"/>
    <w:lvl w:ilvl="0" w:tplc="C0087DB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6"/>
  </w:num>
  <w:num w:numId="4">
    <w:abstractNumId w:val="5"/>
  </w:num>
  <w:num w:numId="5">
    <w:abstractNumId w:val="4"/>
  </w:num>
  <w:num w:numId="6">
    <w:abstractNumId w:val="7"/>
  </w:num>
  <w:num w:numId="7">
    <w:abstractNumId w:val="3"/>
  </w:num>
  <w:num w:numId="8">
    <w:abstractNumId w:val="2"/>
  </w:num>
  <w:num w:numId="9">
    <w:abstractNumId w:val="1"/>
  </w:num>
  <w:num w:numId="10">
    <w:abstractNumId w:val="0"/>
  </w:num>
  <w:num w:numId="11">
    <w:abstractNumId w:val="9"/>
  </w:num>
  <w:num w:numId="12">
    <w:abstractNumId w:val="16"/>
  </w:num>
  <w:num w:numId="13">
    <w:abstractNumId w:val="14"/>
  </w:num>
  <w:num w:numId="14">
    <w:abstractNumId w:val="15"/>
  </w:num>
  <w:num w:numId="15">
    <w:abstractNumId w:val="12"/>
  </w:num>
  <w:num w:numId="16">
    <w:abstractNumId w:val="17"/>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4E6E"/>
    <w:rsid w:val="00034616"/>
    <w:rsid w:val="00035323"/>
    <w:rsid w:val="000369DF"/>
    <w:rsid w:val="00044E23"/>
    <w:rsid w:val="000471B9"/>
    <w:rsid w:val="00053F25"/>
    <w:rsid w:val="000540D9"/>
    <w:rsid w:val="0006063C"/>
    <w:rsid w:val="00090AAB"/>
    <w:rsid w:val="000A008E"/>
    <w:rsid w:val="000A0B7F"/>
    <w:rsid w:val="000B1FB3"/>
    <w:rsid w:val="000C0F3D"/>
    <w:rsid w:val="000C4C58"/>
    <w:rsid w:val="000C5C24"/>
    <w:rsid w:val="000C7EE1"/>
    <w:rsid w:val="000E6731"/>
    <w:rsid w:val="0010388D"/>
    <w:rsid w:val="00105771"/>
    <w:rsid w:val="00110B75"/>
    <w:rsid w:val="00121D21"/>
    <w:rsid w:val="00125263"/>
    <w:rsid w:val="001252CE"/>
    <w:rsid w:val="00131E35"/>
    <w:rsid w:val="00140681"/>
    <w:rsid w:val="00141C01"/>
    <w:rsid w:val="00144E84"/>
    <w:rsid w:val="0015074B"/>
    <w:rsid w:val="00150C69"/>
    <w:rsid w:val="001552DE"/>
    <w:rsid w:val="0016310B"/>
    <w:rsid w:val="00180077"/>
    <w:rsid w:val="00182013"/>
    <w:rsid w:val="00185A9F"/>
    <w:rsid w:val="001A25FB"/>
    <w:rsid w:val="001B22EA"/>
    <w:rsid w:val="001C58B0"/>
    <w:rsid w:val="001C62FF"/>
    <w:rsid w:val="001D215C"/>
    <w:rsid w:val="001D3775"/>
    <w:rsid w:val="001F094E"/>
    <w:rsid w:val="0020049F"/>
    <w:rsid w:val="00213BF7"/>
    <w:rsid w:val="002272DD"/>
    <w:rsid w:val="002346E9"/>
    <w:rsid w:val="00241B9E"/>
    <w:rsid w:val="0026105A"/>
    <w:rsid w:val="00266A4F"/>
    <w:rsid w:val="00275DC8"/>
    <w:rsid w:val="00284CF7"/>
    <w:rsid w:val="00287D5B"/>
    <w:rsid w:val="0029639D"/>
    <w:rsid w:val="002A17BD"/>
    <w:rsid w:val="002A6DD1"/>
    <w:rsid w:val="002B0DEE"/>
    <w:rsid w:val="002B1452"/>
    <w:rsid w:val="002C1A89"/>
    <w:rsid w:val="002D122A"/>
    <w:rsid w:val="002D28C9"/>
    <w:rsid w:val="002D2AB9"/>
    <w:rsid w:val="002D4AE6"/>
    <w:rsid w:val="002E15B9"/>
    <w:rsid w:val="00302292"/>
    <w:rsid w:val="003116A6"/>
    <w:rsid w:val="003141CF"/>
    <w:rsid w:val="00326F90"/>
    <w:rsid w:val="00334355"/>
    <w:rsid w:val="003343C6"/>
    <w:rsid w:val="0033794B"/>
    <w:rsid w:val="00352159"/>
    <w:rsid w:val="003712B9"/>
    <w:rsid w:val="00396B17"/>
    <w:rsid w:val="003970E0"/>
    <w:rsid w:val="003B0645"/>
    <w:rsid w:val="003B074E"/>
    <w:rsid w:val="003D0C3E"/>
    <w:rsid w:val="003D4058"/>
    <w:rsid w:val="003E14C1"/>
    <w:rsid w:val="003E2A90"/>
    <w:rsid w:val="003F28FD"/>
    <w:rsid w:val="003F6917"/>
    <w:rsid w:val="004015D0"/>
    <w:rsid w:val="0040521A"/>
    <w:rsid w:val="0043060D"/>
    <w:rsid w:val="00431255"/>
    <w:rsid w:val="00443130"/>
    <w:rsid w:val="00451B76"/>
    <w:rsid w:val="00451F14"/>
    <w:rsid w:val="00454392"/>
    <w:rsid w:val="00455D3C"/>
    <w:rsid w:val="00456BF9"/>
    <w:rsid w:val="00472C13"/>
    <w:rsid w:val="00484064"/>
    <w:rsid w:val="00487697"/>
    <w:rsid w:val="00492B56"/>
    <w:rsid w:val="004A55F3"/>
    <w:rsid w:val="004A606D"/>
    <w:rsid w:val="004B4CED"/>
    <w:rsid w:val="004C6F79"/>
    <w:rsid w:val="004E1641"/>
    <w:rsid w:val="004E288A"/>
    <w:rsid w:val="004E5B5E"/>
    <w:rsid w:val="004F1EF6"/>
    <w:rsid w:val="004F4C2E"/>
    <w:rsid w:val="00502651"/>
    <w:rsid w:val="00511577"/>
    <w:rsid w:val="00532F96"/>
    <w:rsid w:val="0053558A"/>
    <w:rsid w:val="00545C3C"/>
    <w:rsid w:val="00566DD9"/>
    <w:rsid w:val="0057156B"/>
    <w:rsid w:val="00582B80"/>
    <w:rsid w:val="00584584"/>
    <w:rsid w:val="0059530F"/>
    <w:rsid w:val="005960D6"/>
    <w:rsid w:val="005962E9"/>
    <w:rsid w:val="005D066F"/>
    <w:rsid w:val="005D3FCF"/>
    <w:rsid w:val="005E2529"/>
    <w:rsid w:val="00614CDC"/>
    <w:rsid w:val="00642431"/>
    <w:rsid w:val="00644753"/>
    <w:rsid w:val="0064631D"/>
    <w:rsid w:val="00647FAF"/>
    <w:rsid w:val="00656422"/>
    <w:rsid w:val="00660EB0"/>
    <w:rsid w:val="006633EA"/>
    <w:rsid w:val="006830DB"/>
    <w:rsid w:val="006945BA"/>
    <w:rsid w:val="00694F64"/>
    <w:rsid w:val="006A3627"/>
    <w:rsid w:val="006C76C2"/>
    <w:rsid w:val="006D0EAA"/>
    <w:rsid w:val="006E1EB1"/>
    <w:rsid w:val="00705786"/>
    <w:rsid w:val="00711C8E"/>
    <w:rsid w:val="007144F6"/>
    <w:rsid w:val="0072291E"/>
    <w:rsid w:val="0073253E"/>
    <w:rsid w:val="00734A9A"/>
    <w:rsid w:val="00737971"/>
    <w:rsid w:val="00742648"/>
    <w:rsid w:val="00762E4A"/>
    <w:rsid w:val="00772D75"/>
    <w:rsid w:val="007750E4"/>
    <w:rsid w:val="00777F53"/>
    <w:rsid w:val="00783D12"/>
    <w:rsid w:val="00790DE1"/>
    <w:rsid w:val="007969F4"/>
    <w:rsid w:val="007B4C66"/>
    <w:rsid w:val="007B66CB"/>
    <w:rsid w:val="007B7A51"/>
    <w:rsid w:val="007D1AAD"/>
    <w:rsid w:val="007D31B3"/>
    <w:rsid w:val="007D6166"/>
    <w:rsid w:val="007F0F10"/>
    <w:rsid w:val="007F7266"/>
    <w:rsid w:val="00820EC1"/>
    <w:rsid w:val="00847DA0"/>
    <w:rsid w:val="00850078"/>
    <w:rsid w:val="00856AB3"/>
    <w:rsid w:val="00867498"/>
    <w:rsid w:val="00871FC1"/>
    <w:rsid w:val="00891E7A"/>
    <w:rsid w:val="008A2E35"/>
    <w:rsid w:val="008A5226"/>
    <w:rsid w:val="008B1C7F"/>
    <w:rsid w:val="008B79C2"/>
    <w:rsid w:val="008BE853"/>
    <w:rsid w:val="008C0F91"/>
    <w:rsid w:val="008C5119"/>
    <w:rsid w:val="008C7BB2"/>
    <w:rsid w:val="008D07EE"/>
    <w:rsid w:val="008D5B7D"/>
    <w:rsid w:val="008D6BBA"/>
    <w:rsid w:val="008E4ED1"/>
    <w:rsid w:val="008F7016"/>
    <w:rsid w:val="008F790C"/>
    <w:rsid w:val="009004AA"/>
    <w:rsid w:val="00903F20"/>
    <w:rsid w:val="00904E90"/>
    <w:rsid w:val="009063C2"/>
    <w:rsid w:val="0090645B"/>
    <w:rsid w:val="0091390C"/>
    <w:rsid w:val="00933ECD"/>
    <w:rsid w:val="00944D69"/>
    <w:rsid w:val="00945D8A"/>
    <w:rsid w:val="00950B81"/>
    <w:rsid w:val="00982FFB"/>
    <w:rsid w:val="00991E90"/>
    <w:rsid w:val="0099506E"/>
    <w:rsid w:val="00997A13"/>
    <w:rsid w:val="009A5974"/>
    <w:rsid w:val="009B5CB9"/>
    <w:rsid w:val="009C2E68"/>
    <w:rsid w:val="009E31B5"/>
    <w:rsid w:val="009E7489"/>
    <w:rsid w:val="009F14A7"/>
    <w:rsid w:val="00A03ABF"/>
    <w:rsid w:val="00A11635"/>
    <w:rsid w:val="00A209CC"/>
    <w:rsid w:val="00A33648"/>
    <w:rsid w:val="00A33C99"/>
    <w:rsid w:val="00A3477E"/>
    <w:rsid w:val="00A4452C"/>
    <w:rsid w:val="00A50712"/>
    <w:rsid w:val="00A50714"/>
    <w:rsid w:val="00A51E6A"/>
    <w:rsid w:val="00A61F4F"/>
    <w:rsid w:val="00A65C31"/>
    <w:rsid w:val="00A65E35"/>
    <w:rsid w:val="00A83DB0"/>
    <w:rsid w:val="00A85D4E"/>
    <w:rsid w:val="00A8778A"/>
    <w:rsid w:val="00A906B3"/>
    <w:rsid w:val="00A9511A"/>
    <w:rsid w:val="00A96760"/>
    <w:rsid w:val="00A97D88"/>
    <w:rsid w:val="00AA1D8D"/>
    <w:rsid w:val="00AA20D0"/>
    <w:rsid w:val="00AA7071"/>
    <w:rsid w:val="00AB7C6C"/>
    <w:rsid w:val="00AD770F"/>
    <w:rsid w:val="00AE37E2"/>
    <w:rsid w:val="00AE5CA0"/>
    <w:rsid w:val="00AE5DBF"/>
    <w:rsid w:val="00AF0A2D"/>
    <w:rsid w:val="00AF2465"/>
    <w:rsid w:val="00B1244B"/>
    <w:rsid w:val="00B17674"/>
    <w:rsid w:val="00B4363B"/>
    <w:rsid w:val="00B455AB"/>
    <w:rsid w:val="00B47730"/>
    <w:rsid w:val="00B5155A"/>
    <w:rsid w:val="00B61F6D"/>
    <w:rsid w:val="00B828D0"/>
    <w:rsid w:val="00B92876"/>
    <w:rsid w:val="00B94C1D"/>
    <w:rsid w:val="00BA39E4"/>
    <w:rsid w:val="00BB01B6"/>
    <w:rsid w:val="00BC52EA"/>
    <w:rsid w:val="00BC5B41"/>
    <w:rsid w:val="00BD5717"/>
    <w:rsid w:val="00BF229A"/>
    <w:rsid w:val="00BF263F"/>
    <w:rsid w:val="00BF4833"/>
    <w:rsid w:val="00C041A1"/>
    <w:rsid w:val="00C14AC4"/>
    <w:rsid w:val="00C156CA"/>
    <w:rsid w:val="00C23BEB"/>
    <w:rsid w:val="00C23D57"/>
    <w:rsid w:val="00C2547D"/>
    <w:rsid w:val="00C50D03"/>
    <w:rsid w:val="00C517FA"/>
    <w:rsid w:val="00C61BB7"/>
    <w:rsid w:val="00C67872"/>
    <w:rsid w:val="00C86DB3"/>
    <w:rsid w:val="00C96AF1"/>
    <w:rsid w:val="00CA2DB4"/>
    <w:rsid w:val="00CB0664"/>
    <w:rsid w:val="00CB5C32"/>
    <w:rsid w:val="00CC282E"/>
    <w:rsid w:val="00CE1FA9"/>
    <w:rsid w:val="00CF7720"/>
    <w:rsid w:val="00D04011"/>
    <w:rsid w:val="00D054A8"/>
    <w:rsid w:val="00D07327"/>
    <w:rsid w:val="00D11474"/>
    <w:rsid w:val="00D23332"/>
    <w:rsid w:val="00D256A3"/>
    <w:rsid w:val="00D26002"/>
    <w:rsid w:val="00D3670C"/>
    <w:rsid w:val="00D45129"/>
    <w:rsid w:val="00D54514"/>
    <w:rsid w:val="00D5704A"/>
    <w:rsid w:val="00D57F9C"/>
    <w:rsid w:val="00D63C48"/>
    <w:rsid w:val="00D64536"/>
    <w:rsid w:val="00DA2E6E"/>
    <w:rsid w:val="00DA41A1"/>
    <w:rsid w:val="00DA6006"/>
    <w:rsid w:val="00DB3C1B"/>
    <w:rsid w:val="00DC17DE"/>
    <w:rsid w:val="00DC6117"/>
    <w:rsid w:val="00DC6E88"/>
    <w:rsid w:val="00DD36BE"/>
    <w:rsid w:val="00DE5D3E"/>
    <w:rsid w:val="00DF4698"/>
    <w:rsid w:val="00DF68B8"/>
    <w:rsid w:val="00E04070"/>
    <w:rsid w:val="00E1595B"/>
    <w:rsid w:val="00E15AF5"/>
    <w:rsid w:val="00E24AD4"/>
    <w:rsid w:val="00E25842"/>
    <w:rsid w:val="00E275CB"/>
    <w:rsid w:val="00E314C3"/>
    <w:rsid w:val="00E364DA"/>
    <w:rsid w:val="00E37E06"/>
    <w:rsid w:val="00E43245"/>
    <w:rsid w:val="00E63286"/>
    <w:rsid w:val="00E7043B"/>
    <w:rsid w:val="00E73DAB"/>
    <w:rsid w:val="00EA0AE9"/>
    <w:rsid w:val="00EA5A94"/>
    <w:rsid w:val="00EB08BC"/>
    <w:rsid w:val="00EB13A4"/>
    <w:rsid w:val="00EB352E"/>
    <w:rsid w:val="00EB3A0B"/>
    <w:rsid w:val="00EE679A"/>
    <w:rsid w:val="00EF2E73"/>
    <w:rsid w:val="00F01706"/>
    <w:rsid w:val="00F23297"/>
    <w:rsid w:val="00F254D5"/>
    <w:rsid w:val="00F32BA1"/>
    <w:rsid w:val="00F456BF"/>
    <w:rsid w:val="00F476D3"/>
    <w:rsid w:val="00F54F91"/>
    <w:rsid w:val="00F6601F"/>
    <w:rsid w:val="00F84A3E"/>
    <w:rsid w:val="00F86429"/>
    <w:rsid w:val="00F926D4"/>
    <w:rsid w:val="00F927E3"/>
    <w:rsid w:val="00F960A3"/>
    <w:rsid w:val="00FA2C38"/>
    <w:rsid w:val="00FA4823"/>
    <w:rsid w:val="00FA677A"/>
    <w:rsid w:val="00FC2615"/>
    <w:rsid w:val="00FC4332"/>
    <w:rsid w:val="00FC693F"/>
    <w:rsid w:val="00FC7DC1"/>
    <w:rsid w:val="00FD2DDB"/>
    <w:rsid w:val="00FF4561"/>
    <w:rsid w:val="012CD926"/>
    <w:rsid w:val="01799649"/>
    <w:rsid w:val="02D71755"/>
    <w:rsid w:val="03E84F52"/>
    <w:rsid w:val="053975B2"/>
    <w:rsid w:val="0547785F"/>
    <w:rsid w:val="0568EB62"/>
    <w:rsid w:val="05EA60D9"/>
    <w:rsid w:val="063550DF"/>
    <w:rsid w:val="0662119F"/>
    <w:rsid w:val="06CF8B3F"/>
    <w:rsid w:val="06F3F087"/>
    <w:rsid w:val="07412A02"/>
    <w:rsid w:val="085B7726"/>
    <w:rsid w:val="08ECA604"/>
    <w:rsid w:val="08F24679"/>
    <w:rsid w:val="094175C1"/>
    <w:rsid w:val="09F52FCE"/>
    <w:rsid w:val="09FC1972"/>
    <w:rsid w:val="0B1F6E0A"/>
    <w:rsid w:val="0B775949"/>
    <w:rsid w:val="0C28233F"/>
    <w:rsid w:val="0CE7FC48"/>
    <w:rsid w:val="0D17FA8E"/>
    <w:rsid w:val="0D39344E"/>
    <w:rsid w:val="0EF664B0"/>
    <w:rsid w:val="0F16DCC7"/>
    <w:rsid w:val="0F522511"/>
    <w:rsid w:val="104183E0"/>
    <w:rsid w:val="108B7F92"/>
    <w:rsid w:val="10CA3481"/>
    <w:rsid w:val="11653A98"/>
    <w:rsid w:val="11835455"/>
    <w:rsid w:val="1251DEE6"/>
    <w:rsid w:val="12E26CA5"/>
    <w:rsid w:val="13729889"/>
    <w:rsid w:val="139AA853"/>
    <w:rsid w:val="13B5BF75"/>
    <w:rsid w:val="14704EB3"/>
    <w:rsid w:val="157B5FE4"/>
    <w:rsid w:val="16333B71"/>
    <w:rsid w:val="165B584B"/>
    <w:rsid w:val="16BACA7D"/>
    <w:rsid w:val="16D9EC37"/>
    <w:rsid w:val="17F62F81"/>
    <w:rsid w:val="18D0747D"/>
    <w:rsid w:val="19EC9A89"/>
    <w:rsid w:val="1A469D80"/>
    <w:rsid w:val="1AC624E0"/>
    <w:rsid w:val="1B6A3A9B"/>
    <w:rsid w:val="1C32968A"/>
    <w:rsid w:val="1C4DC4EB"/>
    <w:rsid w:val="1C65DEFF"/>
    <w:rsid w:val="1D7DC464"/>
    <w:rsid w:val="1E355999"/>
    <w:rsid w:val="1E69B071"/>
    <w:rsid w:val="1EDA4A1D"/>
    <w:rsid w:val="1F29CC44"/>
    <w:rsid w:val="20153670"/>
    <w:rsid w:val="208EDC46"/>
    <w:rsid w:val="2099E21B"/>
    <w:rsid w:val="213ABA5B"/>
    <w:rsid w:val="21E89393"/>
    <w:rsid w:val="227AB922"/>
    <w:rsid w:val="22EEEF7F"/>
    <w:rsid w:val="22F1BEA1"/>
    <w:rsid w:val="234C8DA0"/>
    <w:rsid w:val="2387BFE2"/>
    <w:rsid w:val="24190FB7"/>
    <w:rsid w:val="249989A7"/>
    <w:rsid w:val="25A8CB69"/>
    <w:rsid w:val="25E4FF28"/>
    <w:rsid w:val="265334C2"/>
    <w:rsid w:val="265B478F"/>
    <w:rsid w:val="26CEA671"/>
    <w:rsid w:val="26FCE059"/>
    <w:rsid w:val="294B6D15"/>
    <w:rsid w:val="2A3DD66C"/>
    <w:rsid w:val="2A9E0DDC"/>
    <w:rsid w:val="2AFE7AC7"/>
    <w:rsid w:val="2B801D0C"/>
    <w:rsid w:val="2BCA2E3D"/>
    <w:rsid w:val="2C24067D"/>
    <w:rsid w:val="2C3D8F9D"/>
    <w:rsid w:val="2DC678A9"/>
    <w:rsid w:val="2DF69463"/>
    <w:rsid w:val="2E04B6AE"/>
    <w:rsid w:val="2E6FB496"/>
    <w:rsid w:val="2FB1D6FC"/>
    <w:rsid w:val="2FE9B45E"/>
    <w:rsid w:val="300940AA"/>
    <w:rsid w:val="301BA0B3"/>
    <w:rsid w:val="303AFA5B"/>
    <w:rsid w:val="30A6DF8B"/>
    <w:rsid w:val="31CF3FE0"/>
    <w:rsid w:val="32E968DB"/>
    <w:rsid w:val="33466717"/>
    <w:rsid w:val="3350BBD5"/>
    <w:rsid w:val="336D9326"/>
    <w:rsid w:val="33D6AD29"/>
    <w:rsid w:val="33D8AECF"/>
    <w:rsid w:val="342F5EB0"/>
    <w:rsid w:val="344A8570"/>
    <w:rsid w:val="348A1AEE"/>
    <w:rsid w:val="34FCF7BE"/>
    <w:rsid w:val="3537F98B"/>
    <w:rsid w:val="35996321"/>
    <w:rsid w:val="35D1811C"/>
    <w:rsid w:val="35F1DC74"/>
    <w:rsid w:val="360837DC"/>
    <w:rsid w:val="3614ACE5"/>
    <w:rsid w:val="361BA4C9"/>
    <w:rsid w:val="3672E32B"/>
    <w:rsid w:val="37658A26"/>
    <w:rsid w:val="37715AC8"/>
    <w:rsid w:val="37806F19"/>
    <w:rsid w:val="38785369"/>
    <w:rsid w:val="392EC60A"/>
    <w:rsid w:val="3939C81D"/>
    <w:rsid w:val="397FE6F4"/>
    <w:rsid w:val="39A26B7E"/>
    <w:rsid w:val="3A99CEFE"/>
    <w:rsid w:val="3C209F02"/>
    <w:rsid w:val="3CA567EC"/>
    <w:rsid w:val="3DA52712"/>
    <w:rsid w:val="3E3365D1"/>
    <w:rsid w:val="3E9FFE2F"/>
    <w:rsid w:val="3EBAEE29"/>
    <w:rsid w:val="3F581143"/>
    <w:rsid w:val="3FDAB1F8"/>
    <w:rsid w:val="405F72AD"/>
    <w:rsid w:val="4235F57B"/>
    <w:rsid w:val="4239A472"/>
    <w:rsid w:val="42742010"/>
    <w:rsid w:val="4334491D"/>
    <w:rsid w:val="4394BDFF"/>
    <w:rsid w:val="43D831A4"/>
    <w:rsid w:val="44485054"/>
    <w:rsid w:val="455F03AD"/>
    <w:rsid w:val="45AFA31A"/>
    <w:rsid w:val="4621868D"/>
    <w:rsid w:val="46B72FB6"/>
    <w:rsid w:val="472F6BDD"/>
    <w:rsid w:val="476CD372"/>
    <w:rsid w:val="477AF0C5"/>
    <w:rsid w:val="480313E2"/>
    <w:rsid w:val="480A00B9"/>
    <w:rsid w:val="49A620C2"/>
    <w:rsid w:val="4A15CCA1"/>
    <w:rsid w:val="4A4E9C0B"/>
    <w:rsid w:val="4A976A5B"/>
    <w:rsid w:val="4CC3632C"/>
    <w:rsid w:val="4D294500"/>
    <w:rsid w:val="4DCCC65E"/>
    <w:rsid w:val="4E7D81F9"/>
    <w:rsid w:val="4EEB34AD"/>
    <w:rsid w:val="4F614EBB"/>
    <w:rsid w:val="4FC887E8"/>
    <w:rsid w:val="50E0C319"/>
    <w:rsid w:val="531FD636"/>
    <w:rsid w:val="53F62650"/>
    <w:rsid w:val="54D49968"/>
    <w:rsid w:val="55EC2F73"/>
    <w:rsid w:val="56A980E0"/>
    <w:rsid w:val="56D58221"/>
    <w:rsid w:val="5764B8A0"/>
    <w:rsid w:val="58030141"/>
    <w:rsid w:val="5810FC8A"/>
    <w:rsid w:val="58D5268E"/>
    <w:rsid w:val="59796E07"/>
    <w:rsid w:val="597A5FBE"/>
    <w:rsid w:val="5AD50CBE"/>
    <w:rsid w:val="5CED95E9"/>
    <w:rsid w:val="5CF95496"/>
    <w:rsid w:val="5D305CA3"/>
    <w:rsid w:val="5D31111F"/>
    <w:rsid w:val="5D328993"/>
    <w:rsid w:val="5E255E77"/>
    <w:rsid w:val="5E32F08D"/>
    <w:rsid w:val="5EAFCA8D"/>
    <w:rsid w:val="5F630888"/>
    <w:rsid w:val="608DA2F8"/>
    <w:rsid w:val="609DF613"/>
    <w:rsid w:val="60B24C16"/>
    <w:rsid w:val="60D812AE"/>
    <w:rsid w:val="611AC363"/>
    <w:rsid w:val="6237B662"/>
    <w:rsid w:val="62547E75"/>
    <w:rsid w:val="62D32C5D"/>
    <w:rsid w:val="631FD354"/>
    <w:rsid w:val="633F40B6"/>
    <w:rsid w:val="635C3148"/>
    <w:rsid w:val="63BB20DD"/>
    <w:rsid w:val="645063A0"/>
    <w:rsid w:val="647311E5"/>
    <w:rsid w:val="647668E1"/>
    <w:rsid w:val="6549625A"/>
    <w:rsid w:val="65DFC4DB"/>
    <w:rsid w:val="66F216B1"/>
    <w:rsid w:val="67035C2A"/>
    <w:rsid w:val="679467FD"/>
    <w:rsid w:val="67F5747F"/>
    <w:rsid w:val="6826857A"/>
    <w:rsid w:val="68810690"/>
    <w:rsid w:val="68CD6EA3"/>
    <w:rsid w:val="69307D66"/>
    <w:rsid w:val="6960E663"/>
    <w:rsid w:val="696A9BEA"/>
    <w:rsid w:val="69F0FEA9"/>
    <w:rsid w:val="6A3E038E"/>
    <w:rsid w:val="6A409B26"/>
    <w:rsid w:val="6B199E22"/>
    <w:rsid w:val="6C2B3306"/>
    <w:rsid w:val="6CBABD14"/>
    <w:rsid w:val="6D1FAA5C"/>
    <w:rsid w:val="6D3AD56F"/>
    <w:rsid w:val="6E011FC9"/>
    <w:rsid w:val="6E4A3239"/>
    <w:rsid w:val="6EA89427"/>
    <w:rsid w:val="6F51B6A1"/>
    <w:rsid w:val="7088860A"/>
    <w:rsid w:val="70E79D84"/>
    <w:rsid w:val="719074E8"/>
    <w:rsid w:val="72404030"/>
    <w:rsid w:val="731684E0"/>
    <w:rsid w:val="733135BF"/>
    <w:rsid w:val="73C3F8C6"/>
    <w:rsid w:val="743835ED"/>
    <w:rsid w:val="74687F92"/>
    <w:rsid w:val="7473EA7A"/>
    <w:rsid w:val="74C4EC6E"/>
    <w:rsid w:val="74CC11F8"/>
    <w:rsid w:val="74E7CF69"/>
    <w:rsid w:val="75C177AF"/>
    <w:rsid w:val="762FD5B8"/>
    <w:rsid w:val="76381FEF"/>
    <w:rsid w:val="766542AB"/>
    <w:rsid w:val="76772F0B"/>
    <w:rsid w:val="77617D67"/>
    <w:rsid w:val="78B288D4"/>
    <w:rsid w:val="7975F395"/>
    <w:rsid w:val="797C7496"/>
    <w:rsid w:val="799E7EC4"/>
    <w:rsid w:val="7A75597F"/>
    <w:rsid w:val="7AA7F067"/>
    <w:rsid w:val="7AD36865"/>
    <w:rsid w:val="7BE08505"/>
    <w:rsid w:val="7C67BB3F"/>
    <w:rsid w:val="7CF6E4B1"/>
    <w:rsid w:val="7DA944AB"/>
    <w:rsid w:val="7F3BD8E0"/>
    <w:rsid w:val="7F6B331C"/>
    <w:rsid w:val="7FAC954A"/>
    <w:rsid w:val="7FE901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17A2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aliases w:val="HotarirePunct1"/>
    <w:basedOn w:val="a1"/>
    <w:link w:val="af"/>
    <w:uiPriority w:val="34"/>
    <w:qFormat/>
    <w:rsid w:val="00FC693F"/>
    <w:pPr>
      <w:ind w:left="720"/>
      <w:contextualSpacing/>
    </w:pPr>
  </w:style>
  <w:style w:type="paragraph" w:styleId="af0">
    <w:name w:val="Body Text"/>
    <w:basedOn w:val="a1"/>
    <w:link w:val="af1"/>
    <w:uiPriority w:val="99"/>
    <w:unhideWhenUsed/>
    <w:rsid w:val="00AA1D8D"/>
    <w:pPr>
      <w:spacing w:after="120"/>
    </w:pPr>
  </w:style>
  <w:style w:type="character" w:customStyle="1" w:styleId="af1">
    <w:name w:val="Основной текст Знак"/>
    <w:basedOn w:val="a2"/>
    <w:link w:val="af0"/>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2">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2"/>
      </w:numPr>
      <w:contextualSpacing/>
    </w:pPr>
  </w:style>
  <w:style w:type="paragraph" w:styleId="20">
    <w:name w:val="List Bullet 2"/>
    <w:basedOn w:val="a1"/>
    <w:uiPriority w:val="99"/>
    <w:unhideWhenUsed/>
    <w:rsid w:val="00326F90"/>
    <w:pPr>
      <w:numPr>
        <w:numId w:val="3"/>
      </w:numPr>
      <w:contextualSpacing/>
    </w:pPr>
  </w:style>
  <w:style w:type="paragraph" w:styleId="30">
    <w:name w:val="List Bullet 3"/>
    <w:basedOn w:val="a1"/>
    <w:uiPriority w:val="99"/>
    <w:unhideWhenUsed/>
    <w:rsid w:val="00326F90"/>
    <w:pPr>
      <w:numPr>
        <w:numId w:val="4"/>
      </w:numPr>
      <w:contextualSpacing/>
    </w:pPr>
  </w:style>
  <w:style w:type="paragraph" w:styleId="a">
    <w:name w:val="List Number"/>
    <w:basedOn w:val="a1"/>
    <w:uiPriority w:val="99"/>
    <w:unhideWhenUsed/>
    <w:rsid w:val="00326F90"/>
    <w:pPr>
      <w:numPr>
        <w:numId w:val="6"/>
      </w:numPr>
      <w:contextualSpacing/>
    </w:pPr>
  </w:style>
  <w:style w:type="paragraph" w:styleId="2">
    <w:name w:val="List Number 2"/>
    <w:basedOn w:val="a1"/>
    <w:uiPriority w:val="99"/>
    <w:unhideWhenUsed/>
    <w:rsid w:val="0029639D"/>
    <w:pPr>
      <w:numPr>
        <w:numId w:val="7"/>
      </w:numPr>
      <w:contextualSpacing/>
    </w:pPr>
  </w:style>
  <w:style w:type="paragraph" w:styleId="3">
    <w:name w:val="List Number 3"/>
    <w:basedOn w:val="a1"/>
    <w:uiPriority w:val="99"/>
    <w:unhideWhenUsed/>
    <w:rsid w:val="0029639D"/>
    <w:pPr>
      <w:numPr>
        <w:numId w:val="8"/>
      </w:numPr>
      <w:contextualSpacing/>
    </w:pPr>
  </w:style>
  <w:style w:type="paragraph" w:styleId="af3">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4">
    <w:name w:val="macro"/>
    <w:link w:val="af5"/>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5">
    <w:name w:val="Текст макроса Знак"/>
    <w:basedOn w:val="a2"/>
    <w:link w:val="af4"/>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6">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7">
    <w:name w:val="Strong"/>
    <w:basedOn w:val="a2"/>
    <w:uiPriority w:val="22"/>
    <w:qFormat/>
    <w:rsid w:val="00FC693F"/>
    <w:rPr>
      <w:b/>
      <w:bCs/>
    </w:rPr>
  </w:style>
  <w:style w:type="character" w:styleId="af8">
    <w:name w:val="Emphasis"/>
    <w:basedOn w:val="a2"/>
    <w:uiPriority w:val="20"/>
    <w:qFormat/>
    <w:rsid w:val="00FC693F"/>
    <w:rPr>
      <w:i/>
      <w:iCs/>
    </w:rPr>
  </w:style>
  <w:style w:type="paragraph" w:styleId="af9">
    <w:name w:val="Intense Quote"/>
    <w:basedOn w:val="a1"/>
    <w:next w:val="a1"/>
    <w:link w:val="af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a">
    <w:name w:val="Выделенная цитата Знак"/>
    <w:basedOn w:val="a2"/>
    <w:link w:val="af9"/>
    <w:uiPriority w:val="30"/>
    <w:rsid w:val="00FC693F"/>
    <w:rPr>
      <w:b/>
      <w:bCs/>
      <w:i/>
      <w:iCs/>
      <w:color w:val="4F81BD" w:themeColor="accent1"/>
    </w:rPr>
  </w:style>
  <w:style w:type="character" w:styleId="afb">
    <w:name w:val="Subtle Emphasis"/>
    <w:basedOn w:val="a2"/>
    <w:uiPriority w:val="19"/>
    <w:qFormat/>
    <w:rsid w:val="00FC693F"/>
    <w:rPr>
      <w:i/>
      <w:iCs/>
      <w:color w:val="808080" w:themeColor="text1" w:themeTint="7F"/>
    </w:rPr>
  </w:style>
  <w:style w:type="character" w:styleId="afc">
    <w:name w:val="Intense Emphasis"/>
    <w:basedOn w:val="a2"/>
    <w:uiPriority w:val="21"/>
    <w:qFormat/>
    <w:rsid w:val="00FC693F"/>
    <w:rPr>
      <w:b/>
      <w:bCs/>
      <w:i/>
      <w:iCs/>
      <w:color w:val="4F81BD" w:themeColor="accent1"/>
    </w:rPr>
  </w:style>
  <w:style w:type="character" w:styleId="afd">
    <w:name w:val="Subtle Reference"/>
    <w:basedOn w:val="a2"/>
    <w:uiPriority w:val="31"/>
    <w:qFormat/>
    <w:rsid w:val="00FC693F"/>
    <w:rPr>
      <w:smallCaps/>
      <w:color w:val="C0504D" w:themeColor="accent2"/>
      <w:u w:val="single"/>
    </w:rPr>
  </w:style>
  <w:style w:type="character" w:styleId="afe">
    <w:name w:val="Intense Reference"/>
    <w:basedOn w:val="a2"/>
    <w:uiPriority w:val="32"/>
    <w:qFormat/>
    <w:rsid w:val="00FC693F"/>
    <w:rPr>
      <w:b/>
      <w:bCs/>
      <w:smallCaps/>
      <w:color w:val="C0504D" w:themeColor="accent2"/>
      <w:spacing w:val="5"/>
      <w:u w:val="single"/>
    </w:rPr>
  </w:style>
  <w:style w:type="character" w:styleId="aff">
    <w:name w:val="Book Title"/>
    <w:basedOn w:val="a2"/>
    <w:uiPriority w:val="33"/>
    <w:qFormat/>
    <w:rsid w:val="00FC693F"/>
    <w:rPr>
      <w:b/>
      <w:bCs/>
      <w:smallCaps/>
      <w:spacing w:val="5"/>
    </w:rPr>
  </w:style>
  <w:style w:type="paragraph" w:styleId="aff0">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9">
    <w:name w:val="endnote text"/>
    <w:basedOn w:val="a1"/>
    <w:link w:val="affa"/>
    <w:uiPriority w:val="99"/>
    <w:semiHidden/>
    <w:unhideWhenUsed/>
    <w:rsid w:val="00AB7C6C"/>
    <w:pPr>
      <w:spacing w:after="0" w:line="240" w:lineRule="auto"/>
    </w:pPr>
    <w:rPr>
      <w:sz w:val="20"/>
      <w:szCs w:val="20"/>
    </w:rPr>
  </w:style>
  <w:style w:type="character" w:customStyle="1" w:styleId="affa">
    <w:name w:val="Текст концевой сноски Знак"/>
    <w:basedOn w:val="a2"/>
    <w:link w:val="aff9"/>
    <w:uiPriority w:val="99"/>
    <w:semiHidden/>
    <w:rsid w:val="00AB7C6C"/>
    <w:rPr>
      <w:sz w:val="20"/>
      <w:szCs w:val="20"/>
    </w:rPr>
  </w:style>
  <w:style w:type="character" w:styleId="affb">
    <w:name w:val="endnote reference"/>
    <w:basedOn w:val="a2"/>
    <w:uiPriority w:val="99"/>
    <w:semiHidden/>
    <w:unhideWhenUsed/>
    <w:rsid w:val="00AB7C6C"/>
    <w:rPr>
      <w:vertAlign w:val="superscript"/>
    </w:rPr>
  </w:style>
  <w:style w:type="character" w:styleId="affc">
    <w:name w:val="Hyperlink"/>
    <w:basedOn w:val="a2"/>
    <w:uiPriority w:val="99"/>
    <w:unhideWhenUsed/>
    <w:rsid w:val="00AB7C6C"/>
    <w:rPr>
      <w:color w:val="0000FF" w:themeColor="hyperlink"/>
      <w:u w:val="single"/>
    </w:rPr>
  </w:style>
  <w:style w:type="character" w:customStyle="1" w:styleId="14">
    <w:name w:val="Неразрешенное упоминание1"/>
    <w:basedOn w:val="a2"/>
    <w:uiPriority w:val="99"/>
    <w:semiHidden/>
    <w:unhideWhenUsed/>
    <w:rsid w:val="00AB7C6C"/>
    <w:rPr>
      <w:color w:val="605E5C"/>
      <w:shd w:val="clear" w:color="auto" w:fill="E1DFDD"/>
    </w:rPr>
  </w:style>
  <w:style w:type="paragraph" w:styleId="HTML">
    <w:name w:val="HTML Preformatted"/>
    <w:basedOn w:val="a1"/>
    <w:link w:val="HTML0"/>
    <w:uiPriority w:val="99"/>
    <w:semiHidden/>
    <w:unhideWhenUsed/>
    <w:rsid w:val="00C86DB3"/>
    <w:pPr>
      <w:spacing w:after="0" w:line="240" w:lineRule="auto"/>
    </w:pPr>
    <w:rPr>
      <w:rFonts w:ascii="Consolas" w:hAnsi="Consolas"/>
      <w:sz w:val="20"/>
      <w:szCs w:val="20"/>
    </w:rPr>
  </w:style>
  <w:style w:type="character" w:customStyle="1" w:styleId="HTML0">
    <w:name w:val="Стандартный HTML Знак"/>
    <w:basedOn w:val="a2"/>
    <w:link w:val="HTML"/>
    <w:uiPriority w:val="99"/>
    <w:semiHidden/>
    <w:rsid w:val="00C86DB3"/>
    <w:rPr>
      <w:rFonts w:ascii="Consolas" w:hAnsi="Consolas"/>
      <w:sz w:val="20"/>
      <w:szCs w:val="20"/>
    </w:rPr>
  </w:style>
  <w:style w:type="paragraph" w:styleId="affd">
    <w:name w:val="Balloon Text"/>
    <w:basedOn w:val="a1"/>
    <w:link w:val="affe"/>
    <w:uiPriority w:val="99"/>
    <w:semiHidden/>
    <w:unhideWhenUsed/>
    <w:rsid w:val="00EB352E"/>
    <w:pPr>
      <w:spacing w:after="0" w:line="240" w:lineRule="auto"/>
    </w:pPr>
    <w:rPr>
      <w:rFonts w:ascii="Segoe UI" w:hAnsi="Segoe UI" w:cs="Segoe UI"/>
      <w:sz w:val="18"/>
      <w:szCs w:val="18"/>
    </w:rPr>
  </w:style>
  <w:style w:type="character" w:customStyle="1" w:styleId="affe">
    <w:name w:val="Текст выноски Знак"/>
    <w:basedOn w:val="a2"/>
    <w:link w:val="affd"/>
    <w:uiPriority w:val="99"/>
    <w:semiHidden/>
    <w:rsid w:val="00EB352E"/>
    <w:rPr>
      <w:rFonts w:ascii="Segoe UI" w:hAnsi="Segoe UI" w:cs="Segoe UI"/>
      <w:sz w:val="18"/>
      <w:szCs w:val="18"/>
    </w:rPr>
  </w:style>
  <w:style w:type="paragraph" w:styleId="afff">
    <w:name w:val="Revision"/>
    <w:hidden/>
    <w:uiPriority w:val="99"/>
    <w:semiHidden/>
    <w:rsid w:val="00DA41A1"/>
    <w:pPr>
      <w:spacing w:after="0" w:line="240" w:lineRule="auto"/>
    </w:pPr>
  </w:style>
  <w:style w:type="character" w:styleId="afff0">
    <w:name w:val="annotation reference"/>
    <w:basedOn w:val="a2"/>
    <w:uiPriority w:val="99"/>
    <w:semiHidden/>
    <w:unhideWhenUsed/>
    <w:rsid w:val="00DC6117"/>
    <w:rPr>
      <w:sz w:val="16"/>
      <w:szCs w:val="16"/>
    </w:rPr>
  </w:style>
  <w:style w:type="paragraph" w:styleId="afff1">
    <w:name w:val="annotation text"/>
    <w:basedOn w:val="a1"/>
    <w:link w:val="afff2"/>
    <w:uiPriority w:val="99"/>
    <w:unhideWhenUsed/>
    <w:rsid w:val="00DC6117"/>
    <w:pPr>
      <w:spacing w:line="240" w:lineRule="auto"/>
    </w:pPr>
    <w:rPr>
      <w:sz w:val="20"/>
      <w:szCs w:val="20"/>
    </w:rPr>
  </w:style>
  <w:style w:type="character" w:customStyle="1" w:styleId="afff2">
    <w:name w:val="Текст примечания Знак"/>
    <w:basedOn w:val="a2"/>
    <w:link w:val="afff1"/>
    <w:uiPriority w:val="99"/>
    <w:rsid w:val="00DC6117"/>
    <w:rPr>
      <w:sz w:val="20"/>
      <w:szCs w:val="20"/>
    </w:rPr>
  </w:style>
  <w:style w:type="paragraph" w:styleId="afff3">
    <w:name w:val="annotation subject"/>
    <w:basedOn w:val="afff1"/>
    <w:next w:val="afff1"/>
    <w:link w:val="afff4"/>
    <w:uiPriority w:val="99"/>
    <w:semiHidden/>
    <w:unhideWhenUsed/>
    <w:rsid w:val="00DC6117"/>
    <w:rPr>
      <w:b/>
      <w:bCs/>
    </w:rPr>
  </w:style>
  <w:style w:type="character" w:customStyle="1" w:styleId="afff4">
    <w:name w:val="Тема примечания Знак"/>
    <w:basedOn w:val="afff2"/>
    <w:link w:val="afff3"/>
    <w:uiPriority w:val="99"/>
    <w:semiHidden/>
    <w:rsid w:val="00DC6117"/>
    <w:rPr>
      <w:b/>
      <w:bCs/>
      <w:sz w:val="20"/>
      <w:szCs w:val="20"/>
    </w:rPr>
  </w:style>
  <w:style w:type="character" w:customStyle="1" w:styleId="15">
    <w:name w:val="Упомянуть1"/>
    <w:basedOn w:val="a2"/>
    <w:uiPriority w:val="99"/>
    <w:unhideWhenUsed/>
    <w:rsid w:val="00D054A8"/>
    <w:rPr>
      <w:color w:val="2B579A"/>
      <w:shd w:val="clear" w:color="auto" w:fill="E1DFDD"/>
    </w:rPr>
  </w:style>
  <w:style w:type="character" w:customStyle="1" w:styleId="af">
    <w:name w:val="Абзац списка Знак"/>
    <w:aliases w:val="HotarirePunct1 Знак"/>
    <w:link w:val="ae"/>
    <w:uiPriority w:val="34"/>
    <w:locked/>
    <w:rsid w:val="002D4A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aliases w:val="HotarirePunct1"/>
    <w:basedOn w:val="a1"/>
    <w:link w:val="af"/>
    <w:uiPriority w:val="34"/>
    <w:qFormat/>
    <w:rsid w:val="00FC693F"/>
    <w:pPr>
      <w:ind w:left="720"/>
      <w:contextualSpacing/>
    </w:pPr>
  </w:style>
  <w:style w:type="paragraph" w:styleId="af0">
    <w:name w:val="Body Text"/>
    <w:basedOn w:val="a1"/>
    <w:link w:val="af1"/>
    <w:uiPriority w:val="99"/>
    <w:unhideWhenUsed/>
    <w:rsid w:val="00AA1D8D"/>
    <w:pPr>
      <w:spacing w:after="120"/>
    </w:pPr>
  </w:style>
  <w:style w:type="character" w:customStyle="1" w:styleId="af1">
    <w:name w:val="Основной текст Знак"/>
    <w:basedOn w:val="a2"/>
    <w:link w:val="af0"/>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2">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2"/>
      </w:numPr>
      <w:contextualSpacing/>
    </w:pPr>
  </w:style>
  <w:style w:type="paragraph" w:styleId="20">
    <w:name w:val="List Bullet 2"/>
    <w:basedOn w:val="a1"/>
    <w:uiPriority w:val="99"/>
    <w:unhideWhenUsed/>
    <w:rsid w:val="00326F90"/>
    <w:pPr>
      <w:numPr>
        <w:numId w:val="3"/>
      </w:numPr>
      <w:contextualSpacing/>
    </w:pPr>
  </w:style>
  <w:style w:type="paragraph" w:styleId="30">
    <w:name w:val="List Bullet 3"/>
    <w:basedOn w:val="a1"/>
    <w:uiPriority w:val="99"/>
    <w:unhideWhenUsed/>
    <w:rsid w:val="00326F90"/>
    <w:pPr>
      <w:numPr>
        <w:numId w:val="4"/>
      </w:numPr>
      <w:contextualSpacing/>
    </w:pPr>
  </w:style>
  <w:style w:type="paragraph" w:styleId="a">
    <w:name w:val="List Number"/>
    <w:basedOn w:val="a1"/>
    <w:uiPriority w:val="99"/>
    <w:unhideWhenUsed/>
    <w:rsid w:val="00326F90"/>
    <w:pPr>
      <w:numPr>
        <w:numId w:val="6"/>
      </w:numPr>
      <w:contextualSpacing/>
    </w:pPr>
  </w:style>
  <w:style w:type="paragraph" w:styleId="2">
    <w:name w:val="List Number 2"/>
    <w:basedOn w:val="a1"/>
    <w:uiPriority w:val="99"/>
    <w:unhideWhenUsed/>
    <w:rsid w:val="0029639D"/>
    <w:pPr>
      <w:numPr>
        <w:numId w:val="7"/>
      </w:numPr>
      <w:contextualSpacing/>
    </w:pPr>
  </w:style>
  <w:style w:type="paragraph" w:styleId="3">
    <w:name w:val="List Number 3"/>
    <w:basedOn w:val="a1"/>
    <w:uiPriority w:val="99"/>
    <w:unhideWhenUsed/>
    <w:rsid w:val="0029639D"/>
    <w:pPr>
      <w:numPr>
        <w:numId w:val="8"/>
      </w:numPr>
      <w:contextualSpacing/>
    </w:pPr>
  </w:style>
  <w:style w:type="paragraph" w:styleId="af3">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4">
    <w:name w:val="macro"/>
    <w:link w:val="af5"/>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5">
    <w:name w:val="Текст макроса Знак"/>
    <w:basedOn w:val="a2"/>
    <w:link w:val="af4"/>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6">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7">
    <w:name w:val="Strong"/>
    <w:basedOn w:val="a2"/>
    <w:uiPriority w:val="22"/>
    <w:qFormat/>
    <w:rsid w:val="00FC693F"/>
    <w:rPr>
      <w:b/>
      <w:bCs/>
    </w:rPr>
  </w:style>
  <w:style w:type="character" w:styleId="af8">
    <w:name w:val="Emphasis"/>
    <w:basedOn w:val="a2"/>
    <w:uiPriority w:val="20"/>
    <w:qFormat/>
    <w:rsid w:val="00FC693F"/>
    <w:rPr>
      <w:i/>
      <w:iCs/>
    </w:rPr>
  </w:style>
  <w:style w:type="paragraph" w:styleId="af9">
    <w:name w:val="Intense Quote"/>
    <w:basedOn w:val="a1"/>
    <w:next w:val="a1"/>
    <w:link w:val="afa"/>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a">
    <w:name w:val="Выделенная цитата Знак"/>
    <w:basedOn w:val="a2"/>
    <w:link w:val="af9"/>
    <w:uiPriority w:val="30"/>
    <w:rsid w:val="00FC693F"/>
    <w:rPr>
      <w:b/>
      <w:bCs/>
      <w:i/>
      <w:iCs/>
      <w:color w:val="4F81BD" w:themeColor="accent1"/>
    </w:rPr>
  </w:style>
  <w:style w:type="character" w:styleId="afb">
    <w:name w:val="Subtle Emphasis"/>
    <w:basedOn w:val="a2"/>
    <w:uiPriority w:val="19"/>
    <w:qFormat/>
    <w:rsid w:val="00FC693F"/>
    <w:rPr>
      <w:i/>
      <w:iCs/>
      <w:color w:val="808080" w:themeColor="text1" w:themeTint="7F"/>
    </w:rPr>
  </w:style>
  <w:style w:type="character" w:styleId="afc">
    <w:name w:val="Intense Emphasis"/>
    <w:basedOn w:val="a2"/>
    <w:uiPriority w:val="21"/>
    <w:qFormat/>
    <w:rsid w:val="00FC693F"/>
    <w:rPr>
      <w:b/>
      <w:bCs/>
      <w:i/>
      <w:iCs/>
      <w:color w:val="4F81BD" w:themeColor="accent1"/>
    </w:rPr>
  </w:style>
  <w:style w:type="character" w:styleId="afd">
    <w:name w:val="Subtle Reference"/>
    <w:basedOn w:val="a2"/>
    <w:uiPriority w:val="31"/>
    <w:qFormat/>
    <w:rsid w:val="00FC693F"/>
    <w:rPr>
      <w:smallCaps/>
      <w:color w:val="C0504D" w:themeColor="accent2"/>
      <w:u w:val="single"/>
    </w:rPr>
  </w:style>
  <w:style w:type="character" w:styleId="afe">
    <w:name w:val="Intense Reference"/>
    <w:basedOn w:val="a2"/>
    <w:uiPriority w:val="32"/>
    <w:qFormat/>
    <w:rsid w:val="00FC693F"/>
    <w:rPr>
      <w:b/>
      <w:bCs/>
      <w:smallCaps/>
      <w:color w:val="C0504D" w:themeColor="accent2"/>
      <w:spacing w:val="5"/>
      <w:u w:val="single"/>
    </w:rPr>
  </w:style>
  <w:style w:type="character" w:styleId="aff">
    <w:name w:val="Book Title"/>
    <w:basedOn w:val="a2"/>
    <w:uiPriority w:val="33"/>
    <w:qFormat/>
    <w:rsid w:val="00FC693F"/>
    <w:rPr>
      <w:b/>
      <w:bCs/>
      <w:smallCaps/>
      <w:spacing w:val="5"/>
    </w:rPr>
  </w:style>
  <w:style w:type="paragraph" w:styleId="aff0">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9">
    <w:name w:val="endnote text"/>
    <w:basedOn w:val="a1"/>
    <w:link w:val="affa"/>
    <w:uiPriority w:val="99"/>
    <w:semiHidden/>
    <w:unhideWhenUsed/>
    <w:rsid w:val="00AB7C6C"/>
    <w:pPr>
      <w:spacing w:after="0" w:line="240" w:lineRule="auto"/>
    </w:pPr>
    <w:rPr>
      <w:sz w:val="20"/>
      <w:szCs w:val="20"/>
    </w:rPr>
  </w:style>
  <w:style w:type="character" w:customStyle="1" w:styleId="affa">
    <w:name w:val="Текст концевой сноски Знак"/>
    <w:basedOn w:val="a2"/>
    <w:link w:val="aff9"/>
    <w:uiPriority w:val="99"/>
    <w:semiHidden/>
    <w:rsid w:val="00AB7C6C"/>
    <w:rPr>
      <w:sz w:val="20"/>
      <w:szCs w:val="20"/>
    </w:rPr>
  </w:style>
  <w:style w:type="character" w:styleId="affb">
    <w:name w:val="endnote reference"/>
    <w:basedOn w:val="a2"/>
    <w:uiPriority w:val="99"/>
    <w:semiHidden/>
    <w:unhideWhenUsed/>
    <w:rsid w:val="00AB7C6C"/>
    <w:rPr>
      <w:vertAlign w:val="superscript"/>
    </w:rPr>
  </w:style>
  <w:style w:type="character" w:styleId="affc">
    <w:name w:val="Hyperlink"/>
    <w:basedOn w:val="a2"/>
    <w:uiPriority w:val="99"/>
    <w:unhideWhenUsed/>
    <w:rsid w:val="00AB7C6C"/>
    <w:rPr>
      <w:color w:val="0000FF" w:themeColor="hyperlink"/>
      <w:u w:val="single"/>
    </w:rPr>
  </w:style>
  <w:style w:type="character" w:customStyle="1" w:styleId="14">
    <w:name w:val="Неразрешенное упоминание1"/>
    <w:basedOn w:val="a2"/>
    <w:uiPriority w:val="99"/>
    <w:semiHidden/>
    <w:unhideWhenUsed/>
    <w:rsid w:val="00AB7C6C"/>
    <w:rPr>
      <w:color w:val="605E5C"/>
      <w:shd w:val="clear" w:color="auto" w:fill="E1DFDD"/>
    </w:rPr>
  </w:style>
  <w:style w:type="paragraph" w:styleId="HTML">
    <w:name w:val="HTML Preformatted"/>
    <w:basedOn w:val="a1"/>
    <w:link w:val="HTML0"/>
    <w:uiPriority w:val="99"/>
    <w:semiHidden/>
    <w:unhideWhenUsed/>
    <w:rsid w:val="00C86DB3"/>
    <w:pPr>
      <w:spacing w:after="0" w:line="240" w:lineRule="auto"/>
    </w:pPr>
    <w:rPr>
      <w:rFonts w:ascii="Consolas" w:hAnsi="Consolas"/>
      <w:sz w:val="20"/>
      <w:szCs w:val="20"/>
    </w:rPr>
  </w:style>
  <w:style w:type="character" w:customStyle="1" w:styleId="HTML0">
    <w:name w:val="Стандартный HTML Знак"/>
    <w:basedOn w:val="a2"/>
    <w:link w:val="HTML"/>
    <w:uiPriority w:val="99"/>
    <w:semiHidden/>
    <w:rsid w:val="00C86DB3"/>
    <w:rPr>
      <w:rFonts w:ascii="Consolas" w:hAnsi="Consolas"/>
      <w:sz w:val="20"/>
      <w:szCs w:val="20"/>
    </w:rPr>
  </w:style>
  <w:style w:type="paragraph" w:styleId="affd">
    <w:name w:val="Balloon Text"/>
    <w:basedOn w:val="a1"/>
    <w:link w:val="affe"/>
    <w:uiPriority w:val="99"/>
    <w:semiHidden/>
    <w:unhideWhenUsed/>
    <w:rsid w:val="00EB352E"/>
    <w:pPr>
      <w:spacing w:after="0" w:line="240" w:lineRule="auto"/>
    </w:pPr>
    <w:rPr>
      <w:rFonts w:ascii="Segoe UI" w:hAnsi="Segoe UI" w:cs="Segoe UI"/>
      <w:sz w:val="18"/>
      <w:szCs w:val="18"/>
    </w:rPr>
  </w:style>
  <w:style w:type="character" w:customStyle="1" w:styleId="affe">
    <w:name w:val="Текст выноски Знак"/>
    <w:basedOn w:val="a2"/>
    <w:link w:val="affd"/>
    <w:uiPriority w:val="99"/>
    <w:semiHidden/>
    <w:rsid w:val="00EB352E"/>
    <w:rPr>
      <w:rFonts w:ascii="Segoe UI" w:hAnsi="Segoe UI" w:cs="Segoe UI"/>
      <w:sz w:val="18"/>
      <w:szCs w:val="18"/>
    </w:rPr>
  </w:style>
  <w:style w:type="paragraph" w:styleId="afff">
    <w:name w:val="Revision"/>
    <w:hidden/>
    <w:uiPriority w:val="99"/>
    <w:semiHidden/>
    <w:rsid w:val="00DA41A1"/>
    <w:pPr>
      <w:spacing w:after="0" w:line="240" w:lineRule="auto"/>
    </w:pPr>
  </w:style>
  <w:style w:type="character" w:styleId="afff0">
    <w:name w:val="annotation reference"/>
    <w:basedOn w:val="a2"/>
    <w:uiPriority w:val="99"/>
    <w:semiHidden/>
    <w:unhideWhenUsed/>
    <w:rsid w:val="00DC6117"/>
    <w:rPr>
      <w:sz w:val="16"/>
      <w:szCs w:val="16"/>
    </w:rPr>
  </w:style>
  <w:style w:type="paragraph" w:styleId="afff1">
    <w:name w:val="annotation text"/>
    <w:basedOn w:val="a1"/>
    <w:link w:val="afff2"/>
    <w:uiPriority w:val="99"/>
    <w:unhideWhenUsed/>
    <w:rsid w:val="00DC6117"/>
    <w:pPr>
      <w:spacing w:line="240" w:lineRule="auto"/>
    </w:pPr>
    <w:rPr>
      <w:sz w:val="20"/>
      <w:szCs w:val="20"/>
    </w:rPr>
  </w:style>
  <w:style w:type="character" w:customStyle="1" w:styleId="afff2">
    <w:name w:val="Текст примечания Знак"/>
    <w:basedOn w:val="a2"/>
    <w:link w:val="afff1"/>
    <w:uiPriority w:val="99"/>
    <w:rsid w:val="00DC6117"/>
    <w:rPr>
      <w:sz w:val="20"/>
      <w:szCs w:val="20"/>
    </w:rPr>
  </w:style>
  <w:style w:type="paragraph" w:styleId="afff3">
    <w:name w:val="annotation subject"/>
    <w:basedOn w:val="afff1"/>
    <w:next w:val="afff1"/>
    <w:link w:val="afff4"/>
    <w:uiPriority w:val="99"/>
    <w:semiHidden/>
    <w:unhideWhenUsed/>
    <w:rsid w:val="00DC6117"/>
    <w:rPr>
      <w:b/>
      <w:bCs/>
    </w:rPr>
  </w:style>
  <w:style w:type="character" w:customStyle="1" w:styleId="afff4">
    <w:name w:val="Тема примечания Знак"/>
    <w:basedOn w:val="afff2"/>
    <w:link w:val="afff3"/>
    <w:uiPriority w:val="99"/>
    <w:semiHidden/>
    <w:rsid w:val="00DC6117"/>
    <w:rPr>
      <w:b/>
      <w:bCs/>
      <w:sz w:val="20"/>
      <w:szCs w:val="20"/>
    </w:rPr>
  </w:style>
  <w:style w:type="character" w:customStyle="1" w:styleId="15">
    <w:name w:val="Упомянуть1"/>
    <w:basedOn w:val="a2"/>
    <w:uiPriority w:val="99"/>
    <w:unhideWhenUsed/>
    <w:rsid w:val="00D054A8"/>
    <w:rPr>
      <w:color w:val="2B579A"/>
      <w:shd w:val="clear" w:color="auto" w:fill="E1DFDD"/>
    </w:rPr>
  </w:style>
  <w:style w:type="character" w:customStyle="1" w:styleId="af">
    <w:name w:val="Абзац списка Знак"/>
    <w:aliases w:val="HotarirePunct1 Знак"/>
    <w:link w:val="ae"/>
    <w:uiPriority w:val="34"/>
    <w:locked/>
    <w:rsid w:val="002D4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che01.safelinks.protection.outlook.com/?url=https%3A%2F%2Fdrive.google.com%2Fdrive%2Ffolders%2F1kOensnrMGvJTJ0xE35B-XtPskaSjGB2-%3Fusp%3Dsharing&amp;data=05%7C02%7Cvaleria.mazur%40int.skat.ch%7C650ac847761f41222f5108de3985f21c%7Cdebecfc20d7f420596f030dba96903b8%7C0%7C0%7C639011444611210750%7CUnknown%7CTWFpbGZsb3d8eyJFbXB0eU1hcGkiOnRydWUsIlYiOiIwLjAuMDAwMCIsIlAiOiJXaW4zMiIsIkFOIjoiTWFpbCIsIldUIjoyfQ%3D%3D%7C0%7C%7C%7C&amp;sdata=cU7SQT%2Fk6FmrJAMw6leQ9PKVmfGqJ0aBuDiLnHhjs8M%3D&amp;reserved=0" TargetMode="Externa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standard.md/wp-content/uploads/2020/12/Hotararea-nr.-183-din-22.10.2020.pdf" TargetMode="External"/><Relationship Id="rId1" Type="http://schemas.openxmlformats.org/officeDocument/2006/relationships/hyperlink" Target="https://www.en-standard.eu/bs-en-1501-1-2021-refuse-collection-vehicles-general-requirements-and-safety-requirements-rear-loaded-refuse-collection-vehicles/?srsltid=AfmBOoo87HfdEC4rwrH2dBgWrZh35b9ltFXzDO0snIHEpdEnzV8zIVY6" TargetMode="External"/></Relationships>
</file>

<file path=word/documenttasks/documenttasks1.xml><?xml version="1.0" encoding="utf-8"?>
<t:Tasks xmlns:t="http://schemas.microsoft.com/office/tasks/2019/documenttasks" xmlns:oel="http://schemas.microsoft.com/office/2019/extlst">
  <t:Task id="{D9135140-72C4-471C-8624-4682F0B97785}">
    <t:Anchor>
      <t:Comment id="1772284502"/>
    </t:Anchor>
    <t:History>
      <t:Event id="{26B8F12B-5B1D-4E4F-AF32-C537CA35D5CF}" time="2025-12-02T13:24:15.459Z">
        <t:Attribution userId="S::valeria.mazur@int.skat.ch::71c03967-e8f4-4788-866e-ce21df614f67" userProvider="AD" userName="Valeria Mazur"/>
        <t:Anchor>
          <t:Comment id="350235984"/>
        </t:Anchor>
        <t:Create/>
      </t:Event>
      <t:Event id="{53733518-417F-4FDC-BD45-CFF3DF8D3F7E}" time="2025-12-02T13:24:15.459Z">
        <t:Attribution userId="S::valeria.mazur@int.skat.ch::71c03967-e8f4-4788-866e-ce21df614f67" userProvider="AD" userName="Valeria Mazur"/>
        <t:Anchor>
          <t:Comment id="350235984"/>
        </t:Anchor>
        <t:Assign userId="S::jesus.bravo@skat.ch::684aea96-f429-4b5c-85bd-5aabdef0948c" userProvider="AD" userName="Jesus Bravo"/>
      </t:Event>
      <t:Event id="{1FE9D00C-9648-442E-84A9-156C3CD59E46}" time="2025-12-02T13:24:15.459Z">
        <t:Attribution userId="S::valeria.mazur@int.skat.ch::71c03967-e8f4-4788-866e-ce21df614f67" userProvider="AD" userName="Valeria Mazur"/>
        <t:Anchor>
          <t:Comment id="350235984"/>
        </t:Anchor>
        <t:SetTitle title="@Jesus Bravo I do not recommend allowing advance payments, as this would increase the risks for the organization. Regarding the contract signing, the LPAs will have a safeguard mechanism in place in the form of a bid security (usually 1% from the total …"/>
      </t:Event>
      <t:Event id="{93B22890-9C48-4E47-A14C-506C3ED86956}" time="2025-12-02T14:50:10.419Z">
        <t:Attribution userId="S::matthias.morgner@skat.ch::caeacbe3-344a-428b-bc34-292d147583ce" userProvider="AD" userName="Matthias Morgner"/>
        <t:Progress percentComplete="100"/>
      </t:Event>
    </t:History>
  </t:Task>
  <t:Task id="{7D7881D9-976E-4B12-B41E-B4157E9AF846}">
    <t:Anchor>
      <t:Comment id="996826036"/>
    </t:Anchor>
    <t:History>
      <t:Event id="{9B19C680-923B-47FE-A896-DF968508BB13}" time="2025-12-02T13:27:32.125Z">
        <t:Attribution userId="S::valeria.mazur@int.skat.ch::71c03967-e8f4-4788-866e-ce21df614f67" userProvider="AD" userName="Valeria Mazur"/>
        <t:Anchor>
          <t:Comment id="817891469"/>
        </t:Anchor>
        <t:Create/>
      </t:Event>
      <t:Event id="{970204BC-BDD7-4602-B156-5AEAD00EC150}" time="2025-12-02T13:27:32.125Z">
        <t:Attribution userId="S::valeria.mazur@int.skat.ch::71c03967-e8f4-4788-866e-ce21df614f67" userProvider="AD" userName="Valeria Mazur"/>
        <t:Anchor>
          <t:Comment id="817891469"/>
        </t:Anchor>
        <t:Assign userId="S::jesus.bravo@skat.ch::684aea96-f429-4b5c-85bd-5aabdef0948c" userProvider="AD" userName="Jesus Bravo"/>
      </t:Event>
      <t:Event id="{96B454F9-7F1E-469E-A28B-5C7F951E10BF}" time="2025-12-02T13:27:32.125Z">
        <t:Attribution userId="S::valeria.mazur@int.skat.ch::71c03967-e8f4-4788-866e-ce21df614f67" userProvider="AD" userName="Valeria Mazur"/>
        <t:Anchor>
          <t:Comment id="817891469"/>
        </t:Anchor>
        <t:SetTitle title="@Jesus Bravo as per the provisions of the standard documents under the local law on public procurements the penalties are as follows: 10.3. For the delayed delivery/provision of the Goods/Services, the Supplier/Service Provider shall pay damages …"/>
      </t:Event>
      <t:Event id="{DA78A971-87EB-428D-8AE2-5433CCAF4F33}" time="2025-12-02T14:50:15.931Z">
        <t:Attribution userId="S::matthias.morgner@skat.ch::caeacbe3-344a-428b-bc34-292d147583ce" userProvider="AD" userName="Matthias Morgner"/>
        <t:Progress percentComplete="100"/>
      </t:Event>
    </t:History>
  </t:Task>
  <t:Task id="{8FC9E5F3-89C1-4BB0-A033-388F7B17BBB9}">
    <t:Anchor>
      <t:Comment id="573361070"/>
    </t:Anchor>
    <t:History>
      <t:Event id="{19B933EC-1A22-46FF-BE32-9AD6F8B8B443}" time="2025-12-02T13:30:16.195Z">
        <t:Attribution userId="S::valeria.mazur@int.skat.ch::71c03967-e8f4-4788-866e-ce21df614f67" userProvider="AD" userName="Valeria Mazur"/>
        <t:Anchor>
          <t:Comment id="1177586604"/>
        </t:Anchor>
        <t:Create/>
      </t:Event>
      <t:Event id="{08FAF63D-E7D8-4C04-BB98-7924E0C9F14A}" time="2025-12-02T13:30:16.195Z">
        <t:Attribution userId="S::valeria.mazur@int.skat.ch::71c03967-e8f4-4788-866e-ce21df614f67" userProvider="AD" userName="Valeria Mazur"/>
        <t:Anchor>
          <t:Comment id="1177586604"/>
        </t:Anchor>
        <t:Assign userId="S::jesus.bravo@skat.ch::684aea96-f429-4b5c-85bd-5aabdef0948c" userProvider="AD" userName="Jesus Bravo"/>
      </t:Event>
      <t:Event id="{59E07036-3A05-4373-B3E4-B1581AC362C4}" time="2025-12-02T13:30:16.195Z">
        <t:Attribution userId="S::valeria.mazur@int.skat.ch::71c03967-e8f4-4788-866e-ce21df614f67" userProvider="AD" userName="Valeria Mazur"/>
        <t:Anchor>
          <t:Comment id="1177586604"/>
        </t:Anchor>
        <t:SetTitle title="@Jesus Bravo in the public tender announcement are reflected both the qualification /eligibility criteria and evaluation criteria"/>
      </t:Event>
    </t:History>
  </t:Task>
  <t:Task id="{6929664D-1427-4BB5-AE7B-672D68CE7C58}">
    <t:Anchor>
      <t:Comment id="733083311"/>
    </t:Anchor>
    <t:History>
      <t:Event id="{0773E8CD-48B0-429D-BCE1-55B0A94CB4B2}" time="2025-11-28T10:46:07.127Z">
        <t:Attribution userId="S::matthias.morgner@skat.ch::caeacbe3-344a-428b-bc34-292d147583ce" userProvider="AD" userName="Matthias Morgner"/>
        <t:Anchor>
          <t:Comment id="733083311"/>
        </t:Anchor>
        <t:Create/>
      </t:Event>
      <t:Event id="{81C0D3E1-051D-4B0C-A5CF-D1C3F77D0BFE}" time="2025-11-28T10:46:07.127Z">
        <t:Attribution userId="S::matthias.morgner@skat.ch::caeacbe3-344a-428b-bc34-292d147583ce" userProvider="AD" userName="Matthias Morgner"/>
        <t:Anchor>
          <t:Comment id="733083311"/>
        </t:Anchor>
        <t:Assign userId="S::valeria.mazur@int.skat.ch::71c03967-e8f4-4788-866e-ce21df614f67" userProvider="AD" userName="Valeria Mazur"/>
      </t:Event>
      <t:Event id="{B8D4066B-A567-4467-A060-EB900AC8F022}" time="2025-11-28T10:46:07.127Z">
        <t:Attribution userId="S::matthias.morgner@skat.ch::caeacbe3-344a-428b-bc34-292d147583ce" userProvider="AD" userName="Matthias Morgner"/>
        <t:Anchor>
          <t:Comment id="733083311"/>
        </t:Anchor>
        <t:SetTitle title="@Valeria these two criteria need to be secured in. the CONTRACT. They can now promise what they cannot deliver upon to obtain higher scoring. Punishment for such can only be included in the contract Plus the clause which you suggested that &quot;where we …"/>
      </t:Event>
      <t:Event id="{6073C177-0089-417D-8C9D-FD40694CB747}" time="2025-11-28T10:53:08.11Z">
        <t:Attribution userId="S::valeria.mazur@int.skat.ch::71c03967-e8f4-4788-866e-ce21df614f67" userProvider="AD" userName="Valeria Mazur"/>
        <t:Anchor>
          <t:Comment id="1535244709"/>
        </t:Anchor>
        <t:UnassignAll/>
      </t:Event>
      <t:Event id="{41D368C4-6E89-4426-8915-61684CB2A772}" time="2025-11-28T10:53:08.11Z">
        <t:Attribution userId="S::valeria.mazur@int.skat.ch::71c03967-e8f4-4788-866e-ce21df614f67" userProvider="AD" userName="Valeria Mazur"/>
        <t:Anchor>
          <t:Comment id="1535244709"/>
        </t:Anchor>
        <t:Assign userId="S::matthias.morgner@skat.ch::caeacbe3-344a-428b-bc34-292d147583ce" userProvider="AD" userName="Matthias Morgner"/>
      </t:Event>
      <t:Event id="{C25ABD6B-B0D6-40F8-B9D1-2D1DBD7EA1C6}" time="2025-12-09T11:02:49.067Z">
        <t:Attribution userId="S::anatol.bucatca@int.skat.ch::09aea2c0-ca95-4f81-b78c-512a13e60b7c" userProvider="AD" userName="Anatol Bucat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2.xml><?xml version="1.0" encoding="utf-8"?>
<ds:datastoreItem xmlns:ds="http://schemas.openxmlformats.org/officeDocument/2006/customXml" ds:itemID="{523D6A96-216B-4496-8CC8-57C178039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42783541-1231-4F9F-9D45-D5E9FE2B2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1371</Words>
  <Characters>7818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secretar</cp:lastModifiedBy>
  <cp:revision>4</cp:revision>
  <cp:lastPrinted>2026-01-27T12:04:00Z</cp:lastPrinted>
  <dcterms:created xsi:type="dcterms:W3CDTF">2026-01-27T14:02:00Z</dcterms:created>
  <dcterms:modified xsi:type="dcterms:W3CDTF">2026-01-28T10:09:00Z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