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0CE" w:rsidRDefault="00F338C3">
      <w:pPr>
        <w:jc w:val="center"/>
      </w:pPr>
      <w:r>
        <w:rPr>
          <w:b/>
          <w:sz w:val="32"/>
        </w:rPr>
        <w:t>CAIET DE SARCINI</w:t>
      </w:r>
    </w:p>
    <w:p w:rsidR="004140CE" w:rsidRPr="00641CFE" w:rsidRDefault="00F338C3" w:rsidP="00641CFE">
      <w:pPr>
        <w:jc w:val="both"/>
        <w:rPr>
          <w:rFonts w:cs="Times New Roman"/>
          <w:sz w:val="22"/>
        </w:rPr>
      </w:pPr>
      <w:r w:rsidRPr="00641CFE">
        <w:rPr>
          <w:rFonts w:cs="Times New Roman"/>
          <w:b/>
          <w:sz w:val="22"/>
        </w:rPr>
        <w:t xml:space="preserve">Obiectul: </w:t>
      </w:r>
      <w:r w:rsidRPr="00641CFE">
        <w:rPr>
          <w:rFonts w:cs="Times New Roman"/>
          <w:sz w:val="22"/>
        </w:rPr>
        <w:t>Amenajarea curții instituției de educație timpurie nr. 1 „Povestea” din or. Nisporeni</w:t>
      </w:r>
    </w:p>
    <w:p w:rsidR="004140CE" w:rsidRPr="00641CFE" w:rsidRDefault="00F338C3" w:rsidP="00641CFE">
      <w:pPr>
        <w:jc w:val="both"/>
        <w:rPr>
          <w:rFonts w:cs="Times New Roman"/>
          <w:sz w:val="22"/>
        </w:rPr>
      </w:pPr>
      <w:proofErr w:type="spellStart"/>
      <w:r w:rsidRPr="00641CFE">
        <w:rPr>
          <w:rFonts w:cs="Times New Roman"/>
          <w:b/>
          <w:sz w:val="22"/>
        </w:rPr>
        <w:t>Autoritatea</w:t>
      </w:r>
      <w:proofErr w:type="spellEnd"/>
      <w:r w:rsidRPr="00641CFE">
        <w:rPr>
          <w:rFonts w:cs="Times New Roman"/>
          <w:b/>
          <w:sz w:val="22"/>
        </w:rPr>
        <w:t xml:space="preserve"> </w:t>
      </w:r>
      <w:proofErr w:type="spellStart"/>
      <w:r w:rsidRPr="00641CFE">
        <w:rPr>
          <w:rFonts w:cs="Times New Roman"/>
          <w:b/>
          <w:sz w:val="22"/>
        </w:rPr>
        <w:t>contractantă</w:t>
      </w:r>
      <w:proofErr w:type="spellEnd"/>
      <w:r w:rsidRPr="00641CFE">
        <w:rPr>
          <w:rFonts w:cs="Times New Roman"/>
          <w:b/>
          <w:sz w:val="22"/>
        </w:rPr>
        <w:t xml:space="preserve">: </w:t>
      </w:r>
      <w:proofErr w:type="spellStart"/>
      <w:r w:rsidRPr="00641CFE">
        <w:rPr>
          <w:rFonts w:cs="Times New Roman"/>
          <w:sz w:val="22"/>
        </w:rPr>
        <w:t>Primăria</w:t>
      </w:r>
      <w:proofErr w:type="spellEnd"/>
      <w:r w:rsidRPr="00641CFE">
        <w:rPr>
          <w:rFonts w:cs="Times New Roman"/>
          <w:sz w:val="22"/>
        </w:rPr>
        <w:t xml:space="preserve"> </w:t>
      </w:r>
      <w:proofErr w:type="spellStart"/>
      <w:r w:rsidRPr="00641CFE">
        <w:rPr>
          <w:rFonts w:cs="Times New Roman"/>
          <w:sz w:val="22"/>
        </w:rPr>
        <w:t>orașului</w:t>
      </w:r>
      <w:proofErr w:type="spellEnd"/>
      <w:r w:rsidRPr="00641CFE">
        <w:rPr>
          <w:rFonts w:cs="Times New Roman"/>
          <w:sz w:val="22"/>
        </w:rPr>
        <w:t xml:space="preserve"> </w:t>
      </w:r>
      <w:proofErr w:type="spellStart"/>
      <w:r w:rsidRPr="00641CFE">
        <w:rPr>
          <w:rFonts w:cs="Times New Roman"/>
          <w:sz w:val="22"/>
        </w:rPr>
        <w:t>Nisporeni</w:t>
      </w:r>
      <w:proofErr w:type="spellEnd"/>
    </w:p>
    <w:p w:rsidR="00641CFE" w:rsidRPr="00641CFE" w:rsidRDefault="00641CFE" w:rsidP="00641CFE">
      <w:pPr>
        <w:jc w:val="both"/>
        <w:rPr>
          <w:rFonts w:cs="Times New Roman"/>
          <w:sz w:val="22"/>
        </w:rPr>
      </w:pPr>
      <w:proofErr w:type="spellStart"/>
      <w:r w:rsidRPr="00641CFE">
        <w:rPr>
          <w:rFonts w:cs="Times New Roman"/>
          <w:sz w:val="22"/>
        </w:rPr>
        <w:t>Valoarea</w:t>
      </w:r>
      <w:proofErr w:type="spellEnd"/>
      <w:r w:rsidRPr="00641CFE">
        <w:rPr>
          <w:rFonts w:cs="Times New Roman"/>
          <w:sz w:val="22"/>
        </w:rPr>
        <w:t xml:space="preserve"> </w:t>
      </w:r>
      <w:proofErr w:type="spellStart"/>
      <w:r w:rsidRPr="00641CFE">
        <w:rPr>
          <w:rFonts w:cs="Times New Roman"/>
          <w:sz w:val="22"/>
        </w:rPr>
        <w:t>totală</w:t>
      </w:r>
      <w:proofErr w:type="spellEnd"/>
      <w:r w:rsidRPr="00641CFE">
        <w:rPr>
          <w:rFonts w:cs="Times New Roman"/>
          <w:sz w:val="22"/>
        </w:rPr>
        <w:t xml:space="preserve"> </w:t>
      </w:r>
      <w:proofErr w:type="spellStart"/>
      <w:r w:rsidRPr="00641CFE">
        <w:rPr>
          <w:rFonts w:cs="Times New Roman"/>
          <w:sz w:val="22"/>
        </w:rPr>
        <w:t>fără</w:t>
      </w:r>
      <w:proofErr w:type="spellEnd"/>
      <w:r w:rsidRPr="00641CFE">
        <w:rPr>
          <w:rFonts w:cs="Times New Roman"/>
          <w:sz w:val="22"/>
        </w:rPr>
        <w:t xml:space="preserve"> TVA: </w:t>
      </w:r>
      <w:r w:rsidRPr="00641CFE">
        <w:rPr>
          <w:rFonts w:cs="Times New Roman"/>
          <w:b/>
          <w:bCs/>
          <w:sz w:val="22"/>
        </w:rPr>
        <w:t>312 260</w:t>
      </w:r>
      <w:proofErr w:type="gramStart"/>
      <w:r w:rsidRPr="00641CFE">
        <w:rPr>
          <w:rFonts w:cs="Times New Roman"/>
          <w:b/>
          <w:bCs/>
          <w:sz w:val="22"/>
        </w:rPr>
        <w:t>,00</w:t>
      </w:r>
      <w:proofErr w:type="gramEnd"/>
      <w:r w:rsidRPr="00641CFE">
        <w:rPr>
          <w:rFonts w:cs="Times New Roman"/>
          <w:b/>
          <w:bCs/>
          <w:sz w:val="22"/>
        </w:rPr>
        <w:t xml:space="preserve"> lei MD</w:t>
      </w:r>
    </w:p>
    <w:p w:rsidR="004140CE" w:rsidRPr="00641CFE" w:rsidRDefault="00F338C3" w:rsidP="00641CFE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641CFE">
        <w:rPr>
          <w:rFonts w:ascii="Times New Roman" w:hAnsi="Times New Roman" w:cs="Times New Roman"/>
          <w:sz w:val="22"/>
          <w:szCs w:val="22"/>
        </w:rPr>
        <w:t>1. Descriere generală</w:t>
      </w:r>
    </w:p>
    <w:p w:rsidR="004140CE" w:rsidRPr="00641CFE" w:rsidRDefault="00F338C3" w:rsidP="00641CFE">
      <w:pPr>
        <w:jc w:val="both"/>
        <w:rPr>
          <w:rFonts w:cs="Times New Roman"/>
          <w:sz w:val="22"/>
        </w:rPr>
      </w:pPr>
      <w:proofErr w:type="gramStart"/>
      <w:r w:rsidRPr="00641CFE">
        <w:rPr>
          <w:rFonts w:cs="Times New Roman"/>
          <w:sz w:val="22"/>
        </w:rPr>
        <w:t>Lucrările prevăd amenajarea curții grădiniței de copii nr.</w:t>
      </w:r>
      <w:proofErr w:type="gramEnd"/>
      <w:r w:rsidRPr="00641CFE">
        <w:rPr>
          <w:rFonts w:cs="Times New Roman"/>
          <w:sz w:val="22"/>
        </w:rPr>
        <w:t xml:space="preserve"> 1 „Povestea” prin executarea lucrărilor de desfacere, pregătirea terenului, executarea pavajului și montarea bordurilor conform listei de cantități și normativelor tehnice în vigoare.</w:t>
      </w:r>
    </w:p>
    <w:p w:rsidR="004140CE" w:rsidRPr="00641CFE" w:rsidRDefault="00F338C3" w:rsidP="00641CFE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641CFE">
        <w:rPr>
          <w:rFonts w:ascii="Times New Roman" w:hAnsi="Times New Roman" w:cs="Times New Roman"/>
          <w:sz w:val="22"/>
          <w:szCs w:val="22"/>
        </w:rPr>
        <w:t>2. Condiții speciale de executare</w:t>
      </w:r>
    </w:p>
    <w:p w:rsidR="00DC1859" w:rsidRDefault="00F338C3" w:rsidP="00641CFE">
      <w:pPr>
        <w:jc w:val="both"/>
        <w:rPr>
          <w:rFonts w:cs="Times New Roman"/>
          <w:sz w:val="22"/>
        </w:rPr>
      </w:pPr>
      <w:r w:rsidRPr="00641CFE">
        <w:rPr>
          <w:rFonts w:cs="Times New Roman"/>
          <w:sz w:val="22"/>
        </w:rPr>
        <w:t xml:space="preserve">Lucrările vor fi executate astfel încât </w:t>
      </w:r>
      <w:proofErr w:type="gramStart"/>
      <w:r w:rsidRPr="00641CFE">
        <w:rPr>
          <w:rFonts w:cs="Times New Roman"/>
          <w:sz w:val="22"/>
        </w:rPr>
        <w:t>să</w:t>
      </w:r>
      <w:proofErr w:type="gramEnd"/>
      <w:r w:rsidRPr="00641CFE">
        <w:rPr>
          <w:rFonts w:cs="Times New Roman"/>
          <w:sz w:val="22"/>
        </w:rPr>
        <w:t xml:space="preserve"> nu perturbe activitatea instituției de educație timpurie nr. </w:t>
      </w:r>
      <w:proofErr w:type="gramStart"/>
      <w:r w:rsidRPr="00641CFE">
        <w:rPr>
          <w:rFonts w:cs="Times New Roman"/>
          <w:sz w:val="22"/>
        </w:rPr>
        <w:t>1 „Povestea”.</w:t>
      </w:r>
      <w:proofErr w:type="gramEnd"/>
      <w:r w:rsidRPr="00641CFE">
        <w:rPr>
          <w:rFonts w:cs="Times New Roman"/>
          <w:sz w:val="22"/>
        </w:rPr>
        <w:t xml:space="preserve"> Antreprenorul </w:t>
      </w:r>
      <w:proofErr w:type="gramStart"/>
      <w:r w:rsidRPr="00641CFE">
        <w:rPr>
          <w:rFonts w:cs="Times New Roman"/>
          <w:sz w:val="22"/>
        </w:rPr>
        <w:t>va</w:t>
      </w:r>
      <w:proofErr w:type="gramEnd"/>
      <w:r w:rsidRPr="00641CFE">
        <w:rPr>
          <w:rFonts w:cs="Times New Roman"/>
          <w:sz w:val="22"/>
        </w:rPr>
        <w:t xml:space="preserve"> organiza lucrările în etape, va delimita și securiza zona de lucru și va întreprinde toate măsurile necesare pentru protecția copiilor, personalului și bunurilor instituției pe </w:t>
      </w:r>
      <w:proofErr w:type="spellStart"/>
      <w:r w:rsidRPr="00641CFE">
        <w:rPr>
          <w:rFonts w:cs="Times New Roman"/>
          <w:sz w:val="22"/>
        </w:rPr>
        <w:t>întreaga</w:t>
      </w:r>
      <w:proofErr w:type="spellEnd"/>
      <w:r w:rsidRPr="00641CFE">
        <w:rPr>
          <w:rFonts w:cs="Times New Roman"/>
          <w:sz w:val="22"/>
        </w:rPr>
        <w:t xml:space="preserve"> </w:t>
      </w:r>
      <w:proofErr w:type="spellStart"/>
      <w:r w:rsidRPr="00641CFE">
        <w:rPr>
          <w:rFonts w:cs="Times New Roman"/>
          <w:sz w:val="22"/>
        </w:rPr>
        <w:t>perioadă</w:t>
      </w:r>
      <w:proofErr w:type="spellEnd"/>
      <w:r w:rsidRPr="00641CFE">
        <w:rPr>
          <w:rFonts w:cs="Times New Roman"/>
          <w:sz w:val="22"/>
        </w:rPr>
        <w:t xml:space="preserve"> de </w:t>
      </w:r>
      <w:proofErr w:type="spellStart"/>
      <w:r w:rsidRPr="00641CFE">
        <w:rPr>
          <w:rFonts w:cs="Times New Roman"/>
          <w:sz w:val="22"/>
        </w:rPr>
        <w:t>execuție</w:t>
      </w:r>
      <w:proofErr w:type="spellEnd"/>
      <w:r w:rsidRPr="00641CFE">
        <w:rPr>
          <w:rFonts w:cs="Times New Roman"/>
          <w:sz w:val="22"/>
        </w:rPr>
        <w:t>.</w:t>
      </w:r>
    </w:p>
    <w:p w:rsidR="00DC1859" w:rsidRPr="00641CFE" w:rsidRDefault="00DC1859" w:rsidP="00641CFE">
      <w:pPr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Garanția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lucrărilor</w:t>
      </w:r>
      <w:proofErr w:type="spellEnd"/>
      <w:r>
        <w:rPr>
          <w:rFonts w:cs="Times New Roman"/>
          <w:sz w:val="22"/>
        </w:rPr>
        <w:t>:</w:t>
      </w:r>
      <w:bookmarkStart w:id="0" w:name="_GoBack"/>
      <w:bookmarkEnd w:id="0"/>
      <w:r>
        <w:rPr>
          <w:rFonts w:cs="Times New Roman"/>
          <w:sz w:val="22"/>
        </w:rPr>
        <w:t xml:space="preserve"> minim 3 </w:t>
      </w:r>
      <w:proofErr w:type="spellStart"/>
      <w:r>
        <w:rPr>
          <w:rFonts w:cs="Times New Roman"/>
          <w:sz w:val="22"/>
        </w:rPr>
        <w:t>ani</w:t>
      </w:r>
      <w:proofErr w:type="spellEnd"/>
      <w:r>
        <w:rPr>
          <w:rFonts w:cs="Times New Roman"/>
          <w:sz w:val="22"/>
        </w:rPr>
        <w:t>!</w:t>
      </w:r>
    </w:p>
    <w:p w:rsidR="004140CE" w:rsidRPr="00641CFE" w:rsidRDefault="00F338C3" w:rsidP="00641CFE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641CFE">
        <w:rPr>
          <w:rFonts w:ascii="Times New Roman" w:hAnsi="Times New Roman" w:cs="Times New Roman"/>
          <w:sz w:val="22"/>
          <w:szCs w:val="22"/>
        </w:rPr>
        <w:t>3. Materiale utilizate</w:t>
      </w:r>
    </w:p>
    <w:p w:rsidR="004140CE" w:rsidRPr="00641CFE" w:rsidRDefault="00F338C3" w:rsidP="00641CFE">
      <w:pPr>
        <w:pStyle w:val="ListBullet"/>
        <w:jc w:val="both"/>
        <w:rPr>
          <w:rFonts w:cs="Times New Roman"/>
          <w:sz w:val="22"/>
        </w:rPr>
      </w:pPr>
      <w:r w:rsidRPr="00641CFE">
        <w:rPr>
          <w:rFonts w:cs="Times New Roman"/>
          <w:sz w:val="22"/>
        </w:rPr>
        <w:t>Piatră spartă amestec optimal LA30 sort 0-40 conform CP D.02.31.2024;</w:t>
      </w:r>
    </w:p>
    <w:p w:rsidR="004140CE" w:rsidRPr="00641CFE" w:rsidRDefault="00F338C3" w:rsidP="00641CFE">
      <w:pPr>
        <w:pStyle w:val="ListBullet"/>
        <w:jc w:val="both"/>
        <w:rPr>
          <w:rFonts w:cs="Times New Roman"/>
          <w:sz w:val="22"/>
        </w:rPr>
      </w:pPr>
      <w:r w:rsidRPr="00641CFE">
        <w:rPr>
          <w:rFonts w:cs="Times New Roman"/>
          <w:sz w:val="22"/>
        </w:rPr>
        <w:t>Pavaj vibropresat tip cărămidă;</w:t>
      </w:r>
    </w:p>
    <w:p w:rsidR="004140CE" w:rsidRPr="00641CFE" w:rsidRDefault="00F338C3" w:rsidP="00641CFE">
      <w:pPr>
        <w:pStyle w:val="ListBullet"/>
        <w:jc w:val="both"/>
        <w:rPr>
          <w:rFonts w:cs="Times New Roman"/>
          <w:sz w:val="22"/>
        </w:rPr>
      </w:pPr>
      <w:r w:rsidRPr="00641CFE">
        <w:rPr>
          <w:rFonts w:cs="Times New Roman"/>
          <w:sz w:val="22"/>
        </w:rPr>
        <w:t>Borduri vibropresate 100x20x10 cm sau 100x20x8 cm;</w:t>
      </w:r>
    </w:p>
    <w:p w:rsidR="004140CE" w:rsidRPr="00641CFE" w:rsidRDefault="00F338C3" w:rsidP="00641CFE">
      <w:pPr>
        <w:pStyle w:val="ListBullet"/>
        <w:jc w:val="both"/>
        <w:rPr>
          <w:rFonts w:cs="Times New Roman"/>
          <w:sz w:val="22"/>
        </w:rPr>
      </w:pPr>
      <w:r w:rsidRPr="00641CFE">
        <w:rPr>
          <w:rFonts w:cs="Times New Roman"/>
          <w:sz w:val="22"/>
        </w:rPr>
        <w:t>Ciment Portland M400;</w:t>
      </w:r>
    </w:p>
    <w:p w:rsidR="004140CE" w:rsidRPr="00641CFE" w:rsidRDefault="00F338C3" w:rsidP="00641CFE">
      <w:pPr>
        <w:pStyle w:val="ListBullet"/>
        <w:jc w:val="both"/>
        <w:rPr>
          <w:rFonts w:cs="Times New Roman"/>
          <w:sz w:val="22"/>
        </w:rPr>
      </w:pPr>
      <w:r w:rsidRPr="00641CFE">
        <w:rPr>
          <w:rFonts w:cs="Times New Roman"/>
          <w:sz w:val="22"/>
        </w:rPr>
        <w:t>Nisip pentru construcții;</w:t>
      </w:r>
    </w:p>
    <w:p w:rsidR="004140CE" w:rsidRPr="00641CFE" w:rsidRDefault="00F338C3" w:rsidP="00641CFE">
      <w:pPr>
        <w:pStyle w:val="ListBullet"/>
        <w:jc w:val="both"/>
        <w:rPr>
          <w:rFonts w:cs="Times New Roman"/>
          <w:sz w:val="22"/>
        </w:rPr>
      </w:pPr>
      <w:r w:rsidRPr="00641CFE">
        <w:rPr>
          <w:rFonts w:cs="Times New Roman"/>
          <w:sz w:val="22"/>
        </w:rPr>
        <w:t>Beton pentru fundații.</w:t>
      </w:r>
    </w:p>
    <w:p w:rsidR="004140CE" w:rsidRPr="00641CFE" w:rsidRDefault="00F338C3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641CFE">
        <w:rPr>
          <w:rFonts w:ascii="Times New Roman" w:hAnsi="Times New Roman" w:cs="Times New Roman"/>
          <w:sz w:val="22"/>
          <w:szCs w:val="22"/>
        </w:rPr>
        <w:t xml:space="preserve">4. Formularul nr.1 – </w:t>
      </w:r>
      <w:proofErr w:type="spellStart"/>
      <w:r w:rsidRPr="00641CFE">
        <w:rPr>
          <w:rFonts w:ascii="Times New Roman" w:hAnsi="Times New Roman" w:cs="Times New Roman"/>
          <w:sz w:val="22"/>
          <w:szCs w:val="22"/>
        </w:rPr>
        <w:t>Lista</w:t>
      </w:r>
      <w:proofErr w:type="spellEnd"/>
      <w:r w:rsidRPr="00641CFE">
        <w:rPr>
          <w:rFonts w:ascii="Times New Roman" w:hAnsi="Times New Roman" w:cs="Times New Roman"/>
          <w:sz w:val="22"/>
          <w:szCs w:val="22"/>
        </w:rPr>
        <w:t xml:space="preserve"> cu </w:t>
      </w:r>
      <w:proofErr w:type="spellStart"/>
      <w:r w:rsidRPr="00641CFE">
        <w:rPr>
          <w:rFonts w:ascii="Times New Roman" w:hAnsi="Times New Roman" w:cs="Times New Roman"/>
          <w:sz w:val="22"/>
          <w:szCs w:val="22"/>
        </w:rPr>
        <w:t>cantitățile</w:t>
      </w:r>
      <w:proofErr w:type="spellEnd"/>
      <w:r w:rsidRPr="00641CFE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641CFE">
        <w:rPr>
          <w:rFonts w:ascii="Times New Roman" w:hAnsi="Times New Roman" w:cs="Times New Roman"/>
          <w:sz w:val="22"/>
          <w:szCs w:val="22"/>
        </w:rPr>
        <w:t>lucrări</w:t>
      </w:r>
      <w:proofErr w:type="spellEnd"/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459"/>
        <w:gridCol w:w="2551"/>
        <w:gridCol w:w="1215"/>
        <w:gridCol w:w="1418"/>
        <w:gridCol w:w="61"/>
        <w:gridCol w:w="1134"/>
        <w:gridCol w:w="223"/>
        <w:gridCol w:w="1478"/>
      </w:tblGrid>
      <w:tr w:rsidR="00641CFE" w:rsidRPr="00641CFE" w:rsidTr="00641CFE">
        <w:trPr>
          <w:cantSplit/>
          <w:trHeight w:val="491"/>
        </w:trPr>
        <w:tc>
          <w:tcPr>
            <w:tcW w:w="70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41CFE" w:rsidRPr="00641CFE" w:rsidRDefault="00641CFE" w:rsidP="00820736">
            <w:pPr>
              <w:ind w:right="-108"/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№</w:t>
            </w:r>
          </w:p>
          <w:p w:rsidR="00641CFE" w:rsidRPr="00641CFE" w:rsidRDefault="00641CFE" w:rsidP="00820736">
            <w:pPr>
              <w:ind w:right="-108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proofErr w:type="gramStart"/>
            <w:r w:rsidRPr="00641CFE">
              <w:rPr>
                <w:rFonts w:cs="Times New Roman"/>
                <w:sz w:val="20"/>
                <w:szCs w:val="20"/>
              </w:rPr>
              <w:t>crt</w:t>
            </w:r>
            <w:proofErr w:type="spellEnd"/>
            <w:proofErr w:type="gramEnd"/>
            <w:r w:rsidRPr="00641CFE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41CFE" w:rsidRPr="00641CFE" w:rsidRDefault="00641CFE" w:rsidP="00820736">
            <w:pPr>
              <w:ind w:left="-120" w:right="-108"/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  <w:lang w:val="ro-RO"/>
              </w:rPr>
              <w:t>Simbol</w:t>
            </w:r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r w:rsidRPr="00641CFE">
              <w:rPr>
                <w:rFonts w:cs="Times New Roman"/>
                <w:sz w:val="20"/>
                <w:szCs w:val="20"/>
                <w:lang w:val="ro-RO"/>
              </w:rPr>
              <w:t>norme</w:t>
            </w:r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r w:rsidRPr="00641CFE">
              <w:rPr>
                <w:rFonts w:cs="Times New Roman"/>
                <w:sz w:val="20"/>
                <w:szCs w:val="20"/>
                <w:lang w:val="ro-RO"/>
              </w:rPr>
              <w:t xml:space="preserve">şi Cod </w:t>
            </w:r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r w:rsidRPr="00641CFE">
              <w:rPr>
                <w:rFonts w:cs="Times New Roman"/>
                <w:sz w:val="20"/>
                <w:szCs w:val="20"/>
                <w:lang w:val="ro-RO"/>
              </w:rPr>
              <w:t>resurse</w:t>
            </w:r>
          </w:p>
        </w:tc>
        <w:tc>
          <w:tcPr>
            <w:tcW w:w="5245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  <w:lang w:val="ro-RO"/>
              </w:rPr>
              <w:t>Denumire lucrări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41CFE" w:rsidRPr="00641CFE" w:rsidRDefault="00641CFE" w:rsidP="00820736">
            <w:pPr>
              <w:ind w:left="-108" w:right="-108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  <w:p w:rsidR="00641CFE" w:rsidRPr="00641CFE" w:rsidRDefault="00641CFE" w:rsidP="00820736">
            <w:pPr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  <w:lang w:val="ro-RO"/>
              </w:rPr>
              <w:t>U.M.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1CFE" w:rsidRPr="00641CFE" w:rsidRDefault="00641CFE" w:rsidP="00820736">
            <w:pPr>
              <w:ind w:left="-108" w:right="-108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41CFE">
              <w:rPr>
                <w:rFonts w:cs="Times New Roman"/>
                <w:sz w:val="20"/>
                <w:szCs w:val="20"/>
                <w:lang w:val="ro-RO"/>
              </w:rPr>
              <w:t>Cantitate</w:t>
            </w:r>
          </w:p>
          <w:p w:rsidR="00641CFE" w:rsidRPr="00641CFE" w:rsidRDefault="00641CFE" w:rsidP="00820736">
            <w:pPr>
              <w:ind w:left="-108" w:right="-108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41CFE">
              <w:rPr>
                <w:rFonts w:cs="Times New Roman"/>
                <w:sz w:val="20"/>
                <w:szCs w:val="20"/>
                <w:lang w:val="ro-RO"/>
              </w:rPr>
              <w:t>conform datelor</w:t>
            </w:r>
          </w:p>
          <w:p w:rsidR="00641CFE" w:rsidRPr="00641CFE" w:rsidRDefault="00641CFE" w:rsidP="00820736">
            <w:pPr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  <w:lang w:val="ro-RO"/>
              </w:rPr>
              <w:t>din proiect</w:t>
            </w:r>
          </w:p>
        </w:tc>
      </w:tr>
      <w:tr w:rsidR="00641CFE" w:rsidRPr="00641CFE" w:rsidTr="00641CFE">
        <w:trPr>
          <w:cantSplit/>
          <w:trHeight w:val="464"/>
        </w:trPr>
        <w:tc>
          <w:tcPr>
            <w:tcW w:w="70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245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41CFE" w:rsidRPr="00641CFE" w:rsidTr="00641CFE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641CFE" w:rsidRPr="00641CFE" w:rsidRDefault="00641CFE" w:rsidP="00820736">
            <w:pPr>
              <w:ind w:right="-108"/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641CFE" w:rsidRPr="00641CFE" w:rsidRDefault="00641CFE" w:rsidP="00820736">
            <w:pPr>
              <w:ind w:left="-120" w:right="-108"/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641CFE" w:rsidRPr="00641CFE" w:rsidRDefault="00641CFE" w:rsidP="00820736">
            <w:pPr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</w:tcPr>
          <w:p w:rsidR="00641CFE" w:rsidRPr="00641CFE" w:rsidRDefault="00641CFE" w:rsidP="00820736">
            <w:pPr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641CFE" w:rsidRPr="00641CFE" w:rsidTr="00641CF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641CFE">
              <w:rPr>
                <w:rFonts w:cs="Times New Roman"/>
                <w:b/>
                <w:bCs/>
                <w:sz w:val="20"/>
                <w:szCs w:val="20"/>
              </w:rPr>
              <w:t xml:space="preserve">1. </w:t>
            </w:r>
            <w:proofErr w:type="spellStart"/>
            <w:r w:rsidRPr="00641CFE">
              <w:rPr>
                <w:rFonts w:cs="Times New Roman"/>
                <w:b/>
                <w:bCs/>
                <w:sz w:val="20"/>
                <w:szCs w:val="20"/>
              </w:rPr>
              <w:t>Desfaceri</w:t>
            </w:r>
            <w:proofErr w:type="spellEnd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DI109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Decaparea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mecanizata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</w:t>
            </w:r>
            <w:r>
              <w:rPr>
                <w:rFonts w:cs="Times New Roman"/>
                <w:sz w:val="20"/>
                <w:szCs w:val="20"/>
              </w:rPr>
              <w:t>mbracamintei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cs="Times New Roman"/>
                <w:sz w:val="20"/>
                <w:szCs w:val="20"/>
              </w:rPr>
              <w:t>beton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asfaltic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30,69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9310060019930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49,1040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2952220003546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Autogreder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pina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la 175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0,5862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2952270003370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Ciocan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pneumatic 4.0-5.9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23,7848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12340002506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Compresor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5-6 m3/min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23,7848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TsC35B1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Excavat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transport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incarcator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frontal , la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distante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incarcare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autovehicul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incarcator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frontal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senile de 0,5-0,99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m.c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pamint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teren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catg.II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la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distanta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&lt; 10 m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</w:t>
            </w:r>
            <w:r>
              <w:rPr>
                <w:rFonts w:cs="Times New Roman"/>
                <w:sz w:val="20"/>
                <w:szCs w:val="20"/>
              </w:rPr>
              <w:t>carea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molozului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constructie</w:t>
            </w:r>
            <w:proofErr w:type="spellEnd"/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100 m3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0,3069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2952270007403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Incarcator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frontal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senile 0,5 - 0,99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1,6665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TsI51A10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Transportarea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moloz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autobasculan</w:t>
            </w:r>
            <w:r>
              <w:rPr>
                <w:rFonts w:cs="Times New Roman"/>
                <w:sz w:val="20"/>
                <w:szCs w:val="20"/>
              </w:rPr>
              <w:t>ta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10 t la </w:t>
            </w:r>
            <w:proofErr w:type="spellStart"/>
            <w:r>
              <w:rPr>
                <w:rFonts w:cs="Times New Roman"/>
                <w:sz w:val="20"/>
                <w:szCs w:val="20"/>
              </w:rPr>
              <w:t>distanta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10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67,518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3410540000007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3,8553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DG04B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Desfacerea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borduri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piatra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beton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ori</w:t>
            </w:r>
            <w:r>
              <w:rPr>
                <w:rFonts w:cs="Times New Roman"/>
                <w:sz w:val="20"/>
                <w:szCs w:val="20"/>
              </w:rPr>
              <w:t>ce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dimensiune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imes New Roman"/>
                <w:sz w:val="20"/>
                <w:szCs w:val="20"/>
              </w:rPr>
              <w:t>asezate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pe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192,00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9310060019900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Muncitor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61,4400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TsC35B1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Excavat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transport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incarcator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frontal , la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distante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incarcare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autovehicul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incarcator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frontal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senile de 0,5-0,99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m.c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pamint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teren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catg.II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la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distanta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&lt; 10 m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</w:t>
            </w:r>
            <w:r>
              <w:rPr>
                <w:rFonts w:cs="Times New Roman"/>
                <w:sz w:val="20"/>
                <w:szCs w:val="20"/>
              </w:rPr>
              <w:t>carea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molozului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constructie</w:t>
            </w:r>
            <w:proofErr w:type="spellEnd"/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100 m3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0,1728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2952270007403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Incarcator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frontal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senile 0,5 - 0,99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0,9383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TsI51A10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Transportarea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moloz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autobasculanta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10 t la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distanta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10 km</w:t>
            </w:r>
          </w:p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38,016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3410540000007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2,1707</w:t>
            </w:r>
          </w:p>
        </w:tc>
      </w:tr>
      <w:tr w:rsidR="00641CFE" w:rsidRPr="00641CFE" w:rsidTr="00641CF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641CFE">
              <w:rPr>
                <w:rFonts w:cs="Times New Roman"/>
                <w:b/>
                <w:bCs/>
                <w:sz w:val="20"/>
                <w:szCs w:val="20"/>
              </w:rPr>
              <w:t xml:space="preserve">2. </w:t>
            </w:r>
            <w:proofErr w:type="spellStart"/>
            <w:r w:rsidRPr="00641CFE">
              <w:rPr>
                <w:rFonts w:cs="Times New Roman"/>
                <w:b/>
                <w:bCs/>
                <w:sz w:val="20"/>
                <w:szCs w:val="20"/>
              </w:rPr>
              <w:t>Pavaj</w:t>
            </w:r>
            <w:proofErr w:type="spellEnd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TsE04A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Nivelarea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terenului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natural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platformelor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terasamente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buldozer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tractor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senile 65-80 CP,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prin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taierea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damburilor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impingerea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goluri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pamint</w:t>
            </w:r>
            <w:r>
              <w:rPr>
                <w:rFonts w:cs="Times New Roman"/>
                <w:sz w:val="20"/>
                <w:szCs w:val="20"/>
              </w:rPr>
              <w:t>ului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sapat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imes New Roman"/>
                <w:sz w:val="20"/>
                <w:szCs w:val="20"/>
              </w:rPr>
              <w:t>teren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catg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. I </w:t>
            </w:r>
            <w:proofErr w:type="spellStart"/>
            <w:r>
              <w:rPr>
                <w:rFonts w:cs="Times New Roman"/>
                <w:sz w:val="20"/>
                <w:szCs w:val="20"/>
              </w:rPr>
              <w:t>si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3,41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2952260003553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Buldozer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senile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pina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0,4262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TsE06A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Pregatirea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platformei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pamint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vederea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asternerii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unui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izolator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reparatie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nisip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balast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prin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nivelare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manuala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compactare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rulou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compresor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static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autopropulsat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de 10-12 t, in </w:t>
            </w:r>
            <w:proofErr w:type="spellStart"/>
            <w:r>
              <w:rPr>
                <w:rFonts w:cs="Times New Roman"/>
                <w:sz w:val="20"/>
                <w:szCs w:val="20"/>
              </w:rPr>
              <w:t>teren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3,41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9310060019900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Muncitor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30,7923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4100116202806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Apa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industriala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cisterne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pt.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lucrari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drumuri-terasam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3,4100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2952240004004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 xml:space="preserve">Compactor auto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rulouri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pina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la 12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4,0920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DI111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Executarea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mecanizata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straturilor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fundatie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cu h=12 cm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piatra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sparta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la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trotuare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baza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piatra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sparta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amestec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optimal LA30 sor</w:t>
            </w:r>
            <w:r>
              <w:rPr>
                <w:rFonts w:cs="Times New Roman"/>
                <w:sz w:val="20"/>
                <w:szCs w:val="20"/>
              </w:rPr>
              <w:t>t 0-40 conform CP D.02.31.2024)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341,00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9310060019930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87,2960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14111222016601520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 xml:space="preserve">Piatra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sparta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baza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piatra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sparta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amestec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optimal LA30 sort 0-40 conform CP D.02.31.2024)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59,3340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4100116202806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Apa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industriala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cisterne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pt.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lucrari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drumuri-terasam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6,8200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2952240004105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4,9786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3410540005603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Autocisterna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5-8 t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dispozitive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1,8755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DE18B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Pavaje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executate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placi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trotuare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beton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prefabricat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asezate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un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amestec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uscat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ciment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nisip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proportie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1:6,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rostuit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amestec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uscat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ciment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nisip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grosime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10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341,00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7129020012800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345,2284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9310060019922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Muncitor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deservire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10,7756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2661112800655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Placi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beton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trotuare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4 cm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grosime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Pavaj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vibro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presat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sur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tip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caramida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346,1150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2651122100027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Ciment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portland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M400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saci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>,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rosturi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545,6000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2651122100442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Ciment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portland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M400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saci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>,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5 363,9300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1421102200546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Nisip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constructii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0,3-0,7 mm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rosturi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1,7050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1421102200547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Nisip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constructii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0,3-0,7 mm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strat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29,2237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2881116002701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 xml:space="preserve">Disc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taiat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6,8200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641CFE">
              <w:rPr>
                <w:rFonts w:cs="Times New Roman"/>
                <w:b/>
                <w:bCs/>
                <w:sz w:val="20"/>
                <w:szCs w:val="20"/>
              </w:rPr>
              <w:t xml:space="preserve">3. </w:t>
            </w:r>
            <w:proofErr w:type="spellStart"/>
            <w:r w:rsidRPr="00641CFE">
              <w:rPr>
                <w:rFonts w:cs="Times New Roman"/>
                <w:b/>
                <w:bCs/>
                <w:sz w:val="20"/>
                <w:szCs w:val="20"/>
              </w:rPr>
              <w:t>Borduri</w:t>
            </w:r>
            <w:proofErr w:type="spellEnd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TsA02C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Sapatura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manuala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pamint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spatii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limitate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avind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sub 1,00 m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peste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1,00 m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latime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executata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fara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sprijiniri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cu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taluz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vertical, la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fundatii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canale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subsoluri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drenuri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trepte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infratire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pamint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necoeziv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slab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coeziv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adincime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&lt; 0,75 m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teren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11,52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9310060019900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Muncitor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24,3072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TsC54B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Stra</w:t>
            </w:r>
            <w:r>
              <w:rPr>
                <w:rFonts w:cs="Times New Roman"/>
                <w:sz w:val="20"/>
                <w:szCs w:val="20"/>
              </w:rPr>
              <w:t>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fundatie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cs="Times New Roman"/>
                <w:sz w:val="20"/>
                <w:szCs w:val="20"/>
              </w:rPr>
              <w:t>piatra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sparta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5,76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9310060019900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Muncitor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5,7024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1411122201752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 xml:space="preserve">Piatra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sparta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6,6240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0,5760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2912340002506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Compresor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mobil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motor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ardere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interna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presiunea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pina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la 686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kPa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1,2096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2592270004021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 xml:space="preserve">Compactor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pneuri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mecanic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2,4192</w:t>
            </w:r>
          </w:p>
        </w:tc>
      </w:tr>
      <w:tr w:rsidR="00641CFE" w:rsidRPr="00641CFE" w:rsidTr="00641C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508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DE11A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Borduri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mici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prefabricate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beton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pnetu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incadrarea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spatiilor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verzi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trotuarelor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aleilor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, etc.,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asezate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o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fundatie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beton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Borduri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vibropresate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100x20x10 cm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sur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Borduri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vibropresate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100x20x8cm color)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CFE" w:rsidRPr="00641CFE" w:rsidRDefault="00641CFE" w:rsidP="00820736">
            <w:pPr>
              <w:jc w:val="right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192,00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9310060019900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Muncitor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23,0400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7129020012800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h-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om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34,5600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2663102100001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Beton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9,2160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2651122100024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Ciment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portland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P 40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saci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195,8400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1421102200513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Nisip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sortat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nespalat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riu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lacuri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0,5760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2666122800325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(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Borduri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vibropresate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100x20x10 cm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sur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sau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Borduri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vibropresate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100x20x8cm color)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192,9600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641CFE">
              <w:rPr>
                <w:rFonts w:cs="Times New Roman"/>
                <w:sz w:val="20"/>
                <w:szCs w:val="20"/>
              </w:rPr>
              <w:t>Apa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mortare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si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41CFE">
              <w:rPr>
                <w:rFonts w:cs="Times New Roman"/>
                <w:sz w:val="20"/>
                <w:szCs w:val="20"/>
              </w:rPr>
              <w:t>betoane</w:t>
            </w:r>
            <w:proofErr w:type="spellEnd"/>
            <w:r w:rsidRPr="00641CFE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  <w:r w:rsidRPr="00641CFE">
              <w:rPr>
                <w:rFonts w:cs="Times New Roman"/>
                <w:sz w:val="20"/>
                <w:szCs w:val="20"/>
              </w:rPr>
              <w:t>0,5760</w:t>
            </w:r>
          </w:p>
        </w:tc>
      </w:tr>
      <w:tr w:rsidR="00641CFE" w:rsidRPr="00641CFE" w:rsidTr="00641CF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641CFE" w:rsidRPr="00641CFE" w:rsidRDefault="00641CFE" w:rsidP="00820736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auto"/>
              <w:bottom w:val="single" w:sz="12" w:space="0" w:color="auto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641CFE" w:rsidRPr="00641CFE" w:rsidTr="00641CF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0"/>
          <w:wAfter w:w="9673" w:type="dxa"/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41CFE" w:rsidRPr="00641CFE" w:rsidRDefault="00641CFE" w:rsidP="00820736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4140CE" w:rsidRPr="00641CFE" w:rsidRDefault="00F338C3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641CFE">
        <w:rPr>
          <w:rFonts w:ascii="Times New Roman" w:hAnsi="Times New Roman" w:cs="Times New Roman"/>
          <w:sz w:val="22"/>
          <w:szCs w:val="22"/>
        </w:rPr>
        <w:t>5. Cerințe privind execuția lucrărilor</w:t>
      </w:r>
    </w:p>
    <w:p w:rsidR="004140CE" w:rsidRPr="00641CFE" w:rsidRDefault="00F338C3">
      <w:pPr>
        <w:pStyle w:val="ListBullet"/>
        <w:rPr>
          <w:rFonts w:cs="Times New Roman"/>
          <w:sz w:val="22"/>
        </w:rPr>
      </w:pPr>
      <w:r w:rsidRPr="00641CFE">
        <w:rPr>
          <w:rFonts w:cs="Times New Roman"/>
          <w:sz w:val="22"/>
        </w:rPr>
        <w:t>Lucrările vor fi executate conform normativelor tehnice în vigoare.</w:t>
      </w:r>
    </w:p>
    <w:p w:rsidR="004140CE" w:rsidRPr="00641CFE" w:rsidRDefault="00F338C3">
      <w:pPr>
        <w:pStyle w:val="ListBullet"/>
        <w:rPr>
          <w:rFonts w:cs="Times New Roman"/>
          <w:sz w:val="22"/>
        </w:rPr>
      </w:pPr>
      <w:r w:rsidRPr="00641CFE">
        <w:rPr>
          <w:rFonts w:cs="Times New Roman"/>
          <w:sz w:val="22"/>
        </w:rPr>
        <w:t xml:space="preserve">Materialele utilizate trebuie </w:t>
      </w:r>
      <w:proofErr w:type="gramStart"/>
      <w:r w:rsidRPr="00641CFE">
        <w:rPr>
          <w:rFonts w:cs="Times New Roman"/>
          <w:sz w:val="22"/>
        </w:rPr>
        <w:t>să</w:t>
      </w:r>
      <w:proofErr w:type="gramEnd"/>
      <w:r w:rsidRPr="00641CFE">
        <w:rPr>
          <w:rFonts w:cs="Times New Roman"/>
          <w:sz w:val="22"/>
        </w:rPr>
        <w:t xml:space="preserve"> fie însoțite de certificate de conformitate.</w:t>
      </w:r>
    </w:p>
    <w:p w:rsidR="004140CE" w:rsidRPr="00641CFE" w:rsidRDefault="00F338C3">
      <w:pPr>
        <w:pStyle w:val="ListBullet"/>
        <w:rPr>
          <w:rFonts w:cs="Times New Roman"/>
          <w:sz w:val="22"/>
        </w:rPr>
      </w:pPr>
      <w:r w:rsidRPr="00641CFE">
        <w:rPr>
          <w:rFonts w:cs="Times New Roman"/>
          <w:sz w:val="22"/>
        </w:rPr>
        <w:t xml:space="preserve">Antreprenorul </w:t>
      </w:r>
      <w:proofErr w:type="gramStart"/>
      <w:r w:rsidRPr="00641CFE">
        <w:rPr>
          <w:rFonts w:cs="Times New Roman"/>
          <w:sz w:val="22"/>
        </w:rPr>
        <w:t>va</w:t>
      </w:r>
      <w:proofErr w:type="gramEnd"/>
      <w:r w:rsidRPr="00641CFE">
        <w:rPr>
          <w:rFonts w:cs="Times New Roman"/>
          <w:sz w:val="22"/>
        </w:rPr>
        <w:t xml:space="preserve"> asigura securitatea muncii și semnalizarea zonei de lucru.</w:t>
      </w:r>
    </w:p>
    <w:p w:rsidR="004140CE" w:rsidRPr="00641CFE" w:rsidRDefault="00F338C3">
      <w:pPr>
        <w:pStyle w:val="ListBullet"/>
        <w:rPr>
          <w:rFonts w:cs="Times New Roman"/>
          <w:sz w:val="22"/>
        </w:rPr>
      </w:pPr>
      <w:r w:rsidRPr="00641CFE">
        <w:rPr>
          <w:rFonts w:cs="Times New Roman"/>
          <w:sz w:val="22"/>
        </w:rPr>
        <w:t xml:space="preserve">Termenul de garanție pentru lucrările executate </w:t>
      </w:r>
      <w:proofErr w:type="gramStart"/>
      <w:r w:rsidRPr="00641CFE">
        <w:rPr>
          <w:rFonts w:cs="Times New Roman"/>
          <w:sz w:val="22"/>
        </w:rPr>
        <w:t>va</w:t>
      </w:r>
      <w:proofErr w:type="gramEnd"/>
      <w:r w:rsidRPr="00641CFE">
        <w:rPr>
          <w:rFonts w:cs="Times New Roman"/>
          <w:sz w:val="22"/>
        </w:rPr>
        <w:t xml:space="preserve"> fi de minim 12 luni.</w:t>
      </w:r>
    </w:p>
    <w:p w:rsidR="004140CE" w:rsidRDefault="00F338C3" w:rsidP="00641CFE">
      <w:pPr>
        <w:rPr>
          <w:rFonts w:cs="Times New Roman"/>
          <w:sz w:val="22"/>
        </w:rPr>
      </w:pPr>
      <w:r w:rsidRPr="00641CFE">
        <w:rPr>
          <w:rFonts w:cs="Times New Roman"/>
          <w:sz w:val="22"/>
        </w:rPr>
        <w:br/>
      </w:r>
    </w:p>
    <w:p w:rsidR="00641CFE" w:rsidRDefault="00641CFE" w:rsidP="00641CFE">
      <w:pPr>
        <w:rPr>
          <w:b/>
          <w:bCs/>
          <w:szCs w:val="24"/>
          <w:lang w:val="ro-RO" w:eastAsia="ru-RU"/>
        </w:rPr>
      </w:pPr>
    </w:p>
    <w:p w:rsidR="00641CFE" w:rsidRDefault="00641CFE" w:rsidP="00641CFE">
      <w:pPr>
        <w:rPr>
          <w:szCs w:val="24"/>
          <w:lang w:val="ro-RO" w:eastAsia="ru-RU"/>
        </w:rPr>
      </w:pPr>
      <w:r w:rsidRPr="000217D0">
        <w:rPr>
          <w:b/>
          <w:bCs/>
          <w:szCs w:val="24"/>
          <w:lang w:val="ro-RO" w:eastAsia="ru-RU"/>
        </w:rPr>
        <w:t>Conducătorul grupului de lucru</w:t>
      </w:r>
      <w:r>
        <w:rPr>
          <w:b/>
          <w:bCs/>
          <w:szCs w:val="24"/>
          <w:lang w:val="ro-RO" w:eastAsia="ru-RU"/>
        </w:rPr>
        <w:t>,</w:t>
      </w:r>
      <w:r w:rsidRPr="005D0AE2">
        <w:rPr>
          <w:szCs w:val="24"/>
          <w:lang w:val="ro-RO" w:eastAsia="ru-RU"/>
        </w:rPr>
        <w:t xml:space="preserve"> </w:t>
      </w:r>
      <w:r>
        <w:rPr>
          <w:szCs w:val="24"/>
          <w:lang w:val="ro-RO" w:eastAsia="ru-RU"/>
        </w:rPr>
        <w:t xml:space="preserve"> </w:t>
      </w:r>
    </w:p>
    <w:p w:rsidR="00641CFE" w:rsidRDefault="00641CFE" w:rsidP="00641CFE">
      <w:pPr>
        <w:rPr>
          <w:szCs w:val="24"/>
          <w:lang w:val="ro-RO" w:eastAsia="ru-RU"/>
        </w:rPr>
      </w:pPr>
      <w:r>
        <w:rPr>
          <w:szCs w:val="24"/>
          <w:lang w:val="ro-RO" w:eastAsia="ru-RU"/>
        </w:rPr>
        <w:t>Primarul or. Nisporeni, NEGEL Dan</w:t>
      </w:r>
    </w:p>
    <w:p w:rsidR="00641CFE" w:rsidRPr="00641CFE" w:rsidRDefault="00641CFE">
      <w:pPr>
        <w:rPr>
          <w:rFonts w:cs="Times New Roman"/>
          <w:sz w:val="22"/>
        </w:rPr>
      </w:pPr>
    </w:p>
    <w:sectPr w:rsidR="00641CFE" w:rsidRPr="00641CF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40CE"/>
    <w:rsid w:val="00641CFE"/>
    <w:rsid w:val="00711F7C"/>
    <w:rsid w:val="00AA1D8D"/>
    <w:rsid w:val="00B47730"/>
    <w:rsid w:val="00CB0664"/>
    <w:rsid w:val="00DC1859"/>
    <w:rsid w:val="00F338C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15E687-3401-4009-8973-5895DD806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Utilizator</cp:lastModifiedBy>
  <cp:revision>5</cp:revision>
  <cp:lastPrinted>2026-05-28T13:24:00Z</cp:lastPrinted>
  <dcterms:created xsi:type="dcterms:W3CDTF">2013-12-23T23:15:00Z</dcterms:created>
  <dcterms:modified xsi:type="dcterms:W3CDTF">2026-05-28T13:24:00Z</dcterms:modified>
</cp:coreProperties>
</file>