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D636F" w:rsidRDefault="003139DD">
      <w:pPr>
        <w:spacing w:after="0" w:line="240" w:lineRule="auto"/>
        <w:jc w:val="right"/>
        <w:rPr>
          <w:sz w:val="22"/>
        </w:rPr>
      </w:pPr>
      <w:proofErr w:type="spellStart"/>
      <w:r w:rsidRPr="001D636F">
        <w:rPr>
          <w:sz w:val="22"/>
        </w:rPr>
        <w:t>Anexa</w:t>
      </w:r>
      <w:proofErr w:type="spellEnd"/>
      <w:r w:rsidRPr="001D636F">
        <w:rPr>
          <w:sz w:val="22"/>
        </w:rPr>
        <w:t xml:space="preserve"> nr. 2 la </w:t>
      </w:r>
      <w:proofErr w:type="spellStart"/>
      <w:r w:rsidRPr="001D636F">
        <w:rPr>
          <w:sz w:val="22"/>
        </w:rPr>
        <w:t>Documentația</w:t>
      </w:r>
      <w:proofErr w:type="spellEnd"/>
    </w:p>
    <w:p w:rsidR="004E69F8" w:rsidRPr="001D636F" w:rsidRDefault="003139DD">
      <w:pPr>
        <w:spacing w:after="0" w:line="240" w:lineRule="auto"/>
        <w:jc w:val="right"/>
        <w:rPr>
          <w:sz w:val="22"/>
        </w:rPr>
      </w:pPr>
      <w:r w:rsidRPr="001D636F">
        <w:rPr>
          <w:sz w:val="22"/>
        </w:rPr>
        <w:t xml:space="preserve"> standard nr. 69 din 7 </w:t>
      </w:r>
      <w:proofErr w:type="spellStart"/>
      <w:r w:rsidRPr="001D636F">
        <w:rPr>
          <w:sz w:val="22"/>
        </w:rPr>
        <w:t>mai</w:t>
      </w:r>
      <w:proofErr w:type="spellEnd"/>
      <w:r w:rsidRPr="001D636F">
        <w:rPr>
          <w:sz w:val="22"/>
        </w:rPr>
        <w:t xml:space="preserve"> 2021</w:t>
      </w:r>
    </w:p>
    <w:p w:rsidR="004E69F8" w:rsidRPr="001D636F" w:rsidRDefault="003139DD">
      <w:pPr>
        <w:spacing w:after="0" w:line="240" w:lineRule="auto"/>
        <w:jc w:val="center"/>
        <w:rPr>
          <w:sz w:val="22"/>
        </w:rPr>
      </w:pPr>
      <w:r w:rsidRPr="001D636F">
        <w:rPr>
          <w:b/>
          <w:sz w:val="22"/>
        </w:rPr>
        <w:t>ANUNȚ DE PARTICIPARE</w:t>
      </w:r>
    </w:p>
    <w:p w:rsidR="001D636F" w:rsidRDefault="001D636F">
      <w:pPr>
        <w:spacing w:after="0" w:line="240" w:lineRule="auto"/>
        <w:jc w:val="both"/>
        <w:rPr>
          <w:sz w:val="22"/>
        </w:rPr>
      </w:pP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proofErr w:type="spellStart"/>
      <w:r w:rsidRPr="001D636F">
        <w:rPr>
          <w:sz w:val="22"/>
        </w:rPr>
        <w:t>privind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achiziționarea</w:t>
      </w:r>
      <w:proofErr w:type="spellEnd"/>
      <w:r w:rsidR="001D636F">
        <w:rPr>
          <w:sz w:val="22"/>
        </w:rPr>
        <w:t>:</w:t>
      </w:r>
      <w:r w:rsidRPr="001D636F">
        <w:rPr>
          <w:sz w:val="22"/>
        </w:rPr>
        <w:t xml:space="preserve"> </w:t>
      </w:r>
      <w:proofErr w:type="spellStart"/>
      <w:r w:rsidRPr="001D636F">
        <w:rPr>
          <w:b/>
          <w:bCs/>
          <w:sz w:val="22"/>
        </w:rPr>
        <w:t>Servicii</w:t>
      </w:r>
      <w:proofErr w:type="spellEnd"/>
      <w:r w:rsidRPr="001D636F">
        <w:rPr>
          <w:b/>
          <w:bCs/>
          <w:sz w:val="22"/>
        </w:rPr>
        <w:t xml:space="preserve"> de </w:t>
      </w:r>
      <w:proofErr w:type="spellStart"/>
      <w:r w:rsidRPr="001D636F">
        <w:rPr>
          <w:b/>
          <w:bCs/>
          <w:sz w:val="22"/>
        </w:rPr>
        <w:t>deservire</w:t>
      </w:r>
      <w:proofErr w:type="spellEnd"/>
      <w:r w:rsidRPr="001D636F">
        <w:rPr>
          <w:b/>
          <w:bCs/>
          <w:sz w:val="22"/>
        </w:rPr>
        <w:t xml:space="preserve">, </w:t>
      </w:r>
      <w:proofErr w:type="spellStart"/>
      <w:r w:rsidRPr="001D636F">
        <w:rPr>
          <w:b/>
          <w:bCs/>
          <w:sz w:val="22"/>
        </w:rPr>
        <w:t>mentenanță</w:t>
      </w:r>
      <w:proofErr w:type="spellEnd"/>
      <w:r w:rsidRPr="001D636F">
        <w:rPr>
          <w:b/>
          <w:bCs/>
          <w:sz w:val="22"/>
        </w:rPr>
        <w:t xml:space="preserve"> </w:t>
      </w:r>
      <w:proofErr w:type="spellStart"/>
      <w:r w:rsidRPr="001D636F">
        <w:rPr>
          <w:b/>
          <w:bCs/>
          <w:sz w:val="22"/>
        </w:rPr>
        <w:t>și</w:t>
      </w:r>
      <w:proofErr w:type="spellEnd"/>
      <w:r w:rsidRPr="001D636F">
        <w:rPr>
          <w:b/>
          <w:bCs/>
          <w:sz w:val="22"/>
        </w:rPr>
        <w:t xml:space="preserve"> </w:t>
      </w:r>
      <w:proofErr w:type="spellStart"/>
      <w:r w:rsidRPr="001D636F">
        <w:rPr>
          <w:b/>
          <w:bCs/>
          <w:sz w:val="22"/>
        </w:rPr>
        <w:t>testare</w:t>
      </w:r>
      <w:proofErr w:type="spellEnd"/>
      <w:r w:rsidRPr="001D636F">
        <w:rPr>
          <w:b/>
          <w:bCs/>
          <w:sz w:val="22"/>
        </w:rPr>
        <w:t xml:space="preserve"> </w:t>
      </w:r>
      <w:proofErr w:type="spellStart"/>
      <w:r w:rsidRPr="001D636F">
        <w:rPr>
          <w:b/>
          <w:bCs/>
          <w:sz w:val="22"/>
        </w:rPr>
        <w:t>periodică</w:t>
      </w:r>
      <w:proofErr w:type="spellEnd"/>
      <w:r w:rsidRPr="001D636F">
        <w:rPr>
          <w:b/>
          <w:bCs/>
          <w:sz w:val="22"/>
        </w:rPr>
        <w:t xml:space="preserve"> a </w:t>
      </w:r>
      <w:proofErr w:type="spellStart"/>
      <w:r w:rsidRPr="001D636F">
        <w:rPr>
          <w:b/>
          <w:bCs/>
          <w:sz w:val="22"/>
        </w:rPr>
        <w:t>sistemelor</w:t>
      </w:r>
      <w:proofErr w:type="spellEnd"/>
      <w:r w:rsidRPr="001D636F">
        <w:rPr>
          <w:b/>
          <w:bCs/>
          <w:sz w:val="22"/>
        </w:rPr>
        <w:t xml:space="preserve"> </w:t>
      </w:r>
      <w:proofErr w:type="spellStart"/>
      <w:r w:rsidRPr="001D636F">
        <w:rPr>
          <w:b/>
          <w:bCs/>
          <w:sz w:val="22"/>
        </w:rPr>
        <w:t>antiincendiare</w:t>
      </w:r>
      <w:proofErr w:type="spellEnd"/>
      <w:r w:rsidRPr="001D636F">
        <w:rPr>
          <w:b/>
          <w:bCs/>
          <w:sz w:val="22"/>
        </w:rPr>
        <w:t xml:space="preserve"> ANSP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proofErr w:type="spellStart"/>
      <w:r w:rsidRPr="001D636F">
        <w:rPr>
          <w:sz w:val="22"/>
        </w:rPr>
        <w:t>prin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procedura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achiziție</w:t>
      </w:r>
      <w:proofErr w:type="spellEnd"/>
      <w:r w:rsidRPr="001D636F">
        <w:rPr>
          <w:sz w:val="22"/>
        </w:rPr>
        <w:t xml:space="preserve">: </w:t>
      </w:r>
      <w:proofErr w:type="spellStart"/>
      <w:r w:rsidRPr="001D636F">
        <w:rPr>
          <w:sz w:val="22"/>
        </w:rPr>
        <w:t>valoare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mică</w:t>
      </w:r>
      <w:proofErr w:type="spellEnd"/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>*</w:t>
      </w:r>
      <w:proofErr w:type="spellStart"/>
      <w:r w:rsidRPr="001D636F">
        <w:rPr>
          <w:sz w:val="22"/>
        </w:rPr>
        <w:t>Procedura</w:t>
      </w:r>
      <w:proofErr w:type="spellEnd"/>
      <w:r w:rsidRPr="001D636F">
        <w:rPr>
          <w:sz w:val="22"/>
        </w:rPr>
        <w:t xml:space="preserve"> a </w:t>
      </w:r>
      <w:proofErr w:type="spellStart"/>
      <w:r w:rsidRPr="001D636F">
        <w:rPr>
          <w:sz w:val="22"/>
        </w:rPr>
        <w:t>fost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inclusă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în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planul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achiziții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publice</w:t>
      </w:r>
      <w:proofErr w:type="spellEnd"/>
      <w:r w:rsidRPr="001D636F">
        <w:rPr>
          <w:sz w:val="22"/>
        </w:rPr>
        <w:t xml:space="preserve"> </w:t>
      </w:r>
      <w:proofErr w:type="gramStart"/>
      <w:r w:rsidRPr="001D636F">
        <w:rPr>
          <w:sz w:val="22"/>
        </w:rPr>
        <w:t>a</w:t>
      </w:r>
      <w:proofErr w:type="gram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autorității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contractante</w:t>
      </w:r>
      <w:proofErr w:type="spellEnd"/>
      <w:r w:rsidRPr="001D636F">
        <w:rPr>
          <w:sz w:val="22"/>
        </w:rPr>
        <w:t>: DA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Link-ul </w:t>
      </w:r>
      <w:proofErr w:type="spellStart"/>
      <w:r w:rsidRPr="001D636F">
        <w:rPr>
          <w:sz w:val="22"/>
        </w:rPr>
        <w:t>către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planul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achiziții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publice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publicat</w:t>
      </w:r>
      <w:proofErr w:type="spellEnd"/>
      <w:r w:rsidRPr="001D636F">
        <w:rPr>
          <w:sz w:val="22"/>
        </w:rPr>
        <w:t>: https://ansp.md/achizitii/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1. </w:t>
      </w:r>
      <w:proofErr w:type="spellStart"/>
      <w:r w:rsidRPr="001D636F">
        <w:rPr>
          <w:sz w:val="22"/>
        </w:rPr>
        <w:t>Denumirea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autorității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contractante</w:t>
      </w:r>
      <w:proofErr w:type="spellEnd"/>
      <w:r w:rsidRPr="001D636F">
        <w:rPr>
          <w:sz w:val="22"/>
        </w:rPr>
        <w:t xml:space="preserve">: </w:t>
      </w:r>
      <w:proofErr w:type="spellStart"/>
      <w:r w:rsidRPr="001D636F">
        <w:rPr>
          <w:sz w:val="22"/>
        </w:rPr>
        <w:t>Agenția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Națională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pentru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Sănătate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Publică</w:t>
      </w:r>
      <w:proofErr w:type="spellEnd"/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>2. IDNO: 1018601000021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3. </w:t>
      </w:r>
      <w:proofErr w:type="spellStart"/>
      <w:r w:rsidRPr="001D636F">
        <w:rPr>
          <w:sz w:val="22"/>
        </w:rPr>
        <w:t>Adresa</w:t>
      </w:r>
      <w:proofErr w:type="spellEnd"/>
      <w:r w:rsidRPr="001D636F">
        <w:rPr>
          <w:sz w:val="22"/>
        </w:rPr>
        <w:t xml:space="preserve">: </w:t>
      </w:r>
      <w:proofErr w:type="spellStart"/>
      <w:r w:rsidRPr="001D636F">
        <w:rPr>
          <w:sz w:val="22"/>
        </w:rPr>
        <w:t>mun</w:t>
      </w:r>
      <w:proofErr w:type="spellEnd"/>
      <w:r w:rsidRPr="001D636F">
        <w:rPr>
          <w:sz w:val="22"/>
        </w:rPr>
        <w:t xml:space="preserve">. </w:t>
      </w:r>
      <w:proofErr w:type="spellStart"/>
      <w:r w:rsidRPr="001D636F">
        <w:rPr>
          <w:sz w:val="22"/>
        </w:rPr>
        <w:t>Chișinău</w:t>
      </w:r>
      <w:proofErr w:type="spellEnd"/>
      <w:r w:rsidRPr="001D636F">
        <w:rPr>
          <w:sz w:val="22"/>
        </w:rPr>
        <w:t xml:space="preserve">, str. </w:t>
      </w:r>
      <w:proofErr w:type="spellStart"/>
      <w:r w:rsidRPr="001D636F">
        <w:rPr>
          <w:sz w:val="22"/>
        </w:rPr>
        <w:t>Gh</w:t>
      </w:r>
      <w:proofErr w:type="spellEnd"/>
      <w:r w:rsidRPr="001D636F">
        <w:rPr>
          <w:sz w:val="22"/>
        </w:rPr>
        <w:t xml:space="preserve">. </w:t>
      </w:r>
      <w:proofErr w:type="spellStart"/>
      <w:r w:rsidRPr="001D636F">
        <w:rPr>
          <w:sz w:val="22"/>
        </w:rPr>
        <w:t>Asachi</w:t>
      </w:r>
      <w:proofErr w:type="spellEnd"/>
      <w:r w:rsidRPr="001D636F">
        <w:rPr>
          <w:sz w:val="22"/>
        </w:rPr>
        <w:t>, 67 A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4. </w:t>
      </w:r>
      <w:proofErr w:type="spellStart"/>
      <w:r w:rsidRPr="001D636F">
        <w:rPr>
          <w:sz w:val="22"/>
        </w:rPr>
        <w:t>Numărul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telefon</w:t>
      </w:r>
      <w:proofErr w:type="spellEnd"/>
      <w:r w:rsidRPr="001D636F">
        <w:rPr>
          <w:sz w:val="22"/>
        </w:rPr>
        <w:t>/fax: 067493406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5. </w:t>
      </w:r>
      <w:proofErr w:type="spellStart"/>
      <w:r w:rsidRPr="001D636F">
        <w:rPr>
          <w:sz w:val="22"/>
        </w:rPr>
        <w:t>Adresa</w:t>
      </w:r>
      <w:proofErr w:type="spellEnd"/>
      <w:r w:rsidRPr="001D636F">
        <w:rPr>
          <w:sz w:val="22"/>
        </w:rPr>
        <w:t xml:space="preserve"> de e-mail </w:t>
      </w:r>
      <w:proofErr w:type="spellStart"/>
      <w:r w:rsidRPr="001D636F">
        <w:rPr>
          <w:sz w:val="22"/>
        </w:rPr>
        <w:t>și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pagina</w:t>
      </w:r>
      <w:proofErr w:type="spellEnd"/>
      <w:r w:rsidRPr="001D636F">
        <w:rPr>
          <w:sz w:val="22"/>
        </w:rPr>
        <w:t xml:space="preserve"> web </w:t>
      </w:r>
      <w:proofErr w:type="spellStart"/>
      <w:r w:rsidRPr="001D636F">
        <w:rPr>
          <w:sz w:val="22"/>
        </w:rPr>
        <w:t>oficială</w:t>
      </w:r>
      <w:proofErr w:type="spellEnd"/>
      <w:r w:rsidRPr="001D636F">
        <w:rPr>
          <w:sz w:val="22"/>
        </w:rPr>
        <w:t xml:space="preserve"> </w:t>
      </w:r>
      <w:proofErr w:type="gramStart"/>
      <w:r w:rsidRPr="001D636F">
        <w:rPr>
          <w:sz w:val="22"/>
        </w:rPr>
        <w:t>a</w:t>
      </w:r>
      <w:proofErr w:type="gram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autorității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contractante</w:t>
      </w:r>
      <w:proofErr w:type="spellEnd"/>
      <w:r w:rsidRPr="001D636F">
        <w:rPr>
          <w:sz w:val="22"/>
        </w:rPr>
        <w:t>: achizitii@ansp.gov.md; www.ansp.md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6. </w:t>
      </w:r>
      <w:proofErr w:type="spellStart"/>
      <w:r w:rsidRPr="001D636F">
        <w:rPr>
          <w:sz w:val="22"/>
        </w:rPr>
        <w:t>Adresa</w:t>
      </w:r>
      <w:proofErr w:type="spellEnd"/>
      <w:r w:rsidRPr="001D636F">
        <w:rPr>
          <w:sz w:val="22"/>
        </w:rPr>
        <w:t xml:space="preserve"> de e-mail </w:t>
      </w:r>
      <w:proofErr w:type="spellStart"/>
      <w:r w:rsidRPr="001D636F">
        <w:rPr>
          <w:sz w:val="22"/>
        </w:rPr>
        <w:t>sau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pagina</w:t>
      </w:r>
      <w:proofErr w:type="spellEnd"/>
      <w:r w:rsidRPr="001D636F">
        <w:rPr>
          <w:sz w:val="22"/>
        </w:rPr>
        <w:t xml:space="preserve"> web </w:t>
      </w:r>
      <w:proofErr w:type="spellStart"/>
      <w:r w:rsidRPr="001D636F">
        <w:rPr>
          <w:sz w:val="22"/>
        </w:rPr>
        <w:t>oficială</w:t>
      </w:r>
      <w:proofErr w:type="spellEnd"/>
      <w:r w:rsidRPr="001D636F">
        <w:rPr>
          <w:sz w:val="22"/>
        </w:rPr>
        <w:t xml:space="preserve"> de la care se </w:t>
      </w:r>
      <w:proofErr w:type="spellStart"/>
      <w:r w:rsidRPr="001D636F">
        <w:rPr>
          <w:sz w:val="22"/>
        </w:rPr>
        <w:t>va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putea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obține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accesul</w:t>
      </w:r>
      <w:proofErr w:type="spellEnd"/>
      <w:r w:rsidRPr="001D636F">
        <w:rPr>
          <w:sz w:val="22"/>
        </w:rPr>
        <w:t xml:space="preserve"> la </w:t>
      </w:r>
      <w:proofErr w:type="spellStart"/>
      <w:r w:rsidRPr="001D636F">
        <w:rPr>
          <w:sz w:val="22"/>
        </w:rPr>
        <w:t>documentația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atribuire</w:t>
      </w:r>
      <w:proofErr w:type="spellEnd"/>
      <w:r w:rsidRPr="001D636F">
        <w:rPr>
          <w:sz w:val="22"/>
        </w:rPr>
        <w:t xml:space="preserve">: </w:t>
      </w:r>
      <w:proofErr w:type="spellStart"/>
      <w:r w:rsidRPr="001D636F">
        <w:rPr>
          <w:sz w:val="22"/>
        </w:rPr>
        <w:t>documentația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atribuire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este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anexată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în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cadrul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procedurii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în</w:t>
      </w:r>
      <w:proofErr w:type="spellEnd"/>
      <w:r w:rsidRPr="001D636F">
        <w:rPr>
          <w:sz w:val="22"/>
        </w:rPr>
        <w:t xml:space="preserve"> SIA RSAP/achizitii.md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7. </w:t>
      </w:r>
      <w:proofErr w:type="spellStart"/>
      <w:r w:rsidRPr="001D636F">
        <w:rPr>
          <w:sz w:val="22"/>
        </w:rPr>
        <w:t>Tipul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autorității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contractante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și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obiectul</w:t>
      </w:r>
      <w:proofErr w:type="spellEnd"/>
      <w:r w:rsidRPr="001D636F">
        <w:rPr>
          <w:sz w:val="22"/>
        </w:rPr>
        <w:t xml:space="preserve"> principal de </w:t>
      </w:r>
      <w:proofErr w:type="spellStart"/>
      <w:r w:rsidRPr="001D636F">
        <w:rPr>
          <w:sz w:val="22"/>
        </w:rPr>
        <w:t>activitate</w:t>
      </w:r>
      <w:proofErr w:type="spellEnd"/>
      <w:r w:rsidRPr="001D636F">
        <w:rPr>
          <w:sz w:val="22"/>
        </w:rPr>
        <w:t xml:space="preserve">: </w:t>
      </w:r>
      <w:proofErr w:type="spellStart"/>
      <w:r w:rsidRPr="001D636F">
        <w:rPr>
          <w:sz w:val="22"/>
        </w:rPr>
        <w:t>Autoritate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administrativă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subordonată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Ministerului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Sănătății</w:t>
      </w:r>
      <w:proofErr w:type="spellEnd"/>
      <w:r w:rsidRPr="001D636F">
        <w:rPr>
          <w:sz w:val="22"/>
        </w:rPr>
        <w:t xml:space="preserve"> al </w:t>
      </w:r>
      <w:proofErr w:type="spellStart"/>
      <w:r w:rsidRPr="001D636F">
        <w:rPr>
          <w:sz w:val="22"/>
        </w:rPr>
        <w:t>Republicii</w:t>
      </w:r>
      <w:proofErr w:type="spellEnd"/>
      <w:r w:rsidRPr="001D636F">
        <w:rPr>
          <w:sz w:val="22"/>
        </w:rPr>
        <w:t xml:space="preserve"> Moldova.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8. </w:t>
      </w:r>
      <w:proofErr w:type="spellStart"/>
      <w:r w:rsidRPr="001D636F">
        <w:rPr>
          <w:sz w:val="22"/>
        </w:rPr>
        <w:t>Agenția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Națională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pentru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Sănătate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Publică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invită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operatorii</w:t>
      </w:r>
      <w:proofErr w:type="spellEnd"/>
      <w:r w:rsidRPr="001D636F">
        <w:rPr>
          <w:sz w:val="22"/>
        </w:rPr>
        <w:t xml:space="preserve"> economici </w:t>
      </w:r>
      <w:proofErr w:type="spellStart"/>
      <w:r w:rsidRPr="001D636F">
        <w:rPr>
          <w:sz w:val="22"/>
        </w:rPr>
        <w:t>interesați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să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participe</w:t>
      </w:r>
      <w:proofErr w:type="spellEnd"/>
      <w:r w:rsidRPr="001D636F">
        <w:rPr>
          <w:sz w:val="22"/>
        </w:rPr>
        <w:t xml:space="preserve"> la </w:t>
      </w:r>
      <w:proofErr w:type="spellStart"/>
      <w:r w:rsidRPr="001D636F">
        <w:rPr>
          <w:sz w:val="22"/>
        </w:rPr>
        <w:t>procedura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achiziție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privind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prestarea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următoarelor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servicii</w:t>
      </w:r>
      <w:proofErr w:type="spellEnd"/>
      <w:r w:rsidRPr="001D636F">
        <w:rPr>
          <w:sz w:val="22"/>
        </w:rPr>
        <w:t>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97"/>
        <w:gridCol w:w="1897"/>
        <w:gridCol w:w="1897"/>
        <w:gridCol w:w="1897"/>
        <w:gridCol w:w="1897"/>
        <w:gridCol w:w="1897"/>
        <w:gridCol w:w="1897"/>
      </w:tblGrid>
      <w:tr w:rsidR="004E69F8" w:rsidRPr="001D636F">
        <w:trPr>
          <w:jc w:val="center"/>
        </w:trPr>
        <w:tc>
          <w:tcPr>
            <w:tcW w:w="1898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r w:rsidRPr="001D636F">
              <w:rPr>
                <w:b/>
                <w:sz w:val="22"/>
              </w:rPr>
              <w:t>Nr. d/o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r w:rsidRPr="001D636F">
              <w:rPr>
                <w:b/>
                <w:sz w:val="22"/>
              </w:rPr>
              <w:t>Cod CPV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1D636F">
              <w:rPr>
                <w:b/>
                <w:sz w:val="22"/>
              </w:rPr>
              <w:t>Denumirea</w:t>
            </w:r>
            <w:proofErr w:type="spellEnd"/>
            <w:r w:rsidRPr="001D636F">
              <w:rPr>
                <w:b/>
                <w:sz w:val="22"/>
              </w:rPr>
              <w:t xml:space="preserve"> </w:t>
            </w:r>
            <w:proofErr w:type="spellStart"/>
            <w:r w:rsidRPr="001D636F">
              <w:rPr>
                <w:b/>
                <w:sz w:val="22"/>
              </w:rPr>
              <w:t>serviciilor</w:t>
            </w:r>
            <w:proofErr w:type="spellEnd"/>
            <w:r w:rsidRPr="001D636F">
              <w:rPr>
                <w:b/>
                <w:sz w:val="22"/>
              </w:rPr>
              <w:t xml:space="preserve"> solicitate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1D636F">
              <w:rPr>
                <w:b/>
                <w:sz w:val="22"/>
              </w:rPr>
              <w:t>Unitatea</w:t>
            </w:r>
            <w:proofErr w:type="spellEnd"/>
            <w:r w:rsidRPr="001D636F">
              <w:rPr>
                <w:b/>
                <w:sz w:val="22"/>
              </w:rPr>
              <w:t xml:space="preserve"> de </w:t>
            </w:r>
            <w:proofErr w:type="spellStart"/>
            <w:r w:rsidRPr="001D636F">
              <w:rPr>
                <w:b/>
                <w:sz w:val="22"/>
              </w:rPr>
              <w:t>măsură</w:t>
            </w:r>
            <w:proofErr w:type="spellEnd"/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1D636F">
              <w:rPr>
                <w:b/>
                <w:sz w:val="22"/>
              </w:rPr>
              <w:t>Cantitatea</w:t>
            </w:r>
            <w:proofErr w:type="spellEnd"/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1D636F">
              <w:rPr>
                <w:b/>
                <w:sz w:val="22"/>
              </w:rPr>
              <w:t>Specificarea</w:t>
            </w:r>
            <w:proofErr w:type="spellEnd"/>
            <w:r w:rsidRPr="001D636F">
              <w:rPr>
                <w:b/>
                <w:sz w:val="22"/>
              </w:rPr>
              <w:t xml:space="preserve"> </w:t>
            </w:r>
            <w:proofErr w:type="spellStart"/>
            <w:r w:rsidRPr="001D636F">
              <w:rPr>
                <w:b/>
                <w:sz w:val="22"/>
              </w:rPr>
              <w:t>tehnică</w:t>
            </w:r>
            <w:proofErr w:type="spellEnd"/>
            <w:r w:rsidRPr="001D636F">
              <w:rPr>
                <w:b/>
                <w:sz w:val="22"/>
              </w:rPr>
              <w:t xml:space="preserve"> </w:t>
            </w:r>
            <w:proofErr w:type="spellStart"/>
            <w:r w:rsidRPr="001D636F">
              <w:rPr>
                <w:b/>
                <w:sz w:val="22"/>
              </w:rPr>
              <w:t>deplină</w:t>
            </w:r>
            <w:proofErr w:type="spellEnd"/>
            <w:r w:rsidRPr="001D636F">
              <w:rPr>
                <w:b/>
                <w:sz w:val="22"/>
              </w:rPr>
              <w:t xml:space="preserve"> </w:t>
            </w:r>
            <w:proofErr w:type="spellStart"/>
            <w:r w:rsidRPr="001D636F">
              <w:rPr>
                <w:b/>
                <w:sz w:val="22"/>
              </w:rPr>
              <w:t>solicitată</w:t>
            </w:r>
            <w:proofErr w:type="spellEnd"/>
            <w:r w:rsidRPr="001D636F">
              <w:rPr>
                <w:b/>
                <w:sz w:val="22"/>
              </w:rPr>
              <w:t xml:space="preserve">, </w:t>
            </w:r>
            <w:proofErr w:type="spellStart"/>
            <w:r w:rsidRPr="001D636F">
              <w:rPr>
                <w:b/>
                <w:sz w:val="22"/>
              </w:rPr>
              <w:t>standarde</w:t>
            </w:r>
            <w:proofErr w:type="spellEnd"/>
            <w:r w:rsidRPr="001D636F">
              <w:rPr>
                <w:b/>
                <w:sz w:val="22"/>
              </w:rPr>
              <w:t xml:space="preserve"> de </w:t>
            </w:r>
            <w:proofErr w:type="spellStart"/>
            <w:r w:rsidRPr="001D636F">
              <w:rPr>
                <w:b/>
                <w:sz w:val="22"/>
              </w:rPr>
              <w:t>referință</w:t>
            </w:r>
            <w:proofErr w:type="spellEnd"/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1D636F">
              <w:rPr>
                <w:b/>
                <w:sz w:val="22"/>
              </w:rPr>
              <w:t>Valoarea</w:t>
            </w:r>
            <w:proofErr w:type="spellEnd"/>
            <w:r w:rsidRPr="001D636F">
              <w:rPr>
                <w:b/>
                <w:sz w:val="22"/>
              </w:rPr>
              <w:t xml:space="preserve"> </w:t>
            </w:r>
            <w:proofErr w:type="spellStart"/>
            <w:r w:rsidRPr="001D636F">
              <w:rPr>
                <w:b/>
                <w:sz w:val="22"/>
              </w:rPr>
              <w:t>estimată</w:t>
            </w:r>
            <w:proofErr w:type="spellEnd"/>
            <w:r w:rsidRPr="001D636F">
              <w:rPr>
                <w:b/>
                <w:sz w:val="22"/>
              </w:rPr>
              <w:t xml:space="preserve"> </w:t>
            </w:r>
            <w:proofErr w:type="spellStart"/>
            <w:r w:rsidRPr="001D636F">
              <w:rPr>
                <w:b/>
                <w:sz w:val="22"/>
              </w:rPr>
              <w:t>fără</w:t>
            </w:r>
            <w:proofErr w:type="spellEnd"/>
            <w:r w:rsidRPr="001D636F">
              <w:rPr>
                <w:b/>
                <w:sz w:val="22"/>
              </w:rPr>
              <w:t xml:space="preserve"> TVA (MDL)</w:t>
            </w:r>
          </w:p>
        </w:tc>
      </w:tr>
      <w:tr w:rsidR="004E69F8" w:rsidRPr="001D636F">
        <w:trPr>
          <w:jc w:val="center"/>
        </w:trPr>
        <w:tc>
          <w:tcPr>
            <w:tcW w:w="1898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Lotul</w:t>
            </w:r>
            <w:proofErr w:type="spellEnd"/>
            <w:r w:rsidRPr="001D636F">
              <w:rPr>
                <w:sz w:val="22"/>
              </w:rPr>
              <w:t xml:space="preserve"> 1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r w:rsidRPr="001D636F">
              <w:rPr>
                <w:sz w:val="22"/>
              </w:rPr>
              <w:t>50413200-5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Servicii</w:t>
            </w:r>
            <w:proofErr w:type="spellEnd"/>
            <w:r w:rsidRPr="001D636F">
              <w:rPr>
                <w:sz w:val="22"/>
              </w:rPr>
              <w:t xml:space="preserve"> de </w:t>
            </w:r>
            <w:proofErr w:type="spellStart"/>
            <w:r w:rsidRPr="001D636F">
              <w:rPr>
                <w:sz w:val="22"/>
              </w:rPr>
              <w:t>deservire</w:t>
            </w:r>
            <w:proofErr w:type="spellEnd"/>
            <w:r w:rsidRPr="001D636F">
              <w:rPr>
                <w:sz w:val="22"/>
              </w:rPr>
              <w:t xml:space="preserve">, </w:t>
            </w:r>
            <w:proofErr w:type="spellStart"/>
            <w:r w:rsidRPr="001D636F">
              <w:rPr>
                <w:sz w:val="22"/>
              </w:rPr>
              <w:t>mentenanță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și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testare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periodică</w:t>
            </w:r>
            <w:proofErr w:type="spellEnd"/>
            <w:r w:rsidRPr="001D636F">
              <w:rPr>
                <w:sz w:val="22"/>
              </w:rPr>
              <w:t xml:space="preserve"> a </w:t>
            </w:r>
            <w:proofErr w:type="spellStart"/>
            <w:r w:rsidRPr="001D636F">
              <w:rPr>
                <w:sz w:val="22"/>
              </w:rPr>
              <w:t>sistemelor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antiincendiare</w:t>
            </w:r>
            <w:proofErr w:type="spellEnd"/>
            <w:r w:rsidRPr="001D636F">
              <w:rPr>
                <w:sz w:val="22"/>
              </w:rPr>
              <w:t xml:space="preserve"> ANSP - </w:t>
            </w:r>
            <w:proofErr w:type="spellStart"/>
            <w:r w:rsidRPr="001D636F">
              <w:rPr>
                <w:sz w:val="22"/>
              </w:rPr>
              <w:t>mun</w:t>
            </w:r>
            <w:proofErr w:type="spellEnd"/>
            <w:r w:rsidRPr="001D636F">
              <w:rPr>
                <w:sz w:val="22"/>
              </w:rPr>
              <w:t xml:space="preserve">. </w:t>
            </w:r>
            <w:proofErr w:type="spellStart"/>
            <w:r w:rsidRPr="001D636F">
              <w:rPr>
                <w:sz w:val="22"/>
              </w:rPr>
              <w:t>Chișinău</w:t>
            </w:r>
            <w:proofErr w:type="spellEnd"/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lună</w:t>
            </w:r>
            <w:proofErr w:type="spellEnd"/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F25914">
            <w:pPr>
              <w:spacing w:after="0" w:line="240" w:lineRule="auto"/>
              <w:jc w:val="center"/>
              <w:rPr>
                <w:sz w:val="22"/>
              </w:rPr>
            </w:pPr>
            <w:r w:rsidRPr="001D636F">
              <w:rPr>
                <w:sz w:val="22"/>
              </w:rPr>
              <w:t>5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r w:rsidRPr="001D636F">
              <w:rPr>
                <w:sz w:val="22"/>
              </w:rPr>
              <w:t xml:space="preserve">Conform </w:t>
            </w:r>
            <w:proofErr w:type="spellStart"/>
            <w:r w:rsidRPr="001D636F">
              <w:rPr>
                <w:sz w:val="22"/>
              </w:rPr>
              <w:t>Caietului</w:t>
            </w:r>
            <w:proofErr w:type="spellEnd"/>
            <w:r w:rsidRPr="001D636F">
              <w:rPr>
                <w:sz w:val="22"/>
              </w:rPr>
              <w:t xml:space="preserve"> de </w:t>
            </w:r>
            <w:proofErr w:type="spellStart"/>
            <w:r w:rsidRPr="001D636F">
              <w:rPr>
                <w:sz w:val="22"/>
              </w:rPr>
              <w:t>sarcini</w:t>
            </w:r>
            <w:proofErr w:type="spellEnd"/>
            <w:r w:rsidRPr="001D636F">
              <w:rPr>
                <w:sz w:val="22"/>
              </w:rPr>
              <w:t xml:space="preserve">. </w:t>
            </w:r>
            <w:proofErr w:type="spellStart"/>
            <w:r w:rsidRPr="001D636F">
              <w:rPr>
                <w:sz w:val="22"/>
              </w:rPr>
              <w:t>Locația</w:t>
            </w:r>
            <w:proofErr w:type="spellEnd"/>
            <w:r w:rsidRPr="001D636F">
              <w:rPr>
                <w:sz w:val="22"/>
              </w:rPr>
              <w:t xml:space="preserve">: </w:t>
            </w:r>
            <w:proofErr w:type="spellStart"/>
            <w:r w:rsidRPr="001D636F">
              <w:rPr>
                <w:sz w:val="22"/>
              </w:rPr>
              <w:t>mun</w:t>
            </w:r>
            <w:proofErr w:type="spellEnd"/>
            <w:r w:rsidRPr="001D636F">
              <w:rPr>
                <w:sz w:val="22"/>
              </w:rPr>
              <w:t xml:space="preserve">. </w:t>
            </w:r>
            <w:proofErr w:type="spellStart"/>
            <w:r w:rsidRPr="001D636F">
              <w:rPr>
                <w:sz w:val="22"/>
              </w:rPr>
              <w:t>Chișinău</w:t>
            </w:r>
            <w:proofErr w:type="spellEnd"/>
            <w:r w:rsidRPr="001D636F">
              <w:rPr>
                <w:sz w:val="22"/>
              </w:rPr>
              <w:t xml:space="preserve"> - 3 </w:t>
            </w:r>
            <w:proofErr w:type="spellStart"/>
            <w:r w:rsidRPr="001D636F">
              <w:rPr>
                <w:sz w:val="22"/>
              </w:rPr>
              <w:t>clădiri</w:t>
            </w:r>
            <w:proofErr w:type="spellEnd"/>
            <w:r w:rsidRPr="001D636F">
              <w:rPr>
                <w:sz w:val="22"/>
              </w:rPr>
              <w:t xml:space="preserve"> ANSP.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r w:rsidRPr="001D636F">
              <w:rPr>
                <w:sz w:val="22"/>
              </w:rPr>
              <w:t>125 000,00</w:t>
            </w:r>
          </w:p>
        </w:tc>
      </w:tr>
      <w:tr w:rsidR="004E69F8" w:rsidRPr="001D636F">
        <w:trPr>
          <w:jc w:val="center"/>
        </w:trPr>
        <w:tc>
          <w:tcPr>
            <w:tcW w:w="1898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Lotul</w:t>
            </w:r>
            <w:proofErr w:type="spellEnd"/>
            <w:r w:rsidRPr="001D636F">
              <w:rPr>
                <w:sz w:val="22"/>
              </w:rPr>
              <w:t xml:space="preserve"> 2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r w:rsidRPr="001D636F">
              <w:rPr>
                <w:sz w:val="22"/>
              </w:rPr>
              <w:t>50413200-5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Servicii</w:t>
            </w:r>
            <w:proofErr w:type="spellEnd"/>
            <w:r w:rsidRPr="001D636F">
              <w:rPr>
                <w:sz w:val="22"/>
              </w:rPr>
              <w:t xml:space="preserve"> de </w:t>
            </w:r>
            <w:proofErr w:type="spellStart"/>
            <w:r w:rsidRPr="001D636F">
              <w:rPr>
                <w:sz w:val="22"/>
              </w:rPr>
              <w:t>deservire</w:t>
            </w:r>
            <w:proofErr w:type="spellEnd"/>
            <w:r w:rsidRPr="001D636F">
              <w:rPr>
                <w:sz w:val="22"/>
              </w:rPr>
              <w:t xml:space="preserve">, </w:t>
            </w:r>
            <w:proofErr w:type="spellStart"/>
            <w:r w:rsidRPr="001D636F">
              <w:rPr>
                <w:sz w:val="22"/>
              </w:rPr>
              <w:t>mentenanță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și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testare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periodică</w:t>
            </w:r>
            <w:proofErr w:type="spellEnd"/>
            <w:r w:rsidRPr="001D636F">
              <w:rPr>
                <w:sz w:val="22"/>
              </w:rPr>
              <w:t xml:space="preserve"> a </w:t>
            </w:r>
            <w:proofErr w:type="spellStart"/>
            <w:r w:rsidRPr="001D636F">
              <w:rPr>
                <w:sz w:val="22"/>
              </w:rPr>
              <w:t>sistemelor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antiincendiare</w:t>
            </w:r>
            <w:proofErr w:type="spellEnd"/>
            <w:r w:rsidRPr="001D636F">
              <w:rPr>
                <w:sz w:val="22"/>
              </w:rPr>
              <w:t xml:space="preserve"> ANSP - </w:t>
            </w:r>
            <w:proofErr w:type="spellStart"/>
            <w:r w:rsidRPr="001D636F">
              <w:rPr>
                <w:sz w:val="22"/>
              </w:rPr>
              <w:t>mun</w:t>
            </w:r>
            <w:proofErr w:type="spellEnd"/>
            <w:r w:rsidRPr="001D636F">
              <w:rPr>
                <w:sz w:val="22"/>
              </w:rPr>
              <w:t xml:space="preserve">. </w:t>
            </w:r>
            <w:proofErr w:type="spellStart"/>
            <w:r w:rsidRPr="001D636F">
              <w:rPr>
                <w:sz w:val="22"/>
              </w:rPr>
              <w:t>Bălți</w:t>
            </w:r>
            <w:proofErr w:type="spellEnd"/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lună</w:t>
            </w:r>
            <w:proofErr w:type="spellEnd"/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F25914">
            <w:pPr>
              <w:spacing w:after="0" w:line="240" w:lineRule="auto"/>
              <w:jc w:val="center"/>
              <w:rPr>
                <w:sz w:val="22"/>
              </w:rPr>
            </w:pPr>
            <w:r w:rsidRPr="001D636F">
              <w:rPr>
                <w:sz w:val="22"/>
              </w:rPr>
              <w:t>5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r w:rsidRPr="001D636F">
              <w:rPr>
                <w:sz w:val="22"/>
              </w:rPr>
              <w:t xml:space="preserve">Conform </w:t>
            </w:r>
            <w:proofErr w:type="spellStart"/>
            <w:r w:rsidRPr="001D636F">
              <w:rPr>
                <w:sz w:val="22"/>
              </w:rPr>
              <w:t>Caietului</w:t>
            </w:r>
            <w:proofErr w:type="spellEnd"/>
            <w:r w:rsidRPr="001D636F">
              <w:rPr>
                <w:sz w:val="22"/>
              </w:rPr>
              <w:t xml:space="preserve"> de </w:t>
            </w:r>
            <w:proofErr w:type="spellStart"/>
            <w:r w:rsidRPr="001D636F">
              <w:rPr>
                <w:sz w:val="22"/>
              </w:rPr>
              <w:t>sarcini</w:t>
            </w:r>
            <w:proofErr w:type="spellEnd"/>
            <w:r w:rsidRPr="001D636F">
              <w:rPr>
                <w:sz w:val="22"/>
              </w:rPr>
              <w:t xml:space="preserve">. </w:t>
            </w:r>
            <w:proofErr w:type="spellStart"/>
            <w:r w:rsidRPr="001D636F">
              <w:rPr>
                <w:sz w:val="22"/>
              </w:rPr>
              <w:t>Locația</w:t>
            </w:r>
            <w:proofErr w:type="spellEnd"/>
            <w:r w:rsidRPr="001D636F">
              <w:rPr>
                <w:sz w:val="22"/>
              </w:rPr>
              <w:t xml:space="preserve">: </w:t>
            </w:r>
            <w:proofErr w:type="spellStart"/>
            <w:r w:rsidRPr="001D636F">
              <w:rPr>
                <w:sz w:val="22"/>
              </w:rPr>
              <w:t>mun</w:t>
            </w:r>
            <w:proofErr w:type="spellEnd"/>
            <w:r w:rsidRPr="001D636F">
              <w:rPr>
                <w:sz w:val="22"/>
              </w:rPr>
              <w:t xml:space="preserve">. </w:t>
            </w:r>
            <w:proofErr w:type="spellStart"/>
            <w:r w:rsidRPr="001D636F">
              <w:rPr>
                <w:sz w:val="22"/>
              </w:rPr>
              <w:t>Bălți</w:t>
            </w:r>
            <w:proofErr w:type="spellEnd"/>
            <w:r w:rsidRPr="001D636F">
              <w:rPr>
                <w:sz w:val="22"/>
              </w:rPr>
              <w:t xml:space="preserve"> - 1 </w:t>
            </w:r>
            <w:proofErr w:type="spellStart"/>
            <w:r w:rsidRPr="001D636F">
              <w:rPr>
                <w:sz w:val="22"/>
              </w:rPr>
              <w:t>clădire</w:t>
            </w:r>
            <w:proofErr w:type="spellEnd"/>
            <w:r w:rsidRPr="001D636F">
              <w:rPr>
                <w:sz w:val="22"/>
              </w:rPr>
              <w:t xml:space="preserve"> ANSP.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r w:rsidRPr="001D636F">
              <w:rPr>
                <w:sz w:val="22"/>
              </w:rPr>
              <w:t>62 500,00</w:t>
            </w:r>
          </w:p>
        </w:tc>
      </w:tr>
      <w:tr w:rsidR="004E69F8" w:rsidRPr="001D636F">
        <w:trPr>
          <w:jc w:val="center"/>
        </w:trPr>
        <w:tc>
          <w:tcPr>
            <w:tcW w:w="1898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lastRenderedPageBreak/>
              <w:t>Lotul</w:t>
            </w:r>
            <w:proofErr w:type="spellEnd"/>
            <w:r w:rsidRPr="001D636F">
              <w:rPr>
                <w:sz w:val="22"/>
              </w:rPr>
              <w:t xml:space="preserve"> 3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r w:rsidRPr="001D636F">
              <w:rPr>
                <w:sz w:val="22"/>
              </w:rPr>
              <w:t>50413200-5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Servicii</w:t>
            </w:r>
            <w:proofErr w:type="spellEnd"/>
            <w:r w:rsidRPr="001D636F">
              <w:rPr>
                <w:sz w:val="22"/>
              </w:rPr>
              <w:t xml:space="preserve"> de </w:t>
            </w:r>
            <w:proofErr w:type="spellStart"/>
            <w:r w:rsidRPr="001D636F">
              <w:rPr>
                <w:sz w:val="22"/>
              </w:rPr>
              <w:t>deservire</w:t>
            </w:r>
            <w:proofErr w:type="spellEnd"/>
            <w:r w:rsidRPr="001D636F">
              <w:rPr>
                <w:sz w:val="22"/>
              </w:rPr>
              <w:t xml:space="preserve">, </w:t>
            </w:r>
            <w:proofErr w:type="spellStart"/>
            <w:r w:rsidRPr="001D636F">
              <w:rPr>
                <w:sz w:val="22"/>
              </w:rPr>
              <w:t>mentenanță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și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testare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periodică</w:t>
            </w:r>
            <w:proofErr w:type="spellEnd"/>
            <w:r w:rsidRPr="001D636F">
              <w:rPr>
                <w:sz w:val="22"/>
              </w:rPr>
              <w:t xml:space="preserve"> a </w:t>
            </w:r>
            <w:proofErr w:type="spellStart"/>
            <w:r w:rsidRPr="001D636F">
              <w:rPr>
                <w:sz w:val="22"/>
              </w:rPr>
              <w:t>sistemelor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antiincendiare</w:t>
            </w:r>
            <w:proofErr w:type="spellEnd"/>
            <w:r w:rsidRPr="001D636F">
              <w:rPr>
                <w:sz w:val="22"/>
              </w:rPr>
              <w:t xml:space="preserve"> ANSP - </w:t>
            </w:r>
            <w:proofErr w:type="spellStart"/>
            <w:r w:rsidRPr="001D636F">
              <w:rPr>
                <w:sz w:val="22"/>
              </w:rPr>
              <w:t>mun</w:t>
            </w:r>
            <w:proofErr w:type="spellEnd"/>
            <w:r w:rsidRPr="001D636F">
              <w:rPr>
                <w:sz w:val="22"/>
              </w:rPr>
              <w:t xml:space="preserve">. </w:t>
            </w:r>
            <w:proofErr w:type="spellStart"/>
            <w:r w:rsidRPr="001D636F">
              <w:rPr>
                <w:sz w:val="22"/>
              </w:rPr>
              <w:t>Cahul</w:t>
            </w:r>
            <w:proofErr w:type="spellEnd"/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lună</w:t>
            </w:r>
            <w:proofErr w:type="spellEnd"/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F25914">
            <w:pPr>
              <w:spacing w:after="0" w:line="240" w:lineRule="auto"/>
              <w:jc w:val="center"/>
              <w:rPr>
                <w:sz w:val="22"/>
              </w:rPr>
            </w:pPr>
            <w:r w:rsidRPr="001D636F">
              <w:rPr>
                <w:sz w:val="22"/>
              </w:rPr>
              <w:t>5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r w:rsidRPr="001D636F">
              <w:rPr>
                <w:sz w:val="22"/>
              </w:rPr>
              <w:t xml:space="preserve">Conform </w:t>
            </w:r>
            <w:proofErr w:type="spellStart"/>
            <w:r w:rsidRPr="001D636F">
              <w:rPr>
                <w:sz w:val="22"/>
              </w:rPr>
              <w:t>Caietului</w:t>
            </w:r>
            <w:proofErr w:type="spellEnd"/>
            <w:r w:rsidRPr="001D636F">
              <w:rPr>
                <w:sz w:val="22"/>
              </w:rPr>
              <w:t xml:space="preserve"> de </w:t>
            </w:r>
            <w:proofErr w:type="spellStart"/>
            <w:r w:rsidRPr="001D636F">
              <w:rPr>
                <w:sz w:val="22"/>
              </w:rPr>
              <w:t>sarcini</w:t>
            </w:r>
            <w:proofErr w:type="spellEnd"/>
            <w:r w:rsidRPr="001D636F">
              <w:rPr>
                <w:sz w:val="22"/>
              </w:rPr>
              <w:t xml:space="preserve">. </w:t>
            </w:r>
            <w:proofErr w:type="spellStart"/>
            <w:r w:rsidRPr="001D636F">
              <w:rPr>
                <w:sz w:val="22"/>
              </w:rPr>
              <w:t>Locația</w:t>
            </w:r>
            <w:proofErr w:type="spellEnd"/>
            <w:r w:rsidRPr="001D636F">
              <w:rPr>
                <w:sz w:val="22"/>
              </w:rPr>
              <w:t xml:space="preserve">: </w:t>
            </w:r>
            <w:proofErr w:type="spellStart"/>
            <w:r w:rsidRPr="001D636F">
              <w:rPr>
                <w:sz w:val="22"/>
              </w:rPr>
              <w:t>mun</w:t>
            </w:r>
            <w:proofErr w:type="spellEnd"/>
            <w:r w:rsidRPr="001D636F">
              <w:rPr>
                <w:sz w:val="22"/>
              </w:rPr>
              <w:t xml:space="preserve">. </w:t>
            </w:r>
            <w:proofErr w:type="spellStart"/>
            <w:r w:rsidRPr="001D636F">
              <w:rPr>
                <w:sz w:val="22"/>
              </w:rPr>
              <w:t>Cahul</w:t>
            </w:r>
            <w:proofErr w:type="spellEnd"/>
            <w:r w:rsidRPr="001D636F">
              <w:rPr>
                <w:sz w:val="22"/>
              </w:rPr>
              <w:t xml:space="preserve"> - 1 </w:t>
            </w:r>
            <w:proofErr w:type="spellStart"/>
            <w:r w:rsidRPr="001D636F">
              <w:rPr>
                <w:sz w:val="22"/>
              </w:rPr>
              <w:t>clădire</w:t>
            </w:r>
            <w:proofErr w:type="spellEnd"/>
            <w:r w:rsidRPr="001D636F">
              <w:rPr>
                <w:sz w:val="22"/>
              </w:rPr>
              <w:t xml:space="preserve"> ANSP.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r w:rsidRPr="001D636F">
              <w:rPr>
                <w:sz w:val="22"/>
              </w:rPr>
              <w:t>62 500,00</w:t>
            </w:r>
          </w:p>
        </w:tc>
      </w:tr>
      <w:tr w:rsidR="004E69F8" w:rsidRPr="001D636F">
        <w:trPr>
          <w:jc w:val="center"/>
        </w:trPr>
        <w:tc>
          <w:tcPr>
            <w:tcW w:w="1898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1D636F">
              <w:rPr>
                <w:b/>
                <w:sz w:val="22"/>
              </w:rPr>
              <w:t>Valoarea</w:t>
            </w:r>
            <w:proofErr w:type="spellEnd"/>
            <w:r w:rsidRPr="001D636F">
              <w:rPr>
                <w:b/>
                <w:sz w:val="22"/>
              </w:rPr>
              <w:t xml:space="preserve"> </w:t>
            </w:r>
            <w:proofErr w:type="spellStart"/>
            <w:r w:rsidRPr="001D636F">
              <w:rPr>
                <w:b/>
                <w:sz w:val="22"/>
              </w:rPr>
              <w:t>estimativă</w:t>
            </w:r>
            <w:proofErr w:type="spellEnd"/>
            <w:r w:rsidRPr="001D636F">
              <w:rPr>
                <w:b/>
                <w:sz w:val="22"/>
              </w:rPr>
              <w:t xml:space="preserve"> </w:t>
            </w:r>
            <w:proofErr w:type="spellStart"/>
            <w:r w:rsidRPr="001D636F">
              <w:rPr>
                <w:b/>
                <w:sz w:val="22"/>
              </w:rPr>
              <w:t>totală</w:t>
            </w:r>
            <w:proofErr w:type="spellEnd"/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4E69F8">
            <w:pPr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4E69F8">
            <w:pPr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4E69F8">
            <w:pPr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4E69F8">
            <w:pPr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4E69F8">
            <w:pPr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898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r w:rsidRPr="001D636F">
              <w:rPr>
                <w:b/>
                <w:sz w:val="22"/>
              </w:rPr>
              <w:t>250 000,00</w:t>
            </w:r>
          </w:p>
        </w:tc>
      </w:tr>
    </w:tbl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9. </w:t>
      </w:r>
      <w:proofErr w:type="spellStart"/>
      <w:r w:rsidRPr="001D636F">
        <w:rPr>
          <w:sz w:val="22"/>
        </w:rPr>
        <w:t>În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cazul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procedurilor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preselecție</w:t>
      </w:r>
      <w:proofErr w:type="spellEnd"/>
      <w:r w:rsidRPr="001D636F">
        <w:rPr>
          <w:sz w:val="22"/>
        </w:rPr>
        <w:t xml:space="preserve"> se </w:t>
      </w:r>
      <w:proofErr w:type="spellStart"/>
      <w:r w:rsidRPr="001D636F">
        <w:rPr>
          <w:sz w:val="22"/>
        </w:rPr>
        <w:t>indică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numărul</w:t>
      </w:r>
      <w:proofErr w:type="spellEnd"/>
      <w:r w:rsidRPr="001D636F">
        <w:rPr>
          <w:sz w:val="22"/>
        </w:rPr>
        <w:t xml:space="preserve"> minim al </w:t>
      </w:r>
      <w:proofErr w:type="spellStart"/>
      <w:r w:rsidRPr="001D636F">
        <w:rPr>
          <w:sz w:val="22"/>
        </w:rPr>
        <w:t>candidaților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și</w:t>
      </w:r>
      <w:proofErr w:type="spellEnd"/>
      <w:r w:rsidRPr="001D636F">
        <w:rPr>
          <w:sz w:val="22"/>
        </w:rPr>
        <w:t xml:space="preserve">, </w:t>
      </w:r>
      <w:proofErr w:type="spellStart"/>
      <w:r w:rsidRPr="001D636F">
        <w:rPr>
          <w:sz w:val="22"/>
        </w:rPr>
        <w:t>dacă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este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cazul</w:t>
      </w:r>
      <w:proofErr w:type="spellEnd"/>
      <w:r w:rsidRPr="001D636F">
        <w:rPr>
          <w:sz w:val="22"/>
        </w:rPr>
        <w:t xml:space="preserve">, </w:t>
      </w:r>
      <w:proofErr w:type="spellStart"/>
      <w:r w:rsidRPr="001D636F">
        <w:rPr>
          <w:sz w:val="22"/>
        </w:rPr>
        <w:t>numărul</w:t>
      </w:r>
      <w:proofErr w:type="spellEnd"/>
      <w:r w:rsidRPr="001D636F">
        <w:rPr>
          <w:sz w:val="22"/>
        </w:rPr>
        <w:t xml:space="preserve"> maxim al </w:t>
      </w:r>
      <w:proofErr w:type="spellStart"/>
      <w:r w:rsidRPr="001D636F">
        <w:rPr>
          <w:sz w:val="22"/>
        </w:rPr>
        <w:t>acestora</w:t>
      </w:r>
      <w:proofErr w:type="spellEnd"/>
      <w:r w:rsidRPr="001D636F">
        <w:rPr>
          <w:sz w:val="22"/>
        </w:rPr>
        <w:t xml:space="preserve">: nu se </w:t>
      </w:r>
      <w:proofErr w:type="spellStart"/>
      <w:r w:rsidRPr="001D636F">
        <w:rPr>
          <w:sz w:val="22"/>
        </w:rPr>
        <w:t>aplică</w:t>
      </w:r>
      <w:proofErr w:type="spellEnd"/>
      <w:r w:rsidRPr="001D636F">
        <w:rPr>
          <w:sz w:val="22"/>
        </w:rPr>
        <w:t>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10. </w:t>
      </w:r>
      <w:proofErr w:type="spellStart"/>
      <w:r w:rsidRPr="001D636F">
        <w:rPr>
          <w:sz w:val="22"/>
        </w:rPr>
        <w:t>În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cazul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în</w:t>
      </w:r>
      <w:proofErr w:type="spellEnd"/>
      <w:r w:rsidRPr="001D636F">
        <w:rPr>
          <w:sz w:val="22"/>
        </w:rPr>
        <w:t xml:space="preserve"> care </w:t>
      </w:r>
      <w:proofErr w:type="spellStart"/>
      <w:r w:rsidRPr="001D636F">
        <w:rPr>
          <w:sz w:val="22"/>
        </w:rPr>
        <w:t>contractul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este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împărțit</w:t>
      </w:r>
      <w:proofErr w:type="spellEnd"/>
      <w:r w:rsidRPr="001D636F">
        <w:rPr>
          <w:sz w:val="22"/>
        </w:rPr>
        <w:t xml:space="preserve"> pe </w:t>
      </w:r>
      <w:proofErr w:type="spellStart"/>
      <w:r w:rsidRPr="001D636F">
        <w:rPr>
          <w:sz w:val="22"/>
        </w:rPr>
        <w:t>loturi</w:t>
      </w:r>
      <w:proofErr w:type="spellEnd"/>
      <w:r w:rsidRPr="001D636F">
        <w:rPr>
          <w:sz w:val="22"/>
        </w:rPr>
        <w:t xml:space="preserve">, un operator economic </w:t>
      </w:r>
      <w:proofErr w:type="spellStart"/>
      <w:r w:rsidRPr="001D636F">
        <w:rPr>
          <w:sz w:val="22"/>
        </w:rPr>
        <w:t>poate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depune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oferta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pentru</w:t>
      </w:r>
      <w:proofErr w:type="spellEnd"/>
      <w:r w:rsidRPr="001D636F">
        <w:rPr>
          <w:sz w:val="22"/>
        </w:rPr>
        <w:t xml:space="preserve"> un </w:t>
      </w:r>
      <w:proofErr w:type="spellStart"/>
      <w:r w:rsidRPr="001D636F">
        <w:rPr>
          <w:sz w:val="22"/>
        </w:rPr>
        <w:t>singur</w:t>
      </w:r>
      <w:proofErr w:type="spellEnd"/>
      <w:r w:rsidRPr="001D636F">
        <w:rPr>
          <w:sz w:val="22"/>
        </w:rPr>
        <w:t xml:space="preserve"> lot, </w:t>
      </w:r>
      <w:proofErr w:type="spellStart"/>
      <w:r w:rsidRPr="001D636F">
        <w:rPr>
          <w:sz w:val="22"/>
        </w:rPr>
        <w:t>pentru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mai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multe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loturi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sau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pentru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toate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loturile</w:t>
      </w:r>
      <w:proofErr w:type="spellEnd"/>
      <w:r w:rsidRPr="001D636F">
        <w:rPr>
          <w:sz w:val="22"/>
        </w:rPr>
        <w:t>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11. </w:t>
      </w:r>
      <w:proofErr w:type="spellStart"/>
      <w:r w:rsidRPr="001D636F">
        <w:rPr>
          <w:sz w:val="22"/>
        </w:rPr>
        <w:t>Admiterea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sau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interzicerea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ofertelor</w:t>
      </w:r>
      <w:proofErr w:type="spellEnd"/>
      <w:r w:rsidRPr="001D636F">
        <w:rPr>
          <w:sz w:val="22"/>
        </w:rPr>
        <w:t xml:space="preserve"> alternative: nu se admit.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12. </w:t>
      </w:r>
      <w:proofErr w:type="spellStart"/>
      <w:r w:rsidRPr="001D636F">
        <w:rPr>
          <w:sz w:val="22"/>
        </w:rPr>
        <w:t>Termenii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și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condițiile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prestare</w:t>
      </w:r>
      <w:proofErr w:type="spellEnd"/>
      <w:r w:rsidRPr="001D636F">
        <w:rPr>
          <w:sz w:val="22"/>
        </w:rPr>
        <w:t>/</w:t>
      </w:r>
      <w:proofErr w:type="spellStart"/>
      <w:r w:rsidRPr="001D636F">
        <w:rPr>
          <w:sz w:val="22"/>
        </w:rPr>
        <w:t>executare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solicitați</w:t>
      </w:r>
      <w:proofErr w:type="spellEnd"/>
      <w:r w:rsidRPr="001D636F">
        <w:rPr>
          <w:sz w:val="22"/>
        </w:rPr>
        <w:t xml:space="preserve">: </w:t>
      </w:r>
      <w:r w:rsidR="009E3E5D" w:rsidRPr="001D636F">
        <w:rPr>
          <w:sz w:val="22"/>
        </w:rPr>
        <w:t>5</w:t>
      </w:r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luni</w:t>
      </w:r>
      <w:proofErr w:type="spellEnd"/>
      <w:r w:rsidRPr="001D636F">
        <w:rPr>
          <w:sz w:val="22"/>
        </w:rPr>
        <w:t xml:space="preserve"> de la data </w:t>
      </w:r>
      <w:proofErr w:type="spellStart"/>
      <w:r w:rsidRPr="001D636F">
        <w:rPr>
          <w:sz w:val="22"/>
        </w:rPr>
        <w:t>semnării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contractului</w:t>
      </w:r>
      <w:proofErr w:type="spellEnd"/>
      <w:r w:rsidRPr="001D636F">
        <w:rPr>
          <w:sz w:val="22"/>
        </w:rPr>
        <w:t xml:space="preserve">, </w:t>
      </w:r>
      <w:proofErr w:type="spellStart"/>
      <w:r w:rsidRPr="001D636F">
        <w:rPr>
          <w:sz w:val="22"/>
        </w:rPr>
        <w:t>dar</w:t>
      </w:r>
      <w:proofErr w:type="spellEnd"/>
      <w:r w:rsidRPr="001D636F">
        <w:rPr>
          <w:sz w:val="22"/>
        </w:rPr>
        <w:t xml:space="preserve"> nu </w:t>
      </w:r>
      <w:proofErr w:type="spellStart"/>
      <w:r w:rsidRPr="001D636F">
        <w:rPr>
          <w:sz w:val="22"/>
        </w:rPr>
        <w:t>mai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târziu</w:t>
      </w:r>
      <w:proofErr w:type="spellEnd"/>
      <w:r w:rsidRPr="001D636F">
        <w:rPr>
          <w:sz w:val="22"/>
        </w:rPr>
        <w:t xml:space="preserve"> de 31.12.2026, la </w:t>
      </w:r>
      <w:proofErr w:type="spellStart"/>
      <w:r w:rsidRPr="001D636F">
        <w:rPr>
          <w:sz w:val="22"/>
        </w:rPr>
        <w:t>locațiile</w:t>
      </w:r>
      <w:proofErr w:type="spellEnd"/>
      <w:r w:rsidRPr="001D636F">
        <w:rPr>
          <w:sz w:val="22"/>
        </w:rPr>
        <w:t xml:space="preserve"> ANSP indicate </w:t>
      </w:r>
      <w:proofErr w:type="spellStart"/>
      <w:r w:rsidRPr="001D636F">
        <w:rPr>
          <w:sz w:val="22"/>
        </w:rPr>
        <w:t>pentru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fiecare</w:t>
      </w:r>
      <w:proofErr w:type="spellEnd"/>
      <w:r w:rsidRPr="001D636F">
        <w:rPr>
          <w:sz w:val="22"/>
        </w:rPr>
        <w:t xml:space="preserve"> lot, conform </w:t>
      </w:r>
      <w:proofErr w:type="spellStart"/>
      <w:r w:rsidRPr="001D636F">
        <w:rPr>
          <w:sz w:val="22"/>
        </w:rPr>
        <w:t>Caietului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sarcini</w:t>
      </w:r>
      <w:proofErr w:type="spellEnd"/>
      <w:r w:rsidRPr="001D636F">
        <w:rPr>
          <w:sz w:val="22"/>
        </w:rPr>
        <w:t>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13. </w:t>
      </w:r>
      <w:proofErr w:type="spellStart"/>
      <w:r w:rsidRPr="001D636F">
        <w:rPr>
          <w:sz w:val="22"/>
        </w:rPr>
        <w:t>Termenul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valabilitate</w:t>
      </w:r>
      <w:proofErr w:type="spellEnd"/>
      <w:r w:rsidRPr="001D636F">
        <w:rPr>
          <w:sz w:val="22"/>
        </w:rPr>
        <w:t xml:space="preserve"> a </w:t>
      </w:r>
      <w:proofErr w:type="spellStart"/>
      <w:r w:rsidRPr="001D636F">
        <w:rPr>
          <w:sz w:val="22"/>
        </w:rPr>
        <w:t>contractului</w:t>
      </w:r>
      <w:proofErr w:type="spellEnd"/>
      <w:r w:rsidRPr="001D636F">
        <w:rPr>
          <w:sz w:val="22"/>
        </w:rPr>
        <w:t>: 31.12.2026.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14. Contract de </w:t>
      </w:r>
      <w:proofErr w:type="spellStart"/>
      <w:r w:rsidRPr="001D636F">
        <w:rPr>
          <w:sz w:val="22"/>
        </w:rPr>
        <w:t>achiziție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rezervat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atelierelor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protejate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sau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executarea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numai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în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cadrul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unor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programe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angajare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protejată</w:t>
      </w:r>
      <w:proofErr w:type="spellEnd"/>
      <w:r w:rsidRPr="001D636F">
        <w:rPr>
          <w:sz w:val="22"/>
        </w:rPr>
        <w:t>: nu.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15. </w:t>
      </w:r>
      <w:proofErr w:type="spellStart"/>
      <w:r w:rsidRPr="001D636F">
        <w:rPr>
          <w:sz w:val="22"/>
        </w:rPr>
        <w:t>Prestarea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serviciului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este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rezervată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unei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anumite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profesii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în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temeiul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unor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legi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sau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acte</w:t>
      </w:r>
      <w:proofErr w:type="spellEnd"/>
      <w:r w:rsidRPr="001D636F">
        <w:rPr>
          <w:sz w:val="22"/>
        </w:rPr>
        <w:t xml:space="preserve"> administrative: nu se </w:t>
      </w:r>
      <w:proofErr w:type="spellStart"/>
      <w:r w:rsidRPr="001D636F">
        <w:rPr>
          <w:sz w:val="22"/>
        </w:rPr>
        <w:t>aplică</w:t>
      </w:r>
      <w:proofErr w:type="spellEnd"/>
      <w:r w:rsidRPr="001D636F">
        <w:rPr>
          <w:sz w:val="22"/>
        </w:rPr>
        <w:t xml:space="preserve">, cu </w:t>
      </w:r>
      <w:proofErr w:type="spellStart"/>
      <w:r w:rsidRPr="001D636F">
        <w:rPr>
          <w:sz w:val="22"/>
        </w:rPr>
        <w:t>excepția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autorizărilor</w:t>
      </w:r>
      <w:proofErr w:type="spellEnd"/>
      <w:r w:rsidRPr="001D636F">
        <w:rPr>
          <w:sz w:val="22"/>
        </w:rPr>
        <w:t>/</w:t>
      </w:r>
      <w:proofErr w:type="spellStart"/>
      <w:r w:rsidRPr="001D636F">
        <w:rPr>
          <w:sz w:val="22"/>
        </w:rPr>
        <w:t>licențelor</w:t>
      </w:r>
      <w:proofErr w:type="spellEnd"/>
      <w:r w:rsidRPr="001D636F">
        <w:rPr>
          <w:sz w:val="22"/>
        </w:rPr>
        <w:t xml:space="preserve"> solicitate de </w:t>
      </w:r>
      <w:proofErr w:type="spellStart"/>
      <w:r w:rsidRPr="001D636F">
        <w:rPr>
          <w:sz w:val="22"/>
        </w:rPr>
        <w:t>legislația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aplicabilă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domeniului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antiincendiar</w:t>
      </w:r>
      <w:proofErr w:type="spellEnd"/>
      <w:r w:rsidRPr="001D636F">
        <w:rPr>
          <w:sz w:val="22"/>
        </w:rPr>
        <w:t>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16. </w:t>
      </w:r>
      <w:proofErr w:type="spellStart"/>
      <w:r w:rsidRPr="001D636F">
        <w:rPr>
          <w:sz w:val="22"/>
        </w:rPr>
        <w:t>Scurta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descriere</w:t>
      </w:r>
      <w:proofErr w:type="spellEnd"/>
      <w:r w:rsidRPr="001D636F">
        <w:rPr>
          <w:sz w:val="22"/>
        </w:rPr>
        <w:t xml:space="preserve"> a </w:t>
      </w:r>
      <w:proofErr w:type="spellStart"/>
      <w:r w:rsidRPr="001D636F">
        <w:rPr>
          <w:sz w:val="22"/>
        </w:rPr>
        <w:t>criteriilor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privind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eligibilitatea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operatorilor</w:t>
      </w:r>
      <w:proofErr w:type="spellEnd"/>
      <w:r w:rsidRPr="001D636F">
        <w:rPr>
          <w:sz w:val="22"/>
        </w:rPr>
        <w:t xml:space="preserve"> economici </w:t>
      </w:r>
      <w:proofErr w:type="spellStart"/>
      <w:r w:rsidRPr="001D636F">
        <w:rPr>
          <w:sz w:val="22"/>
        </w:rPr>
        <w:t>și</w:t>
      </w:r>
      <w:proofErr w:type="spellEnd"/>
      <w:r w:rsidRPr="001D636F">
        <w:rPr>
          <w:sz w:val="22"/>
        </w:rPr>
        <w:t xml:space="preserve"> a </w:t>
      </w:r>
      <w:proofErr w:type="spellStart"/>
      <w:r w:rsidRPr="001D636F">
        <w:rPr>
          <w:sz w:val="22"/>
        </w:rPr>
        <w:t>criteriilor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selecție</w:t>
      </w:r>
      <w:proofErr w:type="spellEnd"/>
      <w:r w:rsidRPr="001D636F">
        <w:rPr>
          <w:sz w:val="22"/>
        </w:rPr>
        <w:t xml:space="preserve">; </w:t>
      </w:r>
      <w:proofErr w:type="spellStart"/>
      <w:r w:rsidRPr="001D636F">
        <w:rPr>
          <w:sz w:val="22"/>
        </w:rPr>
        <w:t>documentele</w:t>
      </w:r>
      <w:proofErr w:type="spellEnd"/>
      <w:r w:rsidRPr="001D636F">
        <w:rPr>
          <w:sz w:val="22"/>
        </w:rPr>
        <w:t xml:space="preserve"> solicitate: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18"/>
        <w:gridCol w:w="3320"/>
        <w:gridCol w:w="3320"/>
        <w:gridCol w:w="3321"/>
      </w:tblGrid>
      <w:tr w:rsidR="004E69F8" w:rsidRPr="001D636F">
        <w:trPr>
          <w:jc w:val="center"/>
        </w:trPr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r w:rsidRPr="001D636F">
              <w:rPr>
                <w:b/>
                <w:sz w:val="22"/>
              </w:rPr>
              <w:t>Nr. d/o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1D636F">
              <w:rPr>
                <w:b/>
                <w:sz w:val="22"/>
              </w:rPr>
              <w:t>Descrierea</w:t>
            </w:r>
            <w:proofErr w:type="spellEnd"/>
            <w:r w:rsidRPr="001D636F">
              <w:rPr>
                <w:b/>
                <w:sz w:val="22"/>
              </w:rPr>
              <w:t xml:space="preserve"> </w:t>
            </w:r>
            <w:proofErr w:type="spellStart"/>
            <w:r w:rsidRPr="001D636F">
              <w:rPr>
                <w:b/>
                <w:sz w:val="22"/>
              </w:rPr>
              <w:t>criteriului</w:t>
            </w:r>
            <w:proofErr w:type="spellEnd"/>
            <w:r w:rsidRPr="001D636F">
              <w:rPr>
                <w:b/>
                <w:sz w:val="22"/>
              </w:rPr>
              <w:t>/</w:t>
            </w:r>
            <w:proofErr w:type="spellStart"/>
            <w:r w:rsidRPr="001D636F">
              <w:rPr>
                <w:b/>
                <w:sz w:val="22"/>
              </w:rPr>
              <w:t>cerinței</w:t>
            </w:r>
            <w:proofErr w:type="spellEnd"/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r w:rsidRPr="001D636F">
              <w:rPr>
                <w:b/>
                <w:sz w:val="22"/>
              </w:rPr>
              <w:t xml:space="preserve">Mod de </w:t>
            </w:r>
            <w:proofErr w:type="spellStart"/>
            <w:r w:rsidRPr="001D636F">
              <w:rPr>
                <w:b/>
                <w:sz w:val="22"/>
              </w:rPr>
              <w:t>demonstrare</w:t>
            </w:r>
            <w:proofErr w:type="spellEnd"/>
            <w:r w:rsidRPr="001D636F">
              <w:rPr>
                <w:b/>
                <w:sz w:val="22"/>
              </w:rPr>
              <w:t xml:space="preserve"> a </w:t>
            </w:r>
            <w:proofErr w:type="spellStart"/>
            <w:r w:rsidRPr="001D636F">
              <w:rPr>
                <w:b/>
                <w:sz w:val="22"/>
              </w:rPr>
              <w:t>îndeplinirii</w:t>
            </w:r>
            <w:proofErr w:type="spellEnd"/>
            <w:r w:rsidRPr="001D636F">
              <w:rPr>
                <w:b/>
                <w:sz w:val="22"/>
              </w:rPr>
              <w:t xml:space="preserve"> </w:t>
            </w:r>
            <w:proofErr w:type="spellStart"/>
            <w:r w:rsidRPr="001D636F">
              <w:rPr>
                <w:b/>
                <w:sz w:val="22"/>
              </w:rPr>
              <w:t>criteriului</w:t>
            </w:r>
            <w:proofErr w:type="spellEnd"/>
            <w:r w:rsidRPr="001D636F">
              <w:rPr>
                <w:b/>
                <w:sz w:val="22"/>
              </w:rPr>
              <w:t>/</w:t>
            </w:r>
            <w:proofErr w:type="spellStart"/>
            <w:r w:rsidRPr="001D636F">
              <w:rPr>
                <w:b/>
                <w:sz w:val="22"/>
              </w:rPr>
              <w:t>cerinței</w:t>
            </w:r>
            <w:proofErr w:type="spellEnd"/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1D636F">
              <w:rPr>
                <w:b/>
                <w:sz w:val="22"/>
              </w:rPr>
              <w:t>Nivelul</w:t>
            </w:r>
            <w:proofErr w:type="spellEnd"/>
            <w:r w:rsidRPr="001D636F">
              <w:rPr>
                <w:b/>
                <w:sz w:val="22"/>
              </w:rPr>
              <w:t xml:space="preserve"> minim/</w:t>
            </w:r>
            <w:proofErr w:type="spellStart"/>
            <w:r w:rsidRPr="001D636F">
              <w:rPr>
                <w:b/>
                <w:sz w:val="22"/>
              </w:rPr>
              <w:t>Obligativitatea</w:t>
            </w:r>
            <w:proofErr w:type="spellEnd"/>
          </w:p>
        </w:tc>
      </w:tr>
      <w:tr w:rsidR="004E69F8" w:rsidRPr="001D636F">
        <w:trPr>
          <w:jc w:val="center"/>
        </w:trPr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r w:rsidRPr="001D636F">
              <w:rPr>
                <w:sz w:val="22"/>
              </w:rPr>
              <w:t>1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Propunerea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tehnică</w:t>
            </w:r>
            <w:proofErr w:type="spellEnd"/>
            <w:r w:rsidRPr="001D636F">
              <w:rPr>
                <w:sz w:val="22"/>
              </w:rPr>
              <w:t xml:space="preserve"> (</w:t>
            </w:r>
            <w:proofErr w:type="spellStart"/>
            <w:r w:rsidRPr="001D636F">
              <w:rPr>
                <w:sz w:val="22"/>
              </w:rPr>
              <w:t>Anexa</w:t>
            </w:r>
            <w:proofErr w:type="spellEnd"/>
            <w:r w:rsidRPr="001D636F">
              <w:rPr>
                <w:sz w:val="22"/>
              </w:rPr>
              <w:t xml:space="preserve"> nr. 22)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r w:rsidRPr="001D636F">
              <w:rPr>
                <w:sz w:val="22"/>
              </w:rPr>
              <w:t xml:space="preserve">Original. </w:t>
            </w:r>
            <w:proofErr w:type="spellStart"/>
            <w:r w:rsidRPr="001D636F">
              <w:rPr>
                <w:sz w:val="22"/>
              </w:rPr>
              <w:t>Semnată</w:t>
            </w:r>
            <w:proofErr w:type="spellEnd"/>
            <w:r w:rsidRPr="001D636F">
              <w:rPr>
                <w:sz w:val="22"/>
              </w:rPr>
              <w:t xml:space="preserve"> electronic de </w:t>
            </w:r>
            <w:proofErr w:type="spellStart"/>
            <w:r w:rsidRPr="001D636F">
              <w:rPr>
                <w:sz w:val="22"/>
              </w:rPr>
              <w:t>către</w:t>
            </w:r>
            <w:proofErr w:type="spellEnd"/>
            <w:r w:rsidRPr="001D636F">
              <w:rPr>
                <w:sz w:val="22"/>
              </w:rPr>
              <w:t xml:space="preserve"> participant. </w:t>
            </w:r>
            <w:proofErr w:type="spellStart"/>
            <w:r w:rsidRPr="001D636F">
              <w:rPr>
                <w:sz w:val="22"/>
              </w:rPr>
              <w:t>Va</w:t>
            </w:r>
            <w:proofErr w:type="spellEnd"/>
            <w:r w:rsidRPr="001D636F">
              <w:rPr>
                <w:sz w:val="22"/>
              </w:rPr>
              <w:t xml:space="preserve"> include </w:t>
            </w:r>
            <w:proofErr w:type="spellStart"/>
            <w:r w:rsidRPr="001D636F">
              <w:rPr>
                <w:sz w:val="22"/>
              </w:rPr>
              <w:t>descrierea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modului</w:t>
            </w:r>
            <w:proofErr w:type="spellEnd"/>
            <w:r w:rsidRPr="001D636F">
              <w:rPr>
                <w:sz w:val="22"/>
              </w:rPr>
              <w:t xml:space="preserve"> de </w:t>
            </w:r>
            <w:proofErr w:type="spellStart"/>
            <w:r w:rsidRPr="001D636F">
              <w:rPr>
                <w:sz w:val="22"/>
              </w:rPr>
              <w:t>prestare</w:t>
            </w:r>
            <w:proofErr w:type="spellEnd"/>
            <w:r w:rsidRPr="001D636F">
              <w:rPr>
                <w:sz w:val="22"/>
              </w:rPr>
              <w:t xml:space="preserve"> a </w:t>
            </w:r>
            <w:proofErr w:type="spellStart"/>
            <w:r w:rsidRPr="001D636F">
              <w:rPr>
                <w:sz w:val="22"/>
              </w:rPr>
              <w:t>serviciilor</w:t>
            </w:r>
            <w:proofErr w:type="spellEnd"/>
            <w:r w:rsidRPr="001D636F">
              <w:rPr>
                <w:sz w:val="22"/>
              </w:rPr>
              <w:t xml:space="preserve">, </w:t>
            </w:r>
            <w:proofErr w:type="spellStart"/>
            <w:r w:rsidRPr="001D636F">
              <w:rPr>
                <w:sz w:val="22"/>
              </w:rPr>
              <w:t>planul</w:t>
            </w:r>
            <w:proofErr w:type="spellEnd"/>
            <w:r w:rsidRPr="001D636F">
              <w:rPr>
                <w:sz w:val="22"/>
              </w:rPr>
              <w:t xml:space="preserve"> de </w:t>
            </w:r>
            <w:proofErr w:type="spellStart"/>
            <w:r w:rsidRPr="001D636F">
              <w:rPr>
                <w:sz w:val="22"/>
              </w:rPr>
              <w:t>mentenanță</w:t>
            </w:r>
            <w:proofErr w:type="spellEnd"/>
            <w:r w:rsidRPr="001D636F">
              <w:rPr>
                <w:sz w:val="22"/>
              </w:rPr>
              <w:t xml:space="preserve"> pe </w:t>
            </w:r>
            <w:proofErr w:type="spellStart"/>
            <w:r w:rsidRPr="001D636F">
              <w:rPr>
                <w:sz w:val="22"/>
              </w:rPr>
              <w:t>lotul</w:t>
            </w:r>
            <w:proofErr w:type="spellEnd"/>
            <w:r w:rsidRPr="001D636F">
              <w:rPr>
                <w:sz w:val="22"/>
              </w:rPr>
              <w:t>/</w:t>
            </w:r>
            <w:proofErr w:type="spellStart"/>
            <w:r w:rsidRPr="001D636F">
              <w:rPr>
                <w:sz w:val="22"/>
              </w:rPr>
              <w:t>loturile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ofertate</w:t>
            </w:r>
            <w:proofErr w:type="spellEnd"/>
            <w:r w:rsidRPr="001D636F">
              <w:rPr>
                <w:sz w:val="22"/>
              </w:rPr>
              <w:t xml:space="preserve">, SLA, </w:t>
            </w:r>
            <w:proofErr w:type="spellStart"/>
            <w:r w:rsidRPr="001D636F">
              <w:rPr>
                <w:sz w:val="22"/>
              </w:rPr>
              <w:t>echipa</w:t>
            </w:r>
            <w:proofErr w:type="spellEnd"/>
            <w:r w:rsidRPr="001D636F">
              <w:rPr>
                <w:sz w:val="22"/>
              </w:rPr>
              <w:t xml:space="preserve">, </w:t>
            </w:r>
            <w:proofErr w:type="spellStart"/>
            <w:r w:rsidRPr="001D636F">
              <w:rPr>
                <w:sz w:val="22"/>
              </w:rPr>
              <w:t>echipamentele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utilizate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și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confirmarea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îndeplinirii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cerințelor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Caietului</w:t>
            </w:r>
            <w:proofErr w:type="spellEnd"/>
            <w:r w:rsidRPr="001D636F">
              <w:rPr>
                <w:sz w:val="22"/>
              </w:rPr>
              <w:t xml:space="preserve"> de </w:t>
            </w:r>
            <w:proofErr w:type="spellStart"/>
            <w:r w:rsidRPr="001D636F">
              <w:rPr>
                <w:sz w:val="22"/>
              </w:rPr>
              <w:t>sarcini</w:t>
            </w:r>
            <w:proofErr w:type="spellEnd"/>
            <w:r w:rsidRPr="001D636F">
              <w:rPr>
                <w:sz w:val="22"/>
              </w:rPr>
              <w:t>.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Obligatoriu</w:t>
            </w:r>
            <w:proofErr w:type="spellEnd"/>
          </w:p>
        </w:tc>
      </w:tr>
      <w:tr w:rsidR="004E69F8" w:rsidRPr="001D636F">
        <w:trPr>
          <w:jc w:val="center"/>
        </w:trPr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r w:rsidRPr="001D636F">
              <w:rPr>
                <w:sz w:val="22"/>
              </w:rPr>
              <w:t>2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Propunerea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financiară</w:t>
            </w:r>
            <w:proofErr w:type="spellEnd"/>
            <w:r w:rsidRPr="001D636F">
              <w:rPr>
                <w:sz w:val="22"/>
              </w:rPr>
              <w:t xml:space="preserve"> (</w:t>
            </w:r>
            <w:proofErr w:type="spellStart"/>
            <w:r w:rsidRPr="001D636F">
              <w:rPr>
                <w:sz w:val="22"/>
              </w:rPr>
              <w:t>Anexa</w:t>
            </w:r>
            <w:proofErr w:type="spellEnd"/>
            <w:r w:rsidRPr="001D636F">
              <w:rPr>
                <w:sz w:val="22"/>
              </w:rPr>
              <w:t xml:space="preserve"> nr. 23)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r w:rsidRPr="001D636F">
              <w:rPr>
                <w:sz w:val="22"/>
              </w:rPr>
              <w:t xml:space="preserve">Original. </w:t>
            </w:r>
            <w:proofErr w:type="spellStart"/>
            <w:r w:rsidRPr="001D636F">
              <w:rPr>
                <w:sz w:val="22"/>
              </w:rPr>
              <w:t>Semnată</w:t>
            </w:r>
            <w:proofErr w:type="spellEnd"/>
            <w:r w:rsidRPr="001D636F">
              <w:rPr>
                <w:sz w:val="22"/>
              </w:rPr>
              <w:t xml:space="preserve"> electronic de </w:t>
            </w:r>
            <w:proofErr w:type="spellStart"/>
            <w:r w:rsidRPr="001D636F">
              <w:rPr>
                <w:sz w:val="22"/>
              </w:rPr>
              <w:t>către</w:t>
            </w:r>
            <w:proofErr w:type="spellEnd"/>
            <w:r w:rsidRPr="001D636F">
              <w:rPr>
                <w:sz w:val="22"/>
              </w:rPr>
              <w:t xml:space="preserve"> participant. </w:t>
            </w:r>
            <w:proofErr w:type="spellStart"/>
            <w:r w:rsidRPr="001D636F">
              <w:rPr>
                <w:sz w:val="22"/>
              </w:rPr>
              <w:t>Oferta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financiară</w:t>
            </w:r>
            <w:proofErr w:type="spellEnd"/>
            <w:r w:rsidRPr="001D636F">
              <w:rPr>
                <w:sz w:val="22"/>
              </w:rPr>
              <w:t xml:space="preserve"> se </w:t>
            </w:r>
            <w:proofErr w:type="spellStart"/>
            <w:r w:rsidRPr="001D636F">
              <w:rPr>
                <w:sz w:val="22"/>
              </w:rPr>
              <w:t>prezintă</w:t>
            </w:r>
            <w:proofErr w:type="spellEnd"/>
            <w:r w:rsidRPr="001D636F">
              <w:rPr>
                <w:sz w:val="22"/>
              </w:rPr>
              <w:t xml:space="preserve"> pe </w:t>
            </w:r>
            <w:proofErr w:type="spellStart"/>
            <w:r w:rsidRPr="001D636F">
              <w:rPr>
                <w:sz w:val="22"/>
              </w:rPr>
              <w:t>loturi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și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va</w:t>
            </w:r>
            <w:proofErr w:type="spellEnd"/>
            <w:r w:rsidRPr="001D636F">
              <w:rPr>
                <w:sz w:val="22"/>
              </w:rPr>
              <w:t xml:space="preserve"> include </w:t>
            </w:r>
            <w:proofErr w:type="spellStart"/>
            <w:r w:rsidRPr="001D636F">
              <w:rPr>
                <w:sz w:val="22"/>
              </w:rPr>
              <w:t>prețurile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fără</w:t>
            </w:r>
            <w:proofErr w:type="spellEnd"/>
            <w:r w:rsidRPr="001D636F">
              <w:rPr>
                <w:sz w:val="22"/>
              </w:rPr>
              <w:t xml:space="preserve"> TVA </w:t>
            </w:r>
            <w:proofErr w:type="spellStart"/>
            <w:r w:rsidRPr="001D636F">
              <w:rPr>
                <w:sz w:val="22"/>
              </w:rPr>
              <w:t>și</w:t>
            </w:r>
            <w:proofErr w:type="spellEnd"/>
            <w:r w:rsidRPr="001D636F">
              <w:rPr>
                <w:sz w:val="22"/>
              </w:rPr>
              <w:t xml:space="preserve"> cu TVA, </w:t>
            </w:r>
            <w:proofErr w:type="spellStart"/>
            <w:r w:rsidRPr="001D636F">
              <w:rPr>
                <w:sz w:val="22"/>
              </w:rPr>
              <w:t>suma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totală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și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termenul</w:t>
            </w:r>
            <w:proofErr w:type="spellEnd"/>
            <w:r w:rsidRPr="001D636F">
              <w:rPr>
                <w:sz w:val="22"/>
              </w:rPr>
              <w:t xml:space="preserve"> de </w:t>
            </w:r>
            <w:proofErr w:type="spellStart"/>
            <w:r w:rsidRPr="001D636F">
              <w:rPr>
                <w:sz w:val="22"/>
              </w:rPr>
              <w:t>prestare</w:t>
            </w:r>
            <w:proofErr w:type="spellEnd"/>
            <w:r w:rsidRPr="001D636F">
              <w:rPr>
                <w:sz w:val="22"/>
              </w:rPr>
              <w:t>.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Obligatoriu</w:t>
            </w:r>
            <w:proofErr w:type="spellEnd"/>
          </w:p>
        </w:tc>
      </w:tr>
      <w:tr w:rsidR="004E69F8" w:rsidRPr="001D636F">
        <w:trPr>
          <w:jc w:val="center"/>
        </w:trPr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r w:rsidRPr="001D636F">
              <w:rPr>
                <w:sz w:val="22"/>
              </w:rPr>
              <w:t>3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Cerere</w:t>
            </w:r>
            <w:proofErr w:type="spellEnd"/>
            <w:r w:rsidRPr="001D636F">
              <w:rPr>
                <w:sz w:val="22"/>
              </w:rPr>
              <w:t xml:space="preserve"> de </w:t>
            </w:r>
            <w:proofErr w:type="spellStart"/>
            <w:r w:rsidRPr="001D636F">
              <w:rPr>
                <w:sz w:val="22"/>
              </w:rPr>
              <w:t>participare</w:t>
            </w:r>
            <w:proofErr w:type="spellEnd"/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r w:rsidRPr="001D636F">
              <w:rPr>
                <w:sz w:val="22"/>
              </w:rPr>
              <w:t xml:space="preserve">Original. </w:t>
            </w:r>
            <w:proofErr w:type="spellStart"/>
            <w:r w:rsidRPr="001D636F">
              <w:rPr>
                <w:sz w:val="22"/>
              </w:rPr>
              <w:t>Semnată</w:t>
            </w:r>
            <w:proofErr w:type="spellEnd"/>
            <w:r w:rsidRPr="001D636F">
              <w:rPr>
                <w:sz w:val="22"/>
              </w:rPr>
              <w:t xml:space="preserve"> electronic de </w:t>
            </w:r>
            <w:proofErr w:type="spellStart"/>
            <w:r w:rsidRPr="001D636F">
              <w:rPr>
                <w:sz w:val="22"/>
              </w:rPr>
              <w:t>către</w:t>
            </w:r>
            <w:proofErr w:type="spellEnd"/>
            <w:r w:rsidRPr="001D636F">
              <w:rPr>
                <w:sz w:val="22"/>
              </w:rPr>
              <w:t xml:space="preserve"> participant.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Obligatoriu</w:t>
            </w:r>
            <w:proofErr w:type="spellEnd"/>
          </w:p>
        </w:tc>
      </w:tr>
      <w:tr w:rsidR="004E69F8" w:rsidRPr="001D636F">
        <w:trPr>
          <w:jc w:val="center"/>
        </w:trPr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r w:rsidRPr="001D636F">
              <w:rPr>
                <w:sz w:val="22"/>
              </w:rPr>
              <w:lastRenderedPageBreak/>
              <w:t>4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Declarație</w:t>
            </w:r>
            <w:proofErr w:type="spellEnd"/>
            <w:r w:rsidRPr="001D636F">
              <w:rPr>
                <w:sz w:val="22"/>
              </w:rPr>
              <w:t xml:space="preserve"> de </w:t>
            </w:r>
            <w:proofErr w:type="spellStart"/>
            <w:r w:rsidRPr="001D636F">
              <w:rPr>
                <w:sz w:val="22"/>
              </w:rPr>
              <w:t>eligibilitate</w:t>
            </w:r>
            <w:proofErr w:type="spellEnd"/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r w:rsidRPr="001D636F">
              <w:rPr>
                <w:sz w:val="22"/>
              </w:rPr>
              <w:t xml:space="preserve">Original. </w:t>
            </w:r>
            <w:proofErr w:type="spellStart"/>
            <w:r w:rsidRPr="001D636F">
              <w:rPr>
                <w:sz w:val="22"/>
              </w:rPr>
              <w:t>Semnată</w:t>
            </w:r>
            <w:proofErr w:type="spellEnd"/>
            <w:r w:rsidRPr="001D636F">
              <w:rPr>
                <w:sz w:val="22"/>
              </w:rPr>
              <w:t xml:space="preserve"> electronic de </w:t>
            </w:r>
            <w:proofErr w:type="spellStart"/>
            <w:r w:rsidRPr="001D636F">
              <w:rPr>
                <w:sz w:val="22"/>
              </w:rPr>
              <w:t>către</w:t>
            </w:r>
            <w:proofErr w:type="spellEnd"/>
            <w:r w:rsidRPr="001D636F">
              <w:rPr>
                <w:sz w:val="22"/>
              </w:rPr>
              <w:t xml:space="preserve"> participant.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Obligatoriu</w:t>
            </w:r>
            <w:proofErr w:type="spellEnd"/>
          </w:p>
        </w:tc>
      </w:tr>
      <w:tr w:rsidR="004E69F8" w:rsidRPr="001D636F">
        <w:trPr>
          <w:jc w:val="center"/>
        </w:trPr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r w:rsidRPr="001D636F">
              <w:rPr>
                <w:sz w:val="22"/>
              </w:rPr>
              <w:t>5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Declarație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privind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valabilitatea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ofertei</w:t>
            </w:r>
            <w:proofErr w:type="spellEnd"/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r w:rsidRPr="001D636F">
              <w:rPr>
                <w:sz w:val="22"/>
              </w:rPr>
              <w:t xml:space="preserve">Original. </w:t>
            </w:r>
            <w:proofErr w:type="spellStart"/>
            <w:r w:rsidRPr="001D636F">
              <w:rPr>
                <w:sz w:val="22"/>
              </w:rPr>
              <w:t>Semnată</w:t>
            </w:r>
            <w:proofErr w:type="spellEnd"/>
            <w:r w:rsidRPr="001D636F">
              <w:rPr>
                <w:sz w:val="22"/>
              </w:rPr>
              <w:t xml:space="preserve"> electronic de </w:t>
            </w:r>
            <w:proofErr w:type="spellStart"/>
            <w:r w:rsidRPr="001D636F">
              <w:rPr>
                <w:sz w:val="22"/>
              </w:rPr>
              <w:t>către</w:t>
            </w:r>
            <w:proofErr w:type="spellEnd"/>
            <w:r w:rsidRPr="001D636F">
              <w:rPr>
                <w:sz w:val="22"/>
              </w:rPr>
              <w:t xml:space="preserve"> participant. </w:t>
            </w:r>
            <w:proofErr w:type="spellStart"/>
            <w:r w:rsidRPr="001D636F">
              <w:rPr>
                <w:sz w:val="22"/>
              </w:rPr>
              <w:t>Termen</w:t>
            </w:r>
            <w:proofErr w:type="spellEnd"/>
            <w:r w:rsidRPr="001D636F">
              <w:rPr>
                <w:sz w:val="22"/>
              </w:rPr>
              <w:t xml:space="preserve"> de </w:t>
            </w:r>
            <w:proofErr w:type="spellStart"/>
            <w:r w:rsidRPr="001D636F">
              <w:rPr>
                <w:sz w:val="22"/>
              </w:rPr>
              <w:t>valabilitate</w:t>
            </w:r>
            <w:proofErr w:type="spellEnd"/>
            <w:r w:rsidRPr="001D636F">
              <w:rPr>
                <w:sz w:val="22"/>
              </w:rPr>
              <w:t xml:space="preserve">: 60 </w:t>
            </w:r>
            <w:proofErr w:type="spellStart"/>
            <w:r w:rsidRPr="001D636F">
              <w:rPr>
                <w:sz w:val="22"/>
              </w:rPr>
              <w:t>zile</w:t>
            </w:r>
            <w:proofErr w:type="spellEnd"/>
            <w:r w:rsidRPr="001D636F">
              <w:rPr>
                <w:sz w:val="22"/>
              </w:rPr>
              <w:t>.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Obligatoriu</w:t>
            </w:r>
            <w:proofErr w:type="spellEnd"/>
          </w:p>
        </w:tc>
      </w:tr>
      <w:tr w:rsidR="004E69F8" w:rsidRPr="001D636F">
        <w:trPr>
          <w:jc w:val="center"/>
        </w:trPr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r w:rsidRPr="001D636F">
              <w:rPr>
                <w:sz w:val="22"/>
              </w:rPr>
              <w:t>6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Certificat</w:t>
            </w:r>
            <w:proofErr w:type="spellEnd"/>
            <w:r w:rsidRPr="001D636F">
              <w:rPr>
                <w:sz w:val="22"/>
              </w:rPr>
              <w:t xml:space="preserve"> de </w:t>
            </w:r>
            <w:proofErr w:type="spellStart"/>
            <w:r w:rsidRPr="001D636F">
              <w:rPr>
                <w:sz w:val="22"/>
              </w:rPr>
              <w:t>atribuire</w:t>
            </w:r>
            <w:proofErr w:type="spellEnd"/>
            <w:r w:rsidRPr="001D636F">
              <w:rPr>
                <w:sz w:val="22"/>
              </w:rPr>
              <w:t xml:space="preserve"> a </w:t>
            </w:r>
            <w:proofErr w:type="spellStart"/>
            <w:r w:rsidRPr="001D636F">
              <w:rPr>
                <w:sz w:val="22"/>
              </w:rPr>
              <w:t>contului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bancar</w:t>
            </w:r>
            <w:proofErr w:type="spellEnd"/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Copie</w:t>
            </w:r>
            <w:proofErr w:type="spellEnd"/>
            <w:r w:rsidRPr="001D636F">
              <w:rPr>
                <w:sz w:val="22"/>
              </w:rPr>
              <w:t>/</w:t>
            </w:r>
            <w:proofErr w:type="spellStart"/>
            <w:r w:rsidRPr="001D636F">
              <w:rPr>
                <w:sz w:val="22"/>
              </w:rPr>
              <w:t>variantă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scanată</w:t>
            </w:r>
            <w:proofErr w:type="spellEnd"/>
            <w:r w:rsidRPr="001D636F">
              <w:rPr>
                <w:sz w:val="22"/>
              </w:rPr>
              <w:t xml:space="preserve"> de pe original, </w:t>
            </w:r>
            <w:proofErr w:type="spellStart"/>
            <w:r w:rsidRPr="001D636F">
              <w:rPr>
                <w:sz w:val="22"/>
              </w:rPr>
              <w:t>confirmată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prin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semnătură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electronică</w:t>
            </w:r>
            <w:proofErr w:type="spellEnd"/>
            <w:r w:rsidRPr="001D636F">
              <w:rPr>
                <w:sz w:val="22"/>
              </w:rPr>
              <w:t>.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Obligatoriu</w:t>
            </w:r>
            <w:proofErr w:type="spellEnd"/>
          </w:p>
        </w:tc>
      </w:tr>
      <w:tr w:rsidR="004E69F8" w:rsidRPr="001D636F">
        <w:trPr>
          <w:jc w:val="center"/>
        </w:trPr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r w:rsidRPr="001D636F">
              <w:rPr>
                <w:sz w:val="22"/>
              </w:rPr>
              <w:t>7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Certificat</w:t>
            </w:r>
            <w:proofErr w:type="spellEnd"/>
            <w:r w:rsidRPr="001D636F">
              <w:rPr>
                <w:sz w:val="22"/>
              </w:rPr>
              <w:t>/</w:t>
            </w:r>
            <w:proofErr w:type="spellStart"/>
            <w:r w:rsidRPr="001D636F">
              <w:rPr>
                <w:sz w:val="22"/>
              </w:rPr>
              <w:t>decizie</w:t>
            </w:r>
            <w:proofErr w:type="spellEnd"/>
            <w:r w:rsidRPr="001D636F">
              <w:rPr>
                <w:sz w:val="22"/>
              </w:rPr>
              <w:t xml:space="preserve"> de </w:t>
            </w:r>
            <w:proofErr w:type="spellStart"/>
            <w:r w:rsidRPr="001D636F">
              <w:rPr>
                <w:sz w:val="22"/>
              </w:rPr>
              <w:t>înregistrare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sau</w:t>
            </w:r>
            <w:proofErr w:type="spellEnd"/>
            <w:r w:rsidRPr="001D636F">
              <w:rPr>
                <w:sz w:val="22"/>
              </w:rPr>
              <w:t xml:space="preserve"> extras din </w:t>
            </w:r>
            <w:proofErr w:type="spellStart"/>
            <w:r w:rsidRPr="001D636F">
              <w:rPr>
                <w:sz w:val="22"/>
              </w:rPr>
              <w:t>Registrul</w:t>
            </w:r>
            <w:proofErr w:type="spellEnd"/>
            <w:r w:rsidRPr="001D636F">
              <w:rPr>
                <w:sz w:val="22"/>
              </w:rPr>
              <w:t xml:space="preserve"> de Stat al </w:t>
            </w:r>
            <w:proofErr w:type="spellStart"/>
            <w:r w:rsidRPr="001D636F">
              <w:rPr>
                <w:sz w:val="22"/>
              </w:rPr>
              <w:t>persoanelor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juridice</w:t>
            </w:r>
            <w:proofErr w:type="spellEnd"/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Copie</w:t>
            </w:r>
            <w:proofErr w:type="spellEnd"/>
            <w:r w:rsidRPr="001D636F">
              <w:rPr>
                <w:sz w:val="22"/>
              </w:rPr>
              <w:t xml:space="preserve">, </w:t>
            </w:r>
            <w:proofErr w:type="spellStart"/>
            <w:r w:rsidRPr="001D636F">
              <w:rPr>
                <w:sz w:val="22"/>
              </w:rPr>
              <w:t>semnată</w:t>
            </w:r>
            <w:proofErr w:type="spellEnd"/>
            <w:r w:rsidRPr="001D636F">
              <w:rPr>
                <w:sz w:val="22"/>
              </w:rPr>
              <w:t xml:space="preserve"> electronic de </w:t>
            </w:r>
            <w:proofErr w:type="spellStart"/>
            <w:r w:rsidRPr="001D636F">
              <w:rPr>
                <w:sz w:val="22"/>
              </w:rPr>
              <w:t>către</w:t>
            </w:r>
            <w:proofErr w:type="spellEnd"/>
            <w:r w:rsidRPr="001D636F">
              <w:rPr>
                <w:sz w:val="22"/>
              </w:rPr>
              <w:t xml:space="preserve"> participant.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Obligatoriu</w:t>
            </w:r>
            <w:proofErr w:type="spellEnd"/>
          </w:p>
        </w:tc>
      </w:tr>
      <w:tr w:rsidR="004E69F8" w:rsidRPr="001D636F">
        <w:trPr>
          <w:jc w:val="center"/>
        </w:trPr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r w:rsidRPr="001D636F">
              <w:rPr>
                <w:sz w:val="22"/>
              </w:rPr>
              <w:t>8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Licență</w:t>
            </w:r>
            <w:proofErr w:type="spellEnd"/>
            <w:r w:rsidRPr="001D636F">
              <w:rPr>
                <w:sz w:val="22"/>
              </w:rPr>
              <w:t>/</w:t>
            </w:r>
            <w:proofErr w:type="spellStart"/>
            <w:r w:rsidRPr="001D636F">
              <w:rPr>
                <w:sz w:val="22"/>
              </w:rPr>
              <w:t>autorizație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valabilă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pentru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servicii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antiincendiare</w:t>
            </w:r>
            <w:proofErr w:type="spellEnd"/>
            <w:r w:rsidRPr="001D636F">
              <w:rPr>
                <w:sz w:val="22"/>
              </w:rPr>
              <w:t xml:space="preserve">, </w:t>
            </w:r>
            <w:proofErr w:type="spellStart"/>
            <w:r w:rsidRPr="001D636F">
              <w:rPr>
                <w:sz w:val="22"/>
              </w:rPr>
              <w:t>după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caz</w:t>
            </w:r>
            <w:proofErr w:type="spellEnd"/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Copie</w:t>
            </w:r>
            <w:proofErr w:type="spellEnd"/>
            <w:r w:rsidRPr="001D636F">
              <w:rPr>
                <w:sz w:val="22"/>
              </w:rPr>
              <w:t xml:space="preserve">, </w:t>
            </w:r>
            <w:proofErr w:type="spellStart"/>
            <w:r w:rsidRPr="001D636F">
              <w:rPr>
                <w:sz w:val="22"/>
              </w:rPr>
              <w:t>semnată</w:t>
            </w:r>
            <w:proofErr w:type="spellEnd"/>
            <w:r w:rsidRPr="001D636F">
              <w:rPr>
                <w:sz w:val="22"/>
              </w:rPr>
              <w:t xml:space="preserve"> electronic de </w:t>
            </w:r>
            <w:proofErr w:type="spellStart"/>
            <w:r w:rsidRPr="001D636F">
              <w:rPr>
                <w:sz w:val="22"/>
              </w:rPr>
              <w:t>către</w:t>
            </w:r>
            <w:proofErr w:type="spellEnd"/>
            <w:r w:rsidRPr="001D636F">
              <w:rPr>
                <w:sz w:val="22"/>
              </w:rPr>
              <w:t xml:space="preserve"> participant, conform </w:t>
            </w:r>
            <w:proofErr w:type="spellStart"/>
            <w:r w:rsidRPr="001D636F">
              <w:rPr>
                <w:sz w:val="22"/>
              </w:rPr>
              <w:t>cerințelor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legale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aplicabile</w:t>
            </w:r>
            <w:proofErr w:type="spellEnd"/>
            <w:r w:rsidRPr="001D636F">
              <w:rPr>
                <w:sz w:val="22"/>
              </w:rPr>
              <w:t>.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Obligatoriu</w:t>
            </w:r>
            <w:proofErr w:type="spellEnd"/>
            <w:r w:rsidRPr="001D636F">
              <w:rPr>
                <w:sz w:val="22"/>
              </w:rPr>
              <w:t xml:space="preserve">, </w:t>
            </w:r>
            <w:proofErr w:type="spellStart"/>
            <w:r w:rsidRPr="001D636F">
              <w:rPr>
                <w:sz w:val="22"/>
              </w:rPr>
              <w:t>după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caz</w:t>
            </w:r>
            <w:proofErr w:type="spellEnd"/>
          </w:p>
        </w:tc>
      </w:tr>
      <w:tr w:rsidR="004E69F8" w:rsidRPr="001D636F">
        <w:trPr>
          <w:jc w:val="center"/>
        </w:trPr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r w:rsidRPr="001D636F">
              <w:rPr>
                <w:sz w:val="22"/>
              </w:rPr>
              <w:t>9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Dovada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experienței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similare</w:t>
            </w:r>
            <w:proofErr w:type="spellEnd"/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r w:rsidRPr="001D636F">
              <w:rPr>
                <w:sz w:val="22"/>
              </w:rPr>
              <w:t xml:space="preserve">Lista </w:t>
            </w:r>
            <w:proofErr w:type="spellStart"/>
            <w:r w:rsidRPr="001D636F">
              <w:rPr>
                <w:sz w:val="22"/>
              </w:rPr>
              <w:t>serviciilor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similare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prestate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în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ultimii</w:t>
            </w:r>
            <w:proofErr w:type="spellEnd"/>
            <w:r w:rsidRPr="001D636F">
              <w:rPr>
                <w:sz w:val="22"/>
              </w:rPr>
              <w:t xml:space="preserve"> 5 ani </w:t>
            </w:r>
            <w:proofErr w:type="spellStart"/>
            <w:r w:rsidRPr="001D636F">
              <w:rPr>
                <w:sz w:val="22"/>
              </w:rPr>
              <w:t>și</w:t>
            </w:r>
            <w:proofErr w:type="spellEnd"/>
            <w:r w:rsidRPr="001D636F">
              <w:rPr>
                <w:sz w:val="22"/>
              </w:rPr>
              <w:t>/</w:t>
            </w:r>
            <w:proofErr w:type="spellStart"/>
            <w:r w:rsidRPr="001D636F">
              <w:rPr>
                <w:sz w:val="22"/>
              </w:rPr>
              <w:t>sau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contracte</w:t>
            </w:r>
            <w:proofErr w:type="spellEnd"/>
            <w:r w:rsidRPr="001D636F">
              <w:rPr>
                <w:sz w:val="22"/>
              </w:rPr>
              <w:t>/</w:t>
            </w:r>
            <w:proofErr w:type="spellStart"/>
            <w:r w:rsidRPr="001D636F">
              <w:rPr>
                <w:sz w:val="22"/>
              </w:rPr>
              <w:t>recomandări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relevante</w:t>
            </w:r>
            <w:proofErr w:type="spellEnd"/>
            <w:r w:rsidRPr="001D636F">
              <w:rPr>
                <w:sz w:val="22"/>
              </w:rPr>
              <w:t xml:space="preserve">, </w:t>
            </w:r>
            <w:proofErr w:type="spellStart"/>
            <w:r w:rsidRPr="001D636F">
              <w:rPr>
                <w:sz w:val="22"/>
              </w:rPr>
              <w:t>semnate</w:t>
            </w:r>
            <w:proofErr w:type="spellEnd"/>
            <w:r w:rsidRPr="001D636F">
              <w:rPr>
                <w:sz w:val="22"/>
              </w:rPr>
              <w:t xml:space="preserve"> electronic.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Obligatoriu</w:t>
            </w:r>
            <w:proofErr w:type="spellEnd"/>
          </w:p>
        </w:tc>
      </w:tr>
      <w:tr w:rsidR="004E69F8" w:rsidRPr="001D636F">
        <w:trPr>
          <w:jc w:val="center"/>
        </w:trPr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r w:rsidRPr="001D636F">
              <w:rPr>
                <w:sz w:val="22"/>
              </w:rPr>
              <w:t>10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r w:rsidRPr="001D636F">
              <w:rPr>
                <w:sz w:val="22"/>
              </w:rPr>
              <w:t xml:space="preserve">Personal </w:t>
            </w:r>
            <w:proofErr w:type="spellStart"/>
            <w:r w:rsidRPr="001D636F">
              <w:rPr>
                <w:sz w:val="22"/>
              </w:rPr>
              <w:t>calificat</w:t>
            </w:r>
            <w:proofErr w:type="spellEnd"/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Informații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privind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inginerii</w:t>
            </w:r>
            <w:proofErr w:type="spellEnd"/>
            <w:r w:rsidRPr="001D636F">
              <w:rPr>
                <w:sz w:val="22"/>
              </w:rPr>
              <w:t>/</w:t>
            </w:r>
            <w:proofErr w:type="spellStart"/>
            <w:r w:rsidRPr="001D636F">
              <w:rPr>
                <w:sz w:val="22"/>
              </w:rPr>
              <w:t>tehnicienii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implicați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și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certificările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relevante</w:t>
            </w:r>
            <w:proofErr w:type="spellEnd"/>
            <w:r w:rsidRPr="001D636F">
              <w:rPr>
                <w:sz w:val="22"/>
              </w:rPr>
              <w:t xml:space="preserve">, </w:t>
            </w:r>
            <w:proofErr w:type="spellStart"/>
            <w:r w:rsidRPr="001D636F">
              <w:rPr>
                <w:sz w:val="22"/>
              </w:rPr>
              <w:t>semnate</w:t>
            </w:r>
            <w:proofErr w:type="spellEnd"/>
            <w:r w:rsidRPr="001D636F">
              <w:rPr>
                <w:sz w:val="22"/>
              </w:rPr>
              <w:t xml:space="preserve"> electronic.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Obligatoriu</w:t>
            </w:r>
            <w:proofErr w:type="spellEnd"/>
          </w:p>
        </w:tc>
      </w:tr>
      <w:tr w:rsidR="004E69F8" w:rsidRPr="001D636F">
        <w:trPr>
          <w:jc w:val="center"/>
        </w:trPr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r w:rsidRPr="001D636F">
              <w:rPr>
                <w:sz w:val="22"/>
              </w:rPr>
              <w:t>11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r w:rsidRPr="001D636F">
              <w:rPr>
                <w:sz w:val="22"/>
              </w:rPr>
              <w:t xml:space="preserve">Capacitate </w:t>
            </w:r>
            <w:proofErr w:type="spellStart"/>
            <w:r w:rsidRPr="001D636F">
              <w:rPr>
                <w:sz w:val="22"/>
              </w:rPr>
              <w:t>tehnică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și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echipamente</w:t>
            </w:r>
            <w:proofErr w:type="spellEnd"/>
            <w:r w:rsidRPr="001D636F">
              <w:rPr>
                <w:sz w:val="22"/>
              </w:rPr>
              <w:t xml:space="preserve"> de </w:t>
            </w:r>
            <w:proofErr w:type="spellStart"/>
            <w:r w:rsidRPr="001D636F">
              <w:rPr>
                <w:sz w:val="22"/>
              </w:rPr>
              <w:t>testare</w:t>
            </w:r>
            <w:proofErr w:type="spellEnd"/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Declarație</w:t>
            </w:r>
            <w:proofErr w:type="spellEnd"/>
            <w:r w:rsidRPr="001D636F">
              <w:rPr>
                <w:sz w:val="22"/>
              </w:rPr>
              <w:t>/</w:t>
            </w:r>
            <w:proofErr w:type="spellStart"/>
            <w:r w:rsidRPr="001D636F">
              <w:rPr>
                <w:sz w:val="22"/>
              </w:rPr>
              <w:t>listă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privind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echipamentele</w:t>
            </w:r>
            <w:proofErr w:type="spellEnd"/>
            <w:r w:rsidRPr="001D636F">
              <w:rPr>
                <w:sz w:val="22"/>
              </w:rPr>
              <w:t xml:space="preserve"> de </w:t>
            </w:r>
            <w:proofErr w:type="spellStart"/>
            <w:r w:rsidRPr="001D636F">
              <w:rPr>
                <w:sz w:val="22"/>
              </w:rPr>
              <w:t>testare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și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instrumentele</w:t>
            </w:r>
            <w:proofErr w:type="spellEnd"/>
            <w:r w:rsidRPr="001D636F">
              <w:rPr>
                <w:sz w:val="22"/>
              </w:rPr>
              <w:t xml:space="preserve"> de diagnostic </w:t>
            </w:r>
            <w:proofErr w:type="spellStart"/>
            <w:r w:rsidRPr="001D636F">
              <w:rPr>
                <w:sz w:val="22"/>
              </w:rPr>
              <w:t>disponibile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pentru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prestarea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serviciilor</w:t>
            </w:r>
            <w:proofErr w:type="spellEnd"/>
            <w:r w:rsidRPr="001D636F">
              <w:rPr>
                <w:sz w:val="22"/>
              </w:rPr>
              <w:t>.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Obligatoriu</w:t>
            </w:r>
            <w:proofErr w:type="spellEnd"/>
          </w:p>
        </w:tc>
      </w:tr>
      <w:tr w:rsidR="004E69F8" w:rsidRPr="001D636F">
        <w:trPr>
          <w:jc w:val="center"/>
        </w:trPr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r w:rsidRPr="001D636F">
              <w:rPr>
                <w:sz w:val="22"/>
              </w:rPr>
              <w:t>12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r w:rsidRPr="001D636F">
              <w:rPr>
                <w:sz w:val="22"/>
              </w:rPr>
              <w:t xml:space="preserve">Plan de </w:t>
            </w:r>
            <w:proofErr w:type="spellStart"/>
            <w:r w:rsidRPr="001D636F">
              <w:rPr>
                <w:sz w:val="22"/>
              </w:rPr>
              <w:t>mentenanță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și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intervenții</w:t>
            </w:r>
            <w:proofErr w:type="spellEnd"/>
            <w:r w:rsidRPr="001D636F">
              <w:rPr>
                <w:sz w:val="22"/>
              </w:rPr>
              <w:t xml:space="preserve"> SLA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Planul</w:t>
            </w:r>
            <w:proofErr w:type="spellEnd"/>
            <w:r w:rsidRPr="001D636F">
              <w:rPr>
                <w:sz w:val="22"/>
              </w:rPr>
              <w:t xml:space="preserve"> de </w:t>
            </w:r>
            <w:proofErr w:type="spellStart"/>
            <w:r w:rsidRPr="001D636F">
              <w:rPr>
                <w:sz w:val="22"/>
              </w:rPr>
              <w:t>mentenanță</w:t>
            </w:r>
            <w:proofErr w:type="spellEnd"/>
            <w:r w:rsidRPr="001D636F">
              <w:rPr>
                <w:sz w:val="22"/>
              </w:rPr>
              <w:t xml:space="preserve"> pe </w:t>
            </w:r>
            <w:proofErr w:type="spellStart"/>
            <w:r w:rsidRPr="001D636F">
              <w:rPr>
                <w:sz w:val="22"/>
              </w:rPr>
              <w:t>perioada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contractului</w:t>
            </w:r>
            <w:proofErr w:type="spellEnd"/>
            <w:r w:rsidRPr="001D636F">
              <w:rPr>
                <w:sz w:val="22"/>
              </w:rPr>
              <w:t xml:space="preserve">, </w:t>
            </w:r>
            <w:proofErr w:type="spellStart"/>
            <w:r w:rsidRPr="001D636F">
              <w:rPr>
                <w:sz w:val="22"/>
              </w:rPr>
              <w:t>frecvențele</w:t>
            </w:r>
            <w:proofErr w:type="spellEnd"/>
            <w:r w:rsidRPr="001D636F">
              <w:rPr>
                <w:sz w:val="22"/>
              </w:rPr>
              <w:t xml:space="preserve"> de </w:t>
            </w:r>
            <w:proofErr w:type="spellStart"/>
            <w:r w:rsidRPr="001D636F">
              <w:rPr>
                <w:sz w:val="22"/>
              </w:rPr>
              <w:t>verificare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și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timpii</w:t>
            </w:r>
            <w:proofErr w:type="spellEnd"/>
            <w:r w:rsidRPr="001D636F">
              <w:rPr>
                <w:sz w:val="22"/>
              </w:rPr>
              <w:t xml:space="preserve"> de </w:t>
            </w:r>
            <w:proofErr w:type="spellStart"/>
            <w:r w:rsidRPr="001D636F">
              <w:rPr>
                <w:sz w:val="22"/>
              </w:rPr>
              <w:t>reacție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asumați</w:t>
            </w:r>
            <w:proofErr w:type="spellEnd"/>
            <w:r w:rsidRPr="001D636F">
              <w:rPr>
                <w:sz w:val="22"/>
              </w:rPr>
              <w:t>.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Obligatoriu</w:t>
            </w:r>
            <w:proofErr w:type="spellEnd"/>
          </w:p>
        </w:tc>
      </w:tr>
      <w:tr w:rsidR="004E69F8" w:rsidRPr="001D636F">
        <w:trPr>
          <w:jc w:val="center"/>
        </w:trPr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r w:rsidRPr="001D636F">
              <w:rPr>
                <w:sz w:val="22"/>
              </w:rPr>
              <w:t>13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Solicitarea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clarificărilor</w:t>
            </w:r>
            <w:proofErr w:type="spellEnd"/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both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Clarificările</w:t>
            </w:r>
            <w:proofErr w:type="spellEnd"/>
            <w:r w:rsidRPr="001D636F">
              <w:rPr>
                <w:sz w:val="22"/>
              </w:rPr>
              <w:t xml:space="preserve"> pot fi solicitate </w:t>
            </w:r>
            <w:proofErr w:type="spellStart"/>
            <w:r w:rsidRPr="001D636F">
              <w:rPr>
                <w:sz w:val="22"/>
              </w:rPr>
              <w:t>în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termen</w:t>
            </w:r>
            <w:proofErr w:type="spellEnd"/>
            <w:r w:rsidRPr="001D636F">
              <w:rPr>
                <w:sz w:val="22"/>
              </w:rPr>
              <w:t xml:space="preserve"> de 3 </w:t>
            </w:r>
            <w:proofErr w:type="spellStart"/>
            <w:r w:rsidRPr="001D636F">
              <w:rPr>
                <w:sz w:val="22"/>
              </w:rPr>
              <w:t>zile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până</w:t>
            </w:r>
            <w:proofErr w:type="spellEnd"/>
            <w:r w:rsidRPr="001D636F">
              <w:rPr>
                <w:sz w:val="22"/>
              </w:rPr>
              <w:t xml:space="preserve"> la </w:t>
            </w:r>
            <w:proofErr w:type="spellStart"/>
            <w:r w:rsidRPr="001D636F">
              <w:rPr>
                <w:sz w:val="22"/>
              </w:rPr>
              <w:t>termenul-limită</w:t>
            </w:r>
            <w:proofErr w:type="spellEnd"/>
            <w:r w:rsidRPr="001D636F">
              <w:rPr>
                <w:sz w:val="22"/>
              </w:rPr>
              <w:t xml:space="preserve"> de </w:t>
            </w:r>
            <w:proofErr w:type="spellStart"/>
            <w:r w:rsidRPr="001D636F">
              <w:rPr>
                <w:sz w:val="22"/>
              </w:rPr>
              <w:t>depunere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gramStart"/>
            <w:r w:rsidRPr="001D636F">
              <w:rPr>
                <w:sz w:val="22"/>
              </w:rPr>
              <w:t>a</w:t>
            </w:r>
            <w:proofErr w:type="gram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ofertelor</w:t>
            </w:r>
            <w:proofErr w:type="spellEnd"/>
            <w:r w:rsidRPr="001D636F">
              <w:rPr>
                <w:sz w:val="22"/>
              </w:rPr>
              <w:t xml:space="preserve">, </w:t>
            </w:r>
            <w:proofErr w:type="spellStart"/>
            <w:r w:rsidRPr="001D636F">
              <w:rPr>
                <w:sz w:val="22"/>
              </w:rPr>
              <w:t>prin</w:t>
            </w:r>
            <w:proofErr w:type="spellEnd"/>
            <w:r w:rsidRPr="001D636F">
              <w:rPr>
                <w:sz w:val="22"/>
              </w:rPr>
              <w:t xml:space="preserve"> </w:t>
            </w:r>
            <w:proofErr w:type="spellStart"/>
            <w:r w:rsidRPr="001D636F">
              <w:rPr>
                <w:sz w:val="22"/>
              </w:rPr>
              <w:t>intermediul</w:t>
            </w:r>
            <w:proofErr w:type="spellEnd"/>
            <w:r w:rsidRPr="001D636F">
              <w:rPr>
                <w:sz w:val="22"/>
              </w:rPr>
              <w:t xml:space="preserve"> SIA RSAP/achizitii.md.</w:t>
            </w:r>
          </w:p>
        </w:tc>
        <w:tc>
          <w:tcPr>
            <w:tcW w:w="3322" w:type="dxa"/>
            <w:shd w:val="clear" w:color="auto" w:fill="FFFFFF"/>
            <w:vAlign w:val="center"/>
          </w:tcPr>
          <w:p w:rsidR="004E69F8" w:rsidRPr="001D636F" w:rsidRDefault="003139D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1D636F">
              <w:rPr>
                <w:sz w:val="22"/>
              </w:rPr>
              <w:t>Obligatoriu</w:t>
            </w:r>
            <w:proofErr w:type="spellEnd"/>
          </w:p>
        </w:tc>
      </w:tr>
    </w:tbl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17. </w:t>
      </w:r>
      <w:proofErr w:type="spellStart"/>
      <w:r w:rsidRPr="001D636F">
        <w:rPr>
          <w:sz w:val="22"/>
        </w:rPr>
        <w:t>Garanția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pentru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ofertă</w:t>
      </w:r>
      <w:proofErr w:type="spellEnd"/>
      <w:r w:rsidRPr="001D636F">
        <w:rPr>
          <w:sz w:val="22"/>
        </w:rPr>
        <w:t xml:space="preserve">: nu se </w:t>
      </w:r>
      <w:proofErr w:type="spellStart"/>
      <w:r w:rsidRPr="001D636F">
        <w:rPr>
          <w:sz w:val="22"/>
        </w:rPr>
        <w:t>aplică</w:t>
      </w:r>
      <w:proofErr w:type="spellEnd"/>
      <w:r w:rsidRPr="001D636F">
        <w:rPr>
          <w:sz w:val="22"/>
        </w:rPr>
        <w:t>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18. </w:t>
      </w:r>
      <w:proofErr w:type="spellStart"/>
      <w:r w:rsidRPr="001D636F">
        <w:rPr>
          <w:sz w:val="22"/>
        </w:rPr>
        <w:t>Garanția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bună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execuție</w:t>
      </w:r>
      <w:proofErr w:type="spellEnd"/>
      <w:r w:rsidRPr="001D636F">
        <w:rPr>
          <w:sz w:val="22"/>
        </w:rPr>
        <w:t xml:space="preserve"> a </w:t>
      </w:r>
      <w:proofErr w:type="spellStart"/>
      <w:r w:rsidRPr="001D636F">
        <w:rPr>
          <w:sz w:val="22"/>
        </w:rPr>
        <w:t>contractului</w:t>
      </w:r>
      <w:proofErr w:type="spellEnd"/>
      <w:r w:rsidRPr="001D636F">
        <w:rPr>
          <w:sz w:val="22"/>
        </w:rPr>
        <w:t xml:space="preserve">: nu se </w:t>
      </w:r>
      <w:proofErr w:type="spellStart"/>
      <w:r w:rsidRPr="001D636F">
        <w:rPr>
          <w:sz w:val="22"/>
        </w:rPr>
        <w:t>aplică</w:t>
      </w:r>
      <w:proofErr w:type="spellEnd"/>
      <w:r w:rsidRPr="001D636F">
        <w:rPr>
          <w:sz w:val="22"/>
        </w:rPr>
        <w:t>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lastRenderedPageBreak/>
        <w:t xml:space="preserve">19. </w:t>
      </w:r>
      <w:proofErr w:type="spellStart"/>
      <w:r w:rsidRPr="001D636F">
        <w:rPr>
          <w:sz w:val="22"/>
        </w:rPr>
        <w:t>Termenul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garanție</w:t>
      </w:r>
      <w:proofErr w:type="spellEnd"/>
      <w:r w:rsidRPr="001D636F">
        <w:rPr>
          <w:sz w:val="22"/>
        </w:rPr>
        <w:t xml:space="preserve"> a </w:t>
      </w:r>
      <w:proofErr w:type="spellStart"/>
      <w:r w:rsidRPr="001D636F">
        <w:rPr>
          <w:sz w:val="22"/>
        </w:rPr>
        <w:t>serviciilor</w:t>
      </w:r>
      <w:proofErr w:type="spellEnd"/>
      <w:r w:rsidRPr="001D636F">
        <w:rPr>
          <w:sz w:val="22"/>
        </w:rPr>
        <w:t>/</w:t>
      </w:r>
      <w:proofErr w:type="spellStart"/>
      <w:r w:rsidRPr="001D636F">
        <w:rPr>
          <w:sz w:val="22"/>
        </w:rPr>
        <w:t>lucrărilor</w:t>
      </w:r>
      <w:proofErr w:type="spellEnd"/>
      <w:r w:rsidRPr="001D636F">
        <w:rPr>
          <w:sz w:val="22"/>
        </w:rPr>
        <w:t xml:space="preserve">: conform </w:t>
      </w:r>
      <w:proofErr w:type="spellStart"/>
      <w:r w:rsidRPr="001D636F">
        <w:rPr>
          <w:sz w:val="22"/>
        </w:rPr>
        <w:t>cerințelor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Caietului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sarcini</w:t>
      </w:r>
      <w:proofErr w:type="spellEnd"/>
      <w:r w:rsidRPr="001D636F">
        <w:rPr>
          <w:sz w:val="22"/>
        </w:rPr>
        <w:t xml:space="preserve">; </w:t>
      </w:r>
      <w:proofErr w:type="spellStart"/>
      <w:r w:rsidRPr="001D636F">
        <w:rPr>
          <w:sz w:val="22"/>
        </w:rPr>
        <w:t>prestatorul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răspunde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pentru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calitatea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serviciilor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prestate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și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remedierea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deficiențelor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constatate</w:t>
      </w:r>
      <w:proofErr w:type="spellEnd"/>
      <w:r w:rsidRPr="001D636F">
        <w:rPr>
          <w:sz w:val="22"/>
        </w:rPr>
        <w:t>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20. </w:t>
      </w:r>
      <w:proofErr w:type="spellStart"/>
      <w:r w:rsidRPr="001D636F">
        <w:rPr>
          <w:sz w:val="22"/>
        </w:rPr>
        <w:t>Motivul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recurgerii</w:t>
      </w:r>
      <w:proofErr w:type="spellEnd"/>
      <w:r w:rsidRPr="001D636F">
        <w:rPr>
          <w:sz w:val="22"/>
        </w:rPr>
        <w:t xml:space="preserve"> la </w:t>
      </w:r>
      <w:proofErr w:type="spellStart"/>
      <w:r w:rsidRPr="001D636F">
        <w:rPr>
          <w:sz w:val="22"/>
        </w:rPr>
        <w:t>procedura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accelerată</w:t>
      </w:r>
      <w:proofErr w:type="spellEnd"/>
      <w:r w:rsidRPr="001D636F">
        <w:rPr>
          <w:sz w:val="22"/>
        </w:rPr>
        <w:t xml:space="preserve">: nu se </w:t>
      </w:r>
      <w:proofErr w:type="spellStart"/>
      <w:r w:rsidRPr="001D636F">
        <w:rPr>
          <w:sz w:val="22"/>
        </w:rPr>
        <w:t>aplică</w:t>
      </w:r>
      <w:proofErr w:type="spellEnd"/>
      <w:r w:rsidRPr="001D636F">
        <w:rPr>
          <w:sz w:val="22"/>
        </w:rPr>
        <w:t>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21. </w:t>
      </w:r>
      <w:proofErr w:type="spellStart"/>
      <w:r w:rsidRPr="001D636F">
        <w:rPr>
          <w:sz w:val="22"/>
        </w:rPr>
        <w:t>Tehnici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și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instrumente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specifice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atribuire</w:t>
      </w:r>
      <w:proofErr w:type="spellEnd"/>
      <w:r w:rsidRPr="001D636F">
        <w:rPr>
          <w:sz w:val="22"/>
        </w:rPr>
        <w:t xml:space="preserve">: nu se </w:t>
      </w:r>
      <w:proofErr w:type="spellStart"/>
      <w:r w:rsidRPr="001D636F">
        <w:rPr>
          <w:sz w:val="22"/>
        </w:rPr>
        <w:t>aplică</w:t>
      </w:r>
      <w:proofErr w:type="spellEnd"/>
      <w:r w:rsidRPr="001D636F">
        <w:rPr>
          <w:sz w:val="22"/>
        </w:rPr>
        <w:t>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22. </w:t>
      </w:r>
      <w:proofErr w:type="spellStart"/>
      <w:r w:rsidRPr="001D636F">
        <w:rPr>
          <w:sz w:val="22"/>
        </w:rPr>
        <w:t>Condiții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speciale</w:t>
      </w:r>
      <w:proofErr w:type="spellEnd"/>
      <w:r w:rsidRPr="001D636F">
        <w:rPr>
          <w:sz w:val="22"/>
        </w:rPr>
        <w:t xml:space="preserve"> de care </w:t>
      </w:r>
      <w:proofErr w:type="spellStart"/>
      <w:r w:rsidRPr="001D636F">
        <w:rPr>
          <w:sz w:val="22"/>
        </w:rPr>
        <w:t>depinde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îndeplinirea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contractului</w:t>
      </w:r>
      <w:proofErr w:type="spellEnd"/>
      <w:r w:rsidRPr="001D636F">
        <w:rPr>
          <w:sz w:val="22"/>
        </w:rPr>
        <w:t xml:space="preserve">: </w:t>
      </w:r>
      <w:proofErr w:type="spellStart"/>
      <w:r w:rsidRPr="001D636F">
        <w:rPr>
          <w:sz w:val="22"/>
        </w:rPr>
        <w:t>respectarea</w:t>
      </w:r>
      <w:proofErr w:type="spellEnd"/>
      <w:r w:rsidRPr="001D636F">
        <w:rPr>
          <w:sz w:val="22"/>
        </w:rPr>
        <w:t xml:space="preserve"> SLA, </w:t>
      </w:r>
      <w:proofErr w:type="spellStart"/>
      <w:r w:rsidRPr="001D636F">
        <w:rPr>
          <w:sz w:val="22"/>
        </w:rPr>
        <w:t>programului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mentenanță</w:t>
      </w:r>
      <w:proofErr w:type="spellEnd"/>
      <w:r w:rsidRPr="001D636F">
        <w:rPr>
          <w:sz w:val="22"/>
        </w:rPr>
        <w:t xml:space="preserve">, </w:t>
      </w:r>
      <w:proofErr w:type="spellStart"/>
      <w:r w:rsidRPr="001D636F">
        <w:rPr>
          <w:sz w:val="22"/>
        </w:rPr>
        <w:t>cerințelor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raportare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și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penalităților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prevăzute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în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Caietul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sarcini</w:t>
      </w:r>
      <w:proofErr w:type="spellEnd"/>
      <w:r w:rsidRPr="001D636F">
        <w:rPr>
          <w:sz w:val="22"/>
        </w:rPr>
        <w:t>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23. </w:t>
      </w:r>
      <w:proofErr w:type="spellStart"/>
      <w:r w:rsidRPr="001D636F">
        <w:rPr>
          <w:sz w:val="22"/>
        </w:rPr>
        <w:t>Ofertele</w:t>
      </w:r>
      <w:proofErr w:type="spellEnd"/>
      <w:r w:rsidRPr="001D636F">
        <w:rPr>
          <w:sz w:val="22"/>
        </w:rPr>
        <w:t xml:space="preserve"> se </w:t>
      </w:r>
      <w:proofErr w:type="spellStart"/>
      <w:r w:rsidRPr="001D636F">
        <w:rPr>
          <w:sz w:val="22"/>
        </w:rPr>
        <w:t>prezintă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în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valută</w:t>
      </w:r>
      <w:proofErr w:type="spellEnd"/>
      <w:r w:rsidRPr="001D636F">
        <w:rPr>
          <w:sz w:val="22"/>
        </w:rPr>
        <w:t>: lei MD.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24. </w:t>
      </w:r>
      <w:proofErr w:type="spellStart"/>
      <w:r w:rsidRPr="001D636F">
        <w:rPr>
          <w:sz w:val="22"/>
        </w:rPr>
        <w:t>Criteriul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evaluare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aplicat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pentru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atribuirea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contractului</w:t>
      </w:r>
      <w:proofErr w:type="spellEnd"/>
      <w:r w:rsidRPr="001D636F">
        <w:rPr>
          <w:sz w:val="22"/>
        </w:rPr>
        <w:t xml:space="preserve">: </w:t>
      </w:r>
      <w:proofErr w:type="spellStart"/>
      <w:r w:rsidRPr="001D636F">
        <w:rPr>
          <w:sz w:val="22"/>
        </w:rPr>
        <w:t>prețul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cel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mai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scăzut</w:t>
      </w:r>
      <w:proofErr w:type="spellEnd"/>
      <w:r w:rsidRPr="001D636F">
        <w:rPr>
          <w:sz w:val="22"/>
        </w:rPr>
        <w:t xml:space="preserve"> pe lot, cu </w:t>
      </w:r>
      <w:proofErr w:type="spellStart"/>
      <w:r w:rsidRPr="001D636F">
        <w:rPr>
          <w:sz w:val="22"/>
        </w:rPr>
        <w:t>corespunderea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tuturor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cerințelor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obligatorii</w:t>
      </w:r>
      <w:proofErr w:type="spellEnd"/>
      <w:r w:rsidRPr="001D636F">
        <w:rPr>
          <w:sz w:val="22"/>
        </w:rPr>
        <w:t xml:space="preserve"> solicitate </w:t>
      </w:r>
      <w:proofErr w:type="spellStart"/>
      <w:r w:rsidRPr="001D636F">
        <w:rPr>
          <w:sz w:val="22"/>
        </w:rPr>
        <w:t>privind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obiectul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achiziției</w:t>
      </w:r>
      <w:proofErr w:type="spellEnd"/>
      <w:r w:rsidRPr="001D636F">
        <w:rPr>
          <w:sz w:val="22"/>
        </w:rPr>
        <w:t>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25. </w:t>
      </w:r>
      <w:proofErr w:type="spellStart"/>
      <w:r w:rsidRPr="001D636F">
        <w:rPr>
          <w:sz w:val="22"/>
        </w:rPr>
        <w:t>Factorii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evaluare</w:t>
      </w:r>
      <w:proofErr w:type="spellEnd"/>
      <w:r w:rsidRPr="001D636F">
        <w:rPr>
          <w:sz w:val="22"/>
        </w:rPr>
        <w:t xml:space="preserve"> </w:t>
      </w:r>
      <w:proofErr w:type="gramStart"/>
      <w:r w:rsidRPr="001D636F">
        <w:rPr>
          <w:sz w:val="22"/>
        </w:rPr>
        <w:t>a</w:t>
      </w:r>
      <w:proofErr w:type="gram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ofertei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celei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mai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avantajoase</w:t>
      </w:r>
      <w:proofErr w:type="spellEnd"/>
      <w:r w:rsidRPr="001D636F">
        <w:rPr>
          <w:sz w:val="22"/>
        </w:rPr>
        <w:t xml:space="preserve"> din </w:t>
      </w:r>
      <w:proofErr w:type="spellStart"/>
      <w:r w:rsidRPr="001D636F">
        <w:rPr>
          <w:sz w:val="22"/>
        </w:rPr>
        <w:t>punct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vedere</w:t>
      </w:r>
      <w:proofErr w:type="spellEnd"/>
      <w:r w:rsidRPr="001D636F">
        <w:rPr>
          <w:sz w:val="22"/>
        </w:rPr>
        <w:t xml:space="preserve"> economic </w:t>
      </w:r>
      <w:proofErr w:type="spellStart"/>
      <w:r w:rsidRPr="001D636F">
        <w:rPr>
          <w:sz w:val="22"/>
        </w:rPr>
        <w:t>și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ponderile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lor</w:t>
      </w:r>
      <w:proofErr w:type="spellEnd"/>
      <w:r w:rsidRPr="001D636F">
        <w:rPr>
          <w:sz w:val="22"/>
        </w:rPr>
        <w:t xml:space="preserve">: nu se </w:t>
      </w:r>
      <w:proofErr w:type="spellStart"/>
      <w:r w:rsidRPr="001D636F">
        <w:rPr>
          <w:sz w:val="22"/>
        </w:rPr>
        <w:t>aplică</w:t>
      </w:r>
      <w:proofErr w:type="spellEnd"/>
      <w:r w:rsidRPr="001D636F">
        <w:rPr>
          <w:sz w:val="22"/>
        </w:rPr>
        <w:t>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26. </w:t>
      </w:r>
      <w:proofErr w:type="spellStart"/>
      <w:r w:rsidRPr="001D636F">
        <w:rPr>
          <w:sz w:val="22"/>
        </w:rPr>
        <w:t>Termenul-limită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depunere</w:t>
      </w:r>
      <w:proofErr w:type="spellEnd"/>
      <w:r w:rsidRPr="001D636F">
        <w:rPr>
          <w:sz w:val="22"/>
        </w:rPr>
        <w:t>/</w:t>
      </w:r>
      <w:proofErr w:type="spellStart"/>
      <w:r w:rsidRPr="001D636F">
        <w:rPr>
          <w:sz w:val="22"/>
        </w:rPr>
        <w:t>deschidere</w:t>
      </w:r>
      <w:proofErr w:type="spellEnd"/>
      <w:r w:rsidRPr="001D636F">
        <w:rPr>
          <w:sz w:val="22"/>
        </w:rPr>
        <w:t xml:space="preserve"> </w:t>
      </w:r>
      <w:proofErr w:type="gramStart"/>
      <w:r w:rsidRPr="001D636F">
        <w:rPr>
          <w:sz w:val="22"/>
        </w:rPr>
        <w:t>a</w:t>
      </w:r>
      <w:proofErr w:type="gram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ofertelor</w:t>
      </w:r>
      <w:proofErr w:type="spellEnd"/>
      <w:r w:rsidRPr="001D636F">
        <w:rPr>
          <w:sz w:val="22"/>
        </w:rPr>
        <w:t>: conform SIA RSAP/achizitii.md.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27. </w:t>
      </w:r>
      <w:proofErr w:type="spellStart"/>
      <w:r w:rsidRPr="001D636F">
        <w:rPr>
          <w:sz w:val="22"/>
        </w:rPr>
        <w:t>Adresa</w:t>
      </w:r>
      <w:proofErr w:type="spellEnd"/>
      <w:r w:rsidRPr="001D636F">
        <w:rPr>
          <w:sz w:val="22"/>
        </w:rPr>
        <w:t xml:space="preserve"> la care </w:t>
      </w:r>
      <w:proofErr w:type="spellStart"/>
      <w:r w:rsidRPr="001D636F">
        <w:rPr>
          <w:sz w:val="22"/>
        </w:rPr>
        <w:t>trebuie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transmise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ofertele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sau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cererile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participare</w:t>
      </w:r>
      <w:proofErr w:type="spellEnd"/>
      <w:r w:rsidRPr="001D636F">
        <w:rPr>
          <w:sz w:val="22"/>
        </w:rPr>
        <w:t xml:space="preserve">: </w:t>
      </w:r>
      <w:proofErr w:type="spellStart"/>
      <w:r w:rsidRPr="001D636F">
        <w:rPr>
          <w:sz w:val="22"/>
        </w:rPr>
        <w:t>ofertele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vor</w:t>
      </w:r>
      <w:proofErr w:type="spellEnd"/>
      <w:r w:rsidRPr="001D636F">
        <w:rPr>
          <w:sz w:val="22"/>
        </w:rPr>
        <w:t xml:space="preserve"> fi </w:t>
      </w:r>
      <w:proofErr w:type="spellStart"/>
      <w:r w:rsidRPr="001D636F">
        <w:rPr>
          <w:sz w:val="22"/>
        </w:rPr>
        <w:t>depuse</w:t>
      </w:r>
      <w:proofErr w:type="spellEnd"/>
      <w:r w:rsidRPr="001D636F">
        <w:rPr>
          <w:sz w:val="22"/>
        </w:rPr>
        <w:t xml:space="preserve"> electronic </w:t>
      </w:r>
      <w:proofErr w:type="spellStart"/>
      <w:r w:rsidRPr="001D636F">
        <w:rPr>
          <w:sz w:val="22"/>
        </w:rPr>
        <w:t>prin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intermediul</w:t>
      </w:r>
      <w:proofErr w:type="spellEnd"/>
      <w:r w:rsidRPr="001D636F">
        <w:rPr>
          <w:sz w:val="22"/>
        </w:rPr>
        <w:t xml:space="preserve"> SIA RSAP/achizitii.md.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28. </w:t>
      </w:r>
      <w:proofErr w:type="spellStart"/>
      <w:r w:rsidRPr="001D636F">
        <w:rPr>
          <w:sz w:val="22"/>
        </w:rPr>
        <w:t>Termenul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valabilitate</w:t>
      </w:r>
      <w:proofErr w:type="spellEnd"/>
      <w:r w:rsidRPr="001D636F">
        <w:rPr>
          <w:sz w:val="22"/>
        </w:rPr>
        <w:t xml:space="preserve"> </w:t>
      </w:r>
      <w:proofErr w:type="gramStart"/>
      <w:r w:rsidRPr="001D636F">
        <w:rPr>
          <w:sz w:val="22"/>
        </w:rPr>
        <w:t>a</w:t>
      </w:r>
      <w:proofErr w:type="gram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ofertelor</w:t>
      </w:r>
      <w:proofErr w:type="spellEnd"/>
      <w:r w:rsidRPr="001D636F">
        <w:rPr>
          <w:sz w:val="22"/>
        </w:rPr>
        <w:t xml:space="preserve">: 60 </w:t>
      </w:r>
      <w:proofErr w:type="spellStart"/>
      <w:r w:rsidRPr="001D636F">
        <w:rPr>
          <w:sz w:val="22"/>
        </w:rPr>
        <w:t>zile</w:t>
      </w:r>
      <w:proofErr w:type="spellEnd"/>
      <w:r w:rsidRPr="001D636F">
        <w:rPr>
          <w:sz w:val="22"/>
        </w:rPr>
        <w:t>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29. </w:t>
      </w:r>
      <w:proofErr w:type="spellStart"/>
      <w:r w:rsidRPr="001D636F">
        <w:rPr>
          <w:sz w:val="22"/>
        </w:rPr>
        <w:t>Locul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deschiderii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ofertelor</w:t>
      </w:r>
      <w:proofErr w:type="spellEnd"/>
      <w:r w:rsidRPr="001D636F">
        <w:rPr>
          <w:sz w:val="22"/>
        </w:rPr>
        <w:t xml:space="preserve">: SIA RSAP/achizitii.md. </w:t>
      </w:r>
      <w:proofErr w:type="spellStart"/>
      <w:r w:rsidRPr="001D636F">
        <w:rPr>
          <w:sz w:val="22"/>
        </w:rPr>
        <w:t>Ofertele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întârziate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vor</w:t>
      </w:r>
      <w:proofErr w:type="spellEnd"/>
      <w:r w:rsidRPr="001D636F">
        <w:rPr>
          <w:sz w:val="22"/>
        </w:rPr>
        <w:t xml:space="preserve"> fi </w:t>
      </w:r>
      <w:proofErr w:type="spellStart"/>
      <w:r w:rsidRPr="001D636F">
        <w:rPr>
          <w:sz w:val="22"/>
        </w:rPr>
        <w:t>respinse</w:t>
      </w:r>
      <w:proofErr w:type="spellEnd"/>
      <w:r w:rsidRPr="001D636F">
        <w:rPr>
          <w:sz w:val="22"/>
        </w:rPr>
        <w:t>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30. </w:t>
      </w:r>
      <w:proofErr w:type="spellStart"/>
      <w:r w:rsidRPr="001D636F">
        <w:rPr>
          <w:sz w:val="22"/>
        </w:rPr>
        <w:t>Persoanele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autorizate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să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asiste</w:t>
      </w:r>
      <w:proofErr w:type="spellEnd"/>
      <w:r w:rsidRPr="001D636F">
        <w:rPr>
          <w:sz w:val="22"/>
        </w:rPr>
        <w:t xml:space="preserve"> la </w:t>
      </w:r>
      <w:proofErr w:type="spellStart"/>
      <w:r w:rsidRPr="001D636F">
        <w:rPr>
          <w:sz w:val="22"/>
        </w:rPr>
        <w:t>deschiderea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ofertelor</w:t>
      </w:r>
      <w:proofErr w:type="spellEnd"/>
      <w:r w:rsidRPr="001D636F">
        <w:rPr>
          <w:sz w:val="22"/>
        </w:rPr>
        <w:t xml:space="preserve">: </w:t>
      </w:r>
      <w:proofErr w:type="spellStart"/>
      <w:r w:rsidRPr="001D636F">
        <w:rPr>
          <w:sz w:val="22"/>
        </w:rPr>
        <w:t>ofertanții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sau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reprezentanții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acestora</w:t>
      </w:r>
      <w:proofErr w:type="spellEnd"/>
      <w:r w:rsidRPr="001D636F">
        <w:rPr>
          <w:sz w:val="22"/>
        </w:rPr>
        <w:t xml:space="preserve"> au </w:t>
      </w:r>
      <w:proofErr w:type="spellStart"/>
      <w:r w:rsidRPr="001D636F">
        <w:rPr>
          <w:sz w:val="22"/>
        </w:rPr>
        <w:t>dreptul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să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participe</w:t>
      </w:r>
      <w:proofErr w:type="spellEnd"/>
      <w:r w:rsidRPr="001D636F">
        <w:rPr>
          <w:sz w:val="22"/>
        </w:rPr>
        <w:t xml:space="preserve"> la </w:t>
      </w:r>
      <w:proofErr w:type="spellStart"/>
      <w:r w:rsidRPr="001D636F">
        <w:rPr>
          <w:sz w:val="22"/>
        </w:rPr>
        <w:t>deschiderea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ofertelor</w:t>
      </w:r>
      <w:proofErr w:type="spellEnd"/>
      <w:r w:rsidRPr="001D636F">
        <w:rPr>
          <w:sz w:val="22"/>
        </w:rPr>
        <w:t xml:space="preserve">, cu </w:t>
      </w:r>
      <w:proofErr w:type="spellStart"/>
      <w:r w:rsidRPr="001D636F">
        <w:rPr>
          <w:sz w:val="22"/>
        </w:rPr>
        <w:t>excepția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cazului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când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ofertele</w:t>
      </w:r>
      <w:proofErr w:type="spellEnd"/>
      <w:r w:rsidRPr="001D636F">
        <w:rPr>
          <w:sz w:val="22"/>
        </w:rPr>
        <w:t xml:space="preserve"> au </w:t>
      </w:r>
      <w:proofErr w:type="spellStart"/>
      <w:r w:rsidRPr="001D636F">
        <w:rPr>
          <w:sz w:val="22"/>
        </w:rPr>
        <w:t>fost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depuse</w:t>
      </w:r>
      <w:proofErr w:type="spellEnd"/>
      <w:r w:rsidRPr="001D636F">
        <w:rPr>
          <w:sz w:val="22"/>
        </w:rPr>
        <w:t xml:space="preserve"> electronic </w:t>
      </w:r>
      <w:proofErr w:type="spellStart"/>
      <w:r w:rsidRPr="001D636F">
        <w:rPr>
          <w:sz w:val="22"/>
        </w:rPr>
        <w:t>prin</w:t>
      </w:r>
      <w:proofErr w:type="spellEnd"/>
      <w:r w:rsidRPr="001D636F">
        <w:rPr>
          <w:sz w:val="22"/>
        </w:rPr>
        <w:t xml:space="preserve"> SIA RSAP.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31. </w:t>
      </w:r>
      <w:proofErr w:type="spellStart"/>
      <w:r w:rsidRPr="001D636F">
        <w:rPr>
          <w:sz w:val="22"/>
        </w:rPr>
        <w:t>Limba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în</w:t>
      </w:r>
      <w:proofErr w:type="spellEnd"/>
      <w:r w:rsidRPr="001D636F">
        <w:rPr>
          <w:sz w:val="22"/>
        </w:rPr>
        <w:t xml:space="preserve"> care </w:t>
      </w:r>
      <w:proofErr w:type="spellStart"/>
      <w:r w:rsidRPr="001D636F">
        <w:rPr>
          <w:sz w:val="22"/>
        </w:rPr>
        <w:t>trebuie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redactate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ofertele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sau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cererile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participare</w:t>
      </w:r>
      <w:proofErr w:type="spellEnd"/>
      <w:r w:rsidRPr="001D636F">
        <w:rPr>
          <w:sz w:val="22"/>
        </w:rPr>
        <w:t xml:space="preserve">: </w:t>
      </w:r>
      <w:proofErr w:type="spellStart"/>
      <w:r w:rsidRPr="001D636F">
        <w:rPr>
          <w:sz w:val="22"/>
        </w:rPr>
        <w:t>limba</w:t>
      </w:r>
      <w:proofErr w:type="spellEnd"/>
      <w:r w:rsidRPr="001D636F">
        <w:rPr>
          <w:sz w:val="22"/>
        </w:rPr>
        <w:t xml:space="preserve"> de stat.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32. </w:t>
      </w:r>
      <w:proofErr w:type="spellStart"/>
      <w:r w:rsidRPr="001D636F">
        <w:rPr>
          <w:sz w:val="22"/>
        </w:rPr>
        <w:t>Semnarea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contractului</w:t>
      </w:r>
      <w:proofErr w:type="spellEnd"/>
      <w:r w:rsidRPr="001D636F">
        <w:rPr>
          <w:sz w:val="22"/>
        </w:rPr>
        <w:t xml:space="preserve">: </w:t>
      </w:r>
      <w:proofErr w:type="spellStart"/>
      <w:r w:rsidRPr="001D636F">
        <w:rPr>
          <w:sz w:val="22"/>
        </w:rPr>
        <w:t>în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termen</w:t>
      </w:r>
      <w:proofErr w:type="spellEnd"/>
      <w:r w:rsidRPr="001D636F">
        <w:rPr>
          <w:sz w:val="22"/>
        </w:rPr>
        <w:t xml:space="preserve"> de 2 </w:t>
      </w:r>
      <w:proofErr w:type="spellStart"/>
      <w:r w:rsidRPr="001D636F">
        <w:rPr>
          <w:sz w:val="22"/>
        </w:rPr>
        <w:t>zile</w:t>
      </w:r>
      <w:proofErr w:type="spellEnd"/>
      <w:r w:rsidRPr="001D636F">
        <w:rPr>
          <w:sz w:val="22"/>
        </w:rPr>
        <w:t xml:space="preserve"> de la </w:t>
      </w:r>
      <w:proofErr w:type="spellStart"/>
      <w:r w:rsidRPr="001D636F">
        <w:rPr>
          <w:sz w:val="22"/>
        </w:rPr>
        <w:t>transmiterea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contractului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spre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semnare</w:t>
      </w:r>
      <w:proofErr w:type="spellEnd"/>
      <w:r w:rsidRPr="001D636F">
        <w:rPr>
          <w:sz w:val="22"/>
        </w:rPr>
        <w:t>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33. </w:t>
      </w:r>
      <w:proofErr w:type="spellStart"/>
      <w:r w:rsidRPr="001D636F">
        <w:rPr>
          <w:sz w:val="22"/>
        </w:rPr>
        <w:t>Respectivul</w:t>
      </w:r>
      <w:proofErr w:type="spellEnd"/>
      <w:r w:rsidRPr="001D636F">
        <w:rPr>
          <w:sz w:val="22"/>
        </w:rPr>
        <w:t xml:space="preserve"> contract se </w:t>
      </w:r>
      <w:proofErr w:type="spellStart"/>
      <w:r w:rsidRPr="001D636F">
        <w:rPr>
          <w:sz w:val="22"/>
        </w:rPr>
        <w:t>referă</w:t>
      </w:r>
      <w:proofErr w:type="spellEnd"/>
      <w:r w:rsidRPr="001D636F">
        <w:rPr>
          <w:sz w:val="22"/>
        </w:rPr>
        <w:t xml:space="preserve"> la un </w:t>
      </w:r>
      <w:proofErr w:type="spellStart"/>
      <w:r w:rsidRPr="001D636F">
        <w:rPr>
          <w:sz w:val="22"/>
        </w:rPr>
        <w:t>proiect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și</w:t>
      </w:r>
      <w:proofErr w:type="spellEnd"/>
      <w:r w:rsidRPr="001D636F">
        <w:rPr>
          <w:sz w:val="22"/>
        </w:rPr>
        <w:t>/</w:t>
      </w:r>
      <w:proofErr w:type="spellStart"/>
      <w:r w:rsidRPr="001D636F">
        <w:rPr>
          <w:sz w:val="22"/>
        </w:rPr>
        <w:t>sau</w:t>
      </w:r>
      <w:proofErr w:type="spellEnd"/>
      <w:r w:rsidRPr="001D636F">
        <w:rPr>
          <w:sz w:val="22"/>
        </w:rPr>
        <w:t xml:space="preserve"> program </w:t>
      </w:r>
      <w:proofErr w:type="spellStart"/>
      <w:r w:rsidRPr="001D636F">
        <w:rPr>
          <w:sz w:val="22"/>
        </w:rPr>
        <w:t>finanțat</w:t>
      </w:r>
      <w:proofErr w:type="spellEnd"/>
      <w:r w:rsidRPr="001D636F">
        <w:rPr>
          <w:sz w:val="22"/>
        </w:rPr>
        <w:t xml:space="preserve"> din </w:t>
      </w:r>
      <w:proofErr w:type="spellStart"/>
      <w:r w:rsidRPr="001D636F">
        <w:rPr>
          <w:sz w:val="22"/>
        </w:rPr>
        <w:t>fonduri</w:t>
      </w:r>
      <w:proofErr w:type="spellEnd"/>
      <w:r w:rsidRPr="001D636F">
        <w:rPr>
          <w:sz w:val="22"/>
        </w:rPr>
        <w:t xml:space="preserve"> ale </w:t>
      </w:r>
      <w:proofErr w:type="spellStart"/>
      <w:r w:rsidRPr="001D636F">
        <w:rPr>
          <w:sz w:val="22"/>
        </w:rPr>
        <w:t>Uniunii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Europene</w:t>
      </w:r>
      <w:proofErr w:type="spellEnd"/>
      <w:r w:rsidRPr="001D636F">
        <w:rPr>
          <w:sz w:val="22"/>
        </w:rPr>
        <w:t xml:space="preserve">: nu se </w:t>
      </w:r>
      <w:proofErr w:type="spellStart"/>
      <w:r w:rsidRPr="001D636F">
        <w:rPr>
          <w:sz w:val="22"/>
        </w:rPr>
        <w:t>aplică</w:t>
      </w:r>
      <w:proofErr w:type="spellEnd"/>
      <w:r w:rsidRPr="001D636F">
        <w:rPr>
          <w:sz w:val="22"/>
        </w:rPr>
        <w:t>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34. </w:t>
      </w:r>
      <w:proofErr w:type="spellStart"/>
      <w:r w:rsidRPr="001D636F">
        <w:rPr>
          <w:sz w:val="22"/>
        </w:rPr>
        <w:t>Denumirea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și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adresa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organismului</w:t>
      </w:r>
      <w:proofErr w:type="spellEnd"/>
      <w:r w:rsidRPr="001D636F">
        <w:rPr>
          <w:sz w:val="22"/>
        </w:rPr>
        <w:t xml:space="preserve"> competent de </w:t>
      </w:r>
      <w:proofErr w:type="spellStart"/>
      <w:r w:rsidRPr="001D636F">
        <w:rPr>
          <w:sz w:val="22"/>
        </w:rPr>
        <w:t>soluționare</w:t>
      </w:r>
      <w:proofErr w:type="spellEnd"/>
      <w:r w:rsidRPr="001D636F">
        <w:rPr>
          <w:sz w:val="22"/>
        </w:rPr>
        <w:t xml:space="preserve"> a </w:t>
      </w:r>
      <w:proofErr w:type="spellStart"/>
      <w:r w:rsidRPr="001D636F">
        <w:rPr>
          <w:sz w:val="22"/>
        </w:rPr>
        <w:t>contestațiilor</w:t>
      </w:r>
      <w:proofErr w:type="spellEnd"/>
      <w:r w:rsidRPr="001D636F">
        <w:rPr>
          <w:sz w:val="22"/>
        </w:rPr>
        <w:t xml:space="preserve">: </w:t>
      </w:r>
      <w:proofErr w:type="spellStart"/>
      <w:r w:rsidRPr="001D636F">
        <w:rPr>
          <w:sz w:val="22"/>
        </w:rPr>
        <w:t>Agenția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Națională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pentru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Soluționarea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Contestațiilor</w:t>
      </w:r>
      <w:proofErr w:type="spellEnd"/>
      <w:r w:rsidRPr="001D636F">
        <w:rPr>
          <w:sz w:val="22"/>
        </w:rPr>
        <w:t xml:space="preserve">, </w:t>
      </w:r>
      <w:proofErr w:type="spellStart"/>
      <w:r w:rsidRPr="001D636F">
        <w:rPr>
          <w:sz w:val="22"/>
        </w:rPr>
        <w:t>mun</w:t>
      </w:r>
      <w:proofErr w:type="spellEnd"/>
      <w:r w:rsidRPr="001D636F">
        <w:rPr>
          <w:sz w:val="22"/>
        </w:rPr>
        <w:t xml:space="preserve">. </w:t>
      </w:r>
      <w:proofErr w:type="spellStart"/>
      <w:r w:rsidRPr="001D636F">
        <w:rPr>
          <w:sz w:val="22"/>
        </w:rPr>
        <w:t>Chișinău</w:t>
      </w:r>
      <w:proofErr w:type="spellEnd"/>
      <w:r w:rsidRPr="001D636F">
        <w:rPr>
          <w:sz w:val="22"/>
        </w:rPr>
        <w:t xml:space="preserve">, bd. </w:t>
      </w:r>
      <w:proofErr w:type="spellStart"/>
      <w:r w:rsidRPr="001D636F">
        <w:rPr>
          <w:sz w:val="22"/>
        </w:rPr>
        <w:t>Ștefan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cel</w:t>
      </w:r>
      <w:proofErr w:type="spellEnd"/>
      <w:r w:rsidRPr="001D636F">
        <w:rPr>
          <w:sz w:val="22"/>
        </w:rPr>
        <w:t xml:space="preserve"> Mare </w:t>
      </w:r>
      <w:proofErr w:type="spellStart"/>
      <w:r w:rsidRPr="001D636F">
        <w:rPr>
          <w:sz w:val="22"/>
        </w:rPr>
        <w:t>și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Sfânt</w:t>
      </w:r>
      <w:proofErr w:type="spellEnd"/>
      <w:r w:rsidRPr="001D636F">
        <w:rPr>
          <w:sz w:val="22"/>
        </w:rPr>
        <w:t xml:space="preserve"> nr. 124, MD-2001; tel.: 022 820 652; e-mail: contestatii@ansc.md.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35. Data </w:t>
      </w:r>
      <w:proofErr w:type="spellStart"/>
      <w:r w:rsidRPr="001D636F">
        <w:rPr>
          <w:sz w:val="22"/>
        </w:rPr>
        <w:t>și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referința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publicărilor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anterioare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în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Jurnalul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Oficial</w:t>
      </w:r>
      <w:proofErr w:type="spellEnd"/>
      <w:r w:rsidRPr="001D636F">
        <w:rPr>
          <w:sz w:val="22"/>
        </w:rPr>
        <w:t xml:space="preserve"> al </w:t>
      </w:r>
      <w:proofErr w:type="spellStart"/>
      <w:r w:rsidRPr="001D636F">
        <w:rPr>
          <w:sz w:val="22"/>
        </w:rPr>
        <w:t>Uniunii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Europene</w:t>
      </w:r>
      <w:proofErr w:type="spellEnd"/>
      <w:r w:rsidRPr="001D636F">
        <w:rPr>
          <w:sz w:val="22"/>
        </w:rPr>
        <w:t xml:space="preserve">: nu se </w:t>
      </w:r>
      <w:proofErr w:type="spellStart"/>
      <w:r w:rsidRPr="001D636F">
        <w:rPr>
          <w:sz w:val="22"/>
        </w:rPr>
        <w:t>aplică</w:t>
      </w:r>
      <w:proofErr w:type="spellEnd"/>
      <w:r w:rsidRPr="001D636F">
        <w:rPr>
          <w:sz w:val="22"/>
        </w:rPr>
        <w:t>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36. </w:t>
      </w:r>
      <w:proofErr w:type="spellStart"/>
      <w:r w:rsidRPr="001D636F">
        <w:rPr>
          <w:sz w:val="22"/>
        </w:rPr>
        <w:t>În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cazul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achizițiilor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periodice</w:t>
      </w:r>
      <w:proofErr w:type="spellEnd"/>
      <w:r w:rsidRPr="001D636F">
        <w:rPr>
          <w:sz w:val="22"/>
        </w:rPr>
        <w:t xml:space="preserve">, </w:t>
      </w:r>
      <w:proofErr w:type="spellStart"/>
      <w:r w:rsidRPr="001D636F">
        <w:rPr>
          <w:sz w:val="22"/>
        </w:rPr>
        <w:t>calendarul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estimat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pentru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publicarea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anunțurilor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viitoare</w:t>
      </w:r>
      <w:proofErr w:type="spellEnd"/>
      <w:r w:rsidRPr="001D636F">
        <w:rPr>
          <w:sz w:val="22"/>
        </w:rPr>
        <w:t xml:space="preserve">: nu se </w:t>
      </w:r>
      <w:proofErr w:type="spellStart"/>
      <w:r w:rsidRPr="001D636F">
        <w:rPr>
          <w:sz w:val="22"/>
        </w:rPr>
        <w:t>aplică</w:t>
      </w:r>
      <w:proofErr w:type="spellEnd"/>
      <w:r w:rsidRPr="001D636F">
        <w:rPr>
          <w:sz w:val="22"/>
        </w:rPr>
        <w:t>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37. Data </w:t>
      </w:r>
      <w:proofErr w:type="spellStart"/>
      <w:r w:rsidRPr="001D636F">
        <w:rPr>
          <w:sz w:val="22"/>
        </w:rPr>
        <w:t>publicării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anunțului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intenție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sau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precizarea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că</w:t>
      </w:r>
      <w:proofErr w:type="spellEnd"/>
      <w:r w:rsidRPr="001D636F">
        <w:rPr>
          <w:sz w:val="22"/>
        </w:rPr>
        <w:t xml:space="preserve"> nu a </w:t>
      </w:r>
      <w:proofErr w:type="spellStart"/>
      <w:r w:rsidRPr="001D636F">
        <w:rPr>
          <w:sz w:val="22"/>
        </w:rPr>
        <w:t>fost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publicat</w:t>
      </w:r>
      <w:proofErr w:type="spellEnd"/>
      <w:r w:rsidRPr="001D636F">
        <w:rPr>
          <w:sz w:val="22"/>
        </w:rPr>
        <w:t xml:space="preserve"> un </w:t>
      </w:r>
      <w:proofErr w:type="spellStart"/>
      <w:r w:rsidRPr="001D636F">
        <w:rPr>
          <w:sz w:val="22"/>
        </w:rPr>
        <w:t>astfel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anunț</w:t>
      </w:r>
      <w:proofErr w:type="spellEnd"/>
      <w:r w:rsidRPr="001D636F">
        <w:rPr>
          <w:sz w:val="22"/>
        </w:rPr>
        <w:t xml:space="preserve">: nu a </w:t>
      </w:r>
      <w:proofErr w:type="spellStart"/>
      <w:r w:rsidRPr="001D636F">
        <w:rPr>
          <w:sz w:val="22"/>
        </w:rPr>
        <w:t>fost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publicat</w:t>
      </w:r>
      <w:proofErr w:type="spellEnd"/>
      <w:r w:rsidRPr="001D636F">
        <w:rPr>
          <w:sz w:val="22"/>
        </w:rPr>
        <w:t>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38. Data </w:t>
      </w:r>
      <w:proofErr w:type="spellStart"/>
      <w:r w:rsidRPr="001D636F">
        <w:rPr>
          <w:sz w:val="22"/>
        </w:rPr>
        <w:t>transmiterii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spre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publicare</w:t>
      </w:r>
      <w:proofErr w:type="spellEnd"/>
      <w:r w:rsidRPr="001D636F">
        <w:rPr>
          <w:sz w:val="22"/>
        </w:rPr>
        <w:t xml:space="preserve"> </w:t>
      </w:r>
      <w:proofErr w:type="gramStart"/>
      <w:r w:rsidRPr="001D636F">
        <w:rPr>
          <w:sz w:val="22"/>
        </w:rPr>
        <w:t>a</w:t>
      </w:r>
      <w:proofErr w:type="gram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anunțului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participare</w:t>
      </w:r>
      <w:proofErr w:type="spellEnd"/>
      <w:r w:rsidRPr="001D636F">
        <w:rPr>
          <w:sz w:val="22"/>
        </w:rPr>
        <w:t>: conform SIA RSAP/achizitii.md.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39. </w:t>
      </w:r>
      <w:proofErr w:type="spellStart"/>
      <w:r w:rsidRPr="001D636F">
        <w:rPr>
          <w:sz w:val="22"/>
        </w:rPr>
        <w:t>Contractul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intră</w:t>
      </w:r>
      <w:proofErr w:type="spellEnd"/>
      <w:r w:rsidRPr="001D636F">
        <w:rPr>
          <w:sz w:val="22"/>
        </w:rPr>
        <w:t xml:space="preserve"> sub </w:t>
      </w:r>
      <w:proofErr w:type="spellStart"/>
      <w:r w:rsidRPr="001D636F">
        <w:rPr>
          <w:sz w:val="22"/>
        </w:rPr>
        <w:t>incidența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Acordului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privind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achizițiile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guvernamentale</w:t>
      </w:r>
      <w:proofErr w:type="spellEnd"/>
      <w:r w:rsidRPr="001D636F">
        <w:rPr>
          <w:sz w:val="22"/>
        </w:rPr>
        <w:t xml:space="preserve"> al OMC: nu.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r w:rsidRPr="001D636F">
        <w:rPr>
          <w:sz w:val="22"/>
        </w:rPr>
        <w:t xml:space="preserve">40. Alte </w:t>
      </w:r>
      <w:proofErr w:type="spellStart"/>
      <w:r w:rsidRPr="001D636F">
        <w:rPr>
          <w:sz w:val="22"/>
        </w:rPr>
        <w:t>informații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relevante</w:t>
      </w:r>
      <w:proofErr w:type="spellEnd"/>
      <w:r w:rsidRPr="001D636F">
        <w:rPr>
          <w:sz w:val="22"/>
        </w:rPr>
        <w:t xml:space="preserve">: </w:t>
      </w:r>
      <w:proofErr w:type="spellStart"/>
      <w:r w:rsidRPr="001D636F">
        <w:rPr>
          <w:sz w:val="22"/>
        </w:rPr>
        <w:t>termenul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pentru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solicitarea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clarificărilor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este</w:t>
      </w:r>
      <w:proofErr w:type="spellEnd"/>
      <w:r w:rsidRPr="001D636F">
        <w:rPr>
          <w:sz w:val="22"/>
        </w:rPr>
        <w:t xml:space="preserve"> de 3 </w:t>
      </w:r>
      <w:proofErr w:type="spellStart"/>
      <w:r w:rsidRPr="001D636F">
        <w:rPr>
          <w:sz w:val="22"/>
        </w:rPr>
        <w:t>zile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până</w:t>
      </w:r>
      <w:proofErr w:type="spellEnd"/>
      <w:r w:rsidRPr="001D636F">
        <w:rPr>
          <w:sz w:val="22"/>
        </w:rPr>
        <w:t xml:space="preserve"> la </w:t>
      </w:r>
      <w:proofErr w:type="spellStart"/>
      <w:r w:rsidRPr="001D636F">
        <w:rPr>
          <w:sz w:val="22"/>
        </w:rPr>
        <w:t>termenul-limită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depunere</w:t>
      </w:r>
      <w:proofErr w:type="spellEnd"/>
      <w:r w:rsidRPr="001D636F">
        <w:rPr>
          <w:sz w:val="22"/>
        </w:rPr>
        <w:t xml:space="preserve"> </w:t>
      </w:r>
      <w:proofErr w:type="gramStart"/>
      <w:r w:rsidRPr="001D636F">
        <w:rPr>
          <w:sz w:val="22"/>
        </w:rPr>
        <w:t>a</w:t>
      </w:r>
      <w:proofErr w:type="gram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ofertelor</w:t>
      </w:r>
      <w:proofErr w:type="spellEnd"/>
      <w:r w:rsidRPr="001D636F">
        <w:rPr>
          <w:sz w:val="22"/>
        </w:rPr>
        <w:t xml:space="preserve">. </w:t>
      </w:r>
      <w:proofErr w:type="spellStart"/>
      <w:r w:rsidRPr="001D636F">
        <w:rPr>
          <w:sz w:val="22"/>
        </w:rPr>
        <w:t>Toate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documentele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vor</w:t>
      </w:r>
      <w:proofErr w:type="spellEnd"/>
      <w:r w:rsidRPr="001D636F">
        <w:rPr>
          <w:sz w:val="22"/>
        </w:rPr>
        <w:t xml:space="preserve"> fi </w:t>
      </w:r>
      <w:proofErr w:type="spellStart"/>
      <w:r w:rsidRPr="001D636F">
        <w:rPr>
          <w:sz w:val="22"/>
        </w:rPr>
        <w:t>semnate</w:t>
      </w:r>
      <w:proofErr w:type="spellEnd"/>
      <w:r w:rsidRPr="001D636F">
        <w:rPr>
          <w:sz w:val="22"/>
        </w:rPr>
        <w:t xml:space="preserve"> electronic de </w:t>
      </w:r>
      <w:proofErr w:type="spellStart"/>
      <w:r w:rsidRPr="001D636F">
        <w:rPr>
          <w:sz w:val="22"/>
        </w:rPr>
        <w:t>către</w:t>
      </w:r>
      <w:proofErr w:type="spellEnd"/>
      <w:r w:rsidRPr="001D636F">
        <w:rPr>
          <w:sz w:val="22"/>
        </w:rPr>
        <w:t xml:space="preserve"> participant.</w:t>
      </w:r>
    </w:p>
    <w:p w:rsidR="004E69F8" w:rsidRPr="001D636F" w:rsidRDefault="003139DD">
      <w:pPr>
        <w:spacing w:after="0" w:line="240" w:lineRule="auto"/>
        <w:jc w:val="both"/>
        <w:rPr>
          <w:sz w:val="22"/>
        </w:rPr>
      </w:pPr>
      <w:proofErr w:type="spellStart"/>
      <w:r w:rsidRPr="001D636F">
        <w:rPr>
          <w:sz w:val="22"/>
        </w:rPr>
        <w:t>Denumirea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instrumentului</w:t>
      </w:r>
      <w:proofErr w:type="spellEnd"/>
      <w:r w:rsidRPr="001D636F">
        <w:rPr>
          <w:sz w:val="22"/>
        </w:rPr>
        <w:t xml:space="preserve"> electronic / Se </w:t>
      </w:r>
      <w:proofErr w:type="spellStart"/>
      <w:r w:rsidRPr="001D636F">
        <w:rPr>
          <w:sz w:val="22"/>
        </w:rPr>
        <w:t>va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utiliza</w:t>
      </w:r>
      <w:proofErr w:type="spellEnd"/>
      <w:r w:rsidRPr="001D636F">
        <w:rPr>
          <w:sz w:val="22"/>
        </w:rPr>
        <w:t>/</w:t>
      </w:r>
      <w:proofErr w:type="spellStart"/>
      <w:r w:rsidRPr="001D636F">
        <w:rPr>
          <w:sz w:val="22"/>
        </w:rPr>
        <w:t>accepta</w:t>
      </w:r>
      <w:proofErr w:type="spellEnd"/>
      <w:r w:rsidRPr="001D636F">
        <w:rPr>
          <w:sz w:val="22"/>
        </w:rPr>
        <w:t xml:space="preserve">: </w:t>
      </w:r>
      <w:proofErr w:type="spellStart"/>
      <w:r w:rsidRPr="001D636F">
        <w:rPr>
          <w:sz w:val="22"/>
        </w:rPr>
        <w:t>depunerea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electronică</w:t>
      </w:r>
      <w:proofErr w:type="spellEnd"/>
      <w:r w:rsidRPr="001D636F">
        <w:rPr>
          <w:sz w:val="22"/>
        </w:rPr>
        <w:t xml:space="preserve"> </w:t>
      </w:r>
      <w:proofErr w:type="gramStart"/>
      <w:r w:rsidRPr="001D636F">
        <w:rPr>
          <w:sz w:val="22"/>
        </w:rPr>
        <w:t>a</w:t>
      </w:r>
      <w:proofErr w:type="gram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ofertelor</w:t>
      </w:r>
      <w:proofErr w:type="spellEnd"/>
      <w:r w:rsidRPr="001D636F">
        <w:rPr>
          <w:sz w:val="22"/>
        </w:rPr>
        <w:t xml:space="preserve"> - se </w:t>
      </w:r>
      <w:proofErr w:type="spellStart"/>
      <w:r w:rsidRPr="001D636F">
        <w:rPr>
          <w:sz w:val="22"/>
        </w:rPr>
        <w:t>acceptă</w:t>
      </w:r>
      <w:proofErr w:type="spellEnd"/>
      <w:r w:rsidRPr="001D636F">
        <w:rPr>
          <w:sz w:val="22"/>
        </w:rPr>
        <w:t xml:space="preserve">; </w:t>
      </w:r>
      <w:proofErr w:type="spellStart"/>
      <w:r w:rsidRPr="001D636F">
        <w:rPr>
          <w:sz w:val="22"/>
        </w:rPr>
        <w:t>sistemul</w:t>
      </w:r>
      <w:proofErr w:type="spellEnd"/>
      <w:r w:rsidRPr="001D636F">
        <w:rPr>
          <w:sz w:val="22"/>
        </w:rPr>
        <w:t xml:space="preserve"> de </w:t>
      </w:r>
      <w:proofErr w:type="spellStart"/>
      <w:r w:rsidRPr="001D636F">
        <w:rPr>
          <w:sz w:val="22"/>
        </w:rPr>
        <w:t>comenzi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electronice</w:t>
      </w:r>
      <w:proofErr w:type="spellEnd"/>
      <w:r w:rsidRPr="001D636F">
        <w:rPr>
          <w:sz w:val="22"/>
        </w:rPr>
        <w:t xml:space="preserve"> - nu se </w:t>
      </w:r>
      <w:proofErr w:type="spellStart"/>
      <w:r w:rsidRPr="001D636F">
        <w:rPr>
          <w:sz w:val="22"/>
        </w:rPr>
        <w:t>acceptă</w:t>
      </w:r>
      <w:proofErr w:type="spellEnd"/>
      <w:r w:rsidRPr="001D636F">
        <w:rPr>
          <w:sz w:val="22"/>
        </w:rPr>
        <w:t xml:space="preserve">; </w:t>
      </w:r>
      <w:proofErr w:type="spellStart"/>
      <w:r w:rsidRPr="001D636F">
        <w:rPr>
          <w:sz w:val="22"/>
        </w:rPr>
        <w:t>facturarea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electronică</w:t>
      </w:r>
      <w:proofErr w:type="spellEnd"/>
      <w:r w:rsidRPr="001D636F">
        <w:rPr>
          <w:sz w:val="22"/>
        </w:rPr>
        <w:t xml:space="preserve"> - se </w:t>
      </w:r>
      <w:proofErr w:type="spellStart"/>
      <w:r w:rsidRPr="001D636F">
        <w:rPr>
          <w:sz w:val="22"/>
        </w:rPr>
        <w:t>acceptă</w:t>
      </w:r>
      <w:proofErr w:type="spellEnd"/>
      <w:r w:rsidRPr="001D636F">
        <w:rPr>
          <w:sz w:val="22"/>
        </w:rPr>
        <w:t xml:space="preserve">; </w:t>
      </w:r>
      <w:proofErr w:type="spellStart"/>
      <w:r w:rsidRPr="001D636F">
        <w:rPr>
          <w:sz w:val="22"/>
        </w:rPr>
        <w:t>plățile</w:t>
      </w:r>
      <w:proofErr w:type="spellEnd"/>
      <w:r w:rsidRPr="001D636F">
        <w:rPr>
          <w:sz w:val="22"/>
        </w:rPr>
        <w:t xml:space="preserve"> </w:t>
      </w:r>
      <w:proofErr w:type="spellStart"/>
      <w:r w:rsidRPr="001D636F">
        <w:rPr>
          <w:sz w:val="22"/>
        </w:rPr>
        <w:t>electronice</w:t>
      </w:r>
      <w:proofErr w:type="spellEnd"/>
      <w:r w:rsidRPr="001D636F">
        <w:rPr>
          <w:sz w:val="22"/>
        </w:rPr>
        <w:t xml:space="preserve"> - se </w:t>
      </w:r>
      <w:proofErr w:type="spellStart"/>
      <w:r w:rsidRPr="001D636F">
        <w:rPr>
          <w:sz w:val="22"/>
        </w:rPr>
        <w:t>acceptă</w:t>
      </w:r>
      <w:proofErr w:type="spellEnd"/>
      <w:r w:rsidRPr="001D636F">
        <w:rPr>
          <w:sz w:val="22"/>
        </w:rPr>
        <w:t>.</w:t>
      </w:r>
    </w:p>
    <w:p w:rsidR="003139DD" w:rsidRPr="001D636F" w:rsidRDefault="003139DD">
      <w:pPr>
        <w:spacing w:after="0" w:line="240" w:lineRule="auto"/>
        <w:jc w:val="both"/>
        <w:rPr>
          <w:sz w:val="22"/>
        </w:rPr>
      </w:pPr>
    </w:p>
    <w:p w:rsidR="004E69F8" w:rsidRPr="001D636F" w:rsidRDefault="003139DD">
      <w:pPr>
        <w:spacing w:after="0" w:line="240" w:lineRule="auto"/>
        <w:jc w:val="both"/>
        <w:rPr>
          <w:b/>
          <w:bCs/>
          <w:sz w:val="22"/>
        </w:rPr>
      </w:pPr>
      <w:proofErr w:type="spellStart"/>
      <w:r w:rsidRPr="001D636F">
        <w:rPr>
          <w:b/>
          <w:bCs/>
          <w:sz w:val="22"/>
        </w:rPr>
        <w:t>Conducătorul</w:t>
      </w:r>
      <w:proofErr w:type="spellEnd"/>
      <w:r w:rsidRPr="001D636F">
        <w:rPr>
          <w:b/>
          <w:bCs/>
          <w:sz w:val="22"/>
        </w:rPr>
        <w:t xml:space="preserve"> </w:t>
      </w:r>
      <w:proofErr w:type="spellStart"/>
      <w:r w:rsidRPr="001D636F">
        <w:rPr>
          <w:b/>
          <w:bCs/>
          <w:sz w:val="22"/>
        </w:rPr>
        <w:t>grupului</w:t>
      </w:r>
      <w:proofErr w:type="spellEnd"/>
      <w:r w:rsidRPr="001D636F">
        <w:rPr>
          <w:b/>
          <w:bCs/>
          <w:sz w:val="22"/>
        </w:rPr>
        <w:t xml:space="preserve"> de </w:t>
      </w:r>
      <w:proofErr w:type="spellStart"/>
      <w:r w:rsidRPr="001D636F">
        <w:rPr>
          <w:b/>
          <w:bCs/>
          <w:sz w:val="22"/>
        </w:rPr>
        <w:t>lucru</w:t>
      </w:r>
      <w:proofErr w:type="spellEnd"/>
      <w:r w:rsidRPr="001D636F">
        <w:rPr>
          <w:b/>
          <w:bCs/>
          <w:sz w:val="22"/>
        </w:rPr>
        <w:t>: ________________________ Nicolae JELAMSCHI</w:t>
      </w:r>
    </w:p>
    <w:p w:rsidR="004E69F8" w:rsidRPr="001D636F" w:rsidRDefault="004E69F8">
      <w:pPr>
        <w:spacing w:after="0" w:line="240" w:lineRule="auto"/>
        <w:jc w:val="both"/>
        <w:rPr>
          <w:sz w:val="22"/>
        </w:rPr>
      </w:pPr>
    </w:p>
    <w:p w:rsidR="003139DD" w:rsidRPr="001D636F" w:rsidRDefault="003139DD">
      <w:pPr>
        <w:spacing w:after="0" w:line="240" w:lineRule="auto"/>
        <w:rPr>
          <w:sz w:val="22"/>
        </w:rPr>
      </w:pPr>
    </w:p>
    <w:p w:rsidR="003139DD" w:rsidRPr="001D636F" w:rsidRDefault="003139DD">
      <w:pPr>
        <w:spacing w:after="0" w:line="240" w:lineRule="auto"/>
        <w:rPr>
          <w:sz w:val="22"/>
        </w:rPr>
      </w:pPr>
    </w:p>
    <w:p w:rsidR="003139DD" w:rsidRPr="001D636F" w:rsidRDefault="003139DD">
      <w:pPr>
        <w:spacing w:after="0" w:line="240" w:lineRule="auto"/>
        <w:rPr>
          <w:sz w:val="18"/>
          <w:szCs w:val="18"/>
        </w:rPr>
      </w:pPr>
      <w:bookmarkStart w:id="0" w:name="_GoBack"/>
      <w:bookmarkEnd w:id="0"/>
    </w:p>
    <w:p w:rsidR="004E69F8" w:rsidRPr="001D636F" w:rsidRDefault="003139DD">
      <w:pPr>
        <w:spacing w:after="0" w:line="240" w:lineRule="auto"/>
        <w:rPr>
          <w:sz w:val="18"/>
          <w:szCs w:val="18"/>
        </w:rPr>
      </w:pPr>
      <w:r w:rsidRPr="001D636F">
        <w:rPr>
          <w:sz w:val="18"/>
          <w:szCs w:val="18"/>
        </w:rPr>
        <w:t>Executor: Vladimir Vornic</w:t>
      </w:r>
      <w:r w:rsidRPr="001D636F">
        <w:rPr>
          <w:sz w:val="18"/>
          <w:szCs w:val="18"/>
        </w:rPr>
        <w:br/>
        <w:t>Tel.: 067493406</w:t>
      </w:r>
      <w:r w:rsidRPr="001D636F">
        <w:rPr>
          <w:sz w:val="18"/>
          <w:szCs w:val="18"/>
        </w:rPr>
        <w:br/>
        <w:t>e-mail: achizitii@ansp.gov.md</w:t>
      </w:r>
    </w:p>
    <w:sectPr w:rsidR="004E69F8" w:rsidRPr="001D636F" w:rsidSect="00034616">
      <w:pgSz w:w="15840" w:h="12240" w:orient="landscape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ta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ta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umarcator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umarcator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erota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D636F"/>
    <w:rsid w:val="0029639D"/>
    <w:rsid w:val="003139DD"/>
    <w:rsid w:val="00326F90"/>
    <w:rsid w:val="004E69F8"/>
    <w:rsid w:val="009E3E5D"/>
    <w:rsid w:val="00AA1D8D"/>
    <w:rsid w:val="00B47730"/>
    <w:rsid w:val="00CB0664"/>
    <w:rsid w:val="00F2591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A038A9"/>
  <w14:defaultImageDpi w14:val="300"/>
  <w15:docId w15:val="{79BA7FA9-B57C-4810-A8C0-49056D306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/>
      <w:color w:val="000000"/>
      <w:sz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618BF"/>
  </w:style>
  <w:style w:type="paragraph" w:styleId="Subsol">
    <w:name w:val="footer"/>
    <w:basedOn w:val="Normal"/>
    <w:link w:val="Subsol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618BF"/>
  </w:style>
  <w:style w:type="paragraph" w:styleId="Frspaiere">
    <w:name w:val="No Spacing"/>
    <w:uiPriority w:val="1"/>
    <w:qFormat/>
    <w:rsid w:val="00FC693F"/>
    <w:pPr>
      <w:spacing w:after="0" w:line="240" w:lineRule="auto"/>
    </w:pPr>
  </w:style>
  <w:style w:type="character" w:customStyle="1" w:styleId="Titlu1Caracter">
    <w:name w:val="Titlu 1 Caracter"/>
    <w:basedOn w:val="Fontdeparagrafimplicit"/>
    <w:link w:val="Titlu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">
    <w:name w:val="Title"/>
    <w:basedOn w:val="Normal"/>
    <w:next w:val="Normal"/>
    <w:link w:val="TitluCaracte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unhideWhenUsed/>
    <w:rsid w:val="00AA1D8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AA1D8D"/>
  </w:style>
  <w:style w:type="paragraph" w:styleId="Corptext2">
    <w:name w:val="Body Text 2"/>
    <w:basedOn w:val="Normal"/>
    <w:link w:val="Corptext2Caracter"/>
    <w:uiPriority w:val="99"/>
    <w:unhideWhenUsed/>
    <w:rsid w:val="00AA1D8D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AA1D8D"/>
  </w:style>
  <w:style w:type="paragraph" w:styleId="Corptext3">
    <w:name w:val="Body Text 3"/>
    <w:basedOn w:val="Normal"/>
    <w:link w:val="Corptext3Caracte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cumarcator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umarcator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umarcator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erotat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numerotat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numerotat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ar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ar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ar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macrocomand">
    <w:name w:val="macro"/>
    <w:link w:val="TextmacrocomandCaracte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crocomandCaracter">
    <w:name w:val="Text macrocomandă Caracter"/>
    <w:basedOn w:val="Fontdeparagrafimplicit"/>
    <w:link w:val="Textmacrocomand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aracter"/>
    <w:uiPriority w:val="29"/>
    <w:qFormat/>
    <w:rsid w:val="00FC693F"/>
    <w:rPr>
      <w:i/>
      <w:iCs/>
      <w:color w:val="000000" w:themeColor="text1"/>
    </w:rPr>
  </w:style>
  <w:style w:type="character" w:customStyle="1" w:styleId="CitatCaracter">
    <w:name w:val="Citat Caracter"/>
    <w:basedOn w:val="Fontdeparagrafimplicit"/>
    <w:link w:val="Citat"/>
    <w:uiPriority w:val="29"/>
    <w:rsid w:val="00FC693F"/>
    <w:rPr>
      <w:i/>
      <w:iCs/>
      <w:color w:val="000000" w:themeColor="text1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Robust">
    <w:name w:val="Strong"/>
    <w:basedOn w:val="Fontdeparagrafimplicit"/>
    <w:uiPriority w:val="22"/>
    <w:qFormat/>
    <w:rsid w:val="00FC693F"/>
    <w:rPr>
      <w:b/>
      <w:bCs/>
    </w:rPr>
  </w:style>
  <w:style w:type="character" w:styleId="Accentuat">
    <w:name w:val="Emphasis"/>
    <w:basedOn w:val="Fontdeparagrafimplicit"/>
    <w:uiPriority w:val="20"/>
    <w:qFormat/>
    <w:rsid w:val="00FC693F"/>
    <w:rPr>
      <w:i/>
      <w:iCs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C693F"/>
    <w:rPr>
      <w:b/>
      <w:bCs/>
      <w:i/>
      <w:iCs/>
      <w:color w:val="4F81BD" w:themeColor="accent1"/>
    </w:rPr>
  </w:style>
  <w:style w:type="character" w:styleId="Accentuaresubtil">
    <w:name w:val="Subtle Emphasis"/>
    <w:basedOn w:val="Fontdeparagrafimplicit"/>
    <w:uiPriority w:val="19"/>
    <w:qFormat/>
    <w:rsid w:val="00FC693F"/>
    <w:rPr>
      <w:i/>
      <w:iCs/>
      <w:color w:val="808080" w:themeColor="text1" w:themeTint="7F"/>
    </w:rPr>
  </w:style>
  <w:style w:type="character" w:styleId="Accentuareintens">
    <w:name w:val="Intense Emphasis"/>
    <w:basedOn w:val="Fontdeparagrafimplicit"/>
    <w:uiPriority w:val="21"/>
    <w:qFormat/>
    <w:rsid w:val="00FC693F"/>
    <w:rPr>
      <w:b/>
      <w:bCs/>
      <w:i/>
      <w:iCs/>
      <w:color w:val="4F81BD" w:themeColor="accent1"/>
    </w:rPr>
  </w:style>
  <w:style w:type="character" w:styleId="Referiresubtil">
    <w:name w:val="Subtle Reference"/>
    <w:basedOn w:val="Fontdeparagrafimplicit"/>
    <w:uiPriority w:val="31"/>
    <w:qFormat/>
    <w:rsid w:val="00FC693F"/>
    <w:rPr>
      <w:smallCaps/>
      <w:color w:val="C0504D" w:themeColor="accent2"/>
      <w:u w:val="single"/>
    </w:rPr>
  </w:style>
  <w:style w:type="character" w:styleId="Referireintens">
    <w:name w:val="Intense Reference"/>
    <w:basedOn w:val="Fontdeparagrafimplici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lulcrii">
    <w:name w:val="Book Title"/>
    <w:basedOn w:val="Fontdeparagrafimplicit"/>
    <w:uiPriority w:val="33"/>
    <w:qFormat/>
    <w:rsid w:val="00FC693F"/>
    <w:rPr>
      <w:b/>
      <w:bCs/>
      <w:smallCaps/>
      <w:spacing w:val="5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FC693F"/>
    <w:pPr>
      <w:outlineLvl w:val="9"/>
    </w:pPr>
  </w:style>
  <w:style w:type="table" w:styleId="Tabelgril">
    <w:name w:val="Table Grid"/>
    <w:basedOn w:val="Tabel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Umbriredeculoaredeschis">
    <w:name w:val="Light Shading"/>
    <w:basedOn w:val="Tabel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Umbriredeculoaredeschis-Accentuare1">
    <w:name w:val="Light Shading Accent 1"/>
    <w:basedOn w:val="Tabel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Umbriredeculoaredeschis-Accentuare2">
    <w:name w:val="Light Shading Accent 2"/>
    <w:basedOn w:val="Tabel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Umbriredeculoaredeschis-Accentuare3">
    <w:name w:val="Light Shading Accent 3"/>
    <w:basedOn w:val="Tabel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Umbriredeculoaredeschis-Accentuare4">
    <w:name w:val="Light Shading Accent 4"/>
    <w:basedOn w:val="Tabel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Umbriredeculoaredeschis-Accentuare5">
    <w:name w:val="Light Shading Accent 5"/>
    <w:basedOn w:val="Tabel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Umbriredeculoaredeschis-Accentuare6">
    <w:name w:val="Light Shading Accent 6"/>
    <w:basedOn w:val="Tabel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deculoaredeschis">
    <w:name w:val="Light List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deculoaredeschis-Accentuare1">
    <w:name w:val="Light List Accent 1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deculoaredeschis-Accentuare2">
    <w:name w:val="Light List Accent 2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deculoaredeschis-Accentuare3">
    <w:name w:val="Light List Accent 3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deculoaredeschis-Accentuare4">
    <w:name w:val="Light List Accent 4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deculoaredeschis-Accentuare5">
    <w:name w:val="Light List Accent 5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deculoaredeschis-Accentuare6">
    <w:name w:val="Light List Accent 6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deculoaredeschis">
    <w:name w:val="Light Grid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deculoaredeschis-Accentuare1">
    <w:name w:val="Light Grid Accent 1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deculoaredeschis-Accentuare2">
    <w:name w:val="Light Grid Accent 2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deculoaredeschis-Accentuare3">
    <w:name w:val="Light Grid Accent 3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deculoaredeschis-Accentuare4">
    <w:name w:val="Light Grid Accent 4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deculoaredeschis-Accentuare5">
    <w:name w:val="Light Grid Accent 5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deculoaredeschis-Accentuare6">
    <w:name w:val="Light Grid Accent 6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Umbriremedie1">
    <w:name w:val="Medium Shading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1">
    <w:name w:val="Medium Shading 1 Accent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2">
    <w:name w:val="Medium Shading 1 Accent 2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3">
    <w:name w:val="Medium Shading 1 Accent 3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4">
    <w:name w:val="Medium Shading 1 Accent 4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5">
    <w:name w:val="Medium Shading 1 Accent 5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6">
    <w:name w:val="Medium Shading 1 Accent 6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2">
    <w:name w:val="Medium Shading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1">
    <w:name w:val="Medium Shading 2 Accent 1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2">
    <w:name w:val="Medium Shading 2 Accent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3">
    <w:name w:val="Medium Shading 2 Accent 3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4">
    <w:name w:val="Medium Shading 2 Accent 4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5">
    <w:name w:val="Medium Shading 2 Accent 5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6">
    <w:name w:val="Medium Shading 2 Accent 6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medie1">
    <w:name w:val="Medium Lis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medie1-Accentuare1">
    <w:name w:val="Medium List 1 Accen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medie1-Accentuare2">
    <w:name w:val="Medium List 1 Accent 2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medie1-Accentuare3">
    <w:name w:val="Medium List 1 Accent 3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medie1-Accentuare4">
    <w:name w:val="Medium List 1 Accent 4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medie1-Accentuare5">
    <w:name w:val="Medium List 1 Accent 5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medie1-Accentuare6">
    <w:name w:val="Medium List 1 Accent 6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medie2">
    <w:name w:val="Medium Lis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1">
    <w:name w:val="Medium List 2 Accent 1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2">
    <w:name w:val="Medium List 2 Accen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3">
    <w:name w:val="Medium List 2 Accent 3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4">
    <w:name w:val="Medium List 2 Accent 4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5">
    <w:name w:val="Medium List 2 Accent 5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6">
    <w:name w:val="Medium List 2 Accent 6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medie1">
    <w:name w:val="Medium Grid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medie1-Accentuare1">
    <w:name w:val="Medium Grid 1 Accent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medie1-Accentuare2">
    <w:name w:val="Medium Grid 1 Accent 2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medie1-Accentuare3">
    <w:name w:val="Medium Grid 1 Accent 3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medie1-Accentuare4">
    <w:name w:val="Medium Grid 1 Accent 4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medie1-Accentuare5">
    <w:name w:val="Medium Grid 1 Accent 5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medie1-Accentuare6">
    <w:name w:val="Medium Grid 1 Accent 6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medie2">
    <w:name w:val="Medium Grid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1">
    <w:name w:val="Medium Grid 2 Accent 1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2">
    <w:name w:val="Medium Grid 2 Accent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3">
    <w:name w:val="Medium Grid 2 Accent 3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4">
    <w:name w:val="Medium Grid 2 Accent 4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5">
    <w:name w:val="Medium Grid 2 Accent 5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6">
    <w:name w:val="Medium Grid 2 Accent 6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3">
    <w:name w:val="Medium Grid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medie3-Accentuare1">
    <w:name w:val="Medium Grid 3 Accent 1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medie3-Accentuare2">
    <w:name w:val="Medium Grid 3 Accent 2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medie3-Accentuare3">
    <w:name w:val="Medium Grid 3 Accent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medie3-Accentuare4">
    <w:name w:val="Medium Grid 3 Accent 4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medie3-Accentuare5">
    <w:name w:val="Medium Grid 3 Accent 5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medie3-Accentuare6">
    <w:name w:val="Medium Grid 3 Accent 6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deculoarenchis">
    <w:name w:val="Dark List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deculoarenchis-Accentuare1">
    <w:name w:val="Dark List Accent 1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deculoarenchis-Accentuare2">
    <w:name w:val="Dark List Accent 2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deculoarenchis-Accentuare3">
    <w:name w:val="Dark List Accent 3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deculoarenchis-Accentuare4">
    <w:name w:val="Dark List Accent 4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deculoarenchis-Accentuare5">
    <w:name w:val="Dark List Accent 5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deculoarenchis-Accentuare6">
    <w:name w:val="Dark List Accent 6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Umbrirecolorat">
    <w:name w:val="Colorful Shading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1">
    <w:name w:val="Colorful Shading Accent 1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2">
    <w:name w:val="Colorful Shading Accent 2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3">
    <w:name w:val="Colorful Shading Accent 3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Umbrirecolorat-Accentuare4">
    <w:name w:val="Colorful Shading Accent 4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5">
    <w:name w:val="Colorful Shading Accent 5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6">
    <w:name w:val="Colorful Shading Accent 6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colorat">
    <w:name w:val="Colorful List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colorat-Accentuare1">
    <w:name w:val="Colorful List Accent 1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colorat-Accentuare2">
    <w:name w:val="Colorful List Accent 2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colorat-Accentuare3">
    <w:name w:val="Colorful List Accent 3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colorat-Accentuare4">
    <w:name w:val="Colorful List Accent 4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colorat-Accentuare5">
    <w:name w:val="Colorful List Accent 5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colorat-Accentuare6">
    <w:name w:val="Colorful List Accent 6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colorat">
    <w:name w:val="Colorful Grid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colorat-Accentuare1">
    <w:name w:val="Colorful Grid Accent 1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colorat-Accentuare2">
    <w:name w:val="Colorful Grid Accent 2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colorat-Accentuare3">
    <w:name w:val="Colorful Grid Accent 3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colorat-Accentuare4">
    <w:name w:val="Colorful Grid Accent 4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colorat-Accentuare5">
    <w:name w:val="Colorful Grid Accent 5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colorat-Accentuare6">
    <w:name w:val="Colorful Grid Accent 6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D43B906-C293-4DCA-998A-1A4DFC86A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1292</Words>
  <Characters>7370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8645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Vladimir Vornic</cp:lastModifiedBy>
  <cp:revision>5</cp:revision>
  <dcterms:created xsi:type="dcterms:W3CDTF">2026-06-24T07:27:00Z</dcterms:created>
  <dcterms:modified xsi:type="dcterms:W3CDTF">2026-06-24T11:00:00Z</dcterms:modified>
  <cp:category/>
</cp:coreProperties>
</file>