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63467" w14:textId="77777777" w:rsidR="00295C3D" w:rsidRPr="00543C0E" w:rsidRDefault="00521A42">
      <w:pPr>
        <w:spacing w:after="0"/>
        <w:jc w:val="right"/>
        <w:rPr>
          <w:noProof/>
          <w:lang w:val="ro-RO"/>
        </w:rPr>
      </w:pPr>
      <w:r w:rsidRPr="00543C0E">
        <w:rPr>
          <w:noProof/>
          <w:lang w:val="ro-RO"/>
        </w:rPr>
        <w:t>Anexa nr. 22</w:t>
      </w:r>
    </w:p>
    <w:p w14:paraId="24A51B0D" w14:textId="77777777" w:rsidR="00295C3D" w:rsidRPr="00543C0E" w:rsidRDefault="00521A42">
      <w:pPr>
        <w:spacing w:after="120"/>
        <w:jc w:val="right"/>
        <w:rPr>
          <w:noProof/>
          <w:lang w:val="ro-RO"/>
        </w:rPr>
      </w:pPr>
      <w:r w:rsidRPr="00543C0E">
        <w:rPr>
          <w:noProof/>
          <w:lang w:val="ro-RO"/>
        </w:rPr>
        <w:t>la Documentația standard</w:t>
      </w:r>
    </w:p>
    <w:p w14:paraId="6D0B8E12" w14:textId="77777777" w:rsidR="00295C3D" w:rsidRPr="00543C0E" w:rsidRDefault="00521A42">
      <w:pPr>
        <w:spacing w:after="120"/>
        <w:jc w:val="center"/>
        <w:rPr>
          <w:noProof/>
          <w:lang w:val="ro-RO"/>
        </w:rPr>
      </w:pPr>
      <w:r w:rsidRPr="00543C0E">
        <w:rPr>
          <w:b/>
          <w:noProof/>
          <w:sz w:val="26"/>
          <w:lang w:val="ro-RO"/>
        </w:rPr>
        <w:t>Specificații tehnice</w:t>
      </w:r>
    </w:p>
    <w:p w14:paraId="6F564C43" w14:textId="77777777" w:rsidR="00295C3D" w:rsidRPr="00543C0E" w:rsidRDefault="00521A42">
      <w:pPr>
        <w:spacing w:after="120"/>
        <w:jc w:val="both"/>
        <w:rPr>
          <w:noProof/>
          <w:lang w:val="ro-RO"/>
        </w:rPr>
      </w:pPr>
      <w:r w:rsidRPr="00543C0E">
        <w:rPr>
          <w:i/>
          <w:noProof/>
          <w:sz w:val="20"/>
          <w:lang w:val="ro-RO"/>
        </w:rPr>
        <w:t>[Acest tabel va fi completat de către ofertant în coloanele 2, 3, 4, 6 și 7, iar de către autoritatea contractantă – în coloanele 1 și 5]</w:t>
      </w:r>
    </w:p>
    <w:p w14:paraId="5CB88CC4" w14:textId="77777777" w:rsidR="00295C3D" w:rsidRPr="00543C0E" w:rsidRDefault="00521A42">
      <w:pPr>
        <w:spacing w:after="0"/>
        <w:rPr>
          <w:noProof/>
          <w:lang w:val="ro-RO"/>
        </w:rPr>
      </w:pPr>
      <w:r w:rsidRPr="00543C0E">
        <w:rPr>
          <w:noProof/>
          <w:sz w:val="24"/>
          <w:lang w:val="ro-RO"/>
        </w:rPr>
        <w:t>Numărul procedurii de achiziție: ______________________________</w:t>
      </w:r>
    </w:p>
    <w:p w14:paraId="2EFD20BB" w14:textId="77777777" w:rsidR="00295C3D" w:rsidRPr="00543C0E" w:rsidRDefault="00521A42">
      <w:pPr>
        <w:spacing w:after="0"/>
        <w:rPr>
          <w:noProof/>
          <w:lang w:val="ro-RO"/>
        </w:rPr>
      </w:pPr>
      <w:r w:rsidRPr="00543C0E">
        <w:rPr>
          <w:b/>
          <w:noProof/>
          <w:sz w:val="24"/>
          <w:lang w:val="ro-RO"/>
        </w:rPr>
        <w:t xml:space="preserve">Obiectul achiziției: </w:t>
      </w:r>
      <w:r w:rsidRPr="00543C0E">
        <w:rPr>
          <w:noProof/>
          <w:sz w:val="24"/>
          <w:lang w:val="ro-RO"/>
        </w:rPr>
        <w:t>Materiale de construcție pentru anul 2026</w:t>
      </w:r>
    </w:p>
    <w:p w14:paraId="3FDD847E" w14:textId="77777777" w:rsidR="00295C3D" w:rsidRPr="00543C0E" w:rsidRDefault="00521A42">
      <w:pPr>
        <w:spacing w:after="120"/>
        <w:rPr>
          <w:noProof/>
          <w:lang w:val="ro-RO"/>
        </w:rPr>
      </w:pPr>
      <w:r w:rsidRPr="00543C0E">
        <w:rPr>
          <w:b/>
          <w:noProof/>
          <w:sz w:val="24"/>
          <w:lang w:val="ro-RO"/>
        </w:rPr>
        <w:t xml:space="preserve">Cod CPV: </w:t>
      </w:r>
      <w:r w:rsidRPr="00543C0E">
        <w:rPr>
          <w:noProof/>
          <w:sz w:val="24"/>
          <w:lang w:val="ro-RO"/>
        </w:rPr>
        <w:t>44100000-1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608"/>
        <w:gridCol w:w="1814"/>
        <w:gridCol w:w="1077"/>
        <w:gridCol w:w="1361"/>
        <w:gridCol w:w="4082"/>
        <w:gridCol w:w="2608"/>
        <w:gridCol w:w="1531"/>
      </w:tblGrid>
      <w:tr w:rsidR="00295C3D" w:rsidRPr="00543C0E" w14:paraId="4F20271A" w14:textId="77777777">
        <w:tc>
          <w:tcPr>
            <w:tcW w:w="2608" w:type="dxa"/>
            <w:shd w:val="clear" w:color="auto" w:fill="D9E1F2"/>
          </w:tcPr>
          <w:p w14:paraId="3030B87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Denumirea bunurilor</w:t>
            </w:r>
          </w:p>
        </w:tc>
        <w:tc>
          <w:tcPr>
            <w:tcW w:w="1814" w:type="dxa"/>
            <w:shd w:val="clear" w:color="auto" w:fill="D9E1F2"/>
          </w:tcPr>
          <w:p w14:paraId="58211C7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Denumirea modelului bunului</w:t>
            </w:r>
          </w:p>
        </w:tc>
        <w:tc>
          <w:tcPr>
            <w:tcW w:w="1077" w:type="dxa"/>
            <w:shd w:val="clear" w:color="auto" w:fill="D9E1F2"/>
          </w:tcPr>
          <w:p w14:paraId="094D273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Ţara de origine</w:t>
            </w:r>
          </w:p>
        </w:tc>
        <w:tc>
          <w:tcPr>
            <w:tcW w:w="1361" w:type="dxa"/>
            <w:shd w:val="clear" w:color="auto" w:fill="D9E1F2"/>
          </w:tcPr>
          <w:p w14:paraId="6FE7499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Producătorul</w:t>
            </w:r>
          </w:p>
        </w:tc>
        <w:tc>
          <w:tcPr>
            <w:tcW w:w="4082" w:type="dxa"/>
            <w:shd w:val="clear" w:color="auto" w:fill="D9E1F2"/>
          </w:tcPr>
          <w:p w14:paraId="16FF1E6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608" w:type="dxa"/>
            <w:shd w:val="clear" w:color="auto" w:fill="D9E1F2"/>
          </w:tcPr>
          <w:p w14:paraId="543EAC6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Specificarea tehnică deplină propusă de către ofertant</w:t>
            </w:r>
          </w:p>
        </w:tc>
        <w:tc>
          <w:tcPr>
            <w:tcW w:w="1531" w:type="dxa"/>
            <w:shd w:val="clear" w:color="auto" w:fill="D9E1F2"/>
          </w:tcPr>
          <w:p w14:paraId="036830A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Standarde de referinţă</w:t>
            </w:r>
          </w:p>
        </w:tc>
      </w:tr>
      <w:tr w:rsidR="00295C3D" w:rsidRPr="00543C0E" w14:paraId="43B3C6F2" w14:textId="77777777">
        <w:tc>
          <w:tcPr>
            <w:tcW w:w="2608" w:type="dxa"/>
          </w:tcPr>
          <w:p w14:paraId="1F88EA8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1</w:t>
            </w:r>
          </w:p>
        </w:tc>
        <w:tc>
          <w:tcPr>
            <w:tcW w:w="1814" w:type="dxa"/>
          </w:tcPr>
          <w:p w14:paraId="629963C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2</w:t>
            </w:r>
          </w:p>
        </w:tc>
        <w:tc>
          <w:tcPr>
            <w:tcW w:w="1077" w:type="dxa"/>
          </w:tcPr>
          <w:p w14:paraId="3196A2D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3</w:t>
            </w:r>
          </w:p>
        </w:tc>
        <w:tc>
          <w:tcPr>
            <w:tcW w:w="1361" w:type="dxa"/>
          </w:tcPr>
          <w:p w14:paraId="7AF2C7A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4</w:t>
            </w:r>
          </w:p>
        </w:tc>
        <w:tc>
          <w:tcPr>
            <w:tcW w:w="4082" w:type="dxa"/>
          </w:tcPr>
          <w:p w14:paraId="4EE1796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5</w:t>
            </w:r>
          </w:p>
        </w:tc>
        <w:tc>
          <w:tcPr>
            <w:tcW w:w="2608" w:type="dxa"/>
          </w:tcPr>
          <w:p w14:paraId="3AFB3F7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6</w:t>
            </w:r>
          </w:p>
        </w:tc>
        <w:tc>
          <w:tcPr>
            <w:tcW w:w="1531" w:type="dxa"/>
          </w:tcPr>
          <w:p w14:paraId="53BE399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7</w:t>
            </w:r>
          </w:p>
        </w:tc>
      </w:tr>
      <w:tr w:rsidR="00295C3D" w:rsidRPr="00543C0E" w14:paraId="222E0A02" w14:textId="77777777">
        <w:tc>
          <w:tcPr>
            <w:tcW w:w="2608" w:type="dxa"/>
          </w:tcPr>
          <w:p w14:paraId="62E4062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Lotul 1 – Materiale de construcție</w:t>
            </w:r>
          </w:p>
        </w:tc>
        <w:tc>
          <w:tcPr>
            <w:tcW w:w="1814" w:type="dxa"/>
          </w:tcPr>
          <w:p w14:paraId="60CC267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12ED3E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287BF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CBD759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2608" w:type="dxa"/>
          </w:tcPr>
          <w:p w14:paraId="2B54F8B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75D5B28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8224199" w14:textId="77777777">
        <w:tc>
          <w:tcPr>
            <w:tcW w:w="2608" w:type="dxa"/>
          </w:tcPr>
          <w:p w14:paraId="5B42AE0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1. Nisip cernut pentru tencuială</w:t>
            </w:r>
          </w:p>
        </w:tc>
        <w:tc>
          <w:tcPr>
            <w:tcW w:w="1814" w:type="dxa"/>
          </w:tcPr>
          <w:p w14:paraId="281BA22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727A66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72886A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8C2937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Nisip cernut pentru tencuială cu transportul inclus la adresa beneficiarului</w:t>
            </w:r>
          </w:p>
        </w:tc>
        <w:tc>
          <w:tcPr>
            <w:tcW w:w="2608" w:type="dxa"/>
          </w:tcPr>
          <w:p w14:paraId="6B9F9A5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4F1B7B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7254EE1" w14:textId="77777777">
        <w:tc>
          <w:tcPr>
            <w:tcW w:w="2608" w:type="dxa"/>
          </w:tcPr>
          <w:p w14:paraId="453B5B0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2. Spuma poliuretanică.</w:t>
            </w:r>
          </w:p>
        </w:tc>
        <w:tc>
          <w:tcPr>
            <w:tcW w:w="1814" w:type="dxa"/>
          </w:tcPr>
          <w:p w14:paraId="1121051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ACC6D5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F8B685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22F95B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Baza: PoliuretanicaDensitatea: (kg/m3) – 12,15.Domeniul de utilizare: Exterior si interiorMod de aplicare: PistolTip: Pentru toate anotimpurileVolum: 850ml</w:t>
            </w:r>
          </w:p>
        </w:tc>
        <w:tc>
          <w:tcPr>
            <w:tcW w:w="2608" w:type="dxa"/>
          </w:tcPr>
          <w:p w14:paraId="669091A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331C37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3E9F7ED" w14:textId="77777777">
        <w:tc>
          <w:tcPr>
            <w:tcW w:w="2608" w:type="dxa"/>
          </w:tcPr>
          <w:p w14:paraId="2D4FD79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3. Diblu cu guler cu șurub cui</w:t>
            </w:r>
          </w:p>
        </w:tc>
        <w:tc>
          <w:tcPr>
            <w:tcW w:w="1814" w:type="dxa"/>
          </w:tcPr>
          <w:p w14:paraId="6B0FA5F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25F895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625A64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5D69B8E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SM 8*80/4,9*85 mmAmbalaj: a câte 100 buc.</w:t>
            </w:r>
          </w:p>
        </w:tc>
        <w:tc>
          <w:tcPr>
            <w:tcW w:w="2608" w:type="dxa"/>
          </w:tcPr>
          <w:p w14:paraId="3BE85DF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C6904C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78E1639" w14:textId="77777777">
        <w:tc>
          <w:tcPr>
            <w:tcW w:w="2608" w:type="dxa"/>
          </w:tcPr>
          <w:p w14:paraId="01D9159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4. Diblu cu cap hexagonal</w:t>
            </w:r>
          </w:p>
        </w:tc>
        <w:tc>
          <w:tcPr>
            <w:tcW w:w="1814" w:type="dxa"/>
          </w:tcPr>
          <w:p w14:paraId="001D26A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961B43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44C362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AC6A0C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Ambalaj: Cu bucataDiametru diblu (mm):</w:t>
            </w:r>
            <w:r w:rsidRPr="00543C0E">
              <w:rPr>
                <w:noProof/>
                <w:sz w:val="16"/>
                <w:lang w:val="ro-RO"/>
              </w:rPr>
              <w:tab/>
              <w:t>12mmDiametru șurub (mm):  8mmLungime diblu (mm):</w:t>
            </w:r>
            <w:r w:rsidRPr="00543C0E">
              <w:rPr>
                <w:noProof/>
                <w:sz w:val="16"/>
                <w:lang w:val="ro-RO"/>
              </w:rPr>
              <w:tab/>
              <w:t>80mmLungime șurub (mm):</w:t>
            </w:r>
            <w:r w:rsidRPr="00543C0E">
              <w:rPr>
                <w:noProof/>
                <w:sz w:val="16"/>
                <w:lang w:val="ro-RO"/>
              </w:rPr>
              <w:tab/>
              <w:t>120mmMaterial diblu:</w:t>
            </w:r>
            <w:r w:rsidRPr="00543C0E">
              <w:rPr>
                <w:noProof/>
                <w:sz w:val="16"/>
                <w:lang w:val="ro-RO"/>
              </w:rPr>
              <w:tab/>
              <w:t xml:space="preserve"> PolipropilenaMaterial șurub: Otel zincatTip: Diblu cu șurub</w:t>
            </w:r>
          </w:p>
        </w:tc>
        <w:tc>
          <w:tcPr>
            <w:tcW w:w="2608" w:type="dxa"/>
          </w:tcPr>
          <w:p w14:paraId="6112E2F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C9ABE9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B7A55BB" w14:textId="77777777">
        <w:tc>
          <w:tcPr>
            <w:tcW w:w="2608" w:type="dxa"/>
          </w:tcPr>
          <w:p w14:paraId="30F7561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5. Șpaclu pentru zugrăvit</w:t>
            </w:r>
          </w:p>
        </w:tc>
        <w:tc>
          <w:tcPr>
            <w:tcW w:w="1814" w:type="dxa"/>
          </w:tcPr>
          <w:p w14:paraId="1BAF3C0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2C9D9E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5E786A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E266FB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Lățime: 600mmTip: ȘpacluMaterial: Otel inoxidabil</w:t>
            </w:r>
          </w:p>
        </w:tc>
        <w:tc>
          <w:tcPr>
            <w:tcW w:w="2608" w:type="dxa"/>
          </w:tcPr>
          <w:p w14:paraId="73999E2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754CE4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B517FD9" w14:textId="77777777">
        <w:tc>
          <w:tcPr>
            <w:tcW w:w="2608" w:type="dxa"/>
          </w:tcPr>
          <w:p w14:paraId="5F37BBE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6. Șpaclu pentru zugrăvit</w:t>
            </w:r>
          </w:p>
        </w:tc>
        <w:tc>
          <w:tcPr>
            <w:tcW w:w="1814" w:type="dxa"/>
          </w:tcPr>
          <w:p w14:paraId="7830660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3C6337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5B0524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851AB7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Lățime: 10mmTip: ȘpacluMaterial: Oțel inoxidabil</w:t>
            </w:r>
          </w:p>
        </w:tc>
        <w:tc>
          <w:tcPr>
            <w:tcW w:w="2608" w:type="dxa"/>
          </w:tcPr>
          <w:p w14:paraId="602AB74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1C55B6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DA1EE85" w14:textId="77777777">
        <w:tc>
          <w:tcPr>
            <w:tcW w:w="2608" w:type="dxa"/>
          </w:tcPr>
          <w:p w14:paraId="30A28F7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7. Dreptar trapezoidal</w:t>
            </w:r>
          </w:p>
        </w:tc>
        <w:tc>
          <w:tcPr>
            <w:tcW w:w="1814" w:type="dxa"/>
          </w:tcPr>
          <w:p w14:paraId="67665D6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D1B54A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C8C332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9937C3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Material: aluminiu</w:t>
            </w:r>
            <w:r w:rsidRPr="00543C0E">
              <w:rPr>
                <w:noProof/>
                <w:sz w:val="16"/>
                <w:lang w:val="ro-RO"/>
              </w:rPr>
              <w:t>Lungimea: 2000mm</w:t>
            </w:r>
          </w:p>
        </w:tc>
        <w:tc>
          <w:tcPr>
            <w:tcW w:w="2608" w:type="dxa"/>
          </w:tcPr>
          <w:p w14:paraId="1A113F6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2B9D15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F2B443C" w14:textId="77777777">
        <w:tc>
          <w:tcPr>
            <w:tcW w:w="2608" w:type="dxa"/>
          </w:tcPr>
          <w:p w14:paraId="5848495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8. Filtru tip Y</w:t>
            </w:r>
          </w:p>
        </w:tc>
        <w:tc>
          <w:tcPr>
            <w:tcW w:w="1814" w:type="dxa"/>
          </w:tcPr>
          <w:p w14:paraId="6831A2E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34483F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688609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8EE7F5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Denumire: Filtru tip YTip: DN40 PN20Material: alamă cu sita din INOX</w:t>
            </w:r>
          </w:p>
        </w:tc>
        <w:tc>
          <w:tcPr>
            <w:tcW w:w="2608" w:type="dxa"/>
          </w:tcPr>
          <w:p w14:paraId="3097D11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B3D71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748E96C" w14:textId="77777777">
        <w:tc>
          <w:tcPr>
            <w:tcW w:w="2608" w:type="dxa"/>
          </w:tcPr>
          <w:p w14:paraId="09E55B7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9. Pensulă</w:t>
            </w:r>
          </w:p>
        </w:tc>
        <w:tc>
          <w:tcPr>
            <w:tcW w:w="1814" w:type="dxa"/>
          </w:tcPr>
          <w:p w14:paraId="3EF2710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5E78F2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F6BDB6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77CCF19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Dimensiuni:Grosime: 20 mmLungimea: 200 mm</w:t>
            </w:r>
          </w:p>
        </w:tc>
        <w:tc>
          <w:tcPr>
            <w:tcW w:w="2608" w:type="dxa"/>
          </w:tcPr>
          <w:p w14:paraId="0C5CC1F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D88E1B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D0CB820" w14:textId="77777777">
        <w:tc>
          <w:tcPr>
            <w:tcW w:w="2608" w:type="dxa"/>
          </w:tcPr>
          <w:p w14:paraId="732FC54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10. Pensulă</w:t>
            </w:r>
          </w:p>
        </w:tc>
        <w:tc>
          <w:tcPr>
            <w:tcW w:w="1814" w:type="dxa"/>
          </w:tcPr>
          <w:p w14:paraId="0AB0F87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2397AE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22C98D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73EFDD9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Dimensiune:Grosime: 15 mmLățime: 60 mm</w:t>
            </w:r>
          </w:p>
        </w:tc>
        <w:tc>
          <w:tcPr>
            <w:tcW w:w="2608" w:type="dxa"/>
          </w:tcPr>
          <w:p w14:paraId="5415159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7EA27F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6F342DC" w14:textId="77777777">
        <w:tc>
          <w:tcPr>
            <w:tcW w:w="2608" w:type="dxa"/>
          </w:tcPr>
          <w:p w14:paraId="6C008BB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11. Pensulă</w:t>
            </w:r>
          </w:p>
        </w:tc>
        <w:tc>
          <w:tcPr>
            <w:tcW w:w="1814" w:type="dxa"/>
          </w:tcPr>
          <w:p w14:paraId="6BFC376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5E6617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236774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E8B0FE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Dimensiune:Grosime: 70 mmLățime: 170 mm</w:t>
            </w:r>
          </w:p>
        </w:tc>
        <w:tc>
          <w:tcPr>
            <w:tcW w:w="2608" w:type="dxa"/>
          </w:tcPr>
          <w:p w14:paraId="67EEB9D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C5D00C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67F83EF" w14:textId="77777777">
        <w:tc>
          <w:tcPr>
            <w:tcW w:w="2608" w:type="dxa"/>
          </w:tcPr>
          <w:p w14:paraId="5D58BBB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12. Șurub autofiletant pentru lemn</w:t>
            </w:r>
          </w:p>
        </w:tc>
        <w:tc>
          <w:tcPr>
            <w:tcW w:w="1814" w:type="dxa"/>
          </w:tcPr>
          <w:p w14:paraId="3026A53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59BFB6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C07830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73A14E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Model: KGDLungime: 55 mmGrosimea: 3,5 mmAmbalaj: a câte 500 buc.</w:t>
            </w:r>
          </w:p>
        </w:tc>
        <w:tc>
          <w:tcPr>
            <w:tcW w:w="2608" w:type="dxa"/>
          </w:tcPr>
          <w:p w14:paraId="7A41DE8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C03BD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E66B209" w14:textId="77777777">
        <w:tc>
          <w:tcPr>
            <w:tcW w:w="2608" w:type="dxa"/>
          </w:tcPr>
          <w:p w14:paraId="24F5393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13. Șurub autofiletant pentru lemn</w:t>
            </w:r>
          </w:p>
        </w:tc>
        <w:tc>
          <w:tcPr>
            <w:tcW w:w="1814" w:type="dxa"/>
          </w:tcPr>
          <w:p w14:paraId="6EA0170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EA0DFB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CB2ED0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73B3FC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Model: KGDLungime: 35 mmGrosimea: 3,5 mm</w:t>
            </w:r>
            <w:r w:rsidRPr="00543C0E">
              <w:rPr>
                <w:noProof/>
                <w:sz w:val="16"/>
                <w:lang w:val="ro-RO"/>
              </w:rPr>
              <w:t>Ambalaj: a câte 200 buc.</w:t>
            </w:r>
          </w:p>
        </w:tc>
        <w:tc>
          <w:tcPr>
            <w:tcW w:w="2608" w:type="dxa"/>
          </w:tcPr>
          <w:p w14:paraId="070B0EF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E49C06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C2F4CF6" w14:textId="77777777">
        <w:tc>
          <w:tcPr>
            <w:tcW w:w="2608" w:type="dxa"/>
          </w:tcPr>
          <w:p w14:paraId="44C9112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14. Șurub autoforant, cu cap plat și șaibă, pentru metal</w:t>
            </w:r>
          </w:p>
        </w:tc>
        <w:tc>
          <w:tcPr>
            <w:tcW w:w="1814" w:type="dxa"/>
          </w:tcPr>
          <w:p w14:paraId="70A5131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7DB0D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9A5FDF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700E282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Tip fundație: metalMaterialul de producere: oțelAcoperire: zincat albTip cap: plat cu șaibăTip vârf: autoforantLungime: 25mmGrosime: 4,2 mmAmbalaj: a câte 200 buc.</w:t>
            </w:r>
          </w:p>
        </w:tc>
        <w:tc>
          <w:tcPr>
            <w:tcW w:w="2608" w:type="dxa"/>
          </w:tcPr>
          <w:p w14:paraId="6A275E9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363F15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650139C" w14:textId="77777777">
        <w:tc>
          <w:tcPr>
            <w:tcW w:w="2608" w:type="dxa"/>
          </w:tcPr>
          <w:p w14:paraId="2DA83A7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15. Rulou pentru vopsea</w:t>
            </w:r>
          </w:p>
        </w:tc>
        <w:tc>
          <w:tcPr>
            <w:tcW w:w="1814" w:type="dxa"/>
          </w:tcPr>
          <w:p w14:paraId="29D854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B32829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BC7E0B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E04F05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Material: poliacrilDimensiuni: 230x45x8 mmLungimea firului: nu mai mic de 12 mm</w:t>
            </w:r>
          </w:p>
        </w:tc>
        <w:tc>
          <w:tcPr>
            <w:tcW w:w="2608" w:type="dxa"/>
          </w:tcPr>
          <w:p w14:paraId="6E8569A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F3459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E6610FB" w14:textId="77777777">
        <w:tc>
          <w:tcPr>
            <w:tcW w:w="2608" w:type="dxa"/>
          </w:tcPr>
          <w:p w14:paraId="290D261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16. Hârtie abrazivă</w:t>
            </w:r>
          </w:p>
        </w:tc>
        <w:tc>
          <w:tcPr>
            <w:tcW w:w="1814" w:type="dxa"/>
          </w:tcPr>
          <w:p w14:paraId="787AC85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1965CF1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1C557A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AC170E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A120</w:t>
            </w:r>
          </w:p>
        </w:tc>
        <w:tc>
          <w:tcPr>
            <w:tcW w:w="2608" w:type="dxa"/>
          </w:tcPr>
          <w:p w14:paraId="2A14F48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0F4E7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F72C6EA" w14:textId="77777777">
        <w:tc>
          <w:tcPr>
            <w:tcW w:w="2608" w:type="dxa"/>
          </w:tcPr>
          <w:p w14:paraId="3CA647B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17. Perie de sarma din otel 5 rânduri</w:t>
            </w:r>
          </w:p>
        </w:tc>
        <w:tc>
          <w:tcPr>
            <w:tcW w:w="1814" w:type="dxa"/>
          </w:tcPr>
          <w:p w14:paraId="52196D2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47D43D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49F69D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2AB35F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 xml:space="preserve">Durabilitate ridicată: Fir din oțel inoxidabil rezistent la uzurăDomeniu de aplicare:Prelucrarea manuală a zonelor greu accesibile.Curățarea pieselor metalice, inclusiv a pieselor auto.Îndepărtarea murdăriei, ruginii sau a stratului </w:t>
            </w:r>
            <w:r w:rsidRPr="00543C0E">
              <w:rPr>
                <w:noProof/>
                <w:sz w:val="16"/>
                <w:lang w:val="ro-RO"/>
              </w:rPr>
              <w:lastRenderedPageBreak/>
              <w:t>de vopsea.</w:t>
            </w:r>
          </w:p>
        </w:tc>
        <w:tc>
          <w:tcPr>
            <w:tcW w:w="2608" w:type="dxa"/>
          </w:tcPr>
          <w:p w14:paraId="6D412F2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78BB95E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D6D8D04" w14:textId="77777777">
        <w:tc>
          <w:tcPr>
            <w:tcW w:w="2608" w:type="dxa"/>
          </w:tcPr>
          <w:p w14:paraId="0145CC9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18. Drișcă din poliuretan pentruTencuieli</w:t>
            </w:r>
          </w:p>
        </w:tc>
        <w:tc>
          <w:tcPr>
            <w:tcW w:w="1814" w:type="dxa"/>
          </w:tcPr>
          <w:p w14:paraId="6DC563B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88F2E2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7EBAA3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6ED3A4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Materialul de producere: poliuretanLungimea produsului, mm: 320Lățimea produsului, mm: 180Tip instrument: drișcă</w:t>
            </w:r>
          </w:p>
        </w:tc>
        <w:tc>
          <w:tcPr>
            <w:tcW w:w="2608" w:type="dxa"/>
          </w:tcPr>
          <w:p w14:paraId="35E252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67BFB8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754142B" w14:textId="77777777">
        <w:tc>
          <w:tcPr>
            <w:tcW w:w="2608" w:type="dxa"/>
          </w:tcPr>
          <w:p w14:paraId="0EC7888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19. Cauciuc și cameră pentru roabă</w:t>
            </w:r>
          </w:p>
        </w:tc>
        <w:tc>
          <w:tcPr>
            <w:tcW w:w="1814" w:type="dxa"/>
          </w:tcPr>
          <w:p w14:paraId="17CE689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48FE4E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F4DC05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4D8D9E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Cauciuc și cameră pentru roabă diametru 4.80/4.00-8</w:t>
            </w:r>
          </w:p>
        </w:tc>
        <w:tc>
          <w:tcPr>
            <w:tcW w:w="2608" w:type="dxa"/>
          </w:tcPr>
          <w:p w14:paraId="6E2CE03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AA281A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99D444A" w14:textId="77777777">
        <w:tc>
          <w:tcPr>
            <w:tcW w:w="2608" w:type="dxa"/>
          </w:tcPr>
          <w:p w14:paraId="4F969A2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20. Balamale metal pentru porții</w:t>
            </w:r>
          </w:p>
        </w:tc>
        <w:tc>
          <w:tcPr>
            <w:tcW w:w="1814" w:type="dxa"/>
          </w:tcPr>
          <w:p w14:paraId="5FA5810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B5474E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21505E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B9035E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Dimensiune:Grosime: 20 mmLungimea: 120 mm</w:t>
            </w:r>
          </w:p>
        </w:tc>
        <w:tc>
          <w:tcPr>
            <w:tcW w:w="2608" w:type="dxa"/>
          </w:tcPr>
          <w:p w14:paraId="066FACB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542AAC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4F89171" w14:textId="77777777">
        <w:tc>
          <w:tcPr>
            <w:tcW w:w="2608" w:type="dxa"/>
          </w:tcPr>
          <w:p w14:paraId="5151C21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21. Șpaclu pentru zugrăvit</w:t>
            </w:r>
          </w:p>
        </w:tc>
        <w:tc>
          <w:tcPr>
            <w:tcW w:w="1814" w:type="dxa"/>
          </w:tcPr>
          <w:p w14:paraId="488FEC2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4649C4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2CBCAB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F2C016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Lățime: 100mmTip: ȘpacluMaterial: Otel inoxidabil</w:t>
            </w:r>
          </w:p>
        </w:tc>
        <w:tc>
          <w:tcPr>
            <w:tcW w:w="2608" w:type="dxa"/>
          </w:tcPr>
          <w:p w14:paraId="663DC39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A85AAD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463EC25" w14:textId="77777777">
        <w:tc>
          <w:tcPr>
            <w:tcW w:w="2608" w:type="dxa"/>
          </w:tcPr>
          <w:p w14:paraId="6EF0558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22. Arc flexibil</w:t>
            </w:r>
          </w:p>
        </w:tc>
        <w:tc>
          <w:tcPr>
            <w:tcW w:w="1814" w:type="dxa"/>
          </w:tcPr>
          <w:p w14:paraId="150DB55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9F3C04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724113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DB4AE3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Arc flexibil dublu D4 Industry</w:t>
            </w:r>
          </w:p>
        </w:tc>
        <w:tc>
          <w:tcPr>
            <w:tcW w:w="2608" w:type="dxa"/>
          </w:tcPr>
          <w:p w14:paraId="078C41E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AC9378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37A1B5D" w14:textId="77777777">
        <w:tc>
          <w:tcPr>
            <w:tcW w:w="2608" w:type="dxa"/>
          </w:tcPr>
          <w:p w14:paraId="0867007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23. Corp de iluminat Led</w:t>
            </w:r>
          </w:p>
        </w:tc>
        <w:tc>
          <w:tcPr>
            <w:tcW w:w="1814" w:type="dxa"/>
          </w:tcPr>
          <w:p w14:paraId="7289917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229EAA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BF7E94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0BCD6B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Corp de iluminat led 4*9W incastrat Eloms folosit pentru panouri armstrong cu 60*60 cm cu becuri inclus</w:t>
            </w:r>
          </w:p>
        </w:tc>
        <w:tc>
          <w:tcPr>
            <w:tcW w:w="2608" w:type="dxa"/>
          </w:tcPr>
          <w:p w14:paraId="5786958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12354D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6AC6806" w14:textId="77777777">
        <w:tc>
          <w:tcPr>
            <w:tcW w:w="2608" w:type="dxa"/>
          </w:tcPr>
          <w:p w14:paraId="1E788A2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24. Placa tavan casetat</w:t>
            </w:r>
          </w:p>
        </w:tc>
        <w:tc>
          <w:tcPr>
            <w:tcW w:w="1814" w:type="dxa"/>
          </w:tcPr>
          <w:p w14:paraId="11593CC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277CAD9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51CBF9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AEEEB1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Placa tavan casetat 8*595*595mmMA01</w:t>
            </w:r>
          </w:p>
        </w:tc>
        <w:tc>
          <w:tcPr>
            <w:tcW w:w="2608" w:type="dxa"/>
          </w:tcPr>
          <w:p w14:paraId="6ABE505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21CD1E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1D6581F" w14:textId="77777777">
        <w:tc>
          <w:tcPr>
            <w:tcW w:w="2608" w:type="dxa"/>
          </w:tcPr>
          <w:p w14:paraId="5F1F8C5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25. Profil perimetral tavan</w:t>
            </w:r>
          </w:p>
        </w:tc>
        <w:tc>
          <w:tcPr>
            <w:tcW w:w="1814" w:type="dxa"/>
          </w:tcPr>
          <w:p w14:paraId="5858B1F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DB1077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B77F77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745D292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perimetral tavan casetat 3,0m Deckon</w:t>
            </w:r>
          </w:p>
        </w:tc>
        <w:tc>
          <w:tcPr>
            <w:tcW w:w="2608" w:type="dxa"/>
          </w:tcPr>
          <w:p w14:paraId="3501B64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1DBAC9A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1E7C60D" w14:textId="77777777">
        <w:tc>
          <w:tcPr>
            <w:tcW w:w="2608" w:type="dxa"/>
          </w:tcPr>
          <w:p w14:paraId="36FF51F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26. Profil principal tavan</w:t>
            </w:r>
          </w:p>
        </w:tc>
        <w:tc>
          <w:tcPr>
            <w:tcW w:w="1814" w:type="dxa"/>
          </w:tcPr>
          <w:p w14:paraId="7BF7324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550188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CC97A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587199C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principal tavan casetat 3,6m Deckon</w:t>
            </w:r>
          </w:p>
        </w:tc>
        <w:tc>
          <w:tcPr>
            <w:tcW w:w="2608" w:type="dxa"/>
          </w:tcPr>
          <w:p w14:paraId="1925186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F24CD6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0143817" w14:textId="77777777">
        <w:tc>
          <w:tcPr>
            <w:tcW w:w="2608" w:type="dxa"/>
          </w:tcPr>
          <w:p w14:paraId="33A5A2F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27. Profil secundar tavan</w:t>
            </w:r>
          </w:p>
        </w:tc>
        <w:tc>
          <w:tcPr>
            <w:tcW w:w="1814" w:type="dxa"/>
          </w:tcPr>
          <w:p w14:paraId="746980B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E7C236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B6628E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93C695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principal tavan casetat 24*26*1200mm</w:t>
            </w:r>
          </w:p>
        </w:tc>
        <w:tc>
          <w:tcPr>
            <w:tcW w:w="2608" w:type="dxa"/>
          </w:tcPr>
          <w:p w14:paraId="0DA1B0E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F0D662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1ED2354" w14:textId="77777777">
        <w:tc>
          <w:tcPr>
            <w:tcW w:w="2608" w:type="dxa"/>
          </w:tcPr>
          <w:p w14:paraId="72B888F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28. Profil secundar tavan</w:t>
            </w:r>
          </w:p>
        </w:tc>
        <w:tc>
          <w:tcPr>
            <w:tcW w:w="1814" w:type="dxa"/>
          </w:tcPr>
          <w:p w14:paraId="2C6C72C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77C3BE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412A6D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A97807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principal tavan casetat 24*26*600mm</w:t>
            </w:r>
          </w:p>
        </w:tc>
        <w:tc>
          <w:tcPr>
            <w:tcW w:w="2608" w:type="dxa"/>
          </w:tcPr>
          <w:p w14:paraId="5128207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B72106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5F8836D" w14:textId="77777777">
        <w:tc>
          <w:tcPr>
            <w:tcW w:w="2608" w:type="dxa"/>
          </w:tcPr>
          <w:p w14:paraId="71711F6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29. Tija suspendare</w:t>
            </w:r>
          </w:p>
        </w:tc>
        <w:tc>
          <w:tcPr>
            <w:tcW w:w="1814" w:type="dxa"/>
          </w:tcPr>
          <w:p w14:paraId="1BCEED7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C77C9E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A89E2E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6D1E00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Tija suspendare cu bucla 250mm</w:t>
            </w:r>
          </w:p>
        </w:tc>
        <w:tc>
          <w:tcPr>
            <w:tcW w:w="2608" w:type="dxa"/>
          </w:tcPr>
          <w:p w14:paraId="5C8C43E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C16138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BC3272A" w14:textId="77777777">
        <w:tc>
          <w:tcPr>
            <w:tcW w:w="2608" w:type="dxa"/>
          </w:tcPr>
          <w:p w14:paraId="69D6D4D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30. Tija suspendare</w:t>
            </w:r>
          </w:p>
        </w:tc>
        <w:tc>
          <w:tcPr>
            <w:tcW w:w="1814" w:type="dxa"/>
          </w:tcPr>
          <w:p w14:paraId="71AF6F8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25675D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9F2C2C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7127C6E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Tija suspendare cu bucla 250mm</w:t>
            </w:r>
          </w:p>
        </w:tc>
        <w:tc>
          <w:tcPr>
            <w:tcW w:w="2608" w:type="dxa"/>
          </w:tcPr>
          <w:p w14:paraId="1E07629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1C5D20E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2161493" w14:textId="77777777">
        <w:tc>
          <w:tcPr>
            <w:tcW w:w="2608" w:type="dxa"/>
          </w:tcPr>
          <w:p w14:paraId="48C23E6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31. Prelungitor pe tambur 16A</w:t>
            </w:r>
          </w:p>
        </w:tc>
        <w:tc>
          <w:tcPr>
            <w:tcW w:w="1814" w:type="dxa"/>
          </w:tcPr>
          <w:p w14:paraId="5EE13F4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245474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6CD643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08B370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Secțiune. 2.5 mm²Număr prize: 4 prize</w:t>
            </w:r>
            <w:r w:rsidRPr="00543C0E">
              <w:rPr>
                <w:noProof/>
                <w:sz w:val="16"/>
                <w:lang w:val="ro-RO"/>
              </w:rPr>
              <w:t>Numărul de fire: 2 *Lungimea cablului: minim 30 mCurent (A): 16 A</w:t>
            </w:r>
          </w:p>
        </w:tc>
        <w:tc>
          <w:tcPr>
            <w:tcW w:w="2608" w:type="dxa"/>
          </w:tcPr>
          <w:p w14:paraId="77CAE13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D2F7E8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C754CE2" w14:textId="77777777">
        <w:tc>
          <w:tcPr>
            <w:tcW w:w="2608" w:type="dxa"/>
          </w:tcPr>
          <w:p w14:paraId="04203E3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32. Lacăt suspendat 70 mm</w:t>
            </w:r>
          </w:p>
        </w:tc>
        <w:tc>
          <w:tcPr>
            <w:tcW w:w="1814" w:type="dxa"/>
          </w:tcPr>
          <w:p w14:paraId="63FEC22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F6A4E2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C44B95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386CE3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Tipul de produs: LacătDestinație: Pentru stradăCuloare: GriMaterial: OțelTipul de lacăt: MecanicăDimensiunea carcasei, mm: 70Număr de chei: 4</w:t>
            </w:r>
          </w:p>
        </w:tc>
        <w:tc>
          <w:tcPr>
            <w:tcW w:w="2608" w:type="dxa"/>
          </w:tcPr>
          <w:p w14:paraId="05A0FF4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C6CFEB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825789E" w14:textId="77777777">
        <w:tc>
          <w:tcPr>
            <w:tcW w:w="2608" w:type="dxa"/>
          </w:tcPr>
          <w:p w14:paraId="4B136B1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33. Cot metal sudură</w:t>
            </w:r>
          </w:p>
        </w:tc>
        <w:tc>
          <w:tcPr>
            <w:tcW w:w="1814" w:type="dxa"/>
          </w:tcPr>
          <w:p w14:paraId="43004E4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DC7324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DE1F5F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0A5C28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Diametru: Ø 50Material: oțelTip: 90ᵒ</w:t>
            </w:r>
          </w:p>
        </w:tc>
        <w:tc>
          <w:tcPr>
            <w:tcW w:w="2608" w:type="dxa"/>
          </w:tcPr>
          <w:p w14:paraId="3225491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B71646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AE17343" w14:textId="77777777">
        <w:tc>
          <w:tcPr>
            <w:tcW w:w="2608" w:type="dxa"/>
          </w:tcPr>
          <w:p w14:paraId="40911DE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34. Cot metal sudură</w:t>
            </w:r>
          </w:p>
        </w:tc>
        <w:tc>
          <w:tcPr>
            <w:tcW w:w="1814" w:type="dxa"/>
          </w:tcPr>
          <w:p w14:paraId="1A347B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A65AAB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953DC2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13135D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Diametru: Ø 40Material: oțelTip: 90ᵒ</w:t>
            </w:r>
          </w:p>
        </w:tc>
        <w:tc>
          <w:tcPr>
            <w:tcW w:w="2608" w:type="dxa"/>
          </w:tcPr>
          <w:p w14:paraId="57EBF82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129C226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FF1B9CD" w14:textId="77777777">
        <w:tc>
          <w:tcPr>
            <w:tcW w:w="2608" w:type="dxa"/>
          </w:tcPr>
          <w:p w14:paraId="060F85A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35. Cot metal sudură</w:t>
            </w:r>
          </w:p>
        </w:tc>
        <w:tc>
          <w:tcPr>
            <w:tcW w:w="1814" w:type="dxa"/>
          </w:tcPr>
          <w:p w14:paraId="1C86B62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707AEC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CC88DE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4F9157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Diametru: Ø 32Material: oțelTip: 90ᵒ</w:t>
            </w:r>
          </w:p>
        </w:tc>
        <w:tc>
          <w:tcPr>
            <w:tcW w:w="2608" w:type="dxa"/>
          </w:tcPr>
          <w:p w14:paraId="52B9266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4035C1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6D0E8CD" w14:textId="77777777">
        <w:tc>
          <w:tcPr>
            <w:tcW w:w="2608" w:type="dxa"/>
          </w:tcPr>
          <w:p w14:paraId="6771AB3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36. Disc debitat metal</w:t>
            </w:r>
          </w:p>
        </w:tc>
        <w:tc>
          <w:tcPr>
            <w:tcW w:w="1814" w:type="dxa"/>
          </w:tcPr>
          <w:p w14:paraId="0EC22A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9DAFDB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143241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7CDBBA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Destinație: Pentru metalDiametru alezaj (mm): 22.23Diametrul (mm): 125Grosime (mm): 1,2Tip: Pentru debitare</w:t>
            </w:r>
          </w:p>
        </w:tc>
        <w:tc>
          <w:tcPr>
            <w:tcW w:w="2608" w:type="dxa"/>
          </w:tcPr>
          <w:p w14:paraId="6AA4382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90B052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D3A7CC0" w14:textId="77777777">
        <w:tc>
          <w:tcPr>
            <w:tcW w:w="2608" w:type="dxa"/>
          </w:tcPr>
          <w:p w14:paraId="477FFF8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37. Silicon sanitar</w:t>
            </w:r>
          </w:p>
        </w:tc>
        <w:tc>
          <w:tcPr>
            <w:tcW w:w="1814" w:type="dxa"/>
          </w:tcPr>
          <w:p w14:paraId="147BA07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5C7995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552B3F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0CDD86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Capacitate:280mlCuloare:alb</w:t>
            </w:r>
          </w:p>
        </w:tc>
        <w:tc>
          <w:tcPr>
            <w:tcW w:w="2608" w:type="dxa"/>
          </w:tcPr>
          <w:p w14:paraId="33F3B59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78966D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9414827" w14:textId="77777777">
        <w:tc>
          <w:tcPr>
            <w:tcW w:w="2608" w:type="dxa"/>
          </w:tcPr>
          <w:p w14:paraId="27D0B24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38. Țeavă PP</w:t>
            </w:r>
          </w:p>
        </w:tc>
        <w:tc>
          <w:tcPr>
            <w:tcW w:w="1814" w:type="dxa"/>
          </w:tcPr>
          <w:p w14:paraId="0C53660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67D91B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A4B6F9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B0505E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d.110 lungimea 2 metri</w:t>
            </w:r>
          </w:p>
        </w:tc>
        <w:tc>
          <w:tcPr>
            <w:tcW w:w="2608" w:type="dxa"/>
          </w:tcPr>
          <w:p w14:paraId="1ABFD65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C8EB1A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F1A3765" w14:textId="77777777">
        <w:tc>
          <w:tcPr>
            <w:tcW w:w="2608" w:type="dxa"/>
          </w:tcPr>
          <w:p w14:paraId="7879D1C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39. Ramificație canalizare</w:t>
            </w:r>
          </w:p>
        </w:tc>
        <w:tc>
          <w:tcPr>
            <w:tcW w:w="1814" w:type="dxa"/>
          </w:tcPr>
          <w:p w14:paraId="74711E9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2B0B27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FBB976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AAC6D9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PP d 110x50x110/90ᵒ</w:t>
            </w:r>
          </w:p>
        </w:tc>
        <w:tc>
          <w:tcPr>
            <w:tcW w:w="2608" w:type="dxa"/>
          </w:tcPr>
          <w:p w14:paraId="63F5EB0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C46B1A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A23FD93" w14:textId="77777777">
        <w:tc>
          <w:tcPr>
            <w:tcW w:w="2608" w:type="dxa"/>
          </w:tcPr>
          <w:p w14:paraId="5BCC14E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40. Ramificație canalizare</w:t>
            </w:r>
          </w:p>
        </w:tc>
        <w:tc>
          <w:tcPr>
            <w:tcW w:w="1814" w:type="dxa"/>
          </w:tcPr>
          <w:p w14:paraId="3F4ABB7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10653A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AC48AA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107359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PP d 110x50x90ᵒ</w:t>
            </w:r>
          </w:p>
        </w:tc>
        <w:tc>
          <w:tcPr>
            <w:tcW w:w="2608" w:type="dxa"/>
          </w:tcPr>
          <w:p w14:paraId="4C9F48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15B133F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837839D" w14:textId="77777777">
        <w:tc>
          <w:tcPr>
            <w:tcW w:w="2608" w:type="dxa"/>
          </w:tcPr>
          <w:p w14:paraId="61C3BEA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41. Cot PP</w:t>
            </w:r>
          </w:p>
        </w:tc>
        <w:tc>
          <w:tcPr>
            <w:tcW w:w="1814" w:type="dxa"/>
          </w:tcPr>
          <w:p w14:paraId="2D74F23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A7E007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EE60F6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AE8F73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PP d 110x50x90ᵒ</w:t>
            </w:r>
          </w:p>
        </w:tc>
        <w:tc>
          <w:tcPr>
            <w:tcW w:w="2608" w:type="dxa"/>
          </w:tcPr>
          <w:p w14:paraId="066015C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F303A4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CB186E1" w14:textId="77777777">
        <w:tc>
          <w:tcPr>
            <w:tcW w:w="2608" w:type="dxa"/>
          </w:tcPr>
          <w:p w14:paraId="34C0FA1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42. Ramificație canalizare</w:t>
            </w:r>
          </w:p>
        </w:tc>
        <w:tc>
          <w:tcPr>
            <w:tcW w:w="1814" w:type="dxa"/>
          </w:tcPr>
          <w:p w14:paraId="6A485A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4B7F47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02A790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87309C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PP d 110x110/90ᵒ</w:t>
            </w:r>
          </w:p>
        </w:tc>
        <w:tc>
          <w:tcPr>
            <w:tcW w:w="2608" w:type="dxa"/>
          </w:tcPr>
          <w:p w14:paraId="404B865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C6C958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7131CE7" w14:textId="77777777">
        <w:tc>
          <w:tcPr>
            <w:tcW w:w="2608" w:type="dxa"/>
          </w:tcPr>
          <w:p w14:paraId="219044F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43. Cot PP pentru canalizare</w:t>
            </w:r>
          </w:p>
        </w:tc>
        <w:tc>
          <w:tcPr>
            <w:tcW w:w="1814" w:type="dxa"/>
          </w:tcPr>
          <w:p w14:paraId="36B2D92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640843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41CA81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A69551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 110 mm. 90 grade</w:t>
            </w:r>
          </w:p>
        </w:tc>
        <w:tc>
          <w:tcPr>
            <w:tcW w:w="2608" w:type="dxa"/>
          </w:tcPr>
          <w:p w14:paraId="05F2525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C4E68B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50ABD8B" w14:textId="77777777">
        <w:tc>
          <w:tcPr>
            <w:tcW w:w="2608" w:type="dxa"/>
          </w:tcPr>
          <w:p w14:paraId="2348922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44. Cot PP pentru canalizare</w:t>
            </w:r>
          </w:p>
        </w:tc>
        <w:tc>
          <w:tcPr>
            <w:tcW w:w="1814" w:type="dxa"/>
          </w:tcPr>
          <w:p w14:paraId="321B998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7DE25E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0605EB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C1F5A5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 110 mm. 45 grade</w:t>
            </w:r>
          </w:p>
        </w:tc>
        <w:tc>
          <w:tcPr>
            <w:tcW w:w="2608" w:type="dxa"/>
          </w:tcPr>
          <w:p w14:paraId="79DA9C9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2B641E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AF9E8AA" w14:textId="77777777">
        <w:tc>
          <w:tcPr>
            <w:tcW w:w="2608" w:type="dxa"/>
          </w:tcPr>
          <w:p w14:paraId="78163EA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45. Mufa PP pentru canalizare</w:t>
            </w:r>
          </w:p>
        </w:tc>
        <w:tc>
          <w:tcPr>
            <w:tcW w:w="1814" w:type="dxa"/>
          </w:tcPr>
          <w:p w14:paraId="086F9A7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C85877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9A9ED7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706D76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 110 mm</w:t>
            </w:r>
          </w:p>
        </w:tc>
        <w:tc>
          <w:tcPr>
            <w:tcW w:w="2608" w:type="dxa"/>
          </w:tcPr>
          <w:p w14:paraId="1C824B9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D9B543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77BACE3" w14:textId="77777777">
        <w:tc>
          <w:tcPr>
            <w:tcW w:w="2608" w:type="dxa"/>
          </w:tcPr>
          <w:p w14:paraId="405FAE2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46. Mufa PP pentru canalizare</w:t>
            </w:r>
          </w:p>
        </w:tc>
        <w:tc>
          <w:tcPr>
            <w:tcW w:w="1814" w:type="dxa"/>
          </w:tcPr>
          <w:p w14:paraId="31A9EE2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5F2341E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6A37FD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96D891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 50 mm</w:t>
            </w:r>
          </w:p>
        </w:tc>
        <w:tc>
          <w:tcPr>
            <w:tcW w:w="2608" w:type="dxa"/>
          </w:tcPr>
          <w:p w14:paraId="6A322E7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22CB07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65E6CCC" w14:textId="77777777">
        <w:tc>
          <w:tcPr>
            <w:tcW w:w="2608" w:type="dxa"/>
          </w:tcPr>
          <w:p w14:paraId="4EA4558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47. Rigola de duș cu grătar</w:t>
            </w:r>
          </w:p>
        </w:tc>
        <w:tc>
          <w:tcPr>
            <w:tcW w:w="1814" w:type="dxa"/>
          </w:tcPr>
          <w:p w14:paraId="11713C4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022911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925E22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D6192C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Dimensiuni: 150*150*110mmMaterial sifon: plastic</w:t>
            </w:r>
          </w:p>
        </w:tc>
        <w:tc>
          <w:tcPr>
            <w:tcW w:w="2608" w:type="dxa"/>
          </w:tcPr>
          <w:p w14:paraId="73481D3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0952FF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C848D32" w14:textId="77777777">
        <w:tc>
          <w:tcPr>
            <w:tcW w:w="2608" w:type="dxa"/>
          </w:tcPr>
          <w:p w14:paraId="4F80CC4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48. Lopata din metal</w:t>
            </w:r>
          </w:p>
        </w:tc>
        <w:tc>
          <w:tcPr>
            <w:tcW w:w="1814" w:type="dxa"/>
          </w:tcPr>
          <w:p w14:paraId="1B2A083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68A6EA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7C34DA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A88370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Material: OtelTip: LopețiSet: fără coadă</w:t>
            </w:r>
          </w:p>
        </w:tc>
        <w:tc>
          <w:tcPr>
            <w:tcW w:w="2608" w:type="dxa"/>
          </w:tcPr>
          <w:p w14:paraId="76B4A69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B67E9E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336C038" w14:textId="77777777">
        <w:tc>
          <w:tcPr>
            <w:tcW w:w="2608" w:type="dxa"/>
          </w:tcPr>
          <w:p w14:paraId="742987E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49. Lacăt suspendat 50 mm</w:t>
            </w:r>
          </w:p>
        </w:tc>
        <w:tc>
          <w:tcPr>
            <w:tcW w:w="1814" w:type="dxa"/>
          </w:tcPr>
          <w:p w14:paraId="7850D4A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FFC16F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509D00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47E95A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Tipul de produs: LacătDestinație: Pentru stradăCuloare: GriMaterial: OțelTipul de lacăt: MecanicăDimensiunea carcasei, mm: 50Număr de chei: 4</w:t>
            </w:r>
          </w:p>
        </w:tc>
        <w:tc>
          <w:tcPr>
            <w:tcW w:w="2608" w:type="dxa"/>
          </w:tcPr>
          <w:p w14:paraId="773F095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856563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2EF765B" w14:textId="77777777">
        <w:tc>
          <w:tcPr>
            <w:tcW w:w="2608" w:type="dxa"/>
          </w:tcPr>
          <w:p w14:paraId="5678F35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50. Zgon complet Ø 40</w:t>
            </w:r>
          </w:p>
        </w:tc>
        <w:tc>
          <w:tcPr>
            <w:tcW w:w="1814" w:type="dxa"/>
          </w:tcPr>
          <w:p w14:paraId="791B557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28ABD8A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3A27D1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BA6BF9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Produs: zgon  Material: oțelTip filet: MM</w:t>
            </w:r>
            <w:r w:rsidRPr="00543C0E">
              <w:rPr>
                <w:noProof/>
                <w:sz w:val="16"/>
                <w:lang w:val="ro-RO"/>
              </w:rPr>
              <w:tab/>
              <w:t>Dimensiuni: 2 inch x 150 mm</w:t>
            </w:r>
          </w:p>
        </w:tc>
        <w:tc>
          <w:tcPr>
            <w:tcW w:w="2608" w:type="dxa"/>
          </w:tcPr>
          <w:p w14:paraId="770FE51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7D4348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D6346BD" w14:textId="77777777">
        <w:tc>
          <w:tcPr>
            <w:tcW w:w="2608" w:type="dxa"/>
          </w:tcPr>
          <w:p w14:paraId="179C691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lastRenderedPageBreak/>
              <w:t>51. Zgon complet Ø 50.</w:t>
            </w:r>
          </w:p>
        </w:tc>
        <w:tc>
          <w:tcPr>
            <w:tcW w:w="1814" w:type="dxa"/>
          </w:tcPr>
          <w:p w14:paraId="667742C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849E6C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627E86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40C0F3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Produs: zgon  Material: oțelTip filet: MM</w:t>
            </w:r>
            <w:r w:rsidRPr="00543C0E">
              <w:rPr>
                <w:noProof/>
                <w:sz w:val="16"/>
                <w:lang w:val="ro-RO"/>
              </w:rPr>
              <w:tab/>
              <w:t>Dimensiuni: 2 inch x 150 mm</w:t>
            </w:r>
          </w:p>
        </w:tc>
        <w:tc>
          <w:tcPr>
            <w:tcW w:w="2608" w:type="dxa"/>
          </w:tcPr>
          <w:p w14:paraId="2DB0694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3C2A5E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EA5CE38" w14:textId="77777777">
        <w:tc>
          <w:tcPr>
            <w:tcW w:w="2608" w:type="dxa"/>
          </w:tcPr>
          <w:p w14:paraId="249DA6D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52. Mufă PPR Ø20</w:t>
            </w:r>
          </w:p>
        </w:tc>
        <w:tc>
          <w:tcPr>
            <w:tcW w:w="1814" w:type="dxa"/>
          </w:tcPr>
          <w:p w14:paraId="4F173CD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9859B5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5A4F18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3D3C11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 PPR Ø20*1/2M</w:t>
            </w:r>
          </w:p>
        </w:tc>
        <w:tc>
          <w:tcPr>
            <w:tcW w:w="2608" w:type="dxa"/>
          </w:tcPr>
          <w:p w14:paraId="2DA31D1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659EF83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2FD6233" w14:textId="77777777">
        <w:tc>
          <w:tcPr>
            <w:tcW w:w="2608" w:type="dxa"/>
          </w:tcPr>
          <w:p w14:paraId="59E50B9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53. Mufă reducție</w:t>
            </w:r>
          </w:p>
        </w:tc>
        <w:tc>
          <w:tcPr>
            <w:tcW w:w="1814" w:type="dxa"/>
          </w:tcPr>
          <w:p w14:paraId="42F98F9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B07875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AE0513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A97F2B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 reducție PPR 50-32 mm</w:t>
            </w:r>
          </w:p>
        </w:tc>
        <w:tc>
          <w:tcPr>
            <w:tcW w:w="2608" w:type="dxa"/>
          </w:tcPr>
          <w:p w14:paraId="7246FA3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27FA28D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B1FBFD0" w14:textId="77777777">
        <w:tc>
          <w:tcPr>
            <w:tcW w:w="2608" w:type="dxa"/>
          </w:tcPr>
          <w:p w14:paraId="0DAD0AC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54. Piuliță</w:t>
            </w:r>
          </w:p>
        </w:tc>
        <w:tc>
          <w:tcPr>
            <w:tcW w:w="1814" w:type="dxa"/>
          </w:tcPr>
          <w:p w14:paraId="4284573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A13367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E1D70B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4A7ABFA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Piuliță din fontă Ø20</w:t>
            </w:r>
          </w:p>
        </w:tc>
        <w:tc>
          <w:tcPr>
            <w:tcW w:w="2608" w:type="dxa"/>
          </w:tcPr>
          <w:p w14:paraId="62173E1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0B6AD3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A0158B7" w14:textId="77777777">
        <w:tc>
          <w:tcPr>
            <w:tcW w:w="2608" w:type="dxa"/>
          </w:tcPr>
          <w:p w14:paraId="3C0E8E8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55. Mufă</w:t>
            </w:r>
          </w:p>
        </w:tc>
        <w:tc>
          <w:tcPr>
            <w:tcW w:w="1814" w:type="dxa"/>
          </w:tcPr>
          <w:p w14:paraId="157F274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A121B1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3A634D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A45329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 ¾ din fontă Ø20</w:t>
            </w:r>
          </w:p>
        </w:tc>
        <w:tc>
          <w:tcPr>
            <w:tcW w:w="2608" w:type="dxa"/>
          </w:tcPr>
          <w:p w14:paraId="1BB347B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7D3F8E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7625B5D" w14:textId="77777777">
        <w:tc>
          <w:tcPr>
            <w:tcW w:w="2608" w:type="dxa"/>
          </w:tcPr>
          <w:p w14:paraId="10B53C4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56. Cartuș</w:t>
            </w:r>
          </w:p>
        </w:tc>
        <w:tc>
          <w:tcPr>
            <w:tcW w:w="1814" w:type="dxa"/>
          </w:tcPr>
          <w:p w14:paraId="13D704F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AE5DA3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EF10DB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0A876A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Cartuș CPP-5A fibra de poliester</w:t>
            </w:r>
          </w:p>
        </w:tc>
        <w:tc>
          <w:tcPr>
            <w:tcW w:w="2608" w:type="dxa"/>
          </w:tcPr>
          <w:p w14:paraId="79DDD07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D927A1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23BBE34" w14:textId="77777777">
        <w:tc>
          <w:tcPr>
            <w:tcW w:w="2608" w:type="dxa"/>
          </w:tcPr>
          <w:p w14:paraId="6357A93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57. Robinet</w:t>
            </w:r>
          </w:p>
        </w:tc>
        <w:tc>
          <w:tcPr>
            <w:tcW w:w="1814" w:type="dxa"/>
          </w:tcPr>
          <w:p w14:paraId="3502B5A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3FFEDB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C4F266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138000C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cu bila pentru apă 1/2 FF  Ø15</w:t>
            </w:r>
          </w:p>
        </w:tc>
        <w:tc>
          <w:tcPr>
            <w:tcW w:w="2608" w:type="dxa"/>
          </w:tcPr>
          <w:p w14:paraId="30A9915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743A0E1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46715BD" w14:textId="77777777">
        <w:tc>
          <w:tcPr>
            <w:tcW w:w="2608" w:type="dxa"/>
          </w:tcPr>
          <w:p w14:paraId="78FCCB1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58. Robinet</w:t>
            </w:r>
          </w:p>
        </w:tc>
        <w:tc>
          <w:tcPr>
            <w:tcW w:w="1814" w:type="dxa"/>
          </w:tcPr>
          <w:p w14:paraId="150861D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7D9D396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3B04A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D2B180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cu bila pentru apă 1/2 FM  Ø15</w:t>
            </w:r>
          </w:p>
        </w:tc>
        <w:tc>
          <w:tcPr>
            <w:tcW w:w="2608" w:type="dxa"/>
          </w:tcPr>
          <w:p w14:paraId="2945270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5CF6D57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3CD56F2" w14:textId="77777777">
        <w:tc>
          <w:tcPr>
            <w:tcW w:w="2608" w:type="dxa"/>
          </w:tcPr>
          <w:p w14:paraId="01B9A44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59. Robinet</w:t>
            </w:r>
          </w:p>
        </w:tc>
        <w:tc>
          <w:tcPr>
            <w:tcW w:w="1814" w:type="dxa"/>
          </w:tcPr>
          <w:p w14:paraId="49E0804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4A6E68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1E6069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097578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cu ventil 1/2 FM  Ø20</w:t>
            </w:r>
          </w:p>
        </w:tc>
        <w:tc>
          <w:tcPr>
            <w:tcW w:w="2608" w:type="dxa"/>
          </w:tcPr>
          <w:p w14:paraId="4906726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175F730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49A496F" w14:textId="77777777">
        <w:tc>
          <w:tcPr>
            <w:tcW w:w="2608" w:type="dxa"/>
          </w:tcPr>
          <w:p w14:paraId="378D559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60. Robinet</w:t>
            </w:r>
          </w:p>
        </w:tc>
        <w:tc>
          <w:tcPr>
            <w:tcW w:w="1814" w:type="dxa"/>
          </w:tcPr>
          <w:p w14:paraId="441A176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3800296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9401DB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2BC1E20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dublu serviciu 1/2 plastic cu piulița</w:t>
            </w:r>
          </w:p>
        </w:tc>
        <w:tc>
          <w:tcPr>
            <w:tcW w:w="2608" w:type="dxa"/>
          </w:tcPr>
          <w:p w14:paraId="4808346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7DD021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EC941B1" w14:textId="77777777">
        <w:tc>
          <w:tcPr>
            <w:tcW w:w="2608" w:type="dxa"/>
          </w:tcPr>
          <w:p w14:paraId="1E0005A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61. Robinet</w:t>
            </w:r>
          </w:p>
        </w:tc>
        <w:tc>
          <w:tcPr>
            <w:tcW w:w="1814" w:type="dxa"/>
          </w:tcPr>
          <w:p w14:paraId="01E5F22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6D884A4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096DD9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56BFB93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maevschi 1/2  Ø15</w:t>
            </w:r>
          </w:p>
        </w:tc>
        <w:tc>
          <w:tcPr>
            <w:tcW w:w="2608" w:type="dxa"/>
          </w:tcPr>
          <w:p w14:paraId="1430E77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332BB4F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C28A95C" w14:textId="77777777">
        <w:tc>
          <w:tcPr>
            <w:tcW w:w="2608" w:type="dxa"/>
          </w:tcPr>
          <w:p w14:paraId="79E9E95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62. Robinet</w:t>
            </w:r>
          </w:p>
        </w:tc>
        <w:tc>
          <w:tcPr>
            <w:tcW w:w="1814" w:type="dxa"/>
          </w:tcPr>
          <w:p w14:paraId="1DAA41E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27AEAF2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382578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6A642F7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 maevschi 1/2  Ø20</w:t>
            </w:r>
          </w:p>
        </w:tc>
        <w:tc>
          <w:tcPr>
            <w:tcW w:w="2608" w:type="dxa"/>
          </w:tcPr>
          <w:p w14:paraId="207D608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4EC669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F21E389" w14:textId="77777777">
        <w:tc>
          <w:tcPr>
            <w:tcW w:w="2608" w:type="dxa"/>
          </w:tcPr>
          <w:p w14:paraId="3EF62DF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63. Siguranța ППН - 33</w:t>
            </w:r>
          </w:p>
        </w:tc>
        <w:tc>
          <w:tcPr>
            <w:tcW w:w="1814" w:type="dxa"/>
          </w:tcPr>
          <w:p w14:paraId="054DA31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0E774F3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22726A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0303CD6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Curent nominal(A) – 63ADimensiunea constructivă – 00(NH00)Gradul de protecție (IP) – IP00Tensiune nominală(V) – 660V</w:t>
            </w:r>
            <w:r w:rsidRPr="00543C0E">
              <w:rPr>
                <w:noProof/>
                <w:sz w:val="16"/>
                <w:lang w:val="ro-RO"/>
              </w:rPr>
              <w:t>Temperatura – de la -450C pînă la +600C</w:t>
            </w:r>
          </w:p>
        </w:tc>
        <w:tc>
          <w:tcPr>
            <w:tcW w:w="2608" w:type="dxa"/>
          </w:tcPr>
          <w:p w14:paraId="43EBF3B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4DF15A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EB3A9E5" w14:textId="77777777">
        <w:tc>
          <w:tcPr>
            <w:tcW w:w="2608" w:type="dxa"/>
          </w:tcPr>
          <w:p w14:paraId="1222D50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64. Siguranța ППН - 33</w:t>
            </w:r>
          </w:p>
        </w:tc>
        <w:tc>
          <w:tcPr>
            <w:tcW w:w="1814" w:type="dxa"/>
          </w:tcPr>
          <w:p w14:paraId="5D52B08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077" w:type="dxa"/>
          </w:tcPr>
          <w:p w14:paraId="484BF0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45A4CE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4082" w:type="dxa"/>
          </w:tcPr>
          <w:p w14:paraId="3745885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Curent nominal(A) – 80ADimensiunea constructivă – 00(NH00)Gradul de protecție (IP) – IP00Tensiune nominală(V) – 660VTemperatura – de la -450C pînă la +600C</w:t>
            </w:r>
          </w:p>
        </w:tc>
        <w:tc>
          <w:tcPr>
            <w:tcW w:w="2608" w:type="dxa"/>
          </w:tcPr>
          <w:p w14:paraId="018C81E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531" w:type="dxa"/>
          </w:tcPr>
          <w:p w14:paraId="0660E81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</w:tbl>
    <w:p w14:paraId="5D8993BC" w14:textId="77777777" w:rsidR="00295C3D" w:rsidRPr="00543C0E" w:rsidRDefault="00295C3D">
      <w:pPr>
        <w:spacing w:after="120"/>
        <w:rPr>
          <w:noProof/>
          <w:lang w:val="ro-RO"/>
        </w:rPr>
      </w:pPr>
    </w:p>
    <w:p w14:paraId="01F57036" w14:textId="77777777" w:rsidR="00295C3D" w:rsidRPr="00543C0E" w:rsidRDefault="00521A42">
      <w:pPr>
        <w:spacing w:after="120"/>
        <w:ind w:firstLine="709"/>
        <w:jc w:val="both"/>
        <w:rPr>
          <w:noProof/>
          <w:lang w:val="ro-RO"/>
        </w:rPr>
      </w:pPr>
      <w:r w:rsidRPr="00543C0E">
        <w:rPr>
          <w:i/>
          <w:noProof/>
          <w:sz w:val="20"/>
          <w:lang w:val="ro-RO"/>
        </w:rPr>
        <w:t>Cerințe generale obligatorii: bunurile vor fi noi, nefolosite, în ambalaj original; garanție minim 12 luni; livrarea se efectuează din contul ofertantului până la adresa beneficiarului; se prezintă certificat de calitate/conformitate pentru bunurile propuse.</w:t>
      </w:r>
    </w:p>
    <w:p w14:paraId="3FDE8416" w14:textId="77777777" w:rsidR="00295C3D" w:rsidRPr="00543C0E" w:rsidRDefault="00295C3D">
      <w:pPr>
        <w:spacing w:after="120"/>
        <w:rPr>
          <w:noProof/>
          <w:lang w:val="ro-RO"/>
        </w:rPr>
      </w:pPr>
    </w:p>
    <w:p w14:paraId="567E09DF" w14:textId="77777777" w:rsidR="00295C3D" w:rsidRPr="00543C0E" w:rsidRDefault="00521A42">
      <w:pPr>
        <w:spacing w:after="60"/>
        <w:rPr>
          <w:noProof/>
          <w:lang w:val="ro-RO"/>
        </w:rPr>
      </w:pPr>
      <w:r w:rsidRPr="00543C0E">
        <w:rPr>
          <w:noProof/>
          <w:sz w:val="24"/>
          <w:lang w:val="ro-RO"/>
        </w:rPr>
        <w:t>Semnat: _______________  Numele, Prenumele: _____________________________  În calitate de: ________________</w:t>
      </w:r>
    </w:p>
    <w:p w14:paraId="3C4DA49A" w14:textId="77777777" w:rsidR="00295C3D" w:rsidRPr="00543C0E" w:rsidRDefault="00521A42">
      <w:pPr>
        <w:spacing w:after="120"/>
        <w:rPr>
          <w:noProof/>
          <w:lang w:val="ro-RO"/>
        </w:rPr>
      </w:pPr>
      <w:r w:rsidRPr="00543C0E">
        <w:rPr>
          <w:noProof/>
          <w:sz w:val="24"/>
          <w:lang w:val="ro-RO"/>
        </w:rPr>
        <w:t>Ofertantul: _______________________  Adresa: ______________________________</w:t>
      </w:r>
    </w:p>
    <w:p w14:paraId="09B073B4" w14:textId="77777777" w:rsidR="00295C3D" w:rsidRPr="00543C0E" w:rsidRDefault="00521A42">
      <w:pPr>
        <w:rPr>
          <w:noProof/>
          <w:lang w:val="ro-RO"/>
        </w:rPr>
      </w:pPr>
      <w:r w:rsidRPr="00543C0E">
        <w:rPr>
          <w:noProof/>
          <w:lang w:val="ro-RO"/>
        </w:rPr>
        <w:br w:type="page"/>
      </w:r>
    </w:p>
    <w:p w14:paraId="51536601" w14:textId="77777777" w:rsidR="00295C3D" w:rsidRPr="00543C0E" w:rsidRDefault="00521A42">
      <w:pPr>
        <w:spacing w:after="0"/>
        <w:jc w:val="right"/>
        <w:rPr>
          <w:noProof/>
          <w:lang w:val="ro-RO"/>
        </w:rPr>
      </w:pPr>
      <w:r w:rsidRPr="00543C0E">
        <w:rPr>
          <w:noProof/>
          <w:lang w:val="ro-RO"/>
        </w:rPr>
        <w:lastRenderedPageBreak/>
        <w:t>Anexa nr. 23</w:t>
      </w:r>
    </w:p>
    <w:p w14:paraId="077D1540" w14:textId="77777777" w:rsidR="00295C3D" w:rsidRPr="00543C0E" w:rsidRDefault="00521A42">
      <w:pPr>
        <w:spacing w:after="120"/>
        <w:jc w:val="right"/>
        <w:rPr>
          <w:noProof/>
          <w:lang w:val="ro-RO"/>
        </w:rPr>
      </w:pPr>
      <w:r w:rsidRPr="00543C0E">
        <w:rPr>
          <w:noProof/>
          <w:lang w:val="ro-RO"/>
        </w:rPr>
        <w:t>la Documentația standard</w:t>
      </w:r>
    </w:p>
    <w:p w14:paraId="64A4E667" w14:textId="77777777" w:rsidR="00295C3D" w:rsidRPr="00543C0E" w:rsidRDefault="00521A42">
      <w:pPr>
        <w:spacing w:after="120"/>
        <w:jc w:val="center"/>
        <w:rPr>
          <w:noProof/>
          <w:lang w:val="ro-RO"/>
        </w:rPr>
      </w:pPr>
      <w:r w:rsidRPr="00543C0E">
        <w:rPr>
          <w:b/>
          <w:noProof/>
          <w:sz w:val="26"/>
          <w:lang w:val="ro-RO"/>
        </w:rPr>
        <w:t>Specificații de preț</w:t>
      </w:r>
    </w:p>
    <w:p w14:paraId="2527F96D" w14:textId="77777777" w:rsidR="00295C3D" w:rsidRPr="00543C0E" w:rsidRDefault="00521A42">
      <w:pPr>
        <w:spacing w:after="120"/>
        <w:jc w:val="both"/>
        <w:rPr>
          <w:noProof/>
          <w:lang w:val="ro-RO"/>
        </w:rPr>
      </w:pPr>
      <w:r w:rsidRPr="00543C0E">
        <w:rPr>
          <w:i/>
          <w:noProof/>
          <w:sz w:val="20"/>
          <w:lang w:val="ro-RO"/>
        </w:rPr>
        <w:t>[Acest tabel va fi completat de către ofertant în coloanele 5, 6, 7, 8 și 11 la necesitate, iar de către autoritatea contractantă – în coloanele 1, 2, 3, 4, 9, 10]</w:t>
      </w:r>
    </w:p>
    <w:p w14:paraId="099895AE" w14:textId="77777777" w:rsidR="00295C3D" w:rsidRPr="00543C0E" w:rsidRDefault="00521A42">
      <w:pPr>
        <w:spacing w:after="0"/>
        <w:rPr>
          <w:noProof/>
          <w:lang w:val="ro-RO"/>
        </w:rPr>
      </w:pPr>
      <w:r w:rsidRPr="00543C0E">
        <w:rPr>
          <w:noProof/>
          <w:sz w:val="24"/>
          <w:lang w:val="ro-RO"/>
        </w:rPr>
        <w:t>Numărul procedurii de achiziție: ______________________________</w:t>
      </w:r>
    </w:p>
    <w:p w14:paraId="3DB2E7D6" w14:textId="77777777" w:rsidR="00295C3D" w:rsidRPr="00543C0E" w:rsidRDefault="00521A42">
      <w:pPr>
        <w:spacing w:after="120"/>
        <w:rPr>
          <w:noProof/>
          <w:lang w:val="ro-RO"/>
        </w:rPr>
      </w:pPr>
      <w:r w:rsidRPr="00543C0E">
        <w:rPr>
          <w:b/>
          <w:noProof/>
          <w:sz w:val="24"/>
          <w:lang w:val="ro-RO"/>
        </w:rPr>
        <w:t xml:space="preserve">Obiectul achiziției: </w:t>
      </w:r>
      <w:r w:rsidRPr="00543C0E">
        <w:rPr>
          <w:noProof/>
          <w:sz w:val="24"/>
          <w:lang w:val="ro-RO"/>
        </w:rPr>
        <w:t>Materiale de construcție pentru anul 2026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10"/>
        <w:gridCol w:w="3402"/>
        <w:gridCol w:w="964"/>
        <w:gridCol w:w="936"/>
        <w:gridCol w:w="1304"/>
        <w:gridCol w:w="1304"/>
        <w:gridCol w:w="1247"/>
        <w:gridCol w:w="1247"/>
        <w:gridCol w:w="1361"/>
        <w:gridCol w:w="1474"/>
      </w:tblGrid>
      <w:tr w:rsidR="00295C3D" w:rsidRPr="00543C0E" w14:paraId="7528826B" w14:textId="77777777">
        <w:tc>
          <w:tcPr>
            <w:tcW w:w="907" w:type="dxa"/>
            <w:shd w:val="clear" w:color="auto" w:fill="D9E1F2"/>
          </w:tcPr>
          <w:p w14:paraId="1374DC5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Cod CPV</w:t>
            </w:r>
          </w:p>
        </w:tc>
        <w:tc>
          <w:tcPr>
            <w:tcW w:w="3402" w:type="dxa"/>
            <w:shd w:val="clear" w:color="auto" w:fill="D9E1F2"/>
          </w:tcPr>
          <w:p w14:paraId="053639D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Denumirea bunurilor</w:t>
            </w:r>
          </w:p>
        </w:tc>
        <w:tc>
          <w:tcPr>
            <w:tcW w:w="964" w:type="dxa"/>
            <w:shd w:val="clear" w:color="auto" w:fill="D9E1F2"/>
          </w:tcPr>
          <w:p w14:paraId="0C55E27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Unitatea de măsură</w:t>
            </w:r>
          </w:p>
        </w:tc>
        <w:tc>
          <w:tcPr>
            <w:tcW w:w="794" w:type="dxa"/>
            <w:shd w:val="clear" w:color="auto" w:fill="D9E1F2"/>
          </w:tcPr>
          <w:p w14:paraId="55DCF41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Cantitatea</w:t>
            </w:r>
          </w:p>
        </w:tc>
        <w:tc>
          <w:tcPr>
            <w:tcW w:w="1304" w:type="dxa"/>
            <w:shd w:val="clear" w:color="auto" w:fill="D9E1F2"/>
          </w:tcPr>
          <w:p w14:paraId="188E38C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Preţ unitar (fără TVA)</w:t>
            </w:r>
          </w:p>
        </w:tc>
        <w:tc>
          <w:tcPr>
            <w:tcW w:w="1304" w:type="dxa"/>
            <w:shd w:val="clear" w:color="auto" w:fill="D9E1F2"/>
          </w:tcPr>
          <w:p w14:paraId="232428B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Preţ unitar (cu TVA)</w:t>
            </w:r>
          </w:p>
        </w:tc>
        <w:tc>
          <w:tcPr>
            <w:tcW w:w="1247" w:type="dxa"/>
            <w:shd w:val="clear" w:color="auto" w:fill="D9E1F2"/>
          </w:tcPr>
          <w:p w14:paraId="3D3BD8B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Suma fără TVA</w:t>
            </w:r>
          </w:p>
        </w:tc>
        <w:tc>
          <w:tcPr>
            <w:tcW w:w="1247" w:type="dxa"/>
            <w:shd w:val="clear" w:color="auto" w:fill="D9E1F2"/>
          </w:tcPr>
          <w:p w14:paraId="3BF4C5B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Suma cu TVA</w:t>
            </w:r>
          </w:p>
        </w:tc>
        <w:tc>
          <w:tcPr>
            <w:tcW w:w="1361" w:type="dxa"/>
            <w:shd w:val="clear" w:color="auto" w:fill="D9E1F2"/>
          </w:tcPr>
          <w:p w14:paraId="38518E9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Termenul de livrare</w:t>
            </w:r>
          </w:p>
        </w:tc>
        <w:tc>
          <w:tcPr>
            <w:tcW w:w="1474" w:type="dxa"/>
            <w:shd w:val="clear" w:color="auto" w:fill="D9E1F2"/>
          </w:tcPr>
          <w:p w14:paraId="2BD7140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Clasificație bugetară (IBAN)</w:t>
            </w:r>
          </w:p>
        </w:tc>
      </w:tr>
      <w:tr w:rsidR="00295C3D" w:rsidRPr="00543C0E" w14:paraId="5C8A6798" w14:textId="77777777">
        <w:tc>
          <w:tcPr>
            <w:tcW w:w="907" w:type="dxa"/>
          </w:tcPr>
          <w:p w14:paraId="2E204B5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1</w:t>
            </w:r>
          </w:p>
        </w:tc>
        <w:tc>
          <w:tcPr>
            <w:tcW w:w="3402" w:type="dxa"/>
          </w:tcPr>
          <w:p w14:paraId="27F6336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2</w:t>
            </w:r>
          </w:p>
        </w:tc>
        <w:tc>
          <w:tcPr>
            <w:tcW w:w="964" w:type="dxa"/>
          </w:tcPr>
          <w:p w14:paraId="2B1F9DA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3</w:t>
            </w:r>
          </w:p>
        </w:tc>
        <w:tc>
          <w:tcPr>
            <w:tcW w:w="794" w:type="dxa"/>
          </w:tcPr>
          <w:p w14:paraId="76EF432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4</w:t>
            </w:r>
          </w:p>
        </w:tc>
        <w:tc>
          <w:tcPr>
            <w:tcW w:w="1304" w:type="dxa"/>
          </w:tcPr>
          <w:p w14:paraId="53F0910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4EF798D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6</w:t>
            </w:r>
          </w:p>
        </w:tc>
        <w:tc>
          <w:tcPr>
            <w:tcW w:w="1247" w:type="dxa"/>
          </w:tcPr>
          <w:p w14:paraId="0BAE98B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7</w:t>
            </w:r>
          </w:p>
        </w:tc>
        <w:tc>
          <w:tcPr>
            <w:tcW w:w="1247" w:type="dxa"/>
          </w:tcPr>
          <w:p w14:paraId="44266C7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8</w:t>
            </w:r>
          </w:p>
        </w:tc>
        <w:tc>
          <w:tcPr>
            <w:tcW w:w="1361" w:type="dxa"/>
          </w:tcPr>
          <w:p w14:paraId="111B067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9</w:t>
            </w:r>
          </w:p>
        </w:tc>
        <w:tc>
          <w:tcPr>
            <w:tcW w:w="1474" w:type="dxa"/>
          </w:tcPr>
          <w:p w14:paraId="54D3CDC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10</w:t>
            </w:r>
          </w:p>
        </w:tc>
      </w:tr>
      <w:tr w:rsidR="00295C3D" w:rsidRPr="00543C0E" w14:paraId="6A47C4AD" w14:textId="77777777">
        <w:tc>
          <w:tcPr>
            <w:tcW w:w="907" w:type="dxa"/>
          </w:tcPr>
          <w:p w14:paraId="44B5085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Cod CPV: 44100000-1</w:t>
            </w:r>
          </w:p>
        </w:tc>
        <w:tc>
          <w:tcPr>
            <w:tcW w:w="3402" w:type="dxa"/>
          </w:tcPr>
          <w:p w14:paraId="700CB39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b/>
                <w:noProof/>
                <w:sz w:val="16"/>
                <w:lang w:val="ro-RO"/>
              </w:rPr>
              <w:t>Lotul 1 – Materiale de construcție</w:t>
            </w:r>
          </w:p>
        </w:tc>
        <w:tc>
          <w:tcPr>
            <w:tcW w:w="964" w:type="dxa"/>
          </w:tcPr>
          <w:p w14:paraId="3252691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794" w:type="dxa"/>
          </w:tcPr>
          <w:p w14:paraId="1E9785D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5F5FF5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9527B7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C572E3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793DCD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E8C62D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474" w:type="dxa"/>
          </w:tcPr>
          <w:p w14:paraId="1AB9F06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521E57D" w14:textId="77777777">
        <w:tc>
          <w:tcPr>
            <w:tcW w:w="907" w:type="dxa"/>
          </w:tcPr>
          <w:p w14:paraId="5E51225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1.</w:t>
            </w:r>
          </w:p>
        </w:tc>
        <w:tc>
          <w:tcPr>
            <w:tcW w:w="3402" w:type="dxa"/>
          </w:tcPr>
          <w:p w14:paraId="699E9F3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Nisip cernut pentru tencuială</w:t>
            </w:r>
          </w:p>
        </w:tc>
        <w:tc>
          <w:tcPr>
            <w:tcW w:w="964" w:type="dxa"/>
          </w:tcPr>
          <w:p w14:paraId="054E213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tone</w:t>
            </w:r>
          </w:p>
        </w:tc>
        <w:tc>
          <w:tcPr>
            <w:tcW w:w="794" w:type="dxa"/>
          </w:tcPr>
          <w:p w14:paraId="215D5C4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15AAD29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55D8B7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0BB952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75562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1A3C82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342CF9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704B33A" w14:textId="77777777">
        <w:tc>
          <w:tcPr>
            <w:tcW w:w="907" w:type="dxa"/>
          </w:tcPr>
          <w:p w14:paraId="506DB0E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2.</w:t>
            </w:r>
          </w:p>
        </w:tc>
        <w:tc>
          <w:tcPr>
            <w:tcW w:w="3402" w:type="dxa"/>
          </w:tcPr>
          <w:p w14:paraId="1B281BC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Spuma poliuretanică.</w:t>
            </w:r>
          </w:p>
        </w:tc>
        <w:tc>
          <w:tcPr>
            <w:tcW w:w="964" w:type="dxa"/>
          </w:tcPr>
          <w:p w14:paraId="6CBE924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5FED10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7BA724D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63DE1C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F0BE28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5FDBD8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25C497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97A61B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D569F57" w14:textId="77777777">
        <w:tc>
          <w:tcPr>
            <w:tcW w:w="907" w:type="dxa"/>
          </w:tcPr>
          <w:p w14:paraId="3A5CA5F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3.</w:t>
            </w:r>
          </w:p>
        </w:tc>
        <w:tc>
          <w:tcPr>
            <w:tcW w:w="3402" w:type="dxa"/>
          </w:tcPr>
          <w:p w14:paraId="0F58C6A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Diblu cu guler cu șurub cui</w:t>
            </w:r>
          </w:p>
        </w:tc>
        <w:tc>
          <w:tcPr>
            <w:tcW w:w="964" w:type="dxa"/>
          </w:tcPr>
          <w:p w14:paraId="5BC9FC8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cut</w:t>
            </w:r>
          </w:p>
        </w:tc>
        <w:tc>
          <w:tcPr>
            <w:tcW w:w="794" w:type="dxa"/>
          </w:tcPr>
          <w:p w14:paraId="6EE9137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7E9DA3C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00A230B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933A15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CC15DA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133775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E75EEC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76131BB" w14:textId="77777777">
        <w:tc>
          <w:tcPr>
            <w:tcW w:w="907" w:type="dxa"/>
          </w:tcPr>
          <w:p w14:paraId="1F2B8BE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4.</w:t>
            </w:r>
          </w:p>
        </w:tc>
        <w:tc>
          <w:tcPr>
            <w:tcW w:w="3402" w:type="dxa"/>
          </w:tcPr>
          <w:p w14:paraId="64A3A2D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Diblu cu cap hexagonal</w:t>
            </w:r>
          </w:p>
        </w:tc>
        <w:tc>
          <w:tcPr>
            <w:tcW w:w="964" w:type="dxa"/>
          </w:tcPr>
          <w:p w14:paraId="74ABF91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47FA40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50</w:t>
            </w:r>
          </w:p>
        </w:tc>
        <w:tc>
          <w:tcPr>
            <w:tcW w:w="1304" w:type="dxa"/>
          </w:tcPr>
          <w:p w14:paraId="2FC53F4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D19FF6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968067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6CD846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55C8C6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A840FD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217DDF3" w14:textId="77777777">
        <w:tc>
          <w:tcPr>
            <w:tcW w:w="907" w:type="dxa"/>
          </w:tcPr>
          <w:p w14:paraId="56BD9F5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5.</w:t>
            </w:r>
          </w:p>
        </w:tc>
        <w:tc>
          <w:tcPr>
            <w:tcW w:w="3402" w:type="dxa"/>
          </w:tcPr>
          <w:p w14:paraId="439770C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Șpaclu pentru zugrăvit</w:t>
            </w:r>
          </w:p>
        </w:tc>
        <w:tc>
          <w:tcPr>
            <w:tcW w:w="964" w:type="dxa"/>
          </w:tcPr>
          <w:p w14:paraId="23CD57E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17B2372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2AFB6F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0AE9880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C156BE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CDA8A6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6FCCF2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BA3484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0A49D56" w14:textId="77777777">
        <w:tc>
          <w:tcPr>
            <w:tcW w:w="907" w:type="dxa"/>
          </w:tcPr>
          <w:p w14:paraId="58AA822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6.</w:t>
            </w:r>
          </w:p>
        </w:tc>
        <w:tc>
          <w:tcPr>
            <w:tcW w:w="3402" w:type="dxa"/>
          </w:tcPr>
          <w:p w14:paraId="2050DC7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Șpaclu pentru zugrăvit</w:t>
            </w:r>
          </w:p>
        </w:tc>
        <w:tc>
          <w:tcPr>
            <w:tcW w:w="964" w:type="dxa"/>
          </w:tcPr>
          <w:p w14:paraId="59261B6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5F5AF9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5D5DC25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0F4796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DE3999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F89642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4D4A5C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CE7B8A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3020020" w14:textId="77777777">
        <w:tc>
          <w:tcPr>
            <w:tcW w:w="907" w:type="dxa"/>
          </w:tcPr>
          <w:p w14:paraId="7634D9E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7.</w:t>
            </w:r>
          </w:p>
        </w:tc>
        <w:tc>
          <w:tcPr>
            <w:tcW w:w="3402" w:type="dxa"/>
          </w:tcPr>
          <w:p w14:paraId="6499A30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Dreptar trapezoidal</w:t>
            </w:r>
          </w:p>
        </w:tc>
        <w:tc>
          <w:tcPr>
            <w:tcW w:w="964" w:type="dxa"/>
          </w:tcPr>
          <w:p w14:paraId="7510317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946679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</w:t>
            </w:r>
          </w:p>
        </w:tc>
        <w:tc>
          <w:tcPr>
            <w:tcW w:w="1304" w:type="dxa"/>
          </w:tcPr>
          <w:p w14:paraId="6D01D3A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A22149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87D048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F238BE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1BA129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A686B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BDF2986" w14:textId="77777777">
        <w:tc>
          <w:tcPr>
            <w:tcW w:w="907" w:type="dxa"/>
          </w:tcPr>
          <w:p w14:paraId="3ECBA3F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8.</w:t>
            </w:r>
          </w:p>
        </w:tc>
        <w:tc>
          <w:tcPr>
            <w:tcW w:w="3402" w:type="dxa"/>
          </w:tcPr>
          <w:p w14:paraId="255E1A7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Filtru tip Y</w:t>
            </w:r>
          </w:p>
        </w:tc>
        <w:tc>
          <w:tcPr>
            <w:tcW w:w="964" w:type="dxa"/>
          </w:tcPr>
          <w:p w14:paraId="262B0C7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C8B2AD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8</w:t>
            </w:r>
          </w:p>
        </w:tc>
        <w:tc>
          <w:tcPr>
            <w:tcW w:w="1304" w:type="dxa"/>
          </w:tcPr>
          <w:p w14:paraId="61F8727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34C4E0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15ADDC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5FAF6B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7D7484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8FDCE4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40C8B9D" w14:textId="77777777">
        <w:tc>
          <w:tcPr>
            <w:tcW w:w="907" w:type="dxa"/>
          </w:tcPr>
          <w:p w14:paraId="2B48C83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9.</w:t>
            </w:r>
          </w:p>
        </w:tc>
        <w:tc>
          <w:tcPr>
            <w:tcW w:w="3402" w:type="dxa"/>
          </w:tcPr>
          <w:p w14:paraId="22355A8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Pensulă</w:t>
            </w:r>
          </w:p>
        </w:tc>
        <w:tc>
          <w:tcPr>
            <w:tcW w:w="964" w:type="dxa"/>
          </w:tcPr>
          <w:p w14:paraId="73DE5BC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3474F69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062478A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034DC2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6EDD2C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CBCE32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5624EF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77C3BB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CB7190E" w14:textId="77777777">
        <w:tc>
          <w:tcPr>
            <w:tcW w:w="907" w:type="dxa"/>
          </w:tcPr>
          <w:p w14:paraId="3054EA9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10.</w:t>
            </w:r>
          </w:p>
        </w:tc>
        <w:tc>
          <w:tcPr>
            <w:tcW w:w="3402" w:type="dxa"/>
          </w:tcPr>
          <w:p w14:paraId="44B8738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Pensulă</w:t>
            </w:r>
          </w:p>
        </w:tc>
        <w:tc>
          <w:tcPr>
            <w:tcW w:w="964" w:type="dxa"/>
          </w:tcPr>
          <w:p w14:paraId="7335DA1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3FD67F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5B8A826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BB9F6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84384F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150FD0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B07D4B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677CB1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FCED7D3" w14:textId="77777777">
        <w:tc>
          <w:tcPr>
            <w:tcW w:w="907" w:type="dxa"/>
          </w:tcPr>
          <w:p w14:paraId="174916E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11.</w:t>
            </w:r>
          </w:p>
        </w:tc>
        <w:tc>
          <w:tcPr>
            <w:tcW w:w="3402" w:type="dxa"/>
          </w:tcPr>
          <w:p w14:paraId="6A00C6F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Pensulă</w:t>
            </w:r>
          </w:p>
        </w:tc>
        <w:tc>
          <w:tcPr>
            <w:tcW w:w="964" w:type="dxa"/>
          </w:tcPr>
          <w:p w14:paraId="3ADE58F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F079DA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6238B43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465741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322C03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733CF9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9B0ECF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137F904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12664A7" w14:textId="77777777">
        <w:tc>
          <w:tcPr>
            <w:tcW w:w="907" w:type="dxa"/>
          </w:tcPr>
          <w:p w14:paraId="5D3A7FE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12.</w:t>
            </w:r>
          </w:p>
        </w:tc>
        <w:tc>
          <w:tcPr>
            <w:tcW w:w="3402" w:type="dxa"/>
          </w:tcPr>
          <w:p w14:paraId="284ADC3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Șurub autofiletant pentru lemn</w:t>
            </w:r>
          </w:p>
        </w:tc>
        <w:tc>
          <w:tcPr>
            <w:tcW w:w="964" w:type="dxa"/>
          </w:tcPr>
          <w:p w14:paraId="5AEE6B5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cut</w:t>
            </w:r>
          </w:p>
        </w:tc>
        <w:tc>
          <w:tcPr>
            <w:tcW w:w="794" w:type="dxa"/>
          </w:tcPr>
          <w:p w14:paraId="0798C82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0B42D74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E48D21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AAFE7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946DBC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E6B8D6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F1DB14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78F2421" w14:textId="77777777">
        <w:tc>
          <w:tcPr>
            <w:tcW w:w="907" w:type="dxa"/>
          </w:tcPr>
          <w:p w14:paraId="18F04AB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13.</w:t>
            </w:r>
          </w:p>
        </w:tc>
        <w:tc>
          <w:tcPr>
            <w:tcW w:w="3402" w:type="dxa"/>
          </w:tcPr>
          <w:p w14:paraId="556E0A9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Șurub autofiletant pentru lemn</w:t>
            </w:r>
          </w:p>
        </w:tc>
        <w:tc>
          <w:tcPr>
            <w:tcW w:w="964" w:type="dxa"/>
          </w:tcPr>
          <w:p w14:paraId="799A309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cut</w:t>
            </w:r>
          </w:p>
        </w:tc>
        <w:tc>
          <w:tcPr>
            <w:tcW w:w="794" w:type="dxa"/>
          </w:tcPr>
          <w:p w14:paraId="2B468E2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</w:t>
            </w:r>
          </w:p>
        </w:tc>
        <w:tc>
          <w:tcPr>
            <w:tcW w:w="1304" w:type="dxa"/>
          </w:tcPr>
          <w:p w14:paraId="4CC8800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2E565A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579F6A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2F88B4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4052E5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5CF94E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14158B3" w14:textId="77777777">
        <w:tc>
          <w:tcPr>
            <w:tcW w:w="907" w:type="dxa"/>
          </w:tcPr>
          <w:p w14:paraId="1969B5C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14.</w:t>
            </w:r>
          </w:p>
        </w:tc>
        <w:tc>
          <w:tcPr>
            <w:tcW w:w="3402" w:type="dxa"/>
          </w:tcPr>
          <w:p w14:paraId="0770023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Șurub autoforant, cu cap plat și șaibă, pentru metal</w:t>
            </w:r>
          </w:p>
        </w:tc>
        <w:tc>
          <w:tcPr>
            <w:tcW w:w="964" w:type="dxa"/>
          </w:tcPr>
          <w:p w14:paraId="6F12C1A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cut</w:t>
            </w:r>
          </w:p>
        </w:tc>
        <w:tc>
          <w:tcPr>
            <w:tcW w:w="794" w:type="dxa"/>
          </w:tcPr>
          <w:p w14:paraId="3D9C78F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</w:t>
            </w:r>
          </w:p>
        </w:tc>
        <w:tc>
          <w:tcPr>
            <w:tcW w:w="1304" w:type="dxa"/>
          </w:tcPr>
          <w:p w14:paraId="36DA60D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2C21DA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BF7773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FA4543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E3F8B6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6D4154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CA9F397" w14:textId="77777777">
        <w:tc>
          <w:tcPr>
            <w:tcW w:w="907" w:type="dxa"/>
          </w:tcPr>
          <w:p w14:paraId="52F4BA4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15.</w:t>
            </w:r>
          </w:p>
        </w:tc>
        <w:tc>
          <w:tcPr>
            <w:tcW w:w="3402" w:type="dxa"/>
          </w:tcPr>
          <w:p w14:paraId="119BC55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Rulou pentru vopsea</w:t>
            </w:r>
          </w:p>
        </w:tc>
        <w:tc>
          <w:tcPr>
            <w:tcW w:w="964" w:type="dxa"/>
          </w:tcPr>
          <w:p w14:paraId="1FEE31E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FFD7DE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0AD4D57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20E5DC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C302E1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F65659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FF87E3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B0F151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66A96A7" w14:textId="77777777">
        <w:tc>
          <w:tcPr>
            <w:tcW w:w="907" w:type="dxa"/>
          </w:tcPr>
          <w:p w14:paraId="1EF2E3F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16.</w:t>
            </w:r>
          </w:p>
        </w:tc>
        <w:tc>
          <w:tcPr>
            <w:tcW w:w="3402" w:type="dxa"/>
          </w:tcPr>
          <w:p w14:paraId="671F403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Hârtie abrazivă</w:t>
            </w:r>
          </w:p>
        </w:tc>
        <w:tc>
          <w:tcPr>
            <w:tcW w:w="964" w:type="dxa"/>
          </w:tcPr>
          <w:p w14:paraId="34F013A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</w:t>
            </w:r>
          </w:p>
        </w:tc>
        <w:tc>
          <w:tcPr>
            <w:tcW w:w="794" w:type="dxa"/>
          </w:tcPr>
          <w:p w14:paraId="792F40B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24D386A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1E16F0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06D993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79BB0D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ADCFEF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B2E9DD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C589D02" w14:textId="77777777">
        <w:tc>
          <w:tcPr>
            <w:tcW w:w="907" w:type="dxa"/>
          </w:tcPr>
          <w:p w14:paraId="3222521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17.</w:t>
            </w:r>
          </w:p>
        </w:tc>
        <w:tc>
          <w:tcPr>
            <w:tcW w:w="3402" w:type="dxa"/>
          </w:tcPr>
          <w:p w14:paraId="69B3485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Perie de sarma din otel 5 rânduri</w:t>
            </w:r>
          </w:p>
        </w:tc>
        <w:tc>
          <w:tcPr>
            <w:tcW w:w="964" w:type="dxa"/>
          </w:tcPr>
          <w:p w14:paraId="1DEC111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458A27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575E1D9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0A188E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00D494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8C1EAD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25AE1B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393134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731C875" w14:textId="77777777">
        <w:tc>
          <w:tcPr>
            <w:tcW w:w="907" w:type="dxa"/>
          </w:tcPr>
          <w:p w14:paraId="5E8C315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18.</w:t>
            </w:r>
          </w:p>
        </w:tc>
        <w:tc>
          <w:tcPr>
            <w:tcW w:w="3402" w:type="dxa"/>
          </w:tcPr>
          <w:p w14:paraId="434E9C3E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Drișcă din poliuretan pentruTencuieli</w:t>
            </w:r>
          </w:p>
        </w:tc>
        <w:tc>
          <w:tcPr>
            <w:tcW w:w="964" w:type="dxa"/>
          </w:tcPr>
          <w:p w14:paraId="39CCE01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3BDF64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299EABE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736BFF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A70811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916097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D7591C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265D1E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D9AE693" w14:textId="77777777">
        <w:tc>
          <w:tcPr>
            <w:tcW w:w="907" w:type="dxa"/>
          </w:tcPr>
          <w:p w14:paraId="5BE405F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19.</w:t>
            </w:r>
          </w:p>
        </w:tc>
        <w:tc>
          <w:tcPr>
            <w:tcW w:w="3402" w:type="dxa"/>
          </w:tcPr>
          <w:p w14:paraId="55C6EB2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Cauciuc și cameră pentru roabă</w:t>
            </w:r>
          </w:p>
        </w:tc>
        <w:tc>
          <w:tcPr>
            <w:tcW w:w="964" w:type="dxa"/>
          </w:tcPr>
          <w:p w14:paraId="4B37A64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30F4038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1C395D2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FB6FFE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A8401E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549011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CBB757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1E974E1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56E7823" w14:textId="77777777">
        <w:tc>
          <w:tcPr>
            <w:tcW w:w="907" w:type="dxa"/>
          </w:tcPr>
          <w:p w14:paraId="2A8C6DA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20.</w:t>
            </w:r>
          </w:p>
        </w:tc>
        <w:tc>
          <w:tcPr>
            <w:tcW w:w="3402" w:type="dxa"/>
          </w:tcPr>
          <w:p w14:paraId="685811E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Balamale metal pentru porții</w:t>
            </w:r>
          </w:p>
        </w:tc>
        <w:tc>
          <w:tcPr>
            <w:tcW w:w="964" w:type="dxa"/>
          </w:tcPr>
          <w:p w14:paraId="15B3FAD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34AB438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8</w:t>
            </w:r>
          </w:p>
        </w:tc>
        <w:tc>
          <w:tcPr>
            <w:tcW w:w="1304" w:type="dxa"/>
          </w:tcPr>
          <w:p w14:paraId="294B679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CD0FC5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86E820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280401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D2830A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9DFAFF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8B1237F" w14:textId="77777777">
        <w:tc>
          <w:tcPr>
            <w:tcW w:w="907" w:type="dxa"/>
          </w:tcPr>
          <w:p w14:paraId="3A03B5A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21.</w:t>
            </w:r>
          </w:p>
        </w:tc>
        <w:tc>
          <w:tcPr>
            <w:tcW w:w="3402" w:type="dxa"/>
          </w:tcPr>
          <w:p w14:paraId="3B5C807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Șpaclu pentru zugrăvit</w:t>
            </w:r>
          </w:p>
        </w:tc>
        <w:tc>
          <w:tcPr>
            <w:tcW w:w="964" w:type="dxa"/>
          </w:tcPr>
          <w:p w14:paraId="66B922E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77DEC2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</w:t>
            </w:r>
          </w:p>
        </w:tc>
        <w:tc>
          <w:tcPr>
            <w:tcW w:w="1304" w:type="dxa"/>
          </w:tcPr>
          <w:p w14:paraId="64D9C9B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21C761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8EBB0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4E369D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35FA7F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57BC2A5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0328A29" w14:textId="77777777">
        <w:tc>
          <w:tcPr>
            <w:tcW w:w="907" w:type="dxa"/>
          </w:tcPr>
          <w:p w14:paraId="6EAB9B7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22.</w:t>
            </w:r>
          </w:p>
        </w:tc>
        <w:tc>
          <w:tcPr>
            <w:tcW w:w="3402" w:type="dxa"/>
          </w:tcPr>
          <w:p w14:paraId="48775C3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Arc flexibil</w:t>
            </w:r>
          </w:p>
        </w:tc>
        <w:tc>
          <w:tcPr>
            <w:tcW w:w="964" w:type="dxa"/>
          </w:tcPr>
          <w:p w14:paraId="2619E1A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9F1BF0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27</w:t>
            </w:r>
          </w:p>
        </w:tc>
        <w:tc>
          <w:tcPr>
            <w:tcW w:w="1304" w:type="dxa"/>
          </w:tcPr>
          <w:p w14:paraId="5A3AF5D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2F71C9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D0FB51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EA46D4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501494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D653F1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74403F3" w14:textId="77777777">
        <w:tc>
          <w:tcPr>
            <w:tcW w:w="907" w:type="dxa"/>
          </w:tcPr>
          <w:p w14:paraId="1DEB05E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23.</w:t>
            </w:r>
          </w:p>
        </w:tc>
        <w:tc>
          <w:tcPr>
            <w:tcW w:w="3402" w:type="dxa"/>
          </w:tcPr>
          <w:p w14:paraId="5C4E8C4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Corp de iluminat Led</w:t>
            </w:r>
          </w:p>
        </w:tc>
        <w:tc>
          <w:tcPr>
            <w:tcW w:w="964" w:type="dxa"/>
          </w:tcPr>
          <w:p w14:paraId="4C67F7A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B9396A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</w:t>
            </w:r>
          </w:p>
        </w:tc>
        <w:tc>
          <w:tcPr>
            <w:tcW w:w="1304" w:type="dxa"/>
          </w:tcPr>
          <w:p w14:paraId="78087E1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8D9C28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509434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F680E6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5FE7EE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F57682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D6F84E1" w14:textId="77777777">
        <w:tc>
          <w:tcPr>
            <w:tcW w:w="907" w:type="dxa"/>
          </w:tcPr>
          <w:p w14:paraId="6758624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24.</w:t>
            </w:r>
          </w:p>
        </w:tc>
        <w:tc>
          <w:tcPr>
            <w:tcW w:w="3402" w:type="dxa"/>
          </w:tcPr>
          <w:p w14:paraId="44C0532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Placa tavan casetat</w:t>
            </w:r>
          </w:p>
        </w:tc>
        <w:tc>
          <w:tcPr>
            <w:tcW w:w="964" w:type="dxa"/>
          </w:tcPr>
          <w:p w14:paraId="2142F2E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06E86A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91</w:t>
            </w:r>
          </w:p>
        </w:tc>
        <w:tc>
          <w:tcPr>
            <w:tcW w:w="1304" w:type="dxa"/>
          </w:tcPr>
          <w:p w14:paraId="4B3087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FCF6EC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3DA5D0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B2EC17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BC18EE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B934FF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0FF3A1E" w14:textId="77777777">
        <w:tc>
          <w:tcPr>
            <w:tcW w:w="907" w:type="dxa"/>
          </w:tcPr>
          <w:p w14:paraId="1A4996F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25.</w:t>
            </w:r>
          </w:p>
        </w:tc>
        <w:tc>
          <w:tcPr>
            <w:tcW w:w="3402" w:type="dxa"/>
          </w:tcPr>
          <w:p w14:paraId="1431327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perimetral tavan</w:t>
            </w:r>
          </w:p>
        </w:tc>
        <w:tc>
          <w:tcPr>
            <w:tcW w:w="964" w:type="dxa"/>
          </w:tcPr>
          <w:p w14:paraId="3E68A8B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01D268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</w:t>
            </w:r>
          </w:p>
        </w:tc>
        <w:tc>
          <w:tcPr>
            <w:tcW w:w="1304" w:type="dxa"/>
          </w:tcPr>
          <w:p w14:paraId="095C162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CC9F15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A3B778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66584B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FA0E79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AE1BC3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6326B38" w14:textId="77777777">
        <w:tc>
          <w:tcPr>
            <w:tcW w:w="907" w:type="dxa"/>
          </w:tcPr>
          <w:p w14:paraId="2A654F1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lastRenderedPageBreak/>
              <w:t>26.</w:t>
            </w:r>
          </w:p>
        </w:tc>
        <w:tc>
          <w:tcPr>
            <w:tcW w:w="3402" w:type="dxa"/>
          </w:tcPr>
          <w:p w14:paraId="0B97F60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principal tavan</w:t>
            </w:r>
          </w:p>
        </w:tc>
        <w:tc>
          <w:tcPr>
            <w:tcW w:w="964" w:type="dxa"/>
          </w:tcPr>
          <w:p w14:paraId="5FC7429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A535E7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9</w:t>
            </w:r>
          </w:p>
        </w:tc>
        <w:tc>
          <w:tcPr>
            <w:tcW w:w="1304" w:type="dxa"/>
          </w:tcPr>
          <w:p w14:paraId="6B5C0ED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5B221A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DC1CB8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EA9B4E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F8F2C2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29EEE8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BFC7DCE" w14:textId="77777777">
        <w:tc>
          <w:tcPr>
            <w:tcW w:w="907" w:type="dxa"/>
          </w:tcPr>
          <w:p w14:paraId="27480E9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27.</w:t>
            </w:r>
          </w:p>
        </w:tc>
        <w:tc>
          <w:tcPr>
            <w:tcW w:w="3402" w:type="dxa"/>
          </w:tcPr>
          <w:p w14:paraId="1263DEF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secundar tavan</w:t>
            </w:r>
          </w:p>
        </w:tc>
        <w:tc>
          <w:tcPr>
            <w:tcW w:w="964" w:type="dxa"/>
          </w:tcPr>
          <w:p w14:paraId="1C6D811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FFE6DF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51</w:t>
            </w:r>
          </w:p>
        </w:tc>
        <w:tc>
          <w:tcPr>
            <w:tcW w:w="1304" w:type="dxa"/>
          </w:tcPr>
          <w:p w14:paraId="4ECDFE1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F9A86C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630B3B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56B5B4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298BC7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8839BC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5B8D547" w14:textId="77777777">
        <w:tc>
          <w:tcPr>
            <w:tcW w:w="907" w:type="dxa"/>
          </w:tcPr>
          <w:p w14:paraId="5073378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28.</w:t>
            </w:r>
          </w:p>
        </w:tc>
        <w:tc>
          <w:tcPr>
            <w:tcW w:w="3402" w:type="dxa"/>
          </w:tcPr>
          <w:p w14:paraId="6F2715D4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Profil secundar tavan</w:t>
            </w:r>
          </w:p>
        </w:tc>
        <w:tc>
          <w:tcPr>
            <w:tcW w:w="964" w:type="dxa"/>
          </w:tcPr>
          <w:p w14:paraId="497D5EA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9A4F13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68</w:t>
            </w:r>
          </w:p>
        </w:tc>
        <w:tc>
          <w:tcPr>
            <w:tcW w:w="1304" w:type="dxa"/>
          </w:tcPr>
          <w:p w14:paraId="77C71FA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D1529F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FF8F2A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C80DFE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71AA3D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40B6F4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4978CAF" w14:textId="77777777">
        <w:tc>
          <w:tcPr>
            <w:tcW w:w="907" w:type="dxa"/>
          </w:tcPr>
          <w:p w14:paraId="5EDAE08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29.</w:t>
            </w:r>
          </w:p>
        </w:tc>
        <w:tc>
          <w:tcPr>
            <w:tcW w:w="3402" w:type="dxa"/>
          </w:tcPr>
          <w:p w14:paraId="0DE39B4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Tija suspendare</w:t>
            </w:r>
          </w:p>
        </w:tc>
        <w:tc>
          <w:tcPr>
            <w:tcW w:w="964" w:type="dxa"/>
          </w:tcPr>
          <w:p w14:paraId="6FC94B5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185BF9D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27</w:t>
            </w:r>
          </w:p>
        </w:tc>
        <w:tc>
          <w:tcPr>
            <w:tcW w:w="1304" w:type="dxa"/>
          </w:tcPr>
          <w:p w14:paraId="1B8C474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F96718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98D93D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76CA20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D91A09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6C9BE5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3B63935" w14:textId="77777777">
        <w:tc>
          <w:tcPr>
            <w:tcW w:w="907" w:type="dxa"/>
          </w:tcPr>
          <w:p w14:paraId="04FCEC3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30.</w:t>
            </w:r>
          </w:p>
        </w:tc>
        <w:tc>
          <w:tcPr>
            <w:tcW w:w="3402" w:type="dxa"/>
          </w:tcPr>
          <w:p w14:paraId="75FDECB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Tija suspendare</w:t>
            </w:r>
          </w:p>
        </w:tc>
        <w:tc>
          <w:tcPr>
            <w:tcW w:w="964" w:type="dxa"/>
          </w:tcPr>
          <w:p w14:paraId="296FFFC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8B5401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27</w:t>
            </w:r>
          </w:p>
        </w:tc>
        <w:tc>
          <w:tcPr>
            <w:tcW w:w="1304" w:type="dxa"/>
          </w:tcPr>
          <w:p w14:paraId="6C68FD1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2C308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F3AE36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1340A0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4711C7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25EA39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4D9C4B4" w14:textId="77777777">
        <w:tc>
          <w:tcPr>
            <w:tcW w:w="907" w:type="dxa"/>
          </w:tcPr>
          <w:p w14:paraId="30BD9B4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31.</w:t>
            </w:r>
          </w:p>
        </w:tc>
        <w:tc>
          <w:tcPr>
            <w:tcW w:w="3402" w:type="dxa"/>
          </w:tcPr>
          <w:p w14:paraId="74FB5B9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Prelungitor pe tambur 16A</w:t>
            </w:r>
          </w:p>
        </w:tc>
        <w:tc>
          <w:tcPr>
            <w:tcW w:w="964" w:type="dxa"/>
          </w:tcPr>
          <w:p w14:paraId="69F5BDC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137E099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</w:t>
            </w:r>
          </w:p>
        </w:tc>
        <w:tc>
          <w:tcPr>
            <w:tcW w:w="1304" w:type="dxa"/>
          </w:tcPr>
          <w:p w14:paraId="65434D6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1FC8CC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0B1A8E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AA8798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C4A4BC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94A5CD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4F35DF0" w14:textId="77777777">
        <w:tc>
          <w:tcPr>
            <w:tcW w:w="907" w:type="dxa"/>
          </w:tcPr>
          <w:p w14:paraId="115C2A9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32.</w:t>
            </w:r>
          </w:p>
        </w:tc>
        <w:tc>
          <w:tcPr>
            <w:tcW w:w="3402" w:type="dxa"/>
          </w:tcPr>
          <w:p w14:paraId="17DAF71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Lacăt suspendat 70 mm</w:t>
            </w:r>
          </w:p>
        </w:tc>
        <w:tc>
          <w:tcPr>
            <w:tcW w:w="964" w:type="dxa"/>
          </w:tcPr>
          <w:p w14:paraId="4645059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0F4577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18CC090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683567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798F5E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21ECDF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2CFC91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862E4E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97965C3" w14:textId="77777777">
        <w:tc>
          <w:tcPr>
            <w:tcW w:w="907" w:type="dxa"/>
          </w:tcPr>
          <w:p w14:paraId="57677DA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33.</w:t>
            </w:r>
          </w:p>
        </w:tc>
        <w:tc>
          <w:tcPr>
            <w:tcW w:w="3402" w:type="dxa"/>
          </w:tcPr>
          <w:p w14:paraId="384B613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metal sudură</w:t>
            </w:r>
          </w:p>
        </w:tc>
        <w:tc>
          <w:tcPr>
            <w:tcW w:w="964" w:type="dxa"/>
          </w:tcPr>
          <w:p w14:paraId="3EDDE2C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152F8E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4723069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5BFA3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401486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042F72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40F557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B4DF9E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647EF7D" w14:textId="77777777">
        <w:tc>
          <w:tcPr>
            <w:tcW w:w="907" w:type="dxa"/>
          </w:tcPr>
          <w:p w14:paraId="4141EF7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34.</w:t>
            </w:r>
          </w:p>
        </w:tc>
        <w:tc>
          <w:tcPr>
            <w:tcW w:w="3402" w:type="dxa"/>
          </w:tcPr>
          <w:p w14:paraId="198B706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metal sudură</w:t>
            </w:r>
          </w:p>
        </w:tc>
        <w:tc>
          <w:tcPr>
            <w:tcW w:w="964" w:type="dxa"/>
          </w:tcPr>
          <w:p w14:paraId="1565168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21D5E4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</w:t>
            </w:r>
          </w:p>
        </w:tc>
        <w:tc>
          <w:tcPr>
            <w:tcW w:w="1304" w:type="dxa"/>
          </w:tcPr>
          <w:p w14:paraId="1BB7B17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11F5DD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B5F215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B8F281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E014B7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2B8600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BA7335D" w14:textId="77777777">
        <w:tc>
          <w:tcPr>
            <w:tcW w:w="907" w:type="dxa"/>
          </w:tcPr>
          <w:p w14:paraId="00BB622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35.</w:t>
            </w:r>
          </w:p>
        </w:tc>
        <w:tc>
          <w:tcPr>
            <w:tcW w:w="3402" w:type="dxa"/>
          </w:tcPr>
          <w:p w14:paraId="2FB25B66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metal sudură</w:t>
            </w:r>
          </w:p>
        </w:tc>
        <w:tc>
          <w:tcPr>
            <w:tcW w:w="964" w:type="dxa"/>
          </w:tcPr>
          <w:p w14:paraId="686925F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4E2EFE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311B423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DC93AF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BE8B60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99D0F2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95A28E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52DEE29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CED07F1" w14:textId="77777777">
        <w:tc>
          <w:tcPr>
            <w:tcW w:w="907" w:type="dxa"/>
          </w:tcPr>
          <w:p w14:paraId="686A4A5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36.</w:t>
            </w:r>
          </w:p>
        </w:tc>
        <w:tc>
          <w:tcPr>
            <w:tcW w:w="3402" w:type="dxa"/>
          </w:tcPr>
          <w:p w14:paraId="50B266A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Disc debitat metal</w:t>
            </w:r>
          </w:p>
        </w:tc>
        <w:tc>
          <w:tcPr>
            <w:tcW w:w="964" w:type="dxa"/>
          </w:tcPr>
          <w:p w14:paraId="67193BA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E137DB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50</w:t>
            </w:r>
          </w:p>
        </w:tc>
        <w:tc>
          <w:tcPr>
            <w:tcW w:w="1304" w:type="dxa"/>
          </w:tcPr>
          <w:p w14:paraId="5CC9D65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63024F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007DAE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8656CF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613120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14A79AD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A43B667" w14:textId="77777777">
        <w:tc>
          <w:tcPr>
            <w:tcW w:w="907" w:type="dxa"/>
          </w:tcPr>
          <w:p w14:paraId="2C56ABD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37.</w:t>
            </w:r>
          </w:p>
        </w:tc>
        <w:tc>
          <w:tcPr>
            <w:tcW w:w="3402" w:type="dxa"/>
          </w:tcPr>
          <w:p w14:paraId="140AA07C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Silicon sanitar</w:t>
            </w:r>
          </w:p>
        </w:tc>
        <w:tc>
          <w:tcPr>
            <w:tcW w:w="964" w:type="dxa"/>
          </w:tcPr>
          <w:p w14:paraId="76BB7EE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buc.</w:t>
            </w:r>
          </w:p>
        </w:tc>
        <w:tc>
          <w:tcPr>
            <w:tcW w:w="794" w:type="dxa"/>
          </w:tcPr>
          <w:p w14:paraId="120127B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515C397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A1582B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644835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D6E964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68862E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1946555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DBAC264" w14:textId="77777777">
        <w:tc>
          <w:tcPr>
            <w:tcW w:w="907" w:type="dxa"/>
          </w:tcPr>
          <w:p w14:paraId="52B96D2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38.</w:t>
            </w:r>
          </w:p>
        </w:tc>
        <w:tc>
          <w:tcPr>
            <w:tcW w:w="3402" w:type="dxa"/>
          </w:tcPr>
          <w:p w14:paraId="2E9E366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Țeavă PP</w:t>
            </w:r>
          </w:p>
        </w:tc>
        <w:tc>
          <w:tcPr>
            <w:tcW w:w="964" w:type="dxa"/>
          </w:tcPr>
          <w:p w14:paraId="069B070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046A8FE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071F9FB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33FAAB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C8509E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6D960B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C614EF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C1F097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3733982" w14:textId="77777777">
        <w:tc>
          <w:tcPr>
            <w:tcW w:w="907" w:type="dxa"/>
          </w:tcPr>
          <w:p w14:paraId="60C05DF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39.</w:t>
            </w:r>
          </w:p>
        </w:tc>
        <w:tc>
          <w:tcPr>
            <w:tcW w:w="3402" w:type="dxa"/>
          </w:tcPr>
          <w:p w14:paraId="4EE13B7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Ramificație canalizare</w:t>
            </w:r>
          </w:p>
        </w:tc>
        <w:tc>
          <w:tcPr>
            <w:tcW w:w="964" w:type="dxa"/>
          </w:tcPr>
          <w:p w14:paraId="31B4598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EDB09B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6411DAB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BFFD7A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101C8B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C7EB9A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4A5F27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D53D08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2DE111A" w14:textId="77777777">
        <w:tc>
          <w:tcPr>
            <w:tcW w:w="907" w:type="dxa"/>
          </w:tcPr>
          <w:p w14:paraId="56721D1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40.</w:t>
            </w:r>
          </w:p>
        </w:tc>
        <w:tc>
          <w:tcPr>
            <w:tcW w:w="3402" w:type="dxa"/>
          </w:tcPr>
          <w:p w14:paraId="72D31EF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Ramificație canalizare</w:t>
            </w:r>
          </w:p>
        </w:tc>
        <w:tc>
          <w:tcPr>
            <w:tcW w:w="964" w:type="dxa"/>
          </w:tcPr>
          <w:p w14:paraId="2859117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BFF498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</w:t>
            </w:r>
          </w:p>
        </w:tc>
        <w:tc>
          <w:tcPr>
            <w:tcW w:w="1304" w:type="dxa"/>
          </w:tcPr>
          <w:p w14:paraId="0BB3ED2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09E8F0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DE18B1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0A17D6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E55551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AADA69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F3F6728" w14:textId="77777777">
        <w:tc>
          <w:tcPr>
            <w:tcW w:w="907" w:type="dxa"/>
          </w:tcPr>
          <w:p w14:paraId="4C430FA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41.</w:t>
            </w:r>
          </w:p>
        </w:tc>
        <w:tc>
          <w:tcPr>
            <w:tcW w:w="3402" w:type="dxa"/>
          </w:tcPr>
          <w:p w14:paraId="43BC413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PP</w:t>
            </w:r>
          </w:p>
        </w:tc>
        <w:tc>
          <w:tcPr>
            <w:tcW w:w="964" w:type="dxa"/>
          </w:tcPr>
          <w:p w14:paraId="281F137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B3A2A9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</w:t>
            </w:r>
          </w:p>
        </w:tc>
        <w:tc>
          <w:tcPr>
            <w:tcW w:w="1304" w:type="dxa"/>
          </w:tcPr>
          <w:p w14:paraId="1181FBA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2A083C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2ECF73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7D3AA4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E3753D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B97F28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7FE1354B" w14:textId="77777777">
        <w:tc>
          <w:tcPr>
            <w:tcW w:w="907" w:type="dxa"/>
          </w:tcPr>
          <w:p w14:paraId="0E651BD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42.</w:t>
            </w:r>
          </w:p>
        </w:tc>
        <w:tc>
          <w:tcPr>
            <w:tcW w:w="3402" w:type="dxa"/>
          </w:tcPr>
          <w:p w14:paraId="57E8A97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Ramificație canalizare</w:t>
            </w:r>
          </w:p>
        </w:tc>
        <w:tc>
          <w:tcPr>
            <w:tcW w:w="964" w:type="dxa"/>
          </w:tcPr>
          <w:p w14:paraId="13BA2F3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8B1596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76BF556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53D195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4027B1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E3A1D8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768C29B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A28877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DBE27BB" w14:textId="77777777">
        <w:tc>
          <w:tcPr>
            <w:tcW w:w="907" w:type="dxa"/>
          </w:tcPr>
          <w:p w14:paraId="7DC67B7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43.</w:t>
            </w:r>
          </w:p>
        </w:tc>
        <w:tc>
          <w:tcPr>
            <w:tcW w:w="3402" w:type="dxa"/>
          </w:tcPr>
          <w:p w14:paraId="427AD8B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PP pentru canalizare</w:t>
            </w:r>
          </w:p>
        </w:tc>
        <w:tc>
          <w:tcPr>
            <w:tcW w:w="964" w:type="dxa"/>
          </w:tcPr>
          <w:p w14:paraId="7DD8107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4FD4D7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6492E31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21DEC8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107B95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05EA87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A71668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1B76F5B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6B76428" w14:textId="77777777">
        <w:tc>
          <w:tcPr>
            <w:tcW w:w="907" w:type="dxa"/>
          </w:tcPr>
          <w:p w14:paraId="4307032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44.</w:t>
            </w:r>
          </w:p>
        </w:tc>
        <w:tc>
          <w:tcPr>
            <w:tcW w:w="3402" w:type="dxa"/>
          </w:tcPr>
          <w:p w14:paraId="7F0FECCA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Cot PP pentru canalizare</w:t>
            </w:r>
          </w:p>
        </w:tc>
        <w:tc>
          <w:tcPr>
            <w:tcW w:w="964" w:type="dxa"/>
          </w:tcPr>
          <w:p w14:paraId="20FBFF7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E852CD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5616D49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44E617E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A2F75C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9C5EEA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960EEE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6B91DC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2E46F6B" w14:textId="77777777">
        <w:tc>
          <w:tcPr>
            <w:tcW w:w="907" w:type="dxa"/>
          </w:tcPr>
          <w:p w14:paraId="348A33D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45.</w:t>
            </w:r>
          </w:p>
        </w:tc>
        <w:tc>
          <w:tcPr>
            <w:tcW w:w="3402" w:type="dxa"/>
          </w:tcPr>
          <w:p w14:paraId="34F47D4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Mufa PP pentru canalizare</w:t>
            </w:r>
          </w:p>
        </w:tc>
        <w:tc>
          <w:tcPr>
            <w:tcW w:w="964" w:type="dxa"/>
          </w:tcPr>
          <w:p w14:paraId="2275E38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1FA6A5B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5730E22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0960EF9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66D49CF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596AE8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0B197F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81F46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02AA05F" w14:textId="77777777">
        <w:tc>
          <w:tcPr>
            <w:tcW w:w="907" w:type="dxa"/>
          </w:tcPr>
          <w:p w14:paraId="3093294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46.</w:t>
            </w:r>
          </w:p>
        </w:tc>
        <w:tc>
          <w:tcPr>
            <w:tcW w:w="3402" w:type="dxa"/>
          </w:tcPr>
          <w:p w14:paraId="18A32E4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Mufa PP pentru canalizare</w:t>
            </w:r>
          </w:p>
        </w:tc>
        <w:tc>
          <w:tcPr>
            <w:tcW w:w="964" w:type="dxa"/>
          </w:tcPr>
          <w:p w14:paraId="47326CE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7489767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</w:t>
            </w:r>
          </w:p>
        </w:tc>
        <w:tc>
          <w:tcPr>
            <w:tcW w:w="1304" w:type="dxa"/>
          </w:tcPr>
          <w:p w14:paraId="5893BB0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67AF41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5F36D4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6B307F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D4669A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14FDEF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2987C97" w14:textId="77777777">
        <w:tc>
          <w:tcPr>
            <w:tcW w:w="907" w:type="dxa"/>
          </w:tcPr>
          <w:p w14:paraId="5E573E2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47.</w:t>
            </w:r>
          </w:p>
        </w:tc>
        <w:tc>
          <w:tcPr>
            <w:tcW w:w="3402" w:type="dxa"/>
          </w:tcPr>
          <w:p w14:paraId="53F7DEE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Rigola de duș cu grătar</w:t>
            </w:r>
          </w:p>
        </w:tc>
        <w:tc>
          <w:tcPr>
            <w:tcW w:w="964" w:type="dxa"/>
          </w:tcPr>
          <w:p w14:paraId="672FB02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B86307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55FD628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4BA8C9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3B0871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63BA8D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9CA1DE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9E8C9F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9CDB7A7" w14:textId="77777777">
        <w:tc>
          <w:tcPr>
            <w:tcW w:w="907" w:type="dxa"/>
          </w:tcPr>
          <w:p w14:paraId="0EF09CB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48.</w:t>
            </w:r>
          </w:p>
        </w:tc>
        <w:tc>
          <w:tcPr>
            <w:tcW w:w="3402" w:type="dxa"/>
          </w:tcPr>
          <w:p w14:paraId="3FB9465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Lopata din metal</w:t>
            </w:r>
          </w:p>
        </w:tc>
        <w:tc>
          <w:tcPr>
            <w:tcW w:w="964" w:type="dxa"/>
          </w:tcPr>
          <w:p w14:paraId="41CB547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307508B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</w:t>
            </w:r>
          </w:p>
        </w:tc>
        <w:tc>
          <w:tcPr>
            <w:tcW w:w="1304" w:type="dxa"/>
          </w:tcPr>
          <w:p w14:paraId="14DB3A8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960364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B0F7D0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C3CBF6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218792E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91C9D5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6F5DCA42" w14:textId="77777777">
        <w:tc>
          <w:tcPr>
            <w:tcW w:w="907" w:type="dxa"/>
          </w:tcPr>
          <w:p w14:paraId="340B445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49.</w:t>
            </w:r>
          </w:p>
        </w:tc>
        <w:tc>
          <w:tcPr>
            <w:tcW w:w="3402" w:type="dxa"/>
          </w:tcPr>
          <w:p w14:paraId="2F4A23DD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Lacăt suspendat 50 mm</w:t>
            </w:r>
          </w:p>
        </w:tc>
        <w:tc>
          <w:tcPr>
            <w:tcW w:w="964" w:type="dxa"/>
          </w:tcPr>
          <w:p w14:paraId="4A4E8FB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2ECC67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10875CD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400624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DC6A83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93013D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475A1A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FC7644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294671D7" w14:textId="77777777">
        <w:tc>
          <w:tcPr>
            <w:tcW w:w="907" w:type="dxa"/>
          </w:tcPr>
          <w:p w14:paraId="7C252C1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50.</w:t>
            </w:r>
          </w:p>
        </w:tc>
        <w:tc>
          <w:tcPr>
            <w:tcW w:w="3402" w:type="dxa"/>
          </w:tcPr>
          <w:p w14:paraId="3919D17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Zgon complet Ø 40</w:t>
            </w:r>
          </w:p>
        </w:tc>
        <w:tc>
          <w:tcPr>
            <w:tcW w:w="964" w:type="dxa"/>
          </w:tcPr>
          <w:p w14:paraId="2E858AF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431CDB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15AD11F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2B95E9B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134274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8D3130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148CC2C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719866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301758E4" w14:textId="77777777">
        <w:tc>
          <w:tcPr>
            <w:tcW w:w="907" w:type="dxa"/>
          </w:tcPr>
          <w:p w14:paraId="0E8A1D2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51.</w:t>
            </w:r>
          </w:p>
        </w:tc>
        <w:tc>
          <w:tcPr>
            <w:tcW w:w="3402" w:type="dxa"/>
          </w:tcPr>
          <w:p w14:paraId="638CFEB0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Zgon complet Ø 50.</w:t>
            </w:r>
          </w:p>
        </w:tc>
        <w:tc>
          <w:tcPr>
            <w:tcW w:w="964" w:type="dxa"/>
          </w:tcPr>
          <w:p w14:paraId="3313958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115B6177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</w:t>
            </w:r>
          </w:p>
        </w:tc>
        <w:tc>
          <w:tcPr>
            <w:tcW w:w="1304" w:type="dxa"/>
          </w:tcPr>
          <w:p w14:paraId="79B6BF6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2DA0D4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23CAA5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C5EEEE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100932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E18FFB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5ECB7A3" w14:textId="77777777">
        <w:tc>
          <w:tcPr>
            <w:tcW w:w="907" w:type="dxa"/>
          </w:tcPr>
          <w:p w14:paraId="0AB9DFE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52.</w:t>
            </w:r>
          </w:p>
        </w:tc>
        <w:tc>
          <w:tcPr>
            <w:tcW w:w="3402" w:type="dxa"/>
          </w:tcPr>
          <w:p w14:paraId="17CF2F7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 PPR Ø20</w:t>
            </w:r>
          </w:p>
        </w:tc>
        <w:tc>
          <w:tcPr>
            <w:tcW w:w="964" w:type="dxa"/>
          </w:tcPr>
          <w:p w14:paraId="025C5820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BAD751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15</w:t>
            </w:r>
          </w:p>
        </w:tc>
        <w:tc>
          <w:tcPr>
            <w:tcW w:w="1304" w:type="dxa"/>
          </w:tcPr>
          <w:p w14:paraId="3871559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EEE2E3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270E1E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F98466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FD16FD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0BCCC0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4757354" w14:textId="77777777">
        <w:tc>
          <w:tcPr>
            <w:tcW w:w="907" w:type="dxa"/>
          </w:tcPr>
          <w:p w14:paraId="354DA29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53.</w:t>
            </w:r>
          </w:p>
        </w:tc>
        <w:tc>
          <w:tcPr>
            <w:tcW w:w="3402" w:type="dxa"/>
          </w:tcPr>
          <w:p w14:paraId="7E631B1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 reducție</w:t>
            </w:r>
          </w:p>
        </w:tc>
        <w:tc>
          <w:tcPr>
            <w:tcW w:w="964" w:type="dxa"/>
          </w:tcPr>
          <w:p w14:paraId="3B1285C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0A360C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</w:t>
            </w:r>
          </w:p>
        </w:tc>
        <w:tc>
          <w:tcPr>
            <w:tcW w:w="1304" w:type="dxa"/>
          </w:tcPr>
          <w:p w14:paraId="26C4E70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ADF892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C9D6AF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E1C8E5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88E9EC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626E81C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430F2C1" w14:textId="77777777">
        <w:tc>
          <w:tcPr>
            <w:tcW w:w="907" w:type="dxa"/>
          </w:tcPr>
          <w:p w14:paraId="68D634A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54.</w:t>
            </w:r>
          </w:p>
        </w:tc>
        <w:tc>
          <w:tcPr>
            <w:tcW w:w="3402" w:type="dxa"/>
          </w:tcPr>
          <w:p w14:paraId="7CAEF462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Piuliță</w:t>
            </w:r>
          </w:p>
        </w:tc>
        <w:tc>
          <w:tcPr>
            <w:tcW w:w="964" w:type="dxa"/>
          </w:tcPr>
          <w:p w14:paraId="5EE24E4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AE1212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19C1B39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713098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060AAC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784530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A714EE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7ED430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470ABA5" w14:textId="77777777">
        <w:tc>
          <w:tcPr>
            <w:tcW w:w="907" w:type="dxa"/>
          </w:tcPr>
          <w:p w14:paraId="74DDAB1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55.</w:t>
            </w:r>
          </w:p>
        </w:tc>
        <w:tc>
          <w:tcPr>
            <w:tcW w:w="3402" w:type="dxa"/>
          </w:tcPr>
          <w:p w14:paraId="76F91DB7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Mufă</w:t>
            </w:r>
          </w:p>
        </w:tc>
        <w:tc>
          <w:tcPr>
            <w:tcW w:w="964" w:type="dxa"/>
          </w:tcPr>
          <w:p w14:paraId="4DF5F4A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6FB6CE2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530EBBA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742C71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7DBD49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7781AD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5AAB6D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13474C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8F9CBC7" w14:textId="77777777">
        <w:tc>
          <w:tcPr>
            <w:tcW w:w="907" w:type="dxa"/>
          </w:tcPr>
          <w:p w14:paraId="4175990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56.</w:t>
            </w:r>
          </w:p>
        </w:tc>
        <w:tc>
          <w:tcPr>
            <w:tcW w:w="3402" w:type="dxa"/>
          </w:tcPr>
          <w:p w14:paraId="577BA0D1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Cartuș</w:t>
            </w:r>
          </w:p>
        </w:tc>
        <w:tc>
          <w:tcPr>
            <w:tcW w:w="964" w:type="dxa"/>
          </w:tcPr>
          <w:p w14:paraId="3CD5498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D7233C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</w:t>
            </w:r>
          </w:p>
        </w:tc>
        <w:tc>
          <w:tcPr>
            <w:tcW w:w="1304" w:type="dxa"/>
          </w:tcPr>
          <w:p w14:paraId="0138550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923705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F99C8A6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9B33DB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C53F5F8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0C0FE61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A025C2A" w14:textId="77777777">
        <w:tc>
          <w:tcPr>
            <w:tcW w:w="907" w:type="dxa"/>
          </w:tcPr>
          <w:p w14:paraId="020B749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57.</w:t>
            </w:r>
          </w:p>
        </w:tc>
        <w:tc>
          <w:tcPr>
            <w:tcW w:w="3402" w:type="dxa"/>
          </w:tcPr>
          <w:p w14:paraId="0C83F8BB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3DE9E2CC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0AE73C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4F9D90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AB324F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59CEE8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0781EC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B42128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0CED65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D036727" w14:textId="77777777">
        <w:tc>
          <w:tcPr>
            <w:tcW w:w="907" w:type="dxa"/>
          </w:tcPr>
          <w:p w14:paraId="5796A1E1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58.</w:t>
            </w:r>
          </w:p>
        </w:tc>
        <w:tc>
          <w:tcPr>
            <w:tcW w:w="3402" w:type="dxa"/>
          </w:tcPr>
          <w:p w14:paraId="48CD20C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006F960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3DAC68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0AFE45C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57C73BA8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148728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235D638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0BF1EE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F10A7D5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1D81040F" w14:textId="77777777">
        <w:tc>
          <w:tcPr>
            <w:tcW w:w="907" w:type="dxa"/>
          </w:tcPr>
          <w:p w14:paraId="169915A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59.</w:t>
            </w:r>
          </w:p>
        </w:tc>
        <w:tc>
          <w:tcPr>
            <w:tcW w:w="3402" w:type="dxa"/>
          </w:tcPr>
          <w:p w14:paraId="09E0F41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16004429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2343A8C5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75AE592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3C9FAB0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5470EE4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B72FA1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54F1BA7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588C681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12A69ED" w14:textId="77777777">
        <w:tc>
          <w:tcPr>
            <w:tcW w:w="907" w:type="dxa"/>
          </w:tcPr>
          <w:p w14:paraId="7985698B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60.</w:t>
            </w:r>
          </w:p>
        </w:tc>
        <w:tc>
          <w:tcPr>
            <w:tcW w:w="3402" w:type="dxa"/>
          </w:tcPr>
          <w:p w14:paraId="0E2EFF3F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3C02D03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2FA3D3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650A8CF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60CFC057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D12C22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3AFA90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4F5A28E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E69F00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4DFF2245" w14:textId="77777777">
        <w:tc>
          <w:tcPr>
            <w:tcW w:w="907" w:type="dxa"/>
          </w:tcPr>
          <w:p w14:paraId="632E8F1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61.</w:t>
            </w:r>
          </w:p>
        </w:tc>
        <w:tc>
          <w:tcPr>
            <w:tcW w:w="3402" w:type="dxa"/>
          </w:tcPr>
          <w:p w14:paraId="0C33ADE9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35A38D9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E7C0B2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57C40E69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1769C40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4F926AB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3F1468A3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0CFF089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2EFA28E2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63A8470" w14:textId="77777777">
        <w:tc>
          <w:tcPr>
            <w:tcW w:w="907" w:type="dxa"/>
          </w:tcPr>
          <w:p w14:paraId="4FD2856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62.</w:t>
            </w:r>
          </w:p>
        </w:tc>
        <w:tc>
          <w:tcPr>
            <w:tcW w:w="3402" w:type="dxa"/>
          </w:tcPr>
          <w:p w14:paraId="5A55E165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Robinet</w:t>
            </w:r>
          </w:p>
        </w:tc>
        <w:tc>
          <w:tcPr>
            <w:tcW w:w="964" w:type="dxa"/>
          </w:tcPr>
          <w:p w14:paraId="2BB4B30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E44535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10</w:t>
            </w:r>
          </w:p>
        </w:tc>
        <w:tc>
          <w:tcPr>
            <w:tcW w:w="1304" w:type="dxa"/>
          </w:tcPr>
          <w:p w14:paraId="2E3DA42B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0DCFD99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9DC4DA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139ADB0E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36D2592A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3EB3792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5630C1DC" w14:textId="77777777">
        <w:tc>
          <w:tcPr>
            <w:tcW w:w="907" w:type="dxa"/>
          </w:tcPr>
          <w:p w14:paraId="0DF77EE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63.</w:t>
            </w:r>
          </w:p>
        </w:tc>
        <w:tc>
          <w:tcPr>
            <w:tcW w:w="3402" w:type="dxa"/>
          </w:tcPr>
          <w:p w14:paraId="6ACD1373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Siguranța ППН - 33</w:t>
            </w:r>
          </w:p>
        </w:tc>
        <w:tc>
          <w:tcPr>
            <w:tcW w:w="964" w:type="dxa"/>
          </w:tcPr>
          <w:p w14:paraId="58701C4F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5FFAF48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3983426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7B97F43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F819B2F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A2B1770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622F1AD2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4424E34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  <w:tr w:rsidR="00295C3D" w:rsidRPr="00543C0E" w14:paraId="05AC29B7" w14:textId="77777777">
        <w:tc>
          <w:tcPr>
            <w:tcW w:w="907" w:type="dxa"/>
          </w:tcPr>
          <w:p w14:paraId="2789FA4D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64.</w:t>
            </w:r>
          </w:p>
        </w:tc>
        <w:tc>
          <w:tcPr>
            <w:tcW w:w="3402" w:type="dxa"/>
          </w:tcPr>
          <w:p w14:paraId="73542C98" w14:textId="77777777" w:rsidR="00295C3D" w:rsidRPr="00543C0E" w:rsidRDefault="00521A42">
            <w:pPr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Siguranța ППН - 33</w:t>
            </w:r>
          </w:p>
        </w:tc>
        <w:tc>
          <w:tcPr>
            <w:tcW w:w="964" w:type="dxa"/>
          </w:tcPr>
          <w:p w14:paraId="7F3FAE23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buc</w:t>
            </w:r>
          </w:p>
        </w:tc>
        <w:tc>
          <w:tcPr>
            <w:tcW w:w="794" w:type="dxa"/>
          </w:tcPr>
          <w:p w14:paraId="49087CB6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6"/>
                <w:lang w:val="ro-RO"/>
              </w:rPr>
              <w:t>20</w:t>
            </w:r>
          </w:p>
        </w:tc>
        <w:tc>
          <w:tcPr>
            <w:tcW w:w="1304" w:type="dxa"/>
          </w:tcPr>
          <w:p w14:paraId="65A51FAA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04" w:type="dxa"/>
          </w:tcPr>
          <w:p w14:paraId="0ABCBCE4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05A71B2C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247" w:type="dxa"/>
          </w:tcPr>
          <w:p w14:paraId="76CA1E21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  <w:tc>
          <w:tcPr>
            <w:tcW w:w="1361" w:type="dxa"/>
          </w:tcPr>
          <w:p w14:paraId="42F2CC34" w14:textId="77777777" w:rsidR="00295C3D" w:rsidRPr="00543C0E" w:rsidRDefault="00521A42">
            <w:pPr>
              <w:jc w:val="center"/>
              <w:rPr>
                <w:noProof/>
                <w:lang w:val="ro-RO"/>
              </w:rPr>
            </w:pPr>
            <w:r w:rsidRPr="00543C0E">
              <w:rPr>
                <w:noProof/>
                <w:sz w:val="14"/>
                <w:lang w:val="ro-RO"/>
              </w:rPr>
              <w:t>până la 30.11.2026</w:t>
            </w:r>
          </w:p>
        </w:tc>
        <w:tc>
          <w:tcPr>
            <w:tcW w:w="1474" w:type="dxa"/>
          </w:tcPr>
          <w:p w14:paraId="7790B63D" w14:textId="77777777" w:rsidR="00295C3D" w:rsidRPr="00543C0E" w:rsidRDefault="00295C3D">
            <w:pPr>
              <w:rPr>
                <w:noProof/>
                <w:lang w:val="ro-RO"/>
              </w:rPr>
            </w:pPr>
          </w:p>
        </w:tc>
      </w:tr>
    </w:tbl>
    <w:p w14:paraId="38C90628" w14:textId="77777777" w:rsidR="00295C3D" w:rsidRPr="00543C0E" w:rsidRDefault="00295C3D">
      <w:pPr>
        <w:spacing w:after="120"/>
        <w:rPr>
          <w:noProof/>
          <w:lang w:val="ro-RO"/>
        </w:rPr>
      </w:pPr>
    </w:p>
    <w:p w14:paraId="12FDFA9C" w14:textId="77777777" w:rsidR="00295C3D" w:rsidRPr="00543C0E" w:rsidRDefault="00521A42">
      <w:pPr>
        <w:spacing w:after="60"/>
        <w:rPr>
          <w:noProof/>
          <w:lang w:val="ro-RO"/>
        </w:rPr>
      </w:pPr>
      <w:r w:rsidRPr="00543C0E">
        <w:rPr>
          <w:noProof/>
          <w:sz w:val="24"/>
          <w:lang w:val="ro-RO"/>
        </w:rPr>
        <w:lastRenderedPageBreak/>
        <w:t>Semnat: _______________  Numele, Prenumele: _____________________________  În calitate de: ________________</w:t>
      </w:r>
    </w:p>
    <w:p w14:paraId="3483F07D" w14:textId="77777777" w:rsidR="00295C3D" w:rsidRPr="00543C0E" w:rsidRDefault="00521A42">
      <w:pPr>
        <w:spacing w:after="120"/>
        <w:rPr>
          <w:noProof/>
          <w:lang w:val="ro-RO"/>
        </w:rPr>
      </w:pPr>
      <w:r w:rsidRPr="00543C0E">
        <w:rPr>
          <w:noProof/>
          <w:sz w:val="24"/>
          <w:lang w:val="ro-RO"/>
        </w:rPr>
        <w:t>Ofertantul: _______________________  Adresa: ______________________________</w:t>
      </w:r>
    </w:p>
    <w:sectPr w:rsidR="00295C3D" w:rsidRPr="00543C0E" w:rsidSect="00034616"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3629435">
    <w:abstractNumId w:val="8"/>
  </w:num>
  <w:num w:numId="2" w16cid:durableId="155994824">
    <w:abstractNumId w:val="6"/>
  </w:num>
  <w:num w:numId="3" w16cid:durableId="1799909250">
    <w:abstractNumId w:val="5"/>
  </w:num>
  <w:num w:numId="4" w16cid:durableId="1762990077">
    <w:abstractNumId w:val="4"/>
  </w:num>
  <w:num w:numId="5" w16cid:durableId="1830438355">
    <w:abstractNumId w:val="7"/>
  </w:num>
  <w:num w:numId="6" w16cid:durableId="1126002571">
    <w:abstractNumId w:val="3"/>
  </w:num>
  <w:num w:numId="7" w16cid:durableId="875657334">
    <w:abstractNumId w:val="2"/>
  </w:num>
  <w:num w:numId="8" w16cid:durableId="1130981527">
    <w:abstractNumId w:val="1"/>
  </w:num>
  <w:num w:numId="9" w16cid:durableId="977414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0D69"/>
    <w:rsid w:val="00034616"/>
    <w:rsid w:val="0006063C"/>
    <w:rsid w:val="0015074B"/>
    <w:rsid w:val="00295C3D"/>
    <w:rsid w:val="0029639D"/>
    <w:rsid w:val="00326F90"/>
    <w:rsid w:val="00521A42"/>
    <w:rsid w:val="00543C0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1096A5"/>
  <w14:defaultImageDpi w14:val="300"/>
  <w15:docId w15:val="{0CA14130-D87B-4285-9DEB-AA8CA254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1616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AdminIT</cp:lastModifiedBy>
  <cp:revision>2</cp:revision>
  <dcterms:created xsi:type="dcterms:W3CDTF">2013-12-23T23:15:00Z</dcterms:created>
  <dcterms:modified xsi:type="dcterms:W3CDTF">2026-08-19T13:07:00Z</dcterms:modified>
  <cp:category/>
</cp:coreProperties>
</file>