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after="0"/>
        <w:jc w:val="right"/>
      </w:pPr>
      <w:r>
        <w:rPr>
          <w:rFonts w:ascii="Times New Roman" w:hAnsi="Times New Roman"/>
          <w:b w:val="0"/>
          <w:i w:val="0"/>
          <w:sz w:val="22"/>
        </w:rPr>
        <w:t>Anexa nr. 1</w:t>
      </w:r>
    </w:p>
    <w:p>
      <w:pPr>
        <w:spacing w:after="0"/>
        <w:jc w:val="right"/>
      </w:pPr>
      <w:r>
        <w:rPr>
          <w:rFonts w:ascii="Times New Roman" w:hAnsi="Times New Roman"/>
          <w:b w:val="0"/>
          <w:i w:val="0"/>
          <w:sz w:val="22"/>
        </w:rPr>
        <w:t>la Regulamentul cu privire la achizițiile</w:t>
      </w:r>
    </w:p>
    <w:p>
      <w:pPr>
        <w:spacing w:after="280"/>
        <w:jc w:val="right"/>
      </w:pPr>
      <w:r>
        <w:rPr>
          <w:rFonts w:ascii="Times New Roman" w:hAnsi="Times New Roman"/>
          <w:b w:val="0"/>
          <w:i w:val="0"/>
          <w:sz w:val="22"/>
        </w:rPr>
        <w:t>publice de valoare mică</w:t>
      </w:r>
    </w:p>
    <w:p>
      <w:pPr>
        <w:spacing w:after="0"/>
        <w:jc w:val="center"/>
      </w:pPr>
      <w:r>
        <w:rPr>
          <w:rFonts w:ascii="Times New Roman" w:hAnsi="Times New Roman"/>
          <w:b/>
          <w:i w:val="0"/>
          <w:sz w:val="28"/>
        </w:rPr>
        <w:t>ANUNŢ DE PARTICIPARE SIMPLIFICAT</w:t>
      </w:r>
    </w:p>
    <w:p>
      <w:pPr>
        <w:spacing w:after="160"/>
        <w:jc w:val="center"/>
      </w:pPr>
      <w:r>
        <w:rPr>
          <w:rFonts w:ascii="Times New Roman" w:hAnsi="Times New Roman"/>
          <w:b/>
          <w:i w:val="0"/>
          <w:sz w:val="28"/>
        </w:rPr>
        <w:t>PENTRU ACHIZIȚIA DE VALOARE MICĂ</w:t>
      </w:r>
    </w:p>
    <w:p>
      <w:pPr>
        <w:spacing w:after="0"/>
        <w:jc w:val="center"/>
      </w:pPr>
      <w:r>
        <w:rPr>
          <w:rFonts w:ascii="Times New Roman" w:hAnsi="Times New Roman"/>
          <w:b w:val="0"/>
          <w:i w:val="0"/>
          <w:sz w:val="24"/>
        </w:rPr>
        <w:t>privind achiziționarea</w:t>
      </w:r>
    </w:p>
    <w:p>
      <w:pPr>
        <w:spacing w:after="0"/>
        <w:jc w:val="center"/>
      </w:pPr>
      <w:r>
        <w:rPr>
          <w:rFonts w:ascii="Times New Roman" w:hAnsi="Times New Roman"/>
          <w:b/>
          <w:i w:val="0"/>
          <w:sz w:val="24"/>
        </w:rPr>
        <w:t>„Coșuri de fum pentru cazangeriile nr. 1 și nr. 2”</w:t>
      </w:r>
    </w:p>
    <w:p>
      <w:pPr>
        <w:spacing w:after="280"/>
        <w:jc w:val="center"/>
      </w:pPr>
      <w:r>
        <w:rPr>
          <w:rFonts w:ascii="Times New Roman" w:hAnsi="Times New Roman"/>
          <w:b/>
          <w:i w:val="0"/>
          <w:sz w:val="24"/>
        </w:rPr>
        <w:t>prin achiziție publică de valoare mică</w:t>
      </w:r>
    </w:p>
    <w:p>
      <w:pPr>
        <w:spacing w:after="80"/>
        <w:jc w:val="both"/>
      </w:pPr>
      <w:r>
        <w:rPr>
          <w:rFonts w:ascii="Times New Roman" w:hAnsi="Times New Roman"/>
          <w:b w:val="0"/>
          <w:i w:val="0"/>
          <w:sz w:val="24"/>
        </w:rPr>
        <w:t>1. Denumirea autorității contractante: Penitenciarul nr.16 – Pruncul</w:t>
      </w:r>
    </w:p>
    <w:p>
      <w:pPr>
        <w:spacing w:after="80"/>
        <w:jc w:val="both"/>
      </w:pPr>
      <w:r>
        <w:rPr>
          <w:rFonts w:ascii="Times New Roman" w:hAnsi="Times New Roman"/>
          <w:b w:val="0"/>
          <w:i w:val="0"/>
          <w:sz w:val="24"/>
        </w:rPr>
        <w:t>2. IDNO: 1006601000945</w:t>
      </w:r>
    </w:p>
    <w:p>
      <w:pPr>
        <w:spacing w:after="80"/>
        <w:jc w:val="both"/>
      </w:pPr>
      <w:r>
        <w:rPr>
          <w:rFonts w:ascii="Times New Roman" w:hAnsi="Times New Roman"/>
          <w:b w:val="0"/>
          <w:i w:val="0"/>
          <w:sz w:val="24"/>
        </w:rPr>
        <w:t>3. Adresa: mun. Chișinău, str. Ion Pruncul 44, MD-2069</w:t>
      </w:r>
    </w:p>
    <w:p>
      <w:pPr>
        <w:spacing w:after="80"/>
        <w:jc w:val="both"/>
      </w:pPr>
      <w:r>
        <w:rPr>
          <w:rFonts w:ascii="Times New Roman" w:hAnsi="Times New Roman"/>
          <w:b w:val="0"/>
          <w:i w:val="0"/>
          <w:sz w:val="24"/>
        </w:rPr>
        <w:t>4. Numărul de telefon/fax: 022-61-53-51 / 022-61-54-86</w:t>
      </w:r>
    </w:p>
    <w:p>
      <w:pPr>
        <w:spacing w:after="80"/>
        <w:jc w:val="both"/>
      </w:pPr>
      <w:r>
        <w:rPr>
          <w:rFonts w:ascii="Times New Roman" w:hAnsi="Times New Roman"/>
          <w:b w:val="0"/>
          <w:i w:val="0"/>
          <w:sz w:val="24"/>
        </w:rPr>
        <w:t>5. Adresa de e-mail și pagina web oficială ale autorității contractante: p16achizitie@anp.gov.md</w:t>
      </w:r>
    </w:p>
    <w:p>
      <w:pPr>
        <w:spacing w:after="80"/>
        <w:jc w:val="both"/>
      </w:pPr>
      <w:r>
        <w:rPr>
          <w:rFonts w:ascii="Times New Roman" w:hAnsi="Times New Roman"/>
          <w:b w:val="0"/>
          <w:i w:val="0"/>
          <w:sz w:val="24"/>
        </w:rPr>
        <w:t>6. Adresa de e-mail sau pagina web oficială de la care se va putea obține accesul la documentația de atribuire: documentația de atribuire este anexată în cadrul procedurii în SIA „RSAP”</w:t>
      </w:r>
    </w:p>
    <w:p>
      <w:pPr>
        <w:spacing w:after="80"/>
        <w:jc w:val="both"/>
      </w:pPr>
      <w:r>
        <w:rPr>
          <w:rFonts w:ascii="Times New Roman" w:hAnsi="Times New Roman"/>
          <w:b w:val="0"/>
          <w:i w:val="0"/>
          <w:sz w:val="24"/>
        </w:rPr>
        <w:t>7. Tipul autorității contractante și obiectul principal de activitate: Instituție publică</w:t>
      </w:r>
    </w:p>
    <w:p>
      <w:pPr>
        <w:spacing w:after="160"/>
        <w:jc w:val="both"/>
      </w:pPr>
      <w:r>
        <w:rPr>
          <w:rFonts w:ascii="Times New Roman" w:hAnsi="Times New Roman"/>
          <w:b w:val="0"/>
          <w:i w:val="0"/>
          <w:sz w:val="24"/>
        </w:rPr>
        <w:t>8. Cumpărătorul invită operatorii economici interesați, care îi pot satisface necesitățile, să participe la procedura de achiziție privind livrarea următoarelor bunuri:</w:t>
      </w:r>
    </w:p>
    <w:tbl>
      <w:tblPr>
        <w:tblStyle w:val="TableGrid"/>
        <w:tblW w:type="auto" w:w="0"/>
        <w:tblLook w:firstColumn="1" w:firstRow="1" w:lastColumn="0" w:lastRow="0" w:noHBand="0" w:noVBand="1" w:val="04A0"/>
        <w:tblLayout w:type="fixed"/>
      </w:tblPr>
      <w:tblGrid>
        <w:gridCol w:w="737"/>
        <w:gridCol w:w="2041"/>
        <w:gridCol w:w="567"/>
        <w:gridCol w:w="737"/>
        <w:gridCol w:w="4309"/>
        <w:gridCol w:w="1247"/>
      </w:tblGrid>
      <w:tr>
        <w:tc>
          <w:tcPr>
            <w:tcW w:type="dxa" w:w="737"/>
          </w:tcPr>
          <w:p>
            <w:pPr>
              <w:spacing w:after="0"/>
              <w:jc w:val="center"/>
            </w:pPr>
            <w:r/>
            <w:r>
              <w:rPr>
                <w:rFonts w:ascii="Times New Roman" w:hAnsi="Times New Roman"/>
                <w:b/>
                <w:sz w:val="18"/>
              </w:rPr>
              <w:t>Nr. lot</w:t>
            </w:r>
          </w:p>
        </w:tc>
        <w:tc>
          <w:tcPr>
            <w:tcW w:type="dxa" w:w="2041"/>
          </w:tcPr>
          <w:p>
            <w:pPr>
              <w:spacing w:after="0"/>
              <w:jc w:val="center"/>
            </w:pPr>
            <w:r/>
            <w:r>
              <w:rPr>
                <w:rFonts w:ascii="Times New Roman" w:hAnsi="Times New Roman"/>
                <w:b/>
                <w:sz w:val="18"/>
              </w:rPr>
              <w:t>Denumirea bunurilor solicitate</w:t>
              <w:br/>
              <w:t>Cod CPV: 45262610-0</w:t>
            </w:r>
          </w:p>
        </w:tc>
        <w:tc>
          <w:tcPr>
            <w:tcW w:type="dxa" w:w="567"/>
          </w:tcPr>
          <w:p>
            <w:pPr>
              <w:spacing w:after="0"/>
              <w:jc w:val="center"/>
            </w:pPr>
            <w:r/>
            <w:r>
              <w:rPr>
                <w:rFonts w:ascii="Times New Roman" w:hAnsi="Times New Roman"/>
                <w:b/>
                <w:sz w:val="18"/>
              </w:rPr>
              <w:t>UM</w:t>
            </w:r>
          </w:p>
        </w:tc>
        <w:tc>
          <w:tcPr>
            <w:tcW w:type="dxa" w:w="737"/>
          </w:tcPr>
          <w:p>
            <w:pPr>
              <w:spacing w:after="0"/>
              <w:jc w:val="center"/>
            </w:pPr>
            <w:r/>
            <w:r>
              <w:rPr>
                <w:rFonts w:ascii="Times New Roman" w:hAnsi="Times New Roman"/>
                <w:b/>
                <w:sz w:val="18"/>
              </w:rPr>
              <w:t>Cantitatea</w:t>
            </w:r>
          </w:p>
        </w:tc>
        <w:tc>
          <w:tcPr>
            <w:tcW w:type="dxa" w:w="4309"/>
          </w:tcPr>
          <w:p>
            <w:pPr>
              <w:spacing w:after="0"/>
              <w:jc w:val="center"/>
            </w:pPr>
            <w:r/>
            <w:r>
              <w:rPr>
                <w:rFonts w:ascii="Times New Roman" w:hAnsi="Times New Roman"/>
                <w:b/>
                <w:sz w:val="18"/>
              </w:rPr>
              <w:t>Specificarea tehnică deplină solicitată, Standarde de referință</w:t>
            </w:r>
          </w:p>
        </w:tc>
        <w:tc>
          <w:tcPr>
            <w:tcW w:type="dxa" w:w="1247"/>
          </w:tcPr>
          <w:p>
            <w:pPr>
              <w:spacing w:after="0"/>
              <w:jc w:val="center"/>
            </w:pPr>
            <w:r/>
            <w:r>
              <w:rPr>
                <w:rFonts w:ascii="Times New Roman" w:hAnsi="Times New Roman"/>
                <w:b/>
                <w:sz w:val="18"/>
              </w:rPr>
              <w:t>Valoarea estimată</w:t>
              <w:br/>
              <w:t>(fără TVA)</w:t>
            </w:r>
          </w:p>
        </w:tc>
      </w:tr>
      <w:tr>
        <w:tc>
          <w:tcPr>
            <w:tcW w:type="dxa" w:w="737"/>
          </w:tcPr>
          <w:p>
            <w:pPr>
              <w:spacing w:after="0"/>
              <w:jc w:val="center"/>
            </w:pPr>
            <w:r/>
            <w:r>
              <w:rPr>
                <w:rFonts w:ascii="Times New Roman" w:hAnsi="Times New Roman"/>
                <w:b/>
                <w:sz w:val="18"/>
              </w:rPr>
              <w:t>Lotul 1</w:t>
            </w:r>
          </w:p>
        </w:tc>
        <w:tc>
          <w:tcPr>
            <w:tcW w:type="dxa" w:w="2041"/>
          </w:tcPr>
          <w:p>
            <w:pPr>
              <w:spacing w:after="0"/>
            </w:pPr>
            <w:r/>
            <w:r>
              <w:rPr>
                <w:rFonts w:ascii="Times New Roman" w:hAnsi="Times New Roman"/>
                <w:b/>
                <w:sz w:val="18"/>
              </w:rPr>
              <w:t>Coș de fum – cazangeria nr. 1</w:t>
            </w:r>
          </w:p>
        </w:tc>
        <w:tc>
          <w:tcPr>
            <w:tcW w:type="dxa" w:w="567"/>
          </w:tcPr>
          <w:p>
            <w:pPr>
              <w:spacing w:after="0"/>
            </w:pPr>
            <w:r/>
            <w:r>
              <w:rPr>
                <w:rFonts w:ascii="Times New Roman" w:hAnsi="Times New Roman"/>
                <w:b w:val="0"/>
                <w:sz w:val="18"/>
              </w:rPr>
            </w:r>
          </w:p>
        </w:tc>
        <w:tc>
          <w:tcPr>
            <w:tcW w:type="dxa" w:w="737"/>
          </w:tcPr>
          <w:p>
            <w:pPr>
              <w:spacing w:after="0"/>
            </w:pPr>
            <w:r/>
            <w:r>
              <w:rPr>
                <w:rFonts w:ascii="Times New Roman" w:hAnsi="Times New Roman"/>
                <w:b w:val="0"/>
                <w:sz w:val="18"/>
              </w:rPr>
            </w:r>
          </w:p>
        </w:tc>
        <w:tc>
          <w:tcPr>
            <w:tcW w:type="dxa" w:w="4309"/>
          </w:tcPr>
          <w:p>
            <w:pPr>
              <w:spacing w:after="0"/>
            </w:pPr>
            <w:r/>
            <w:r>
              <w:rPr>
                <w:rFonts w:ascii="Times New Roman" w:hAnsi="Times New Roman"/>
                <w:b w:val="0"/>
                <w:sz w:val="18"/>
              </w:rPr>
            </w:r>
          </w:p>
        </w:tc>
        <w:tc>
          <w:tcPr>
            <w:tcW w:type="dxa" w:w="1247"/>
          </w:tcPr>
          <w:p>
            <w:pPr>
              <w:spacing w:after="0"/>
              <w:jc w:val="right"/>
            </w:pPr>
            <w:r/>
            <w:r>
              <w:rPr>
                <w:rFonts w:ascii="Times New Roman" w:hAnsi="Times New Roman"/>
                <w:b/>
                <w:sz w:val="18"/>
              </w:rPr>
              <w:t>93 640,00</w:t>
            </w:r>
          </w:p>
        </w:tc>
      </w:tr>
      <w:tr>
        <w:tc>
          <w:tcPr>
            <w:tcW w:type="dxa" w:w="737"/>
          </w:tcPr>
          <w:p>
            <w:pPr>
              <w:spacing w:after="0"/>
              <w:jc w:val="center"/>
            </w:pPr>
            <w:r/>
            <w:r>
              <w:rPr>
                <w:rFonts w:ascii="Times New Roman" w:hAnsi="Times New Roman"/>
                <w:b w:val="0"/>
                <w:sz w:val="18"/>
              </w:rPr>
              <w:t>1.1</w:t>
            </w:r>
          </w:p>
        </w:tc>
        <w:tc>
          <w:tcPr>
            <w:tcW w:type="dxa" w:w="2041"/>
          </w:tcPr>
          <w:p>
            <w:pPr>
              <w:spacing w:after="0"/>
            </w:pPr>
            <w:r/>
            <w:r>
              <w:rPr>
                <w:rFonts w:ascii="Times New Roman" w:hAnsi="Times New Roman"/>
                <w:b w:val="0"/>
                <w:sz w:val="18"/>
              </w:rPr>
              <w:t>Țeavă Ø 350-430 mm</w:t>
            </w:r>
          </w:p>
        </w:tc>
        <w:tc>
          <w:tcPr>
            <w:tcW w:type="dxa" w:w="567"/>
          </w:tcPr>
          <w:p>
            <w:pPr>
              <w:spacing w:after="0"/>
              <w:jc w:val="center"/>
            </w:pPr>
            <w:r/>
            <w:r>
              <w:rPr>
                <w:rFonts w:ascii="Times New Roman" w:hAnsi="Times New Roman"/>
                <w:b w:val="0"/>
                <w:sz w:val="18"/>
              </w:rPr>
              <w:t>buc</w:t>
            </w:r>
          </w:p>
        </w:tc>
        <w:tc>
          <w:tcPr>
            <w:tcW w:type="dxa" w:w="737"/>
          </w:tcPr>
          <w:p>
            <w:pPr>
              <w:spacing w:after="0"/>
              <w:jc w:val="center"/>
            </w:pPr>
            <w:r/>
            <w:r>
              <w:rPr>
                <w:rFonts w:ascii="Times New Roman" w:hAnsi="Times New Roman"/>
                <w:b w:val="0"/>
                <w:sz w:val="18"/>
              </w:rPr>
              <w:t>1</w:t>
            </w:r>
          </w:p>
        </w:tc>
        <w:tc>
          <w:tcPr>
            <w:tcW w:type="dxa" w:w="4309"/>
          </w:tcPr>
          <w:p>
            <w:pPr>
              <w:spacing w:after="0"/>
            </w:pPr>
            <w:r/>
            <w:r>
              <w:rPr>
                <w:rFonts w:ascii="Times New Roman" w:hAnsi="Times New Roman"/>
                <w:b w:val="0"/>
                <w:sz w:val="16"/>
              </w:rPr>
              <w:t>Tip: Țeavă pentru coș de fum dublu perete; Material: Oțel inoxidabil, interior AISI 304, exterior AISI 430; Grosimea oțelului: interior minimum 1 mm, exterior minimum 0,5 mm; Izolația: vată minerală bazaltică minim 40 mm/650°C; Destinat a fi utilizat la cazane cu combustibil solid (cărbune). Diametru: interior 350 mm, exterior 430 mm; Lungimea: 500 mm. Prețul propus trebuie să fie pentru un metru.</w:t>
            </w:r>
          </w:p>
        </w:tc>
        <w:tc>
          <w:tcPr>
            <w:tcW w:type="dxa" w:w="1247"/>
          </w:tcPr>
          <w:p>
            <w:pPr>
              <w:spacing w:after="0"/>
              <w:jc w:val="right"/>
            </w:pPr>
            <w:r/>
            <w:r>
              <w:rPr>
                <w:rFonts w:ascii="Times New Roman" w:hAnsi="Times New Roman"/>
                <w:b w:val="0"/>
                <w:sz w:val="18"/>
              </w:rPr>
              <w:t>2 100,00</w:t>
            </w:r>
          </w:p>
        </w:tc>
      </w:tr>
      <w:tr>
        <w:tc>
          <w:tcPr>
            <w:tcW w:type="dxa" w:w="737"/>
          </w:tcPr>
          <w:p>
            <w:pPr>
              <w:spacing w:after="0"/>
              <w:jc w:val="center"/>
            </w:pPr>
            <w:r/>
            <w:r>
              <w:rPr>
                <w:rFonts w:ascii="Times New Roman" w:hAnsi="Times New Roman"/>
                <w:b w:val="0"/>
                <w:sz w:val="18"/>
              </w:rPr>
              <w:t>1.2</w:t>
            </w:r>
          </w:p>
        </w:tc>
        <w:tc>
          <w:tcPr>
            <w:tcW w:type="dxa" w:w="2041"/>
          </w:tcPr>
          <w:p>
            <w:pPr>
              <w:spacing w:after="0"/>
            </w:pPr>
            <w:r/>
            <w:r>
              <w:rPr>
                <w:rFonts w:ascii="Times New Roman" w:hAnsi="Times New Roman"/>
                <w:b w:val="0"/>
                <w:sz w:val="18"/>
              </w:rPr>
              <w:t>Țeavă Ø 400-480 mm</w:t>
            </w:r>
          </w:p>
        </w:tc>
        <w:tc>
          <w:tcPr>
            <w:tcW w:type="dxa" w:w="567"/>
          </w:tcPr>
          <w:p>
            <w:pPr>
              <w:spacing w:after="0"/>
              <w:jc w:val="center"/>
            </w:pPr>
            <w:r/>
            <w:r>
              <w:rPr>
                <w:rFonts w:ascii="Times New Roman" w:hAnsi="Times New Roman"/>
                <w:b w:val="0"/>
                <w:sz w:val="18"/>
              </w:rPr>
              <w:t>buc</w:t>
            </w:r>
          </w:p>
        </w:tc>
        <w:tc>
          <w:tcPr>
            <w:tcW w:type="dxa" w:w="737"/>
          </w:tcPr>
          <w:p>
            <w:pPr>
              <w:spacing w:after="0"/>
              <w:jc w:val="center"/>
            </w:pPr>
            <w:r/>
            <w:r>
              <w:rPr>
                <w:rFonts w:ascii="Times New Roman" w:hAnsi="Times New Roman"/>
                <w:b w:val="0"/>
                <w:sz w:val="18"/>
              </w:rPr>
              <w:t>1</w:t>
            </w:r>
          </w:p>
        </w:tc>
        <w:tc>
          <w:tcPr>
            <w:tcW w:type="dxa" w:w="4309"/>
          </w:tcPr>
          <w:p>
            <w:pPr>
              <w:spacing w:after="0"/>
            </w:pPr>
            <w:r/>
            <w:r>
              <w:rPr>
                <w:rFonts w:ascii="Times New Roman" w:hAnsi="Times New Roman"/>
                <w:b w:val="0"/>
                <w:sz w:val="16"/>
              </w:rPr>
              <w:t>Tip: Țeavă pentru coș de fum dublu perete; Material: Oțel inoxidabil, interior AISI 304, exterior AISI 430; Grosimea oțelului: interior minimum 1 mm, exterior minimum 0,5 mm; Izolația: vată minerală bazaltică minim 40 mm/650°C; Destinat a fi utilizat la cazane cu combustibil solid (cărbune). Diametru: interior 400 mm, exterior 480 mm; Lungimea: 500 mm. Prețul propus trebuie să fie pentru un metru.</w:t>
            </w:r>
          </w:p>
        </w:tc>
        <w:tc>
          <w:tcPr>
            <w:tcW w:type="dxa" w:w="1247"/>
          </w:tcPr>
          <w:p>
            <w:pPr>
              <w:spacing w:after="0"/>
              <w:jc w:val="right"/>
            </w:pPr>
            <w:r/>
            <w:r>
              <w:rPr>
                <w:rFonts w:ascii="Times New Roman" w:hAnsi="Times New Roman"/>
                <w:b w:val="0"/>
                <w:sz w:val="18"/>
              </w:rPr>
              <w:t>2 400,00</w:t>
            </w:r>
          </w:p>
        </w:tc>
      </w:tr>
      <w:tr>
        <w:tc>
          <w:tcPr>
            <w:tcW w:type="dxa" w:w="737"/>
          </w:tcPr>
          <w:p>
            <w:pPr>
              <w:spacing w:after="0"/>
              <w:jc w:val="center"/>
            </w:pPr>
            <w:r/>
            <w:r>
              <w:rPr>
                <w:rFonts w:ascii="Times New Roman" w:hAnsi="Times New Roman"/>
                <w:b w:val="0"/>
                <w:sz w:val="18"/>
              </w:rPr>
              <w:t>1.3</w:t>
            </w:r>
          </w:p>
        </w:tc>
        <w:tc>
          <w:tcPr>
            <w:tcW w:type="dxa" w:w="2041"/>
          </w:tcPr>
          <w:p>
            <w:pPr>
              <w:spacing w:after="0"/>
            </w:pPr>
            <w:r/>
            <w:r>
              <w:rPr>
                <w:rFonts w:ascii="Times New Roman" w:hAnsi="Times New Roman"/>
                <w:b w:val="0"/>
                <w:sz w:val="18"/>
              </w:rPr>
              <w:t>Țeavă Ø 450-530 mm</w:t>
            </w:r>
          </w:p>
        </w:tc>
        <w:tc>
          <w:tcPr>
            <w:tcW w:type="dxa" w:w="567"/>
          </w:tcPr>
          <w:p>
            <w:pPr>
              <w:spacing w:after="0"/>
              <w:jc w:val="center"/>
            </w:pPr>
            <w:r/>
            <w:r>
              <w:rPr>
                <w:rFonts w:ascii="Times New Roman" w:hAnsi="Times New Roman"/>
                <w:b w:val="0"/>
                <w:sz w:val="18"/>
              </w:rPr>
              <w:t>buc</w:t>
            </w:r>
          </w:p>
        </w:tc>
        <w:tc>
          <w:tcPr>
            <w:tcW w:type="dxa" w:w="737"/>
          </w:tcPr>
          <w:p>
            <w:pPr>
              <w:spacing w:after="0"/>
              <w:jc w:val="center"/>
            </w:pPr>
            <w:r/>
            <w:r>
              <w:rPr>
                <w:rFonts w:ascii="Times New Roman" w:hAnsi="Times New Roman"/>
                <w:b w:val="0"/>
                <w:sz w:val="18"/>
              </w:rPr>
              <w:t>1</w:t>
            </w:r>
          </w:p>
        </w:tc>
        <w:tc>
          <w:tcPr>
            <w:tcW w:type="dxa" w:w="4309"/>
          </w:tcPr>
          <w:p>
            <w:pPr>
              <w:spacing w:after="0"/>
            </w:pPr>
            <w:r/>
            <w:r>
              <w:rPr>
                <w:rFonts w:ascii="Times New Roman" w:hAnsi="Times New Roman"/>
                <w:b w:val="0"/>
                <w:sz w:val="16"/>
              </w:rPr>
              <w:t>Tip: Țeavă pentru coș de fum dublu perete; Material: Oțel inoxidabil, interior AISI 304, exterior AISI 430; Grosimea oțelului: interior minimum 1 mm, exterior minimum 0,5 mm; Izolația: vată minerală bazaltică minim 40 mm/650°C; Destinat a fi utilizat la cazane cu combustibil solid (cărbune). Diametru: interior 450 mm, exterior 530 mm; Lungimea: 500 mm. Prețul propus trebuie să fie pentru un metru.</w:t>
            </w:r>
          </w:p>
        </w:tc>
        <w:tc>
          <w:tcPr>
            <w:tcW w:type="dxa" w:w="1247"/>
          </w:tcPr>
          <w:p>
            <w:pPr>
              <w:spacing w:after="0"/>
              <w:jc w:val="right"/>
            </w:pPr>
            <w:r/>
            <w:r>
              <w:rPr>
                <w:rFonts w:ascii="Times New Roman" w:hAnsi="Times New Roman"/>
                <w:b w:val="0"/>
                <w:sz w:val="18"/>
              </w:rPr>
              <w:t>2 700,00</w:t>
            </w:r>
          </w:p>
        </w:tc>
      </w:tr>
      <w:tr>
        <w:tc>
          <w:tcPr>
            <w:tcW w:type="dxa" w:w="737"/>
          </w:tcPr>
          <w:p>
            <w:pPr>
              <w:spacing w:after="0"/>
              <w:jc w:val="center"/>
            </w:pPr>
            <w:r/>
            <w:r>
              <w:rPr>
                <w:rFonts w:ascii="Times New Roman" w:hAnsi="Times New Roman"/>
                <w:b w:val="0"/>
                <w:sz w:val="18"/>
              </w:rPr>
              <w:t>1.4</w:t>
            </w:r>
          </w:p>
        </w:tc>
        <w:tc>
          <w:tcPr>
            <w:tcW w:type="dxa" w:w="2041"/>
          </w:tcPr>
          <w:p>
            <w:pPr>
              <w:spacing w:after="0"/>
            </w:pPr>
            <w:r/>
            <w:r>
              <w:rPr>
                <w:rFonts w:ascii="Times New Roman" w:hAnsi="Times New Roman"/>
                <w:b w:val="0"/>
                <w:sz w:val="18"/>
              </w:rPr>
              <w:t>Țeavă Ø 500-580 mm</w:t>
            </w:r>
          </w:p>
        </w:tc>
        <w:tc>
          <w:tcPr>
            <w:tcW w:type="dxa" w:w="567"/>
          </w:tcPr>
          <w:p>
            <w:pPr>
              <w:spacing w:after="0"/>
              <w:jc w:val="center"/>
            </w:pPr>
            <w:r/>
            <w:r>
              <w:rPr>
                <w:rFonts w:ascii="Times New Roman" w:hAnsi="Times New Roman"/>
                <w:b w:val="0"/>
                <w:sz w:val="18"/>
              </w:rPr>
              <w:t>buc</w:t>
            </w:r>
          </w:p>
        </w:tc>
        <w:tc>
          <w:tcPr>
            <w:tcW w:type="dxa" w:w="737"/>
          </w:tcPr>
          <w:p>
            <w:pPr>
              <w:spacing w:after="0"/>
              <w:jc w:val="center"/>
            </w:pPr>
            <w:r/>
            <w:r>
              <w:rPr>
                <w:rFonts w:ascii="Times New Roman" w:hAnsi="Times New Roman"/>
                <w:b w:val="0"/>
                <w:sz w:val="18"/>
              </w:rPr>
              <w:t>13</w:t>
            </w:r>
          </w:p>
        </w:tc>
        <w:tc>
          <w:tcPr>
            <w:tcW w:type="dxa" w:w="4309"/>
          </w:tcPr>
          <w:p>
            <w:pPr>
              <w:spacing w:after="0"/>
            </w:pPr>
            <w:r/>
            <w:r>
              <w:rPr>
                <w:rFonts w:ascii="Times New Roman" w:hAnsi="Times New Roman"/>
                <w:b w:val="0"/>
                <w:sz w:val="16"/>
              </w:rPr>
              <w:t>Tip: Țeavă pentru coș de fum dublu perete; Material: Oțel inoxidabil, interior AISI 304, exterior AISI 430; Grosimea oțelului: interior minimum 1 mm, exterior minimum 0,5 mm; Izolația: vată minerală bazaltică minim 40 mm/650°C; Destinat a fi utilizat la cazane cu combustibil solid (cărbune). Diametru: interior 500 mm, exterior 580 mm; Lungimea: 1 m. Prețul propus trebuie să fie pentru un metru.</w:t>
            </w:r>
          </w:p>
        </w:tc>
        <w:tc>
          <w:tcPr>
            <w:tcW w:type="dxa" w:w="1247"/>
          </w:tcPr>
          <w:p>
            <w:pPr>
              <w:spacing w:after="0"/>
              <w:jc w:val="right"/>
            </w:pPr>
            <w:r/>
            <w:r>
              <w:rPr>
                <w:rFonts w:ascii="Times New Roman" w:hAnsi="Times New Roman"/>
                <w:b w:val="0"/>
                <w:sz w:val="18"/>
              </w:rPr>
              <w:t>39 000,00</w:t>
            </w:r>
          </w:p>
        </w:tc>
      </w:tr>
      <w:tr>
        <w:tc>
          <w:tcPr>
            <w:tcW w:type="dxa" w:w="737"/>
          </w:tcPr>
          <w:p>
            <w:pPr>
              <w:spacing w:after="0"/>
              <w:jc w:val="center"/>
            </w:pPr>
            <w:r/>
            <w:r>
              <w:rPr>
                <w:rFonts w:ascii="Times New Roman" w:hAnsi="Times New Roman"/>
                <w:b w:val="0"/>
                <w:sz w:val="18"/>
              </w:rPr>
              <w:t>1.5</w:t>
            </w:r>
          </w:p>
        </w:tc>
        <w:tc>
          <w:tcPr>
            <w:tcW w:type="dxa" w:w="2041"/>
          </w:tcPr>
          <w:p>
            <w:pPr>
              <w:spacing w:after="0"/>
            </w:pPr>
            <w:r/>
            <w:r>
              <w:rPr>
                <w:rFonts w:ascii="Times New Roman" w:hAnsi="Times New Roman"/>
                <w:b w:val="0"/>
                <w:sz w:val="18"/>
              </w:rPr>
              <w:t>Cot 90° Ø 500-580 mm</w:t>
            </w:r>
          </w:p>
        </w:tc>
        <w:tc>
          <w:tcPr>
            <w:tcW w:type="dxa" w:w="567"/>
          </w:tcPr>
          <w:p>
            <w:pPr>
              <w:spacing w:after="0"/>
              <w:jc w:val="center"/>
            </w:pPr>
            <w:r/>
            <w:r>
              <w:rPr>
                <w:rFonts w:ascii="Times New Roman" w:hAnsi="Times New Roman"/>
                <w:b w:val="0"/>
                <w:sz w:val="18"/>
              </w:rPr>
              <w:t>buc</w:t>
            </w:r>
          </w:p>
        </w:tc>
        <w:tc>
          <w:tcPr>
            <w:tcW w:type="dxa" w:w="737"/>
          </w:tcPr>
          <w:p>
            <w:pPr>
              <w:spacing w:after="0"/>
              <w:jc w:val="center"/>
            </w:pPr>
            <w:r/>
            <w:r>
              <w:rPr>
                <w:rFonts w:ascii="Times New Roman" w:hAnsi="Times New Roman"/>
                <w:b w:val="0"/>
                <w:sz w:val="18"/>
              </w:rPr>
              <w:t>1</w:t>
            </w:r>
          </w:p>
        </w:tc>
        <w:tc>
          <w:tcPr>
            <w:tcW w:type="dxa" w:w="4309"/>
          </w:tcPr>
          <w:p>
            <w:pPr>
              <w:spacing w:after="0"/>
            </w:pPr>
            <w:r/>
            <w:r>
              <w:rPr>
                <w:rFonts w:ascii="Times New Roman" w:hAnsi="Times New Roman"/>
                <w:b w:val="0"/>
                <w:sz w:val="16"/>
              </w:rPr>
              <w:t>Tip: Cot 90° dublu perete; Material: Oțel inoxidabil, interior AISI 304, exterior AISI 430; Grosimea oțelului: interior minimum 1 mm, exterior minimum 0,5 mm; Izolația: vată minerală bazaltică minim 40 mm/650°C; Destinat a fi utilizat la cazane cu combustibil solid (cărbune). Diametru: interior 500 mm, exterior 580 mm. Prețul propus trebuie să fie pentru un element.</w:t>
            </w:r>
          </w:p>
        </w:tc>
        <w:tc>
          <w:tcPr>
            <w:tcW w:type="dxa" w:w="1247"/>
          </w:tcPr>
          <w:p>
            <w:pPr>
              <w:spacing w:after="0"/>
              <w:jc w:val="right"/>
            </w:pPr>
            <w:r/>
            <w:r>
              <w:rPr>
                <w:rFonts w:ascii="Times New Roman" w:hAnsi="Times New Roman"/>
                <w:b w:val="0"/>
                <w:sz w:val="18"/>
              </w:rPr>
              <w:t>4 600,00</w:t>
            </w:r>
          </w:p>
        </w:tc>
      </w:tr>
      <w:tr>
        <w:tc>
          <w:tcPr>
            <w:tcW w:type="dxa" w:w="737"/>
          </w:tcPr>
          <w:p>
            <w:pPr>
              <w:spacing w:after="0"/>
              <w:jc w:val="center"/>
            </w:pPr>
            <w:r/>
            <w:r>
              <w:rPr>
                <w:rFonts w:ascii="Times New Roman" w:hAnsi="Times New Roman"/>
                <w:b w:val="0"/>
                <w:sz w:val="18"/>
              </w:rPr>
              <w:t>1.6</w:t>
            </w:r>
          </w:p>
        </w:tc>
        <w:tc>
          <w:tcPr>
            <w:tcW w:type="dxa" w:w="2041"/>
          </w:tcPr>
          <w:p>
            <w:pPr>
              <w:spacing w:after="0"/>
            </w:pPr>
            <w:r/>
            <w:r>
              <w:rPr>
                <w:rFonts w:ascii="Times New Roman" w:hAnsi="Times New Roman"/>
                <w:b w:val="0"/>
                <w:sz w:val="18"/>
              </w:rPr>
              <w:t>Cot 45° Ø 500-580 mm</w:t>
            </w:r>
          </w:p>
        </w:tc>
        <w:tc>
          <w:tcPr>
            <w:tcW w:type="dxa" w:w="567"/>
          </w:tcPr>
          <w:p>
            <w:pPr>
              <w:spacing w:after="0"/>
              <w:jc w:val="center"/>
            </w:pPr>
            <w:r/>
            <w:r>
              <w:rPr>
                <w:rFonts w:ascii="Times New Roman" w:hAnsi="Times New Roman"/>
                <w:b w:val="0"/>
                <w:sz w:val="18"/>
              </w:rPr>
              <w:t>buc</w:t>
            </w:r>
          </w:p>
        </w:tc>
        <w:tc>
          <w:tcPr>
            <w:tcW w:type="dxa" w:w="737"/>
          </w:tcPr>
          <w:p>
            <w:pPr>
              <w:spacing w:after="0"/>
              <w:jc w:val="center"/>
            </w:pPr>
            <w:r/>
            <w:r>
              <w:rPr>
                <w:rFonts w:ascii="Times New Roman" w:hAnsi="Times New Roman"/>
                <w:b w:val="0"/>
                <w:sz w:val="18"/>
              </w:rPr>
              <w:t>1</w:t>
            </w:r>
          </w:p>
        </w:tc>
        <w:tc>
          <w:tcPr>
            <w:tcW w:type="dxa" w:w="4309"/>
          </w:tcPr>
          <w:p>
            <w:pPr>
              <w:spacing w:after="0"/>
            </w:pPr>
            <w:r/>
            <w:r>
              <w:rPr>
                <w:rFonts w:ascii="Times New Roman" w:hAnsi="Times New Roman"/>
                <w:b w:val="0"/>
                <w:sz w:val="16"/>
              </w:rPr>
              <w:t>Tip: Cot 45° dublu perete; Material: Oțel inoxidabil, interior AISI 304, exterior AISI 430; Grosimea oțelului: interior minimum 1 mm, exterior minimum 0,5 mm; Izolația: vată minerală bazaltică minim 40 mm/650°C; Destinat a fi utilizat la cazane cu combustibil solid (cărbune). Diametru: interior 500 mm, exterior 580 mm. Prețul propus trebuie să fie pentru un element.</w:t>
            </w:r>
          </w:p>
        </w:tc>
        <w:tc>
          <w:tcPr>
            <w:tcW w:type="dxa" w:w="1247"/>
          </w:tcPr>
          <w:p>
            <w:pPr>
              <w:spacing w:after="0"/>
              <w:jc w:val="right"/>
            </w:pPr>
            <w:r/>
            <w:r>
              <w:rPr>
                <w:rFonts w:ascii="Times New Roman" w:hAnsi="Times New Roman"/>
                <w:b w:val="0"/>
                <w:sz w:val="18"/>
              </w:rPr>
              <w:t>3 500,00</w:t>
            </w:r>
          </w:p>
        </w:tc>
      </w:tr>
      <w:tr>
        <w:tc>
          <w:tcPr>
            <w:tcW w:type="dxa" w:w="737"/>
          </w:tcPr>
          <w:p>
            <w:pPr>
              <w:spacing w:after="0"/>
              <w:jc w:val="center"/>
            </w:pPr>
            <w:r/>
            <w:r>
              <w:rPr>
                <w:rFonts w:ascii="Times New Roman" w:hAnsi="Times New Roman"/>
                <w:b w:val="0"/>
                <w:sz w:val="18"/>
              </w:rPr>
              <w:t>1.7</w:t>
            </w:r>
          </w:p>
        </w:tc>
        <w:tc>
          <w:tcPr>
            <w:tcW w:type="dxa" w:w="2041"/>
          </w:tcPr>
          <w:p>
            <w:pPr>
              <w:spacing w:after="0"/>
            </w:pPr>
            <w:r/>
            <w:r>
              <w:rPr>
                <w:rFonts w:ascii="Times New Roman" w:hAnsi="Times New Roman"/>
                <w:b w:val="0"/>
                <w:sz w:val="18"/>
              </w:rPr>
              <w:t>Trecere sandwich Ø 350-430 / 400-480 mm</w:t>
            </w:r>
          </w:p>
        </w:tc>
        <w:tc>
          <w:tcPr>
            <w:tcW w:type="dxa" w:w="567"/>
          </w:tcPr>
          <w:p>
            <w:pPr>
              <w:spacing w:after="0"/>
              <w:jc w:val="center"/>
            </w:pPr>
            <w:r/>
            <w:r>
              <w:rPr>
                <w:rFonts w:ascii="Times New Roman" w:hAnsi="Times New Roman"/>
                <w:b w:val="0"/>
                <w:sz w:val="18"/>
              </w:rPr>
              <w:t>buc</w:t>
            </w:r>
          </w:p>
        </w:tc>
        <w:tc>
          <w:tcPr>
            <w:tcW w:type="dxa" w:w="737"/>
          </w:tcPr>
          <w:p>
            <w:pPr>
              <w:spacing w:after="0"/>
              <w:jc w:val="center"/>
            </w:pPr>
            <w:r/>
            <w:r>
              <w:rPr>
                <w:rFonts w:ascii="Times New Roman" w:hAnsi="Times New Roman"/>
                <w:b w:val="0"/>
                <w:sz w:val="18"/>
              </w:rPr>
              <w:t>1</w:t>
            </w:r>
          </w:p>
        </w:tc>
        <w:tc>
          <w:tcPr>
            <w:tcW w:type="dxa" w:w="4309"/>
          </w:tcPr>
          <w:p>
            <w:pPr>
              <w:spacing w:after="0"/>
            </w:pPr>
            <w:r/>
            <w:r>
              <w:rPr>
                <w:rFonts w:ascii="Times New Roman" w:hAnsi="Times New Roman"/>
                <w:b w:val="0"/>
                <w:sz w:val="16"/>
              </w:rPr>
              <w:t>Tip: Trecere sandwich; Material: Oțel inoxidabil, interior AISI 304, exterior AISI 430; Grosimea oțelului: interior minimum 1 mm, exterior minimum 0,5 mm; Izolația: vată minerală bazaltică minim 40 mm/650°C; Destinat a fi utilizat la cazane cu combustibil solid (cărbune). Lungimea: minim 300, maxim 500 mm. Prețul propus trebuie să fie pentru un element.</w:t>
            </w:r>
          </w:p>
        </w:tc>
        <w:tc>
          <w:tcPr>
            <w:tcW w:type="dxa" w:w="1247"/>
          </w:tcPr>
          <w:p>
            <w:pPr>
              <w:spacing w:after="0"/>
              <w:jc w:val="right"/>
            </w:pPr>
            <w:r/>
            <w:r>
              <w:rPr>
                <w:rFonts w:ascii="Times New Roman" w:hAnsi="Times New Roman"/>
                <w:b w:val="0"/>
                <w:sz w:val="18"/>
              </w:rPr>
              <w:t>1 600,00</w:t>
            </w:r>
          </w:p>
        </w:tc>
      </w:tr>
      <w:tr>
        <w:tc>
          <w:tcPr>
            <w:tcW w:type="dxa" w:w="737"/>
          </w:tcPr>
          <w:p>
            <w:pPr>
              <w:spacing w:after="0"/>
              <w:jc w:val="center"/>
            </w:pPr>
            <w:r/>
            <w:r>
              <w:rPr>
                <w:rFonts w:ascii="Times New Roman" w:hAnsi="Times New Roman"/>
                <w:b w:val="0"/>
                <w:sz w:val="18"/>
              </w:rPr>
              <w:t>1.8</w:t>
            </w:r>
          </w:p>
        </w:tc>
        <w:tc>
          <w:tcPr>
            <w:tcW w:type="dxa" w:w="2041"/>
          </w:tcPr>
          <w:p>
            <w:pPr>
              <w:spacing w:after="0"/>
            </w:pPr>
            <w:r/>
            <w:r>
              <w:rPr>
                <w:rFonts w:ascii="Times New Roman" w:hAnsi="Times New Roman"/>
                <w:b w:val="0"/>
                <w:sz w:val="18"/>
              </w:rPr>
              <w:t>Trecere sandwich Ø 400-480 / 450-530 mm</w:t>
            </w:r>
          </w:p>
        </w:tc>
        <w:tc>
          <w:tcPr>
            <w:tcW w:type="dxa" w:w="567"/>
          </w:tcPr>
          <w:p>
            <w:pPr>
              <w:spacing w:after="0"/>
              <w:jc w:val="center"/>
            </w:pPr>
            <w:r/>
            <w:r>
              <w:rPr>
                <w:rFonts w:ascii="Times New Roman" w:hAnsi="Times New Roman"/>
                <w:b w:val="0"/>
                <w:sz w:val="18"/>
              </w:rPr>
              <w:t>buc</w:t>
            </w:r>
          </w:p>
        </w:tc>
        <w:tc>
          <w:tcPr>
            <w:tcW w:type="dxa" w:w="737"/>
          </w:tcPr>
          <w:p>
            <w:pPr>
              <w:spacing w:after="0"/>
              <w:jc w:val="center"/>
            </w:pPr>
            <w:r/>
            <w:r>
              <w:rPr>
                <w:rFonts w:ascii="Times New Roman" w:hAnsi="Times New Roman"/>
                <w:b w:val="0"/>
                <w:sz w:val="18"/>
              </w:rPr>
              <w:t>1</w:t>
            </w:r>
          </w:p>
        </w:tc>
        <w:tc>
          <w:tcPr>
            <w:tcW w:type="dxa" w:w="4309"/>
          </w:tcPr>
          <w:p>
            <w:pPr>
              <w:spacing w:after="0"/>
            </w:pPr>
            <w:r/>
            <w:r>
              <w:rPr>
                <w:rFonts w:ascii="Times New Roman" w:hAnsi="Times New Roman"/>
                <w:b w:val="0"/>
                <w:sz w:val="16"/>
              </w:rPr>
              <w:t>Tip: Trecere sandwich; Material: Oțel inoxidabil, interior AISI 304, exterior AISI 430; Grosimea oțelului: interior minimum 1 mm, exterior minimum 0,5 mm; Izolația: vată minerală bazaltică minim 40 mm/650°C; Destinat a fi utilizat la cazane cu combustibil solid (cărbune). Lungimea: minim 300, maxim 500 mm. Prețul propus trebuie să fie pentru un element.</w:t>
            </w:r>
          </w:p>
        </w:tc>
        <w:tc>
          <w:tcPr>
            <w:tcW w:type="dxa" w:w="1247"/>
          </w:tcPr>
          <w:p>
            <w:pPr>
              <w:spacing w:after="0"/>
              <w:jc w:val="right"/>
            </w:pPr>
            <w:r/>
            <w:r>
              <w:rPr>
                <w:rFonts w:ascii="Times New Roman" w:hAnsi="Times New Roman"/>
                <w:b w:val="0"/>
                <w:sz w:val="18"/>
              </w:rPr>
              <w:t>1 700,00</w:t>
            </w:r>
          </w:p>
        </w:tc>
      </w:tr>
      <w:tr>
        <w:tc>
          <w:tcPr>
            <w:tcW w:type="dxa" w:w="737"/>
          </w:tcPr>
          <w:p>
            <w:pPr>
              <w:spacing w:after="0"/>
              <w:jc w:val="center"/>
            </w:pPr>
            <w:r/>
            <w:r>
              <w:rPr>
                <w:rFonts w:ascii="Times New Roman" w:hAnsi="Times New Roman"/>
                <w:b w:val="0"/>
                <w:sz w:val="18"/>
              </w:rPr>
              <w:t>1.9</w:t>
            </w:r>
          </w:p>
        </w:tc>
        <w:tc>
          <w:tcPr>
            <w:tcW w:type="dxa" w:w="2041"/>
          </w:tcPr>
          <w:p>
            <w:pPr>
              <w:spacing w:after="0"/>
            </w:pPr>
            <w:r/>
            <w:r>
              <w:rPr>
                <w:rFonts w:ascii="Times New Roman" w:hAnsi="Times New Roman"/>
                <w:b w:val="0"/>
                <w:sz w:val="18"/>
              </w:rPr>
              <w:t>Trecere sandwich Ø 450-530 / 500-580 mm</w:t>
            </w:r>
          </w:p>
        </w:tc>
        <w:tc>
          <w:tcPr>
            <w:tcW w:type="dxa" w:w="567"/>
          </w:tcPr>
          <w:p>
            <w:pPr>
              <w:spacing w:after="0"/>
              <w:jc w:val="center"/>
            </w:pPr>
            <w:r/>
            <w:r>
              <w:rPr>
                <w:rFonts w:ascii="Times New Roman" w:hAnsi="Times New Roman"/>
                <w:b w:val="0"/>
                <w:sz w:val="18"/>
              </w:rPr>
              <w:t>buc</w:t>
            </w:r>
          </w:p>
        </w:tc>
        <w:tc>
          <w:tcPr>
            <w:tcW w:type="dxa" w:w="737"/>
          </w:tcPr>
          <w:p>
            <w:pPr>
              <w:spacing w:after="0"/>
              <w:jc w:val="center"/>
            </w:pPr>
            <w:r/>
            <w:r>
              <w:rPr>
                <w:rFonts w:ascii="Times New Roman" w:hAnsi="Times New Roman"/>
                <w:b w:val="0"/>
                <w:sz w:val="18"/>
              </w:rPr>
              <w:t>1</w:t>
            </w:r>
          </w:p>
        </w:tc>
        <w:tc>
          <w:tcPr>
            <w:tcW w:type="dxa" w:w="4309"/>
          </w:tcPr>
          <w:p>
            <w:pPr>
              <w:spacing w:after="0"/>
            </w:pPr>
            <w:r/>
            <w:r>
              <w:rPr>
                <w:rFonts w:ascii="Times New Roman" w:hAnsi="Times New Roman"/>
                <w:b w:val="0"/>
                <w:sz w:val="16"/>
              </w:rPr>
              <w:t>Tip: Trecere sandwich; Material: Oțel inoxidabil, interior AISI 304, exterior AISI 430; Grosimea oțelului: interior minimum 1 mm, exterior minimum 0,5 mm; Izolația: vată minerală bazaltică minim 40 mm/650°C; Destinat a fi utilizat la cazane cu combustibil solid (cărbune). Lungimea: minim 300, maxim 500 mm. Prețul propus trebuie să fie pentru un element.</w:t>
            </w:r>
          </w:p>
        </w:tc>
        <w:tc>
          <w:tcPr>
            <w:tcW w:type="dxa" w:w="1247"/>
          </w:tcPr>
          <w:p>
            <w:pPr>
              <w:spacing w:after="0"/>
              <w:jc w:val="right"/>
            </w:pPr>
            <w:r/>
            <w:r>
              <w:rPr>
                <w:rFonts w:ascii="Times New Roman" w:hAnsi="Times New Roman"/>
                <w:b w:val="0"/>
                <w:sz w:val="18"/>
              </w:rPr>
              <w:t>2 000,00</w:t>
            </w:r>
          </w:p>
        </w:tc>
      </w:tr>
      <w:tr>
        <w:tc>
          <w:tcPr>
            <w:tcW w:type="dxa" w:w="737"/>
          </w:tcPr>
          <w:p>
            <w:pPr>
              <w:spacing w:after="0"/>
              <w:jc w:val="center"/>
            </w:pPr>
            <w:r/>
            <w:r>
              <w:rPr>
                <w:rFonts w:ascii="Times New Roman" w:hAnsi="Times New Roman"/>
                <w:b w:val="0"/>
                <w:sz w:val="18"/>
              </w:rPr>
              <w:t>1.10</w:t>
            </w:r>
          </w:p>
        </w:tc>
        <w:tc>
          <w:tcPr>
            <w:tcW w:type="dxa" w:w="2041"/>
          </w:tcPr>
          <w:p>
            <w:pPr>
              <w:spacing w:after="0"/>
            </w:pPr>
            <w:r/>
            <w:r>
              <w:rPr>
                <w:rFonts w:ascii="Times New Roman" w:hAnsi="Times New Roman"/>
                <w:b w:val="0"/>
                <w:sz w:val="18"/>
              </w:rPr>
              <w:t>Teu 90° Ø 350-430 mm</w:t>
            </w:r>
          </w:p>
        </w:tc>
        <w:tc>
          <w:tcPr>
            <w:tcW w:type="dxa" w:w="567"/>
          </w:tcPr>
          <w:p>
            <w:pPr>
              <w:spacing w:after="0"/>
              <w:jc w:val="center"/>
            </w:pPr>
            <w:r/>
            <w:r>
              <w:rPr>
                <w:rFonts w:ascii="Times New Roman" w:hAnsi="Times New Roman"/>
                <w:b w:val="0"/>
                <w:sz w:val="18"/>
              </w:rPr>
              <w:t>buc</w:t>
            </w:r>
          </w:p>
        </w:tc>
        <w:tc>
          <w:tcPr>
            <w:tcW w:type="dxa" w:w="737"/>
          </w:tcPr>
          <w:p>
            <w:pPr>
              <w:spacing w:after="0"/>
              <w:jc w:val="center"/>
            </w:pPr>
            <w:r/>
            <w:r>
              <w:rPr>
                <w:rFonts w:ascii="Times New Roman" w:hAnsi="Times New Roman"/>
                <w:b w:val="0"/>
                <w:sz w:val="18"/>
              </w:rPr>
              <w:t>1</w:t>
            </w:r>
          </w:p>
        </w:tc>
        <w:tc>
          <w:tcPr>
            <w:tcW w:type="dxa" w:w="4309"/>
          </w:tcPr>
          <w:p>
            <w:pPr>
              <w:spacing w:after="0"/>
            </w:pPr>
            <w:r/>
            <w:r>
              <w:rPr>
                <w:rFonts w:ascii="Times New Roman" w:hAnsi="Times New Roman"/>
                <w:b w:val="0"/>
                <w:sz w:val="16"/>
              </w:rPr>
              <w:t>Tip: Teu 90° dublu perete; Material: Oțel inoxidabil, interior AISI 304, exterior AISI 430; Grosimea oțelului: interior minimum 1 mm, exterior minimum 0,5 mm; Izolația: vată minerală bazaltică minim 40 mm/650°C; Destinat a fi utilizat la cazane cu combustibil solid (cărbune). Lungimea: 500 mm; Diametru: interior 350 mm, exterior 430 mm. Prețul propus trebuie să fie pentru un element.</w:t>
            </w:r>
          </w:p>
        </w:tc>
        <w:tc>
          <w:tcPr>
            <w:tcW w:type="dxa" w:w="1247"/>
          </w:tcPr>
          <w:p>
            <w:pPr>
              <w:spacing w:after="0"/>
              <w:jc w:val="right"/>
            </w:pPr>
            <w:r/>
            <w:r>
              <w:rPr>
                <w:rFonts w:ascii="Times New Roman" w:hAnsi="Times New Roman"/>
                <w:b w:val="0"/>
                <w:sz w:val="18"/>
              </w:rPr>
              <w:t>4 000,00</w:t>
            </w:r>
          </w:p>
        </w:tc>
      </w:tr>
      <w:tr>
        <w:tc>
          <w:tcPr>
            <w:tcW w:type="dxa" w:w="737"/>
          </w:tcPr>
          <w:p>
            <w:pPr>
              <w:spacing w:after="0"/>
              <w:jc w:val="center"/>
            </w:pPr>
            <w:r/>
            <w:r>
              <w:rPr>
                <w:rFonts w:ascii="Times New Roman" w:hAnsi="Times New Roman"/>
                <w:b w:val="0"/>
                <w:sz w:val="18"/>
              </w:rPr>
              <w:t>1.11</w:t>
            </w:r>
          </w:p>
        </w:tc>
        <w:tc>
          <w:tcPr>
            <w:tcW w:type="dxa" w:w="2041"/>
          </w:tcPr>
          <w:p>
            <w:pPr>
              <w:spacing w:after="0"/>
            </w:pPr>
            <w:r/>
            <w:r>
              <w:rPr>
                <w:rFonts w:ascii="Times New Roman" w:hAnsi="Times New Roman"/>
                <w:b w:val="0"/>
                <w:sz w:val="18"/>
              </w:rPr>
              <w:t>Teu 90° Ø 400-480 mm</w:t>
            </w:r>
          </w:p>
        </w:tc>
        <w:tc>
          <w:tcPr>
            <w:tcW w:type="dxa" w:w="567"/>
          </w:tcPr>
          <w:p>
            <w:pPr>
              <w:spacing w:after="0"/>
              <w:jc w:val="center"/>
            </w:pPr>
            <w:r/>
            <w:r>
              <w:rPr>
                <w:rFonts w:ascii="Times New Roman" w:hAnsi="Times New Roman"/>
                <w:b w:val="0"/>
                <w:sz w:val="18"/>
              </w:rPr>
              <w:t>buc</w:t>
            </w:r>
          </w:p>
        </w:tc>
        <w:tc>
          <w:tcPr>
            <w:tcW w:type="dxa" w:w="737"/>
          </w:tcPr>
          <w:p>
            <w:pPr>
              <w:spacing w:after="0"/>
              <w:jc w:val="center"/>
            </w:pPr>
            <w:r/>
            <w:r>
              <w:rPr>
                <w:rFonts w:ascii="Times New Roman" w:hAnsi="Times New Roman"/>
                <w:b w:val="0"/>
                <w:sz w:val="18"/>
              </w:rPr>
              <w:t>1</w:t>
            </w:r>
          </w:p>
        </w:tc>
        <w:tc>
          <w:tcPr>
            <w:tcW w:type="dxa" w:w="4309"/>
          </w:tcPr>
          <w:p>
            <w:pPr>
              <w:spacing w:after="0"/>
            </w:pPr>
            <w:r/>
            <w:r>
              <w:rPr>
                <w:rFonts w:ascii="Times New Roman" w:hAnsi="Times New Roman"/>
                <w:b w:val="0"/>
                <w:sz w:val="16"/>
              </w:rPr>
              <w:t>Tip: Teu 90° dublu perete; Material: Oțel inoxidabil, interior AISI 304, exterior AISI 430; Grosimea oțelului: interior minimum 1 mm, exterior minimum 0,5 mm; Izolația: vată minerală bazaltică minim 40 mm/650°C; Destinat a fi utilizat la cazane cu combustibil solid (cărbune). Lungimea: 500 mm; Diametru: interior 400 mm, exterior 480 mm. Prețul propus trebuie să fie pentru un element.</w:t>
            </w:r>
          </w:p>
        </w:tc>
        <w:tc>
          <w:tcPr>
            <w:tcW w:type="dxa" w:w="1247"/>
          </w:tcPr>
          <w:p>
            <w:pPr>
              <w:spacing w:after="0"/>
              <w:jc w:val="right"/>
            </w:pPr>
            <w:r/>
            <w:r>
              <w:rPr>
                <w:rFonts w:ascii="Times New Roman" w:hAnsi="Times New Roman"/>
                <w:b w:val="0"/>
                <w:sz w:val="18"/>
              </w:rPr>
              <w:t>4 300,00</w:t>
            </w:r>
          </w:p>
        </w:tc>
      </w:tr>
      <w:tr>
        <w:tc>
          <w:tcPr>
            <w:tcW w:type="dxa" w:w="737"/>
          </w:tcPr>
          <w:p>
            <w:pPr>
              <w:spacing w:after="0"/>
              <w:jc w:val="center"/>
            </w:pPr>
            <w:r/>
            <w:r>
              <w:rPr>
                <w:rFonts w:ascii="Times New Roman" w:hAnsi="Times New Roman"/>
                <w:b w:val="0"/>
                <w:sz w:val="18"/>
              </w:rPr>
              <w:t>1.12</w:t>
            </w:r>
          </w:p>
        </w:tc>
        <w:tc>
          <w:tcPr>
            <w:tcW w:type="dxa" w:w="2041"/>
          </w:tcPr>
          <w:p>
            <w:pPr>
              <w:spacing w:after="0"/>
            </w:pPr>
            <w:r/>
            <w:r>
              <w:rPr>
                <w:rFonts w:ascii="Times New Roman" w:hAnsi="Times New Roman"/>
                <w:b w:val="0"/>
                <w:sz w:val="18"/>
              </w:rPr>
              <w:t>Teu 90° Ø 450-530 mm</w:t>
            </w:r>
          </w:p>
        </w:tc>
        <w:tc>
          <w:tcPr>
            <w:tcW w:type="dxa" w:w="567"/>
          </w:tcPr>
          <w:p>
            <w:pPr>
              <w:spacing w:after="0"/>
              <w:jc w:val="center"/>
            </w:pPr>
            <w:r/>
            <w:r>
              <w:rPr>
                <w:rFonts w:ascii="Times New Roman" w:hAnsi="Times New Roman"/>
                <w:b w:val="0"/>
                <w:sz w:val="18"/>
              </w:rPr>
              <w:t>buc</w:t>
            </w:r>
          </w:p>
        </w:tc>
        <w:tc>
          <w:tcPr>
            <w:tcW w:type="dxa" w:w="737"/>
          </w:tcPr>
          <w:p>
            <w:pPr>
              <w:spacing w:after="0"/>
              <w:jc w:val="center"/>
            </w:pPr>
            <w:r/>
            <w:r>
              <w:rPr>
                <w:rFonts w:ascii="Times New Roman" w:hAnsi="Times New Roman"/>
                <w:b w:val="0"/>
                <w:sz w:val="18"/>
              </w:rPr>
              <w:t>1</w:t>
            </w:r>
          </w:p>
        </w:tc>
        <w:tc>
          <w:tcPr>
            <w:tcW w:type="dxa" w:w="4309"/>
          </w:tcPr>
          <w:p>
            <w:pPr>
              <w:spacing w:after="0"/>
            </w:pPr>
            <w:r/>
            <w:r>
              <w:rPr>
                <w:rFonts w:ascii="Times New Roman" w:hAnsi="Times New Roman"/>
                <w:b w:val="0"/>
                <w:sz w:val="16"/>
              </w:rPr>
              <w:t>Tip: Teu 90° dublu perete; Material: Oțel inoxidabil, interior AISI 304, exterior AISI 430; Grosimea oțelului: interior minimum 1 mm, exterior minimum 0,5 mm; Izolația: vată minerală bazaltică minim 40 mm/650°C; Destinat a fi utilizat la cazane cu combustibil solid (cărbune). Lungimea: 500 mm; Diametru: interior 450 mm, exterior 530 mm. Prețul propus trebuie să fie pentru un element.</w:t>
            </w:r>
          </w:p>
        </w:tc>
        <w:tc>
          <w:tcPr>
            <w:tcW w:type="dxa" w:w="1247"/>
          </w:tcPr>
          <w:p>
            <w:pPr>
              <w:spacing w:after="0"/>
              <w:jc w:val="right"/>
            </w:pPr>
            <w:r/>
            <w:r>
              <w:rPr>
                <w:rFonts w:ascii="Times New Roman" w:hAnsi="Times New Roman"/>
                <w:b w:val="0"/>
                <w:sz w:val="18"/>
              </w:rPr>
              <w:t>5 100,00</w:t>
            </w:r>
          </w:p>
        </w:tc>
      </w:tr>
      <w:tr>
        <w:tc>
          <w:tcPr>
            <w:tcW w:type="dxa" w:w="737"/>
          </w:tcPr>
          <w:p>
            <w:pPr>
              <w:spacing w:after="0"/>
              <w:jc w:val="center"/>
            </w:pPr>
            <w:r/>
            <w:r>
              <w:rPr>
                <w:rFonts w:ascii="Times New Roman" w:hAnsi="Times New Roman"/>
                <w:b w:val="0"/>
                <w:sz w:val="18"/>
              </w:rPr>
              <w:t>1.13</w:t>
            </w:r>
          </w:p>
        </w:tc>
        <w:tc>
          <w:tcPr>
            <w:tcW w:type="dxa" w:w="2041"/>
          </w:tcPr>
          <w:p>
            <w:pPr>
              <w:spacing w:after="0"/>
            </w:pPr>
            <w:r/>
            <w:r>
              <w:rPr>
                <w:rFonts w:ascii="Times New Roman" w:hAnsi="Times New Roman"/>
                <w:b w:val="0"/>
                <w:sz w:val="18"/>
              </w:rPr>
              <w:t>Teu 90° Ø 500-580 mm</w:t>
            </w:r>
          </w:p>
        </w:tc>
        <w:tc>
          <w:tcPr>
            <w:tcW w:type="dxa" w:w="567"/>
          </w:tcPr>
          <w:p>
            <w:pPr>
              <w:spacing w:after="0"/>
              <w:jc w:val="center"/>
            </w:pPr>
            <w:r/>
            <w:r>
              <w:rPr>
                <w:rFonts w:ascii="Times New Roman" w:hAnsi="Times New Roman"/>
                <w:b w:val="0"/>
                <w:sz w:val="18"/>
              </w:rPr>
              <w:t>buc</w:t>
            </w:r>
          </w:p>
        </w:tc>
        <w:tc>
          <w:tcPr>
            <w:tcW w:type="dxa" w:w="737"/>
          </w:tcPr>
          <w:p>
            <w:pPr>
              <w:spacing w:after="0"/>
              <w:jc w:val="center"/>
            </w:pPr>
            <w:r/>
            <w:r>
              <w:rPr>
                <w:rFonts w:ascii="Times New Roman" w:hAnsi="Times New Roman"/>
                <w:b w:val="0"/>
                <w:sz w:val="18"/>
              </w:rPr>
              <w:t>1</w:t>
            </w:r>
          </w:p>
        </w:tc>
        <w:tc>
          <w:tcPr>
            <w:tcW w:type="dxa" w:w="4309"/>
          </w:tcPr>
          <w:p>
            <w:pPr>
              <w:spacing w:after="0"/>
            </w:pPr>
            <w:r/>
            <w:r>
              <w:rPr>
                <w:rFonts w:ascii="Times New Roman" w:hAnsi="Times New Roman"/>
                <w:b w:val="0"/>
                <w:sz w:val="16"/>
              </w:rPr>
              <w:t>Tip: Teu 90° dublu perete; Material: Oțel inoxidabil, interior AISI 304, exterior AISI 430; Grosimea oțelului: interior minimum 1 mm, exterior minimum 0,5 mm; Izolația: vată minerală bazaltică minim 40 mm/650°C; Destinat a fi utilizat la cazane cu combustibil solid (cărbune). Lungimea: 500 mm; Diametru: interior 500 mm, exterior 580 mm. Prețul propus trebuie să fie pentru un element.</w:t>
            </w:r>
          </w:p>
        </w:tc>
        <w:tc>
          <w:tcPr>
            <w:tcW w:type="dxa" w:w="1247"/>
          </w:tcPr>
          <w:p>
            <w:pPr>
              <w:spacing w:after="0"/>
              <w:jc w:val="right"/>
            </w:pPr>
            <w:r/>
            <w:r>
              <w:rPr>
                <w:rFonts w:ascii="Times New Roman" w:hAnsi="Times New Roman"/>
                <w:b w:val="0"/>
                <w:sz w:val="18"/>
              </w:rPr>
              <w:t>5 800,00</w:t>
            </w:r>
          </w:p>
        </w:tc>
      </w:tr>
      <w:tr>
        <w:tc>
          <w:tcPr>
            <w:tcW w:type="dxa" w:w="737"/>
          </w:tcPr>
          <w:p>
            <w:pPr>
              <w:spacing w:after="0"/>
              <w:jc w:val="center"/>
            </w:pPr>
            <w:r/>
            <w:r>
              <w:rPr>
                <w:rFonts w:ascii="Times New Roman" w:hAnsi="Times New Roman"/>
                <w:b w:val="0"/>
                <w:sz w:val="18"/>
              </w:rPr>
              <w:t>1.14</w:t>
            </w:r>
          </w:p>
        </w:tc>
        <w:tc>
          <w:tcPr>
            <w:tcW w:type="dxa" w:w="2041"/>
          </w:tcPr>
          <w:p>
            <w:pPr>
              <w:spacing w:after="0"/>
            </w:pPr>
            <w:r/>
            <w:r>
              <w:rPr>
                <w:rFonts w:ascii="Times New Roman" w:hAnsi="Times New Roman"/>
                <w:b w:val="0"/>
                <w:sz w:val="18"/>
              </w:rPr>
              <w:t>Colector de condens Ø 500 mm</w:t>
            </w:r>
          </w:p>
        </w:tc>
        <w:tc>
          <w:tcPr>
            <w:tcW w:type="dxa" w:w="567"/>
          </w:tcPr>
          <w:p>
            <w:pPr>
              <w:spacing w:after="0"/>
              <w:jc w:val="center"/>
            </w:pPr>
            <w:r/>
            <w:r>
              <w:rPr>
                <w:rFonts w:ascii="Times New Roman" w:hAnsi="Times New Roman"/>
                <w:b w:val="0"/>
                <w:sz w:val="18"/>
              </w:rPr>
              <w:t>buc</w:t>
            </w:r>
          </w:p>
        </w:tc>
        <w:tc>
          <w:tcPr>
            <w:tcW w:type="dxa" w:w="737"/>
          </w:tcPr>
          <w:p>
            <w:pPr>
              <w:spacing w:after="0"/>
              <w:jc w:val="center"/>
            </w:pPr>
            <w:r/>
            <w:r>
              <w:rPr>
                <w:rFonts w:ascii="Times New Roman" w:hAnsi="Times New Roman"/>
                <w:b w:val="0"/>
                <w:sz w:val="18"/>
              </w:rPr>
              <w:t>1</w:t>
            </w:r>
          </w:p>
        </w:tc>
        <w:tc>
          <w:tcPr>
            <w:tcW w:type="dxa" w:w="4309"/>
          </w:tcPr>
          <w:p>
            <w:pPr>
              <w:spacing w:after="0"/>
            </w:pPr>
            <w:r/>
            <w:r>
              <w:rPr>
                <w:rFonts w:ascii="Times New Roman" w:hAnsi="Times New Roman"/>
                <w:b w:val="0"/>
                <w:sz w:val="16"/>
              </w:rPr>
              <w:t>Tip: Colector de condens inox; Material: Oțel inoxidabil AISI 304/AISI 430; Grosimea oțelului: minimum 0,5 mm. Diametru: 500 mm.</w:t>
            </w:r>
          </w:p>
        </w:tc>
        <w:tc>
          <w:tcPr>
            <w:tcW w:type="dxa" w:w="1247"/>
          </w:tcPr>
          <w:p>
            <w:pPr>
              <w:spacing w:after="0"/>
              <w:jc w:val="right"/>
            </w:pPr>
            <w:r/>
            <w:r>
              <w:rPr>
                <w:rFonts w:ascii="Times New Roman" w:hAnsi="Times New Roman"/>
                <w:b w:val="0"/>
                <w:sz w:val="18"/>
              </w:rPr>
              <w:t>900,00</w:t>
            </w:r>
          </w:p>
        </w:tc>
      </w:tr>
      <w:tr>
        <w:tc>
          <w:tcPr>
            <w:tcW w:type="dxa" w:w="737"/>
          </w:tcPr>
          <w:p>
            <w:pPr>
              <w:spacing w:after="0"/>
              <w:jc w:val="center"/>
            </w:pPr>
            <w:r/>
            <w:r>
              <w:rPr>
                <w:rFonts w:ascii="Times New Roman" w:hAnsi="Times New Roman"/>
                <w:b w:val="0"/>
                <w:sz w:val="18"/>
              </w:rPr>
              <w:t>1.15</w:t>
            </w:r>
          </w:p>
        </w:tc>
        <w:tc>
          <w:tcPr>
            <w:tcW w:type="dxa" w:w="2041"/>
          </w:tcPr>
          <w:p>
            <w:pPr>
              <w:spacing w:after="0"/>
            </w:pPr>
            <w:r/>
            <w:r>
              <w:rPr>
                <w:rFonts w:ascii="Times New Roman" w:hAnsi="Times New Roman"/>
                <w:b w:val="0"/>
                <w:sz w:val="18"/>
              </w:rPr>
              <w:t>Dop pentru izolație Ø 350-430 mm</w:t>
            </w:r>
          </w:p>
        </w:tc>
        <w:tc>
          <w:tcPr>
            <w:tcW w:type="dxa" w:w="567"/>
          </w:tcPr>
          <w:p>
            <w:pPr>
              <w:spacing w:after="0"/>
              <w:jc w:val="center"/>
            </w:pPr>
            <w:r/>
            <w:r>
              <w:rPr>
                <w:rFonts w:ascii="Times New Roman" w:hAnsi="Times New Roman"/>
                <w:b w:val="0"/>
                <w:sz w:val="18"/>
              </w:rPr>
              <w:t>buc</w:t>
            </w:r>
          </w:p>
        </w:tc>
        <w:tc>
          <w:tcPr>
            <w:tcW w:type="dxa" w:w="737"/>
          </w:tcPr>
          <w:p>
            <w:pPr>
              <w:spacing w:after="0"/>
              <w:jc w:val="center"/>
            </w:pPr>
            <w:r/>
            <w:r>
              <w:rPr>
                <w:rFonts w:ascii="Times New Roman" w:hAnsi="Times New Roman"/>
                <w:b w:val="0"/>
                <w:sz w:val="18"/>
              </w:rPr>
              <w:t>1</w:t>
            </w:r>
          </w:p>
        </w:tc>
        <w:tc>
          <w:tcPr>
            <w:tcW w:type="dxa" w:w="4309"/>
          </w:tcPr>
          <w:p>
            <w:pPr>
              <w:spacing w:after="0"/>
            </w:pPr>
            <w:r/>
            <w:r>
              <w:rPr>
                <w:rFonts w:ascii="Times New Roman" w:hAnsi="Times New Roman"/>
                <w:b w:val="0"/>
                <w:sz w:val="16"/>
              </w:rPr>
              <w:t>Tip: Dop pentru izolație; Material: Oțel inoxidabil AISI 304/AISI 430; Grosimea oțelului: minimum 0,5 mm. Diametru: interior 350 mm, exterior 430 mm. Prețul propus trebuie să fie pentru un element.</w:t>
            </w:r>
          </w:p>
        </w:tc>
        <w:tc>
          <w:tcPr>
            <w:tcW w:type="dxa" w:w="1247"/>
          </w:tcPr>
          <w:p>
            <w:pPr>
              <w:spacing w:after="0"/>
              <w:jc w:val="right"/>
            </w:pPr>
            <w:r/>
            <w:r>
              <w:rPr>
                <w:rFonts w:ascii="Times New Roman" w:hAnsi="Times New Roman"/>
                <w:b w:val="0"/>
                <w:sz w:val="18"/>
              </w:rPr>
              <w:t>200,00</w:t>
            </w:r>
          </w:p>
        </w:tc>
      </w:tr>
      <w:tr>
        <w:tc>
          <w:tcPr>
            <w:tcW w:type="dxa" w:w="737"/>
          </w:tcPr>
          <w:p>
            <w:pPr>
              <w:spacing w:after="0"/>
              <w:jc w:val="center"/>
            </w:pPr>
            <w:r/>
            <w:r>
              <w:rPr>
                <w:rFonts w:ascii="Times New Roman" w:hAnsi="Times New Roman"/>
                <w:b w:val="0"/>
                <w:sz w:val="18"/>
              </w:rPr>
              <w:t>1.16</w:t>
            </w:r>
          </w:p>
        </w:tc>
        <w:tc>
          <w:tcPr>
            <w:tcW w:type="dxa" w:w="2041"/>
          </w:tcPr>
          <w:p>
            <w:pPr>
              <w:spacing w:after="0"/>
            </w:pPr>
            <w:r/>
            <w:r>
              <w:rPr>
                <w:rFonts w:ascii="Times New Roman" w:hAnsi="Times New Roman"/>
                <w:b w:val="0"/>
                <w:sz w:val="18"/>
              </w:rPr>
              <w:t>Dop pentru izolație Ø 300-380 mm</w:t>
            </w:r>
          </w:p>
        </w:tc>
        <w:tc>
          <w:tcPr>
            <w:tcW w:type="dxa" w:w="567"/>
          </w:tcPr>
          <w:p>
            <w:pPr>
              <w:spacing w:after="0"/>
              <w:jc w:val="center"/>
            </w:pPr>
            <w:r/>
            <w:r>
              <w:rPr>
                <w:rFonts w:ascii="Times New Roman" w:hAnsi="Times New Roman"/>
                <w:b w:val="0"/>
                <w:sz w:val="18"/>
              </w:rPr>
              <w:t>buc</w:t>
            </w:r>
          </w:p>
        </w:tc>
        <w:tc>
          <w:tcPr>
            <w:tcW w:type="dxa" w:w="737"/>
          </w:tcPr>
          <w:p>
            <w:pPr>
              <w:spacing w:after="0"/>
              <w:jc w:val="center"/>
            </w:pPr>
            <w:r/>
            <w:r>
              <w:rPr>
                <w:rFonts w:ascii="Times New Roman" w:hAnsi="Times New Roman"/>
                <w:b w:val="0"/>
                <w:sz w:val="18"/>
              </w:rPr>
              <w:t>1</w:t>
            </w:r>
          </w:p>
        </w:tc>
        <w:tc>
          <w:tcPr>
            <w:tcW w:type="dxa" w:w="4309"/>
          </w:tcPr>
          <w:p>
            <w:pPr>
              <w:spacing w:after="0"/>
            </w:pPr>
            <w:r/>
            <w:r>
              <w:rPr>
                <w:rFonts w:ascii="Times New Roman" w:hAnsi="Times New Roman"/>
                <w:b w:val="0"/>
                <w:sz w:val="16"/>
              </w:rPr>
              <w:t>Tip: Dop pentru izolație; Material: Oțel inoxidabil AISI 304/AISI 430; Grosimea oțelului: minimum 0,5 mm. Diametru: interior 300 mm, exterior 380 mm. Prețul propus trebuie să fie pentru un element.</w:t>
            </w:r>
          </w:p>
        </w:tc>
        <w:tc>
          <w:tcPr>
            <w:tcW w:type="dxa" w:w="1247"/>
          </w:tcPr>
          <w:p>
            <w:pPr>
              <w:spacing w:after="0"/>
              <w:jc w:val="right"/>
            </w:pPr>
            <w:r/>
            <w:r>
              <w:rPr>
                <w:rFonts w:ascii="Times New Roman" w:hAnsi="Times New Roman"/>
                <w:b w:val="0"/>
                <w:sz w:val="18"/>
              </w:rPr>
              <w:t>160,00</w:t>
            </w:r>
          </w:p>
        </w:tc>
      </w:tr>
      <w:tr>
        <w:tc>
          <w:tcPr>
            <w:tcW w:type="dxa" w:w="737"/>
          </w:tcPr>
          <w:p>
            <w:pPr>
              <w:spacing w:after="0"/>
              <w:jc w:val="center"/>
            </w:pPr>
            <w:r/>
            <w:r>
              <w:rPr>
                <w:rFonts w:ascii="Times New Roman" w:hAnsi="Times New Roman"/>
                <w:b w:val="0"/>
                <w:sz w:val="18"/>
              </w:rPr>
              <w:t>1.17</w:t>
            </w:r>
          </w:p>
        </w:tc>
        <w:tc>
          <w:tcPr>
            <w:tcW w:type="dxa" w:w="2041"/>
          </w:tcPr>
          <w:p>
            <w:pPr>
              <w:spacing w:after="0"/>
            </w:pPr>
            <w:r/>
            <w:r>
              <w:rPr>
                <w:rFonts w:ascii="Times New Roman" w:hAnsi="Times New Roman"/>
                <w:b w:val="0"/>
                <w:sz w:val="18"/>
              </w:rPr>
              <w:t>Dop pentru izolație Ø 500-580 mm</w:t>
            </w:r>
          </w:p>
        </w:tc>
        <w:tc>
          <w:tcPr>
            <w:tcW w:type="dxa" w:w="567"/>
          </w:tcPr>
          <w:p>
            <w:pPr>
              <w:spacing w:after="0"/>
              <w:jc w:val="center"/>
            </w:pPr>
            <w:r/>
            <w:r>
              <w:rPr>
                <w:rFonts w:ascii="Times New Roman" w:hAnsi="Times New Roman"/>
                <w:b w:val="0"/>
                <w:sz w:val="18"/>
              </w:rPr>
              <w:t>buc</w:t>
            </w:r>
          </w:p>
        </w:tc>
        <w:tc>
          <w:tcPr>
            <w:tcW w:type="dxa" w:w="737"/>
          </w:tcPr>
          <w:p>
            <w:pPr>
              <w:spacing w:after="0"/>
              <w:jc w:val="center"/>
            </w:pPr>
            <w:r/>
            <w:r>
              <w:rPr>
                <w:rFonts w:ascii="Times New Roman" w:hAnsi="Times New Roman"/>
                <w:b w:val="0"/>
                <w:sz w:val="18"/>
              </w:rPr>
              <w:t>3</w:t>
            </w:r>
          </w:p>
        </w:tc>
        <w:tc>
          <w:tcPr>
            <w:tcW w:type="dxa" w:w="4309"/>
          </w:tcPr>
          <w:p>
            <w:pPr>
              <w:spacing w:after="0"/>
            </w:pPr>
            <w:r/>
            <w:r>
              <w:rPr>
                <w:rFonts w:ascii="Times New Roman" w:hAnsi="Times New Roman"/>
                <w:b w:val="0"/>
                <w:sz w:val="16"/>
              </w:rPr>
              <w:t>Tip: Dop pentru izolație; Material: Oțel inoxidabil AISI 304/AISI 430; Grosimea oțelului: minimum 0,5 mm. Diametru: interior 500 mm, exterior 580 mm. Prețul propus trebuie să fie pentru un element.</w:t>
            </w:r>
          </w:p>
        </w:tc>
        <w:tc>
          <w:tcPr>
            <w:tcW w:type="dxa" w:w="1247"/>
          </w:tcPr>
          <w:p>
            <w:pPr>
              <w:spacing w:after="0"/>
              <w:jc w:val="right"/>
            </w:pPr>
            <w:r/>
            <w:r>
              <w:rPr>
                <w:rFonts w:ascii="Times New Roman" w:hAnsi="Times New Roman"/>
                <w:b w:val="0"/>
                <w:sz w:val="18"/>
              </w:rPr>
              <w:t>900,00</w:t>
            </w:r>
          </w:p>
        </w:tc>
      </w:tr>
      <w:tr>
        <w:tc>
          <w:tcPr>
            <w:tcW w:type="dxa" w:w="737"/>
          </w:tcPr>
          <w:p>
            <w:pPr>
              <w:spacing w:after="0"/>
              <w:jc w:val="center"/>
            </w:pPr>
            <w:r/>
            <w:r>
              <w:rPr>
                <w:rFonts w:ascii="Times New Roman" w:hAnsi="Times New Roman"/>
                <w:b w:val="0"/>
                <w:sz w:val="18"/>
              </w:rPr>
              <w:t>1.18</w:t>
            </w:r>
          </w:p>
        </w:tc>
        <w:tc>
          <w:tcPr>
            <w:tcW w:type="dxa" w:w="2041"/>
          </w:tcPr>
          <w:p>
            <w:pPr>
              <w:spacing w:after="0"/>
            </w:pPr>
            <w:r/>
            <w:r>
              <w:rPr>
                <w:rFonts w:ascii="Times New Roman" w:hAnsi="Times New Roman"/>
                <w:b w:val="0"/>
                <w:sz w:val="18"/>
              </w:rPr>
              <w:t>Capac Ø 350 mm</w:t>
            </w:r>
          </w:p>
        </w:tc>
        <w:tc>
          <w:tcPr>
            <w:tcW w:type="dxa" w:w="567"/>
          </w:tcPr>
          <w:p>
            <w:pPr>
              <w:spacing w:after="0"/>
              <w:jc w:val="center"/>
            </w:pPr>
            <w:r/>
            <w:r>
              <w:rPr>
                <w:rFonts w:ascii="Times New Roman" w:hAnsi="Times New Roman"/>
                <w:b w:val="0"/>
                <w:sz w:val="18"/>
              </w:rPr>
              <w:t>buc</w:t>
            </w:r>
          </w:p>
        </w:tc>
        <w:tc>
          <w:tcPr>
            <w:tcW w:type="dxa" w:w="737"/>
          </w:tcPr>
          <w:p>
            <w:pPr>
              <w:spacing w:after="0"/>
              <w:jc w:val="center"/>
            </w:pPr>
            <w:r/>
            <w:r>
              <w:rPr>
                <w:rFonts w:ascii="Times New Roman" w:hAnsi="Times New Roman"/>
                <w:b w:val="0"/>
                <w:sz w:val="18"/>
              </w:rPr>
              <w:t>1</w:t>
            </w:r>
          </w:p>
        </w:tc>
        <w:tc>
          <w:tcPr>
            <w:tcW w:type="dxa" w:w="4309"/>
          </w:tcPr>
          <w:p>
            <w:pPr>
              <w:spacing w:after="0"/>
            </w:pPr>
            <w:r/>
            <w:r>
              <w:rPr>
                <w:rFonts w:ascii="Times New Roman" w:hAnsi="Times New Roman"/>
                <w:b w:val="0"/>
                <w:sz w:val="16"/>
              </w:rPr>
              <w:t>Tip: Capac coș de fum; Material: Oțel inoxidabil AISI 304/AISI 430; Grosimea oțelului: minimum 0,5 mm. Diametru: 350 mm. Prețul propus trebuie să fie pentru un element.</w:t>
            </w:r>
          </w:p>
        </w:tc>
        <w:tc>
          <w:tcPr>
            <w:tcW w:type="dxa" w:w="1247"/>
          </w:tcPr>
          <w:p>
            <w:pPr>
              <w:spacing w:after="0"/>
              <w:jc w:val="right"/>
            </w:pPr>
            <w:r/>
            <w:r>
              <w:rPr>
                <w:rFonts w:ascii="Times New Roman" w:hAnsi="Times New Roman"/>
                <w:b w:val="0"/>
                <w:sz w:val="18"/>
              </w:rPr>
              <w:t>200,00</w:t>
            </w:r>
          </w:p>
        </w:tc>
      </w:tr>
      <w:tr>
        <w:tc>
          <w:tcPr>
            <w:tcW w:type="dxa" w:w="737"/>
          </w:tcPr>
          <w:p>
            <w:pPr>
              <w:spacing w:after="0"/>
              <w:jc w:val="center"/>
            </w:pPr>
            <w:r/>
            <w:r>
              <w:rPr>
                <w:rFonts w:ascii="Times New Roman" w:hAnsi="Times New Roman"/>
                <w:b w:val="0"/>
                <w:sz w:val="18"/>
              </w:rPr>
              <w:t>1.19</w:t>
            </w:r>
          </w:p>
        </w:tc>
        <w:tc>
          <w:tcPr>
            <w:tcW w:type="dxa" w:w="2041"/>
          </w:tcPr>
          <w:p>
            <w:pPr>
              <w:spacing w:after="0"/>
            </w:pPr>
            <w:r/>
            <w:r>
              <w:rPr>
                <w:rFonts w:ascii="Times New Roman" w:hAnsi="Times New Roman"/>
                <w:b w:val="0"/>
                <w:sz w:val="18"/>
              </w:rPr>
              <w:t>Terminație conică Ø 500-580 mm</w:t>
            </w:r>
          </w:p>
        </w:tc>
        <w:tc>
          <w:tcPr>
            <w:tcW w:type="dxa" w:w="567"/>
          </w:tcPr>
          <w:p>
            <w:pPr>
              <w:spacing w:after="0"/>
              <w:jc w:val="center"/>
            </w:pPr>
            <w:r/>
            <w:r>
              <w:rPr>
                <w:rFonts w:ascii="Times New Roman" w:hAnsi="Times New Roman"/>
                <w:b w:val="0"/>
                <w:sz w:val="18"/>
              </w:rPr>
              <w:t>buc</w:t>
            </w:r>
          </w:p>
        </w:tc>
        <w:tc>
          <w:tcPr>
            <w:tcW w:type="dxa" w:w="737"/>
          </w:tcPr>
          <w:p>
            <w:pPr>
              <w:spacing w:after="0"/>
              <w:jc w:val="center"/>
            </w:pPr>
            <w:r/>
            <w:r>
              <w:rPr>
                <w:rFonts w:ascii="Times New Roman" w:hAnsi="Times New Roman"/>
                <w:b w:val="0"/>
                <w:sz w:val="18"/>
              </w:rPr>
              <w:t>1</w:t>
            </w:r>
          </w:p>
        </w:tc>
        <w:tc>
          <w:tcPr>
            <w:tcW w:type="dxa" w:w="4309"/>
          </w:tcPr>
          <w:p>
            <w:pPr>
              <w:spacing w:after="0"/>
            </w:pPr>
            <w:r/>
            <w:r>
              <w:rPr>
                <w:rFonts w:ascii="Times New Roman" w:hAnsi="Times New Roman"/>
                <w:b w:val="0"/>
                <w:sz w:val="16"/>
              </w:rPr>
              <w:t>Tip: Terminație conică; Material: Oțel inoxidabil, interior AISI 304, exterior AISI 430; Grosimea oțelului: interior minimum 1 mm, exterior minimum 0,5 mm; Diametru: interior 500 mm, exterior 580 mm. Prețul propus trebuie să fie pentru un element.</w:t>
            </w:r>
          </w:p>
        </w:tc>
        <w:tc>
          <w:tcPr>
            <w:tcW w:type="dxa" w:w="1247"/>
          </w:tcPr>
          <w:p>
            <w:pPr>
              <w:spacing w:after="0"/>
              <w:jc w:val="right"/>
            </w:pPr>
            <w:r/>
            <w:r>
              <w:rPr>
                <w:rFonts w:ascii="Times New Roman" w:hAnsi="Times New Roman"/>
                <w:b w:val="0"/>
                <w:sz w:val="18"/>
              </w:rPr>
              <w:t>1 600,00</w:t>
            </w:r>
          </w:p>
        </w:tc>
      </w:tr>
      <w:tr>
        <w:tc>
          <w:tcPr>
            <w:tcW w:type="dxa" w:w="737"/>
          </w:tcPr>
          <w:p>
            <w:pPr>
              <w:spacing w:after="0"/>
              <w:jc w:val="center"/>
            </w:pPr>
            <w:r/>
            <w:r>
              <w:rPr>
                <w:rFonts w:ascii="Times New Roman" w:hAnsi="Times New Roman"/>
                <w:b w:val="0"/>
                <w:sz w:val="18"/>
              </w:rPr>
              <w:t>1.20</w:t>
            </w:r>
          </w:p>
        </w:tc>
        <w:tc>
          <w:tcPr>
            <w:tcW w:type="dxa" w:w="2041"/>
          </w:tcPr>
          <w:p>
            <w:pPr>
              <w:spacing w:after="0"/>
            </w:pPr>
            <w:r/>
            <w:r>
              <w:rPr>
                <w:rFonts w:ascii="Times New Roman" w:hAnsi="Times New Roman"/>
                <w:b w:val="0"/>
                <w:sz w:val="18"/>
              </w:rPr>
              <w:t>Platformă de descărcare Ø 500-580 mm</w:t>
            </w:r>
          </w:p>
        </w:tc>
        <w:tc>
          <w:tcPr>
            <w:tcW w:type="dxa" w:w="567"/>
          </w:tcPr>
          <w:p>
            <w:pPr>
              <w:spacing w:after="0"/>
              <w:jc w:val="center"/>
            </w:pPr>
            <w:r/>
            <w:r>
              <w:rPr>
                <w:rFonts w:ascii="Times New Roman" w:hAnsi="Times New Roman"/>
                <w:b w:val="0"/>
                <w:sz w:val="18"/>
              </w:rPr>
              <w:t>buc</w:t>
            </w:r>
          </w:p>
        </w:tc>
        <w:tc>
          <w:tcPr>
            <w:tcW w:type="dxa" w:w="737"/>
          </w:tcPr>
          <w:p>
            <w:pPr>
              <w:spacing w:after="0"/>
              <w:jc w:val="center"/>
            </w:pPr>
            <w:r/>
            <w:r>
              <w:rPr>
                <w:rFonts w:ascii="Times New Roman" w:hAnsi="Times New Roman"/>
                <w:b w:val="0"/>
                <w:sz w:val="18"/>
              </w:rPr>
              <w:t>6</w:t>
            </w:r>
          </w:p>
        </w:tc>
        <w:tc>
          <w:tcPr>
            <w:tcW w:type="dxa" w:w="4309"/>
          </w:tcPr>
          <w:p>
            <w:pPr>
              <w:spacing w:after="0"/>
            </w:pPr>
            <w:r/>
            <w:r>
              <w:rPr>
                <w:rFonts w:ascii="Times New Roman" w:hAnsi="Times New Roman"/>
                <w:b w:val="0"/>
                <w:sz w:val="16"/>
              </w:rPr>
              <w:t>Tip: Platformă de descărcare; Material: Oțel inoxidabil, interior AISI 304, exterior AISI 430; Grosimea oțelului: interior minimum 1 mm, exterior minimum 0,5 mm; Diametru: interior 500 mm, exterior 580 mm. Prețul propus trebuie să fie pentru un element.</w:t>
            </w:r>
          </w:p>
        </w:tc>
        <w:tc>
          <w:tcPr>
            <w:tcW w:type="dxa" w:w="1247"/>
          </w:tcPr>
          <w:p>
            <w:pPr>
              <w:spacing w:after="0"/>
              <w:jc w:val="right"/>
            </w:pPr>
            <w:r/>
            <w:r>
              <w:rPr>
                <w:rFonts w:ascii="Times New Roman" w:hAnsi="Times New Roman"/>
                <w:b w:val="0"/>
                <w:sz w:val="18"/>
              </w:rPr>
              <w:t>4 680,00</w:t>
            </w:r>
          </w:p>
        </w:tc>
      </w:tr>
      <w:tr>
        <w:tc>
          <w:tcPr>
            <w:tcW w:type="dxa" w:w="737"/>
          </w:tcPr>
          <w:p>
            <w:pPr>
              <w:spacing w:after="0"/>
              <w:jc w:val="center"/>
            </w:pPr>
            <w:r/>
            <w:r>
              <w:rPr>
                <w:rFonts w:ascii="Times New Roman" w:hAnsi="Times New Roman"/>
                <w:b w:val="0"/>
                <w:sz w:val="18"/>
              </w:rPr>
              <w:t>1.21</w:t>
            </w:r>
          </w:p>
        </w:tc>
        <w:tc>
          <w:tcPr>
            <w:tcW w:type="dxa" w:w="2041"/>
          </w:tcPr>
          <w:p>
            <w:pPr>
              <w:spacing w:after="0"/>
            </w:pPr>
            <w:r/>
            <w:r>
              <w:rPr>
                <w:rFonts w:ascii="Times New Roman" w:hAnsi="Times New Roman"/>
                <w:b w:val="0"/>
                <w:sz w:val="18"/>
              </w:rPr>
              <w:t>Suport bază perete</w:t>
            </w:r>
          </w:p>
        </w:tc>
        <w:tc>
          <w:tcPr>
            <w:tcW w:type="dxa" w:w="567"/>
          </w:tcPr>
          <w:p>
            <w:pPr>
              <w:spacing w:after="0"/>
              <w:jc w:val="center"/>
            </w:pPr>
            <w:r/>
            <w:r>
              <w:rPr>
                <w:rFonts w:ascii="Times New Roman" w:hAnsi="Times New Roman"/>
                <w:b w:val="0"/>
                <w:sz w:val="18"/>
              </w:rPr>
              <w:t>buc</w:t>
            </w:r>
          </w:p>
        </w:tc>
        <w:tc>
          <w:tcPr>
            <w:tcW w:type="dxa" w:w="737"/>
          </w:tcPr>
          <w:p>
            <w:pPr>
              <w:spacing w:after="0"/>
              <w:jc w:val="center"/>
            </w:pPr>
            <w:r/>
            <w:r>
              <w:rPr>
                <w:rFonts w:ascii="Times New Roman" w:hAnsi="Times New Roman"/>
                <w:b w:val="0"/>
                <w:sz w:val="18"/>
              </w:rPr>
              <w:t>6</w:t>
            </w:r>
          </w:p>
        </w:tc>
        <w:tc>
          <w:tcPr>
            <w:tcW w:type="dxa" w:w="4309"/>
          </w:tcPr>
          <w:p>
            <w:pPr>
              <w:spacing w:after="0"/>
            </w:pPr>
            <w:r/>
            <w:r>
              <w:rPr>
                <w:rFonts w:ascii="Times New Roman" w:hAnsi="Times New Roman"/>
                <w:b w:val="0"/>
                <w:sz w:val="16"/>
              </w:rPr>
              <w:t>Tip: Suport bază perete; Material: Profil oțel inoxidabil 30x30 mm; Grosimea oțelului: minimum 1 mm; Lungimea: 1200 mm. Prețul propus trebuie să fie pentru un element.</w:t>
            </w:r>
          </w:p>
        </w:tc>
        <w:tc>
          <w:tcPr>
            <w:tcW w:type="dxa" w:w="1247"/>
          </w:tcPr>
          <w:p>
            <w:pPr>
              <w:spacing w:after="0"/>
              <w:jc w:val="right"/>
            </w:pPr>
            <w:r/>
            <w:r>
              <w:rPr>
                <w:rFonts w:ascii="Times New Roman" w:hAnsi="Times New Roman"/>
                <w:b w:val="0"/>
                <w:sz w:val="18"/>
              </w:rPr>
              <w:t>6 000,00</w:t>
            </w:r>
          </w:p>
        </w:tc>
      </w:tr>
      <w:tr>
        <w:tc>
          <w:tcPr>
            <w:tcW w:type="dxa" w:w="737"/>
          </w:tcPr>
          <w:p>
            <w:pPr>
              <w:spacing w:after="0"/>
              <w:jc w:val="center"/>
            </w:pPr>
            <w:r/>
            <w:r>
              <w:rPr>
                <w:rFonts w:ascii="Times New Roman" w:hAnsi="Times New Roman"/>
                <w:b w:val="0"/>
                <w:sz w:val="18"/>
              </w:rPr>
              <w:t>1.22</w:t>
            </w:r>
          </w:p>
        </w:tc>
        <w:tc>
          <w:tcPr>
            <w:tcW w:type="dxa" w:w="2041"/>
          </w:tcPr>
          <w:p>
            <w:pPr>
              <w:spacing w:after="0"/>
            </w:pPr>
            <w:r/>
            <w:r>
              <w:rPr>
                <w:rFonts w:ascii="Times New Roman" w:hAnsi="Times New Roman"/>
                <w:b w:val="0"/>
                <w:sz w:val="18"/>
              </w:rPr>
              <w:t>Colier de perete (3 urechi) Ø 580 mm</w:t>
            </w:r>
          </w:p>
        </w:tc>
        <w:tc>
          <w:tcPr>
            <w:tcW w:type="dxa" w:w="567"/>
          </w:tcPr>
          <w:p>
            <w:pPr>
              <w:spacing w:after="0"/>
              <w:jc w:val="center"/>
            </w:pPr>
            <w:r/>
            <w:r>
              <w:rPr>
                <w:rFonts w:ascii="Times New Roman" w:hAnsi="Times New Roman"/>
                <w:b w:val="0"/>
                <w:sz w:val="18"/>
              </w:rPr>
              <w:t>buc</w:t>
            </w:r>
          </w:p>
        </w:tc>
        <w:tc>
          <w:tcPr>
            <w:tcW w:type="dxa" w:w="737"/>
          </w:tcPr>
          <w:p>
            <w:pPr>
              <w:spacing w:after="0"/>
              <w:jc w:val="center"/>
            </w:pPr>
            <w:r/>
            <w:r>
              <w:rPr>
                <w:rFonts w:ascii="Times New Roman" w:hAnsi="Times New Roman"/>
                <w:b w:val="0"/>
                <w:sz w:val="18"/>
              </w:rPr>
              <w:t>1</w:t>
            </w:r>
          </w:p>
        </w:tc>
        <w:tc>
          <w:tcPr>
            <w:tcW w:type="dxa" w:w="4309"/>
          </w:tcPr>
          <w:p>
            <w:pPr>
              <w:spacing w:after="0"/>
            </w:pPr>
            <w:r/>
            <w:r>
              <w:rPr>
                <w:rFonts w:ascii="Times New Roman" w:hAnsi="Times New Roman"/>
                <w:b w:val="0"/>
                <w:sz w:val="16"/>
              </w:rPr>
              <w:t>Tip: Colier de perete (3 urechi); Material: Oțel inoxidabil; Grosimea oțelului: minimum 1 mm. Diametru: 580 mm. Prețul propus trebuie să fie pentru un element.</w:t>
            </w:r>
          </w:p>
        </w:tc>
        <w:tc>
          <w:tcPr>
            <w:tcW w:type="dxa" w:w="1247"/>
          </w:tcPr>
          <w:p>
            <w:pPr>
              <w:spacing w:after="0"/>
              <w:jc w:val="right"/>
            </w:pPr>
            <w:r/>
            <w:r>
              <w:rPr>
                <w:rFonts w:ascii="Times New Roman" w:hAnsi="Times New Roman"/>
                <w:b w:val="0"/>
                <w:sz w:val="18"/>
              </w:rPr>
              <w:t>200,00</w:t>
            </w:r>
          </w:p>
        </w:tc>
      </w:tr>
      <w:tr>
        <w:tc>
          <w:tcPr>
            <w:tcW w:type="dxa" w:w="737"/>
          </w:tcPr>
          <w:p>
            <w:pPr>
              <w:spacing w:after="0"/>
              <w:jc w:val="center"/>
            </w:pPr>
            <w:r/>
            <w:r>
              <w:rPr>
                <w:rFonts w:ascii="Times New Roman" w:hAnsi="Times New Roman"/>
                <w:b/>
                <w:sz w:val="18"/>
              </w:rPr>
              <w:t>Lotul 2</w:t>
            </w:r>
          </w:p>
        </w:tc>
        <w:tc>
          <w:tcPr>
            <w:tcW w:type="dxa" w:w="2041"/>
          </w:tcPr>
          <w:p>
            <w:pPr>
              <w:spacing w:after="0"/>
            </w:pPr>
            <w:r/>
            <w:r>
              <w:rPr>
                <w:rFonts w:ascii="Times New Roman" w:hAnsi="Times New Roman"/>
                <w:b/>
                <w:sz w:val="18"/>
              </w:rPr>
              <w:t>Coș de fum – cazangeria nr. 2</w:t>
            </w:r>
          </w:p>
        </w:tc>
        <w:tc>
          <w:tcPr>
            <w:tcW w:type="dxa" w:w="567"/>
          </w:tcPr>
          <w:p>
            <w:pPr>
              <w:spacing w:after="0"/>
            </w:pPr>
            <w:r/>
            <w:r>
              <w:rPr>
                <w:rFonts w:ascii="Times New Roman" w:hAnsi="Times New Roman"/>
                <w:b w:val="0"/>
                <w:sz w:val="18"/>
              </w:rPr>
            </w:r>
          </w:p>
        </w:tc>
        <w:tc>
          <w:tcPr>
            <w:tcW w:type="dxa" w:w="737"/>
          </w:tcPr>
          <w:p>
            <w:pPr>
              <w:spacing w:after="0"/>
            </w:pPr>
            <w:r/>
            <w:r>
              <w:rPr>
                <w:rFonts w:ascii="Times New Roman" w:hAnsi="Times New Roman"/>
                <w:b w:val="0"/>
                <w:sz w:val="18"/>
              </w:rPr>
            </w:r>
          </w:p>
        </w:tc>
        <w:tc>
          <w:tcPr>
            <w:tcW w:type="dxa" w:w="4309"/>
          </w:tcPr>
          <w:p>
            <w:pPr>
              <w:spacing w:after="0"/>
            </w:pPr>
            <w:r/>
            <w:r>
              <w:rPr>
                <w:rFonts w:ascii="Times New Roman" w:hAnsi="Times New Roman"/>
                <w:b w:val="0"/>
                <w:sz w:val="18"/>
              </w:rPr>
            </w:r>
          </w:p>
        </w:tc>
        <w:tc>
          <w:tcPr>
            <w:tcW w:type="dxa" w:w="1247"/>
          </w:tcPr>
          <w:p>
            <w:pPr>
              <w:spacing w:after="0"/>
              <w:jc w:val="right"/>
            </w:pPr>
            <w:r/>
            <w:r>
              <w:rPr>
                <w:rFonts w:ascii="Times New Roman" w:hAnsi="Times New Roman"/>
                <w:b/>
                <w:sz w:val="18"/>
              </w:rPr>
              <w:t>40 890,00</w:t>
            </w:r>
          </w:p>
        </w:tc>
      </w:tr>
      <w:tr>
        <w:tc>
          <w:tcPr>
            <w:tcW w:type="dxa" w:w="737"/>
          </w:tcPr>
          <w:p>
            <w:pPr>
              <w:spacing w:after="0"/>
              <w:jc w:val="center"/>
            </w:pPr>
            <w:r/>
            <w:r>
              <w:rPr>
                <w:rFonts w:ascii="Times New Roman" w:hAnsi="Times New Roman"/>
                <w:b w:val="0"/>
                <w:sz w:val="18"/>
              </w:rPr>
              <w:t>2.1</w:t>
            </w:r>
          </w:p>
        </w:tc>
        <w:tc>
          <w:tcPr>
            <w:tcW w:type="dxa" w:w="2041"/>
          </w:tcPr>
          <w:p>
            <w:pPr>
              <w:spacing w:after="0"/>
            </w:pPr>
            <w:r/>
            <w:r>
              <w:rPr>
                <w:rFonts w:ascii="Times New Roman" w:hAnsi="Times New Roman"/>
                <w:b w:val="0"/>
                <w:sz w:val="18"/>
              </w:rPr>
              <w:t>Țeavă Ø 250-330 mm</w:t>
            </w:r>
          </w:p>
        </w:tc>
        <w:tc>
          <w:tcPr>
            <w:tcW w:type="dxa" w:w="567"/>
          </w:tcPr>
          <w:p>
            <w:pPr>
              <w:spacing w:after="0"/>
              <w:jc w:val="center"/>
            </w:pPr>
            <w:r/>
            <w:r>
              <w:rPr>
                <w:rFonts w:ascii="Times New Roman" w:hAnsi="Times New Roman"/>
                <w:b w:val="0"/>
                <w:sz w:val="18"/>
              </w:rPr>
              <w:t>buc</w:t>
            </w:r>
          </w:p>
        </w:tc>
        <w:tc>
          <w:tcPr>
            <w:tcW w:type="dxa" w:w="737"/>
          </w:tcPr>
          <w:p>
            <w:pPr>
              <w:spacing w:after="0"/>
              <w:jc w:val="center"/>
            </w:pPr>
            <w:r/>
            <w:r>
              <w:rPr>
                <w:rFonts w:ascii="Times New Roman" w:hAnsi="Times New Roman"/>
                <w:b w:val="0"/>
                <w:sz w:val="18"/>
              </w:rPr>
              <w:t>3</w:t>
            </w:r>
          </w:p>
        </w:tc>
        <w:tc>
          <w:tcPr>
            <w:tcW w:type="dxa" w:w="4309"/>
          </w:tcPr>
          <w:p>
            <w:pPr>
              <w:spacing w:after="0"/>
            </w:pPr>
            <w:r/>
            <w:r>
              <w:rPr>
                <w:rFonts w:ascii="Times New Roman" w:hAnsi="Times New Roman"/>
                <w:b w:val="0"/>
                <w:sz w:val="16"/>
              </w:rPr>
              <w:t>Tip: Țeavă pentru coș de fum dublu perete; Material: Oțel inoxidabil, interior AISI 304, exterior AISI 430; Grosimea oțelului: interior minimum 1 mm, exterior minimum 0,5 mm; Izolația: vată minerală bazaltică minim 40 mm/650°C; Destinat a fi utilizat la cazane cu combustibil solid (cărbune). Diametru: interior 250 mm, exterior 330 mm; Lungimea: 1000 mm. Prețul propus trebuie să fie pentru un metru.</w:t>
            </w:r>
          </w:p>
        </w:tc>
        <w:tc>
          <w:tcPr>
            <w:tcW w:type="dxa" w:w="1247"/>
          </w:tcPr>
          <w:p>
            <w:pPr>
              <w:spacing w:after="0"/>
              <w:jc w:val="right"/>
            </w:pPr>
            <w:r/>
            <w:r>
              <w:rPr>
                <w:rFonts w:ascii="Times New Roman" w:hAnsi="Times New Roman"/>
                <w:b w:val="0"/>
                <w:sz w:val="18"/>
              </w:rPr>
              <w:t>4 500,00</w:t>
            </w:r>
          </w:p>
        </w:tc>
      </w:tr>
      <w:tr>
        <w:tc>
          <w:tcPr>
            <w:tcW w:type="dxa" w:w="737"/>
          </w:tcPr>
          <w:p>
            <w:pPr>
              <w:spacing w:after="0"/>
              <w:jc w:val="center"/>
            </w:pPr>
            <w:r/>
            <w:r>
              <w:rPr>
                <w:rFonts w:ascii="Times New Roman" w:hAnsi="Times New Roman"/>
                <w:b w:val="0"/>
                <w:sz w:val="18"/>
              </w:rPr>
              <w:t>2.2</w:t>
            </w:r>
          </w:p>
        </w:tc>
        <w:tc>
          <w:tcPr>
            <w:tcW w:type="dxa" w:w="2041"/>
          </w:tcPr>
          <w:p>
            <w:pPr>
              <w:spacing w:after="0"/>
            </w:pPr>
            <w:r/>
            <w:r>
              <w:rPr>
                <w:rFonts w:ascii="Times New Roman" w:hAnsi="Times New Roman"/>
                <w:b w:val="0"/>
                <w:sz w:val="18"/>
              </w:rPr>
              <w:t>Țeavă Ø 350-430 mm</w:t>
            </w:r>
          </w:p>
        </w:tc>
        <w:tc>
          <w:tcPr>
            <w:tcW w:type="dxa" w:w="567"/>
          </w:tcPr>
          <w:p>
            <w:pPr>
              <w:spacing w:after="0"/>
              <w:jc w:val="center"/>
            </w:pPr>
            <w:r/>
            <w:r>
              <w:rPr>
                <w:rFonts w:ascii="Times New Roman" w:hAnsi="Times New Roman"/>
                <w:b w:val="0"/>
                <w:sz w:val="18"/>
              </w:rPr>
              <w:t>buc</w:t>
            </w:r>
          </w:p>
        </w:tc>
        <w:tc>
          <w:tcPr>
            <w:tcW w:type="dxa" w:w="737"/>
          </w:tcPr>
          <w:p>
            <w:pPr>
              <w:spacing w:after="0"/>
              <w:jc w:val="center"/>
            </w:pPr>
            <w:r/>
            <w:r>
              <w:rPr>
                <w:rFonts w:ascii="Times New Roman" w:hAnsi="Times New Roman"/>
                <w:b w:val="0"/>
                <w:sz w:val="18"/>
              </w:rPr>
              <w:t>8</w:t>
            </w:r>
          </w:p>
        </w:tc>
        <w:tc>
          <w:tcPr>
            <w:tcW w:type="dxa" w:w="4309"/>
          </w:tcPr>
          <w:p>
            <w:pPr>
              <w:spacing w:after="0"/>
            </w:pPr>
            <w:r/>
            <w:r>
              <w:rPr>
                <w:rFonts w:ascii="Times New Roman" w:hAnsi="Times New Roman"/>
                <w:b w:val="0"/>
                <w:sz w:val="16"/>
              </w:rPr>
              <w:t>Tip: Țeavă pentru coș de fum dublu perete; Material: Oțel inoxidabil, interior AISI 304, exterior AISI 430; Grosimea oțelului: interior minimum 1 mm, exterior minimum 0,5 mm; Izolația: vată minerală bazaltică minim 40 mm/650°C; Destinat a fi utilizat la cazane cu combustibil solid (cărbune). Diametru: interior 350 mm, exterior 430 mm; Lungimea: 1000 mm. Prețul propus trebuie să fie pentru un metru.</w:t>
            </w:r>
          </w:p>
        </w:tc>
        <w:tc>
          <w:tcPr>
            <w:tcW w:type="dxa" w:w="1247"/>
          </w:tcPr>
          <w:p>
            <w:pPr>
              <w:spacing w:after="0"/>
              <w:jc w:val="right"/>
            </w:pPr>
            <w:r/>
            <w:r>
              <w:rPr>
                <w:rFonts w:ascii="Times New Roman" w:hAnsi="Times New Roman"/>
                <w:b w:val="0"/>
                <w:sz w:val="18"/>
              </w:rPr>
              <w:t>16 800,00</w:t>
            </w:r>
          </w:p>
        </w:tc>
      </w:tr>
      <w:tr>
        <w:tc>
          <w:tcPr>
            <w:tcW w:type="dxa" w:w="737"/>
          </w:tcPr>
          <w:p>
            <w:pPr>
              <w:spacing w:after="0"/>
              <w:jc w:val="center"/>
            </w:pPr>
            <w:r/>
            <w:r>
              <w:rPr>
                <w:rFonts w:ascii="Times New Roman" w:hAnsi="Times New Roman"/>
                <w:b w:val="0"/>
                <w:sz w:val="18"/>
              </w:rPr>
              <w:t>2.3</w:t>
            </w:r>
          </w:p>
        </w:tc>
        <w:tc>
          <w:tcPr>
            <w:tcW w:type="dxa" w:w="2041"/>
          </w:tcPr>
          <w:p>
            <w:pPr>
              <w:spacing w:after="0"/>
            </w:pPr>
            <w:r/>
            <w:r>
              <w:rPr>
                <w:rFonts w:ascii="Times New Roman" w:hAnsi="Times New Roman"/>
                <w:b w:val="0"/>
                <w:sz w:val="18"/>
              </w:rPr>
              <w:t>Cot 90° Ø 250-330 mm</w:t>
            </w:r>
          </w:p>
        </w:tc>
        <w:tc>
          <w:tcPr>
            <w:tcW w:type="dxa" w:w="567"/>
          </w:tcPr>
          <w:p>
            <w:pPr>
              <w:spacing w:after="0"/>
              <w:jc w:val="center"/>
            </w:pPr>
            <w:r/>
            <w:r>
              <w:rPr>
                <w:rFonts w:ascii="Times New Roman" w:hAnsi="Times New Roman"/>
                <w:b w:val="0"/>
                <w:sz w:val="18"/>
              </w:rPr>
              <w:t>buc</w:t>
            </w:r>
          </w:p>
        </w:tc>
        <w:tc>
          <w:tcPr>
            <w:tcW w:type="dxa" w:w="737"/>
          </w:tcPr>
          <w:p>
            <w:pPr>
              <w:spacing w:after="0"/>
              <w:jc w:val="center"/>
            </w:pPr>
            <w:r/>
            <w:r>
              <w:rPr>
                <w:rFonts w:ascii="Times New Roman" w:hAnsi="Times New Roman"/>
                <w:b w:val="0"/>
                <w:sz w:val="18"/>
              </w:rPr>
              <w:t>2</w:t>
            </w:r>
          </w:p>
        </w:tc>
        <w:tc>
          <w:tcPr>
            <w:tcW w:type="dxa" w:w="4309"/>
          </w:tcPr>
          <w:p>
            <w:pPr>
              <w:spacing w:after="0"/>
            </w:pPr>
            <w:r/>
            <w:r>
              <w:rPr>
                <w:rFonts w:ascii="Times New Roman" w:hAnsi="Times New Roman"/>
                <w:b w:val="0"/>
                <w:sz w:val="16"/>
              </w:rPr>
              <w:t>Tip: Cot 90° dublu perete; Material: Oțel inoxidabil, interior AISI 304, exterior AISI 430; Grosimea oțelului: interior minimum 1 mm, exterior minimum 0,5 mm; Izolația: vată minerală bazaltică minim 40 mm/650°C; Destinat a fi utilizat la cazane cu combustibil solid (cărbune). Diametru: interior 250 mm, exterior 330 mm. Prețul propus trebuie să fie pentru un element.</w:t>
            </w:r>
          </w:p>
        </w:tc>
        <w:tc>
          <w:tcPr>
            <w:tcW w:type="dxa" w:w="1247"/>
          </w:tcPr>
          <w:p>
            <w:pPr>
              <w:spacing w:after="0"/>
              <w:jc w:val="right"/>
            </w:pPr>
            <w:r/>
            <w:r>
              <w:rPr>
                <w:rFonts w:ascii="Times New Roman" w:hAnsi="Times New Roman"/>
                <w:b w:val="0"/>
                <w:sz w:val="18"/>
              </w:rPr>
              <w:t>3 800,00</w:t>
            </w:r>
          </w:p>
        </w:tc>
      </w:tr>
      <w:tr>
        <w:tc>
          <w:tcPr>
            <w:tcW w:type="dxa" w:w="737"/>
          </w:tcPr>
          <w:p>
            <w:pPr>
              <w:spacing w:after="0"/>
              <w:jc w:val="center"/>
            </w:pPr>
            <w:r/>
            <w:r>
              <w:rPr>
                <w:rFonts w:ascii="Times New Roman" w:hAnsi="Times New Roman"/>
                <w:b w:val="0"/>
                <w:sz w:val="18"/>
              </w:rPr>
              <w:t>2.4</w:t>
            </w:r>
          </w:p>
        </w:tc>
        <w:tc>
          <w:tcPr>
            <w:tcW w:type="dxa" w:w="2041"/>
          </w:tcPr>
          <w:p>
            <w:pPr>
              <w:spacing w:after="0"/>
            </w:pPr>
            <w:r/>
            <w:r>
              <w:rPr>
                <w:rFonts w:ascii="Times New Roman" w:hAnsi="Times New Roman"/>
                <w:b w:val="0"/>
                <w:sz w:val="18"/>
              </w:rPr>
              <w:t>Teu 90° Ø 350-430 mm</w:t>
            </w:r>
          </w:p>
        </w:tc>
        <w:tc>
          <w:tcPr>
            <w:tcW w:type="dxa" w:w="567"/>
          </w:tcPr>
          <w:p>
            <w:pPr>
              <w:spacing w:after="0"/>
              <w:jc w:val="center"/>
            </w:pPr>
            <w:r/>
            <w:r>
              <w:rPr>
                <w:rFonts w:ascii="Times New Roman" w:hAnsi="Times New Roman"/>
                <w:b w:val="0"/>
                <w:sz w:val="18"/>
              </w:rPr>
              <w:t>buc</w:t>
            </w:r>
          </w:p>
        </w:tc>
        <w:tc>
          <w:tcPr>
            <w:tcW w:type="dxa" w:w="737"/>
          </w:tcPr>
          <w:p>
            <w:pPr>
              <w:spacing w:after="0"/>
              <w:jc w:val="center"/>
            </w:pPr>
            <w:r/>
            <w:r>
              <w:rPr>
                <w:rFonts w:ascii="Times New Roman" w:hAnsi="Times New Roman"/>
                <w:b w:val="0"/>
                <w:sz w:val="18"/>
              </w:rPr>
              <w:t>1</w:t>
            </w:r>
          </w:p>
        </w:tc>
        <w:tc>
          <w:tcPr>
            <w:tcW w:type="dxa" w:w="4309"/>
          </w:tcPr>
          <w:p>
            <w:pPr>
              <w:spacing w:after="0"/>
            </w:pPr>
            <w:r/>
            <w:r>
              <w:rPr>
                <w:rFonts w:ascii="Times New Roman" w:hAnsi="Times New Roman"/>
                <w:b w:val="0"/>
                <w:sz w:val="16"/>
              </w:rPr>
              <w:t>Tip: Teu 90° dublu perete; Material: Oțel inoxidabil, interior AISI 304, exterior AISI 430; Grosimea oțelului: interior minimum 1 mm, exterior minimum 0,5 mm; Izolația: vată minerală bazaltică minim 40 mm/650°C; Destinat a fi utilizat la cazane cu combustibil solid (cărbune). Lungimea: 500 mm; Diametru: interior 350 mm, exterior 430 mm. Prețul propus trebuie să fie pentru un element.</w:t>
            </w:r>
          </w:p>
        </w:tc>
        <w:tc>
          <w:tcPr>
            <w:tcW w:type="dxa" w:w="1247"/>
          </w:tcPr>
          <w:p>
            <w:pPr>
              <w:spacing w:after="0"/>
              <w:jc w:val="right"/>
            </w:pPr>
            <w:r/>
            <w:r>
              <w:rPr>
                <w:rFonts w:ascii="Times New Roman" w:hAnsi="Times New Roman"/>
                <w:b w:val="0"/>
                <w:sz w:val="18"/>
              </w:rPr>
              <w:t>4 000,00</w:t>
            </w:r>
          </w:p>
        </w:tc>
      </w:tr>
      <w:tr>
        <w:tc>
          <w:tcPr>
            <w:tcW w:type="dxa" w:w="737"/>
          </w:tcPr>
          <w:p>
            <w:pPr>
              <w:spacing w:after="0"/>
              <w:jc w:val="center"/>
            </w:pPr>
            <w:r/>
            <w:r>
              <w:rPr>
                <w:rFonts w:ascii="Times New Roman" w:hAnsi="Times New Roman"/>
                <w:b w:val="0"/>
                <w:sz w:val="18"/>
              </w:rPr>
              <w:t>2.5</w:t>
            </w:r>
          </w:p>
        </w:tc>
        <w:tc>
          <w:tcPr>
            <w:tcW w:type="dxa" w:w="2041"/>
          </w:tcPr>
          <w:p>
            <w:pPr>
              <w:spacing w:after="0"/>
            </w:pPr>
            <w:r/>
            <w:r>
              <w:rPr>
                <w:rFonts w:ascii="Times New Roman" w:hAnsi="Times New Roman"/>
                <w:b w:val="0"/>
                <w:sz w:val="18"/>
              </w:rPr>
              <w:t>Teu 45° Ø 350-430 mm</w:t>
            </w:r>
          </w:p>
        </w:tc>
        <w:tc>
          <w:tcPr>
            <w:tcW w:type="dxa" w:w="567"/>
          </w:tcPr>
          <w:p>
            <w:pPr>
              <w:spacing w:after="0"/>
              <w:jc w:val="center"/>
            </w:pPr>
            <w:r/>
            <w:r>
              <w:rPr>
                <w:rFonts w:ascii="Times New Roman" w:hAnsi="Times New Roman"/>
                <w:b w:val="0"/>
                <w:sz w:val="18"/>
              </w:rPr>
              <w:t>buc</w:t>
            </w:r>
          </w:p>
        </w:tc>
        <w:tc>
          <w:tcPr>
            <w:tcW w:type="dxa" w:w="737"/>
          </w:tcPr>
          <w:p>
            <w:pPr>
              <w:spacing w:after="0"/>
              <w:jc w:val="center"/>
            </w:pPr>
            <w:r/>
            <w:r>
              <w:rPr>
                <w:rFonts w:ascii="Times New Roman" w:hAnsi="Times New Roman"/>
                <w:b w:val="0"/>
                <w:sz w:val="18"/>
              </w:rPr>
              <w:t>1</w:t>
            </w:r>
          </w:p>
        </w:tc>
        <w:tc>
          <w:tcPr>
            <w:tcW w:type="dxa" w:w="4309"/>
          </w:tcPr>
          <w:p>
            <w:pPr>
              <w:spacing w:after="0"/>
            </w:pPr>
            <w:r/>
            <w:r>
              <w:rPr>
                <w:rFonts w:ascii="Times New Roman" w:hAnsi="Times New Roman"/>
                <w:b w:val="0"/>
                <w:sz w:val="16"/>
              </w:rPr>
              <w:t>Tip: Teu 45° dublu perete; Material: Oțel inoxidabil, interior AISI 304, exterior AISI 430; Grosimea oțelului: interior minimum 1 mm, exterior minimum 0,5 mm; Izolația: vată minerală bazaltică minim 40 mm/650°C; Destinat a fi utilizat la cazane cu combustibil solid (cărbune). Lungimea: 500 mm; Diametru: interior 350 mm, exterior 430 mm. Prețul propus trebuie să fie pentru un element.</w:t>
            </w:r>
          </w:p>
        </w:tc>
        <w:tc>
          <w:tcPr>
            <w:tcW w:type="dxa" w:w="1247"/>
          </w:tcPr>
          <w:p>
            <w:pPr>
              <w:spacing w:after="0"/>
              <w:jc w:val="right"/>
            </w:pPr>
            <w:r/>
            <w:r>
              <w:rPr>
                <w:rFonts w:ascii="Times New Roman" w:hAnsi="Times New Roman"/>
                <w:b w:val="0"/>
                <w:sz w:val="18"/>
              </w:rPr>
              <w:t>4 700,00</w:t>
            </w:r>
          </w:p>
        </w:tc>
      </w:tr>
      <w:tr>
        <w:tc>
          <w:tcPr>
            <w:tcW w:type="dxa" w:w="737"/>
          </w:tcPr>
          <w:p>
            <w:pPr>
              <w:spacing w:after="0"/>
              <w:jc w:val="center"/>
            </w:pPr>
            <w:r/>
            <w:r>
              <w:rPr>
                <w:rFonts w:ascii="Times New Roman" w:hAnsi="Times New Roman"/>
                <w:b w:val="0"/>
                <w:sz w:val="18"/>
              </w:rPr>
              <w:t>2.6</w:t>
            </w:r>
          </w:p>
        </w:tc>
        <w:tc>
          <w:tcPr>
            <w:tcW w:type="dxa" w:w="2041"/>
          </w:tcPr>
          <w:p>
            <w:pPr>
              <w:spacing w:after="0"/>
            </w:pPr>
            <w:r/>
            <w:r>
              <w:rPr>
                <w:rFonts w:ascii="Times New Roman" w:hAnsi="Times New Roman"/>
                <w:b w:val="0"/>
                <w:sz w:val="18"/>
              </w:rPr>
              <w:t>Colector de condens Ø 350 mm</w:t>
            </w:r>
          </w:p>
        </w:tc>
        <w:tc>
          <w:tcPr>
            <w:tcW w:type="dxa" w:w="567"/>
          </w:tcPr>
          <w:p>
            <w:pPr>
              <w:spacing w:after="0"/>
              <w:jc w:val="center"/>
            </w:pPr>
            <w:r/>
            <w:r>
              <w:rPr>
                <w:rFonts w:ascii="Times New Roman" w:hAnsi="Times New Roman"/>
                <w:b w:val="0"/>
                <w:sz w:val="18"/>
              </w:rPr>
              <w:t>buc</w:t>
            </w:r>
          </w:p>
        </w:tc>
        <w:tc>
          <w:tcPr>
            <w:tcW w:type="dxa" w:w="737"/>
          </w:tcPr>
          <w:p>
            <w:pPr>
              <w:spacing w:after="0"/>
              <w:jc w:val="center"/>
            </w:pPr>
            <w:r/>
            <w:r>
              <w:rPr>
                <w:rFonts w:ascii="Times New Roman" w:hAnsi="Times New Roman"/>
                <w:b w:val="0"/>
                <w:sz w:val="18"/>
              </w:rPr>
              <w:t>1</w:t>
            </w:r>
          </w:p>
        </w:tc>
        <w:tc>
          <w:tcPr>
            <w:tcW w:type="dxa" w:w="4309"/>
          </w:tcPr>
          <w:p>
            <w:pPr>
              <w:spacing w:after="0"/>
            </w:pPr>
            <w:r/>
            <w:r>
              <w:rPr>
                <w:rFonts w:ascii="Times New Roman" w:hAnsi="Times New Roman"/>
                <w:b w:val="0"/>
                <w:sz w:val="16"/>
              </w:rPr>
              <w:t>Tip: Colector de condens inox; Material: Oțel inoxidabil AISI 304/AISI 430; Grosimea oțelului: minimum 0,5 mm. Diametru: 350 mm.</w:t>
            </w:r>
          </w:p>
        </w:tc>
        <w:tc>
          <w:tcPr>
            <w:tcW w:type="dxa" w:w="1247"/>
          </w:tcPr>
          <w:p>
            <w:pPr>
              <w:spacing w:after="0"/>
              <w:jc w:val="right"/>
            </w:pPr>
            <w:r/>
            <w:r>
              <w:rPr>
                <w:rFonts w:ascii="Times New Roman" w:hAnsi="Times New Roman"/>
                <w:b w:val="0"/>
                <w:sz w:val="18"/>
              </w:rPr>
              <w:t>650,00</w:t>
            </w:r>
          </w:p>
        </w:tc>
      </w:tr>
      <w:tr>
        <w:tc>
          <w:tcPr>
            <w:tcW w:type="dxa" w:w="737"/>
          </w:tcPr>
          <w:p>
            <w:pPr>
              <w:spacing w:after="0"/>
              <w:jc w:val="center"/>
            </w:pPr>
            <w:r/>
            <w:r>
              <w:rPr>
                <w:rFonts w:ascii="Times New Roman" w:hAnsi="Times New Roman"/>
                <w:b w:val="0"/>
                <w:sz w:val="18"/>
              </w:rPr>
              <w:t>2.7</w:t>
            </w:r>
          </w:p>
        </w:tc>
        <w:tc>
          <w:tcPr>
            <w:tcW w:type="dxa" w:w="2041"/>
          </w:tcPr>
          <w:p>
            <w:pPr>
              <w:spacing w:after="0"/>
            </w:pPr>
            <w:r/>
            <w:r>
              <w:rPr>
                <w:rFonts w:ascii="Times New Roman" w:hAnsi="Times New Roman"/>
                <w:b w:val="0"/>
                <w:sz w:val="18"/>
              </w:rPr>
              <w:t>Dop pentru izolație Ø 250-330 mm</w:t>
            </w:r>
          </w:p>
        </w:tc>
        <w:tc>
          <w:tcPr>
            <w:tcW w:type="dxa" w:w="567"/>
          </w:tcPr>
          <w:p>
            <w:pPr>
              <w:spacing w:after="0"/>
              <w:jc w:val="center"/>
            </w:pPr>
            <w:r/>
            <w:r>
              <w:rPr>
                <w:rFonts w:ascii="Times New Roman" w:hAnsi="Times New Roman"/>
                <w:b w:val="0"/>
                <w:sz w:val="18"/>
              </w:rPr>
              <w:t>buc</w:t>
            </w:r>
          </w:p>
        </w:tc>
        <w:tc>
          <w:tcPr>
            <w:tcW w:type="dxa" w:w="737"/>
          </w:tcPr>
          <w:p>
            <w:pPr>
              <w:spacing w:after="0"/>
              <w:jc w:val="center"/>
            </w:pPr>
            <w:r/>
            <w:r>
              <w:rPr>
                <w:rFonts w:ascii="Times New Roman" w:hAnsi="Times New Roman"/>
                <w:b w:val="0"/>
                <w:sz w:val="18"/>
              </w:rPr>
              <w:t>2</w:t>
            </w:r>
          </w:p>
        </w:tc>
        <w:tc>
          <w:tcPr>
            <w:tcW w:type="dxa" w:w="4309"/>
          </w:tcPr>
          <w:p>
            <w:pPr>
              <w:spacing w:after="0"/>
            </w:pPr>
            <w:r/>
            <w:r>
              <w:rPr>
                <w:rFonts w:ascii="Times New Roman" w:hAnsi="Times New Roman"/>
                <w:b w:val="0"/>
                <w:sz w:val="16"/>
              </w:rPr>
              <w:t>Tip: Dop pentru izolație; Material: Oțel inoxidabil AISI 304/AISI 430; Grosimea oțelului: minimum 0,5 mm. Diametru: interior 250 mm, exterior 330 mm. Prețul propus trebuie să fie pentru un element.</w:t>
            </w:r>
          </w:p>
        </w:tc>
        <w:tc>
          <w:tcPr>
            <w:tcW w:type="dxa" w:w="1247"/>
          </w:tcPr>
          <w:p>
            <w:pPr>
              <w:spacing w:after="0"/>
              <w:jc w:val="right"/>
            </w:pPr>
            <w:r/>
            <w:r>
              <w:rPr>
                <w:rFonts w:ascii="Times New Roman" w:hAnsi="Times New Roman"/>
                <w:b w:val="0"/>
                <w:sz w:val="18"/>
              </w:rPr>
              <w:t>260,00</w:t>
            </w:r>
          </w:p>
        </w:tc>
      </w:tr>
      <w:tr>
        <w:tc>
          <w:tcPr>
            <w:tcW w:type="dxa" w:w="737"/>
          </w:tcPr>
          <w:p>
            <w:pPr>
              <w:spacing w:after="0"/>
              <w:jc w:val="center"/>
            </w:pPr>
            <w:r/>
            <w:r>
              <w:rPr>
                <w:rFonts w:ascii="Times New Roman" w:hAnsi="Times New Roman"/>
                <w:b w:val="0"/>
                <w:sz w:val="18"/>
              </w:rPr>
              <w:t>2.8</w:t>
            </w:r>
          </w:p>
        </w:tc>
        <w:tc>
          <w:tcPr>
            <w:tcW w:type="dxa" w:w="2041"/>
          </w:tcPr>
          <w:p>
            <w:pPr>
              <w:spacing w:after="0"/>
            </w:pPr>
            <w:r/>
            <w:r>
              <w:rPr>
                <w:rFonts w:ascii="Times New Roman" w:hAnsi="Times New Roman"/>
                <w:b w:val="0"/>
                <w:sz w:val="18"/>
              </w:rPr>
              <w:t>Dop pentru izolație Ø 350-430 mm</w:t>
            </w:r>
          </w:p>
        </w:tc>
        <w:tc>
          <w:tcPr>
            <w:tcW w:type="dxa" w:w="567"/>
          </w:tcPr>
          <w:p>
            <w:pPr>
              <w:spacing w:after="0"/>
              <w:jc w:val="center"/>
            </w:pPr>
            <w:r/>
            <w:r>
              <w:rPr>
                <w:rFonts w:ascii="Times New Roman" w:hAnsi="Times New Roman"/>
                <w:b w:val="0"/>
                <w:sz w:val="18"/>
              </w:rPr>
              <w:t>buc</w:t>
            </w:r>
          </w:p>
        </w:tc>
        <w:tc>
          <w:tcPr>
            <w:tcW w:type="dxa" w:w="737"/>
          </w:tcPr>
          <w:p>
            <w:pPr>
              <w:spacing w:after="0"/>
              <w:jc w:val="center"/>
            </w:pPr>
            <w:r/>
            <w:r>
              <w:rPr>
                <w:rFonts w:ascii="Times New Roman" w:hAnsi="Times New Roman"/>
                <w:b w:val="0"/>
                <w:sz w:val="18"/>
              </w:rPr>
              <w:t>1</w:t>
            </w:r>
          </w:p>
        </w:tc>
        <w:tc>
          <w:tcPr>
            <w:tcW w:type="dxa" w:w="4309"/>
          </w:tcPr>
          <w:p>
            <w:pPr>
              <w:spacing w:after="0"/>
            </w:pPr>
            <w:r/>
            <w:r>
              <w:rPr>
                <w:rFonts w:ascii="Times New Roman" w:hAnsi="Times New Roman"/>
                <w:b w:val="0"/>
                <w:sz w:val="16"/>
              </w:rPr>
              <w:t>Tip: Dop pentru izolație; Material: Oțel inoxidabil AISI 304/AISI 430; Grosimea oțelului: minimum 0,5 mm. Diametru: interior 350 mm, exterior 430 mm. Prețul propus trebuie să fie pentru un element.</w:t>
            </w:r>
          </w:p>
        </w:tc>
        <w:tc>
          <w:tcPr>
            <w:tcW w:type="dxa" w:w="1247"/>
          </w:tcPr>
          <w:p>
            <w:pPr>
              <w:spacing w:after="0"/>
              <w:jc w:val="right"/>
            </w:pPr>
            <w:r/>
            <w:r>
              <w:rPr>
                <w:rFonts w:ascii="Times New Roman" w:hAnsi="Times New Roman"/>
                <w:b w:val="0"/>
                <w:sz w:val="18"/>
              </w:rPr>
              <w:t>200,00</w:t>
            </w:r>
          </w:p>
        </w:tc>
      </w:tr>
      <w:tr>
        <w:tc>
          <w:tcPr>
            <w:tcW w:type="dxa" w:w="737"/>
          </w:tcPr>
          <w:p>
            <w:pPr>
              <w:spacing w:after="0"/>
              <w:jc w:val="center"/>
            </w:pPr>
            <w:r/>
            <w:r>
              <w:rPr>
                <w:rFonts w:ascii="Times New Roman" w:hAnsi="Times New Roman"/>
                <w:b w:val="0"/>
                <w:sz w:val="18"/>
              </w:rPr>
              <w:t>2.9</w:t>
            </w:r>
          </w:p>
        </w:tc>
        <w:tc>
          <w:tcPr>
            <w:tcW w:type="dxa" w:w="2041"/>
          </w:tcPr>
          <w:p>
            <w:pPr>
              <w:spacing w:after="0"/>
            </w:pPr>
            <w:r/>
            <w:r>
              <w:rPr>
                <w:rFonts w:ascii="Times New Roman" w:hAnsi="Times New Roman"/>
                <w:b w:val="0"/>
                <w:sz w:val="18"/>
              </w:rPr>
              <w:t>Trecere pentru acoperiș Ø 430 mm</w:t>
            </w:r>
          </w:p>
        </w:tc>
        <w:tc>
          <w:tcPr>
            <w:tcW w:type="dxa" w:w="567"/>
          </w:tcPr>
          <w:p>
            <w:pPr>
              <w:spacing w:after="0"/>
              <w:jc w:val="center"/>
            </w:pPr>
            <w:r/>
            <w:r>
              <w:rPr>
                <w:rFonts w:ascii="Times New Roman" w:hAnsi="Times New Roman"/>
                <w:b w:val="0"/>
                <w:sz w:val="18"/>
              </w:rPr>
              <w:t>buc</w:t>
            </w:r>
          </w:p>
        </w:tc>
        <w:tc>
          <w:tcPr>
            <w:tcW w:type="dxa" w:w="737"/>
          </w:tcPr>
          <w:p>
            <w:pPr>
              <w:spacing w:after="0"/>
              <w:jc w:val="center"/>
            </w:pPr>
            <w:r/>
            <w:r>
              <w:rPr>
                <w:rFonts w:ascii="Times New Roman" w:hAnsi="Times New Roman"/>
                <w:b w:val="0"/>
                <w:sz w:val="18"/>
              </w:rPr>
              <w:t>1</w:t>
            </w:r>
          </w:p>
        </w:tc>
        <w:tc>
          <w:tcPr>
            <w:tcW w:type="dxa" w:w="4309"/>
          </w:tcPr>
          <w:p>
            <w:pPr>
              <w:spacing w:after="0"/>
            </w:pPr>
            <w:r/>
            <w:r>
              <w:rPr>
                <w:rFonts w:ascii="Times New Roman" w:hAnsi="Times New Roman"/>
                <w:b w:val="0"/>
                <w:sz w:val="16"/>
              </w:rPr>
              <w:t>Tip: Trecere pentru acoperiș; Material: Oțel inoxidabil AISI 304/AISI 430; Grosimea oțelului: minimum 0,5 mm. Diametru: 430 mm. Prețul propus trebuie să fie pentru un element.</w:t>
            </w:r>
          </w:p>
        </w:tc>
        <w:tc>
          <w:tcPr>
            <w:tcW w:type="dxa" w:w="1247"/>
          </w:tcPr>
          <w:p>
            <w:pPr>
              <w:spacing w:after="0"/>
              <w:jc w:val="right"/>
            </w:pPr>
            <w:r/>
            <w:r>
              <w:rPr>
                <w:rFonts w:ascii="Times New Roman" w:hAnsi="Times New Roman"/>
                <w:b w:val="0"/>
                <w:sz w:val="18"/>
              </w:rPr>
              <w:t>1 400,00</w:t>
            </w:r>
          </w:p>
        </w:tc>
      </w:tr>
      <w:tr>
        <w:tc>
          <w:tcPr>
            <w:tcW w:type="dxa" w:w="737"/>
          </w:tcPr>
          <w:p>
            <w:pPr>
              <w:spacing w:after="0"/>
              <w:jc w:val="center"/>
            </w:pPr>
            <w:r/>
            <w:r>
              <w:rPr>
                <w:rFonts w:ascii="Times New Roman" w:hAnsi="Times New Roman"/>
                <w:b w:val="0"/>
                <w:sz w:val="18"/>
              </w:rPr>
              <w:t>2.10</w:t>
            </w:r>
          </w:p>
        </w:tc>
        <w:tc>
          <w:tcPr>
            <w:tcW w:type="dxa" w:w="2041"/>
          </w:tcPr>
          <w:p>
            <w:pPr>
              <w:spacing w:after="0"/>
            </w:pPr>
            <w:r/>
            <w:r>
              <w:rPr>
                <w:rFonts w:ascii="Times New Roman" w:hAnsi="Times New Roman"/>
                <w:b w:val="0"/>
                <w:sz w:val="18"/>
              </w:rPr>
              <w:t>Colier conic Ø 430 mm</w:t>
            </w:r>
          </w:p>
        </w:tc>
        <w:tc>
          <w:tcPr>
            <w:tcW w:type="dxa" w:w="567"/>
          </w:tcPr>
          <w:p>
            <w:pPr>
              <w:spacing w:after="0"/>
              <w:jc w:val="center"/>
            </w:pPr>
            <w:r/>
            <w:r>
              <w:rPr>
                <w:rFonts w:ascii="Times New Roman" w:hAnsi="Times New Roman"/>
                <w:b w:val="0"/>
                <w:sz w:val="18"/>
              </w:rPr>
              <w:t>buc</w:t>
            </w:r>
          </w:p>
        </w:tc>
        <w:tc>
          <w:tcPr>
            <w:tcW w:type="dxa" w:w="737"/>
          </w:tcPr>
          <w:p>
            <w:pPr>
              <w:spacing w:after="0"/>
              <w:jc w:val="center"/>
            </w:pPr>
            <w:r/>
            <w:r>
              <w:rPr>
                <w:rFonts w:ascii="Times New Roman" w:hAnsi="Times New Roman"/>
                <w:b w:val="0"/>
                <w:sz w:val="18"/>
              </w:rPr>
              <w:t>1</w:t>
            </w:r>
          </w:p>
        </w:tc>
        <w:tc>
          <w:tcPr>
            <w:tcW w:type="dxa" w:w="4309"/>
          </w:tcPr>
          <w:p>
            <w:pPr>
              <w:spacing w:after="0"/>
            </w:pPr>
            <w:r/>
            <w:r>
              <w:rPr>
                <w:rFonts w:ascii="Times New Roman" w:hAnsi="Times New Roman"/>
                <w:b w:val="0"/>
                <w:sz w:val="16"/>
              </w:rPr>
              <w:t>Tip: Colier conic; Material: Oțel inoxidabil; Grosimea oțelului: minimum 1 mm. Diametru: 430 mm. Prețul propus trebuie să fie pentru un element.</w:t>
            </w:r>
          </w:p>
        </w:tc>
        <w:tc>
          <w:tcPr>
            <w:tcW w:type="dxa" w:w="1247"/>
          </w:tcPr>
          <w:p>
            <w:pPr>
              <w:spacing w:after="0"/>
              <w:jc w:val="right"/>
            </w:pPr>
            <w:r/>
            <w:r>
              <w:rPr>
                <w:rFonts w:ascii="Times New Roman" w:hAnsi="Times New Roman"/>
                <w:b w:val="0"/>
                <w:sz w:val="18"/>
              </w:rPr>
              <w:t>500,00</w:t>
            </w:r>
          </w:p>
        </w:tc>
      </w:tr>
      <w:tr>
        <w:tc>
          <w:tcPr>
            <w:tcW w:type="dxa" w:w="737"/>
          </w:tcPr>
          <w:p>
            <w:pPr>
              <w:spacing w:after="0"/>
              <w:jc w:val="center"/>
            </w:pPr>
            <w:r/>
            <w:r>
              <w:rPr>
                <w:rFonts w:ascii="Times New Roman" w:hAnsi="Times New Roman"/>
                <w:b w:val="0"/>
                <w:sz w:val="18"/>
              </w:rPr>
              <w:t>2.11</w:t>
            </w:r>
          </w:p>
        </w:tc>
        <w:tc>
          <w:tcPr>
            <w:tcW w:type="dxa" w:w="2041"/>
          </w:tcPr>
          <w:p>
            <w:pPr>
              <w:spacing w:after="0"/>
            </w:pPr>
            <w:r/>
            <w:r>
              <w:rPr>
                <w:rFonts w:ascii="Times New Roman" w:hAnsi="Times New Roman"/>
                <w:b w:val="0"/>
                <w:sz w:val="18"/>
              </w:rPr>
              <w:t>Terminație conică Ø 346-430 mm</w:t>
            </w:r>
          </w:p>
        </w:tc>
        <w:tc>
          <w:tcPr>
            <w:tcW w:type="dxa" w:w="567"/>
          </w:tcPr>
          <w:p>
            <w:pPr>
              <w:spacing w:after="0"/>
              <w:jc w:val="center"/>
            </w:pPr>
            <w:r/>
            <w:r>
              <w:rPr>
                <w:rFonts w:ascii="Times New Roman" w:hAnsi="Times New Roman"/>
                <w:b w:val="0"/>
                <w:sz w:val="18"/>
              </w:rPr>
              <w:t>buc</w:t>
            </w:r>
          </w:p>
        </w:tc>
        <w:tc>
          <w:tcPr>
            <w:tcW w:type="dxa" w:w="737"/>
          </w:tcPr>
          <w:p>
            <w:pPr>
              <w:spacing w:after="0"/>
              <w:jc w:val="center"/>
            </w:pPr>
            <w:r/>
            <w:r>
              <w:rPr>
                <w:rFonts w:ascii="Times New Roman" w:hAnsi="Times New Roman"/>
                <w:b w:val="0"/>
                <w:sz w:val="18"/>
              </w:rPr>
              <w:t>1</w:t>
            </w:r>
          </w:p>
        </w:tc>
        <w:tc>
          <w:tcPr>
            <w:tcW w:type="dxa" w:w="4309"/>
          </w:tcPr>
          <w:p>
            <w:pPr>
              <w:spacing w:after="0"/>
            </w:pPr>
            <w:r/>
            <w:r>
              <w:rPr>
                <w:rFonts w:ascii="Times New Roman" w:hAnsi="Times New Roman"/>
                <w:b w:val="0"/>
                <w:sz w:val="16"/>
              </w:rPr>
              <w:t>Tip: Terminație conică; Material: Oțel inoxidabil, interior AISI 304, exterior AISI 430; Grosimea oțelului: interior minimum 1 mm, exterior minimum 0,5 mm; Diametru: interior 346 mm, exterior 430 mm. Prețul propus trebuie să fie pentru un element.</w:t>
            </w:r>
          </w:p>
        </w:tc>
        <w:tc>
          <w:tcPr>
            <w:tcW w:type="dxa" w:w="1247"/>
          </w:tcPr>
          <w:p>
            <w:pPr>
              <w:spacing w:after="0"/>
              <w:jc w:val="right"/>
            </w:pPr>
            <w:r/>
            <w:r>
              <w:rPr>
                <w:rFonts w:ascii="Times New Roman" w:hAnsi="Times New Roman"/>
                <w:b w:val="0"/>
                <w:sz w:val="18"/>
              </w:rPr>
              <w:t>1 100,00</w:t>
            </w:r>
          </w:p>
        </w:tc>
      </w:tr>
      <w:tr>
        <w:tc>
          <w:tcPr>
            <w:tcW w:type="dxa" w:w="737"/>
          </w:tcPr>
          <w:p>
            <w:pPr>
              <w:spacing w:after="0"/>
              <w:jc w:val="center"/>
            </w:pPr>
            <w:r/>
            <w:r>
              <w:rPr>
                <w:rFonts w:ascii="Times New Roman" w:hAnsi="Times New Roman"/>
                <w:b w:val="0"/>
                <w:sz w:val="18"/>
              </w:rPr>
              <w:t>2.12</w:t>
            </w:r>
          </w:p>
        </w:tc>
        <w:tc>
          <w:tcPr>
            <w:tcW w:type="dxa" w:w="2041"/>
          </w:tcPr>
          <w:p>
            <w:pPr>
              <w:spacing w:after="0"/>
            </w:pPr>
            <w:r/>
            <w:r>
              <w:rPr>
                <w:rFonts w:ascii="Times New Roman" w:hAnsi="Times New Roman"/>
                <w:b w:val="0"/>
                <w:sz w:val="18"/>
              </w:rPr>
              <w:t>Colier de perete (1 ureche) Ø 430 mm</w:t>
            </w:r>
          </w:p>
        </w:tc>
        <w:tc>
          <w:tcPr>
            <w:tcW w:type="dxa" w:w="567"/>
          </w:tcPr>
          <w:p>
            <w:pPr>
              <w:spacing w:after="0"/>
              <w:jc w:val="center"/>
            </w:pPr>
            <w:r/>
            <w:r>
              <w:rPr>
                <w:rFonts w:ascii="Times New Roman" w:hAnsi="Times New Roman"/>
                <w:b w:val="0"/>
                <w:sz w:val="18"/>
              </w:rPr>
              <w:t>buc</w:t>
            </w:r>
          </w:p>
        </w:tc>
        <w:tc>
          <w:tcPr>
            <w:tcW w:type="dxa" w:w="737"/>
          </w:tcPr>
          <w:p>
            <w:pPr>
              <w:spacing w:after="0"/>
              <w:jc w:val="center"/>
            </w:pPr>
            <w:r/>
            <w:r>
              <w:rPr>
                <w:rFonts w:ascii="Times New Roman" w:hAnsi="Times New Roman"/>
                <w:b w:val="0"/>
                <w:sz w:val="18"/>
              </w:rPr>
              <w:t>4</w:t>
            </w:r>
          </w:p>
        </w:tc>
        <w:tc>
          <w:tcPr>
            <w:tcW w:type="dxa" w:w="4309"/>
          </w:tcPr>
          <w:p>
            <w:pPr>
              <w:spacing w:after="0"/>
            </w:pPr>
            <w:r/>
            <w:r>
              <w:rPr>
                <w:rFonts w:ascii="Times New Roman" w:hAnsi="Times New Roman"/>
                <w:b w:val="0"/>
                <w:sz w:val="16"/>
              </w:rPr>
              <w:t>Tip: Colier de perete (1 ureche); Material: Oțel inoxidabil; Grosimea oțelului: minimum 1 mm. Diametru: 430 mm. Prețul propus trebuie să fie pentru un element.</w:t>
            </w:r>
          </w:p>
        </w:tc>
        <w:tc>
          <w:tcPr>
            <w:tcW w:type="dxa" w:w="1247"/>
          </w:tcPr>
          <w:p>
            <w:pPr>
              <w:spacing w:after="0"/>
              <w:jc w:val="right"/>
            </w:pPr>
            <w:r/>
            <w:r>
              <w:rPr>
                <w:rFonts w:ascii="Times New Roman" w:hAnsi="Times New Roman"/>
                <w:b w:val="0"/>
                <w:sz w:val="18"/>
              </w:rPr>
              <w:t>600,00</w:t>
            </w:r>
          </w:p>
        </w:tc>
      </w:tr>
      <w:tr>
        <w:tc>
          <w:tcPr>
            <w:tcW w:type="dxa" w:w="737"/>
          </w:tcPr>
          <w:p>
            <w:pPr>
              <w:spacing w:after="0"/>
              <w:jc w:val="center"/>
            </w:pPr>
            <w:r/>
            <w:r>
              <w:rPr>
                <w:rFonts w:ascii="Times New Roman" w:hAnsi="Times New Roman"/>
                <w:b w:val="0"/>
                <w:sz w:val="18"/>
              </w:rPr>
              <w:t>2.13</w:t>
            </w:r>
          </w:p>
        </w:tc>
        <w:tc>
          <w:tcPr>
            <w:tcW w:type="dxa" w:w="2041"/>
          </w:tcPr>
          <w:p>
            <w:pPr>
              <w:spacing w:after="0"/>
            </w:pPr>
            <w:r/>
            <w:r>
              <w:rPr>
                <w:rFonts w:ascii="Times New Roman" w:hAnsi="Times New Roman"/>
                <w:b w:val="0"/>
                <w:sz w:val="18"/>
              </w:rPr>
              <w:t>Platformă de descărcare Ø 350-430 mm</w:t>
            </w:r>
          </w:p>
        </w:tc>
        <w:tc>
          <w:tcPr>
            <w:tcW w:type="dxa" w:w="567"/>
          </w:tcPr>
          <w:p>
            <w:pPr>
              <w:spacing w:after="0"/>
              <w:jc w:val="center"/>
            </w:pPr>
            <w:r/>
            <w:r>
              <w:rPr>
                <w:rFonts w:ascii="Times New Roman" w:hAnsi="Times New Roman"/>
                <w:b w:val="0"/>
                <w:sz w:val="18"/>
              </w:rPr>
              <w:t>buc</w:t>
            </w:r>
          </w:p>
        </w:tc>
        <w:tc>
          <w:tcPr>
            <w:tcW w:type="dxa" w:w="737"/>
          </w:tcPr>
          <w:p>
            <w:pPr>
              <w:spacing w:after="0"/>
              <w:jc w:val="center"/>
            </w:pPr>
            <w:r/>
            <w:r>
              <w:rPr>
                <w:rFonts w:ascii="Times New Roman" w:hAnsi="Times New Roman"/>
                <w:b w:val="0"/>
                <w:sz w:val="18"/>
              </w:rPr>
              <w:t>1</w:t>
            </w:r>
          </w:p>
        </w:tc>
        <w:tc>
          <w:tcPr>
            <w:tcW w:type="dxa" w:w="4309"/>
          </w:tcPr>
          <w:p>
            <w:pPr>
              <w:spacing w:after="0"/>
            </w:pPr>
            <w:r/>
            <w:r>
              <w:rPr>
                <w:rFonts w:ascii="Times New Roman" w:hAnsi="Times New Roman"/>
                <w:b w:val="0"/>
                <w:sz w:val="16"/>
              </w:rPr>
              <w:t>Tip: Platformă de descărcare; Material: Oțel inoxidabil, interior AISI 304, exterior AISI 430; Grosimea oțelului: interior minimum 1 mm, exterior minimum 0,5 mm; Diametru: interior 350 mm, exterior 430 mm. Prețul propus trebuie să fie pentru un element.</w:t>
            </w:r>
          </w:p>
        </w:tc>
        <w:tc>
          <w:tcPr>
            <w:tcW w:type="dxa" w:w="1247"/>
          </w:tcPr>
          <w:p>
            <w:pPr>
              <w:spacing w:after="0"/>
              <w:jc w:val="right"/>
            </w:pPr>
            <w:r/>
            <w:r>
              <w:rPr>
                <w:rFonts w:ascii="Times New Roman" w:hAnsi="Times New Roman"/>
                <w:b w:val="0"/>
                <w:sz w:val="18"/>
              </w:rPr>
              <w:t>800,00</w:t>
            </w:r>
          </w:p>
        </w:tc>
      </w:tr>
      <w:tr>
        <w:tc>
          <w:tcPr>
            <w:tcW w:type="dxa" w:w="737"/>
          </w:tcPr>
          <w:p>
            <w:pPr>
              <w:spacing w:after="0"/>
              <w:jc w:val="center"/>
            </w:pPr>
            <w:r/>
            <w:r>
              <w:rPr>
                <w:rFonts w:ascii="Times New Roman" w:hAnsi="Times New Roman"/>
                <w:b w:val="0"/>
                <w:sz w:val="18"/>
              </w:rPr>
              <w:t>2.14</w:t>
            </w:r>
          </w:p>
        </w:tc>
        <w:tc>
          <w:tcPr>
            <w:tcW w:type="dxa" w:w="2041"/>
          </w:tcPr>
          <w:p>
            <w:pPr>
              <w:spacing w:after="0"/>
            </w:pPr>
            <w:r/>
            <w:r>
              <w:rPr>
                <w:rFonts w:ascii="Times New Roman" w:hAnsi="Times New Roman"/>
                <w:b w:val="0"/>
                <w:sz w:val="18"/>
              </w:rPr>
              <w:t>Suport armat 800 mm</w:t>
            </w:r>
          </w:p>
        </w:tc>
        <w:tc>
          <w:tcPr>
            <w:tcW w:type="dxa" w:w="567"/>
          </w:tcPr>
          <w:p>
            <w:pPr>
              <w:spacing w:after="0"/>
              <w:jc w:val="center"/>
            </w:pPr>
            <w:r/>
            <w:r>
              <w:rPr>
                <w:rFonts w:ascii="Times New Roman" w:hAnsi="Times New Roman"/>
                <w:b w:val="0"/>
                <w:sz w:val="18"/>
              </w:rPr>
              <w:t>buc</w:t>
            </w:r>
          </w:p>
        </w:tc>
        <w:tc>
          <w:tcPr>
            <w:tcW w:type="dxa" w:w="737"/>
          </w:tcPr>
          <w:p>
            <w:pPr>
              <w:spacing w:after="0"/>
              <w:jc w:val="center"/>
            </w:pPr>
            <w:r/>
            <w:r>
              <w:rPr>
                <w:rFonts w:ascii="Times New Roman" w:hAnsi="Times New Roman"/>
                <w:b w:val="0"/>
                <w:sz w:val="18"/>
              </w:rPr>
              <w:t>4</w:t>
            </w:r>
          </w:p>
        </w:tc>
        <w:tc>
          <w:tcPr>
            <w:tcW w:type="dxa" w:w="4309"/>
          </w:tcPr>
          <w:p>
            <w:pPr>
              <w:spacing w:after="0"/>
            </w:pPr>
            <w:r/>
            <w:r>
              <w:rPr>
                <w:rFonts w:ascii="Times New Roman" w:hAnsi="Times New Roman"/>
                <w:b w:val="0"/>
                <w:sz w:val="16"/>
              </w:rPr>
              <w:t>Tip: Suport armat; Material: Oțel inoxidabil; Grosimea oțelului: minimum 1 mm. Lungimea: 800 mm. Prețul propus trebuie să fie pentru un element.</w:t>
            </w:r>
          </w:p>
        </w:tc>
        <w:tc>
          <w:tcPr>
            <w:tcW w:type="dxa" w:w="1247"/>
          </w:tcPr>
          <w:p>
            <w:pPr>
              <w:spacing w:after="0"/>
              <w:jc w:val="right"/>
            </w:pPr>
            <w:r/>
            <w:r>
              <w:rPr>
                <w:rFonts w:ascii="Times New Roman" w:hAnsi="Times New Roman"/>
                <w:b w:val="0"/>
                <w:sz w:val="18"/>
              </w:rPr>
              <w:t>880,00</w:t>
            </w:r>
          </w:p>
        </w:tc>
      </w:tr>
      <w:tr>
        <w:tc>
          <w:tcPr>
            <w:tcW w:type="dxa" w:w="737"/>
          </w:tcPr>
          <w:p>
            <w:pPr>
              <w:spacing w:after="0"/>
              <w:jc w:val="center"/>
            </w:pPr>
            <w:r/>
            <w:r>
              <w:rPr>
                <w:rFonts w:ascii="Times New Roman" w:hAnsi="Times New Roman"/>
                <w:b w:val="0"/>
                <w:sz w:val="18"/>
              </w:rPr>
              <w:t>2.15</w:t>
            </w:r>
          </w:p>
        </w:tc>
        <w:tc>
          <w:tcPr>
            <w:tcW w:type="dxa" w:w="2041"/>
          </w:tcPr>
          <w:p>
            <w:pPr>
              <w:spacing w:after="0"/>
            </w:pPr>
            <w:r/>
            <w:r>
              <w:rPr>
                <w:rFonts w:ascii="Times New Roman" w:hAnsi="Times New Roman"/>
                <w:b w:val="0"/>
                <w:sz w:val="18"/>
              </w:rPr>
              <w:t>Suport bază perete</w:t>
            </w:r>
          </w:p>
        </w:tc>
        <w:tc>
          <w:tcPr>
            <w:tcW w:type="dxa" w:w="567"/>
          </w:tcPr>
          <w:p>
            <w:pPr>
              <w:spacing w:after="0"/>
              <w:jc w:val="center"/>
            </w:pPr>
            <w:r/>
            <w:r>
              <w:rPr>
                <w:rFonts w:ascii="Times New Roman" w:hAnsi="Times New Roman"/>
                <w:b w:val="0"/>
                <w:sz w:val="18"/>
              </w:rPr>
              <w:t>buc</w:t>
            </w:r>
          </w:p>
        </w:tc>
        <w:tc>
          <w:tcPr>
            <w:tcW w:type="dxa" w:w="737"/>
          </w:tcPr>
          <w:p>
            <w:pPr>
              <w:spacing w:after="0"/>
              <w:jc w:val="center"/>
            </w:pPr>
            <w:r/>
            <w:r>
              <w:rPr>
                <w:rFonts w:ascii="Times New Roman" w:hAnsi="Times New Roman"/>
                <w:b w:val="0"/>
                <w:sz w:val="18"/>
              </w:rPr>
              <w:t>1</w:t>
            </w:r>
          </w:p>
        </w:tc>
        <w:tc>
          <w:tcPr>
            <w:tcW w:type="dxa" w:w="4309"/>
          </w:tcPr>
          <w:p>
            <w:pPr>
              <w:spacing w:after="0"/>
            </w:pPr>
            <w:r/>
            <w:r>
              <w:rPr>
                <w:rFonts w:ascii="Times New Roman" w:hAnsi="Times New Roman"/>
                <w:b w:val="0"/>
                <w:sz w:val="16"/>
              </w:rPr>
              <w:t>Tip: Suport bază perete; Material: Profil oțel inoxidabil 30x30 mm; Grosimea oțelului: minimum 1 mm; Lungimea: 1000/1200 mm. Prețul propus trebuie să fie pentru un element.</w:t>
            </w:r>
          </w:p>
        </w:tc>
        <w:tc>
          <w:tcPr>
            <w:tcW w:type="dxa" w:w="1247"/>
          </w:tcPr>
          <w:p>
            <w:pPr>
              <w:spacing w:after="0"/>
              <w:jc w:val="right"/>
            </w:pPr>
            <w:r/>
            <w:r>
              <w:rPr>
                <w:rFonts w:ascii="Times New Roman" w:hAnsi="Times New Roman"/>
                <w:b w:val="0"/>
                <w:sz w:val="18"/>
              </w:rPr>
              <w:t>700,00</w:t>
            </w:r>
          </w:p>
        </w:tc>
      </w:tr>
      <w:tr>
        <w:tc>
          <w:tcPr>
            <w:tcW w:type="dxa" w:w="737"/>
          </w:tcPr>
          <w:p>
            <w:pPr>
              <w:spacing w:after="0"/>
            </w:pPr>
            <w:r/>
            <w:r>
              <w:rPr>
                <w:rFonts w:ascii="Times New Roman" w:hAnsi="Times New Roman"/>
                <w:b/>
                <w:sz w:val="18"/>
              </w:rPr>
              <w:t>Valoarea totală estimată (fără TVA)</w:t>
            </w:r>
          </w:p>
        </w:tc>
        <w:tc>
          <w:tcPr>
            <w:tcW w:type="dxa" w:w="2041"/>
          </w:tcPr>
          <w:p>
            <w:pPr>
              <w:spacing w:after="0"/>
            </w:pPr>
            <w:r/>
            <w:r>
              <w:rPr>
                <w:rFonts w:ascii="Times New Roman" w:hAnsi="Times New Roman"/>
                <w:b w:val="0"/>
                <w:sz w:val="18"/>
              </w:rPr>
            </w:r>
          </w:p>
        </w:tc>
        <w:tc>
          <w:tcPr>
            <w:tcW w:type="dxa" w:w="567"/>
          </w:tcPr>
          <w:p>
            <w:pPr>
              <w:spacing w:after="0"/>
            </w:pPr>
            <w:r/>
            <w:r>
              <w:rPr>
                <w:rFonts w:ascii="Times New Roman" w:hAnsi="Times New Roman"/>
                <w:b w:val="0"/>
                <w:sz w:val="18"/>
              </w:rPr>
            </w:r>
          </w:p>
        </w:tc>
        <w:tc>
          <w:tcPr>
            <w:tcW w:type="dxa" w:w="737"/>
          </w:tcPr>
          <w:p>
            <w:pPr>
              <w:spacing w:after="0"/>
            </w:pPr>
            <w:r/>
            <w:r>
              <w:rPr>
                <w:rFonts w:ascii="Times New Roman" w:hAnsi="Times New Roman"/>
                <w:b w:val="0"/>
                <w:sz w:val="18"/>
              </w:rPr>
            </w:r>
          </w:p>
        </w:tc>
        <w:tc>
          <w:tcPr>
            <w:tcW w:type="dxa" w:w="4309"/>
          </w:tcPr>
          <w:p>
            <w:pPr>
              <w:spacing w:after="0"/>
            </w:pPr>
            <w:r/>
            <w:r>
              <w:rPr>
                <w:rFonts w:ascii="Times New Roman" w:hAnsi="Times New Roman"/>
                <w:b w:val="0"/>
                <w:sz w:val="18"/>
              </w:rPr>
            </w:r>
          </w:p>
        </w:tc>
        <w:tc>
          <w:tcPr>
            <w:tcW w:type="dxa" w:w="1247"/>
          </w:tcPr>
          <w:p>
            <w:pPr>
              <w:spacing w:after="0"/>
              <w:jc w:val="right"/>
            </w:pPr>
            <w:r/>
            <w:r>
              <w:rPr>
                <w:rFonts w:ascii="Times New Roman" w:hAnsi="Times New Roman"/>
                <w:b/>
                <w:sz w:val="18"/>
              </w:rPr>
              <w:t>134 530,00</w:t>
            </w:r>
          </w:p>
        </w:tc>
      </w:tr>
    </w:tbl>
    <w:p>
      <w:pPr>
        <w:spacing w:after="80"/>
      </w:pPr>
      <w:r>
        <w:rPr>
          <w:rFonts w:ascii="Times New Roman" w:hAnsi="Times New Roman"/>
          <w:b w:val="0"/>
          <w:i w:val="0"/>
          <w:sz w:val="24"/>
        </w:rPr>
      </w:r>
    </w:p>
    <w:p>
      <w:pPr>
        <w:spacing w:after="200"/>
        <w:jc w:val="both"/>
      </w:pPr>
      <w:r>
        <w:rPr>
          <w:rFonts w:ascii="Times New Roman" w:hAnsi="Times New Roman"/>
          <w:b w:val="0"/>
          <w:i/>
          <w:sz w:val="20"/>
        </w:rPr>
        <w:t>Notă: Prețurile indicate includ serviciile de instalare. Ofertantul va prezenta prețul unitar pentru fiecare poziție, conform anexei nr. 22 (specificații de preț).</w:t>
      </w:r>
    </w:p>
    <w:p>
      <w:pPr>
        <w:spacing w:after="80"/>
        <w:jc w:val="both"/>
      </w:pPr>
      <w:r>
        <w:rPr>
          <w:rFonts w:ascii="Times New Roman" w:hAnsi="Times New Roman"/>
          <w:b w:val="0"/>
          <w:i w:val="0"/>
          <w:sz w:val="24"/>
        </w:rPr>
        <w:t>9. În cazul în care contractul este împărțit pe loturi, un operator economic poate depune oferta (se va selecta): pentru un singur lot ☒;  pentru mai multe loturi cumulate ☒;  pentru toate loturile ☒.</w:t>
      </w:r>
    </w:p>
    <w:p>
      <w:pPr>
        <w:spacing w:after="80"/>
        <w:jc w:val="both"/>
      </w:pPr>
      <w:r>
        <w:rPr>
          <w:rFonts w:ascii="Times New Roman" w:hAnsi="Times New Roman"/>
          <w:b w:val="0"/>
          <w:i w:val="0"/>
          <w:sz w:val="24"/>
        </w:rPr>
        <w:t>10. Admiterea sau interzicerea ofertelor alternative: nu se acceptă.</w:t>
      </w:r>
    </w:p>
    <w:p>
      <w:pPr>
        <w:spacing w:after="80"/>
        <w:jc w:val="both"/>
      </w:pPr>
      <w:r>
        <w:rPr>
          <w:rFonts w:ascii="Times New Roman" w:hAnsi="Times New Roman"/>
          <w:b w:val="0"/>
          <w:i w:val="0"/>
          <w:sz w:val="24"/>
        </w:rPr>
        <w:t>11. Termenii și condițiile de livrare/prestare solicitați: livrarea și instalarea se efectuează din contul ofertantului, la adresa autorității contractante, conform unui grafic stabilit prealabil cu administrația Penitenciarul nr.16 – Pruncul, după înregistrarea contractului. Timpul de livrare: luni – vineri, ora 8:00 – 16:00. Termenul de livrare și instalare: până la 30.09.2026. La livrare se prezintă actul de predare-primire a bunurilor, confirmat prin semnătură și ștampilă umedă / semnătură electronică.</w:t>
      </w:r>
    </w:p>
    <w:p>
      <w:pPr>
        <w:spacing w:after="80"/>
        <w:jc w:val="both"/>
      </w:pPr>
      <w:r>
        <w:rPr>
          <w:rFonts w:ascii="Times New Roman" w:hAnsi="Times New Roman"/>
          <w:b w:val="0"/>
          <w:i w:val="0"/>
          <w:sz w:val="24"/>
        </w:rPr>
        <w:t>12. Termenul de valabilitate a contractului: 31.12.2026.</w:t>
      </w:r>
    </w:p>
    <w:p>
      <w:pPr>
        <w:spacing w:after="80"/>
        <w:jc w:val="both"/>
      </w:pPr>
      <w:r>
        <w:rPr>
          <w:rFonts w:ascii="Times New Roman" w:hAnsi="Times New Roman"/>
          <w:b w:val="0"/>
          <w:i w:val="0"/>
          <w:sz w:val="24"/>
        </w:rPr>
        <w:t>13. Contract de achiziție rezervat atelierelor protejate sau că acesta poate fi executat numai în cadrul unor programe de angajare protejată: nu se aplică.</w:t>
      </w:r>
    </w:p>
    <w:p>
      <w:pPr>
        <w:spacing w:after="80"/>
        <w:jc w:val="both"/>
      </w:pPr>
      <w:r>
        <w:rPr>
          <w:rFonts w:ascii="Times New Roman" w:hAnsi="Times New Roman"/>
          <w:b w:val="0"/>
          <w:i w:val="0"/>
          <w:sz w:val="24"/>
        </w:rPr>
        <w:t>14. Prestarea serviciului este rezervată unei anumite profesii în temeiul unor acte cu putere de lege sau al unor acte administrative: nu se aplică.</w:t>
      </w:r>
    </w:p>
    <w:p>
      <w:pPr>
        <w:spacing w:after="80"/>
        <w:jc w:val="both"/>
      </w:pPr>
      <w:r>
        <w:rPr>
          <w:rFonts w:ascii="Times New Roman" w:hAnsi="Times New Roman"/>
          <w:b w:val="0"/>
          <w:i w:val="0"/>
          <w:sz w:val="24"/>
        </w:rPr>
        <w:t>15. Scurta descriere a criteriilor privind eligibilitatea operatorilor economici care pot determina eliminarea acestora și a criteriilor de selecție; nivelul minim (nivelurile minime) al (ale) cerințelor eventual impuse:</w:t>
      </w:r>
    </w:p>
    <w:p>
      <w:pPr>
        <w:spacing w:after="40"/>
      </w:pPr>
      <w:r>
        <w:rPr>
          <w:rFonts w:ascii="Times New Roman" w:hAnsi="Times New Roman"/>
          <w:b w:val="0"/>
          <w:i w:val="0"/>
          <w:sz w:val="24"/>
        </w:rPr>
      </w:r>
    </w:p>
    <w:tbl>
      <w:tblPr>
        <w:tblStyle w:val="TableGrid"/>
        <w:tblW w:type="auto" w:w="0"/>
        <w:tblLook w:firstColumn="1" w:firstRow="1" w:lastColumn="0" w:lastRow="0" w:noHBand="0" w:noVBand="1" w:val="04A0"/>
        <w:tblLayout w:type="fixed"/>
      </w:tblPr>
      <w:tblGrid>
        <w:gridCol w:w="680"/>
        <w:gridCol w:w="2268"/>
        <w:gridCol w:w="4876"/>
        <w:gridCol w:w="1814"/>
      </w:tblGrid>
      <w:tr>
        <w:tc>
          <w:tcPr>
            <w:tcW w:type="dxa" w:w="680"/>
          </w:tcPr>
          <w:p>
            <w:pPr>
              <w:spacing w:after="0"/>
              <w:jc w:val="center"/>
            </w:pPr>
            <w:r/>
            <w:r>
              <w:rPr>
                <w:rFonts w:ascii="Times New Roman" w:hAnsi="Times New Roman"/>
                <w:b/>
                <w:sz w:val="18"/>
              </w:rPr>
              <w:t>Nr. d/o</w:t>
            </w:r>
          </w:p>
        </w:tc>
        <w:tc>
          <w:tcPr>
            <w:tcW w:type="dxa" w:w="2268"/>
          </w:tcPr>
          <w:p>
            <w:pPr>
              <w:spacing w:after="0"/>
              <w:jc w:val="center"/>
            </w:pPr>
            <w:r/>
            <w:r>
              <w:rPr>
                <w:rFonts w:ascii="Times New Roman" w:hAnsi="Times New Roman"/>
                <w:b/>
                <w:sz w:val="18"/>
              </w:rPr>
              <w:t>Criteriile de calificare și de selecție</w:t>
              <w:br/>
              <w:t>(Descrierea criteriului/cerinței)</w:t>
            </w:r>
          </w:p>
        </w:tc>
        <w:tc>
          <w:tcPr>
            <w:tcW w:type="dxa" w:w="4876"/>
          </w:tcPr>
          <w:p>
            <w:pPr>
              <w:spacing w:after="0"/>
              <w:jc w:val="center"/>
            </w:pPr>
            <w:r/>
            <w:r>
              <w:rPr>
                <w:rFonts w:ascii="Times New Roman" w:hAnsi="Times New Roman"/>
                <w:b/>
                <w:sz w:val="18"/>
              </w:rPr>
              <w:t>Mod de demonstrare a îndeplinirii criteriului/cerinței</w:t>
            </w:r>
          </w:p>
        </w:tc>
        <w:tc>
          <w:tcPr>
            <w:tcW w:type="dxa" w:w="1814"/>
          </w:tcPr>
          <w:p>
            <w:pPr>
              <w:spacing w:after="0"/>
              <w:jc w:val="center"/>
            </w:pPr>
            <w:r/>
            <w:r>
              <w:rPr>
                <w:rFonts w:ascii="Times New Roman" w:hAnsi="Times New Roman"/>
                <w:b/>
                <w:sz w:val="18"/>
              </w:rPr>
              <w:t>Nivelul minim/ Obligativitatea</w:t>
            </w:r>
          </w:p>
        </w:tc>
      </w:tr>
      <w:tr>
        <w:tc>
          <w:tcPr>
            <w:tcW w:type="dxa" w:w="680"/>
          </w:tcPr>
          <w:p>
            <w:pPr>
              <w:spacing w:after="0"/>
              <w:jc w:val="center"/>
            </w:pPr>
            <w:r/>
            <w:r>
              <w:rPr>
                <w:rFonts w:ascii="Times New Roman" w:hAnsi="Times New Roman"/>
                <w:b w:val="0"/>
                <w:sz w:val="18"/>
              </w:rPr>
              <w:t>1</w:t>
            </w:r>
          </w:p>
        </w:tc>
        <w:tc>
          <w:tcPr>
            <w:tcW w:type="dxa" w:w="2268"/>
          </w:tcPr>
          <w:p>
            <w:pPr>
              <w:spacing w:after="0"/>
            </w:pPr>
            <w:r/>
            <w:r>
              <w:rPr>
                <w:rFonts w:ascii="Times New Roman" w:hAnsi="Times New Roman"/>
                <w:b w:val="0"/>
                <w:sz w:val="18"/>
              </w:rPr>
              <w:t>Cerere de participare</w:t>
            </w:r>
          </w:p>
        </w:tc>
        <w:tc>
          <w:tcPr>
            <w:tcW w:type="dxa" w:w="4876"/>
          </w:tcPr>
          <w:p>
            <w:pPr>
              <w:spacing w:after="0"/>
            </w:pPr>
            <w:r/>
            <w:r>
              <w:rPr>
                <w:rFonts w:ascii="Times New Roman" w:hAnsi="Times New Roman"/>
                <w:b w:val="0"/>
                <w:sz w:val="18"/>
              </w:rPr>
              <w:t>Original, confirmat prin semnătura electronică a participantului (conform anexei nr. 7 din Documentația standard)</w:t>
            </w:r>
          </w:p>
        </w:tc>
        <w:tc>
          <w:tcPr>
            <w:tcW w:type="dxa" w:w="1814"/>
          </w:tcPr>
          <w:p>
            <w:pPr>
              <w:spacing w:after="0"/>
              <w:jc w:val="center"/>
            </w:pPr>
            <w:r/>
            <w:r>
              <w:rPr>
                <w:rFonts w:ascii="Times New Roman" w:hAnsi="Times New Roman"/>
                <w:b w:val="0"/>
                <w:sz w:val="18"/>
              </w:rPr>
              <w:t>Da</w:t>
            </w:r>
          </w:p>
        </w:tc>
      </w:tr>
      <w:tr>
        <w:tc>
          <w:tcPr>
            <w:tcW w:type="dxa" w:w="680"/>
          </w:tcPr>
          <w:p>
            <w:pPr>
              <w:spacing w:after="0"/>
              <w:jc w:val="center"/>
            </w:pPr>
            <w:r/>
            <w:r>
              <w:rPr>
                <w:rFonts w:ascii="Times New Roman" w:hAnsi="Times New Roman"/>
                <w:b w:val="0"/>
                <w:sz w:val="18"/>
              </w:rPr>
              <w:t>2</w:t>
            </w:r>
          </w:p>
        </w:tc>
        <w:tc>
          <w:tcPr>
            <w:tcW w:type="dxa" w:w="2268"/>
          </w:tcPr>
          <w:p>
            <w:pPr>
              <w:spacing w:after="0"/>
            </w:pPr>
            <w:r/>
            <w:r>
              <w:rPr>
                <w:rFonts w:ascii="Times New Roman" w:hAnsi="Times New Roman"/>
                <w:b w:val="0"/>
                <w:sz w:val="18"/>
              </w:rPr>
              <w:t>Declarație privind valabilitatea ofertei</w:t>
            </w:r>
          </w:p>
        </w:tc>
        <w:tc>
          <w:tcPr>
            <w:tcW w:type="dxa" w:w="4876"/>
          </w:tcPr>
          <w:p>
            <w:pPr>
              <w:spacing w:after="0"/>
            </w:pPr>
            <w:r/>
            <w:r>
              <w:rPr>
                <w:rFonts w:ascii="Times New Roman" w:hAnsi="Times New Roman"/>
                <w:b w:val="0"/>
                <w:sz w:val="18"/>
              </w:rPr>
              <w:t>Original, confirmat prin semnătura electronică a participantului (conform anexei nr. 8 din Documentația standard), termenul de valabilitate – 30 zile</w:t>
            </w:r>
          </w:p>
        </w:tc>
        <w:tc>
          <w:tcPr>
            <w:tcW w:type="dxa" w:w="1814"/>
          </w:tcPr>
          <w:p>
            <w:pPr>
              <w:spacing w:after="0"/>
              <w:jc w:val="center"/>
            </w:pPr>
            <w:r/>
            <w:r>
              <w:rPr>
                <w:rFonts w:ascii="Times New Roman" w:hAnsi="Times New Roman"/>
                <w:b w:val="0"/>
                <w:sz w:val="18"/>
              </w:rPr>
              <w:t>Da</w:t>
            </w:r>
          </w:p>
        </w:tc>
      </w:tr>
      <w:tr>
        <w:tc>
          <w:tcPr>
            <w:tcW w:type="dxa" w:w="680"/>
          </w:tcPr>
          <w:p>
            <w:pPr>
              <w:spacing w:after="0"/>
              <w:jc w:val="center"/>
            </w:pPr>
            <w:r/>
            <w:r>
              <w:rPr>
                <w:rFonts w:ascii="Times New Roman" w:hAnsi="Times New Roman"/>
                <w:b w:val="0"/>
                <w:sz w:val="18"/>
              </w:rPr>
              <w:t>3</w:t>
            </w:r>
          </w:p>
        </w:tc>
        <w:tc>
          <w:tcPr>
            <w:tcW w:type="dxa" w:w="2268"/>
          </w:tcPr>
          <w:p>
            <w:pPr>
              <w:spacing w:after="0"/>
            </w:pPr>
            <w:r/>
            <w:r>
              <w:rPr>
                <w:rFonts w:ascii="Times New Roman" w:hAnsi="Times New Roman"/>
                <w:b w:val="0"/>
                <w:sz w:val="18"/>
              </w:rPr>
              <w:t>Declarație de eligibilitate</w:t>
            </w:r>
          </w:p>
        </w:tc>
        <w:tc>
          <w:tcPr>
            <w:tcW w:type="dxa" w:w="4876"/>
          </w:tcPr>
          <w:p>
            <w:pPr>
              <w:spacing w:after="0"/>
            </w:pPr>
            <w:r/>
            <w:r>
              <w:rPr>
                <w:rFonts w:ascii="Times New Roman" w:hAnsi="Times New Roman"/>
                <w:b w:val="0"/>
                <w:sz w:val="18"/>
              </w:rPr>
              <w:t>Completat în conformitate cu HG nr. 870/2022 din 14.12.2022, anexa nr. 2, confirmată prin semnătură electronică</w:t>
            </w:r>
          </w:p>
        </w:tc>
        <w:tc>
          <w:tcPr>
            <w:tcW w:type="dxa" w:w="1814"/>
          </w:tcPr>
          <w:p>
            <w:pPr>
              <w:spacing w:after="0"/>
              <w:jc w:val="center"/>
            </w:pPr>
            <w:r/>
            <w:r>
              <w:rPr>
                <w:rFonts w:ascii="Times New Roman" w:hAnsi="Times New Roman"/>
                <w:b w:val="0"/>
                <w:sz w:val="18"/>
              </w:rPr>
              <w:t>Da</w:t>
            </w:r>
          </w:p>
        </w:tc>
      </w:tr>
      <w:tr>
        <w:tc>
          <w:tcPr>
            <w:tcW w:type="dxa" w:w="680"/>
          </w:tcPr>
          <w:p>
            <w:pPr>
              <w:spacing w:after="0"/>
              <w:jc w:val="center"/>
            </w:pPr>
            <w:r/>
            <w:r>
              <w:rPr>
                <w:rFonts w:ascii="Times New Roman" w:hAnsi="Times New Roman"/>
                <w:b w:val="0"/>
                <w:sz w:val="18"/>
              </w:rPr>
              <w:t>4</w:t>
            </w:r>
          </w:p>
        </w:tc>
        <w:tc>
          <w:tcPr>
            <w:tcW w:type="dxa" w:w="2268"/>
          </w:tcPr>
          <w:p>
            <w:pPr>
              <w:spacing w:after="0"/>
            </w:pPr>
            <w:r/>
            <w:r>
              <w:rPr>
                <w:rFonts w:ascii="Times New Roman" w:hAnsi="Times New Roman"/>
                <w:b w:val="0"/>
                <w:sz w:val="18"/>
              </w:rPr>
              <w:t>Specificaţii tehnice</w:t>
            </w:r>
          </w:p>
        </w:tc>
        <w:tc>
          <w:tcPr>
            <w:tcW w:type="dxa" w:w="4876"/>
          </w:tcPr>
          <w:p>
            <w:pPr>
              <w:spacing w:after="0"/>
            </w:pPr>
            <w:r/>
            <w:r>
              <w:rPr>
                <w:rFonts w:ascii="Times New Roman" w:hAnsi="Times New Roman"/>
                <w:b w:val="0"/>
                <w:sz w:val="18"/>
              </w:rPr>
              <w:t>Original, confirmat prin semnătura electronică a participantului (conform anexei nr. 23 din Documentația standard)</w:t>
            </w:r>
          </w:p>
        </w:tc>
        <w:tc>
          <w:tcPr>
            <w:tcW w:type="dxa" w:w="1814"/>
          </w:tcPr>
          <w:p>
            <w:pPr>
              <w:spacing w:after="0"/>
              <w:jc w:val="center"/>
            </w:pPr>
            <w:r/>
            <w:r>
              <w:rPr>
                <w:rFonts w:ascii="Times New Roman" w:hAnsi="Times New Roman"/>
                <w:b w:val="0"/>
                <w:sz w:val="18"/>
              </w:rPr>
              <w:t>Da</w:t>
            </w:r>
          </w:p>
        </w:tc>
      </w:tr>
      <w:tr>
        <w:tc>
          <w:tcPr>
            <w:tcW w:type="dxa" w:w="680"/>
          </w:tcPr>
          <w:p>
            <w:pPr>
              <w:spacing w:after="0"/>
              <w:jc w:val="center"/>
            </w:pPr>
            <w:r/>
            <w:r>
              <w:rPr>
                <w:rFonts w:ascii="Times New Roman" w:hAnsi="Times New Roman"/>
                <w:b w:val="0"/>
                <w:sz w:val="18"/>
              </w:rPr>
              <w:t>5</w:t>
            </w:r>
          </w:p>
        </w:tc>
        <w:tc>
          <w:tcPr>
            <w:tcW w:type="dxa" w:w="2268"/>
          </w:tcPr>
          <w:p>
            <w:pPr>
              <w:spacing w:after="0"/>
            </w:pPr>
            <w:r/>
            <w:r>
              <w:rPr>
                <w:rFonts w:ascii="Times New Roman" w:hAnsi="Times New Roman"/>
                <w:b w:val="0"/>
                <w:sz w:val="18"/>
              </w:rPr>
              <w:t>Specificația de preț</w:t>
            </w:r>
          </w:p>
        </w:tc>
        <w:tc>
          <w:tcPr>
            <w:tcW w:type="dxa" w:w="4876"/>
          </w:tcPr>
          <w:p>
            <w:pPr>
              <w:spacing w:after="0"/>
            </w:pPr>
            <w:r/>
            <w:r>
              <w:rPr>
                <w:rFonts w:ascii="Times New Roman" w:hAnsi="Times New Roman"/>
                <w:b w:val="0"/>
                <w:sz w:val="18"/>
              </w:rPr>
              <w:t>Original, confirmat prin semnătura electronică a participantului (conform anexei nr. 22 din Documentația standard)</w:t>
            </w:r>
          </w:p>
        </w:tc>
        <w:tc>
          <w:tcPr>
            <w:tcW w:type="dxa" w:w="1814"/>
          </w:tcPr>
          <w:p>
            <w:pPr>
              <w:spacing w:after="0"/>
              <w:jc w:val="center"/>
            </w:pPr>
            <w:r/>
            <w:r>
              <w:rPr>
                <w:rFonts w:ascii="Times New Roman" w:hAnsi="Times New Roman"/>
                <w:b w:val="0"/>
                <w:sz w:val="18"/>
              </w:rPr>
              <w:t>Da</w:t>
            </w:r>
          </w:p>
        </w:tc>
      </w:tr>
      <w:tr>
        <w:tc>
          <w:tcPr>
            <w:tcW w:type="dxa" w:w="680"/>
          </w:tcPr>
          <w:p>
            <w:pPr>
              <w:spacing w:after="0"/>
              <w:jc w:val="center"/>
            </w:pPr>
            <w:r/>
            <w:r>
              <w:rPr>
                <w:rFonts w:ascii="Times New Roman" w:hAnsi="Times New Roman"/>
                <w:b w:val="0"/>
                <w:sz w:val="18"/>
              </w:rPr>
              <w:t>6</w:t>
            </w:r>
          </w:p>
        </w:tc>
        <w:tc>
          <w:tcPr>
            <w:tcW w:type="dxa" w:w="2268"/>
          </w:tcPr>
          <w:p>
            <w:pPr>
              <w:spacing w:after="0"/>
            </w:pPr>
            <w:r/>
            <w:r>
              <w:rPr>
                <w:rFonts w:ascii="Times New Roman" w:hAnsi="Times New Roman"/>
                <w:b w:val="0"/>
                <w:sz w:val="18"/>
              </w:rPr>
              <w:t>Informaţii generale despre ofertant</w:t>
            </w:r>
          </w:p>
        </w:tc>
        <w:tc>
          <w:tcPr>
            <w:tcW w:type="dxa" w:w="4876"/>
          </w:tcPr>
          <w:p>
            <w:pPr>
              <w:spacing w:after="0"/>
            </w:pPr>
            <w:r/>
            <w:r>
              <w:rPr>
                <w:rFonts w:ascii="Times New Roman" w:hAnsi="Times New Roman"/>
                <w:b w:val="0"/>
                <w:sz w:val="18"/>
              </w:rPr>
              <w:t>Format liber – sediul ofertantului şi al filialelor acestuia, confirmat prin semnătură electronică</w:t>
            </w:r>
          </w:p>
        </w:tc>
        <w:tc>
          <w:tcPr>
            <w:tcW w:type="dxa" w:w="1814"/>
          </w:tcPr>
          <w:p>
            <w:pPr>
              <w:spacing w:after="0"/>
              <w:jc w:val="center"/>
            </w:pPr>
            <w:r/>
            <w:r>
              <w:rPr>
                <w:rFonts w:ascii="Times New Roman" w:hAnsi="Times New Roman"/>
                <w:b w:val="0"/>
                <w:sz w:val="18"/>
              </w:rPr>
              <w:t>Da</w:t>
            </w:r>
          </w:p>
        </w:tc>
      </w:tr>
      <w:tr>
        <w:tc>
          <w:tcPr>
            <w:tcW w:type="dxa" w:w="680"/>
          </w:tcPr>
          <w:p>
            <w:pPr>
              <w:spacing w:after="0"/>
              <w:jc w:val="center"/>
            </w:pPr>
            <w:r/>
            <w:r>
              <w:rPr>
                <w:rFonts w:ascii="Times New Roman" w:hAnsi="Times New Roman"/>
                <w:b w:val="0"/>
                <w:sz w:val="18"/>
              </w:rPr>
              <w:t>7</w:t>
            </w:r>
          </w:p>
        </w:tc>
        <w:tc>
          <w:tcPr>
            <w:tcW w:type="dxa" w:w="2268"/>
          </w:tcPr>
          <w:p>
            <w:pPr>
              <w:spacing w:after="0"/>
            </w:pPr>
            <w:r/>
            <w:r>
              <w:rPr>
                <w:rFonts w:ascii="Times New Roman" w:hAnsi="Times New Roman"/>
                <w:b w:val="0"/>
                <w:sz w:val="18"/>
              </w:rPr>
              <w:t>Certificat de atribuire a contului bancar</w:t>
            </w:r>
          </w:p>
        </w:tc>
        <w:tc>
          <w:tcPr>
            <w:tcW w:type="dxa" w:w="4876"/>
          </w:tcPr>
          <w:p>
            <w:pPr>
              <w:spacing w:after="0"/>
            </w:pPr>
            <w:r/>
            <w:r>
              <w:rPr>
                <w:rFonts w:ascii="Times New Roman" w:hAnsi="Times New Roman"/>
                <w:b w:val="0"/>
                <w:sz w:val="18"/>
              </w:rPr>
              <w:t>Eliberat de banca deținătoare de cont – copie, confirmată prin semnătură electronică</w:t>
            </w:r>
          </w:p>
        </w:tc>
        <w:tc>
          <w:tcPr>
            <w:tcW w:type="dxa" w:w="1814"/>
          </w:tcPr>
          <w:p>
            <w:pPr>
              <w:spacing w:after="0"/>
              <w:jc w:val="center"/>
            </w:pPr>
            <w:r/>
            <w:r>
              <w:rPr>
                <w:rFonts w:ascii="Times New Roman" w:hAnsi="Times New Roman"/>
                <w:b w:val="0"/>
                <w:sz w:val="18"/>
              </w:rPr>
              <w:t>Da</w:t>
            </w:r>
          </w:p>
        </w:tc>
      </w:tr>
      <w:tr>
        <w:tc>
          <w:tcPr>
            <w:tcW w:type="dxa" w:w="680"/>
          </w:tcPr>
          <w:p>
            <w:pPr>
              <w:spacing w:after="0"/>
              <w:jc w:val="center"/>
            </w:pPr>
            <w:r/>
            <w:r>
              <w:rPr>
                <w:rFonts w:ascii="Times New Roman" w:hAnsi="Times New Roman"/>
                <w:b w:val="0"/>
                <w:sz w:val="18"/>
              </w:rPr>
              <w:t>8</w:t>
            </w:r>
          </w:p>
        </w:tc>
        <w:tc>
          <w:tcPr>
            <w:tcW w:type="dxa" w:w="2268"/>
          </w:tcPr>
          <w:p>
            <w:pPr>
              <w:spacing w:after="0"/>
            </w:pPr>
            <w:r/>
            <w:r>
              <w:rPr>
                <w:rFonts w:ascii="Times New Roman" w:hAnsi="Times New Roman"/>
                <w:b w:val="0"/>
                <w:sz w:val="18"/>
              </w:rPr>
              <w:t>Dovada înregistrării juridice</w:t>
            </w:r>
          </w:p>
        </w:tc>
        <w:tc>
          <w:tcPr>
            <w:tcW w:type="dxa" w:w="4876"/>
          </w:tcPr>
          <w:p>
            <w:pPr>
              <w:spacing w:after="0"/>
            </w:pPr>
            <w:r/>
            <w:r>
              <w:rPr>
                <w:rFonts w:ascii="Times New Roman" w:hAnsi="Times New Roman"/>
                <w:b w:val="0"/>
                <w:sz w:val="18"/>
              </w:rPr>
              <w:t>Certificat / decizie de înregistrare a întreprinderii / extras din Registrul de Stat al persoanelor juridice – copie, confirmată prin semnătură electronică</w:t>
            </w:r>
          </w:p>
        </w:tc>
        <w:tc>
          <w:tcPr>
            <w:tcW w:type="dxa" w:w="1814"/>
          </w:tcPr>
          <w:p>
            <w:pPr>
              <w:spacing w:after="0"/>
              <w:jc w:val="center"/>
            </w:pPr>
            <w:r/>
            <w:r>
              <w:rPr>
                <w:rFonts w:ascii="Times New Roman" w:hAnsi="Times New Roman"/>
                <w:b w:val="0"/>
                <w:sz w:val="18"/>
              </w:rPr>
              <w:t>Da</w:t>
            </w:r>
          </w:p>
        </w:tc>
      </w:tr>
      <w:tr>
        <w:tc>
          <w:tcPr>
            <w:tcW w:type="dxa" w:w="680"/>
          </w:tcPr>
          <w:p>
            <w:pPr>
              <w:spacing w:after="0"/>
              <w:jc w:val="center"/>
            </w:pPr>
            <w:r/>
            <w:r>
              <w:rPr>
                <w:rFonts w:ascii="Times New Roman" w:hAnsi="Times New Roman"/>
                <w:b w:val="0"/>
                <w:sz w:val="18"/>
              </w:rPr>
              <w:t>9</w:t>
            </w:r>
          </w:p>
        </w:tc>
        <w:tc>
          <w:tcPr>
            <w:tcW w:type="dxa" w:w="2268"/>
          </w:tcPr>
          <w:p>
            <w:pPr>
              <w:spacing w:after="0"/>
            </w:pPr>
            <w:r/>
            <w:r>
              <w:rPr>
                <w:rFonts w:ascii="Times New Roman" w:hAnsi="Times New Roman"/>
                <w:b w:val="0"/>
                <w:sz w:val="18"/>
              </w:rPr>
              <w:t>Dovada garanției extinse la bunurile propuse</w:t>
            </w:r>
          </w:p>
        </w:tc>
        <w:tc>
          <w:tcPr>
            <w:tcW w:type="dxa" w:w="4876"/>
          </w:tcPr>
          <w:p>
            <w:pPr>
              <w:spacing w:after="0"/>
            </w:pPr>
            <w:r/>
            <w:r>
              <w:rPr>
                <w:rFonts w:ascii="Times New Roman" w:hAnsi="Times New Roman"/>
                <w:b w:val="0"/>
                <w:sz w:val="18"/>
              </w:rPr>
              <w:t>Minim 12 luni pentru toate loturile, confirmat prin semnătură electronică</w:t>
            </w:r>
          </w:p>
        </w:tc>
        <w:tc>
          <w:tcPr>
            <w:tcW w:type="dxa" w:w="1814"/>
          </w:tcPr>
          <w:p>
            <w:pPr>
              <w:spacing w:after="0"/>
              <w:jc w:val="center"/>
            </w:pPr>
            <w:r/>
            <w:r>
              <w:rPr>
                <w:rFonts w:ascii="Times New Roman" w:hAnsi="Times New Roman"/>
                <w:b w:val="0"/>
                <w:sz w:val="18"/>
              </w:rPr>
              <w:t>Da</w:t>
            </w:r>
          </w:p>
        </w:tc>
      </w:tr>
      <w:tr>
        <w:tc>
          <w:tcPr>
            <w:tcW w:type="dxa" w:w="680"/>
          </w:tcPr>
          <w:p>
            <w:pPr>
              <w:spacing w:after="0"/>
              <w:jc w:val="center"/>
            </w:pPr>
            <w:r/>
            <w:r>
              <w:rPr>
                <w:rFonts w:ascii="Times New Roman" w:hAnsi="Times New Roman"/>
                <w:b w:val="0"/>
                <w:sz w:val="18"/>
              </w:rPr>
              <w:t>10</w:t>
            </w:r>
          </w:p>
        </w:tc>
        <w:tc>
          <w:tcPr>
            <w:tcW w:type="dxa" w:w="2268"/>
          </w:tcPr>
          <w:p>
            <w:pPr>
              <w:spacing w:after="0"/>
            </w:pPr>
            <w:r/>
            <w:r>
              <w:rPr>
                <w:rFonts w:ascii="Times New Roman" w:hAnsi="Times New Roman"/>
                <w:b w:val="0"/>
                <w:sz w:val="18"/>
              </w:rPr>
              <w:t>Certificat de calitate/conformitate al bunurilor propuse</w:t>
            </w:r>
          </w:p>
        </w:tc>
        <w:tc>
          <w:tcPr>
            <w:tcW w:type="dxa" w:w="4876"/>
          </w:tcPr>
          <w:p>
            <w:pPr>
              <w:spacing w:after="0"/>
            </w:pPr>
            <w:r/>
            <w:r>
              <w:rPr>
                <w:rFonts w:ascii="Times New Roman" w:hAnsi="Times New Roman"/>
                <w:b w:val="0"/>
                <w:sz w:val="18"/>
              </w:rPr>
              <w:t>Copie, confirmată prin semnătură electronică; se confirmă materialul AISI 304 (interior) / AISI 430 (exterior) și izolația bazaltică</w:t>
            </w:r>
          </w:p>
        </w:tc>
        <w:tc>
          <w:tcPr>
            <w:tcW w:type="dxa" w:w="1814"/>
          </w:tcPr>
          <w:p>
            <w:pPr>
              <w:spacing w:after="0"/>
              <w:jc w:val="center"/>
            </w:pPr>
            <w:r/>
            <w:r>
              <w:rPr>
                <w:rFonts w:ascii="Times New Roman" w:hAnsi="Times New Roman"/>
                <w:b w:val="0"/>
                <w:sz w:val="18"/>
              </w:rPr>
              <w:t>Da</w:t>
            </w:r>
          </w:p>
        </w:tc>
      </w:tr>
      <w:tr>
        <w:tc>
          <w:tcPr>
            <w:tcW w:type="dxa" w:w="680"/>
          </w:tcPr>
          <w:p>
            <w:pPr>
              <w:spacing w:after="0"/>
              <w:jc w:val="center"/>
            </w:pPr>
            <w:r/>
            <w:r>
              <w:rPr>
                <w:rFonts w:ascii="Times New Roman" w:hAnsi="Times New Roman"/>
                <w:b w:val="0"/>
                <w:sz w:val="18"/>
              </w:rPr>
              <w:t>11</w:t>
            </w:r>
          </w:p>
        </w:tc>
        <w:tc>
          <w:tcPr>
            <w:tcW w:type="dxa" w:w="2268"/>
          </w:tcPr>
          <w:p>
            <w:pPr>
              <w:spacing w:after="0"/>
            </w:pPr>
            <w:r/>
            <w:r>
              <w:rPr>
                <w:rFonts w:ascii="Times New Roman" w:hAnsi="Times New Roman"/>
                <w:b w:val="0"/>
                <w:sz w:val="18"/>
              </w:rPr>
              <w:t>Declarație privind livrarea și instalarea</w:t>
            </w:r>
          </w:p>
        </w:tc>
        <w:tc>
          <w:tcPr>
            <w:tcW w:type="dxa" w:w="4876"/>
          </w:tcPr>
          <w:p>
            <w:pPr>
              <w:spacing w:after="0"/>
            </w:pPr>
            <w:r/>
            <w:r>
              <w:rPr>
                <w:rFonts w:ascii="Times New Roman" w:hAnsi="Times New Roman"/>
                <w:b w:val="0"/>
                <w:sz w:val="18"/>
              </w:rPr>
              <w:t>Livrarea și instalarea din contul ofertantului, până la 30.09.2026, confirmat prin semnătură electronică</w:t>
            </w:r>
          </w:p>
        </w:tc>
        <w:tc>
          <w:tcPr>
            <w:tcW w:type="dxa" w:w="1814"/>
          </w:tcPr>
          <w:p>
            <w:pPr>
              <w:spacing w:after="0"/>
              <w:jc w:val="center"/>
            </w:pPr>
            <w:r/>
            <w:r>
              <w:rPr>
                <w:rFonts w:ascii="Times New Roman" w:hAnsi="Times New Roman"/>
                <w:b w:val="0"/>
                <w:sz w:val="18"/>
              </w:rPr>
              <w:t>Da</w:t>
            </w:r>
          </w:p>
        </w:tc>
      </w:tr>
    </w:tbl>
    <w:p>
      <w:pPr>
        <w:spacing w:after="160"/>
      </w:pPr>
      <w:r>
        <w:rPr>
          <w:rFonts w:ascii="Times New Roman" w:hAnsi="Times New Roman"/>
          <w:b w:val="0"/>
          <w:i w:val="0"/>
          <w:sz w:val="24"/>
        </w:rPr>
      </w:r>
    </w:p>
    <w:p>
      <w:pPr>
        <w:spacing w:after="120"/>
        <w:jc w:val="both"/>
      </w:pPr>
      <w:r>
        <w:rPr>
          <w:rFonts w:ascii="Times New Roman" w:hAnsi="Times New Roman"/>
          <w:b w:val="0"/>
          <w:i w:val="0"/>
          <w:sz w:val="22"/>
        </w:rPr>
        <w:t>Notă*: Oferta se depune în format electronic, cu aplicarea semnăturii electronice, prin intermediul SIA „RSAP”. Prețul ofertat este ferm și nu poate fi modificat după termenul-limită de depunere a ofertelor.</w:t>
      </w:r>
    </w:p>
    <w:p>
      <w:pPr>
        <w:spacing w:after="120"/>
        <w:jc w:val="both"/>
      </w:pPr>
      <w:r>
        <w:rPr>
          <w:rFonts w:ascii="Times New Roman" w:hAnsi="Times New Roman"/>
          <w:b w:val="0"/>
          <w:i w:val="0"/>
          <w:sz w:val="22"/>
        </w:rPr>
        <w:t>Prețurile pentru bunurile solicitate se indică în lei moldovenești, cu două cifre după virgulă.</w:t>
      </w:r>
    </w:p>
    <w:p>
      <w:pPr>
        <w:spacing w:after="200"/>
        <w:jc w:val="both"/>
      </w:pPr>
      <w:r>
        <w:rPr>
          <w:rFonts w:ascii="Times New Roman" w:hAnsi="Times New Roman"/>
          <w:b w:val="0"/>
          <w:i w:val="0"/>
          <w:sz w:val="22"/>
        </w:rPr>
        <w:t>În situația identificării de către Penitenciarul nr.16 – Pruncul a diferenței între suma prețurilor unitare și prețul total din ofertă, urmează a fi luat în calcul prețul unitar fără TVA, iar suma totală va fi corectată corespunzător, fiind coordonată în prealabil cu operatorul economic. Dacă ofertantul nu va accepta corecția acestor erori, oferta, în consecință, va fi respinsă. În temeiul art. 19 alin. (3) lit. d) din Legea nr. 131/2015 privind achizițiile publice, Penitenciarul nr.16 – Pruncul va exclude din procedura de atribuire a contractului de achiziții publice orice ofertant în cazul prezentării informațiilor false sau neprezentării informațiilor solicitate, în scopul demonstrării îndeplinirii criteriilor de calificare și selecție.</w:t>
      </w:r>
    </w:p>
    <w:p>
      <w:pPr>
        <w:spacing w:after="80"/>
        <w:jc w:val="both"/>
      </w:pPr>
      <w:r>
        <w:rPr>
          <w:rFonts w:ascii="Times New Roman" w:hAnsi="Times New Roman"/>
          <w:b w:val="0"/>
          <w:i w:val="0"/>
          <w:sz w:val="24"/>
        </w:rPr>
        <w:t>16. Tehnici și instrumente specifice de atribuire: nu se aplică. În cadrul prezentei proceduri nu se utilizează licitația electronică, acordul-cadru sau sistemul dinamic de achiziție.</w:t>
      </w:r>
    </w:p>
    <w:p>
      <w:pPr>
        <w:spacing w:after="80"/>
        <w:jc w:val="both"/>
      </w:pPr>
      <w:r>
        <w:rPr>
          <w:rFonts w:ascii="Times New Roman" w:hAnsi="Times New Roman"/>
          <w:b w:val="0"/>
          <w:i w:val="0"/>
          <w:sz w:val="24"/>
        </w:rPr>
        <w:t>17. Condiții speciale de care depinde îndeplinirea contractului: nu sunt.</w:t>
      </w:r>
    </w:p>
    <w:p>
      <w:pPr>
        <w:spacing w:after="80"/>
        <w:jc w:val="both"/>
      </w:pPr>
      <w:r>
        <w:rPr>
          <w:rFonts w:ascii="Times New Roman" w:hAnsi="Times New Roman"/>
          <w:b w:val="0"/>
          <w:i w:val="0"/>
          <w:sz w:val="24"/>
        </w:rPr>
        <w:t>18. Ofertele se prezintă în valuta: Națională – lei moldovenești (MDL).</w:t>
      </w:r>
    </w:p>
    <w:p>
      <w:pPr>
        <w:spacing w:after="80"/>
        <w:jc w:val="both"/>
      </w:pPr>
      <w:r>
        <w:rPr>
          <w:rFonts w:ascii="Times New Roman" w:hAnsi="Times New Roman"/>
          <w:b w:val="0"/>
          <w:i w:val="0"/>
          <w:sz w:val="24"/>
        </w:rPr>
        <w:t>19. Criteriul de evaluare aplicat pentru atribuirea contractului: cel mai mic preț, pe loturi. În cazul în care două sau mai multe oferte sunt echivalente, autoritatea contractantă va aplica suplimentar criteriul cel mai bun raport calitate-preţ.</w:t>
      </w:r>
    </w:p>
    <w:p>
      <w:pPr>
        <w:spacing w:after="80"/>
        <w:jc w:val="both"/>
      </w:pPr>
      <w:r>
        <w:rPr>
          <w:rFonts w:ascii="Times New Roman" w:hAnsi="Times New Roman"/>
          <w:b w:val="0"/>
          <w:i w:val="0"/>
          <w:sz w:val="24"/>
        </w:rPr>
        <w:t>20. Factorii de evaluare a ofertei celei mai avantajoase din punct de vedere economic, precum și ponderile lor: nu se aplică.</w:t>
      </w:r>
    </w:p>
    <w:p>
      <w:pPr>
        <w:spacing w:after="80"/>
        <w:jc w:val="both"/>
      </w:pPr>
      <w:r>
        <w:rPr>
          <w:rFonts w:ascii="Times New Roman" w:hAnsi="Times New Roman"/>
          <w:b w:val="0"/>
          <w:i w:val="0"/>
          <w:sz w:val="24"/>
        </w:rPr>
        <w:t>21. Termenul limită de depunere/deschidere a ofertelor: conform SIA „RSAP”.</w:t>
      </w:r>
    </w:p>
    <w:p>
      <w:pPr>
        <w:spacing w:after="80"/>
        <w:jc w:val="both"/>
      </w:pPr>
      <w:r>
        <w:rPr>
          <w:rFonts w:ascii="Times New Roman" w:hAnsi="Times New Roman"/>
          <w:b w:val="0"/>
          <w:i w:val="0"/>
          <w:sz w:val="24"/>
        </w:rPr>
        <w:t>22. Adresa la care trebuie transmise ofertele sau cererile de participare: ofertele sau cererile de participare vor fi depuse electronic prin intermediul SIA „RSAP”.</w:t>
      </w:r>
    </w:p>
    <w:p>
      <w:pPr>
        <w:spacing w:after="80"/>
        <w:jc w:val="both"/>
      </w:pPr>
      <w:r>
        <w:rPr>
          <w:rFonts w:ascii="Times New Roman" w:hAnsi="Times New Roman"/>
          <w:b w:val="0"/>
          <w:i w:val="0"/>
          <w:sz w:val="24"/>
        </w:rPr>
        <w:t>23. Termenul de valabilitate a ofertelor: 30 zile.</w:t>
      </w:r>
    </w:p>
    <w:p>
      <w:pPr>
        <w:spacing w:after="80"/>
        <w:jc w:val="both"/>
      </w:pPr>
      <w:r>
        <w:rPr>
          <w:rFonts w:ascii="Times New Roman" w:hAnsi="Times New Roman"/>
          <w:b w:val="0"/>
          <w:i w:val="0"/>
          <w:sz w:val="24"/>
        </w:rPr>
        <w:t>24. Locul deschiderii ofertelor: SIA „RSAP”. Ofertele întârziate vor fi respinse.</w:t>
      </w:r>
    </w:p>
    <w:p>
      <w:pPr>
        <w:spacing w:after="80"/>
        <w:jc w:val="both"/>
      </w:pPr>
      <w:r>
        <w:rPr>
          <w:rFonts w:ascii="Times New Roman" w:hAnsi="Times New Roman"/>
          <w:b w:val="0"/>
          <w:i w:val="0"/>
          <w:sz w:val="24"/>
        </w:rPr>
        <w:t>25. Limba sau limbile în care trebuie redactate ofertele sau cererile de participare: română.</w:t>
      </w:r>
    </w:p>
    <w:p>
      <w:pPr>
        <w:spacing w:after="80"/>
        <w:jc w:val="both"/>
      </w:pPr>
      <w:r>
        <w:rPr>
          <w:rFonts w:ascii="Times New Roman" w:hAnsi="Times New Roman"/>
          <w:b w:val="0"/>
          <w:i w:val="0"/>
          <w:sz w:val="24"/>
        </w:rPr>
        <w:t>26. Alte informații relevante: nu sunt.</w:t>
      </w:r>
    </w:p>
    <w:p>
      <w:pPr>
        <w:spacing w:after="400"/>
      </w:pPr>
      <w:r>
        <w:rPr>
          <w:rFonts w:ascii="Times New Roman" w:hAnsi="Times New Roman"/>
          <w:b w:val="0"/>
          <w:i w:val="0"/>
          <w:sz w:val="24"/>
        </w:rPr>
      </w:r>
    </w:p>
    <w:p>
      <w:pPr>
        <w:spacing w:after="0"/>
      </w:pPr>
      <w:r>
        <w:rPr>
          <w:rFonts w:ascii="Times New Roman" w:hAnsi="Times New Roman"/>
          <w:b w:val="0"/>
          <w:i w:val="0"/>
          <w:sz w:val="24"/>
        </w:rPr>
        <w:t>Președintele grupului de lucru:  ______________________________  Ion NOROC</w:t>
      </w:r>
    </w:p>
    <w:sectPr w:rsidR="00FC693F" w:rsidRPr="0006063C" w:rsidSect="00034616">
      <w:pgSz w:w="12240" w:h="15840"/>
      <w:pgMar w:top="850" w:right="850" w:bottom="850"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Times New Roman" w:hAnsi="Times New Roman" w:eastAsia="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