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4EF3C" w14:textId="77777777" w:rsidR="001A1BFB" w:rsidRPr="008974C5" w:rsidRDefault="00B71A9F" w:rsidP="00422100">
      <w:pPr>
        <w:pStyle w:val="Frspaiere"/>
        <w:jc w:val="center"/>
        <w:rPr>
          <w:rFonts w:ascii="Times New Roman" w:hAnsi="Times New Roman" w:cs="Times New Roman"/>
          <w:b/>
          <w:bCs/>
          <w:sz w:val="24"/>
          <w:szCs w:val="24"/>
          <w:lang w:val="ro-RO"/>
        </w:rPr>
      </w:pPr>
      <w:r w:rsidRPr="008974C5">
        <w:rPr>
          <w:rFonts w:ascii="Times New Roman" w:hAnsi="Times New Roman" w:cs="Times New Roman"/>
          <w:b/>
          <w:bCs/>
          <w:sz w:val="24"/>
          <w:szCs w:val="24"/>
          <w:lang w:val="ro-RO"/>
        </w:rPr>
        <w:t>ANUNŢ DE PARTICIPARE SIMPLIFICAT</w:t>
      </w:r>
    </w:p>
    <w:p w14:paraId="7CCA7968" w14:textId="77777777" w:rsidR="001A1BFB" w:rsidRPr="008974C5" w:rsidRDefault="00B71A9F" w:rsidP="00422100">
      <w:pPr>
        <w:pStyle w:val="Frspaiere"/>
        <w:jc w:val="center"/>
        <w:rPr>
          <w:rFonts w:ascii="Times New Roman" w:hAnsi="Times New Roman" w:cs="Times New Roman"/>
          <w:b/>
          <w:bCs/>
          <w:sz w:val="24"/>
          <w:szCs w:val="24"/>
          <w:lang w:val="ro-RO"/>
        </w:rPr>
      </w:pPr>
      <w:r w:rsidRPr="008974C5">
        <w:rPr>
          <w:rFonts w:ascii="Times New Roman" w:hAnsi="Times New Roman" w:cs="Times New Roman"/>
          <w:b/>
          <w:bCs/>
          <w:sz w:val="24"/>
          <w:szCs w:val="24"/>
          <w:lang w:val="ro-RO"/>
        </w:rPr>
        <w:t>PENTRU ACHIZIȚIA DE VALOARE MICĂ</w:t>
      </w:r>
    </w:p>
    <w:p w14:paraId="6CD61BC3" w14:textId="5EA340E8" w:rsidR="001A1BFB" w:rsidRPr="008974C5" w:rsidRDefault="00B71A9F" w:rsidP="00422100">
      <w:pPr>
        <w:pStyle w:val="Frspaiere"/>
        <w:jc w:val="center"/>
        <w:rPr>
          <w:rFonts w:ascii="Times New Roman" w:hAnsi="Times New Roman" w:cs="Times New Roman"/>
          <w:sz w:val="24"/>
          <w:szCs w:val="24"/>
          <w:lang w:val="ro-RO"/>
        </w:rPr>
      </w:pPr>
      <w:r w:rsidRPr="008974C5">
        <w:rPr>
          <w:rFonts w:ascii="Times New Roman" w:hAnsi="Times New Roman" w:cs="Times New Roman"/>
          <w:sz w:val="24"/>
          <w:szCs w:val="24"/>
          <w:lang w:val="ro-RO"/>
        </w:rPr>
        <w:t>privind achiziționarea</w:t>
      </w:r>
      <w:r w:rsidR="008363AA" w:rsidRPr="008974C5">
        <w:rPr>
          <w:rFonts w:ascii="Times New Roman" w:hAnsi="Times New Roman" w:cs="Times New Roman"/>
          <w:sz w:val="24"/>
          <w:szCs w:val="24"/>
          <w:lang w:val="ro-RO"/>
        </w:rPr>
        <w:t xml:space="preserve"> </w:t>
      </w:r>
      <w:r w:rsidRPr="008974C5">
        <w:rPr>
          <w:rFonts w:ascii="Times New Roman" w:hAnsi="Times New Roman" w:cs="Times New Roman"/>
          <w:b/>
          <w:sz w:val="24"/>
          <w:szCs w:val="24"/>
          <w:lang w:val="ro-RO"/>
        </w:rPr>
        <w:t>„Coșuri de fum</w:t>
      </w:r>
      <w:r w:rsidR="008974C5" w:rsidRPr="008974C5">
        <w:rPr>
          <w:rFonts w:ascii="Times New Roman" w:hAnsi="Times New Roman" w:cs="Times New Roman"/>
          <w:b/>
          <w:sz w:val="24"/>
          <w:szCs w:val="24"/>
          <w:lang w:val="ro-RO"/>
        </w:rPr>
        <w:t xml:space="preserve"> pentru cazangeriile</w:t>
      </w:r>
      <w:r w:rsidR="008974C5">
        <w:rPr>
          <w:rFonts w:ascii="Times New Roman" w:hAnsi="Times New Roman" w:cs="Times New Roman"/>
          <w:b/>
          <w:sz w:val="24"/>
          <w:szCs w:val="24"/>
          <w:lang w:val="ro-RO"/>
        </w:rPr>
        <w:t xml:space="preserve"> nr.1 și nr.2</w:t>
      </w:r>
      <w:r w:rsidRPr="008974C5">
        <w:rPr>
          <w:rFonts w:ascii="Times New Roman" w:hAnsi="Times New Roman" w:cs="Times New Roman"/>
          <w:b/>
          <w:sz w:val="24"/>
          <w:szCs w:val="24"/>
          <w:lang w:val="ro-RO"/>
        </w:rPr>
        <w:t>”</w:t>
      </w:r>
    </w:p>
    <w:p w14:paraId="6CF3F382" w14:textId="77777777" w:rsidR="001A1BFB" w:rsidRPr="008974C5" w:rsidRDefault="00B71A9F" w:rsidP="00422100">
      <w:pPr>
        <w:pStyle w:val="Frspaiere"/>
        <w:jc w:val="center"/>
        <w:rPr>
          <w:rFonts w:ascii="Times New Roman" w:hAnsi="Times New Roman" w:cs="Times New Roman"/>
          <w:bCs/>
          <w:sz w:val="24"/>
          <w:szCs w:val="24"/>
          <w:lang w:val="ro-RO"/>
        </w:rPr>
      </w:pPr>
      <w:r w:rsidRPr="008974C5">
        <w:rPr>
          <w:rFonts w:ascii="Times New Roman" w:hAnsi="Times New Roman" w:cs="Times New Roman"/>
          <w:bCs/>
          <w:sz w:val="24"/>
          <w:szCs w:val="24"/>
          <w:lang w:val="ro-RO"/>
        </w:rPr>
        <w:t>prin achiziție publică de valoare mică</w:t>
      </w:r>
    </w:p>
    <w:p w14:paraId="6F290ABD" w14:textId="77777777" w:rsidR="00422100" w:rsidRPr="008974C5" w:rsidRDefault="00422100" w:rsidP="00422100">
      <w:pPr>
        <w:pStyle w:val="Frspaiere"/>
        <w:jc w:val="center"/>
        <w:rPr>
          <w:bCs/>
          <w:lang w:val="ro-RO"/>
        </w:rPr>
      </w:pPr>
    </w:p>
    <w:p w14:paraId="65D1C32D" w14:textId="79B8ADD4" w:rsidR="001A1BFB" w:rsidRPr="008974C5" w:rsidRDefault="00B71A9F">
      <w:pPr>
        <w:spacing w:after="80"/>
        <w:jc w:val="both"/>
        <w:rPr>
          <w:rFonts w:cs="Times New Roman"/>
          <w:szCs w:val="24"/>
        </w:rPr>
      </w:pPr>
      <w:r w:rsidRPr="008974C5">
        <w:rPr>
          <w:rFonts w:cs="Times New Roman"/>
          <w:b/>
          <w:bCs/>
          <w:szCs w:val="24"/>
        </w:rPr>
        <w:t>1. Denumirea autorității contractante:</w:t>
      </w:r>
      <w:r w:rsidRPr="008974C5">
        <w:rPr>
          <w:rFonts w:cs="Times New Roman"/>
          <w:szCs w:val="24"/>
        </w:rPr>
        <w:t xml:space="preserve"> Penitenciarul nr.</w:t>
      </w:r>
      <w:r w:rsidR="0080162C" w:rsidRPr="008974C5">
        <w:rPr>
          <w:rFonts w:cs="Times New Roman"/>
          <w:szCs w:val="24"/>
        </w:rPr>
        <w:t xml:space="preserve"> </w:t>
      </w:r>
      <w:r w:rsidRPr="008974C5">
        <w:rPr>
          <w:rFonts w:cs="Times New Roman"/>
          <w:szCs w:val="24"/>
        </w:rPr>
        <w:t>16</w:t>
      </w:r>
      <w:r w:rsidR="0080162C" w:rsidRPr="008974C5">
        <w:rPr>
          <w:rFonts w:cs="Times New Roman"/>
          <w:szCs w:val="24"/>
        </w:rPr>
        <w:t>-</w:t>
      </w:r>
      <w:r w:rsidRPr="008974C5">
        <w:rPr>
          <w:rFonts w:cs="Times New Roman"/>
          <w:szCs w:val="24"/>
        </w:rPr>
        <w:t>Pruncul</w:t>
      </w:r>
      <w:r w:rsidR="0080162C" w:rsidRPr="008974C5">
        <w:rPr>
          <w:rFonts w:cs="Times New Roman"/>
          <w:szCs w:val="24"/>
        </w:rPr>
        <w:t>.</w:t>
      </w:r>
    </w:p>
    <w:p w14:paraId="3B39866A" w14:textId="3CF19A8C" w:rsidR="001A1BFB" w:rsidRPr="008974C5" w:rsidRDefault="00B71A9F">
      <w:pPr>
        <w:spacing w:after="80"/>
        <w:jc w:val="both"/>
        <w:rPr>
          <w:rFonts w:cs="Times New Roman"/>
          <w:szCs w:val="24"/>
        </w:rPr>
      </w:pPr>
      <w:r w:rsidRPr="008974C5">
        <w:rPr>
          <w:rFonts w:cs="Times New Roman"/>
          <w:b/>
          <w:bCs/>
          <w:szCs w:val="24"/>
        </w:rPr>
        <w:t>2.</w:t>
      </w:r>
      <w:r w:rsidRPr="008974C5">
        <w:rPr>
          <w:rFonts w:cs="Times New Roman"/>
          <w:szCs w:val="24"/>
        </w:rPr>
        <w:t xml:space="preserve"> </w:t>
      </w:r>
      <w:r w:rsidRPr="008974C5">
        <w:rPr>
          <w:rFonts w:cs="Times New Roman"/>
          <w:b/>
          <w:bCs/>
          <w:szCs w:val="24"/>
        </w:rPr>
        <w:t>IDNO:</w:t>
      </w:r>
      <w:r w:rsidRPr="008974C5">
        <w:rPr>
          <w:rFonts w:cs="Times New Roman"/>
          <w:szCs w:val="24"/>
        </w:rPr>
        <w:t xml:space="preserve"> 1006601000945</w:t>
      </w:r>
      <w:r w:rsidR="0080162C" w:rsidRPr="008974C5">
        <w:rPr>
          <w:rFonts w:cs="Times New Roman"/>
          <w:szCs w:val="24"/>
        </w:rPr>
        <w:t>.</w:t>
      </w:r>
    </w:p>
    <w:p w14:paraId="28E66E05" w14:textId="7D0E69BD" w:rsidR="001A1BFB" w:rsidRPr="008974C5" w:rsidRDefault="00B71A9F">
      <w:pPr>
        <w:spacing w:after="80"/>
        <w:jc w:val="both"/>
        <w:rPr>
          <w:rFonts w:cs="Times New Roman"/>
          <w:szCs w:val="24"/>
        </w:rPr>
      </w:pPr>
      <w:r w:rsidRPr="008974C5">
        <w:rPr>
          <w:rFonts w:cs="Times New Roman"/>
          <w:b/>
          <w:bCs/>
          <w:szCs w:val="24"/>
        </w:rPr>
        <w:t xml:space="preserve">3. Adresa: </w:t>
      </w:r>
      <w:r w:rsidRPr="008974C5">
        <w:rPr>
          <w:rFonts w:cs="Times New Roman"/>
          <w:szCs w:val="24"/>
        </w:rPr>
        <w:t>mun. Chișinău, str. Ion Pruncul 44</w:t>
      </w:r>
      <w:r w:rsidR="0080162C" w:rsidRPr="008974C5">
        <w:rPr>
          <w:rFonts w:cs="Times New Roman"/>
          <w:szCs w:val="24"/>
        </w:rPr>
        <w:t>.</w:t>
      </w:r>
    </w:p>
    <w:p w14:paraId="2B1783AB" w14:textId="5FDBEB6A" w:rsidR="001A1BFB" w:rsidRPr="008974C5" w:rsidRDefault="00B71A9F">
      <w:pPr>
        <w:spacing w:after="80"/>
        <w:jc w:val="both"/>
        <w:rPr>
          <w:rFonts w:cs="Times New Roman"/>
          <w:szCs w:val="24"/>
        </w:rPr>
      </w:pPr>
      <w:r w:rsidRPr="008974C5">
        <w:rPr>
          <w:rFonts w:cs="Times New Roman"/>
          <w:b/>
          <w:bCs/>
          <w:szCs w:val="24"/>
        </w:rPr>
        <w:t>4. Numărul de telefon/fax:</w:t>
      </w:r>
      <w:r w:rsidRPr="008974C5">
        <w:rPr>
          <w:rFonts w:cs="Times New Roman"/>
          <w:szCs w:val="24"/>
        </w:rPr>
        <w:t xml:space="preserve"> 022</w:t>
      </w:r>
      <w:r w:rsidR="0080162C" w:rsidRPr="008974C5">
        <w:rPr>
          <w:rFonts w:cs="Times New Roman"/>
          <w:szCs w:val="24"/>
        </w:rPr>
        <w:t xml:space="preserve"> </w:t>
      </w:r>
      <w:r w:rsidR="00422100" w:rsidRPr="008974C5">
        <w:rPr>
          <w:rFonts w:cs="Times New Roman"/>
          <w:szCs w:val="24"/>
        </w:rPr>
        <w:t>-</w:t>
      </w:r>
      <w:r w:rsidR="0080162C" w:rsidRPr="008974C5">
        <w:rPr>
          <w:rFonts w:cs="Times New Roman"/>
          <w:szCs w:val="24"/>
        </w:rPr>
        <w:t xml:space="preserve"> </w:t>
      </w:r>
      <w:r w:rsidRPr="008974C5">
        <w:rPr>
          <w:rFonts w:cs="Times New Roman"/>
          <w:szCs w:val="24"/>
        </w:rPr>
        <w:t>615</w:t>
      </w:r>
      <w:r w:rsidR="00422100" w:rsidRPr="008974C5">
        <w:rPr>
          <w:rFonts w:cs="Times New Roman"/>
          <w:szCs w:val="24"/>
        </w:rPr>
        <w:t xml:space="preserve"> - </w:t>
      </w:r>
      <w:r w:rsidRPr="008974C5">
        <w:rPr>
          <w:rFonts w:cs="Times New Roman"/>
          <w:szCs w:val="24"/>
        </w:rPr>
        <w:t>351 / 022</w:t>
      </w:r>
      <w:r w:rsidR="00422100" w:rsidRPr="008974C5">
        <w:rPr>
          <w:rFonts w:cs="Times New Roman"/>
          <w:szCs w:val="24"/>
        </w:rPr>
        <w:t xml:space="preserve"> </w:t>
      </w:r>
      <w:r w:rsidR="009F33CD" w:rsidRPr="008974C5">
        <w:rPr>
          <w:rFonts w:cs="Times New Roman"/>
          <w:szCs w:val="24"/>
        </w:rPr>
        <w:t>-</w:t>
      </w:r>
      <w:r w:rsidR="00422100" w:rsidRPr="008974C5">
        <w:rPr>
          <w:rFonts w:cs="Times New Roman"/>
          <w:szCs w:val="24"/>
        </w:rPr>
        <w:t xml:space="preserve"> </w:t>
      </w:r>
      <w:r w:rsidRPr="008974C5">
        <w:rPr>
          <w:rFonts w:cs="Times New Roman"/>
          <w:szCs w:val="24"/>
        </w:rPr>
        <w:t>615</w:t>
      </w:r>
      <w:r w:rsidR="009F33CD" w:rsidRPr="008974C5">
        <w:rPr>
          <w:rFonts w:cs="Times New Roman"/>
          <w:szCs w:val="24"/>
        </w:rPr>
        <w:t xml:space="preserve"> - </w:t>
      </w:r>
      <w:r w:rsidRPr="008974C5">
        <w:rPr>
          <w:rFonts w:cs="Times New Roman"/>
          <w:szCs w:val="24"/>
        </w:rPr>
        <w:t>486</w:t>
      </w:r>
    </w:p>
    <w:p w14:paraId="40230665" w14:textId="7A1F8CE9" w:rsidR="001A1BFB" w:rsidRPr="008974C5" w:rsidRDefault="00B71A9F">
      <w:pPr>
        <w:spacing w:after="80"/>
        <w:jc w:val="both"/>
        <w:rPr>
          <w:rFonts w:cs="Times New Roman"/>
          <w:szCs w:val="24"/>
        </w:rPr>
      </w:pPr>
      <w:r w:rsidRPr="008974C5">
        <w:rPr>
          <w:rFonts w:cs="Times New Roman"/>
          <w:b/>
          <w:bCs/>
          <w:szCs w:val="24"/>
        </w:rPr>
        <w:t>5. Adresa de e-mail și pagina web oficială ale autorității contractante:</w:t>
      </w:r>
      <w:r w:rsidRPr="008974C5">
        <w:rPr>
          <w:rFonts w:cs="Times New Roman"/>
          <w:szCs w:val="24"/>
        </w:rPr>
        <w:t xml:space="preserve"> </w:t>
      </w:r>
      <w:hyperlink r:id="rId6" w:tgtFrame="_blank" w:history="1">
        <w:r w:rsidR="00321574" w:rsidRPr="008974C5">
          <w:rPr>
            <w:rStyle w:val="Hyperlink"/>
            <w:rFonts w:cs="Times New Roman"/>
            <w:color w:val="auto"/>
            <w:szCs w:val="24"/>
            <w:u w:val="none"/>
          </w:rPr>
          <w:t>p16secretariat@anp.gov.md</w:t>
        </w:r>
      </w:hyperlink>
      <w:r w:rsidR="00321574" w:rsidRPr="008974C5">
        <w:rPr>
          <w:rFonts w:cs="Times New Roman"/>
          <w:szCs w:val="24"/>
        </w:rPr>
        <w:t>.</w:t>
      </w:r>
    </w:p>
    <w:p w14:paraId="1AB93147" w14:textId="7253918C" w:rsidR="001A1BFB" w:rsidRPr="008974C5" w:rsidRDefault="00B71A9F">
      <w:pPr>
        <w:spacing w:after="80"/>
        <w:jc w:val="both"/>
        <w:rPr>
          <w:rFonts w:cs="Times New Roman"/>
          <w:szCs w:val="24"/>
        </w:rPr>
      </w:pPr>
      <w:r w:rsidRPr="008974C5">
        <w:rPr>
          <w:rFonts w:cs="Times New Roman"/>
          <w:b/>
          <w:bCs/>
          <w:szCs w:val="24"/>
        </w:rPr>
        <w:t>6. Adresa de e-mail sau pagina web oficială de la care se va putea obține accesul la documentația de atribuire:</w:t>
      </w:r>
      <w:r w:rsidRPr="008974C5">
        <w:rPr>
          <w:rFonts w:cs="Times New Roman"/>
          <w:szCs w:val="24"/>
        </w:rPr>
        <w:t xml:space="preserve"> </w:t>
      </w:r>
      <w:r w:rsidRPr="008974C5">
        <w:rPr>
          <w:rFonts w:cs="Times New Roman"/>
          <w:b/>
          <w:bCs/>
          <w:szCs w:val="24"/>
        </w:rPr>
        <w:t>documentația de atribuire este anexată în cadrul procedurii în SIA „RSAP”</w:t>
      </w:r>
      <w:r w:rsidR="00321574" w:rsidRPr="008974C5">
        <w:rPr>
          <w:rFonts w:cs="Times New Roman"/>
          <w:b/>
          <w:bCs/>
          <w:szCs w:val="24"/>
        </w:rPr>
        <w:t xml:space="preserve">: </w:t>
      </w:r>
      <w:r w:rsidR="00321574" w:rsidRPr="008974C5">
        <w:rPr>
          <w:rFonts w:cs="Times New Roman"/>
          <w:szCs w:val="24"/>
        </w:rPr>
        <w:t>p16achizitie@anp.gov.md.</w:t>
      </w:r>
    </w:p>
    <w:p w14:paraId="4DA42970" w14:textId="6DA73205" w:rsidR="001A1BFB" w:rsidRPr="008974C5" w:rsidRDefault="00B71A9F">
      <w:pPr>
        <w:spacing w:after="80"/>
        <w:jc w:val="both"/>
        <w:rPr>
          <w:rFonts w:cs="Times New Roman"/>
          <w:szCs w:val="24"/>
        </w:rPr>
      </w:pPr>
      <w:r w:rsidRPr="008974C5">
        <w:rPr>
          <w:rFonts w:cs="Times New Roman"/>
          <w:b/>
          <w:bCs/>
          <w:szCs w:val="24"/>
        </w:rPr>
        <w:t>7.</w:t>
      </w:r>
      <w:r w:rsidRPr="008974C5">
        <w:rPr>
          <w:rFonts w:cs="Times New Roman"/>
          <w:szCs w:val="24"/>
        </w:rPr>
        <w:t xml:space="preserve"> </w:t>
      </w:r>
      <w:r w:rsidRPr="008974C5">
        <w:rPr>
          <w:rFonts w:cs="Times New Roman"/>
          <w:b/>
          <w:bCs/>
          <w:szCs w:val="24"/>
        </w:rPr>
        <w:t>Tipul autorității contractante și obiectul principal de activitate:</w:t>
      </w:r>
      <w:r w:rsidRPr="008974C5">
        <w:rPr>
          <w:rFonts w:cs="Times New Roman"/>
          <w:szCs w:val="24"/>
        </w:rPr>
        <w:t xml:space="preserve"> Instituție </w:t>
      </w:r>
      <w:r w:rsidR="00E563F4" w:rsidRPr="008974C5">
        <w:rPr>
          <w:rFonts w:cs="Times New Roman"/>
          <w:szCs w:val="24"/>
        </w:rPr>
        <w:t>de stat</w:t>
      </w:r>
      <w:r w:rsidR="00321574" w:rsidRPr="008974C5">
        <w:rPr>
          <w:rFonts w:cs="Times New Roman"/>
          <w:szCs w:val="24"/>
        </w:rPr>
        <w:t xml:space="preserve"> cu statut special</w:t>
      </w:r>
      <w:r w:rsidR="00E563F4" w:rsidRPr="008974C5">
        <w:rPr>
          <w:rFonts w:cs="Times New Roman"/>
          <w:szCs w:val="24"/>
        </w:rPr>
        <w:t>.</w:t>
      </w:r>
    </w:p>
    <w:p w14:paraId="53444CCC" w14:textId="77777777" w:rsidR="00B74280" w:rsidRPr="008974C5" w:rsidRDefault="00ED71FD" w:rsidP="00B74280">
      <w:pPr>
        <w:tabs>
          <w:tab w:val="left" w:pos="0"/>
          <w:tab w:val="left" w:pos="426"/>
          <w:tab w:val="right" w:pos="9531"/>
        </w:tabs>
        <w:spacing w:after="0" w:line="240" w:lineRule="auto"/>
        <w:ind w:right="-705"/>
        <w:rPr>
          <w:b/>
          <w:sz w:val="22"/>
        </w:rPr>
      </w:pPr>
      <w:r w:rsidRPr="008974C5">
        <w:rPr>
          <w:rFonts w:cs="Times New Roman"/>
          <w:b/>
          <w:bCs/>
          <w:szCs w:val="24"/>
        </w:rPr>
        <w:t>8</w:t>
      </w:r>
      <w:r w:rsidR="00493AA8" w:rsidRPr="008974C5">
        <w:rPr>
          <w:rFonts w:cs="Times New Roman"/>
          <w:b/>
          <w:bCs/>
          <w:szCs w:val="24"/>
        </w:rPr>
        <w:t>.</w:t>
      </w:r>
      <w:r w:rsidR="00B74280" w:rsidRPr="008974C5">
        <w:rPr>
          <w:rFonts w:cs="Times New Roman"/>
          <w:b/>
          <w:bCs/>
          <w:szCs w:val="24"/>
        </w:rPr>
        <w:t xml:space="preserve">   </w:t>
      </w:r>
      <w:r w:rsidR="00B74280" w:rsidRPr="008974C5">
        <w:rPr>
          <w:b/>
          <w:sz w:val="22"/>
        </w:rPr>
        <w:t xml:space="preserve">Procedura a fost inclusă în planul de achiziții publice a autorității contractante: </w:t>
      </w:r>
      <w:r w:rsidR="00B74280" w:rsidRPr="008974C5">
        <w:rPr>
          <w:sz w:val="22"/>
        </w:rPr>
        <w:t>Da</w:t>
      </w:r>
    </w:p>
    <w:p w14:paraId="3CBFBB30" w14:textId="6D4F8EC3" w:rsidR="00ED71FD" w:rsidRPr="008974C5" w:rsidRDefault="00B74280" w:rsidP="00B74280">
      <w:pPr>
        <w:spacing w:after="80"/>
        <w:jc w:val="both"/>
        <w:rPr>
          <w:rFonts w:cs="Times New Roman"/>
          <w:b/>
          <w:bCs/>
          <w:szCs w:val="24"/>
        </w:rPr>
      </w:pPr>
      <w:r w:rsidRPr="008974C5">
        <w:rPr>
          <w:b/>
          <w:sz w:val="22"/>
        </w:rPr>
        <w:t xml:space="preserve">     Link-</w:t>
      </w:r>
      <w:proofErr w:type="spellStart"/>
      <w:r w:rsidRPr="008974C5">
        <w:rPr>
          <w:b/>
          <w:sz w:val="22"/>
        </w:rPr>
        <w:t>ul</w:t>
      </w:r>
      <w:proofErr w:type="spellEnd"/>
      <w:r w:rsidRPr="008974C5">
        <w:rPr>
          <w:b/>
          <w:sz w:val="22"/>
        </w:rPr>
        <w:t xml:space="preserve"> către planul de achiziții publice publicat: </w:t>
      </w:r>
      <w:r w:rsidRPr="008974C5">
        <w:rPr>
          <w:bCs/>
          <w:sz w:val="22"/>
          <w:u w:val="single"/>
        </w:rPr>
        <w:t>https://drive.cloud.gov.md/s/PDdPtYxjyLZj9jm.</w:t>
      </w:r>
    </w:p>
    <w:p w14:paraId="2DD693D1" w14:textId="088DF005" w:rsidR="001A1BFB" w:rsidRPr="008974C5" w:rsidRDefault="0069623A">
      <w:pPr>
        <w:spacing w:after="160"/>
        <w:jc w:val="both"/>
        <w:rPr>
          <w:rFonts w:cs="Times New Roman"/>
          <w:b/>
          <w:bCs/>
          <w:szCs w:val="24"/>
        </w:rPr>
      </w:pPr>
      <w:r w:rsidRPr="008974C5">
        <w:rPr>
          <w:rFonts w:cs="Times New Roman"/>
          <w:b/>
          <w:bCs/>
          <w:szCs w:val="24"/>
        </w:rPr>
        <w:t>9</w:t>
      </w:r>
      <w:r w:rsidR="00B71A9F" w:rsidRPr="008974C5">
        <w:rPr>
          <w:rFonts w:cs="Times New Roman"/>
          <w:b/>
          <w:bCs/>
          <w:szCs w:val="24"/>
        </w:rPr>
        <w:t>. Cumpărătorul invită operatorii economici interesați, care îi pot satisface necesitățile, să participe la procedura de achiziție privind livrarea</w:t>
      </w:r>
      <w:r w:rsidR="00E563F4" w:rsidRPr="008974C5">
        <w:rPr>
          <w:rFonts w:cs="Times New Roman"/>
          <w:b/>
          <w:bCs/>
          <w:szCs w:val="24"/>
        </w:rPr>
        <w:t>/prestarea</w:t>
      </w:r>
      <w:r w:rsidR="00B71A9F" w:rsidRPr="008974C5">
        <w:rPr>
          <w:rFonts w:cs="Times New Roman"/>
          <w:b/>
          <w:bCs/>
          <w:szCs w:val="24"/>
        </w:rPr>
        <w:t xml:space="preserve"> următoarelor bunuri</w:t>
      </w:r>
      <w:r w:rsidR="00E563F4" w:rsidRPr="008974C5">
        <w:rPr>
          <w:rFonts w:cs="Times New Roman"/>
          <w:b/>
          <w:bCs/>
          <w:szCs w:val="24"/>
        </w:rPr>
        <w:t>/servicii</w:t>
      </w:r>
      <w:r w:rsidR="00B71A9F" w:rsidRPr="008974C5">
        <w:rPr>
          <w:rFonts w:cs="Times New Roman"/>
          <w:b/>
          <w:bCs/>
          <w:szCs w:val="24"/>
        </w:rPr>
        <w:t>:</w:t>
      </w:r>
    </w:p>
    <w:tbl>
      <w:tblPr>
        <w:tblStyle w:val="Tabelgril"/>
        <w:tblW w:w="10065" w:type="dxa"/>
        <w:tblInd w:w="108" w:type="dxa"/>
        <w:tblLayout w:type="fixed"/>
        <w:tblLook w:val="04A0" w:firstRow="1" w:lastRow="0" w:firstColumn="1" w:lastColumn="0" w:noHBand="0" w:noVBand="1"/>
      </w:tblPr>
      <w:tblGrid>
        <w:gridCol w:w="567"/>
        <w:gridCol w:w="567"/>
        <w:gridCol w:w="2410"/>
        <w:gridCol w:w="1276"/>
        <w:gridCol w:w="3969"/>
        <w:gridCol w:w="1276"/>
      </w:tblGrid>
      <w:tr w:rsidR="00F1123E" w:rsidRPr="008974C5" w14:paraId="373005A2" w14:textId="77777777" w:rsidTr="004B7339">
        <w:tc>
          <w:tcPr>
            <w:tcW w:w="567" w:type="dxa"/>
            <w:vAlign w:val="center"/>
          </w:tcPr>
          <w:p w14:paraId="44BB79F0" w14:textId="77777777" w:rsidR="00F1123E" w:rsidRPr="008974C5" w:rsidRDefault="00F1123E" w:rsidP="007F4532">
            <w:pPr>
              <w:ind w:left="-105" w:right="-111"/>
              <w:jc w:val="center"/>
              <w:rPr>
                <w:rFonts w:cs="Times New Roman"/>
                <w:b/>
                <w:szCs w:val="24"/>
              </w:rPr>
            </w:pPr>
            <w:r w:rsidRPr="008974C5">
              <w:rPr>
                <w:rFonts w:cs="Times New Roman"/>
                <w:b/>
                <w:szCs w:val="24"/>
              </w:rPr>
              <w:t xml:space="preserve">Nr. </w:t>
            </w:r>
          </w:p>
          <w:p w14:paraId="1BF18282" w14:textId="51DDCAD7" w:rsidR="00F1123E" w:rsidRPr="008974C5" w:rsidRDefault="00F1123E" w:rsidP="007F4532">
            <w:pPr>
              <w:ind w:left="-105" w:right="-111"/>
              <w:jc w:val="center"/>
              <w:rPr>
                <w:rFonts w:cs="Times New Roman"/>
                <w:szCs w:val="24"/>
              </w:rPr>
            </w:pPr>
            <w:r w:rsidRPr="008974C5">
              <w:rPr>
                <w:rFonts w:cs="Times New Roman"/>
                <w:b/>
                <w:szCs w:val="24"/>
              </w:rPr>
              <w:t>lot</w:t>
            </w:r>
          </w:p>
        </w:tc>
        <w:tc>
          <w:tcPr>
            <w:tcW w:w="567" w:type="dxa"/>
            <w:vAlign w:val="center"/>
          </w:tcPr>
          <w:p w14:paraId="4D400E14" w14:textId="3A27DEA1" w:rsidR="00F1123E" w:rsidRPr="008974C5" w:rsidRDefault="00F1123E" w:rsidP="007F4532">
            <w:pPr>
              <w:ind w:left="-105" w:right="-111"/>
              <w:jc w:val="center"/>
              <w:rPr>
                <w:rFonts w:cs="Times New Roman"/>
                <w:b/>
                <w:bCs/>
                <w:szCs w:val="24"/>
              </w:rPr>
            </w:pPr>
            <w:r w:rsidRPr="008974C5">
              <w:rPr>
                <w:rFonts w:cs="Times New Roman"/>
                <w:b/>
                <w:bCs/>
                <w:szCs w:val="24"/>
              </w:rPr>
              <w:t>Cod CPV</w:t>
            </w:r>
          </w:p>
        </w:tc>
        <w:tc>
          <w:tcPr>
            <w:tcW w:w="2410" w:type="dxa"/>
            <w:vAlign w:val="center"/>
          </w:tcPr>
          <w:p w14:paraId="50CFCF82" w14:textId="77777777" w:rsidR="00DF7678" w:rsidRPr="008974C5" w:rsidRDefault="00F1123E" w:rsidP="005F54A4">
            <w:pPr>
              <w:ind w:left="-125" w:right="-96"/>
              <w:jc w:val="center"/>
              <w:rPr>
                <w:rFonts w:cs="Times New Roman"/>
                <w:b/>
                <w:szCs w:val="24"/>
              </w:rPr>
            </w:pPr>
            <w:r w:rsidRPr="008974C5">
              <w:rPr>
                <w:rFonts w:cs="Times New Roman"/>
                <w:b/>
                <w:szCs w:val="24"/>
              </w:rPr>
              <w:t xml:space="preserve">Denumirea </w:t>
            </w:r>
          </w:p>
          <w:p w14:paraId="7A67BA7D" w14:textId="3744431F" w:rsidR="00F1123E" w:rsidRPr="008974C5" w:rsidRDefault="00F1123E" w:rsidP="005F54A4">
            <w:pPr>
              <w:ind w:left="-125" w:right="-96"/>
              <w:jc w:val="center"/>
              <w:rPr>
                <w:rFonts w:cs="Times New Roman"/>
                <w:szCs w:val="24"/>
              </w:rPr>
            </w:pPr>
            <w:r w:rsidRPr="008974C5">
              <w:rPr>
                <w:rFonts w:cs="Times New Roman"/>
                <w:b/>
                <w:szCs w:val="24"/>
              </w:rPr>
              <w:t>bunurilor solicitate</w:t>
            </w:r>
            <w:r w:rsidRPr="008974C5">
              <w:rPr>
                <w:rFonts w:cs="Times New Roman"/>
                <w:b/>
                <w:szCs w:val="24"/>
              </w:rPr>
              <w:br/>
            </w:r>
          </w:p>
        </w:tc>
        <w:tc>
          <w:tcPr>
            <w:tcW w:w="1276" w:type="dxa"/>
            <w:vAlign w:val="center"/>
          </w:tcPr>
          <w:p w14:paraId="786A3D6D" w14:textId="4D7CCBE7" w:rsidR="00F1123E" w:rsidRPr="008974C5" w:rsidRDefault="00F1123E" w:rsidP="005F54A4">
            <w:pPr>
              <w:ind w:left="-113" w:right="-68"/>
              <w:jc w:val="center"/>
              <w:rPr>
                <w:rFonts w:cs="Times New Roman"/>
                <w:szCs w:val="24"/>
              </w:rPr>
            </w:pPr>
            <w:r w:rsidRPr="008974C5">
              <w:rPr>
                <w:rFonts w:cs="Times New Roman"/>
                <w:b/>
                <w:szCs w:val="24"/>
              </w:rPr>
              <w:t>Cantitatea/</w:t>
            </w:r>
            <w:proofErr w:type="spellStart"/>
            <w:r w:rsidRPr="008974C5">
              <w:rPr>
                <w:rFonts w:cs="Times New Roman"/>
                <w:b/>
                <w:szCs w:val="24"/>
              </w:rPr>
              <w:t>un.m</w:t>
            </w:r>
            <w:proofErr w:type="spellEnd"/>
          </w:p>
        </w:tc>
        <w:tc>
          <w:tcPr>
            <w:tcW w:w="3969" w:type="dxa"/>
            <w:vAlign w:val="center"/>
          </w:tcPr>
          <w:p w14:paraId="1EC36DB8" w14:textId="3F8BFDC2" w:rsidR="00F1123E" w:rsidRPr="008974C5" w:rsidRDefault="00F1123E">
            <w:pPr>
              <w:jc w:val="center"/>
              <w:rPr>
                <w:rFonts w:cs="Times New Roman"/>
                <w:szCs w:val="24"/>
              </w:rPr>
            </w:pPr>
            <w:r w:rsidRPr="008974C5">
              <w:rPr>
                <w:rFonts w:cs="Times New Roman"/>
                <w:b/>
                <w:szCs w:val="24"/>
              </w:rPr>
              <w:t>Specificarea tehnică deplină solicitată</w:t>
            </w:r>
          </w:p>
        </w:tc>
        <w:tc>
          <w:tcPr>
            <w:tcW w:w="1276" w:type="dxa"/>
            <w:vAlign w:val="center"/>
          </w:tcPr>
          <w:p w14:paraId="55104656" w14:textId="77777777" w:rsidR="00F1123E" w:rsidRPr="008974C5" w:rsidRDefault="00F1123E" w:rsidP="007F4532">
            <w:pPr>
              <w:ind w:left="-112" w:right="-104"/>
              <w:jc w:val="center"/>
              <w:rPr>
                <w:rFonts w:cs="Times New Roman"/>
                <w:b/>
                <w:szCs w:val="24"/>
              </w:rPr>
            </w:pPr>
            <w:r w:rsidRPr="008974C5">
              <w:rPr>
                <w:rFonts w:cs="Times New Roman"/>
                <w:b/>
                <w:szCs w:val="24"/>
              </w:rPr>
              <w:t>Valoarea estimată lei,</w:t>
            </w:r>
            <w:r w:rsidRPr="008974C5">
              <w:rPr>
                <w:rFonts w:cs="Times New Roman"/>
                <w:b/>
                <w:szCs w:val="24"/>
              </w:rPr>
              <w:br/>
              <w:t>(fără TVA)</w:t>
            </w:r>
          </w:p>
          <w:p w14:paraId="6C673079" w14:textId="77777777" w:rsidR="00F1123E" w:rsidRPr="008974C5" w:rsidRDefault="00F1123E" w:rsidP="007F4532">
            <w:pPr>
              <w:pStyle w:val="Frspaiere"/>
              <w:ind w:left="-108" w:right="-108"/>
              <w:jc w:val="center"/>
              <w:rPr>
                <w:rFonts w:ascii="Times New Roman" w:hAnsi="Times New Roman" w:cs="Times New Roman"/>
                <w:b/>
                <w:bCs/>
                <w:i/>
                <w:sz w:val="16"/>
                <w:szCs w:val="16"/>
                <w:lang w:val="ro-RO"/>
              </w:rPr>
            </w:pPr>
            <w:r w:rsidRPr="008974C5">
              <w:rPr>
                <w:rFonts w:ascii="Times New Roman" w:hAnsi="Times New Roman" w:cs="Times New Roman"/>
                <w:b/>
                <w:bCs/>
                <w:i/>
                <w:sz w:val="16"/>
                <w:szCs w:val="16"/>
                <w:lang w:val="ro-RO"/>
              </w:rPr>
              <w:t>(pentru fiecare</w:t>
            </w:r>
          </w:p>
          <w:p w14:paraId="4A54EDB5" w14:textId="4DBB8CFD" w:rsidR="00F1123E" w:rsidRPr="008974C5" w:rsidRDefault="00F1123E" w:rsidP="007F4532">
            <w:pPr>
              <w:ind w:left="-112" w:right="-104"/>
              <w:jc w:val="center"/>
              <w:rPr>
                <w:rFonts w:cs="Times New Roman"/>
                <w:szCs w:val="24"/>
              </w:rPr>
            </w:pPr>
            <w:r w:rsidRPr="008974C5">
              <w:rPr>
                <w:rFonts w:cs="Times New Roman"/>
                <w:b/>
                <w:bCs/>
                <w:i/>
                <w:sz w:val="16"/>
                <w:szCs w:val="16"/>
              </w:rPr>
              <w:t>lot în parte)</w:t>
            </w:r>
          </w:p>
        </w:tc>
      </w:tr>
      <w:tr w:rsidR="00F61CFA" w:rsidRPr="008974C5" w14:paraId="24531062" w14:textId="1BCC3B20" w:rsidTr="004B7339">
        <w:tc>
          <w:tcPr>
            <w:tcW w:w="10065" w:type="dxa"/>
            <w:gridSpan w:val="6"/>
          </w:tcPr>
          <w:p w14:paraId="0504F1A0" w14:textId="77777777" w:rsidR="00F61CFA" w:rsidRPr="008974C5" w:rsidRDefault="00F61CFA" w:rsidP="002313BC">
            <w:pPr>
              <w:jc w:val="center"/>
              <w:rPr>
                <w:rFonts w:cs="Times New Roman"/>
                <w:szCs w:val="24"/>
              </w:rPr>
            </w:pPr>
            <w:r w:rsidRPr="008974C5">
              <w:rPr>
                <w:rFonts w:cs="Times New Roman"/>
                <w:b/>
                <w:szCs w:val="24"/>
              </w:rPr>
              <w:t>Lotul nr. 1 - Coș de fum (cazangeria nr. 1)</w:t>
            </w:r>
          </w:p>
        </w:tc>
      </w:tr>
      <w:tr w:rsidR="00077800" w:rsidRPr="008974C5" w14:paraId="2CAD64B6" w14:textId="77777777" w:rsidTr="007C2D8B">
        <w:tc>
          <w:tcPr>
            <w:tcW w:w="567" w:type="dxa"/>
            <w:vAlign w:val="center"/>
          </w:tcPr>
          <w:p w14:paraId="21A8425D" w14:textId="77777777" w:rsidR="00077800" w:rsidRPr="008974C5" w:rsidRDefault="00077800" w:rsidP="0091736B">
            <w:pPr>
              <w:ind w:left="-105" w:right="-111"/>
              <w:jc w:val="center"/>
              <w:rPr>
                <w:rFonts w:cs="Times New Roman"/>
                <w:szCs w:val="24"/>
              </w:rPr>
            </w:pPr>
            <w:r w:rsidRPr="008974C5">
              <w:rPr>
                <w:rFonts w:cs="Times New Roman"/>
                <w:szCs w:val="24"/>
              </w:rPr>
              <w:t>1.1</w:t>
            </w:r>
          </w:p>
        </w:tc>
        <w:tc>
          <w:tcPr>
            <w:tcW w:w="567" w:type="dxa"/>
            <w:vMerge w:val="restart"/>
            <w:textDirection w:val="btLr"/>
          </w:tcPr>
          <w:p w14:paraId="5DE7F579" w14:textId="5F80A57C" w:rsidR="00077800" w:rsidRPr="008974C5" w:rsidRDefault="007C2D8B" w:rsidP="007C2D8B">
            <w:pPr>
              <w:ind w:left="113" w:right="-111"/>
              <w:jc w:val="center"/>
              <w:rPr>
                <w:rFonts w:cs="Times New Roman"/>
                <w:szCs w:val="24"/>
              </w:rPr>
            </w:pPr>
            <w:r w:rsidRPr="008974C5">
              <w:rPr>
                <w:rFonts w:cs="Times New Roman"/>
                <w:szCs w:val="24"/>
              </w:rPr>
              <w:t>45262610-0</w:t>
            </w:r>
          </w:p>
        </w:tc>
        <w:tc>
          <w:tcPr>
            <w:tcW w:w="2410" w:type="dxa"/>
            <w:vAlign w:val="center"/>
          </w:tcPr>
          <w:p w14:paraId="50A2CD46" w14:textId="3F50C1CF" w:rsidR="00077800" w:rsidRPr="008974C5" w:rsidRDefault="00077800">
            <w:pPr>
              <w:jc w:val="center"/>
              <w:rPr>
                <w:rFonts w:cs="Times New Roman"/>
                <w:szCs w:val="24"/>
              </w:rPr>
            </w:pPr>
            <w:r w:rsidRPr="008974C5">
              <w:rPr>
                <w:rFonts w:cs="Times New Roman"/>
                <w:szCs w:val="24"/>
              </w:rPr>
              <w:t>Țeavă Ø 350-430 mm</w:t>
            </w:r>
          </w:p>
        </w:tc>
        <w:tc>
          <w:tcPr>
            <w:tcW w:w="1276" w:type="dxa"/>
            <w:vAlign w:val="center"/>
          </w:tcPr>
          <w:p w14:paraId="10A9C45C" w14:textId="132BDC4D" w:rsidR="00077800" w:rsidRPr="008974C5" w:rsidRDefault="00077800">
            <w:pPr>
              <w:jc w:val="center"/>
              <w:rPr>
                <w:rFonts w:cs="Times New Roman"/>
                <w:szCs w:val="24"/>
              </w:rPr>
            </w:pPr>
            <w:r w:rsidRPr="008974C5">
              <w:rPr>
                <w:rFonts w:cs="Times New Roman"/>
                <w:szCs w:val="24"/>
              </w:rPr>
              <w:t>1 buc</w:t>
            </w:r>
          </w:p>
        </w:tc>
        <w:tc>
          <w:tcPr>
            <w:tcW w:w="3969" w:type="dxa"/>
          </w:tcPr>
          <w:p w14:paraId="5BDEAD4D" w14:textId="30FD1607" w:rsidR="00077800" w:rsidRPr="008974C5" w:rsidRDefault="00077800">
            <w:pPr>
              <w:rPr>
                <w:rFonts w:cs="Times New Roman"/>
                <w:szCs w:val="24"/>
              </w:rPr>
            </w:pPr>
            <w:r w:rsidRPr="008974C5">
              <w:rPr>
                <w:rFonts w:cs="Times New Roman"/>
                <w:szCs w:val="24"/>
              </w:rPr>
              <w:t xml:space="preserve">Tip: Țeavă pentru coș de fum dublu perete; Material: Oțel inoxidabil, interior AISI </w:t>
            </w:r>
            <w:r w:rsidR="008974C5">
              <w:rPr>
                <w:rFonts w:cs="Times New Roman"/>
                <w:szCs w:val="24"/>
              </w:rPr>
              <w:t>316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350 mm, exterior 430 mm; Lungimea: 500 mm. Prețul propus trebuie să fie pentru un metru.</w:t>
            </w:r>
          </w:p>
        </w:tc>
        <w:tc>
          <w:tcPr>
            <w:tcW w:w="1276" w:type="dxa"/>
            <w:vAlign w:val="center"/>
          </w:tcPr>
          <w:p w14:paraId="08AB3F70" w14:textId="77777777" w:rsidR="00077800" w:rsidRPr="008974C5" w:rsidRDefault="00077800" w:rsidP="002E4DF9">
            <w:pPr>
              <w:jc w:val="center"/>
              <w:rPr>
                <w:rFonts w:cs="Times New Roman"/>
                <w:szCs w:val="24"/>
              </w:rPr>
            </w:pPr>
            <w:r w:rsidRPr="008974C5">
              <w:rPr>
                <w:rFonts w:cs="Times New Roman"/>
                <w:szCs w:val="24"/>
              </w:rPr>
              <w:t>2 100,00</w:t>
            </w:r>
          </w:p>
        </w:tc>
      </w:tr>
      <w:tr w:rsidR="00077800" w:rsidRPr="008974C5" w14:paraId="060EEE2A" w14:textId="77777777" w:rsidTr="004B7339">
        <w:tc>
          <w:tcPr>
            <w:tcW w:w="567" w:type="dxa"/>
            <w:vAlign w:val="center"/>
          </w:tcPr>
          <w:p w14:paraId="12FD565D" w14:textId="77777777" w:rsidR="00077800" w:rsidRPr="008974C5" w:rsidRDefault="00077800" w:rsidP="0091736B">
            <w:pPr>
              <w:ind w:left="-105" w:right="-111"/>
              <w:jc w:val="center"/>
              <w:rPr>
                <w:rFonts w:cs="Times New Roman"/>
                <w:szCs w:val="24"/>
              </w:rPr>
            </w:pPr>
            <w:r w:rsidRPr="008974C5">
              <w:rPr>
                <w:rFonts w:cs="Times New Roman"/>
                <w:szCs w:val="24"/>
              </w:rPr>
              <w:t>1.2</w:t>
            </w:r>
          </w:p>
        </w:tc>
        <w:tc>
          <w:tcPr>
            <w:tcW w:w="567" w:type="dxa"/>
            <w:vMerge/>
          </w:tcPr>
          <w:p w14:paraId="09C27A6C" w14:textId="77777777" w:rsidR="00077800" w:rsidRPr="008974C5" w:rsidRDefault="00077800" w:rsidP="0011297E">
            <w:pPr>
              <w:ind w:right="-111"/>
              <w:jc w:val="center"/>
              <w:rPr>
                <w:rFonts w:cs="Times New Roman"/>
                <w:szCs w:val="24"/>
              </w:rPr>
            </w:pPr>
          </w:p>
        </w:tc>
        <w:tc>
          <w:tcPr>
            <w:tcW w:w="2410" w:type="dxa"/>
            <w:vAlign w:val="center"/>
          </w:tcPr>
          <w:p w14:paraId="0396166E" w14:textId="42FC5339" w:rsidR="00077800" w:rsidRPr="008974C5" w:rsidRDefault="00077800">
            <w:pPr>
              <w:jc w:val="center"/>
              <w:rPr>
                <w:rFonts w:cs="Times New Roman"/>
                <w:szCs w:val="24"/>
              </w:rPr>
            </w:pPr>
            <w:r w:rsidRPr="008974C5">
              <w:rPr>
                <w:rFonts w:cs="Times New Roman"/>
                <w:szCs w:val="24"/>
              </w:rPr>
              <w:t>Țeavă Ø 400-480 mm</w:t>
            </w:r>
          </w:p>
        </w:tc>
        <w:tc>
          <w:tcPr>
            <w:tcW w:w="1276" w:type="dxa"/>
            <w:vAlign w:val="center"/>
          </w:tcPr>
          <w:p w14:paraId="2FE7274B" w14:textId="7913143D" w:rsidR="00077800" w:rsidRPr="008974C5" w:rsidRDefault="00077800">
            <w:pPr>
              <w:jc w:val="center"/>
              <w:rPr>
                <w:rFonts w:cs="Times New Roman"/>
                <w:szCs w:val="24"/>
              </w:rPr>
            </w:pPr>
            <w:r w:rsidRPr="008974C5">
              <w:rPr>
                <w:rFonts w:cs="Times New Roman"/>
                <w:szCs w:val="24"/>
              </w:rPr>
              <w:t>1 buc</w:t>
            </w:r>
          </w:p>
        </w:tc>
        <w:tc>
          <w:tcPr>
            <w:tcW w:w="3969" w:type="dxa"/>
          </w:tcPr>
          <w:p w14:paraId="51DB3DF7" w14:textId="7493BDA4" w:rsidR="00077800" w:rsidRPr="008974C5" w:rsidRDefault="00077800">
            <w:pPr>
              <w:rPr>
                <w:rFonts w:cs="Times New Roman"/>
                <w:szCs w:val="24"/>
              </w:rPr>
            </w:pPr>
            <w:r w:rsidRPr="008974C5">
              <w:rPr>
                <w:rFonts w:cs="Times New Roman"/>
                <w:szCs w:val="24"/>
              </w:rPr>
              <w:t>Tip: Țeavă pentru coș de fum dublu perete;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400 mm, exterior 480 mm; Lungimea: 500 mm. Prețul propus trebuie să fie pentru un metru.</w:t>
            </w:r>
          </w:p>
        </w:tc>
        <w:tc>
          <w:tcPr>
            <w:tcW w:w="1276" w:type="dxa"/>
            <w:vAlign w:val="center"/>
          </w:tcPr>
          <w:p w14:paraId="62E4FEC6" w14:textId="77777777" w:rsidR="00077800" w:rsidRPr="008974C5" w:rsidRDefault="00077800" w:rsidP="002E4DF9">
            <w:pPr>
              <w:jc w:val="center"/>
              <w:rPr>
                <w:rFonts w:cs="Times New Roman"/>
                <w:szCs w:val="24"/>
              </w:rPr>
            </w:pPr>
            <w:r w:rsidRPr="008974C5">
              <w:rPr>
                <w:rFonts w:cs="Times New Roman"/>
                <w:szCs w:val="24"/>
              </w:rPr>
              <w:t>2 400,00</w:t>
            </w:r>
          </w:p>
        </w:tc>
      </w:tr>
      <w:tr w:rsidR="00077800" w:rsidRPr="008974C5" w14:paraId="6EA3BB45" w14:textId="77777777" w:rsidTr="004B7339">
        <w:tc>
          <w:tcPr>
            <w:tcW w:w="567" w:type="dxa"/>
            <w:vAlign w:val="center"/>
          </w:tcPr>
          <w:p w14:paraId="05D37AE2" w14:textId="77777777" w:rsidR="00077800" w:rsidRPr="008974C5" w:rsidRDefault="00077800" w:rsidP="0091736B">
            <w:pPr>
              <w:ind w:left="-105" w:right="-111"/>
              <w:jc w:val="center"/>
              <w:rPr>
                <w:rFonts w:cs="Times New Roman"/>
                <w:szCs w:val="24"/>
              </w:rPr>
            </w:pPr>
            <w:r w:rsidRPr="008974C5">
              <w:rPr>
                <w:rFonts w:cs="Times New Roman"/>
                <w:szCs w:val="24"/>
              </w:rPr>
              <w:t>1.3</w:t>
            </w:r>
          </w:p>
        </w:tc>
        <w:tc>
          <w:tcPr>
            <w:tcW w:w="567" w:type="dxa"/>
            <w:vMerge/>
          </w:tcPr>
          <w:p w14:paraId="3E6498B4" w14:textId="77777777" w:rsidR="00077800" w:rsidRPr="008974C5" w:rsidRDefault="00077800" w:rsidP="0011297E">
            <w:pPr>
              <w:ind w:right="-111"/>
              <w:jc w:val="center"/>
              <w:rPr>
                <w:rFonts w:cs="Times New Roman"/>
                <w:szCs w:val="24"/>
              </w:rPr>
            </w:pPr>
          </w:p>
        </w:tc>
        <w:tc>
          <w:tcPr>
            <w:tcW w:w="2410" w:type="dxa"/>
            <w:vAlign w:val="center"/>
          </w:tcPr>
          <w:p w14:paraId="1CDBEB85" w14:textId="09131330" w:rsidR="00077800" w:rsidRPr="008974C5" w:rsidRDefault="00077800">
            <w:pPr>
              <w:jc w:val="center"/>
              <w:rPr>
                <w:rFonts w:cs="Times New Roman"/>
                <w:szCs w:val="24"/>
              </w:rPr>
            </w:pPr>
            <w:r w:rsidRPr="008974C5">
              <w:rPr>
                <w:rFonts w:cs="Times New Roman"/>
                <w:szCs w:val="24"/>
              </w:rPr>
              <w:t>Țeavă Ø 450-530 mm</w:t>
            </w:r>
          </w:p>
        </w:tc>
        <w:tc>
          <w:tcPr>
            <w:tcW w:w="1276" w:type="dxa"/>
            <w:vAlign w:val="center"/>
          </w:tcPr>
          <w:p w14:paraId="3BE713E6" w14:textId="43831CEA" w:rsidR="00077800" w:rsidRPr="008974C5" w:rsidRDefault="00077800">
            <w:pPr>
              <w:jc w:val="center"/>
              <w:rPr>
                <w:rFonts w:cs="Times New Roman"/>
                <w:b/>
                <w:bCs/>
                <w:szCs w:val="24"/>
              </w:rPr>
            </w:pPr>
            <w:r w:rsidRPr="008974C5">
              <w:rPr>
                <w:rFonts w:cs="Times New Roman"/>
                <w:szCs w:val="24"/>
              </w:rPr>
              <w:t>1 buc</w:t>
            </w:r>
          </w:p>
        </w:tc>
        <w:tc>
          <w:tcPr>
            <w:tcW w:w="3969" w:type="dxa"/>
          </w:tcPr>
          <w:p w14:paraId="2AF33C71" w14:textId="57E469B2" w:rsidR="00077800" w:rsidRPr="008974C5" w:rsidRDefault="00077800">
            <w:pPr>
              <w:rPr>
                <w:rFonts w:cs="Times New Roman"/>
                <w:szCs w:val="24"/>
              </w:rPr>
            </w:pPr>
            <w:r w:rsidRPr="008974C5">
              <w:rPr>
                <w:rFonts w:cs="Times New Roman"/>
                <w:szCs w:val="24"/>
              </w:rPr>
              <w:t xml:space="preserve">Tip: Țeavă pentru coș de fum dublu perete; Material: Oțel inoxidabil, </w:t>
            </w:r>
            <w:r w:rsidRPr="008974C5">
              <w:rPr>
                <w:rFonts w:cs="Times New Roman"/>
                <w:szCs w:val="24"/>
              </w:rPr>
              <w:lastRenderedPageBreak/>
              <w:t xml:space="preserve">interior </w:t>
            </w:r>
            <w:r w:rsidR="008974C5" w:rsidRPr="008974C5">
              <w:rPr>
                <w:rFonts w:cs="Times New Roman"/>
                <w:szCs w:val="24"/>
              </w:rPr>
              <w:t>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450 mm, exterior 530 mm; Lungimea: 500 mm. Prețul propus trebuie să fie pentru un metru.</w:t>
            </w:r>
          </w:p>
        </w:tc>
        <w:tc>
          <w:tcPr>
            <w:tcW w:w="1276" w:type="dxa"/>
            <w:vAlign w:val="center"/>
          </w:tcPr>
          <w:p w14:paraId="50628561" w14:textId="77777777" w:rsidR="00077800" w:rsidRPr="008974C5" w:rsidRDefault="00077800" w:rsidP="002E4DF9">
            <w:pPr>
              <w:jc w:val="center"/>
              <w:rPr>
                <w:rFonts w:cs="Times New Roman"/>
                <w:szCs w:val="24"/>
              </w:rPr>
            </w:pPr>
            <w:r w:rsidRPr="008974C5">
              <w:rPr>
                <w:rFonts w:cs="Times New Roman"/>
                <w:szCs w:val="24"/>
              </w:rPr>
              <w:lastRenderedPageBreak/>
              <w:t>2 700,00</w:t>
            </w:r>
          </w:p>
        </w:tc>
      </w:tr>
      <w:tr w:rsidR="00077800" w:rsidRPr="008974C5" w14:paraId="54E3E75E" w14:textId="77777777" w:rsidTr="00077800">
        <w:tc>
          <w:tcPr>
            <w:tcW w:w="567" w:type="dxa"/>
            <w:vAlign w:val="center"/>
          </w:tcPr>
          <w:p w14:paraId="1A542886" w14:textId="77777777" w:rsidR="00077800" w:rsidRPr="008974C5" w:rsidRDefault="00077800" w:rsidP="00F1123E">
            <w:pPr>
              <w:ind w:left="-105" w:right="-111"/>
              <w:jc w:val="center"/>
              <w:rPr>
                <w:rFonts w:cs="Times New Roman"/>
                <w:szCs w:val="24"/>
              </w:rPr>
            </w:pPr>
            <w:r w:rsidRPr="008974C5">
              <w:rPr>
                <w:rFonts w:cs="Times New Roman"/>
                <w:szCs w:val="24"/>
              </w:rPr>
              <w:t>1.4</w:t>
            </w:r>
          </w:p>
        </w:tc>
        <w:tc>
          <w:tcPr>
            <w:tcW w:w="567" w:type="dxa"/>
            <w:vMerge w:val="restart"/>
            <w:tcBorders>
              <w:top w:val="nil"/>
            </w:tcBorders>
            <w:vAlign w:val="center"/>
          </w:tcPr>
          <w:p w14:paraId="215A491B" w14:textId="77777777" w:rsidR="00077800" w:rsidRPr="008974C5" w:rsidRDefault="00077800" w:rsidP="00BF7C76">
            <w:pPr>
              <w:jc w:val="center"/>
              <w:rPr>
                <w:rFonts w:cs="Times New Roman"/>
                <w:szCs w:val="24"/>
              </w:rPr>
            </w:pPr>
          </w:p>
        </w:tc>
        <w:tc>
          <w:tcPr>
            <w:tcW w:w="2410" w:type="dxa"/>
            <w:vAlign w:val="center"/>
          </w:tcPr>
          <w:p w14:paraId="7D2F3332" w14:textId="51290A1B" w:rsidR="00077800" w:rsidRPr="008974C5" w:rsidRDefault="00077800">
            <w:pPr>
              <w:jc w:val="center"/>
              <w:rPr>
                <w:rFonts w:cs="Times New Roman"/>
                <w:szCs w:val="24"/>
              </w:rPr>
            </w:pPr>
            <w:r w:rsidRPr="008974C5">
              <w:rPr>
                <w:rFonts w:cs="Times New Roman"/>
                <w:szCs w:val="24"/>
              </w:rPr>
              <w:t>Țeavă Ø 500-580 mm</w:t>
            </w:r>
          </w:p>
        </w:tc>
        <w:tc>
          <w:tcPr>
            <w:tcW w:w="1276" w:type="dxa"/>
            <w:vAlign w:val="center"/>
          </w:tcPr>
          <w:p w14:paraId="16CBF63C" w14:textId="1AAA621B" w:rsidR="00077800" w:rsidRPr="008974C5" w:rsidRDefault="00077800">
            <w:pPr>
              <w:jc w:val="center"/>
              <w:rPr>
                <w:rFonts w:cs="Times New Roman"/>
                <w:szCs w:val="24"/>
              </w:rPr>
            </w:pPr>
            <w:r w:rsidRPr="008974C5">
              <w:rPr>
                <w:rFonts w:cs="Times New Roman"/>
                <w:szCs w:val="24"/>
              </w:rPr>
              <w:t>13 buc</w:t>
            </w:r>
          </w:p>
        </w:tc>
        <w:tc>
          <w:tcPr>
            <w:tcW w:w="3969" w:type="dxa"/>
          </w:tcPr>
          <w:p w14:paraId="29B21305" w14:textId="0E3DE522" w:rsidR="00077800" w:rsidRPr="008974C5" w:rsidRDefault="00077800">
            <w:pPr>
              <w:rPr>
                <w:rFonts w:cs="Times New Roman"/>
                <w:szCs w:val="24"/>
              </w:rPr>
            </w:pPr>
            <w:r w:rsidRPr="008974C5">
              <w:rPr>
                <w:rFonts w:cs="Times New Roman"/>
                <w:szCs w:val="24"/>
              </w:rPr>
              <w:t>Tip: Țeavă pentru coș de fum dublu perete; Material: Oțel inoxidabil, interior AISI 3</w:t>
            </w:r>
            <w:r w:rsidR="008974C5">
              <w:rPr>
                <w:rFonts w:cs="Times New Roman"/>
                <w:szCs w:val="24"/>
              </w:rPr>
              <w:t>16</w:t>
            </w:r>
            <w:r w:rsidRPr="008974C5">
              <w:rPr>
                <w:rFonts w:cs="Times New Roman"/>
                <w:szCs w:val="24"/>
              </w:rPr>
              <w:t>, exterior AISI 430; Grosimea oțelului: interior minimum 1 mm, exterior minimum 0,</w:t>
            </w:r>
            <w:r w:rsidR="008974C5">
              <w:rPr>
                <w:rFonts w:cs="Times New Roman"/>
                <w:szCs w:val="24"/>
              </w:rPr>
              <w:t>8</w:t>
            </w:r>
            <w:r w:rsidRPr="008974C5">
              <w:rPr>
                <w:rFonts w:cs="Times New Roman"/>
                <w:szCs w:val="24"/>
              </w:rPr>
              <w:t xml:space="preserve"> mm; Izolația: vată minerală bazaltică minim 40 mm/650°C; Destinat a fi utilizat la cazane cu combustibil solid (cărbune). Diametru: interior 500 mm, exterior 580 mm; Lungimea: 1 m. Prețul propus trebuie să fie pentru un metru.</w:t>
            </w:r>
          </w:p>
        </w:tc>
        <w:tc>
          <w:tcPr>
            <w:tcW w:w="1276" w:type="dxa"/>
            <w:vAlign w:val="center"/>
          </w:tcPr>
          <w:p w14:paraId="2F907BA3" w14:textId="77777777" w:rsidR="00077800" w:rsidRPr="008974C5" w:rsidRDefault="00077800" w:rsidP="002E4DF9">
            <w:pPr>
              <w:jc w:val="center"/>
              <w:rPr>
                <w:rFonts w:cs="Times New Roman"/>
                <w:szCs w:val="24"/>
              </w:rPr>
            </w:pPr>
            <w:r w:rsidRPr="008974C5">
              <w:rPr>
                <w:rFonts w:cs="Times New Roman"/>
                <w:szCs w:val="24"/>
              </w:rPr>
              <w:t>39 000,00</w:t>
            </w:r>
          </w:p>
        </w:tc>
      </w:tr>
      <w:tr w:rsidR="00077800" w:rsidRPr="008974C5" w14:paraId="7691499F" w14:textId="77777777" w:rsidTr="004B7339">
        <w:tc>
          <w:tcPr>
            <w:tcW w:w="567" w:type="dxa"/>
            <w:vAlign w:val="center"/>
          </w:tcPr>
          <w:p w14:paraId="462FE21B" w14:textId="77777777" w:rsidR="00077800" w:rsidRPr="008974C5" w:rsidRDefault="00077800" w:rsidP="00F1123E">
            <w:pPr>
              <w:ind w:left="-105" w:right="-111"/>
              <w:jc w:val="center"/>
              <w:rPr>
                <w:rFonts w:cs="Times New Roman"/>
                <w:szCs w:val="24"/>
              </w:rPr>
            </w:pPr>
            <w:r w:rsidRPr="008974C5">
              <w:rPr>
                <w:rFonts w:cs="Times New Roman"/>
                <w:szCs w:val="24"/>
              </w:rPr>
              <w:t>1.5</w:t>
            </w:r>
          </w:p>
        </w:tc>
        <w:tc>
          <w:tcPr>
            <w:tcW w:w="567" w:type="dxa"/>
            <w:vMerge/>
            <w:vAlign w:val="center"/>
          </w:tcPr>
          <w:p w14:paraId="6525498E" w14:textId="77777777" w:rsidR="00077800" w:rsidRPr="008974C5" w:rsidRDefault="00077800" w:rsidP="00BF7C76">
            <w:pPr>
              <w:jc w:val="center"/>
              <w:rPr>
                <w:rFonts w:cs="Times New Roman"/>
                <w:szCs w:val="24"/>
              </w:rPr>
            </w:pPr>
          </w:p>
        </w:tc>
        <w:tc>
          <w:tcPr>
            <w:tcW w:w="2410" w:type="dxa"/>
            <w:vAlign w:val="center"/>
          </w:tcPr>
          <w:p w14:paraId="05F89223" w14:textId="701A3189" w:rsidR="00077800" w:rsidRPr="008974C5" w:rsidRDefault="00077800">
            <w:pPr>
              <w:jc w:val="center"/>
              <w:rPr>
                <w:rFonts w:cs="Times New Roman"/>
                <w:szCs w:val="24"/>
              </w:rPr>
            </w:pPr>
            <w:r w:rsidRPr="008974C5">
              <w:rPr>
                <w:rFonts w:cs="Times New Roman"/>
                <w:szCs w:val="24"/>
              </w:rPr>
              <w:t>Cot 90° Ø 500-580 mm</w:t>
            </w:r>
          </w:p>
        </w:tc>
        <w:tc>
          <w:tcPr>
            <w:tcW w:w="1276" w:type="dxa"/>
            <w:vAlign w:val="center"/>
          </w:tcPr>
          <w:p w14:paraId="2C0AEDCE" w14:textId="2CF8C75E" w:rsidR="00077800" w:rsidRPr="008974C5" w:rsidRDefault="00077800">
            <w:pPr>
              <w:jc w:val="center"/>
              <w:rPr>
                <w:rFonts w:cs="Times New Roman"/>
                <w:szCs w:val="24"/>
              </w:rPr>
            </w:pPr>
            <w:r w:rsidRPr="008974C5">
              <w:rPr>
                <w:rFonts w:cs="Times New Roman"/>
                <w:szCs w:val="24"/>
              </w:rPr>
              <w:t>1 buc</w:t>
            </w:r>
          </w:p>
        </w:tc>
        <w:tc>
          <w:tcPr>
            <w:tcW w:w="3969" w:type="dxa"/>
          </w:tcPr>
          <w:p w14:paraId="3A51CE4E" w14:textId="4C27F9B6" w:rsidR="00077800" w:rsidRPr="008974C5" w:rsidRDefault="00077800">
            <w:pPr>
              <w:rPr>
                <w:rFonts w:cs="Times New Roman"/>
                <w:szCs w:val="24"/>
              </w:rPr>
            </w:pPr>
            <w:r w:rsidRPr="008974C5">
              <w:rPr>
                <w:rFonts w:cs="Times New Roman"/>
                <w:szCs w:val="24"/>
              </w:rPr>
              <w:t>Tip: Cot 90° dublu perete;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w="1276" w:type="dxa"/>
            <w:vAlign w:val="center"/>
          </w:tcPr>
          <w:p w14:paraId="6F645156" w14:textId="77777777" w:rsidR="00077800" w:rsidRPr="008974C5" w:rsidRDefault="00077800" w:rsidP="002E4DF9">
            <w:pPr>
              <w:jc w:val="center"/>
              <w:rPr>
                <w:rFonts w:cs="Times New Roman"/>
                <w:szCs w:val="24"/>
              </w:rPr>
            </w:pPr>
            <w:r w:rsidRPr="008974C5">
              <w:rPr>
                <w:rFonts w:cs="Times New Roman"/>
                <w:szCs w:val="24"/>
              </w:rPr>
              <w:t>4 600,00</w:t>
            </w:r>
          </w:p>
        </w:tc>
      </w:tr>
      <w:tr w:rsidR="00077800" w:rsidRPr="008974C5" w14:paraId="0082BFAA" w14:textId="77777777" w:rsidTr="004B7339">
        <w:tc>
          <w:tcPr>
            <w:tcW w:w="567" w:type="dxa"/>
            <w:vAlign w:val="center"/>
          </w:tcPr>
          <w:p w14:paraId="3EC262DB" w14:textId="77777777" w:rsidR="00077800" w:rsidRPr="008974C5" w:rsidRDefault="00077800" w:rsidP="00F1123E">
            <w:pPr>
              <w:ind w:left="-105" w:right="-111"/>
              <w:jc w:val="center"/>
              <w:rPr>
                <w:rFonts w:cs="Times New Roman"/>
                <w:szCs w:val="24"/>
              </w:rPr>
            </w:pPr>
            <w:r w:rsidRPr="008974C5">
              <w:rPr>
                <w:rFonts w:cs="Times New Roman"/>
                <w:szCs w:val="24"/>
              </w:rPr>
              <w:t>1.6</w:t>
            </w:r>
          </w:p>
        </w:tc>
        <w:tc>
          <w:tcPr>
            <w:tcW w:w="567" w:type="dxa"/>
            <w:vMerge/>
            <w:vAlign w:val="center"/>
          </w:tcPr>
          <w:p w14:paraId="6B51638E" w14:textId="77777777" w:rsidR="00077800" w:rsidRPr="008974C5" w:rsidRDefault="00077800" w:rsidP="00BF7C76">
            <w:pPr>
              <w:jc w:val="center"/>
              <w:rPr>
                <w:rFonts w:cs="Times New Roman"/>
                <w:szCs w:val="24"/>
              </w:rPr>
            </w:pPr>
          </w:p>
        </w:tc>
        <w:tc>
          <w:tcPr>
            <w:tcW w:w="2410" w:type="dxa"/>
            <w:vAlign w:val="center"/>
          </w:tcPr>
          <w:p w14:paraId="27B53B3F" w14:textId="4AD13611" w:rsidR="00077800" w:rsidRPr="008974C5" w:rsidRDefault="00077800">
            <w:pPr>
              <w:jc w:val="center"/>
              <w:rPr>
                <w:rFonts w:cs="Times New Roman"/>
                <w:szCs w:val="24"/>
              </w:rPr>
            </w:pPr>
            <w:r w:rsidRPr="008974C5">
              <w:rPr>
                <w:rFonts w:cs="Times New Roman"/>
                <w:szCs w:val="24"/>
              </w:rPr>
              <w:t>Cot 45° Ø 500-580 mm</w:t>
            </w:r>
          </w:p>
        </w:tc>
        <w:tc>
          <w:tcPr>
            <w:tcW w:w="1276" w:type="dxa"/>
            <w:vAlign w:val="center"/>
          </w:tcPr>
          <w:p w14:paraId="6EAEB514" w14:textId="25A53440" w:rsidR="00077800" w:rsidRPr="008974C5" w:rsidRDefault="00077800">
            <w:pPr>
              <w:jc w:val="center"/>
              <w:rPr>
                <w:rFonts w:cs="Times New Roman"/>
                <w:szCs w:val="24"/>
              </w:rPr>
            </w:pPr>
            <w:r w:rsidRPr="008974C5">
              <w:rPr>
                <w:rFonts w:cs="Times New Roman"/>
                <w:szCs w:val="24"/>
              </w:rPr>
              <w:t>1 buc</w:t>
            </w:r>
          </w:p>
        </w:tc>
        <w:tc>
          <w:tcPr>
            <w:tcW w:w="3969" w:type="dxa"/>
          </w:tcPr>
          <w:p w14:paraId="3F65AE43" w14:textId="2433DF14" w:rsidR="00077800" w:rsidRPr="008974C5" w:rsidRDefault="00077800">
            <w:pPr>
              <w:rPr>
                <w:rFonts w:cs="Times New Roman"/>
                <w:szCs w:val="24"/>
              </w:rPr>
            </w:pPr>
            <w:r w:rsidRPr="008974C5">
              <w:rPr>
                <w:rFonts w:cs="Times New Roman"/>
                <w:szCs w:val="24"/>
              </w:rPr>
              <w:t>Tip: Cot 45° dublu perete;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w="1276" w:type="dxa"/>
            <w:vAlign w:val="center"/>
          </w:tcPr>
          <w:p w14:paraId="3ADB0CB1" w14:textId="77777777" w:rsidR="00077800" w:rsidRPr="008974C5" w:rsidRDefault="00077800" w:rsidP="002E4DF9">
            <w:pPr>
              <w:jc w:val="center"/>
              <w:rPr>
                <w:rFonts w:cs="Times New Roman"/>
                <w:szCs w:val="24"/>
              </w:rPr>
            </w:pPr>
            <w:r w:rsidRPr="008974C5">
              <w:rPr>
                <w:rFonts w:cs="Times New Roman"/>
                <w:szCs w:val="24"/>
              </w:rPr>
              <w:t>3 500,00</w:t>
            </w:r>
          </w:p>
        </w:tc>
      </w:tr>
      <w:tr w:rsidR="00077800" w:rsidRPr="008974C5" w14:paraId="1CE765F1" w14:textId="77777777" w:rsidTr="004B7339">
        <w:tc>
          <w:tcPr>
            <w:tcW w:w="567" w:type="dxa"/>
            <w:vAlign w:val="center"/>
          </w:tcPr>
          <w:p w14:paraId="32FF9CAC" w14:textId="77777777" w:rsidR="00077800" w:rsidRPr="008974C5" w:rsidRDefault="00077800" w:rsidP="00F1123E">
            <w:pPr>
              <w:ind w:left="-105" w:right="-111"/>
              <w:jc w:val="center"/>
              <w:rPr>
                <w:rFonts w:cs="Times New Roman"/>
                <w:szCs w:val="24"/>
              </w:rPr>
            </w:pPr>
            <w:r w:rsidRPr="008974C5">
              <w:rPr>
                <w:rFonts w:cs="Times New Roman"/>
                <w:szCs w:val="24"/>
              </w:rPr>
              <w:t>1.7</w:t>
            </w:r>
          </w:p>
        </w:tc>
        <w:tc>
          <w:tcPr>
            <w:tcW w:w="567" w:type="dxa"/>
            <w:vMerge/>
            <w:vAlign w:val="center"/>
          </w:tcPr>
          <w:p w14:paraId="6EDBD6DE" w14:textId="77777777" w:rsidR="00077800" w:rsidRPr="008974C5" w:rsidRDefault="00077800" w:rsidP="00BF7C76">
            <w:pPr>
              <w:jc w:val="center"/>
              <w:rPr>
                <w:rFonts w:cs="Times New Roman"/>
                <w:szCs w:val="24"/>
              </w:rPr>
            </w:pPr>
          </w:p>
        </w:tc>
        <w:tc>
          <w:tcPr>
            <w:tcW w:w="2410" w:type="dxa"/>
            <w:vAlign w:val="center"/>
          </w:tcPr>
          <w:p w14:paraId="5865CD55" w14:textId="0E0F1235" w:rsidR="00077800" w:rsidRPr="008974C5" w:rsidRDefault="00077800">
            <w:pPr>
              <w:jc w:val="center"/>
              <w:rPr>
                <w:rFonts w:cs="Times New Roman"/>
                <w:szCs w:val="24"/>
              </w:rPr>
            </w:pPr>
            <w:r w:rsidRPr="008974C5">
              <w:rPr>
                <w:rFonts w:cs="Times New Roman"/>
                <w:szCs w:val="24"/>
              </w:rPr>
              <w:t xml:space="preserve">Trecere </w:t>
            </w:r>
            <w:proofErr w:type="spellStart"/>
            <w:r w:rsidRPr="008974C5">
              <w:rPr>
                <w:rFonts w:cs="Times New Roman"/>
                <w:szCs w:val="24"/>
              </w:rPr>
              <w:t>sandwich</w:t>
            </w:r>
            <w:proofErr w:type="spellEnd"/>
            <w:r w:rsidRPr="008974C5">
              <w:rPr>
                <w:rFonts w:cs="Times New Roman"/>
                <w:szCs w:val="24"/>
              </w:rPr>
              <w:t xml:space="preserve"> Ø 350-430 / 400-480 mm</w:t>
            </w:r>
          </w:p>
        </w:tc>
        <w:tc>
          <w:tcPr>
            <w:tcW w:w="1276" w:type="dxa"/>
            <w:vAlign w:val="center"/>
          </w:tcPr>
          <w:p w14:paraId="54832A94" w14:textId="35D38092" w:rsidR="00077800" w:rsidRPr="008974C5" w:rsidRDefault="00077800">
            <w:pPr>
              <w:jc w:val="center"/>
              <w:rPr>
                <w:rFonts w:cs="Times New Roman"/>
                <w:b/>
                <w:bCs/>
                <w:szCs w:val="24"/>
              </w:rPr>
            </w:pPr>
            <w:r w:rsidRPr="008974C5">
              <w:rPr>
                <w:rFonts w:cs="Times New Roman"/>
                <w:szCs w:val="24"/>
              </w:rPr>
              <w:t>1 buc</w:t>
            </w:r>
          </w:p>
        </w:tc>
        <w:tc>
          <w:tcPr>
            <w:tcW w:w="3969" w:type="dxa"/>
          </w:tcPr>
          <w:p w14:paraId="4705591D" w14:textId="460870D8" w:rsidR="00077800" w:rsidRPr="008974C5" w:rsidRDefault="00077800">
            <w:pPr>
              <w:rPr>
                <w:rFonts w:cs="Times New Roman"/>
                <w:szCs w:val="24"/>
              </w:rPr>
            </w:pPr>
            <w:r w:rsidRPr="008974C5">
              <w:rPr>
                <w:rFonts w:cs="Times New Roman"/>
                <w:szCs w:val="24"/>
              </w:rPr>
              <w:t xml:space="preserve">Tip: Trecere </w:t>
            </w:r>
            <w:proofErr w:type="spellStart"/>
            <w:r w:rsidRPr="008974C5">
              <w:rPr>
                <w:rFonts w:cs="Times New Roman"/>
                <w:szCs w:val="24"/>
              </w:rPr>
              <w:t>sandwich</w:t>
            </w:r>
            <w:proofErr w:type="spellEnd"/>
            <w:r w:rsidRPr="008974C5">
              <w:rPr>
                <w:rFonts w:cs="Times New Roman"/>
                <w:szCs w:val="24"/>
              </w:rPr>
              <w:t xml:space="preserve">; Material: Oțel inoxidabil, interior AISI </w:t>
            </w:r>
            <w:r w:rsidR="008974C5">
              <w:rPr>
                <w:rFonts w:cs="Times New Roman"/>
                <w:szCs w:val="24"/>
              </w:rPr>
              <w:t>316</w:t>
            </w:r>
            <w:r w:rsidRPr="008974C5">
              <w:rPr>
                <w:rFonts w:cs="Times New Roman"/>
                <w:szCs w:val="24"/>
              </w:rPr>
              <w:t xml:space="preserve">, exterior AISI 430; Grosimea oțelului: interior minimum 1 mm, exterior minimum 0,5 mm; Izolația: vată minerală bazaltică minim 40 mm/650°C; Destinat a fi utilizat la cazane cu combustibil solid (cărbune). Lungimea: minim 300, maxim 500 mm. Prețul propus trebuie să fie pentru </w:t>
            </w:r>
            <w:r w:rsidRPr="008974C5">
              <w:rPr>
                <w:rFonts w:cs="Times New Roman"/>
                <w:szCs w:val="24"/>
              </w:rPr>
              <w:lastRenderedPageBreak/>
              <w:t>un element.</w:t>
            </w:r>
          </w:p>
        </w:tc>
        <w:tc>
          <w:tcPr>
            <w:tcW w:w="1276" w:type="dxa"/>
            <w:vAlign w:val="center"/>
          </w:tcPr>
          <w:p w14:paraId="33389636" w14:textId="77777777" w:rsidR="00077800" w:rsidRPr="008974C5" w:rsidRDefault="00077800" w:rsidP="002E4DF9">
            <w:pPr>
              <w:jc w:val="center"/>
              <w:rPr>
                <w:rFonts w:cs="Times New Roman"/>
                <w:szCs w:val="24"/>
              </w:rPr>
            </w:pPr>
            <w:r w:rsidRPr="008974C5">
              <w:rPr>
                <w:rFonts w:cs="Times New Roman"/>
                <w:szCs w:val="24"/>
              </w:rPr>
              <w:lastRenderedPageBreak/>
              <w:t>1 600,00</w:t>
            </w:r>
          </w:p>
        </w:tc>
      </w:tr>
      <w:tr w:rsidR="00077800" w:rsidRPr="008974C5" w14:paraId="48D92670" w14:textId="77777777" w:rsidTr="004B7339">
        <w:tc>
          <w:tcPr>
            <w:tcW w:w="567" w:type="dxa"/>
            <w:vAlign w:val="center"/>
          </w:tcPr>
          <w:p w14:paraId="743E9D99" w14:textId="77777777" w:rsidR="00077800" w:rsidRPr="008974C5" w:rsidRDefault="00077800">
            <w:pPr>
              <w:jc w:val="center"/>
              <w:rPr>
                <w:rFonts w:cs="Times New Roman"/>
                <w:szCs w:val="24"/>
              </w:rPr>
            </w:pPr>
            <w:r w:rsidRPr="008974C5">
              <w:rPr>
                <w:rFonts w:cs="Times New Roman"/>
                <w:szCs w:val="24"/>
              </w:rPr>
              <w:t>1.8</w:t>
            </w:r>
          </w:p>
        </w:tc>
        <w:tc>
          <w:tcPr>
            <w:tcW w:w="567" w:type="dxa"/>
            <w:vMerge w:val="restart"/>
            <w:vAlign w:val="center"/>
          </w:tcPr>
          <w:p w14:paraId="332E68BB" w14:textId="77777777" w:rsidR="00077800" w:rsidRPr="008974C5" w:rsidRDefault="00077800" w:rsidP="00BF7C76">
            <w:pPr>
              <w:jc w:val="center"/>
              <w:rPr>
                <w:rFonts w:cs="Times New Roman"/>
                <w:szCs w:val="24"/>
              </w:rPr>
            </w:pPr>
          </w:p>
        </w:tc>
        <w:tc>
          <w:tcPr>
            <w:tcW w:w="2410" w:type="dxa"/>
            <w:vAlign w:val="center"/>
          </w:tcPr>
          <w:p w14:paraId="6C590748" w14:textId="70E22AFE" w:rsidR="00077800" w:rsidRPr="008974C5" w:rsidRDefault="00077800">
            <w:pPr>
              <w:jc w:val="center"/>
              <w:rPr>
                <w:rFonts w:cs="Times New Roman"/>
                <w:szCs w:val="24"/>
              </w:rPr>
            </w:pPr>
            <w:r w:rsidRPr="008974C5">
              <w:rPr>
                <w:rFonts w:cs="Times New Roman"/>
                <w:szCs w:val="24"/>
              </w:rPr>
              <w:t xml:space="preserve">Trecere </w:t>
            </w:r>
            <w:proofErr w:type="spellStart"/>
            <w:r w:rsidRPr="008974C5">
              <w:rPr>
                <w:rFonts w:cs="Times New Roman"/>
                <w:szCs w:val="24"/>
              </w:rPr>
              <w:t>sandwich</w:t>
            </w:r>
            <w:proofErr w:type="spellEnd"/>
            <w:r w:rsidRPr="008974C5">
              <w:rPr>
                <w:rFonts w:cs="Times New Roman"/>
                <w:szCs w:val="24"/>
              </w:rPr>
              <w:t xml:space="preserve"> Ø 400-480 / 450-530 mm</w:t>
            </w:r>
          </w:p>
        </w:tc>
        <w:tc>
          <w:tcPr>
            <w:tcW w:w="1276" w:type="dxa"/>
            <w:vAlign w:val="center"/>
          </w:tcPr>
          <w:p w14:paraId="2E794819" w14:textId="434B6993" w:rsidR="00077800" w:rsidRPr="008974C5" w:rsidRDefault="00077800">
            <w:pPr>
              <w:jc w:val="center"/>
              <w:rPr>
                <w:rFonts w:cs="Times New Roman"/>
                <w:szCs w:val="24"/>
              </w:rPr>
            </w:pPr>
            <w:r w:rsidRPr="008974C5">
              <w:rPr>
                <w:rFonts w:cs="Times New Roman"/>
                <w:szCs w:val="24"/>
              </w:rPr>
              <w:t>1 buc</w:t>
            </w:r>
          </w:p>
        </w:tc>
        <w:tc>
          <w:tcPr>
            <w:tcW w:w="3969" w:type="dxa"/>
          </w:tcPr>
          <w:p w14:paraId="7DCFB321" w14:textId="6FBA6681" w:rsidR="00077800" w:rsidRPr="008974C5" w:rsidRDefault="00077800">
            <w:pPr>
              <w:rPr>
                <w:rFonts w:cs="Times New Roman"/>
                <w:szCs w:val="24"/>
              </w:rPr>
            </w:pPr>
            <w:r w:rsidRPr="008974C5">
              <w:rPr>
                <w:rFonts w:cs="Times New Roman"/>
                <w:szCs w:val="24"/>
              </w:rPr>
              <w:t xml:space="preserve">Tip: Trecere </w:t>
            </w:r>
            <w:proofErr w:type="spellStart"/>
            <w:r w:rsidRPr="008974C5">
              <w:rPr>
                <w:rFonts w:cs="Times New Roman"/>
                <w:szCs w:val="24"/>
              </w:rPr>
              <w:t>sandwich</w:t>
            </w:r>
            <w:proofErr w:type="spellEnd"/>
            <w:r w:rsidRPr="008974C5">
              <w:rPr>
                <w:rFonts w:cs="Times New Roman"/>
                <w:szCs w:val="24"/>
              </w:rPr>
              <w:t>;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w="1276" w:type="dxa"/>
            <w:vAlign w:val="center"/>
          </w:tcPr>
          <w:p w14:paraId="24180734" w14:textId="77777777" w:rsidR="00077800" w:rsidRPr="008974C5" w:rsidRDefault="00077800" w:rsidP="002E4DF9">
            <w:pPr>
              <w:jc w:val="center"/>
              <w:rPr>
                <w:rFonts w:cs="Times New Roman"/>
                <w:szCs w:val="24"/>
              </w:rPr>
            </w:pPr>
            <w:r w:rsidRPr="008974C5">
              <w:rPr>
                <w:rFonts w:cs="Times New Roman"/>
                <w:szCs w:val="24"/>
              </w:rPr>
              <w:t>1 700,00</w:t>
            </w:r>
          </w:p>
        </w:tc>
      </w:tr>
      <w:tr w:rsidR="00077800" w:rsidRPr="008974C5" w14:paraId="3CAA742C" w14:textId="77777777" w:rsidTr="004B7339">
        <w:tc>
          <w:tcPr>
            <w:tcW w:w="567" w:type="dxa"/>
            <w:vAlign w:val="center"/>
          </w:tcPr>
          <w:p w14:paraId="4DA47AA4" w14:textId="77777777" w:rsidR="00077800" w:rsidRPr="008974C5" w:rsidRDefault="00077800">
            <w:pPr>
              <w:jc w:val="center"/>
              <w:rPr>
                <w:rFonts w:cs="Times New Roman"/>
                <w:szCs w:val="24"/>
              </w:rPr>
            </w:pPr>
            <w:r w:rsidRPr="008974C5">
              <w:rPr>
                <w:rFonts w:cs="Times New Roman"/>
                <w:szCs w:val="24"/>
              </w:rPr>
              <w:t>1.9</w:t>
            </w:r>
          </w:p>
        </w:tc>
        <w:tc>
          <w:tcPr>
            <w:tcW w:w="567" w:type="dxa"/>
            <w:vMerge/>
            <w:vAlign w:val="center"/>
          </w:tcPr>
          <w:p w14:paraId="1DEB6BC0" w14:textId="77777777" w:rsidR="00077800" w:rsidRPr="008974C5" w:rsidRDefault="00077800" w:rsidP="00BF7C76">
            <w:pPr>
              <w:jc w:val="center"/>
              <w:rPr>
                <w:rFonts w:cs="Times New Roman"/>
                <w:szCs w:val="24"/>
              </w:rPr>
            </w:pPr>
          </w:p>
        </w:tc>
        <w:tc>
          <w:tcPr>
            <w:tcW w:w="2410" w:type="dxa"/>
            <w:vAlign w:val="center"/>
          </w:tcPr>
          <w:p w14:paraId="71DF691B" w14:textId="66FDF2CC" w:rsidR="00077800" w:rsidRPr="008974C5" w:rsidRDefault="00077800">
            <w:pPr>
              <w:jc w:val="center"/>
              <w:rPr>
                <w:rFonts w:cs="Times New Roman"/>
                <w:szCs w:val="24"/>
              </w:rPr>
            </w:pPr>
            <w:r w:rsidRPr="008974C5">
              <w:rPr>
                <w:rFonts w:cs="Times New Roman"/>
                <w:szCs w:val="24"/>
              </w:rPr>
              <w:t xml:space="preserve">Trecere </w:t>
            </w:r>
            <w:proofErr w:type="spellStart"/>
            <w:r w:rsidRPr="008974C5">
              <w:rPr>
                <w:rFonts w:cs="Times New Roman"/>
                <w:szCs w:val="24"/>
              </w:rPr>
              <w:t>sandwich</w:t>
            </w:r>
            <w:proofErr w:type="spellEnd"/>
            <w:r w:rsidRPr="008974C5">
              <w:rPr>
                <w:rFonts w:cs="Times New Roman"/>
                <w:szCs w:val="24"/>
              </w:rPr>
              <w:t xml:space="preserve"> Ø 450-530 / 500-580 mm</w:t>
            </w:r>
          </w:p>
        </w:tc>
        <w:tc>
          <w:tcPr>
            <w:tcW w:w="1276" w:type="dxa"/>
            <w:vAlign w:val="center"/>
          </w:tcPr>
          <w:p w14:paraId="22D0319D" w14:textId="5893FC12" w:rsidR="00077800" w:rsidRPr="008974C5" w:rsidRDefault="00077800">
            <w:pPr>
              <w:jc w:val="center"/>
              <w:rPr>
                <w:rFonts w:cs="Times New Roman"/>
                <w:szCs w:val="24"/>
              </w:rPr>
            </w:pPr>
            <w:r w:rsidRPr="008974C5">
              <w:rPr>
                <w:rFonts w:cs="Times New Roman"/>
                <w:szCs w:val="24"/>
              </w:rPr>
              <w:t>1 buc</w:t>
            </w:r>
          </w:p>
        </w:tc>
        <w:tc>
          <w:tcPr>
            <w:tcW w:w="3969" w:type="dxa"/>
          </w:tcPr>
          <w:p w14:paraId="280C10CE" w14:textId="2119CCDF" w:rsidR="00077800" w:rsidRPr="008974C5" w:rsidRDefault="00077800">
            <w:pPr>
              <w:rPr>
                <w:rFonts w:cs="Times New Roman"/>
                <w:szCs w:val="24"/>
              </w:rPr>
            </w:pPr>
            <w:r w:rsidRPr="008974C5">
              <w:rPr>
                <w:rFonts w:cs="Times New Roman"/>
                <w:szCs w:val="24"/>
              </w:rPr>
              <w:t xml:space="preserve">Tip: Trecere </w:t>
            </w:r>
            <w:proofErr w:type="spellStart"/>
            <w:r w:rsidRPr="008974C5">
              <w:rPr>
                <w:rFonts w:cs="Times New Roman"/>
                <w:szCs w:val="24"/>
              </w:rPr>
              <w:t>sandwich</w:t>
            </w:r>
            <w:proofErr w:type="spellEnd"/>
            <w:r w:rsidRPr="008974C5">
              <w:rPr>
                <w:rFonts w:cs="Times New Roman"/>
                <w:szCs w:val="24"/>
              </w:rPr>
              <w:t>;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w="1276" w:type="dxa"/>
            <w:vAlign w:val="center"/>
          </w:tcPr>
          <w:p w14:paraId="71ED6E39" w14:textId="77777777" w:rsidR="00077800" w:rsidRPr="008974C5" w:rsidRDefault="00077800" w:rsidP="002E4DF9">
            <w:pPr>
              <w:jc w:val="center"/>
              <w:rPr>
                <w:rFonts w:cs="Times New Roman"/>
                <w:szCs w:val="24"/>
              </w:rPr>
            </w:pPr>
            <w:r w:rsidRPr="008974C5">
              <w:rPr>
                <w:rFonts w:cs="Times New Roman"/>
                <w:szCs w:val="24"/>
              </w:rPr>
              <w:t>2 000,00</w:t>
            </w:r>
          </w:p>
        </w:tc>
      </w:tr>
      <w:tr w:rsidR="00077800" w:rsidRPr="008974C5" w14:paraId="59E092BF" w14:textId="77777777" w:rsidTr="00981670">
        <w:tc>
          <w:tcPr>
            <w:tcW w:w="567" w:type="dxa"/>
            <w:vAlign w:val="center"/>
          </w:tcPr>
          <w:p w14:paraId="72379260" w14:textId="77777777" w:rsidR="00077800" w:rsidRPr="008974C5" w:rsidRDefault="00077800" w:rsidP="00D6542B">
            <w:pPr>
              <w:ind w:left="-105" w:right="-102"/>
              <w:jc w:val="center"/>
              <w:rPr>
                <w:rFonts w:cs="Times New Roman"/>
                <w:szCs w:val="24"/>
              </w:rPr>
            </w:pPr>
            <w:r w:rsidRPr="008974C5">
              <w:rPr>
                <w:rFonts w:cs="Times New Roman"/>
                <w:szCs w:val="24"/>
              </w:rPr>
              <w:t>1.10</w:t>
            </w:r>
          </w:p>
        </w:tc>
        <w:tc>
          <w:tcPr>
            <w:tcW w:w="567" w:type="dxa"/>
            <w:vMerge/>
            <w:vAlign w:val="center"/>
          </w:tcPr>
          <w:p w14:paraId="1AC666B4" w14:textId="77777777" w:rsidR="00077800" w:rsidRPr="008974C5" w:rsidRDefault="00077800">
            <w:pPr>
              <w:jc w:val="center"/>
              <w:rPr>
                <w:rFonts w:cs="Times New Roman"/>
                <w:szCs w:val="24"/>
              </w:rPr>
            </w:pPr>
          </w:p>
        </w:tc>
        <w:tc>
          <w:tcPr>
            <w:tcW w:w="2410" w:type="dxa"/>
            <w:vAlign w:val="center"/>
          </w:tcPr>
          <w:p w14:paraId="23DBEF93" w14:textId="61C37C67" w:rsidR="00077800" w:rsidRPr="008974C5" w:rsidRDefault="00077800">
            <w:pPr>
              <w:jc w:val="center"/>
              <w:rPr>
                <w:rFonts w:cs="Times New Roman"/>
                <w:szCs w:val="24"/>
              </w:rPr>
            </w:pPr>
            <w:r w:rsidRPr="008974C5">
              <w:rPr>
                <w:rFonts w:cs="Times New Roman"/>
                <w:szCs w:val="24"/>
              </w:rPr>
              <w:t>Teu 90° Ø 350-430 mm</w:t>
            </w:r>
          </w:p>
        </w:tc>
        <w:tc>
          <w:tcPr>
            <w:tcW w:w="1276" w:type="dxa"/>
            <w:vAlign w:val="center"/>
          </w:tcPr>
          <w:p w14:paraId="47829765" w14:textId="203D3B84" w:rsidR="00077800" w:rsidRPr="008974C5" w:rsidRDefault="00077800">
            <w:pPr>
              <w:jc w:val="center"/>
              <w:rPr>
                <w:rFonts w:cs="Times New Roman"/>
                <w:b/>
                <w:bCs/>
                <w:szCs w:val="24"/>
              </w:rPr>
            </w:pPr>
            <w:r w:rsidRPr="008974C5">
              <w:rPr>
                <w:rFonts w:cs="Times New Roman"/>
                <w:szCs w:val="24"/>
              </w:rPr>
              <w:t>1 buc</w:t>
            </w:r>
          </w:p>
        </w:tc>
        <w:tc>
          <w:tcPr>
            <w:tcW w:w="3969" w:type="dxa"/>
          </w:tcPr>
          <w:p w14:paraId="77F6D1FC" w14:textId="2DA485E8" w:rsidR="00077800" w:rsidRPr="008974C5" w:rsidRDefault="00077800">
            <w:pPr>
              <w:rPr>
                <w:rFonts w:cs="Times New Roman"/>
                <w:szCs w:val="24"/>
              </w:rPr>
            </w:pPr>
            <w:r w:rsidRPr="008974C5">
              <w:rPr>
                <w:rFonts w:cs="Times New Roman"/>
                <w:szCs w:val="24"/>
              </w:rPr>
              <w:t>Tip: Teu 90° dublu perete;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52E297A6" w14:textId="77777777" w:rsidR="00077800" w:rsidRPr="008974C5" w:rsidRDefault="00077800" w:rsidP="002E4DF9">
            <w:pPr>
              <w:jc w:val="center"/>
              <w:rPr>
                <w:rFonts w:cs="Times New Roman"/>
                <w:szCs w:val="24"/>
              </w:rPr>
            </w:pPr>
            <w:r w:rsidRPr="008974C5">
              <w:rPr>
                <w:rFonts w:cs="Times New Roman"/>
                <w:szCs w:val="24"/>
              </w:rPr>
              <w:t>4 000,00</w:t>
            </w:r>
          </w:p>
        </w:tc>
      </w:tr>
      <w:tr w:rsidR="00077800" w:rsidRPr="008974C5" w14:paraId="24ED36E7" w14:textId="77777777" w:rsidTr="00981670">
        <w:tc>
          <w:tcPr>
            <w:tcW w:w="567" w:type="dxa"/>
            <w:vAlign w:val="center"/>
          </w:tcPr>
          <w:p w14:paraId="176A8241" w14:textId="77777777" w:rsidR="00077800" w:rsidRPr="008974C5" w:rsidRDefault="00077800" w:rsidP="00D6542B">
            <w:pPr>
              <w:ind w:left="-105" w:right="-102"/>
              <w:jc w:val="center"/>
              <w:rPr>
                <w:rFonts w:cs="Times New Roman"/>
                <w:szCs w:val="24"/>
              </w:rPr>
            </w:pPr>
            <w:r w:rsidRPr="008974C5">
              <w:rPr>
                <w:rFonts w:cs="Times New Roman"/>
                <w:szCs w:val="24"/>
              </w:rPr>
              <w:t>1.11</w:t>
            </w:r>
          </w:p>
        </w:tc>
        <w:tc>
          <w:tcPr>
            <w:tcW w:w="567" w:type="dxa"/>
            <w:vMerge/>
            <w:vAlign w:val="center"/>
          </w:tcPr>
          <w:p w14:paraId="245127B9" w14:textId="77777777" w:rsidR="00077800" w:rsidRPr="008974C5" w:rsidRDefault="00077800">
            <w:pPr>
              <w:jc w:val="center"/>
              <w:rPr>
                <w:rFonts w:cs="Times New Roman"/>
                <w:szCs w:val="24"/>
              </w:rPr>
            </w:pPr>
          </w:p>
        </w:tc>
        <w:tc>
          <w:tcPr>
            <w:tcW w:w="2410" w:type="dxa"/>
            <w:vAlign w:val="center"/>
          </w:tcPr>
          <w:p w14:paraId="4C0A06D5" w14:textId="3364FF1E" w:rsidR="00077800" w:rsidRPr="008974C5" w:rsidRDefault="00077800">
            <w:pPr>
              <w:jc w:val="center"/>
              <w:rPr>
                <w:rFonts w:cs="Times New Roman"/>
                <w:szCs w:val="24"/>
              </w:rPr>
            </w:pPr>
            <w:r w:rsidRPr="008974C5">
              <w:rPr>
                <w:rFonts w:cs="Times New Roman"/>
                <w:szCs w:val="24"/>
              </w:rPr>
              <w:t>Teu 90° Ø 400-480 mm</w:t>
            </w:r>
          </w:p>
        </w:tc>
        <w:tc>
          <w:tcPr>
            <w:tcW w:w="1276" w:type="dxa"/>
            <w:vAlign w:val="center"/>
          </w:tcPr>
          <w:p w14:paraId="37B50919" w14:textId="12E9E3D4" w:rsidR="00077800" w:rsidRPr="008974C5" w:rsidRDefault="00077800">
            <w:pPr>
              <w:jc w:val="center"/>
              <w:rPr>
                <w:rFonts w:cs="Times New Roman"/>
                <w:szCs w:val="24"/>
              </w:rPr>
            </w:pPr>
            <w:r w:rsidRPr="008974C5">
              <w:rPr>
                <w:rFonts w:cs="Times New Roman"/>
                <w:szCs w:val="24"/>
              </w:rPr>
              <w:t>1 buc</w:t>
            </w:r>
          </w:p>
        </w:tc>
        <w:tc>
          <w:tcPr>
            <w:tcW w:w="3969" w:type="dxa"/>
          </w:tcPr>
          <w:p w14:paraId="372AD741" w14:textId="189A6B43" w:rsidR="00077800" w:rsidRPr="008974C5" w:rsidRDefault="00077800">
            <w:pPr>
              <w:rPr>
                <w:rFonts w:cs="Times New Roman"/>
                <w:szCs w:val="24"/>
              </w:rPr>
            </w:pPr>
            <w:r w:rsidRPr="008974C5">
              <w:rPr>
                <w:rFonts w:cs="Times New Roman"/>
                <w:szCs w:val="24"/>
              </w:rPr>
              <w:t>Tip: Teu 90° dublu perete; Material: Oțel inoxidabil, interior AISI 3</w:t>
            </w:r>
            <w:r w:rsidR="008974C5">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Lungimea: 500 mm; Diametru: interior 400 mm, exterior 480 mm. Prețul propus trebuie să fie pentru un element.</w:t>
            </w:r>
          </w:p>
        </w:tc>
        <w:tc>
          <w:tcPr>
            <w:tcW w:w="1276" w:type="dxa"/>
            <w:vAlign w:val="center"/>
          </w:tcPr>
          <w:p w14:paraId="0190A3EC" w14:textId="77777777" w:rsidR="00077800" w:rsidRPr="008974C5" w:rsidRDefault="00077800" w:rsidP="002E4DF9">
            <w:pPr>
              <w:jc w:val="center"/>
              <w:rPr>
                <w:rFonts w:cs="Times New Roman"/>
                <w:szCs w:val="24"/>
              </w:rPr>
            </w:pPr>
            <w:r w:rsidRPr="008974C5">
              <w:rPr>
                <w:rFonts w:cs="Times New Roman"/>
                <w:szCs w:val="24"/>
              </w:rPr>
              <w:t>4 300,00</w:t>
            </w:r>
          </w:p>
        </w:tc>
      </w:tr>
      <w:tr w:rsidR="00077800" w:rsidRPr="008974C5" w14:paraId="068B6D0E" w14:textId="77777777" w:rsidTr="00981670">
        <w:tc>
          <w:tcPr>
            <w:tcW w:w="567" w:type="dxa"/>
            <w:vAlign w:val="center"/>
          </w:tcPr>
          <w:p w14:paraId="3B600F2A" w14:textId="77777777" w:rsidR="00077800" w:rsidRPr="008974C5" w:rsidRDefault="00077800" w:rsidP="00D6542B">
            <w:pPr>
              <w:ind w:left="-105" w:right="-102"/>
              <w:jc w:val="center"/>
              <w:rPr>
                <w:rFonts w:cs="Times New Roman"/>
                <w:szCs w:val="24"/>
              </w:rPr>
            </w:pPr>
            <w:r w:rsidRPr="008974C5">
              <w:rPr>
                <w:rFonts w:cs="Times New Roman"/>
                <w:szCs w:val="24"/>
              </w:rPr>
              <w:t>1.12</w:t>
            </w:r>
          </w:p>
        </w:tc>
        <w:tc>
          <w:tcPr>
            <w:tcW w:w="567" w:type="dxa"/>
            <w:vMerge/>
            <w:vAlign w:val="center"/>
          </w:tcPr>
          <w:p w14:paraId="1FE7EA97" w14:textId="77777777" w:rsidR="00077800" w:rsidRPr="008974C5" w:rsidRDefault="00077800">
            <w:pPr>
              <w:jc w:val="center"/>
              <w:rPr>
                <w:rFonts w:cs="Times New Roman"/>
                <w:szCs w:val="24"/>
              </w:rPr>
            </w:pPr>
          </w:p>
        </w:tc>
        <w:tc>
          <w:tcPr>
            <w:tcW w:w="2410" w:type="dxa"/>
            <w:vAlign w:val="center"/>
          </w:tcPr>
          <w:p w14:paraId="0398B1EE" w14:textId="66240461" w:rsidR="00077800" w:rsidRPr="008974C5" w:rsidRDefault="00077800">
            <w:pPr>
              <w:jc w:val="center"/>
              <w:rPr>
                <w:rFonts w:cs="Times New Roman"/>
                <w:szCs w:val="24"/>
              </w:rPr>
            </w:pPr>
            <w:r w:rsidRPr="008974C5">
              <w:rPr>
                <w:rFonts w:cs="Times New Roman"/>
                <w:szCs w:val="24"/>
              </w:rPr>
              <w:t>Teu 90° Ø 450-530 mm</w:t>
            </w:r>
          </w:p>
        </w:tc>
        <w:tc>
          <w:tcPr>
            <w:tcW w:w="1276" w:type="dxa"/>
            <w:vAlign w:val="center"/>
          </w:tcPr>
          <w:p w14:paraId="13EEB4D5" w14:textId="218E3252" w:rsidR="00077800" w:rsidRPr="008974C5" w:rsidRDefault="00077800">
            <w:pPr>
              <w:jc w:val="center"/>
              <w:rPr>
                <w:rFonts w:cs="Times New Roman"/>
                <w:szCs w:val="24"/>
              </w:rPr>
            </w:pPr>
            <w:r w:rsidRPr="008974C5">
              <w:rPr>
                <w:rFonts w:cs="Times New Roman"/>
                <w:szCs w:val="24"/>
              </w:rPr>
              <w:t>1 buc</w:t>
            </w:r>
          </w:p>
        </w:tc>
        <w:tc>
          <w:tcPr>
            <w:tcW w:w="3969" w:type="dxa"/>
          </w:tcPr>
          <w:p w14:paraId="479BF9CA" w14:textId="2B79B5DC" w:rsidR="00077800" w:rsidRPr="008974C5" w:rsidRDefault="00077800">
            <w:pPr>
              <w:rPr>
                <w:rFonts w:cs="Times New Roman"/>
                <w:szCs w:val="24"/>
              </w:rPr>
            </w:pPr>
            <w:r w:rsidRPr="008974C5">
              <w:rPr>
                <w:rFonts w:cs="Times New Roman"/>
                <w:szCs w:val="24"/>
              </w:rPr>
              <w:t>Tip: Teu 90° dublu perete; Material: Oțel inoxidabil, interior AISI 3</w:t>
            </w:r>
            <w:r w:rsidR="008974C5">
              <w:rPr>
                <w:rFonts w:cs="Times New Roman"/>
                <w:szCs w:val="24"/>
              </w:rPr>
              <w:t>16</w:t>
            </w:r>
            <w:r w:rsidRPr="008974C5">
              <w:rPr>
                <w:rFonts w:cs="Times New Roman"/>
                <w:szCs w:val="24"/>
              </w:rPr>
              <w:t xml:space="preserve">, exterior AISI 430; Grosimea oțelului: interior minimum 1 mm, exterior minimum 0,5 mm; Izolația: vată </w:t>
            </w:r>
            <w:r w:rsidRPr="008974C5">
              <w:rPr>
                <w:rFonts w:cs="Times New Roman"/>
                <w:szCs w:val="24"/>
              </w:rPr>
              <w:lastRenderedPageBreak/>
              <w:t>minerală bazaltică minim 40 mm/650°C; Destinat a fi utilizat la cazane cu combustibil solid (cărbune). Lungimea: 500 mm; Diametru: interior 450 mm, exterior 530 mm. Prețul propus trebuie să fie pentru un element.</w:t>
            </w:r>
          </w:p>
        </w:tc>
        <w:tc>
          <w:tcPr>
            <w:tcW w:w="1276" w:type="dxa"/>
            <w:vAlign w:val="center"/>
          </w:tcPr>
          <w:p w14:paraId="45CA8CE1" w14:textId="77777777" w:rsidR="00077800" w:rsidRPr="008974C5" w:rsidRDefault="00077800" w:rsidP="002E4DF9">
            <w:pPr>
              <w:jc w:val="center"/>
              <w:rPr>
                <w:rFonts w:cs="Times New Roman"/>
                <w:szCs w:val="24"/>
              </w:rPr>
            </w:pPr>
            <w:r w:rsidRPr="008974C5">
              <w:rPr>
                <w:rFonts w:cs="Times New Roman"/>
                <w:szCs w:val="24"/>
              </w:rPr>
              <w:lastRenderedPageBreak/>
              <w:t>5 100,00</w:t>
            </w:r>
          </w:p>
        </w:tc>
      </w:tr>
      <w:tr w:rsidR="00077800" w:rsidRPr="008974C5" w14:paraId="5AC31C15" w14:textId="77777777" w:rsidTr="004B7339">
        <w:tc>
          <w:tcPr>
            <w:tcW w:w="567" w:type="dxa"/>
            <w:vAlign w:val="center"/>
          </w:tcPr>
          <w:p w14:paraId="2DE37958" w14:textId="77777777" w:rsidR="00077800" w:rsidRPr="008974C5" w:rsidRDefault="00077800" w:rsidP="00F1123E">
            <w:pPr>
              <w:ind w:left="-105" w:right="-30"/>
              <w:jc w:val="center"/>
              <w:rPr>
                <w:rFonts w:cs="Times New Roman"/>
                <w:szCs w:val="24"/>
              </w:rPr>
            </w:pPr>
            <w:r w:rsidRPr="008974C5">
              <w:rPr>
                <w:rFonts w:cs="Times New Roman"/>
                <w:szCs w:val="24"/>
              </w:rPr>
              <w:t>1.13</w:t>
            </w:r>
          </w:p>
        </w:tc>
        <w:tc>
          <w:tcPr>
            <w:tcW w:w="567" w:type="dxa"/>
            <w:vMerge w:val="restart"/>
            <w:vAlign w:val="center"/>
          </w:tcPr>
          <w:p w14:paraId="459CCEFC" w14:textId="77777777" w:rsidR="00077800" w:rsidRPr="008974C5" w:rsidRDefault="00077800">
            <w:pPr>
              <w:jc w:val="center"/>
              <w:rPr>
                <w:rFonts w:cs="Times New Roman"/>
                <w:szCs w:val="24"/>
              </w:rPr>
            </w:pPr>
          </w:p>
        </w:tc>
        <w:tc>
          <w:tcPr>
            <w:tcW w:w="2410" w:type="dxa"/>
            <w:vAlign w:val="center"/>
          </w:tcPr>
          <w:p w14:paraId="0E67CE13" w14:textId="54F01F1E" w:rsidR="00077800" w:rsidRPr="008974C5" w:rsidRDefault="00077800">
            <w:pPr>
              <w:jc w:val="center"/>
              <w:rPr>
                <w:rFonts w:cs="Times New Roman"/>
                <w:szCs w:val="24"/>
              </w:rPr>
            </w:pPr>
            <w:r w:rsidRPr="008974C5">
              <w:rPr>
                <w:rFonts w:cs="Times New Roman"/>
                <w:szCs w:val="24"/>
              </w:rPr>
              <w:t>Teu 90° Ø 500-580 mm</w:t>
            </w:r>
          </w:p>
        </w:tc>
        <w:tc>
          <w:tcPr>
            <w:tcW w:w="1276" w:type="dxa"/>
            <w:vAlign w:val="center"/>
          </w:tcPr>
          <w:p w14:paraId="3F596CF1" w14:textId="3648A9DB" w:rsidR="00077800" w:rsidRPr="008974C5" w:rsidRDefault="00077800">
            <w:pPr>
              <w:jc w:val="center"/>
              <w:rPr>
                <w:rFonts w:cs="Times New Roman"/>
                <w:szCs w:val="24"/>
              </w:rPr>
            </w:pPr>
            <w:r w:rsidRPr="008974C5">
              <w:rPr>
                <w:rFonts w:cs="Times New Roman"/>
                <w:szCs w:val="24"/>
              </w:rPr>
              <w:t>1 buc</w:t>
            </w:r>
          </w:p>
        </w:tc>
        <w:tc>
          <w:tcPr>
            <w:tcW w:w="3969" w:type="dxa"/>
          </w:tcPr>
          <w:p w14:paraId="64B542AC" w14:textId="5C1926B1" w:rsidR="00077800" w:rsidRPr="008974C5" w:rsidRDefault="00077800">
            <w:pPr>
              <w:rPr>
                <w:rFonts w:cs="Times New Roman"/>
                <w:szCs w:val="24"/>
              </w:rPr>
            </w:pPr>
            <w:r w:rsidRPr="008974C5">
              <w:rPr>
                <w:rFonts w:cs="Times New Roman"/>
                <w:szCs w:val="24"/>
              </w:rPr>
              <w:t>Tip: Teu 90° dublu perete; Material: Oțel inoxidabil, interior AISI 3</w:t>
            </w:r>
            <w:r w:rsidR="008974C5">
              <w:rPr>
                <w:rFonts w:cs="Times New Roman"/>
                <w:szCs w:val="24"/>
              </w:rPr>
              <w:t>16</w:t>
            </w:r>
            <w:r w:rsidRPr="008974C5">
              <w:rPr>
                <w:rFonts w:cs="Times New Roman"/>
                <w:szCs w:val="24"/>
              </w:rPr>
              <w:t xml:space="preserve">, exterior AISI 430; Grosimea oțelului: interior minimum </w:t>
            </w:r>
            <w:r w:rsidR="008974C5">
              <w:rPr>
                <w:rFonts w:cs="Times New Roman"/>
                <w:szCs w:val="24"/>
              </w:rPr>
              <w:t>0,8</w:t>
            </w:r>
            <w:r w:rsidRPr="008974C5">
              <w:rPr>
                <w:rFonts w:cs="Times New Roman"/>
                <w:szCs w:val="24"/>
              </w:rPr>
              <w:t xml:space="preserve"> mm, exterior minimum 0,5 mm; Izolația: vată minerală bazaltică minim 40 mm/650°C; Destinat a fi utilizat la cazane cu combustibil solid (cărbune). Lungimea: 500 mm; Diametru: interior 500 mm, exterior 580 mm. Prețul propus trebuie să fie pentru un element.</w:t>
            </w:r>
          </w:p>
        </w:tc>
        <w:tc>
          <w:tcPr>
            <w:tcW w:w="1276" w:type="dxa"/>
            <w:vAlign w:val="center"/>
          </w:tcPr>
          <w:p w14:paraId="18CBBA9F" w14:textId="77777777" w:rsidR="00077800" w:rsidRPr="008974C5" w:rsidRDefault="00077800" w:rsidP="002E4DF9">
            <w:pPr>
              <w:jc w:val="center"/>
              <w:rPr>
                <w:rFonts w:cs="Times New Roman"/>
                <w:szCs w:val="24"/>
              </w:rPr>
            </w:pPr>
            <w:r w:rsidRPr="008974C5">
              <w:rPr>
                <w:rFonts w:cs="Times New Roman"/>
                <w:szCs w:val="24"/>
              </w:rPr>
              <w:t>5 800,00</w:t>
            </w:r>
          </w:p>
        </w:tc>
      </w:tr>
      <w:tr w:rsidR="00077800" w:rsidRPr="008974C5" w14:paraId="088EBD7E" w14:textId="77777777" w:rsidTr="004B7339">
        <w:tc>
          <w:tcPr>
            <w:tcW w:w="567" w:type="dxa"/>
            <w:vAlign w:val="center"/>
          </w:tcPr>
          <w:p w14:paraId="0A1945EC" w14:textId="77777777" w:rsidR="00077800" w:rsidRPr="008974C5" w:rsidRDefault="00077800" w:rsidP="00D6542B">
            <w:pPr>
              <w:ind w:left="-105" w:right="-102"/>
              <w:jc w:val="center"/>
              <w:rPr>
                <w:rFonts w:cs="Times New Roman"/>
                <w:szCs w:val="24"/>
              </w:rPr>
            </w:pPr>
            <w:r w:rsidRPr="008974C5">
              <w:rPr>
                <w:rFonts w:cs="Times New Roman"/>
                <w:szCs w:val="24"/>
              </w:rPr>
              <w:t>1.14</w:t>
            </w:r>
          </w:p>
        </w:tc>
        <w:tc>
          <w:tcPr>
            <w:tcW w:w="567" w:type="dxa"/>
            <w:vMerge/>
            <w:vAlign w:val="center"/>
          </w:tcPr>
          <w:p w14:paraId="418A8D3D" w14:textId="77777777" w:rsidR="00077800" w:rsidRPr="008974C5" w:rsidRDefault="00077800" w:rsidP="00BF7C76">
            <w:pPr>
              <w:jc w:val="center"/>
              <w:rPr>
                <w:rFonts w:cs="Times New Roman"/>
                <w:szCs w:val="24"/>
              </w:rPr>
            </w:pPr>
          </w:p>
        </w:tc>
        <w:tc>
          <w:tcPr>
            <w:tcW w:w="2410" w:type="dxa"/>
            <w:vAlign w:val="center"/>
          </w:tcPr>
          <w:p w14:paraId="2E4F4980" w14:textId="6E602776" w:rsidR="00077800" w:rsidRPr="008974C5" w:rsidRDefault="00077800">
            <w:pPr>
              <w:jc w:val="center"/>
              <w:rPr>
                <w:rFonts w:cs="Times New Roman"/>
                <w:szCs w:val="24"/>
              </w:rPr>
            </w:pPr>
            <w:r w:rsidRPr="008974C5">
              <w:rPr>
                <w:rFonts w:cs="Times New Roman"/>
                <w:szCs w:val="24"/>
              </w:rPr>
              <w:t>Colector de condens Ø 500 mm</w:t>
            </w:r>
          </w:p>
        </w:tc>
        <w:tc>
          <w:tcPr>
            <w:tcW w:w="1276" w:type="dxa"/>
            <w:vAlign w:val="center"/>
          </w:tcPr>
          <w:p w14:paraId="32C36C86" w14:textId="6BD0D700" w:rsidR="00077800" w:rsidRPr="008974C5" w:rsidRDefault="00077800">
            <w:pPr>
              <w:jc w:val="center"/>
              <w:rPr>
                <w:rFonts w:cs="Times New Roman"/>
                <w:szCs w:val="24"/>
              </w:rPr>
            </w:pPr>
            <w:r w:rsidRPr="008974C5">
              <w:rPr>
                <w:rFonts w:cs="Times New Roman"/>
                <w:szCs w:val="24"/>
              </w:rPr>
              <w:t>1 buc</w:t>
            </w:r>
          </w:p>
        </w:tc>
        <w:tc>
          <w:tcPr>
            <w:tcW w:w="3969" w:type="dxa"/>
          </w:tcPr>
          <w:p w14:paraId="0E270CED" w14:textId="2123A5FE" w:rsidR="00077800" w:rsidRPr="008974C5" w:rsidRDefault="00077800">
            <w:pPr>
              <w:rPr>
                <w:rFonts w:cs="Times New Roman"/>
                <w:szCs w:val="24"/>
              </w:rPr>
            </w:pPr>
            <w:r w:rsidRPr="008974C5">
              <w:rPr>
                <w:rFonts w:cs="Times New Roman"/>
                <w:szCs w:val="24"/>
              </w:rPr>
              <w:t>Tip: Colector de condens inox; Material: Oțel inoxidabil AISI 3</w:t>
            </w:r>
            <w:r w:rsidR="008974C5">
              <w:rPr>
                <w:rFonts w:cs="Times New Roman"/>
                <w:szCs w:val="24"/>
              </w:rPr>
              <w:t>16</w:t>
            </w:r>
            <w:r w:rsidRPr="008974C5">
              <w:rPr>
                <w:rFonts w:cs="Times New Roman"/>
                <w:szCs w:val="24"/>
              </w:rPr>
              <w:t xml:space="preserve">/AISI </w:t>
            </w:r>
            <w:r w:rsidR="009A3CB7">
              <w:rPr>
                <w:rFonts w:cs="Times New Roman"/>
                <w:szCs w:val="24"/>
              </w:rPr>
              <w:t>304</w:t>
            </w:r>
            <w:r w:rsidRPr="008974C5">
              <w:rPr>
                <w:rFonts w:cs="Times New Roman"/>
                <w:szCs w:val="24"/>
              </w:rPr>
              <w:t>; Grosimea oțelului: minimum 0,5 mm. Diametru: 500 mm.</w:t>
            </w:r>
          </w:p>
        </w:tc>
        <w:tc>
          <w:tcPr>
            <w:tcW w:w="1276" w:type="dxa"/>
            <w:vAlign w:val="center"/>
          </w:tcPr>
          <w:p w14:paraId="0B279513" w14:textId="77777777" w:rsidR="00077800" w:rsidRPr="008974C5" w:rsidRDefault="00077800" w:rsidP="002E4DF9">
            <w:pPr>
              <w:jc w:val="center"/>
              <w:rPr>
                <w:rFonts w:cs="Times New Roman"/>
                <w:szCs w:val="24"/>
              </w:rPr>
            </w:pPr>
            <w:r w:rsidRPr="008974C5">
              <w:rPr>
                <w:rFonts w:cs="Times New Roman"/>
                <w:szCs w:val="24"/>
              </w:rPr>
              <w:t>900,00</w:t>
            </w:r>
          </w:p>
        </w:tc>
      </w:tr>
      <w:tr w:rsidR="00077800" w:rsidRPr="008974C5" w14:paraId="58CF8FD4" w14:textId="77777777" w:rsidTr="004B7339">
        <w:tc>
          <w:tcPr>
            <w:tcW w:w="567" w:type="dxa"/>
            <w:vAlign w:val="center"/>
          </w:tcPr>
          <w:p w14:paraId="6708381A" w14:textId="77777777" w:rsidR="00077800" w:rsidRPr="008974C5" w:rsidRDefault="00077800" w:rsidP="00D6542B">
            <w:pPr>
              <w:ind w:left="-105" w:right="-102"/>
              <w:jc w:val="center"/>
              <w:rPr>
                <w:rFonts w:cs="Times New Roman"/>
                <w:szCs w:val="24"/>
              </w:rPr>
            </w:pPr>
            <w:r w:rsidRPr="008974C5">
              <w:rPr>
                <w:rFonts w:cs="Times New Roman"/>
                <w:szCs w:val="24"/>
              </w:rPr>
              <w:t>1.15</w:t>
            </w:r>
          </w:p>
        </w:tc>
        <w:tc>
          <w:tcPr>
            <w:tcW w:w="567" w:type="dxa"/>
            <w:vMerge/>
            <w:vAlign w:val="center"/>
          </w:tcPr>
          <w:p w14:paraId="03F7F6BF" w14:textId="77777777" w:rsidR="00077800" w:rsidRPr="008974C5" w:rsidRDefault="00077800" w:rsidP="00BF7C76">
            <w:pPr>
              <w:jc w:val="center"/>
              <w:rPr>
                <w:rFonts w:cs="Times New Roman"/>
                <w:szCs w:val="24"/>
              </w:rPr>
            </w:pPr>
          </w:p>
        </w:tc>
        <w:tc>
          <w:tcPr>
            <w:tcW w:w="2410" w:type="dxa"/>
            <w:vAlign w:val="center"/>
          </w:tcPr>
          <w:p w14:paraId="3074C217" w14:textId="385EBE3E" w:rsidR="00077800" w:rsidRPr="008974C5" w:rsidRDefault="00077800">
            <w:pPr>
              <w:jc w:val="center"/>
              <w:rPr>
                <w:rFonts w:cs="Times New Roman"/>
                <w:szCs w:val="24"/>
              </w:rPr>
            </w:pPr>
            <w:r w:rsidRPr="008974C5">
              <w:rPr>
                <w:rFonts w:cs="Times New Roman"/>
                <w:szCs w:val="24"/>
              </w:rPr>
              <w:t>Dop pentru izolație Ø 350-430 mm</w:t>
            </w:r>
          </w:p>
        </w:tc>
        <w:tc>
          <w:tcPr>
            <w:tcW w:w="1276" w:type="dxa"/>
            <w:vAlign w:val="center"/>
          </w:tcPr>
          <w:p w14:paraId="0A46C23A" w14:textId="293B7868" w:rsidR="00077800" w:rsidRPr="008974C5" w:rsidRDefault="00077800">
            <w:pPr>
              <w:jc w:val="center"/>
              <w:rPr>
                <w:rFonts w:cs="Times New Roman"/>
                <w:szCs w:val="24"/>
              </w:rPr>
            </w:pPr>
            <w:r w:rsidRPr="008974C5">
              <w:rPr>
                <w:rFonts w:cs="Times New Roman"/>
                <w:szCs w:val="24"/>
              </w:rPr>
              <w:t>1 buc</w:t>
            </w:r>
          </w:p>
        </w:tc>
        <w:tc>
          <w:tcPr>
            <w:tcW w:w="3969" w:type="dxa"/>
          </w:tcPr>
          <w:p w14:paraId="5795E4B0" w14:textId="30233B32" w:rsidR="00077800" w:rsidRPr="008974C5" w:rsidRDefault="00077800">
            <w:pPr>
              <w:rPr>
                <w:rFonts w:cs="Times New Roman"/>
                <w:szCs w:val="24"/>
              </w:rPr>
            </w:pPr>
            <w:r w:rsidRPr="008974C5">
              <w:rPr>
                <w:rFonts w:cs="Times New Roman"/>
                <w:szCs w:val="24"/>
              </w:rPr>
              <w:t>Tip: Dop pentru izolație; Material: Oțel inoxidabil AISI 3</w:t>
            </w:r>
            <w:r w:rsidR="009A3CB7">
              <w:rPr>
                <w:rFonts w:cs="Times New Roman"/>
                <w:szCs w:val="24"/>
              </w:rPr>
              <w:t>16</w:t>
            </w:r>
            <w:r w:rsidRPr="008974C5">
              <w:rPr>
                <w:rFonts w:cs="Times New Roman"/>
                <w:szCs w:val="24"/>
              </w:rPr>
              <w:t>/AISI 430; Grosimea oțelului: minimum 0,</w:t>
            </w:r>
            <w:r w:rsidR="009A3CB7">
              <w:rPr>
                <w:rFonts w:cs="Times New Roman"/>
                <w:szCs w:val="24"/>
              </w:rPr>
              <w:t>8</w:t>
            </w:r>
            <w:r w:rsidRPr="008974C5">
              <w:rPr>
                <w:rFonts w:cs="Times New Roman"/>
                <w:szCs w:val="24"/>
              </w:rPr>
              <w:t xml:space="preserve"> mm. Diametru: interior 350 mm, exterior 430 mm. Prețul propus trebuie să fie pentru un element.</w:t>
            </w:r>
          </w:p>
        </w:tc>
        <w:tc>
          <w:tcPr>
            <w:tcW w:w="1276" w:type="dxa"/>
            <w:vAlign w:val="center"/>
          </w:tcPr>
          <w:p w14:paraId="2C7327EE" w14:textId="77777777" w:rsidR="00077800" w:rsidRPr="008974C5" w:rsidRDefault="00077800" w:rsidP="002E4DF9">
            <w:pPr>
              <w:jc w:val="center"/>
              <w:rPr>
                <w:rFonts w:cs="Times New Roman"/>
                <w:szCs w:val="24"/>
              </w:rPr>
            </w:pPr>
            <w:r w:rsidRPr="008974C5">
              <w:rPr>
                <w:rFonts w:cs="Times New Roman"/>
                <w:szCs w:val="24"/>
              </w:rPr>
              <w:t>200,00</w:t>
            </w:r>
          </w:p>
        </w:tc>
      </w:tr>
      <w:tr w:rsidR="00077800" w:rsidRPr="008974C5" w14:paraId="134D1652" w14:textId="77777777" w:rsidTr="004B7339">
        <w:tc>
          <w:tcPr>
            <w:tcW w:w="567" w:type="dxa"/>
            <w:vAlign w:val="center"/>
          </w:tcPr>
          <w:p w14:paraId="2DCDA4F6" w14:textId="77777777" w:rsidR="00077800" w:rsidRPr="008974C5" w:rsidRDefault="00077800" w:rsidP="00D6542B">
            <w:pPr>
              <w:ind w:left="-105" w:right="-102"/>
              <w:jc w:val="center"/>
              <w:rPr>
                <w:rFonts w:cs="Times New Roman"/>
                <w:szCs w:val="24"/>
              </w:rPr>
            </w:pPr>
            <w:r w:rsidRPr="008974C5">
              <w:rPr>
                <w:rFonts w:cs="Times New Roman"/>
                <w:szCs w:val="24"/>
              </w:rPr>
              <w:t>1.16</w:t>
            </w:r>
          </w:p>
        </w:tc>
        <w:tc>
          <w:tcPr>
            <w:tcW w:w="567" w:type="dxa"/>
            <w:vMerge/>
            <w:vAlign w:val="center"/>
          </w:tcPr>
          <w:p w14:paraId="4367A461" w14:textId="77777777" w:rsidR="00077800" w:rsidRPr="008974C5" w:rsidRDefault="00077800" w:rsidP="00BF7C76">
            <w:pPr>
              <w:jc w:val="center"/>
              <w:rPr>
                <w:rFonts w:cs="Times New Roman"/>
                <w:szCs w:val="24"/>
              </w:rPr>
            </w:pPr>
          </w:p>
        </w:tc>
        <w:tc>
          <w:tcPr>
            <w:tcW w:w="2410" w:type="dxa"/>
            <w:vAlign w:val="center"/>
          </w:tcPr>
          <w:p w14:paraId="02733AF2" w14:textId="407AD8CC" w:rsidR="00077800" w:rsidRPr="008974C5" w:rsidRDefault="00077800">
            <w:pPr>
              <w:jc w:val="center"/>
              <w:rPr>
                <w:rFonts w:cs="Times New Roman"/>
                <w:szCs w:val="24"/>
              </w:rPr>
            </w:pPr>
            <w:r w:rsidRPr="008974C5">
              <w:rPr>
                <w:rFonts w:cs="Times New Roman"/>
                <w:szCs w:val="24"/>
              </w:rPr>
              <w:t>Dop pentru izolație Ø 300-380 mm</w:t>
            </w:r>
          </w:p>
        </w:tc>
        <w:tc>
          <w:tcPr>
            <w:tcW w:w="1276" w:type="dxa"/>
            <w:vAlign w:val="center"/>
          </w:tcPr>
          <w:p w14:paraId="19A91096" w14:textId="770DE0F3" w:rsidR="00077800" w:rsidRPr="008974C5" w:rsidRDefault="00077800">
            <w:pPr>
              <w:jc w:val="center"/>
              <w:rPr>
                <w:rFonts w:cs="Times New Roman"/>
                <w:szCs w:val="24"/>
              </w:rPr>
            </w:pPr>
            <w:r w:rsidRPr="008974C5">
              <w:rPr>
                <w:rFonts w:cs="Times New Roman"/>
                <w:szCs w:val="24"/>
              </w:rPr>
              <w:t>1 buc</w:t>
            </w:r>
          </w:p>
        </w:tc>
        <w:tc>
          <w:tcPr>
            <w:tcW w:w="3969" w:type="dxa"/>
          </w:tcPr>
          <w:p w14:paraId="05EE0697" w14:textId="6DAEFEBE" w:rsidR="00077800" w:rsidRPr="008974C5" w:rsidRDefault="00077800">
            <w:pPr>
              <w:rPr>
                <w:rFonts w:cs="Times New Roman"/>
                <w:szCs w:val="24"/>
              </w:rPr>
            </w:pPr>
            <w:r w:rsidRPr="008974C5">
              <w:rPr>
                <w:rFonts w:cs="Times New Roman"/>
                <w:szCs w:val="24"/>
              </w:rPr>
              <w:t xml:space="preserve">Tip: Dop pentru izolație; Material: Oțel inoxidabil AISI </w:t>
            </w:r>
            <w:r w:rsidR="009A3CB7">
              <w:rPr>
                <w:rFonts w:cs="Times New Roman"/>
                <w:szCs w:val="24"/>
              </w:rPr>
              <w:t>316</w:t>
            </w:r>
            <w:r w:rsidRPr="008974C5">
              <w:rPr>
                <w:rFonts w:cs="Times New Roman"/>
                <w:szCs w:val="24"/>
              </w:rPr>
              <w:t>/AISI 430; Grosimea oțelului: minimum 0,</w:t>
            </w:r>
            <w:r w:rsidR="009A3CB7">
              <w:rPr>
                <w:rFonts w:cs="Times New Roman"/>
                <w:szCs w:val="24"/>
              </w:rPr>
              <w:t>8</w:t>
            </w:r>
            <w:r w:rsidRPr="008974C5">
              <w:rPr>
                <w:rFonts w:cs="Times New Roman"/>
                <w:szCs w:val="24"/>
              </w:rPr>
              <w:t xml:space="preserve"> mm. Diametru: interior 300 mm, exterior 380 mm. Prețul propus trebuie să fie pentru un element.</w:t>
            </w:r>
          </w:p>
        </w:tc>
        <w:tc>
          <w:tcPr>
            <w:tcW w:w="1276" w:type="dxa"/>
            <w:vAlign w:val="center"/>
          </w:tcPr>
          <w:p w14:paraId="177F8CE6" w14:textId="77777777" w:rsidR="00077800" w:rsidRPr="008974C5" w:rsidRDefault="00077800" w:rsidP="002E4DF9">
            <w:pPr>
              <w:jc w:val="center"/>
              <w:rPr>
                <w:rFonts w:cs="Times New Roman"/>
                <w:szCs w:val="24"/>
              </w:rPr>
            </w:pPr>
            <w:r w:rsidRPr="008974C5">
              <w:rPr>
                <w:rFonts w:cs="Times New Roman"/>
                <w:szCs w:val="24"/>
              </w:rPr>
              <w:t>160,00</w:t>
            </w:r>
          </w:p>
        </w:tc>
      </w:tr>
      <w:tr w:rsidR="00077800" w:rsidRPr="008974C5" w14:paraId="50EB0560" w14:textId="77777777" w:rsidTr="004B7339">
        <w:tc>
          <w:tcPr>
            <w:tcW w:w="567" w:type="dxa"/>
            <w:vAlign w:val="center"/>
          </w:tcPr>
          <w:p w14:paraId="0F5DF533" w14:textId="77777777" w:rsidR="00077800" w:rsidRPr="008974C5" w:rsidRDefault="00077800" w:rsidP="00D6542B">
            <w:pPr>
              <w:ind w:left="-105" w:right="-102"/>
              <w:jc w:val="center"/>
              <w:rPr>
                <w:rFonts w:cs="Times New Roman"/>
                <w:szCs w:val="24"/>
              </w:rPr>
            </w:pPr>
            <w:r w:rsidRPr="008974C5">
              <w:rPr>
                <w:rFonts w:cs="Times New Roman"/>
                <w:szCs w:val="24"/>
              </w:rPr>
              <w:t>1.17</w:t>
            </w:r>
          </w:p>
        </w:tc>
        <w:tc>
          <w:tcPr>
            <w:tcW w:w="567" w:type="dxa"/>
            <w:vMerge/>
            <w:vAlign w:val="center"/>
          </w:tcPr>
          <w:p w14:paraId="58936147" w14:textId="77777777" w:rsidR="00077800" w:rsidRPr="008974C5" w:rsidRDefault="00077800" w:rsidP="00BF7C76">
            <w:pPr>
              <w:jc w:val="center"/>
              <w:rPr>
                <w:rFonts w:cs="Times New Roman"/>
                <w:szCs w:val="24"/>
              </w:rPr>
            </w:pPr>
          </w:p>
        </w:tc>
        <w:tc>
          <w:tcPr>
            <w:tcW w:w="2410" w:type="dxa"/>
            <w:vAlign w:val="center"/>
          </w:tcPr>
          <w:p w14:paraId="3094881F" w14:textId="4E0F9547" w:rsidR="00077800" w:rsidRPr="008974C5" w:rsidRDefault="00077800">
            <w:pPr>
              <w:jc w:val="center"/>
              <w:rPr>
                <w:rFonts w:cs="Times New Roman"/>
                <w:szCs w:val="24"/>
              </w:rPr>
            </w:pPr>
            <w:r w:rsidRPr="008974C5">
              <w:rPr>
                <w:rFonts w:cs="Times New Roman"/>
                <w:szCs w:val="24"/>
              </w:rPr>
              <w:t>Dop pentru izolație Ø 500-580 mm</w:t>
            </w:r>
          </w:p>
        </w:tc>
        <w:tc>
          <w:tcPr>
            <w:tcW w:w="1276" w:type="dxa"/>
            <w:vAlign w:val="center"/>
          </w:tcPr>
          <w:p w14:paraId="4D36E381" w14:textId="3088EDA6" w:rsidR="00077800" w:rsidRPr="008974C5" w:rsidRDefault="00077800">
            <w:pPr>
              <w:jc w:val="center"/>
              <w:rPr>
                <w:rFonts w:cs="Times New Roman"/>
                <w:szCs w:val="24"/>
              </w:rPr>
            </w:pPr>
            <w:r w:rsidRPr="008974C5">
              <w:rPr>
                <w:rFonts w:cs="Times New Roman"/>
                <w:szCs w:val="24"/>
              </w:rPr>
              <w:t>3 buc</w:t>
            </w:r>
          </w:p>
        </w:tc>
        <w:tc>
          <w:tcPr>
            <w:tcW w:w="3969" w:type="dxa"/>
          </w:tcPr>
          <w:p w14:paraId="4DC2A853" w14:textId="045721B4" w:rsidR="00077800" w:rsidRPr="008974C5" w:rsidRDefault="00077800">
            <w:pPr>
              <w:rPr>
                <w:rFonts w:cs="Times New Roman"/>
                <w:szCs w:val="24"/>
              </w:rPr>
            </w:pPr>
            <w:r w:rsidRPr="008974C5">
              <w:rPr>
                <w:rFonts w:cs="Times New Roman"/>
                <w:szCs w:val="24"/>
              </w:rPr>
              <w:t>Tip: Dop pentru izolație; Material: Oțel inoxidabil AISI 3</w:t>
            </w:r>
            <w:r w:rsidR="009A3CB7">
              <w:rPr>
                <w:rFonts w:cs="Times New Roman"/>
                <w:szCs w:val="24"/>
              </w:rPr>
              <w:t>16</w:t>
            </w:r>
            <w:r w:rsidRPr="008974C5">
              <w:rPr>
                <w:rFonts w:cs="Times New Roman"/>
                <w:szCs w:val="24"/>
              </w:rPr>
              <w:t>/AISI 430; Grosimea oțelului: minimum 0,</w:t>
            </w:r>
            <w:r w:rsidR="009A3CB7">
              <w:rPr>
                <w:rFonts w:cs="Times New Roman"/>
                <w:szCs w:val="24"/>
              </w:rPr>
              <w:t>8</w:t>
            </w:r>
            <w:r w:rsidRPr="008974C5">
              <w:rPr>
                <w:rFonts w:cs="Times New Roman"/>
                <w:szCs w:val="24"/>
              </w:rPr>
              <w:t xml:space="preserve"> mm. Diametru: interior 500 mm, exterior 580 mm. Prețul propus trebuie să fie pentru un element.</w:t>
            </w:r>
          </w:p>
        </w:tc>
        <w:tc>
          <w:tcPr>
            <w:tcW w:w="1276" w:type="dxa"/>
            <w:vAlign w:val="center"/>
          </w:tcPr>
          <w:p w14:paraId="3FC05789" w14:textId="77777777" w:rsidR="00077800" w:rsidRPr="008974C5" w:rsidRDefault="00077800" w:rsidP="002E4DF9">
            <w:pPr>
              <w:jc w:val="center"/>
              <w:rPr>
                <w:rFonts w:cs="Times New Roman"/>
                <w:szCs w:val="24"/>
              </w:rPr>
            </w:pPr>
            <w:r w:rsidRPr="008974C5">
              <w:rPr>
                <w:rFonts w:cs="Times New Roman"/>
                <w:szCs w:val="24"/>
              </w:rPr>
              <w:t>900,00</w:t>
            </w:r>
          </w:p>
        </w:tc>
      </w:tr>
      <w:tr w:rsidR="00077800" w:rsidRPr="008974C5" w14:paraId="19551235" w14:textId="77777777" w:rsidTr="004B7339">
        <w:tc>
          <w:tcPr>
            <w:tcW w:w="567" w:type="dxa"/>
            <w:vAlign w:val="center"/>
          </w:tcPr>
          <w:p w14:paraId="633A0F36" w14:textId="77777777" w:rsidR="00077800" w:rsidRPr="008974C5" w:rsidRDefault="00077800" w:rsidP="00D6542B">
            <w:pPr>
              <w:ind w:left="-105" w:right="-102"/>
              <w:jc w:val="center"/>
              <w:rPr>
                <w:rFonts w:cs="Times New Roman"/>
                <w:szCs w:val="24"/>
              </w:rPr>
            </w:pPr>
            <w:r w:rsidRPr="008974C5">
              <w:rPr>
                <w:rFonts w:cs="Times New Roman"/>
                <w:szCs w:val="24"/>
              </w:rPr>
              <w:t>1.18</w:t>
            </w:r>
          </w:p>
        </w:tc>
        <w:tc>
          <w:tcPr>
            <w:tcW w:w="567" w:type="dxa"/>
            <w:vMerge/>
            <w:vAlign w:val="center"/>
          </w:tcPr>
          <w:p w14:paraId="5EC02B42" w14:textId="77777777" w:rsidR="00077800" w:rsidRPr="008974C5" w:rsidRDefault="00077800" w:rsidP="00BF7C76">
            <w:pPr>
              <w:jc w:val="center"/>
              <w:rPr>
                <w:rFonts w:cs="Times New Roman"/>
                <w:szCs w:val="24"/>
              </w:rPr>
            </w:pPr>
          </w:p>
        </w:tc>
        <w:tc>
          <w:tcPr>
            <w:tcW w:w="2410" w:type="dxa"/>
            <w:vAlign w:val="center"/>
          </w:tcPr>
          <w:p w14:paraId="0692B260" w14:textId="664DF55B" w:rsidR="00077800" w:rsidRPr="008974C5" w:rsidRDefault="00077800">
            <w:pPr>
              <w:jc w:val="center"/>
              <w:rPr>
                <w:rFonts w:cs="Times New Roman"/>
                <w:szCs w:val="24"/>
              </w:rPr>
            </w:pPr>
            <w:r w:rsidRPr="008974C5">
              <w:rPr>
                <w:rFonts w:cs="Times New Roman"/>
                <w:szCs w:val="24"/>
              </w:rPr>
              <w:t>Capac Ø 350 mm</w:t>
            </w:r>
          </w:p>
        </w:tc>
        <w:tc>
          <w:tcPr>
            <w:tcW w:w="1276" w:type="dxa"/>
            <w:vAlign w:val="center"/>
          </w:tcPr>
          <w:p w14:paraId="44D1BC3B" w14:textId="59C3506F" w:rsidR="00077800" w:rsidRPr="008974C5" w:rsidRDefault="00077800">
            <w:pPr>
              <w:jc w:val="center"/>
              <w:rPr>
                <w:rFonts w:cs="Times New Roman"/>
                <w:szCs w:val="24"/>
              </w:rPr>
            </w:pPr>
            <w:r w:rsidRPr="008974C5">
              <w:rPr>
                <w:rFonts w:cs="Times New Roman"/>
                <w:szCs w:val="24"/>
              </w:rPr>
              <w:t>1 buc</w:t>
            </w:r>
          </w:p>
        </w:tc>
        <w:tc>
          <w:tcPr>
            <w:tcW w:w="3969" w:type="dxa"/>
          </w:tcPr>
          <w:p w14:paraId="3D2EF57B" w14:textId="767638EC" w:rsidR="00077800" w:rsidRPr="008974C5" w:rsidRDefault="00077800">
            <w:pPr>
              <w:rPr>
                <w:rFonts w:cs="Times New Roman"/>
                <w:szCs w:val="24"/>
              </w:rPr>
            </w:pPr>
            <w:r w:rsidRPr="008974C5">
              <w:rPr>
                <w:rFonts w:cs="Times New Roman"/>
                <w:szCs w:val="24"/>
              </w:rPr>
              <w:t>Tip: Capac coș de fum; Material: Oțel inoxidabil AISI 3</w:t>
            </w:r>
            <w:r w:rsidR="009A3CB7">
              <w:rPr>
                <w:rFonts w:cs="Times New Roman"/>
                <w:szCs w:val="24"/>
              </w:rPr>
              <w:t>16</w:t>
            </w:r>
            <w:r w:rsidRPr="008974C5">
              <w:rPr>
                <w:rFonts w:cs="Times New Roman"/>
                <w:szCs w:val="24"/>
              </w:rPr>
              <w:t xml:space="preserve">/AISI </w:t>
            </w:r>
            <w:r w:rsidR="009A3CB7">
              <w:rPr>
                <w:rFonts w:cs="Times New Roman"/>
                <w:szCs w:val="24"/>
              </w:rPr>
              <w:t>304</w:t>
            </w:r>
            <w:r w:rsidRPr="008974C5">
              <w:rPr>
                <w:rFonts w:cs="Times New Roman"/>
                <w:szCs w:val="24"/>
              </w:rPr>
              <w:t>; Grosimea oțelului: minimum 0,</w:t>
            </w:r>
            <w:r w:rsidR="009A3CB7">
              <w:rPr>
                <w:rFonts w:cs="Times New Roman"/>
                <w:szCs w:val="24"/>
              </w:rPr>
              <w:t>8</w:t>
            </w:r>
            <w:r w:rsidRPr="008974C5">
              <w:rPr>
                <w:rFonts w:cs="Times New Roman"/>
                <w:szCs w:val="24"/>
              </w:rPr>
              <w:t xml:space="preserve"> mm. Diametru: 350 mm. Prețul propus trebuie să fie pentru un element.</w:t>
            </w:r>
          </w:p>
        </w:tc>
        <w:tc>
          <w:tcPr>
            <w:tcW w:w="1276" w:type="dxa"/>
            <w:vAlign w:val="center"/>
          </w:tcPr>
          <w:p w14:paraId="4D8C458D" w14:textId="77777777" w:rsidR="00077800" w:rsidRPr="008974C5" w:rsidRDefault="00077800" w:rsidP="002E4DF9">
            <w:pPr>
              <w:jc w:val="center"/>
              <w:rPr>
                <w:rFonts w:cs="Times New Roman"/>
                <w:szCs w:val="24"/>
              </w:rPr>
            </w:pPr>
            <w:r w:rsidRPr="008974C5">
              <w:rPr>
                <w:rFonts w:cs="Times New Roman"/>
                <w:szCs w:val="24"/>
              </w:rPr>
              <w:t>200,00</w:t>
            </w:r>
          </w:p>
        </w:tc>
      </w:tr>
      <w:tr w:rsidR="00077800" w:rsidRPr="008974C5" w14:paraId="564955C8" w14:textId="77777777" w:rsidTr="004B7339">
        <w:tc>
          <w:tcPr>
            <w:tcW w:w="567" w:type="dxa"/>
            <w:vAlign w:val="center"/>
          </w:tcPr>
          <w:p w14:paraId="6FA848E1" w14:textId="77777777" w:rsidR="00077800" w:rsidRPr="008974C5" w:rsidRDefault="00077800" w:rsidP="00D6542B">
            <w:pPr>
              <w:ind w:left="-105" w:right="-102"/>
              <w:jc w:val="center"/>
              <w:rPr>
                <w:rFonts w:cs="Times New Roman"/>
                <w:szCs w:val="24"/>
              </w:rPr>
            </w:pPr>
            <w:r w:rsidRPr="008974C5">
              <w:rPr>
                <w:rFonts w:cs="Times New Roman"/>
                <w:szCs w:val="24"/>
              </w:rPr>
              <w:t>1.19</w:t>
            </w:r>
          </w:p>
        </w:tc>
        <w:tc>
          <w:tcPr>
            <w:tcW w:w="567" w:type="dxa"/>
            <w:vMerge/>
          </w:tcPr>
          <w:p w14:paraId="56538198" w14:textId="77777777" w:rsidR="00077800" w:rsidRPr="008974C5" w:rsidRDefault="00077800" w:rsidP="00BF7C76">
            <w:pPr>
              <w:jc w:val="center"/>
              <w:rPr>
                <w:rFonts w:cs="Times New Roman"/>
                <w:szCs w:val="24"/>
              </w:rPr>
            </w:pPr>
          </w:p>
        </w:tc>
        <w:tc>
          <w:tcPr>
            <w:tcW w:w="2410" w:type="dxa"/>
            <w:vAlign w:val="center"/>
          </w:tcPr>
          <w:p w14:paraId="05E4A89E" w14:textId="6E265534" w:rsidR="00077800" w:rsidRPr="008974C5" w:rsidRDefault="00077800">
            <w:pPr>
              <w:jc w:val="center"/>
              <w:rPr>
                <w:rFonts w:cs="Times New Roman"/>
                <w:szCs w:val="24"/>
              </w:rPr>
            </w:pPr>
            <w:r w:rsidRPr="008974C5">
              <w:rPr>
                <w:rFonts w:cs="Times New Roman"/>
                <w:szCs w:val="24"/>
              </w:rPr>
              <w:t>Terminație conică Ø 500-580 mm</w:t>
            </w:r>
          </w:p>
        </w:tc>
        <w:tc>
          <w:tcPr>
            <w:tcW w:w="1276" w:type="dxa"/>
            <w:vAlign w:val="center"/>
          </w:tcPr>
          <w:p w14:paraId="302573E4" w14:textId="1E89C553" w:rsidR="00077800" w:rsidRPr="008974C5" w:rsidRDefault="00077800">
            <w:pPr>
              <w:jc w:val="center"/>
              <w:rPr>
                <w:rFonts w:cs="Times New Roman"/>
                <w:szCs w:val="24"/>
              </w:rPr>
            </w:pPr>
            <w:r w:rsidRPr="008974C5">
              <w:rPr>
                <w:rFonts w:cs="Times New Roman"/>
                <w:szCs w:val="24"/>
              </w:rPr>
              <w:t>1 buc</w:t>
            </w:r>
          </w:p>
        </w:tc>
        <w:tc>
          <w:tcPr>
            <w:tcW w:w="3969" w:type="dxa"/>
          </w:tcPr>
          <w:p w14:paraId="27DBB80A" w14:textId="4DE97423" w:rsidR="00077800" w:rsidRPr="008974C5" w:rsidRDefault="00077800">
            <w:pPr>
              <w:rPr>
                <w:rFonts w:cs="Times New Roman"/>
                <w:szCs w:val="24"/>
              </w:rPr>
            </w:pPr>
            <w:r w:rsidRPr="008974C5">
              <w:rPr>
                <w:rFonts w:cs="Times New Roman"/>
                <w:szCs w:val="24"/>
              </w:rPr>
              <w:t>Tip: Terminație conică; Material: Oțel inoxidabil, interior AISI 3</w:t>
            </w:r>
            <w:r w:rsidR="009A3CB7">
              <w:rPr>
                <w:rFonts w:cs="Times New Roman"/>
                <w:szCs w:val="24"/>
              </w:rPr>
              <w:t>16</w:t>
            </w:r>
            <w:r w:rsidRPr="008974C5">
              <w:rPr>
                <w:rFonts w:cs="Times New Roman"/>
                <w:szCs w:val="24"/>
              </w:rPr>
              <w:t xml:space="preserve">, exterior AISI 430; Grosimea oțelului: interior minimum </w:t>
            </w:r>
            <w:r w:rsidR="006F10B4">
              <w:rPr>
                <w:rFonts w:cs="Times New Roman"/>
                <w:szCs w:val="24"/>
              </w:rPr>
              <w:t>0,8</w:t>
            </w:r>
            <w:r w:rsidRPr="008974C5">
              <w:rPr>
                <w:rFonts w:cs="Times New Roman"/>
                <w:szCs w:val="24"/>
              </w:rPr>
              <w:t xml:space="preserve"> mm, exterior minimum 0,</w:t>
            </w:r>
            <w:r w:rsidR="006F10B4">
              <w:rPr>
                <w:rFonts w:cs="Times New Roman"/>
                <w:szCs w:val="24"/>
              </w:rPr>
              <w:t>5</w:t>
            </w:r>
            <w:r w:rsidRPr="008974C5">
              <w:rPr>
                <w:rFonts w:cs="Times New Roman"/>
                <w:szCs w:val="24"/>
              </w:rPr>
              <w:t xml:space="preserve"> mm; Diametru: interior 500 mm, </w:t>
            </w:r>
            <w:r w:rsidRPr="008974C5">
              <w:rPr>
                <w:rFonts w:cs="Times New Roman"/>
                <w:szCs w:val="24"/>
              </w:rPr>
              <w:lastRenderedPageBreak/>
              <w:t>exterior 580 mm. Prețul propus trebuie să fie pentru un element.</w:t>
            </w:r>
          </w:p>
        </w:tc>
        <w:tc>
          <w:tcPr>
            <w:tcW w:w="1276" w:type="dxa"/>
            <w:vAlign w:val="center"/>
          </w:tcPr>
          <w:p w14:paraId="333012AD" w14:textId="77777777" w:rsidR="00077800" w:rsidRPr="008974C5" w:rsidRDefault="00077800" w:rsidP="002E4DF9">
            <w:pPr>
              <w:jc w:val="center"/>
              <w:rPr>
                <w:rFonts w:cs="Times New Roman"/>
                <w:szCs w:val="24"/>
              </w:rPr>
            </w:pPr>
            <w:r w:rsidRPr="008974C5">
              <w:rPr>
                <w:rFonts w:cs="Times New Roman"/>
                <w:szCs w:val="24"/>
              </w:rPr>
              <w:lastRenderedPageBreak/>
              <w:t>1 600,00</w:t>
            </w:r>
          </w:p>
        </w:tc>
      </w:tr>
      <w:tr w:rsidR="00077800" w:rsidRPr="008974C5" w14:paraId="744A7481" w14:textId="77777777" w:rsidTr="00077800">
        <w:tc>
          <w:tcPr>
            <w:tcW w:w="567" w:type="dxa"/>
            <w:vAlign w:val="center"/>
          </w:tcPr>
          <w:p w14:paraId="566CB8D0" w14:textId="77777777" w:rsidR="00077800" w:rsidRPr="008974C5" w:rsidRDefault="00077800" w:rsidP="00D6542B">
            <w:pPr>
              <w:ind w:left="-105" w:right="-102"/>
              <w:jc w:val="center"/>
              <w:rPr>
                <w:rFonts w:cs="Times New Roman"/>
                <w:szCs w:val="24"/>
              </w:rPr>
            </w:pPr>
            <w:r w:rsidRPr="008974C5">
              <w:rPr>
                <w:rFonts w:cs="Times New Roman"/>
                <w:szCs w:val="24"/>
              </w:rPr>
              <w:t>1.20</w:t>
            </w:r>
          </w:p>
        </w:tc>
        <w:tc>
          <w:tcPr>
            <w:tcW w:w="567" w:type="dxa"/>
            <w:vMerge w:val="restart"/>
            <w:tcBorders>
              <w:top w:val="nil"/>
            </w:tcBorders>
          </w:tcPr>
          <w:p w14:paraId="47F9B5BF" w14:textId="77777777" w:rsidR="00077800" w:rsidRPr="008974C5" w:rsidRDefault="00077800" w:rsidP="00BF7C76">
            <w:pPr>
              <w:jc w:val="center"/>
              <w:rPr>
                <w:rFonts w:cs="Times New Roman"/>
                <w:szCs w:val="24"/>
              </w:rPr>
            </w:pPr>
          </w:p>
        </w:tc>
        <w:tc>
          <w:tcPr>
            <w:tcW w:w="2410" w:type="dxa"/>
            <w:vAlign w:val="center"/>
          </w:tcPr>
          <w:p w14:paraId="6DFA9CD3" w14:textId="3E509D1D" w:rsidR="00077800" w:rsidRPr="008974C5" w:rsidRDefault="00077800">
            <w:pPr>
              <w:jc w:val="center"/>
              <w:rPr>
                <w:rFonts w:cs="Times New Roman"/>
                <w:szCs w:val="24"/>
              </w:rPr>
            </w:pPr>
            <w:r w:rsidRPr="008974C5">
              <w:rPr>
                <w:rFonts w:cs="Times New Roman"/>
                <w:szCs w:val="24"/>
              </w:rPr>
              <w:t>Platformă de descărcare Ø 500-580 mm</w:t>
            </w:r>
          </w:p>
        </w:tc>
        <w:tc>
          <w:tcPr>
            <w:tcW w:w="1276" w:type="dxa"/>
            <w:vAlign w:val="center"/>
          </w:tcPr>
          <w:p w14:paraId="425F337A" w14:textId="77DF1555" w:rsidR="00077800" w:rsidRPr="008974C5" w:rsidRDefault="00077800">
            <w:pPr>
              <w:jc w:val="center"/>
              <w:rPr>
                <w:rFonts w:cs="Times New Roman"/>
                <w:szCs w:val="24"/>
              </w:rPr>
            </w:pPr>
            <w:r w:rsidRPr="008974C5">
              <w:rPr>
                <w:rFonts w:cs="Times New Roman"/>
                <w:szCs w:val="24"/>
              </w:rPr>
              <w:t>6 buc</w:t>
            </w:r>
          </w:p>
        </w:tc>
        <w:tc>
          <w:tcPr>
            <w:tcW w:w="3969" w:type="dxa"/>
          </w:tcPr>
          <w:p w14:paraId="5946ADA7" w14:textId="27E968EF" w:rsidR="00077800" w:rsidRPr="008974C5" w:rsidRDefault="00077800">
            <w:pPr>
              <w:rPr>
                <w:rFonts w:cs="Times New Roman"/>
                <w:szCs w:val="24"/>
              </w:rPr>
            </w:pPr>
            <w:r w:rsidRPr="008974C5">
              <w:rPr>
                <w:rFonts w:cs="Times New Roman"/>
                <w:szCs w:val="24"/>
              </w:rPr>
              <w:t>Tip: Platformă de descărcare; Material: Oțel inoxidabil, interior AISI 3</w:t>
            </w:r>
            <w:r w:rsidR="009A3CB7">
              <w:rPr>
                <w:rFonts w:cs="Times New Roman"/>
                <w:szCs w:val="24"/>
              </w:rPr>
              <w:t>16</w:t>
            </w:r>
            <w:r w:rsidRPr="008974C5">
              <w:rPr>
                <w:rFonts w:cs="Times New Roman"/>
                <w:szCs w:val="24"/>
              </w:rPr>
              <w:t>, exterior AISI 430; Grosimea oțelului: interior minimum 1 mm, exterior minimum 0,</w:t>
            </w:r>
            <w:r w:rsidR="009A3CB7">
              <w:rPr>
                <w:rFonts w:cs="Times New Roman"/>
                <w:szCs w:val="24"/>
              </w:rPr>
              <w:t>8</w:t>
            </w:r>
            <w:r w:rsidRPr="008974C5">
              <w:rPr>
                <w:rFonts w:cs="Times New Roman"/>
                <w:szCs w:val="24"/>
              </w:rPr>
              <w:t xml:space="preserve"> mm; Diametru: interior 500 mm, exterior 580 mm. Prețul propus trebuie să fie pentru un element.</w:t>
            </w:r>
          </w:p>
        </w:tc>
        <w:tc>
          <w:tcPr>
            <w:tcW w:w="1276" w:type="dxa"/>
            <w:vAlign w:val="center"/>
          </w:tcPr>
          <w:p w14:paraId="0780D3D0" w14:textId="77777777" w:rsidR="00077800" w:rsidRPr="008974C5" w:rsidRDefault="00077800" w:rsidP="002E4DF9">
            <w:pPr>
              <w:jc w:val="center"/>
              <w:rPr>
                <w:rFonts w:cs="Times New Roman"/>
                <w:szCs w:val="24"/>
              </w:rPr>
            </w:pPr>
            <w:r w:rsidRPr="008974C5">
              <w:rPr>
                <w:rFonts w:cs="Times New Roman"/>
                <w:szCs w:val="24"/>
              </w:rPr>
              <w:t>4 680,00</w:t>
            </w:r>
          </w:p>
        </w:tc>
      </w:tr>
      <w:tr w:rsidR="00077800" w:rsidRPr="008974C5" w14:paraId="66163238" w14:textId="77777777" w:rsidTr="00077800">
        <w:tc>
          <w:tcPr>
            <w:tcW w:w="567" w:type="dxa"/>
            <w:vAlign w:val="center"/>
          </w:tcPr>
          <w:p w14:paraId="67645D91" w14:textId="77777777" w:rsidR="00077800" w:rsidRPr="008974C5" w:rsidRDefault="00077800" w:rsidP="00D6542B">
            <w:pPr>
              <w:ind w:left="-105" w:right="-102"/>
              <w:jc w:val="center"/>
              <w:rPr>
                <w:rFonts w:cs="Times New Roman"/>
                <w:szCs w:val="24"/>
              </w:rPr>
            </w:pPr>
            <w:r w:rsidRPr="008974C5">
              <w:rPr>
                <w:rFonts w:cs="Times New Roman"/>
                <w:szCs w:val="24"/>
              </w:rPr>
              <w:t>1.21</w:t>
            </w:r>
          </w:p>
        </w:tc>
        <w:tc>
          <w:tcPr>
            <w:tcW w:w="567" w:type="dxa"/>
            <w:vMerge/>
            <w:tcBorders>
              <w:top w:val="nil"/>
            </w:tcBorders>
          </w:tcPr>
          <w:p w14:paraId="078AE7AA" w14:textId="77777777" w:rsidR="00077800" w:rsidRPr="008974C5" w:rsidRDefault="00077800" w:rsidP="00BF7C76">
            <w:pPr>
              <w:jc w:val="center"/>
              <w:rPr>
                <w:rFonts w:cs="Times New Roman"/>
                <w:szCs w:val="24"/>
              </w:rPr>
            </w:pPr>
          </w:p>
        </w:tc>
        <w:tc>
          <w:tcPr>
            <w:tcW w:w="2410" w:type="dxa"/>
            <w:vAlign w:val="center"/>
          </w:tcPr>
          <w:p w14:paraId="42D65A59" w14:textId="1E4767EF" w:rsidR="00077800" w:rsidRPr="008974C5" w:rsidRDefault="00077800">
            <w:pPr>
              <w:jc w:val="center"/>
              <w:rPr>
                <w:rFonts w:cs="Times New Roman"/>
                <w:szCs w:val="24"/>
              </w:rPr>
            </w:pPr>
            <w:r w:rsidRPr="008974C5">
              <w:rPr>
                <w:rFonts w:cs="Times New Roman"/>
                <w:szCs w:val="24"/>
              </w:rPr>
              <w:t>Suport bază perete</w:t>
            </w:r>
          </w:p>
        </w:tc>
        <w:tc>
          <w:tcPr>
            <w:tcW w:w="1276" w:type="dxa"/>
            <w:vAlign w:val="center"/>
          </w:tcPr>
          <w:p w14:paraId="3454E685" w14:textId="01482A4D" w:rsidR="00077800" w:rsidRPr="008974C5" w:rsidRDefault="00077800">
            <w:pPr>
              <w:jc w:val="center"/>
              <w:rPr>
                <w:rFonts w:cs="Times New Roman"/>
                <w:szCs w:val="24"/>
              </w:rPr>
            </w:pPr>
            <w:r w:rsidRPr="008974C5">
              <w:rPr>
                <w:rFonts w:cs="Times New Roman"/>
                <w:szCs w:val="24"/>
              </w:rPr>
              <w:t>6 buc</w:t>
            </w:r>
          </w:p>
        </w:tc>
        <w:tc>
          <w:tcPr>
            <w:tcW w:w="3969" w:type="dxa"/>
          </w:tcPr>
          <w:p w14:paraId="381C3C28" w14:textId="77777777" w:rsidR="00077800" w:rsidRPr="008974C5" w:rsidRDefault="00077800">
            <w:pPr>
              <w:rPr>
                <w:rFonts w:cs="Times New Roman"/>
                <w:szCs w:val="24"/>
              </w:rPr>
            </w:pPr>
            <w:r w:rsidRPr="008974C5">
              <w:rPr>
                <w:rFonts w:cs="Times New Roman"/>
                <w:szCs w:val="24"/>
              </w:rPr>
              <w:t>Tip: Suport bază perete; Material: Profil oțel inoxidabil 30x30 mm; Grosimea oțelului: minimum 1 mm; Lungimea: 1200 mm. Prețul propus trebuie să fie pentru un element.</w:t>
            </w:r>
          </w:p>
        </w:tc>
        <w:tc>
          <w:tcPr>
            <w:tcW w:w="1276" w:type="dxa"/>
            <w:vAlign w:val="center"/>
          </w:tcPr>
          <w:p w14:paraId="2E3C9B15" w14:textId="77777777" w:rsidR="00077800" w:rsidRPr="008974C5" w:rsidRDefault="00077800" w:rsidP="002E4DF9">
            <w:pPr>
              <w:jc w:val="center"/>
              <w:rPr>
                <w:rFonts w:cs="Times New Roman"/>
                <w:szCs w:val="24"/>
              </w:rPr>
            </w:pPr>
            <w:r w:rsidRPr="008974C5">
              <w:rPr>
                <w:rFonts w:cs="Times New Roman"/>
                <w:szCs w:val="24"/>
              </w:rPr>
              <w:t>6 000,00</w:t>
            </w:r>
          </w:p>
        </w:tc>
      </w:tr>
      <w:tr w:rsidR="00077800" w:rsidRPr="008974C5" w14:paraId="09380D43" w14:textId="77777777" w:rsidTr="00077800">
        <w:tc>
          <w:tcPr>
            <w:tcW w:w="567" w:type="dxa"/>
            <w:vAlign w:val="center"/>
          </w:tcPr>
          <w:p w14:paraId="7C917405" w14:textId="77777777" w:rsidR="00077800" w:rsidRPr="008974C5" w:rsidRDefault="00077800" w:rsidP="00D6542B">
            <w:pPr>
              <w:ind w:left="-105" w:right="-102"/>
              <w:jc w:val="center"/>
              <w:rPr>
                <w:rFonts w:cs="Times New Roman"/>
                <w:szCs w:val="24"/>
              </w:rPr>
            </w:pPr>
            <w:r w:rsidRPr="008974C5">
              <w:rPr>
                <w:rFonts w:cs="Times New Roman"/>
                <w:szCs w:val="24"/>
              </w:rPr>
              <w:t>1.22</w:t>
            </w:r>
          </w:p>
        </w:tc>
        <w:tc>
          <w:tcPr>
            <w:tcW w:w="567" w:type="dxa"/>
            <w:vMerge/>
            <w:tcBorders>
              <w:top w:val="nil"/>
            </w:tcBorders>
          </w:tcPr>
          <w:p w14:paraId="6AEA0A6A" w14:textId="77777777" w:rsidR="00077800" w:rsidRPr="008974C5" w:rsidRDefault="00077800" w:rsidP="00BF7C76">
            <w:pPr>
              <w:jc w:val="center"/>
              <w:rPr>
                <w:rFonts w:cs="Times New Roman"/>
                <w:szCs w:val="24"/>
              </w:rPr>
            </w:pPr>
          </w:p>
        </w:tc>
        <w:tc>
          <w:tcPr>
            <w:tcW w:w="2410" w:type="dxa"/>
            <w:vAlign w:val="center"/>
          </w:tcPr>
          <w:p w14:paraId="33706781" w14:textId="28277E42" w:rsidR="00077800" w:rsidRPr="008974C5" w:rsidRDefault="00077800">
            <w:pPr>
              <w:jc w:val="center"/>
              <w:rPr>
                <w:rFonts w:cs="Times New Roman"/>
                <w:szCs w:val="24"/>
              </w:rPr>
            </w:pPr>
            <w:r w:rsidRPr="008974C5">
              <w:rPr>
                <w:rFonts w:cs="Times New Roman"/>
                <w:szCs w:val="24"/>
              </w:rPr>
              <w:t>Colier de perete (3 urechi) Ø 580 mm</w:t>
            </w:r>
          </w:p>
        </w:tc>
        <w:tc>
          <w:tcPr>
            <w:tcW w:w="1276" w:type="dxa"/>
            <w:vAlign w:val="center"/>
          </w:tcPr>
          <w:p w14:paraId="7A3F7CA0" w14:textId="546EEA96" w:rsidR="00077800" w:rsidRPr="008974C5" w:rsidRDefault="00077800">
            <w:pPr>
              <w:jc w:val="center"/>
              <w:rPr>
                <w:rFonts w:cs="Times New Roman"/>
                <w:b/>
                <w:bCs/>
                <w:szCs w:val="24"/>
              </w:rPr>
            </w:pPr>
            <w:r w:rsidRPr="008974C5">
              <w:rPr>
                <w:rFonts w:cs="Times New Roman"/>
                <w:szCs w:val="24"/>
              </w:rPr>
              <w:t>1 buc</w:t>
            </w:r>
          </w:p>
        </w:tc>
        <w:tc>
          <w:tcPr>
            <w:tcW w:w="3969" w:type="dxa"/>
          </w:tcPr>
          <w:p w14:paraId="709D123D" w14:textId="77777777" w:rsidR="00077800" w:rsidRPr="008974C5" w:rsidRDefault="00077800">
            <w:pPr>
              <w:rPr>
                <w:rFonts w:cs="Times New Roman"/>
                <w:szCs w:val="24"/>
              </w:rPr>
            </w:pPr>
            <w:r w:rsidRPr="008974C5">
              <w:rPr>
                <w:rFonts w:cs="Times New Roman"/>
                <w:szCs w:val="24"/>
              </w:rPr>
              <w:t>Tip: Colier de perete (3 urechi); Material: Oțel inoxidabil; Grosimea oțelului: minimum 1 mm. Diametru: 580 mm. Prețul propus trebuie să fie pentru un element.</w:t>
            </w:r>
          </w:p>
        </w:tc>
        <w:tc>
          <w:tcPr>
            <w:tcW w:w="1276" w:type="dxa"/>
            <w:vAlign w:val="center"/>
          </w:tcPr>
          <w:p w14:paraId="54D1A1C6" w14:textId="77777777" w:rsidR="00077800" w:rsidRPr="008974C5" w:rsidRDefault="00077800" w:rsidP="002E4DF9">
            <w:pPr>
              <w:jc w:val="center"/>
              <w:rPr>
                <w:rFonts w:cs="Times New Roman"/>
                <w:szCs w:val="24"/>
              </w:rPr>
            </w:pPr>
            <w:r w:rsidRPr="008974C5">
              <w:rPr>
                <w:rFonts w:cs="Times New Roman"/>
                <w:szCs w:val="24"/>
              </w:rPr>
              <w:t>200,00</w:t>
            </w:r>
          </w:p>
        </w:tc>
      </w:tr>
      <w:tr w:rsidR="00093190" w:rsidRPr="008974C5" w14:paraId="22CDD3CC" w14:textId="77777777" w:rsidTr="00AA0E63">
        <w:tc>
          <w:tcPr>
            <w:tcW w:w="10065" w:type="dxa"/>
            <w:gridSpan w:val="6"/>
            <w:vAlign w:val="center"/>
          </w:tcPr>
          <w:p w14:paraId="77696ED5" w14:textId="2CC22447" w:rsidR="00093190" w:rsidRPr="008974C5" w:rsidRDefault="00093190" w:rsidP="00093190">
            <w:pPr>
              <w:rPr>
                <w:rFonts w:cs="Times New Roman"/>
                <w:szCs w:val="24"/>
              </w:rPr>
            </w:pPr>
            <w:r w:rsidRPr="008974C5">
              <w:rPr>
                <w:rFonts w:cs="Times New Roman"/>
                <w:b/>
                <w:bCs/>
                <w:i/>
                <w:iCs/>
                <w:szCs w:val="24"/>
              </w:rPr>
              <w:t>Notă: Inclusiv serviciile de instalare (montaj) a coșului de fum.</w:t>
            </w:r>
          </w:p>
        </w:tc>
      </w:tr>
      <w:tr w:rsidR="006B4681" w:rsidRPr="008974C5" w14:paraId="47DC5E8D" w14:textId="77777777" w:rsidTr="004B7339">
        <w:tc>
          <w:tcPr>
            <w:tcW w:w="8789" w:type="dxa"/>
            <w:gridSpan w:val="5"/>
          </w:tcPr>
          <w:p w14:paraId="11AC46E6" w14:textId="2C8B9B77" w:rsidR="006B4681" w:rsidRPr="008974C5" w:rsidRDefault="00CF0993" w:rsidP="00CF14BC">
            <w:pPr>
              <w:jc w:val="center"/>
              <w:rPr>
                <w:rFonts w:cs="Times New Roman"/>
                <w:b/>
                <w:bCs/>
                <w:szCs w:val="24"/>
              </w:rPr>
            </w:pPr>
            <w:r w:rsidRPr="008974C5">
              <w:rPr>
                <w:rFonts w:cs="Times New Roman"/>
                <w:b/>
                <w:bCs/>
                <w:szCs w:val="24"/>
              </w:rPr>
              <w:t xml:space="preserve">Total </w:t>
            </w:r>
            <w:r w:rsidR="00CF14BC" w:rsidRPr="008974C5">
              <w:rPr>
                <w:rFonts w:cs="Times New Roman"/>
                <w:b/>
                <w:bCs/>
                <w:szCs w:val="24"/>
              </w:rPr>
              <w:t>lot nr. 1</w:t>
            </w:r>
          </w:p>
        </w:tc>
        <w:tc>
          <w:tcPr>
            <w:tcW w:w="1276" w:type="dxa"/>
          </w:tcPr>
          <w:p w14:paraId="1928A8B1" w14:textId="744B4854" w:rsidR="006B4681" w:rsidRPr="008974C5" w:rsidRDefault="00CF0993" w:rsidP="002313BC">
            <w:pPr>
              <w:ind w:left="-112" w:right="-104"/>
              <w:jc w:val="center"/>
              <w:rPr>
                <w:rFonts w:cs="Times New Roman"/>
                <w:szCs w:val="24"/>
              </w:rPr>
            </w:pPr>
            <w:r w:rsidRPr="008974C5">
              <w:rPr>
                <w:rFonts w:cs="Times New Roman"/>
                <w:b/>
                <w:szCs w:val="24"/>
              </w:rPr>
              <w:t>93 640,00</w:t>
            </w:r>
          </w:p>
        </w:tc>
      </w:tr>
      <w:tr w:rsidR="002313BC" w:rsidRPr="008974C5" w14:paraId="6075DACB" w14:textId="77777777" w:rsidTr="004B7339">
        <w:tc>
          <w:tcPr>
            <w:tcW w:w="10065" w:type="dxa"/>
            <w:gridSpan w:val="6"/>
          </w:tcPr>
          <w:p w14:paraId="503D731C" w14:textId="134506DF" w:rsidR="002313BC" w:rsidRPr="008974C5" w:rsidRDefault="002313BC" w:rsidP="002E6B06">
            <w:pPr>
              <w:jc w:val="center"/>
              <w:rPr>
                <w:rFonts w:cs="Times New Roman"/>
                <w:szCs w:val="24"/>
              </w:rPr>
            </w:pPr>
            <w:r w:rsidRPr="008974C5">
              <w:rPr>
                <w:rFonts w:cs="Times New Roman"/>
                <w:b/>
                <w:szCs w:val="24"/>
              </w:rPr>
              <w:t>Lotul nr. 2 - Coș de fum (cazangeria nr. 2)</w:t>
            </w:r>
          </w:p>
        </w:tc>
      </w:tr>
      <w:tr w:rsidR="00077800" w:rsidRPr="008974C5" w14:paraId="330CEC0F" w14:textId="77777777" w:rsidTr="007C2D8B">
        <w:tc>
          <w:tcPr>
            <w:tcW w:w="567" w:type="dxa"/>
            <w:vAlign w:val="center"/>
          </w:tcPr>
          <w:p w14:paraId="2457824D" w14:textId="77777777" w:rsidR="00077800" w:rsidRPr="008974C5" w:rsidRDefault="00077800">
            <w:pPr>
              <w:jc w:val="center"/>
              <w:rPr>
                <w:rFonts w:cs="Times New Roman"/>
                <w:szCs w:val="24"/>
              </w:rPr>
            </w:pPr>
            <w:r w:rsidRPr="008974C5">
              <w:rPr>
                <w:rFonts w:cs="Times New Roman"/>
                <w:szCs w:val="24"/>
              </w:rPr>
              <w:t>2.1</w:t>
            </w:r>
          </w:p>
        </w:tc>
        <w:tc>
          <w:tcPr>
            <w:tcW w:w="567" w:type="dxa"/>
            <w:vMerge w:val="restart"/>
            <w:textDirection w:val="btLr"/>
          </w:tcPr>
          <w:p w14:paraId="2A1175C7" w14:textId="7C08E1F2" w:rsidR="00077800" w:rsidRPr="008974C5" w:rsidRDefault="007C2D8B" w:rsidP="007C2D8B">
            <w:pPr>
              <w:ind w:left="113" w:right="113"/>
              <w:jc w:val="center"/>
              <w:rPr>
                <w:rFonts w:cs="Times New Roman"/>
                <w:szCs w:val="24"/>
              </w:rPr>
            </w:pPr>
            <w:r w:rsidRPr="008974C5">
              <w:rPr>
                <w:rFonts w:cs="Times New Roman"/>
                <w:szCs w:val="24"/>
              </w:rPr>
              <w:t>45262610-0</w:t>
            </w:r>
          </w:p>
        </w:tc>
        <w:tc>
          <w:tcPr>
            <w:tcW w:w="2410" w:type="dxa"/>
            <w:vAlign w:val="center"/>
          </w:tcPr>
          <w:p w14:paraId="320A5603" w14:textId="4E9901A6" w:rsidR="00077800" w:rsidRPr="008974C5" w:rsidRDefault="00077800">
            <w:pPr>
              <w:jc w:val="center"/>
              <w:rPr>
                <w:rFonts w:cs="Times New Roman"/>
                <w:szCs w:val="24"/>
              </w:rPr>
            </w:pPr>
            <w:r w:rsidRPr="008974C5">
              <w:rPr>
                <w:rFonts w:cs="Times New Roman"/>
                <w:szCs w:val="24"/>
              </w:rPr>
              <w:t>Țeavă Ø 250-330 mm</w:t>
            </w:r>
          </w:p>
        </w:tc>
        <w:tc>
          <w:tcPr>
            <w:tcW w:w="1276" w:type="dxa"/>
            <w:vAlign w:val="center"/>
          </w:tcPr>
          <w:p w14:paraId="51928E86" w14:textId="6A25D562" w:rsidR="00077800" w:rsidRPr="008974C5" w:rsidRDefault="00077800">
            <w:pPr>
              <w:jc w:val="center"/>
              <w:rPr>
                <w:rFonts w:cs="Times New Roman"/>
                <w:szCs w:val="24"/>
              </w:rPr>
            </w:pPr>
            <w:r w:rsidRPr="008974C5">
              <w:rPr>
                <w:rFonts w:cs="Times New Roman"/>
                <w:szCs w:val="24"/>
              </w:rPr>
              <w:t>3 buc</w:t>
            </w:r>
          </w:p>
        </w:tc>
        <w:tc>
          <w:tcPr>
            <w:tcW w:w="3969" w:type="dxa"/>
          </w:tcPr>
          <w:p w14:paraId="7E7297EC" w14:textId="1A9A7B2C" w:rsidR="00077800" w:rsidRPr="008974C5" w:rsidRDefault="00077800">
            <w:pPr>
              <w:rPr>
                <w:rFonts w:cs="Times New Roman"/>
                <w:szCs w:val="24"/>
              </w:rPr>
            </w:pPr>
            <w:r w:rsidRPr="008974C5">
              <w:rPr>
                <w:rFonts w:cs="Times New Roman"/>
                <w:szCs w:val="24"/>
              </w:rPr>
              <w:t>Tip: Țeavă pentru coș de fum dublu perete; Material: Oțel inoxidabil, interior AISI 3</w:t>
            </w:r>
            <w:r w:rsidR="009A3CB7">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250 mm, exterior 330 mm; Lungimea: 1000 mm. Prețul propus trebuie să fie pentru un metru.</w:t>
            </w:r>
          </w:p>
        </w:tc>
        <w:tc>
          <w:tcPr>
            <w:tcW w:w="1276" w:type="dxa"/>
            <w:vAlign w:val="center"/>
          </w:tcPr>
          <w:p w14:paraId="0D3B327F" w14:textId="77777777" w:rsidR="00077800" w:rsidRPr="008974C5" w:rsidRDefault="00077800" w:rsidP="004B7339">
            <w:pPr>
              <w:jc w:val="center"/>
              <w:rPr>
                <w:rFonts w:cs="Times New Roman"/>
                <w:szCs w:val="24"/>
              </w:rPr>
            </w:pPr>
            <w:r w:rsidRPr="008974C5">
              <w:rPr>
                <w:rFonts w:cs="Times New Roman"/>
                <w:szCs w:val="24"/>
              </w:rPr>
              <w:t>4 500,00</w:t>
            </w:r>
          </w:p>
        </w:tc>
      </w:tr>
      <w:tr w:rsidR="00077800" w:rsidRPr="008974C5" w14:paraId="2F9E8DAC" w14:textId="77777777" w:rsidTr="004B7339">
        <w:tc>
          <w:tcPr>
            <w:tcW w:w="567" w:type="dxa"/>
            <w:vAlign w:val="center"/>
          </w:tcPr>
          <w:p w14:paraId="11C8BE97" w14:textId="77777777" w:rsidR="00077800" w:rsidRPr="008974C5" w:rsidRDefault="00077800" w:rsidP="00D6542B">
            <w:pPr>
              <w:ind w:left="-105"/>
              <w:jc w:val="center"/>
              <w:rPr>
                <w:rFonts w:cs="Times New Roman"/>
                <w:szCs w:val="24"/>
              </w:rPr>
            </w:pPr>
            <w:r w:rsidRPr="008974C5">
              <w:rPr>
                <w:rFonts w:cs="Times New Roman"/>
                <w:szCs w:val="24"/>
              </w:rPr>
              <w:t>2.2</w:t>
            </w:r>
          </w:p>
        </w:tc>
        <w:tc>
          <w:tcPr>
            <w:tcW w:w="567" w:type="dxa"/>
            <w:vMerge/>
          </w:tcPr>
          <w:p w14:paraId="2937A9C2" w14:textId="77777777" w:rsidR="00077800" w:rsidRPr="008974C5" w:rsidRDefault="00077800" w:rsidP="00BF7C76">
            <w:pPr>
              <w:jc w:val="center"/>
              <w:rPr>
                <w:rFonts w:cs="Times New Roman"/>
                <w:szCs w:val="24"/>
              </w:rPr>
            </w:pPr>
          </w:p>
        </w:tc>
        <w:tc>
          <w:tcPr>
            <w:tcW w:w="2410" w:type="dxa"/>
            <w:vAlign w:val="center"/>
          </w:tcPr>
          <w:p w14:paraId="20DA511B" w14:textId="02A8CA87" w:rsidR="00077800" w:rsidRPr="008974C5" w:rsidRDefault="00077800">
            <w:pPr>
              <w:jc w:val="center"/>
              <w:rPr>
                <w:rFonts w:cs="Times New Roman"/>
                <w:szCs w:val="24"/>
              </w:rPr>
            </w:pPr>
            <w:r w:rsidRPr="008974C5">
              <w:rPr>
                <w:rFonts w:cs="Times New Roman"/>
                <w:szCs w:val="24"/>
              </w:rPr>
              <w:t>Țeavă Ø 350-430 mm</w:t>
            </w:r>
          </w:p>
        </w:tc>
        <w:tc>
          <w:tcPr>
            <w:tcW w:w="1276" w:type="dxa"/>
            <w:vAlign w:val="center"/>
          </w:tcPr>
          <w:p w14:paraId="7266489B" w14:textId="2140EF15" w:rsidR="00077800" w:rsidRPr="008974C5" w:rsidRDefault="00077800">
            <w:pPr>
              <w:jc w:val="center"/>
              <w:rPr>
                <w:rFonts w:cs="Times New Roman"/>
                <w:szCs w:val="24"/>
              </w:rPr>
            </w:pPr>
            <w:r w:rsidRPr="008974C5">
              <w:rPr>
                <w:rFonts w:cs="Times New Roman"/>
                <w:szCs w:val="24"/>
              </w:rPr>
              <w:t>8 buc</w:t>
            </w:r>
          </w:p>
        </w:tc>
        <w:tc>
          <w:tcPr>
            <w:tcW w:w="3969" w:type="dxa"/>
          </w:tcPr>
          <w:p w14:paraId="58FC4D4E" w14:textId="1CED3A1A" w:rsidR="00077800" w:rsidRPr="008974C5" w:rsidRDefault="00077800">
            <w:pPr>
              <w:rPr>
                <w:rFonts w:cs="Times New Roman"/>
                <w:szCs w:val="24"/>
              </w:rPr>
            </w:pPr>
            <w:r w:rsidRPr="008974C5">
              <w:rPr>
                <w:rFonts w:cs="Times New Roman"/>
                <w:szCs w:val="24"/>
              </w:rPr>
              <w:t>Tip: Țeavă pentru coș de fum dublu perete; Material: Oțel inoxidabil, interior AISI 3</w:t>
            </w:r>
            <w:r w:rsidR="009A3CB7">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Diametru: interior 350 mm, exterior 430 mm; Lungimea: 1000 mm. Prețul propus trebuie să fie pentru un metru.</w:t>
            </w:r>
          </w:p>
        </w:tc>
        <w:tc>
          <w:tcPr>
            <w:tcW w:w="1276" w:type="dxa"/>
            <w:vAlign w:val="center"/>
          </w:tcPr>
          <w:p w14:paraId="622E91DC" w14:textId="77777777" w:rsidR="00077800" w:rsidRPr="008974C5" w:rsidRDefault="00077800" w:rsidP="004B7339">
            <w:pPr>
              <w:jc w:val="center"/>
              <w:rPr>
                <w:rFonts w:cs="Times New Roman"/>
                <w:szCs w:val="24"/>
              </w:rPr>
            </w:pPr>
            <w:r w:rsidRPr="008974C5">
              <w:rPr>
                <w:rFonts w:cs="Times New Roman"/>
                <w:szCs w:val="24"/>
              </w:rPr>
              <w:t>16 800,00</w:t>
            </w:r>
          </w:p>
        </w:tc>
      </w:tr>
      <w:tr w:rsidR="00077800" w:rsidRPr="008974C5" w14:paraId="20C10BF9" w14:textId="77777777" w:rsidTr="004B7339">
        <w:tc>
          <w:tcPr>
            <w:tcW w:w="567" w:type="dxa"/>
          </w:tcPr>
          <w:p w14:paraId="70ADD6C6" w14:textId="77777777" w:rsidR="00077800" w:rsidRPr="008974C5" w:rsidRDefault="00077800">
            <w:pPr>
              <w:jc w:val="center"/>
              <w:rPr>
                <w:rFonts w:cs="Times New Roman"/>
                <w:szCs w:val="24"/>
              </w:rPr>
            </w:pPr>
            <w:r w:rsidRPr="008974C5">
              <w:rPr>
                <w:rFonts w:cs="Times New Roman"/>
                <w:szCs w:val="24"/>
              </w:rPr>
              <w:t>2.3</w:t>
            </w:r>
          </w:p>
        </w:tc>
        <w:tc>
          <w:tcPr>
            <w:tcW w:w="567" w:type="dxa"/>
            <w:vMerge/>
          </w:tcPr>
          <w:p w14:paraId="775DBBCC" w14:textId="77777777" w:rsidR="00077800" w:rsidRPr="008974C5" w:rsidRDefault="00077800" w:rsidP="00BF7C76">
            <w:pPr>
              <w:jc w:val="center"/>
              <w:rPr>
                <w:rFonts w:cs="Times New Roman"/>
                <w:szCs w:val="24"/>
              </w:rPr>
            </w:pPr>
          </w:p>
        </w:tc>
        <w:tc>
          <w:tcPr>
            <w:tcW w:w="2410" w:type="dxa"/>
            <w:vAlign w:val="center"/>
          </w:tcPr>
          <w:p w14:paraId="465965C2" w14:textId="5D2263AA" w:rsidR="00077800" w:rsidRPr="008974C5" w:rsidRDefault="00077800">
            <w:pPr>
              <w:jc w:val="center"/>
              <w:rPr>
                <w:rFonts w:cs="Times New Roman"/>
                <w:szCs w:val="24"/>
              </w:rPr>
            </w:pPr>
            <w:r w:rsidRPr="008974C5">
              <w:rPr>
                <w:rFonts w:cs="Times New Roman"/>
                <w:szCs w:val="24"/>
              </w:rPr>
              <w:t>Cot 90° Ø 250-330 mm</w:t>
            </w:r>
          </w:p>
        </w:tc>
        <w:tc>
          <w:tcPr>
            <w:tcW w:w="1276" w:type="dxa"/>
            <w:vAlign w:val="center"/>
          </w:tcPr>
          <w:p w14:paraId="6EA1AB53" w14:textId="14DA2B65" w:rsidR="00077800" w:rsidRPr="008974C5" w:rsidRDefault="00077800">
            <w:pPr>
              <w:jc w:val="center"/>
              <w:rPr>
                <w:rFonts w:cs="Times New Roman"/>
                <w:szCs w:val="24"/>
              </w:rPr>
            </w:pPr>
            <w:r w:rsidRPr="008974C5">
              <w:rPr>
                <w:rFonts w:cs="Times New Roman"/>
                <w:szCs w:val="24"/>
              </w:rPr>
              <w:t>2 buc</w:t>
            </w:r>
          </w:p>
        </w:tc>
        <w:tc>
          <w:tcPr>
            <w:tcW w:w="3969" w:type="dxa"/>
          </w:tcPr>
          <w:p w14:paraId="4B3685EA" w14:textId="3F71ECBC" w:rsidR="00077800" w:rsidRPr="008974C5" w:rsidRDefault="00077800">
            <w:pPr>
              <w:rPr>
                <w:rFonts w:cs="Times New Roman"/>
                <w:szCs w:val="24"/>
              </w:rPr>
            </w:pPr>
            <w:r w:rsidRPr="008974C5">
              <w:rPr>
                <w:rFonts w:cs="Times New Roman"/>
                <w:szCs w:val="24"/>
              </w:rPr>
              <w:t xml:space="preserve">Tip: Cot 90° dublu perete; Material: Oțel inoxidabil, interior AISI </w:t>
            </w:r>
            <w:r w:rsidR="009A3CB7">
              <w:rPr>
                <w:rFonts w:cs="Times New Roman"/>
                <w:szCs w:val="24"/>
              </w:rPr>
              <w:t>316</w:t>
            </w:r>
            <w:r w:rsidRPr="008974C5">
              <w:rPr>
                <w:rFonts w:cs="Times New Roman"/>
                <w:szCs w:val="24"/>
              </w:rPr>
              <w:t xml:space="preserve">, exterior AISI 430; Grosimea oțelului: interior minimum 1 mm, exterior minimum 0,5 mm; Izolația: vată minerală bazaltică minim 40 </w:t>
            </w:r>
            <w:r w:rsidRPr="008974C5">
              <w:rPr>
                <w:rFonts w:cs="Times New Roman"/>
                <w:szCs w:val="24"/>
              </w:rPr>
              <w:lastRenderedPageBreak/>
              <w:t>mm/650°C; Destinat a fi utilizat la cazane cu combustibil solid (cărbune). Diametru: interior 250 mm, exterior 330 mm. Prețul propus trebuie să fie pentru un element.</w:t>
            </w:r>
          </w:p>
        </w:tc>
        <w:tc>
          <w:tcPr>
            <w:tcW w:w="1276" w:type="dxa"/>
            <w:vAlign w:val="center"/>
          </w:tcPr>
          <w:p w14:paraId="05BC381B" w14:textId="77777777" w:rsidR="00077800" w:rsidRPr="008974C5" w:rsidRDefault="00077800" w:rsidP="004B7339">
            <w:pPr>
              <w:jc w:val="center"/>
              <w:rPr>
                <w:rFonts w:cs="Times New Roman"/>
                <w:szCs w:val="24"/>
              </w:rPr>
            </w:pPr>
            <w:r w:rsidRPr="008974C5">
              <w:rPr>
                <w:rFonts w:cs="Times New Roman"/>
                <w:szCs w:val="24"/>
              </w:rPr>
              <w:lastRenderedPageBreak/>
              <w:t>3 800,00</w:t>
            </w:r>
          </w:p>
        </w:tc>
      </w:tr>
      <w:tr w:rsidR="00077800" w:rsidRPr="008974C5" w14:paraId="2F379E02" w14:textId="77777777" w:rsidTr="00791221">
        <w:tc>
          <w:tcPr>
            <w:tcW w:w="567" w:type="dxa"/>
            <w:vAlign w:val="center"/>
          </w:tcPr>
          <w:p w14:paraId="28F510B9" w14:textId="77777777" w:rsidR="00077800" w:rsidRPr="008974C5" w:rsidRDefault="00077800">
            <w:pPr>
              <w:jc w:val="center"/>
              <w:rPr>
                <w:rFonts w:cs="Times New Roman"/>
                <w:szCs w:val="24"/>
              </w:rPr>
            </w:pPr>
            <w:r w:rsidRPr="008974C5">
              <w:rPr>
                <w:rFonts w:cs="Times New Roman"/>
                <w:szCs w:val="24"/>
              </w:rPr>
              <w:t>2.4</w:t>
            </w:r>
          </w:p>
        </w:tc>
        <w:tc>
          <w:tcPr>
            <w:tcW w:w="567" w:type="dxa"/>
            <w:vMerge w:val="restart"/>
          </w:tcPr>
          <w:p w14:paraId="1A92F049" w14:textId="77777777" w:rsidR="00077800" w:rsidRPr="008974C5" w:rsidRDefault="00077800" w:rsidP="00BF7C76">
            <w:pPr>
              <w:jc w:val="center"/>
              <w:rPr>
                <w:rFonts w:cs="Times New Roman"/>
                <w:szCs w:val="24"/>
              </w:rPr>
            </w:pPr>
          </w:p>
        </w:tc>
        <w:tc>
          <w:tcPr>
            <w:tcW w:w="2410" w:type="dxa"/>
            <w:vAlign w:val="center"/>
          </w:tcPr>
          <w:p w14:paraId="7F4B6968" w14:textId="2C174579" w:rsidR="00077800" w:rsidRPr="008974C5" w:rsidRDefault="00077800">
            <w:pPr>
              <w:jc w:val="center"/>
              <w:rPr>
                <w:rFonts w:cs="Times New Roman"/>
                <w:szCs w:val="24"/>
              </w:rPr>
            </w:pPr>
            <w:r w:rsidRPr="008974C5">
              <w:rPr>
                <w:rFonts w:cs="Times New Roman"/>
                <w:szCs w:val="24"/>
              </w:rPr>
              <w:t>Teu 90° Ø 350-430 mm</w:t>
            </w:r>
          </w:p>
        </w:tc>
        <w:tc>
          <w:tcPr>
            <w:tcW w:w="1276" w:type="dxa"/>
            <w:vAlign w:val="center"/>
          </w:tcPr>
          <w:p w14:paraId="0B17A795" w14:textId="7281088F" w:rsidR="00077800" w:rsidRPr="008974C5" w:rsidRDefault="00077800">
            <w:pPr>
              <w:jc w:val="center"/>
              <w:rPr>
                <w:rFonts w:cs="Times New Roman"/>
                <w:szCs w:val="24"/>
              </w:rPr>
            </w:pPr>
            <w:r w:rsidRPr="008974C5">
              <w:rPr>
                <w:rFonts w:cs="Times New Roman"/>
                <w:szCs w:val="24"/>
              </w:rPr>
              <w:t>1 buc</w:t>
            </w:r>
          </w:p>
        </w:tc>
        <w:tc>
          <w:tcPr>
            <w:tcW w:w="3969" w:type="dxa"/>
          </w:tcPr>
          <w:p w14:paraId="2584A8B7" w14:textId="21BA53CC" w:rsidR="00077800" w:rsidRPr="008974C5" w:rsidRDefault="00077800">
            <w:pPr>
              <w:rPr>
                <w:rFonts w:cs="Times New Roman"/>
                <w:szCs w:val="24"/>
              </w:rPr>
            </w:pPr>
            <w:r w:rsidRPr="008974C5">
              <w:rPr>
                <w:rFonts w:cs="Times New Roman"/>
                <w:szCs w:val="24"/>
              </w:rPr>
              <w:t>Tip: Teu 90° dublu perete; Material: Oțel inoxidabil, interior AISI 3</w:t>
            </w:r>
            <w:r w:rsidR="009A3CB7">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6D49470D" w14:textId="77777777" w:rsidR="00077800" w:rsidRPr="008974C5" w:rsidRDefault="00077800" w:rsidP="004B7339">
            <w:pPr>
              <w:jc w:val="center"/>
              <w:rPr>
                <w:rFonts w:cs="Times New Roman"/>
                <w:szCs w:val="24"/>
              </w:rPr>
            </w:pPr>
            <w:r w:rsidRPr="008974C5">
              <w:rPr>
                <w:rFonts w:cs="Times New Roman"/>
                <w:szCs w:val="24"/>
              </w:rPr>
              <w:t>4 000,00</w:t>
            </w:r>
          </w:p>
        </w:tc>
      </w:tr>
      <w:tr w:rsidR="00077800" w:rsidRPr="008974C5" w14:paraId="6B9DFAC3" w14:textId="77777777" w:rsidTr="00791221">
        <w:tc>
          <w:tcPr>
            <w:tcW w:w="567" w:type="dxa"/>
            <w:vAlign w:val="center"/>
          </w:tcPr>
          <w:p w14:paraId="03B575F1" w14:textId="77777777" w:rsidR="00077800" w:rsidRPr="008974C5" w:rsidRDefault="00077800">
            <w:pPr>
              <w:jc w:val="center"/>
              <w:rPr>
                <w:rFonts w:cs="Times New Roman"/>
                <w:szCs w:val="24"/>
              </w:rPr>
            </w:pPr>
            <w:r w:rsidRPr="008974C5">
              <w:rPr>
                <w:rFonts w:cs="Times New Roman"/>
                <w:szCs w:val="24"/>
              </w:rPr>
              <w:t>2.5</w:t>
            </w:r>
          </w:p>
        </w:tc>
        <w:tc>
          <w:tcPr>
            <w:tcW w:w="567" w:type="dxa"/>
            <w:vMerge/>
          </w:tcPr>
          <w:p w14:paraId="247520AB" w14:textId="77777777" w:rsidR="00077800" w:rsidRPr="008974C5" w:rsidRDefault="00077800" w:rsidP="00BF7C76">
            <w:pPr>
              <w:jc w:val="center"/>
              <w:rPr>
                <w:rFonts w:cs="Times New Roman"/>
                <w:szCs w:val="24"/>
              </w:rPr>
            </w:pPr>
          </w:p>
        </w:tc>
        <w:tc>
          <w:tcPr>
            <w:tcW w:w="2410" w:type="dxa"/>
            <w:vAlign w:val="center"/>
          </w:tcPr>
          <w:p w14:paraId="66450CBD" w14:textId="7B25E763" w:rsidR="00077800" w:rsidRPr="008974C5" w:rsidRDefault="00077800">
            <w:pPr>
              <w:jc w:val="center"/>
              <w:rPr>
                <w:rFonts w:cs="Times New Roman"/>
                <w:szCs w:val="24"/>
              </w:rPr>
            </w:pPr>
            <w:r w:rsidRPr="008974C5">
              <w:rPr>
                <w:rFonts w:cs="Times New Roman"/>
                <w:szCs w:val="24"/>
              </w:rPr>
              <w:t>Teu 45° Ø 350-430 mm</w:t>
            </w:r>
          </w:p>
        </w:tc>
        <w:tc>
          <w:tcPr>
            <w:tcW w:w="1276" w:type="dxa"/>
            <w:vAlign w:val="center"/>
          </w:tcPr>
          <w:p w14:paraId="0206A533" w14:textId="5B96661E" w:rsidR="00077800" w:rsidRPr="008974C5" w:rsidRDefault="00077800">
            <w:pPr>
              <w:jc w:val="center"/>
              <w:rPr>
                <w:rFonts w:cs="Times New Roman"/>
                <w:szCs w:val="24"/>
              </w:rPr>
            </w:pPr>
            <w:r w:rsidRPr="008974C5">
              <w:rPr>
                <w:rFonts w:cs="Times New Roman"/>
                <w:szCs w:val="24"/>
              </w:rPr>
              <w:t>1 buc</w:t>
            </w:r>
          </w:p>
        </w:tc>
        <w:tc>
          <w:tcPr>
            <w:tcW w:w="3969" w:type="dxa"/>
          </w:tcPr>
          <w:p w14:paraId="53FC56A4" w14:textId="39CBDE0D" w:rsidR="00077800" w:rsidRPr="008974C5" w:rsidRDefault="00077800">
            <w:pPr>
              <w:rPr>
                <w:rFonts w:cs="Times New Roman"/>
                <w:szCs w:val="24"/>
              </w:rPr>
            </w:pPr>
            <w:r w:rsidRPr="008974C5">
              <w:rPr>
                <w:rFonts w:cs="Times New Roman"/>
                <w:szCs w:val="24"/>
              </w:rPr>
              <w:t>Tip: Teu 45° dublu perete; Material: Oțel inoxidabil, interior AISI 3</w:t>
            </w:r>
            <w:r w:rsidR="009A3CB7">
              <w:rPr>
                <w:rFonts w:cs="Times New Roman"/>
                <w:szCs w:val="24"/>
              </w:rPr>
              <w:t>16</w:t>
            </w:r>
            <w:r w:rsidRPr="008974C5">
              <w:rPr>
                <w:rFonts w:cs="Times New Roman"/>
                <w:szCs w:val="24"/>
              </w:rPr>
              <w:t>,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1294A581" w14:textId="77777777" w:rsidR="00077800" w:rsidRPr="008974C5" w:rsidRDefault="00077800" w:rsidP="004B7339">
            <w:pPr>
              <w:jc w:val="center"/>
              <w:rPr>
                <w:rFonts w:cs="Times New Roman"/>
                <w:szCs w:val="24"/>
              </w:rPr>
            </w:pPr>
            <w:r w:rsidRPr="008974C5">
              <w:rPr>
                <w:rFonts w:cs="Times New Roman"/>
                <w:szCs w:val="24"/>
              </w:rPr>
              <w:t>4 700,00</w:t>
            </w:r>
          </w:p>
        </w:tc>
      </w:tr>
      <w:tr w:rsidR="00077800" w:rsidRPr="008974C5" w14:paraId="62ED52CD" w14:textId="77777777" w:rsidTr="00791221">
        <w:tc>
          <w:tcPr>
            <w:tcW w:w="567" w:type="dxa"/>
            <w:vAlign w:val="center"/>
          </w:tcPr>
          <w:p w14:paraId="26A9EDD2" w14:textId="77777777" w:rsidR="00077800" w:rsidRPr="008974C5" w:rsidRDefault="00077800">
            <w:pPr>
              <w:jc w:val="center"/>
              <w:rPr>
                <w:rFonts w:cs="Times New Roman"/>
                <w:szCs w:val="24"/>
              </w:rPr>
            </w:pPr>
            <w:r w:rsidRPr="008974C5">
              <w:rPr>
                <w:rFonts w:cs="Times New Roman"/>
                <w:szCs w:val="24"/>
              </w:rPr>
              <w:t>2.6</w:t>
            </w:r>
          </w:p>
        </w:tc>
        <w:tc>
          <w:tcPr>
            <w:tcW w:w="567" w:type="dxa"/>
            <w:vMerge/>
            <w:vAlign w:val="center"/>
          </w:tcPr>
          <w:p w14:paraId="3BB0EFF9" w14:textId="77777777" w:rsidR="00077800" w:rsidRPr="008974C5" w:rsidRDefault="00077800" w:rsidP="00BF7C76">
            <w:pPr>
              <w:jc w:val="center"/>
              <w:rPr>
                <w:rFonts w:cs="Times New Roman"/>
                <w:szCs w:val="24"/>
              </w:rPr>
            </w:pPr>
          </w:p>
        </w:tc>
        <w:tc>
          <w:tcPr>
            <w:tcW w:w="2410" w:type="dxa"/>
            <w:vAlign w:val="center"/>
          </w:tcPr>
          <w:p w14:paraId="3070E606" w14:textId="4B06C57D" w:rsidR="00077800" w:rsidRPr="008974C5" w:rsidRDefault="00077800">
            <w:pPr>
              <w:jc w:val="center"/>
              <w:rPr>
                <w:rFonts w:cs="Times New Roman"/>
                <w:szCs w:val="24"/>
              </w:rPr>
            </w:pPr>
            <w:r w:rsidRPr="008974C5">
              <w:rPr>
                <w:rFonts w:cs="Times New Roman"/>
                <w:szCs w:val="24"/>
              </w:rPr>
              <w:t>Colector de condens Ø 350 mm</w:t>
            </w:r>
          </w:p>
        </w:tc>
        <w:tc>
          <w:tcPr>
            <w:tcW w:w="1276" w:type="dxa"/>
            <w:vAlign w:val="center"/>
          </w:tcPr>
          <w:p w14:paraId="763545A0" w14:textId="0A720160" w:rsidR="00077800" w:rsidRPr="008974C5" w:rsidRDefault="00077800">
            <w:pPr>
              <w:jc w:val="center"/>
              <w:rPr>
                <w:rFonts w:cs="Times New Roman"/>
                <w:szCs w:val="24"/>
              </w:rPr>
            </w:pPr>
            <w:r w:rsidRPr="008974C5">
              <w:rPr>
                <w:rFonts w:cs="Times New Roman"/>
                <w:szCs w:val="24"/>
              </w:rPr>
              <w:t>1 buc</w:t>
            </w:r>
          </w:p>
        </w:tc>
        <w:tc>
          <w:tcPr>
            <w:tcW w:w="3969" w:type="dxa"/>
          </w:tcPr>
          <w:p w14:paraId="74BCF5F8" w14:textId="43E28F9D" w:rsidR="00077800" w:rsidRPr="008974C5" w:rsidRDefault="00077800">
            <w:pPr>
              <w:rPr>
                <w:rFonts w:cs="Times New Roman"/>
                <w:szCs w:val="24"/>
              </w:rPr>
            </w:pPr>
            <w:r w:rsidRPr="008974C5">
              <w:rPr>
                <w:rFonts w:cs="Times New Roman"/>
                <w:szCs w:val="24"/>
              </w:rPr>
              <w:t>Tip: Colector de condens inox; Material: Oțel inoxidabil AISI 3</w:t>
            </w:r>
            <w:r w:rsidR="006F10B4">
              <w:rPr>
                <w:rFonts w:cs="Times New Roman"/>
                <w:szCs w:val="24"/>
              </w:rPr>
              <w:t>16</w:t>
            </w:r>
            <w:r w:rsidRPr="008974C5">
              <w:rPr>
                <w:rFonts w:cs="Times New Roman"/>
                <w:szCs w:val="24"/>
              </w:rPr>
              <w:t>AISI 430; Grosimea oțelului: minimum 0,5 mm. Diametru: 350 mm.</w:t>
            </w:r>
          </w:p>
        </w:tc>
        <w:tc>
          <w:tcPr>
            <w:tcW w:w="1276" w:type="dxa"/>
            <w:vAlign w:val="center"/>
          </w:tcPr>
          <w:p w14:paraId="10352C33" w14:textId="77777777" w:rsidR="00077800" w:rsidRPr="008974C5" w:rsidRDefault="00077800" w:rsidP="004B7339">
            <w:pPr>
              <w:jc w:val="center"/>
              <w:rPr>
                <w:rFonts w:cs="Times New Roman"/>
                <w:szCs w:val="24"/>
              </w:rPr>
            </w:pPr>
            <w:r w:rsidRPr="008974C5">
              <w:rPr>
                <w:rFonts w:cs="Times New Roman"/>
                <w:szCs w:val="24"/>
              </w:rPr>
              <w:t>650,00</w:t>
            </w:r>
          </w:p>
        </w:tc>
      </w:tr>
      <w:tr w:rsidR="00077800" w:rsidRPr="008974C5" w14:paraId="2CD991B8" w14:textId="77777777" w:rsidTr="00791221">
        <w:tc>
          <w:tcPr>
            <w:tcW w:w="567" w:type="dxa"/>
            <w:vAlign w:val="center"/>
          </w:tcPr>
          <w:p w14:paraId="458E7E1B" w14:textId="77777777" w:rsidR="00077800" w:rsidRPr="008974C5" w:rsidRDefault="00077800">
            <w:pPr>
              <w:jc w:val="center"/>
              <w:rPr>
                <w:rFonts w:cs="Times New Roman"/>
                <w:szCs w:val="24"/>
              </w:rPr>
            </w:pPr>
            <w:r w:rsidRPr="008974C5">
              <w:rPr>
                <w:rFonts w:cs="Times New Roman"/>
                <w:szCs w:val="24"/>
              </w:rPr>
              <w:t>2.7</w:t>
            </w:r>
          </w:p>
        </w:tc>
        <w:tc>
          <w:tcPr>
            <w:tcW w:w="567" w:type="dxa"/>
            <w:vMerge/>
            <w:vAlign w:val="center"/>
          </w:tcPr>
          <w:p w14:paraId="18813933" w14:textId="77777777" w:rsidR="00077800" w:rsidRPr="008974C5" w:rsidRDefault="00077800" w:rsidP="00BF7C76">
            <w:pPr>
              <w:jc w:val="center"/>
              <w:rPr>
                <w:rFonts w:cs="Times New Roman"/>
                <w:szCs w:val="24"/>
              </w:rPr>
            </w:pPr>
          </w:p>
        </w:tc>
        <w:tc>
          <w:tcPr>
            <w:tcW w:w="2410" w:type="dxa"/>
            <w:vAlign w:val="center"/>
          </w:tcPr>
          <w:p w14:paraId="427EA460" w14:textId="4A4C770F" w:rsidR="00077800" w:rsidRPr="008974C5" w:rsidRDefault="00077800">
            <w:pPr>
              <w:jc w:val="center"/>
              <w:rPr>
                <w:rFonts w:cs="Times New Roman"/>
                <w:szCs w:val="24"/>
              </w:rPr>
            </w:pPr>
            <w:r w:rsidRPr="008974C5">
              <w:rPr>
                <w:rFonts w:cs="Times New Roman"/>
                <w:szCs w:val="24"/>
              </w:rPr>
              <w:t>Dop pentru izolație Ø 250-330 mm</w:t>
            </w:r>
          </w:p>
        </w:tc>
        <w:tc>
          <w:tcPr>
            <w:tcW w:w="1276" w:type="dxa"/>
            <w:vAlign w:val="center"/>
          </w:tcPr>
          <w:p w14:paraId="0F74D49D" w14:textId="6E0E4ECF" w:rsidR="00077800" w:rsidRPr="008974C5" w:rsidRDefault="00077800">
            <w:pPr>
              <w:jc w:val="center"/>
              <w:rPr>
                <w:rFonts w:cs="Times New Roman"/>
                <w:szCs w:val="24"/>
              </w:rPr>
            </w:pPr>
            <w:r w:rsidRPr="008974C5">
              <w:rPr>
                <w:rFonts w:cs="Times New Roman"/>
                <w:szCs w:val="24"/>
              </w:rPr>
              <w:t>2 buc</w:t>
            </w:r>
          </w:p>
        </w:tc>
        <w:tc>
          <w:tcPr>
            <w:tcW w:w="3969" w:type="dxa"/>
          </w:tcPr>
          <w:p w14:paraId="100D476E" w14:textId="56A0643B" w:rsidR="00077800" w:rsidRPr="008974C5" w:rsidRDefault="00077800">
            <w:pPr>
              <w:rPr>
                <w:rFonts w:cs="Times New Roman"/>
                <w:szCs w:val="24"/>
              </w:rPr>
            </w:pPr>
            <w:r w:rsidRPr="008974C5">
              <w:rPr>
                <w:rFonts w:cs="Times New Roman"/>
                <w:szCs w:val="24"/>
              </w:rPr>
              <w:t>Tip: Dop pentru izolație; Material: Oțel inoxidabil AISI 3</w:t>
            </w:r>
            <w:r w:rsidR="009A3CB7">
              <w:rPr>
                <w:rFonts w:cs="Times New Roman"/>
                <w:szCs w:val="24"/>
              </w:rPr>
              <w:t>16</w:t>
            </w:r>
            <w:r w:rsidRPr="008974C5">
              <w:rPr>
                <w:rFonts w:cs="Times New Roman"/>
                <w:szCs w:val="24"/>
              </w:rPr>
              <w:t>/AISI 430; Grosimea oțelului: minimum 0,</w:t>
            </w:r>
            <w:r w:rsidR="009A3CB7">
              <w:rPr>
                <w:rFonts w:cs="Times New Roman"/>
                <w:szCs w:val="24"/>
              </w:rPr>
              <w:t>8</w:t>
            </w:r>
            <w:r w:rsidRPr="008974C5">
              <w:rPr>
                <w:rFonts w:cs="Times New Roman"/>
                <w:szCs w:val="24"/>
              </w:rPr>
              <w:t xml:space="preserve"> mm. Diametru: interior 250 mm, exterior 330 mm. Prețul propus trebuie să fie pentru un element.</w:t>
            </w:r>
          </w:p>
        </w:tc>
        <w:tc>
          <w:tcPr>
            <w:tcW w:w="1276" w:type="dxa"/>
            <w:vAlign w:val="center"/>
          </w:tcPr>
          <w:p w14:paraId="687A09DF" w14:textId="77777777" w:rsidR="00077800" w:rsidRPr="008974C5" w:rsidRDefault="00077800" w:rsidP="004B7339">
            <w:pPr>
              <w:jc w:val="center"/>
              <w:rPr>
                <w:rFonts w:cs="Times New Roman"/>
                <w:szCs w:val="24"/>
              </w:rPr>
            </w:pPr>
            <w:r w:rsidRPr="008974C5">
              <w:rPr>
                <w:rFonts w:cs="Times New Roman"/>
                <w:szCs w:val="24"/>
              </w:rPr>
              <w:t>260,00</w:t>
            </w:r>
          </w:p>
        </w:tc>
      </w:tr>
      <w:tr w:rsidR="00077800" w:rsidRPr="008974C5" w14:paraId="4D0CFF6B" w14:textId="77777777" w:rsidTr="00791221">
        <w:tc>
          <w:tcPr>
            <w:tcW w:w="567" w:type="dxa"/>
            <w:vAlign w:val="center"/>
          </w:tcPr>
          <w:p w14:paraId="31B8144A" w14:textId="77777777" w:rsidR="00077800" w:rsidRPr="008974C5" w:rsidRDefault="00077800">
            <w:pPr>
              <w:jc w:val="center"/>
              <w:rPr>
                <w:rFonts w:cs="Times New Roman"/>
                <w:szCs w:val="24"/>
              </w:rPr>
            </w:pPr>
            <w:r w:rsidRPr="008974C5">
              <w:rPr>
                <w:rFonts w:cs="Times New Roman"/>
                <w:szCs w:val="24"/>
              </w:rPr>
              <w:t>2.8</w:t>
            </w:r>
          </w:p>
        </w:tc>
        <w:tc>
          <w:tcPr>
            <w:tcW w:w="567" w:type="dxa"/>
            <w:vMerge/>
            <w:vAlign w:val="center"/>
          </w:tcPr>
          <w:p w14:paraId="549F8E9A" w14:textId="77777777" w:rsidR="00077800" w:rsidRPr="008974C5" w:rsidRDefault="00077800" w:rsidP="00BF7C76">
            <w:pPr>
              <w:jc w:val="center"/>
              <w:rPr>
                <w:rFonts w:cs="Times New Roman"/>
                <w:szCs w:val="24"/>
              </w:rPr>
            </w:pPr>
          </w:p>
        </w:tc>
        <w:tc>
          <w:tcPr>
            <w:tcW w:w="2410" w:type="dxa"/>
            <w:vAlign w:val="center"/>
          </w:tcPr>
          <w:p w14:paraId="5B1A2226" w14:textId="50585C94" w:rsidR="00077800" w:rsidRPr="008974C5" w:rsidRDefault="00077800">
            <w:pPr>
              <w:jc w:val="center"/>
              <w:rPr>
                <w:rFonts w:cs="Times New Roman"/>
                <w:szCs w:val="24"/>
              </w:rPr>
            </w:pPr>
            <w:r w:rsidRPr="008974C5">
              <w:rPr>
                <w:rFonts w:cs="Times New Roman"/>
                <w:szCs w:val="24"/>
              </w:rPr>
              <w:t>Dop pentru izolație Ø 350-430 mm</w:t>
            </w:r>
          </w:p>
        </w:tc>
        <w:tc>
          <w:tcPr>
            <w:tcW w:w="1276" w:type="dxa"/>
            <w:vAlign w:val="center"/>
          </w:tcPr>
          <w:p w14:paraId="149CE57F" w14:textId="108D603C" w:rsidR="00077800" w:rsidRPr="008974C5" w:rsidRDefault="00077800">
            <w:pPr>
              <w:jc w:val="center"/>
              <w:rPr>
                <w:rFonts w:cs="Times New Roman"/>
                <w:szCs w:val="24"/>
              </w:rPr>
            </w:pPr>
            <w:r w:rsidRPr="008974C5">
              <w:rPr>
                <w:rFonts w:cs="Times New Roman"/>
                <w:szCs w:val="24"/>
              </w:rPr>
              <w:t>1 buc</w:t>
            </w:r>
          </w:p>
        </w:tc>
        <w:tc>
          <w:tcPr>
            <w:tcW w:w="3969" w:type="dxa"/>
          </w:tcPr>
          <w:p w14:paraId="621CFCDF" w14:textId="73931089" w:rsidR="00077800" w:rsidRPr="008974C5" w:rsidRDefault="00077800">
            <w:pPr>
              <w:rPr>
                <w:rFonts w:cs="Times New Roman"/>
                <w:szCs w:val="24"/>
              </w:rPr>
            </w:pPr>
            <w:r w:rsidRPr="008974C5">
              <w:rPr>
                <w:rFonts w:cs="Times New Roman"/>
                <w:szCs w:val="24"/>
              </w:rPr>
              <w:t>Tip: Dop pentru izolație; Material: Oțel inoxidabil AISI 3</w:t>
            </w:r>
            <w:r w:rsidR="009A3CB7">
              <w:rPr>
                <w:rFonts w:cs="Times New Roman"/>
                <w:szCs w:val="24"/>
              </w:rPr>
              <w:t>16</w:t>
            </w:r>
            <w:r w:rsidRPr="008974C5">
              <w:rPr>
                <w:rFonts w:cs="Times New Roman"/>
                <w:szCs w:val="24"/>
              </w:rPr>
              <w:t>/AISI 430; Grosimea oțelului: minimum 0,</w:t>
            </w:r>
            <w:r w:rsidR="009A3CB7">
              <w:rPr>
                <w:rFonts w:cs="Times New Roman"/>
                <w:szCs w:val="24"/>
              </w:rPr>
              <w:t>8</w:t>
            </w:r>
            <w:r w:rsidRPr="008974C5">
              <w:rPr>
                <w:rFonts w:cs="Times New Roman"/>
                <w:szCs w:val="24"/>
              </w:rPr>
              <w:t xml:space="preserve"> mm. Diametru: interior 350 mm, exterior 430 mm. Prețul propus trebuie să fie pentru un element.</w:t>
            </w:r>
          </w:p>
        </w:tc>
        <w:tc>
          <w:tcPr>
            <w:tcW w:w="1276" w:type="dxa"/>
            <w:vAlign w:val="center"/>
          </w:tcPr>
          <w:p w14:paraId="0D1DD8A6" w14:textId="77777777" w:rsidR="00077800" w:rsidRPr="008974C5" w:rsidRDefault="00077800" w:rsidP="004B7339">
            <w:pPr>
              <w:jc w:val="center"/>
              <w:rPr>
                <w:rFonts w:cs="Times New Roman"/>
                <w:szCs w:val="24"/>
              </w:rPr>
            </w:pPr>
            <w:r w:rsidRPr="008974C5">
              <w:rPr>
                <w:rFonts w:cs="Times New Roman"/>
                <w:szCs w:val="24"/>
              </w:rPr>
              <w:t>200,00</w:t>
            </w:r>
          </w:p>
        </w:tc>
      </w:tr>
      <w:tr w:rsidR="00077800" w:rsidRPr="008974C5" w14:paraId="1A173C49" w14:textId="77777777" w:rsidTr="004B7339">
        <w:tc>
          <w:tcPr>
            <w:tcW w:w="567" w:type="dxa"/>
            <w:vAlign w:val="center"/>
          </w:tcPr>
          <w:p w14:paraId="06AF7EAC" w14:textId="77777777" w:rsidR="00077800" w:rsidRPr="008974C5" w:rsidRDefault="00077800">
            <w:pPr>
              <w:jc w:val="center"/>
              <w:rPr>
                <w:rFonts w:cs="Times New Roman"/>
                <w:szCs w:val="24"/>
              </w:rPr>
            </w:pPr>
            <w:r w:rsidRPr="008974C5">
              <w:rPr>
                <w:rFonts w:cs="Times New Roman"/>
                <w:szCs w:val="24"/>
              </w:rPr>
              <w:t>2.9</w:t>
            </w:r>
          </w:p>
        </w:tc>
        <w:tc>
          <w:tcPr>
            <w:tcW w:w="567" w:type="dxa"/>
            <w:vMerge/>
            <w:vAlign w:val="center"/>
          </w:tcPr>
          <w:p w14:paraId="0C039949" w14:textId="77777777" w:rsidR="00077800" w:rsidRPr="008974C5" w:rsidRDefault="00077800" w:rsidP="00BF7C76">
            <w:pPr>
              <w:jc w:val="center"/>
              <w:rPr>
                <w:rFonts w:cs="Times New Roman"/>
                <w:szCs w:val="24"/>
              </w:rPr>
            </w:pPr>
          </w:p>
        </w:tc>
        <w:tc>
          <w:tcPr>
            <w:tcW w:w="2410" w:type="dxa"/>
            <w:vAlign w:val="center"/>
          </w:tcPr>
          <w:p w14:paraId="7E4B050C" w14:textId="7928FF0B" w:rsidR="00077800" w:rsidRPr="008974C5" w:rsidRDefault="00077800">
            <w:pPr>
              <w:jc w:val="center"/>
              <w:rPr>
                <w:rFonts w:cs="Times New Roman"/>
                <w:szCs w:val="24"/>
              </w:rPr>
            </w:pPr>
            <w:r w:rsidRPr="008974C5">
              <w:rPr>
                <w:rFonts w:cs="Times New Roman"/>
                <w:szCs w:val="24"/>
              </w:rPr>
              <w:t>Trecere pentru acoperiș Ø 430 mm</w:t>
            </w:r>
          </w:p>
        </w:tc>
        <w:tc>
          <w:tcPr>
            <w:tcW w:w="1276" w:type="dxa"/>
            <w:vAlign w:val="center"/>
          </w:tcPr>
          <w:p w14:paraId="1F0D9519" w14:textId="7DDEB12C" w:rsidR="00077800" w:rsidRPr="008974C5" w:rsidRDefault="00077800">
            <w:pPr>
              <w:jc w:val="center"/>
              <w:rPr>
                <w:rFonts w:cs="Times New Roman"/>
                <w:szCs w:val="24"/>
              </w:rPr>
            </w:pPr>
            <w:r w:rsidRPr="008974C5">
              <w:rPr>
                <w:rFonts w:cs="Times New Roman"/>
                <w:szCs w:val="24"/>
              </w:rPr>
              <w:t>1 buc</w:t>
            </w:r>
          </w:p>
        </w:tc>
        <w:tc>
          <w:tcPr>
            <w:tcW w:w="3969" w:type="dxa"/>
          </w:tcPr>
          <w:p w14:paraId="671D9DBF" w14:textId="77777777" w:rsidR="00077800" w:rsidRPr="008974C5" w:rsidRDefault="00077800">
            <w:pPr>
              <w:rPr>
                <w:rFonts w:cs="Times New Roman"/>
                <w:szCs w:val="24"/>
              </w:rPr>
            </w:pPr>
            <w:r w:rsidRPr="008974C5">
              <w:rPr>
                <w:rFonts w:cs="Times New Roman"/>
                <w:szCs w:val="24"/>
              </w:rPr>
              <w:t>Tip: Trecere pentru acoperiș; Material: Oțel inoxidabil AISI 304/AISI 430; Grosimea oțelului: minimum 0,5 mm. Diametru: 430 mm. Prețul propus trebuie să fie pentru un element.</w:t>
            </w:r>
          </w:p>
        </w:tc>
        <w:tc>
          <w:tcPr>
            <w:tcW w:w="1276" w:type="dxa"/>
            <w:vAlign w:val="center"/>
          </w:tcPr>
          <w:p w14:paraId="76399508" w14:textId="77777777" w:rsidR="00077800" w:rsidRPr="008974C5" w:rsidRDefault="00077800" w:rsidP="004B7339">
            <w:pPr>
              <w:jc w:val="center"/>
              <w:rPr>
                <w:rFonts w:cs="Times New Roman"/>
                <w:szCs w:val="24"/>
              </w:rPr>
            </w:pPr>
            <w:r w:rsidRPr="008974C5">
              <w:rPr>
                <w:rFonts w:cs="Times New Roman"/>
                <w:szCs w:val="24"/>
              </w:rPr>
              <w:t>1 400,00</w:t>
            </w:r>
          </w:p>
        </w:tc>
      </w:tr>
      <w:tr w:rsidR="00077800" w:rsidRPr="008974C5" w14:paraId="786AAA4F" w14:textId="77777777" w:rsidTr="004B7339">
        <w:tc>
          <w:tcPr>
            <w:tcW w:w="567" w:type="dxa"/>
            <w:vAlign w:val="center"/>
          </w:tcPr>
          <w:p w14:paraId="0870710C" w14:textId="77777777" w:rsidR="00077800" w:rsidRPr="008974C5" w:rsidRDefault="00077800" w:rsidP="00D6542B">
            <w:pPr>
              <w:ind w:left="-105" w:right="-102"/>
              <w:jc w:val="center"/>
              <w:rPr>
                <w:rFonts w:cs="Times New Roman"/>
                <w:szCs w:val="24"/>
              </w:rPr>
            </w:pPr>
            <w:r w:rsidRPr="008974C5">
              <w:rPr>
                <w:rFonts w:cs="Times New Roman"/>
                <w:szCs w:val="24"/>
              </w:rPr>
              <w:t>2.10</w:t>
            </w:r>
          </w:p>
        </w:tc>
        <w:tc>
          <w:tcPr>
            <w:tcW w:w="567" w:type="dxa"/>
            <w:vMerge/>
            <w:vAlign w:val="center"/>
          </w:tcPr>
          <w:p w14:paraId="6CB6E532" w14:textId="77777777" w:rsidR="00077800" w:rsidRPr="008974C5" w:rsidRDefault="00077800" w:rsidP="00BF7C76">
            <w:pPr>
              <w:jc w:val="center"/>
              <w:rPr>
                <w:rFonts w:cs="Times New Roman"/>
                <w:szCs w:val="24"/>
              </w:rPr>
            </w:pPr>
          </w:p>
        </w:tc>
        <w:tc>
          <w:tcPr>
            <w:tcW w:w="2410" w:type="dxa"/>
            <w:vAlign w:val="center"/>
          </w:tcPr>
          <w:p w14:paraId="0AE68990" w14:textId="1A2C628B" w:rsidR="00077800" w:rsidRPr="008974C5" w:rsidRDefault="00077800">
            <w:pPr>
              <w:jc w:val="center"/>
              <w:rPr>
                <w:rFonts w:cs="Times New Roman"/>
                <w:szCs w:val="24"/>
              </w:rPr>
            </w:pPr>
            <w:r w:rsidRPr="008974C5">
              <w:rPr>
                <w:rFonts w:cs="Times New Roman"/>
                <w:szCs w:val="24"/>
              </w:rPr>
              <w:t xml:space="preserve">Colier conic Ø 430 </w:t>
            </w:r>
            <w:r w:rsidRPr="008974C5">
              <w:rPr>
                <w:rFonts w:cs="Times New Roman"/>
                <w:szCs w:val="24"/>
              </w:rPr>
              <w:lastRenderedPageBreak/>
              <w:t>mm</w:t>
            </w:r>
          </w:p>
        </w:tc>
        <w:tc>
          <w:tcPr>
            <w:tcW w:w="1276" w:type="dxa"/>
            <w:vAlign w:val="center"/>
          </w:tcPr>
          <w:p w14:paraId="4938066B" w14:textId="79F83CAE" w:rsidR="00077800" w:rsidRPr="008974C5" w:rsidRDefault="00077800">
            <w:pPr>
              <w:jc w:val="center"/>
              <w:rPr>
                <w:rFonts w:cs="Times New Roman"/>
                <w:szCs w:val="24"/>
              </w:rPr>
            </w:pPr>
            <w:r w:rsidRPr="008974C5">
              <w:rPr>
                <w:rFonts w:cs="Times New Roman"/>
                <w:szCs w:val="24"/>
              </w:rPr>
              <w:lastRenderedPageBreak/>
              <w:t>1 buc</w:t>
            </w:r>
          </w:p>
        </w:tc>
        <w:tc>
          <w:tcPr>
            <w:tcW w:w="3969" w:type="dxa"/>
          </w:tcPr>
          <w:p w14:paraId="055B1E0D" w14:textId="77777777" w:rsidR="00077800" w:rsidRPr="008974C5" w:rsidRDefault="00077800">
            <w:pPr>
              <w:rPr>
                <w:rFonts w:cs="Times New Roman"/>
                <w:szCs w:val="24"/>
              </w:rPr>
            </w:pPr>
            <w:r w:rsidRPr="008974C5">
              <w:rPr>
                <w:rFonts w:cs="Times New Roman"/>
                <w:szCs w:val="24"/>
              </w:rPr>
              <w:t xml:space="preserve">Tip: Colier conic; Material: Oțel </w:t>
            </w:r>
            <w:r w:rsidRPr="008974C5">
              <w:rPr>
                <w:rFonts w:cs="Times New Roman"/>
                <w:szCs w:val="24"/>
              </w:rPr>
              <w:lastRenderedPageBreak/>
              <w:t>inoxidabil; Grosimea oțelului: minimum 1 mm. Diametru: 430 mm. Prețul propus trebuie să fie pentru un element.</w:t>
            </w:r>
          </w:p>
        </w:tc>
        <w:tc>
          <w:tcPr>
            <w:tcW w:w="1276" w:type="dxa"/>
            <w:vAlign w:val="center"/>
          </w:tcPr>
          <w:p w14:paraId="139C90C6" w14:textId="77777777" w:rsidR="00077800" w:rsidRPr="008974C5" w:rsidRDefault="00077800" w:rsidP="004B7339">
            <w:pPr>
              <w:jc w:val="center"/>
              <w:rPr>
                <w:rFonts w:cs="Times New Roman"/>
                <w:szCs w:val="24"/>
              </w:rPr>
            </w:pPr>
            <w:r w:rsidRPr="008974C5">
              <w:rPr>
                <w:rFonts w:cs="Times New Roman"/>
                <w:szCs w:val="24"/>
              </w:rPr>
              <w:lastRenderedPageBreak/>
              <w:t>500,00</w:t>
            </w:r>
          </w:p>
        </w:tc>
      </w:tr>
      <w:tr w:rsidR="00077800" w:rsidRPr="008974C5" w14:paraId="23743FFB" w14:textId="77777777" w:rsidTr="004B7339">
        <w:tc>
          <w:tcPr>
            <w:tcW w:w="567" w:type="dxa"/>
            <w:vAlign w:val="center"/>
          </w:tcPr>
          <w:p w14:paraId="2F148340" w14:textId="77777777" w:rsidR="00077800" w:rsidRPr="008974C5" w:rsidRDefault="00077800" w:rsidP="00D6542B">
            <w:pPr>
              <w:ind w:left="-105" w:right="-102"/>
              <w:jc w:val="center"/>
              <w:rPr>
                <w:rFonts w:cs="Times New Roman"/>
                <w:szCs w:val="24"/>
              </w:rPr>
            </w:pPr>
            <w:r w:rsidRPr="008974C5">
              <w:rPr>
                <w:rFonts w:cs="Times New Roman"/>
                <w:szCs w:val="24"/>
              </w:rPr>
              <w:t>2.11</w:t>
            </w:r>
          </w:p>
        </w:tc>
        <w:tc>
          <w:tcPr>
            <w:tcW w:w="567" w:type="dxa"/>
            <w:vMerge w:val="restart"/>
            <w:vAlign w:val="center"/>
          </w:tcPr>
          <w:p w14:paraId="5D887C43" w14:textId="77777777" w:rsidR="00077800" w:rsidRPr="008974C5" w:rsidRDefault="00077800" w:rsidP="00BF7C76">
            <w:pPr>
              <w:jc w:val="center"/>
              <w:rPr>
                <w:rFonts w:cs="Times New Roman"/>
                <w:szCs w:val="24"/>
              </w:rPr>
            </w:pPr>
          </w:p>
        </w:tc>
        <w:tc>
          <w:tcPr>
            <w:tcW w:w="2410" w:type="dxa"/>
            <w:vAlign w:val="center"/>
          </w:tcPr>
          <w:p w14:paraId="1BC45A96" w14:textId="23981D56" w:rsidR="00077800" w:rsidRPr="008974C5" w:rsidRDefault="00077800">
            <w:pPr>
              <w:jc w:val="center"/>
              <w:rPr>
                <w:rFonts w:cs="Times New Roman"/>
                <w:szCs w:val="24"/>
              </w:rPr>
            </w:pPr>
            <w:r w:rsidRPr="008974C5">
              <w:rPr>
                <w:rFonts w:cs="Times New Roman"/>
                <w:szCs w:val="24"/>
              </w:rPr>
              <w:t>Terminație conică Ø 346-430 mm</w:t>
            </w:r>
          </w:p>
        </w:tc>
        <w:tc>
          <w:tcPr>
            <w:tcW w:w="1276" w:type="dxa"/>
            <w:vAlign w:val="center"/>
          </w:tcPr>
          <w:p w14:paraId="56D3F94B" w14:textId="6A0C350A" w:rsidR="00077800" w:rsidRPr="008974C5" w:rsidRDefault="00077800">
            <w:pPr>
              <w:jc w:val="center"/>
              <w:rPr>
                <w:rFonts w:cs="Times New Roman"/>
                <w:szCs w:val="24"/>
              </w:rPr>
            </w:pPr>
            <w:r w:rsidRPr="008974C5">
              <w:rPr>
                <w:rFonts w:cs="Times New Roman"/>
                <w:szCs w:val="24"/>
              </w:rPr>
              <w:t>1 buc</w:t>
            </w:r>
          </w:p>
        </w:tc>
        <w:tc>
          <w:tcPr>
            <w:tcW w:w="3969" w:type="dxa"/>
          </w:tcPr>
          <w:p w14:paraId="1D0F930E" w14:textId="47F60296" w:rsidR="00077800" w:rsidRPr="008974C5" w:rsidRDefault="00077800">
            <w:pPr>
              <w:rPr>
                <w:rFonts w:cs="Times New Roman"/>
                <w:szCs w:val="24"/>
              </w:rPr>
            </w:pPr>
            <w:r w:rsidRPr="008974C5">
              <w:rPr>
                <w:rFonts w:cs="Times New Roman"/>
                <w:szCs w:val="24"/>
              </w:rPr>
              <w:t>Tip: Terminație conică; Material: Oțel inoxidabil, interior AISI 3</w:t>
            </w:r>
            <w:r w:rsidR="009A3CB7">
              <w:rPr>
                <w:rFonts w:cs="Times New Roman"/>
                <w:szCs w:val="24"/>
              </w:rPr>
              <w:t>16</w:t>
            </w:r>
            <w:r w:rsidRPr="008974C5">
              <w:rPr>
                <w:rFonts w:cs="Times New Roman"/>
                <w:szCs w:val="24"/>
              </w:rPr>
              <w:t xml:space="preserve">, exterior AISI 430; Grosimea oțelului: interior minimum </w:t>
            </w:r>
            <w:r w:rsidR="006F10B4">
              <w:rPr>
                <w:rFonts w:cs="Times New Roman"/>
                <w:szCs w:val="24"/>
              </w:rPr>
              <w:t>0,8</w:t>
            </w:r>
            <w:r w:rsidRPr="008974C5">
              <w:rPr>
                <w:rFonts w:cs="Times New Roman"/>
                <w:szCs w:val="24"/>
              </w:rPr>
              <w:t xml:space="preserve"> mm, exterior minimum 0,5 mm; Diametru: interior 346 mm, exterior 430 mm. Prețul propus trebuie să fie pentru un element.</w:t>
            </w:r>
          </w:p>
        </w:tc>
        <w:tc>
          <w:tcPr>
            <w:tcW w:w="1276" w:type="dxa"/>
            <w:vAlign w:val="center"/>
          </w:tcPr>
          <w:p w14:paraId="79894DA2" w14:textId="77777777" w:rsidR="00077800" w:rsidRPr="008974C5" w:rsidRDefault="00077800" w:rsidP="004B7339">
            <w:pPr>
              <w:jc w:val="center"/>
              <w:rPr>
                <w:rFonts w:cs="Times New Roman"/>
                <w:szCs w:val="24"/>
              </w:rPr>
            </w:pPr>
            <w:r w:rsidRPr="008974C5">
              <w:rPr>
                <w:rFonts w:cs="Times New Roman"/>
                <w:szCs w:val="24"/>
              </w:rPr>
              <w:t>1 100,00</w:t>
            </w:r>
          </w:p>
        </w:tc>
      </w:tr>
      <w:tr w:rsidR="00077800" w:rsidRPr="008974C5" w14:paraId="12579418" w14:textId="77777777" w:rsidTr="004B7339">
        <w:tc>
          <w:tcPr>
            <w:tcW w:w="567" w:type="dxa"/>
            <w:vAlign w:val="center"/>
          </w:tcPr>
          <w:p w14:paraId="3DC74B0A" w14:textId="77777777" w:rsidR="00077800" w:rsidRPr="008974C5" w:rsidRDefault="00077800" w:rsidP="00D6542B">
            <w:pPr>
              <w:ind w:left="-105" w:right="-102"/>
              <w:jc w:val="center"/>
              <w:rPr>
                <w:rFonts w:cs="Times New Roman"/>
                <w:szCs w:val="24"/>
              </w:rPr>
            </w:pPr>
            <w:r w:rsidRPr="008974C5">
              <w:rPr>
                <w:rFonts w:cs="Times New Roman"/>
                <w:szCs w:val="24"/>
              </w:rPr>
              <w:t>2.12</w:t>
            </w:r>
          </w:p>
        </w:tc>
        <w:tc>
          <w:tcPr>
            <w:tcW w:w="567" w:type="dxa"/>
            <w:vMerge/>
            <w:vAlign w:val="center"/>
          </w:tcPr>
          <w:p w14:paraId="4F667D74" w14:textId="77777777" w:rsidR="00077800" w:rsidRPr="008974C5" w:rsidRDefault="00077800" w:rsidP="00BF7C76">
            <w:pPr>
              <w:jc w:val="center"/>
              <w:rPr>
                <w:rFonts w:cs="Times New Roman"/>
                <w:szCs w:val="24"/>
              </w:rPr>
            </w:pPr>
          </w:p>
        </w:tc>
        <w:tc>
          <w:tcPr>
            <w:tcW w:w="2410" w:type="dxa"/>
            <w:vAlign w:val="center"/>
          </w:tcPr>
          <w:p w14:paraId="2647EF74" w14:textId="67663FB6" w:rsidR="00077800" w:rsidRPr="008974C5" w:rsidRDefault="00077800">
            <w:pPr>
              <w:jc w:val="center"/>
              <w:rPr>
                <w:rFonts w:cs="Times New Roman"/>
                <w:szCs w:val="24"/>
              </w:rPr>
            </w:pPr>
            <w:r w:rsidRPr="008974C5">
              <w:rPr>
                <w:rFonts w:cs="Times New Roman"/>
                <w:szCs w:val="24"/>
              </w:rPr>
              <w:t>Colier de perete (1 ureche) Ø 430 mm</w:t>
            </w:r>
          </w:p>
        </w:tc>
        <w:tc>
          <w:tcPr>
            <w:tcW w:w="1276" w:type="dxa"/>
            <w:vAlign w:val="center"/>
          </w:tcPr>
          <w:p w14:paraId="30BA052A" w14:textId="326FA829" w:rsidR="00077800" w:rsidRPr="008974C5" w:rsidRDefault="00077800">
            <w:pPr>
              <w:jc w:val="center"/>
              <w:rPr>
                <w:rFonts w:cs="Times New Roman"/>
                <w:szCs w:val="24"/>
              </w:rPr>
            </w:pPr>
            <w:r w:rsidRPr="008974C5">
              <w:rPr>
                <w:rFonts w:cs="Times New Roman"/>
                <w:szCs w:val="24"/>
              </w:rPr>
              <w:t>4 buc</w:t>
            </w:r>
          </w:p>
        </w:tc>
        <w:tc>
          <w:tcPr>
            <w:tcW w:w="3969" w:type="dxa"/>
          </w:tcPr>
          <w:p w14:paraId="6B64F5CB" w14:textId="77777777" w:rsidR="00077800" w:rsidRPr="008974C5" w:rsidRDefault="00077800">
            <w:pPr>
              <w:rPr>
                <w:rFonts w:cs="Times New Roman"/>
                <w:szCs w:val="24"/>
              </w:rPr>
            </w:pPr>
            <w:r w:rsidRPr="008974C5">
              <w:rPr>
                <w:rFonts w:cs="Times New Roman"/>
                <w:szCs w:val="24"/>
              </w:rPr>
              <w:t>Tip: Colier de perete (1 ureche); Material: Oțel inoxidabil; Grosimea oțelului: minimum 1 mm. Diametru: 430 mm. Prețul propus trebuie să fie pentru un element.</w:t>
            </w:r>
          </w:p>
        </w:tc>
        <w:tc>
          <w:tcPr>
            <w:tcW w:w="1276" w:type="dxa"/>
            <w:vAlign w:val="center"/>
          </w:tcPr>
          <w:p w14:paraId="1B366F46" w14:textId="77777777" w:rsidR="00077800" w:rsidRPr="008974C5" w:rsidRDefault="00077800" w:rsidP="004B7339">
            <w:pPr>
              <w:jc w:val="center"/>
              <w:rPr>
                <w:rFonts w:cs="Times New Roman"/>
                <w:szCs w:val="24"/>
              </w:rPr>
            </w:pPr>
            <w:r w:rsidRPr="008974C5">
              <w:rPr>
                <w:rFonts w:cs="Times New Roman"/>
                <w:szCs w:val="24"/>
              </w:rPr>
              <w:t>600,00</w:t>
            </w:r>
          </w:p>
        </w:tc>
      </w:tr>
      <w:tr w:rsidR="00077800" w:rsidRPr="008974C5" w14:paraId="3C52E8B8" w14:textId="77777777" w:rsidTr="004B7339">
        <w:tc>
          <w:tcPr>
            <w:tcW w:w="567" w:type="dxa"/>
            <w:vAlign w:val="center"/>
          </w:tcPr>
          <w:p w14:paraId="44D91105" w14:textId="77777777" w:rsidR="00077800" w:rsidRPr="008974C5" w:rsidRDefault="00077800" w:rsidP="00D6542B">
            <w:pPr>
              <w:ind w:left="-105" w:right="-102"/>
              <w:jc w:val="center"/>
              <w:rPr>
                <w:rFonts w:cs="Times New Roman"/>
                <w:szCs w:val="24"/>
              </w:rPr>
            </w:pPr>
            <w:r w:rsidRPr="008974C5">
              <w:rPr>
                <w:rFonts w:cs="Times New Roman"/>
                <w:szCs w:val="24"/>
              </w:rPr>
              <w:t>2.13</w:t>
            </w:r>
          </w:p>
        </w:tc>
        <w:tc>
          <w:tcPr>
            <w:tcW w:w="567" w:type="dxa"/>
            <w:vMerge/>
            <w:vAlign w:val="center"/>
          </w:tcPr>
          <w:p w14:paraId="085148F0" w14:textId="77777777" w:rsidR="00077800" w:rsidRPr="008974C5" w:rsidRDefault="00077800" w:rsidP="00BF7C76">
            <w:pPr>
              <w:jc w:val="center"/>
              <w:rPr>
                <w:rFonts w:cs="Times New Roman"/>
                <w:szCs w:val="24"/>
              </w:rPr>
            </w:pPr>
          </w:p>
        </w:tc>
        <w:tc>
          <w:tcPr>
            <w:tcW w:w="2410" w:type="dxa"/>
            <w:vAlign w:val="center"/>
          </w:tcPr>
          <w:p w14:paraId="718BBAED" w14:textId="298E3ED5" w:rsidR="00077800" w:rsidRPr="008974C5" w:rsidRDefault="00077800">
            <w:pPr>
              <w:jc w:val="center"/>
              <w:rPr>
                <w:rFonts w:cs="Times New Roman"/>
                <w:szCs w:val="24"/>
              </w:rPr>
            </w:pPr>
            <w:r w:rsidRPr="008974C5">
              <w:rPr>
                <w:rFonts w:cs="Times New Roman"/>
                <w:szCs w:val="24"/>
              </w:rPr>
              <w:t>Platformă de descărcare Ø 350-430 mm</w:t>
            </w:r>
          </w:p>
        </w:tc>
        <w:tc>
          <w:tcPr>
            <w:tcW w:w="1276" w:type="dxa"/>
            <w:vAlign w:val="center"/>
          </w:tcPr>
          <w:p w14:paraId="188F0ECF" w14:textId="7536BB7B" w:rsidR="00077800" w:rsidRPr="008974C5" w:rsidRDefault="00077800">
            <w:pPr>
              <w:jc w:val="center"/>
              <w:rPr>
                <w:rFonts w:cs="Times New Roman"/>
                <w:szCs w:val="24"/>
              </w:rPr>
            </w:pPr>
            <w:r w:rsidRPr="008974C5">
              <w:rPr>
                <w:rFonts w:cs="Times New Roman"/>
                <w:szCs w:val="24"/>
              </w:rPr>
              <w:t>1 buc</w:t>
            </w:r>
          </w:p>
        </w:tc>
        <w:tc>
          <w:tcPr>
            <w:tcW w:w="3969" w:type="dxa"/>
          </w:tcPr>
          <w:p w14:paraId="4337E6A7" w14:textId="1398AD06" w:rsidR="00077800" w:rsidRPr="008974C5" w:rsidRDefault="00077800">
            <w:pPr>
              <w:rPr>
                <w:rFonts w:cs="Times New Roman"/>
                <w:szCs w:val="24"/>
              </w:rPr>
            </w:pPr>
            <w:r w:rsidRPr="008974C5">
              <w:rPr>
                <w:rFonts w:cs="Times New Roman"/>
                <w:szCs w:val="24"/>
              </w:rPr>
              <w:t>Tip: Platformă de descărcare; Material: Oțel inoxidabil, interior AISI 3</w:t>
            </w:r>
            <w:r w:rsidR="009A3CB7">
              <w:rPr>
                <w:rFonts w:cs="Times New Roman"/>
                <w:szCs w:val="24"/>
              </w:rPr>
              <w:t>16</w:t>
            </w:r>
            <w:r w:rsidRPr="008974C5">
              <w:rPr>
                <w:rFonts w:cs="Times New Roman"/>
                <w:szCs w:val="24"/>
              </w:rPr>
              <w:t>, exterior AISI 430; Grosimea oțelului: interior minimum 1 mm, exterior minimum 0,</w:t>
            </w:r>
            <w:r w:rsidR="009A3CB7">
              <w:rPr>
                <w:rFonts w:cs="Times New Roman"/>
                <w:szCs w:val="24"/>
              </w:rPr>
              <w:t>8</w:t>
            </w:r>
            <w:r w:rsidRPr="008974C5">
              <w:rPr>
                <w:rFonts w:cs="Times New Roman"/>
                <w:szCs w:val="24"/>
              </w:rPr>
              <w:t xml:space="preserve"> mm; Diametru: interior 350 mm, exterior 430 mm. Prețul propus trebuie să fie pentru un element.</w:t>
            </w:r>
          </w:p>
        </w:tc>
        <w:tc>
          <w:tcPr>
            <w:tcW w:w="1276" w:type="dxa"/>
            <w:vAlign w:val="center"/>
          </w:tcPr>
          <w:p w14:paraId="52986B22" w14:textId="77777777" w:rsidR="00077800" w:rsidRPr="008974C5" w:rsidRDefault="00077800" w:rsidP="004B7339">
            <w:pPr>
              <w:jc w:val="center"/>
              <w:rPr>
                <w:rFonts w:cs="Times New Roman"/>
                <w:szCs w:val="24"/>
              </w:rPr>
            </w:pPr>
            <w:r w:rsidRPr="008974C5">
              <w:rPr>
                <w:rFonts w:cs="Times New Roman"/>
                <w:szCs w:val="24"/>
              </w:rPr>
              <w:t>800,00</w:t>
            </w:r>
          </w:p>
        </w:tc>
      </w:tr>
      <w:tr w:rsidR="00077800" w:rsidRPr="008974C5" w14:paraId="4C49F92C" w14:textId="77777777" w:rsidTr="004B7339">
        <w:tc>
          <w:tcPr>
            <w:tcW w:w="567" w:type="dxa"/>
            <w:vAlign w:val="center"/>
          </w:tcPr>
          <w:p w14:paraId="53B6ADDD" w14:textId="77777777" w:rsidR="00077800" w:rsidRPr="008974C5" w:rsidRDefault="00077800" w:rsidP="00D6542B">
            <w:pPr>
              <w:ind w:left="-105" w:right="-102"/>
              <w:jc w:val="center"/>
              <w:rPr>
                <w:rFonts w:cs="Times New Roman"/>
                <w:szCs w:val="24"/>
              </w:rPr>
            </w:pPr>
            <w:r w:rsidRPr="008974C5">
              <w:rPr>
                <w:rFonts w:cs="Times New Roman"/>
                <w:szCs w:val="24"/>
              </w:rPr>
              <w:t>2.14</w:t>
            </w:r>
          </w:p>
        </w:tc>
        <w:tc>
          <w:tcPr>
            <w:tcW w:w="567" w:type="dxa"/>
            <w:vMerge/>
            <w:vAlign w:val="center"/>
          </w:tcPr>
          <w:p w14:paraId="580829A5" w14:textId="77777777" w:rsidR="00077800" w:rsidRPr="008974C5" w:rsidRDefault="00077800" w:rsidP="00BF7C76">
            <w:pPr>
              <w:jc w:val="center"/>
              <w:rPr>
                <w:rFonts w:cs="Times New Roman"/>
                <w:szCs w:val="24"/>
              </w:rPr>
            </w:pPr>
          </w:p>
        </w:tc>
        <w:tc>
          <w:tcPr>
            <w:tcW w:w="2410" w:type="dxa"/>
            <w:vAlign w:val="center"/>
          </w:tcPr>
          <w:p w14:paraId="7A36F939" w14:textId="7C6F0032" w:rsidR="00077800" w:rsidRPr="008974C5" w:rsidRDefault="00077800">
            <w:pPr>
              <w:jc w:val="center"/>
              <w:rPr>
                <w:rFonts w:cs="Times New Roman"/>
                <w:szCs w:val="24"/>
              </w:rPr>
            </w:pPr>
            <w:r w:rsidRPr="008974C5">
              <w:rPr>
                <w:rFonts w:cs="Times New Roman"/>
                <w:szCs w:val="24"/>
              </w:rPr>
              <w:t>Suport armat 800 mm</w:t>
            </w:r>
          </w:p>
        </w:tc>
        <w:tc>
          <w:tcPr>
            <w:tcW w:w="1276" w:type="dxa"/>
            <w:vAlign w:val="center"/>
          </w:tcPr>
          <w:p w14:paraId="2A03F891" w14:textId="161CBF1A" w:rsidR="00077800" w:rsidRPr="008974C5" w:rsidRDefault="00077800">
            <w:pPr>
              <w:jc w:val="center"/>
              <w:rPr>
                <w:rFonts w:cs="Times New Roman"/>
                <w:szCs w:val="24"/>
              </w:rPr>
            </w:pPr>
            <w:r w:rsidRPr="008974C5">
              <w:rPr>
                <w:rFonts w:cs="Times New Roman"/>
                <w:szCs w:val="24"/>
              </w:rPr>
              <w:t>4 buc</w:t>
            </w:r>
          </w:p>
        </w:tc>
        <w:tc>
          <w:tcPr>
            <w:tcW w:w="3969" w:type="dxa"/>
          </w:tcPr>
          <w:p w14:paraId="7563AC10" w14:textId="77777777" w:rsidR="00077800" w:rsidRPr="008974C5" w:rsidRDefault="00077800">
            <w:pPr>
              <w:rPr>
                <w:rFonts w:cs="Times New Roman"/>
                <w:szCs w:val="24"/>
              </w:rPr>
            </w:pPr>
            <w:r w:rsidRPr="008974C5">
              <w:rPr>
                <w:rFonts w:cs="Times New Roman"/>
                <w:szCs w:val="24"/>
              </w:rPr>
              <w:t>Tip: Suport armat; Material: Oțel inoxidabil; Grosimea oțelului: minimum 1 mm. Lungimea: 800 mm. Prețul propus trebuie să fie pentru un element.</w:t>
            </w:r>
          </w:p>
        </w:tc>
        <w:tc>
          <w:tcPr>
            <w:tcW w:w="1276" w:type="dxa"/>
            <w:vAlign w:val="center"/>
          </w:tcPr>
          <w:p w14:paraId="0BCCD668" w14:textId="77777777" w:rsidR="00077800" w:rsidRPr="008974C5" w:rsidRDefault="00077800" w:rsidP="004B7339">
            <w:pPr>
              <w:jc w:val="center"/>
              <w:rPr>
                <w:rFonts w:cs="Times New Roman"/>
                <w:szCs w:val="24"/>
              </w:rPr>
            </w:pPr>
            <w:r w:rsidRPr="008974C5">
              <w:rPr>
                <w:rFonts w:cs="Times New Roman"/>
                <w:szCs w:val="24"/>
              </w:rPr>
              <w:t>880,00</w:t>
            </w:r>
          </w:p>
        </w:tc>
      </w:tr>
      <w:tr w:rsidR="00077800" w:rsidRPr="008974C5" w14:paraId="07BD2648" w14:textId="77777777" w:rsidTr="004B7339">
        <w:tc>
          <w:tcPr>
            <w:tcW w:w="567" w:type="dxa"/>
            <w:vAlign w:val="center"/>
          </w:tcPr>
          <w:p w14:paraId="4CE8D8F6" w14:textId="77777777" w:rsidR="00077800" w:rsidRPr="008974C5" w:rsidRDefault="00077800" w:rsidP="00D6542B">
            <w:pPr>
              <w:ind w:left="-105" w:right="-102"/>
              <w:jc w:val="center"/>
              <w:rPr>
                <w:rFonts w:cs="Times New Roman"/>
                <w:szCs w:val="24"/>
              </w:rPr>
            </w:pPr>
            <w:r w:rsidRPr="008974C5">
              <w:rPr>
                <w:rFonts w:cs="Times New Roman"/>
                <w:szCs w:val="24"/>
              </w:rPr>
              <w:t>2.15</w:t>
            </w:r>
          </w:p>
        </w:tc>
        <w:tc>
          <w:tcPr>
            <w:tcW w:w="567" w:type="dxa"/>
            <w:vMerge/>
            <w:vAlign w:val="center"/>
          </w:tcPr>
          <w:p w14:paraId="1FA37011" w14:textId="77777777" w:rsidR="00077800" w:rsidRPr="008974C5" w:rsidRDefault="00077800" w:rsidP="00BF7C76">
            <w:pPr>
              <w:jc w:val="center"/>
              <w:rPr>
                <w:rFonts w:cs="Times New Roman"/>
                <w:szCs w:val="24"/>
              </w:rPr>
            </w:pPr>
          </w:p>
        </w:tc>
        <w:tc>
          <w:tcPr>
            <w:tcW w:w="2410" w:type="dxa"/>
            <w:vAlign w:val="center"/>
          </w:tcPr>
          <w:p w14:paraId="50A609C5" w14:textId="262A1D0F" w:rsidR="00077800" w:rsidRPr="008974C5" w:rsidRDefault="00077800">
            <w:pPr>
              <w:jc w:val="center"/>
              <w:rPr>
                <w:rFonts w:cs="Times New Roman"/>
                <w:szCs w:val="24"/>
              </w:rPr>
            </w:pPr>
            <w:r w:rsidRPr="008974C5">
              <w:rPr>
                <w:rFonts w:cs="Times New Roman"/>
                <w:szCs w:val="24"/>
              </w:rPr>
              <w:t>Suport bază perete</w:t>
            </w:r>
          </w:p>
        </w:tc>
        <w:tc>
          <w:tcPr>
            <w:tcW w:w="1276" w:type="dxa"/>
            <w:vAlign w:val="center"/>
          </w:tcPr>
          <w:p w14:paraId="0CD1A037" w14:textId="2D76A9A3" w:rsidR="00077800" w:rsidRPr="008974C5" w:rsidRDefault="00077800">
            <w:pPr>
              <w:jc w:val="center"/>
              <w:rPr>
                <w:rFonts w:cs="Times New Roman"/>
                <w:szCs w:val="24"/>
              </w:rPr>
            </w:pPr>
            <w:r w:rsidRPr="008974C5">
              <w:rPr>
                <w:rFonts w:cs="Times New Roman"/>
                <w:szCs w:val="24"/>
              </w:rPr>
              <w:t>1 buc</w:t>
            </w:r>
          </w:p>
        </w:tc>
        <w:tc>
          <w:tcPr>
            <w:tcW w:w="3969" w:type="dxa"/>
          </w:tcPr>
          <w:p w14:paraId="60FC02B2" w14:textId="77777777" w:rsidR="00077800" w:rsidRPr="008974C5" w:rsidRDefault="00077800">
            <w:pPr>
              <w:rPr>
                <w:rFonts w:cs="Times New Roman"/>
                <w:szCs w:val="24"/>
              </w:rPr>
            </w:pPr>
            <w:r w:rsidRPr="008974C5">
              <w:rPr>
                <w:rFonts w:cs="Times New Roman"/>
                <w:szCs w:val="24"/>
              </w:rPr>
              <w:t>Tip: Suport bază perete; Material: Profil oțel inoxidabil 30x30 mm; Grosimea oțelului: minimum 1 mm; Lungimea: 1000/1200 mm. Prețul propus trebuie să fie pentru un element.</w:t>
            </w:r>
          </w:p>
        </w:tc>
        <w:tc>
          <w:tcPr>
            <w:tcW w:w="1276" w:type="dxa"/>
            <w:vAlign w:val="center"/>
          </w:tcPr>
          <w:p w14:paraId="3F0040A7" w14:textId="77777777" w:rsidR="00077800" w:rsidRPr="008974C5" w:rsidRDefault="00077800" w:rsidP="004B7339">
            <w:pPr>
              <w:jc w:val="center"/>
              <w:rPr>
                <w:rFonts w:cs="Times New Roman"/>
                <w:szCs w:val="24"/>
              </w:rPr>
            </w:pPr>
            <w:r w:rsidRPr="008974C5">
              <w:rPr>
                <w:rFonts w:cs="Times New Roman"/>
                <w:szCs w:val="24"/>
              </w:rPr>
              <w:t>700,00</w:t>
            </w:r>
          </w:p>
        </w:tc>
      </w:tr>
      <w:tr w:rsidR="004954F2" w:rsidRPr="008974C5" w14:paraId="0B15E65E" w14:textId="77777777" w:rsidTr="004B7339">
        <w:tc>
          <w:tcPr>
            <w:tcW w:w="10065" w:type="dxa"/>
            <w:gridSpan w:val="6"/>
          </w:tcPr>
          <w:p w14:paraId="075CB845" w14:textId="299E02C0" w:rsidR="004954F2" w:rsidRPr="008974C5" w:rsidRDefault="00D771E7" w:rsidP="00D771E7">
            <w:pPr>
              <w:rPr>
                <w:rFonts w:cs="Times New Roman"/>
                <w:b/>
                <w:bCs/>
                <w:i/>
                <w:iCs/>
                <w:szCs w:val="24"/>
              </w:rPr>
            </w:pPr>
            <w:r w:rsidRPr="008974C5">
              <w:rPr>
                <w:rFonts w:cs="Times New Roman"/>
                <w:b/>
                <w:bCs/>
                <w:i/>
                <w:iCs/>
                <w:szCs w:val="24"/>
              </w:rPr>
              <w:t>Notă: Inclusiv serviciile de instalare (montaj) a coșului de fum.</w:t>
            </w:r>
          </w:p>
        </w:tc>
      </w:tr>
      <w:tr w:rsidR="00046527" w:rsidRPr="008974C5" w14:paraId="50DADF5D" w14:textId="77777777" w:rsidTr="004B7339">
        <w:tc>
          <w:tcPr>
            <w:tcW w:w="8789" w:type="dxa"/>
            <w:gridSpan w:val="5"/>
          </w:tcPr>
          <w:p w14:paraId="77E47980" w14:textId="442FB1AE" w:rsidR="00046527" w:rsidRPr="008974C5" w:rsidRDefault="00212C27" w:rsidP="00212C27">
            <w:pPr>
              <w:jc w:val="center"/>
              <w:rPr>
                <w:rFonts w:cs="Times New Roman"/>
                <w:szCs w:val="24"/>
              </w:rPr>
            </w:pPr>
            <w:r w:rsidRPr="008974C5">
              <w:rPr>
                <w:rFonts w:cs="Times New Roman"/>
                <w:b/>
                <w:szCs w:val="24"/>
              </w:rPr>
              <w:t>Total lot nr. 2</w:t>
            </w:r>
          </w:p>
        </w:tc>
        <w:tc>
          <w:tcPr>
            <w:tcW w:w="1276" w:type="dxa"/>
          </w:tcPr>
          <w:p w14:paraId="131612C6" w14:textId="4FB7ADCC" w:rsidR="00046527" w:rsidRPr="008974C5" w:rsidRDefault="00212C27" w:rsidP="00212C27">
            <w:pPr>
              <w:jc w:val="center"/>
              <w:rPr>
                <w:rFonts w:cs="Times New Roman"/>
                <w:szCs w:val="24"/>
              </w:rPr>
            </w:pPr>
            <w:r w:rsidRPr="008974C5">
              <w:rPr>
                <w:rFonts w:cs="Times New Roman"/>
                <w:b/>
                <w:szCs w:val="24"/>
              </w:rPr>
              <w:t>40 890,00</w:t>
            </w:r>
          </w:p>
        </w:tc>
      </w:tr>
      <w:tr w:rsidR="00046527" w:rsidRPr="008974C5" w14:paraId="026257CB" w14:textId="77777777" w:rsidTr="004B7339">
        <w:tc>
          <w:tcPr>
            <w:tcW w:w="8789" w:type="dxa"/>
            <w:gridSpan w:val="5"/>
          </w:tcPr>
          <w:p w14:paraId="3D90CCE9" w14:textId="3879EB69" w:rsidR="00046527" w:rsidRPr="008974C5" w:rsidRDefault="00212C27" w:rsidP="00212C27">
            <w:pPr>
              <w:jc w:val="center"/>
              <w:rPr>
                <w:rFonts w:cs="Times New Roman"/>
                <w:szCs w:val="24"/>
              </w:rPr>
            </w:pPr>
            <w:r w:rsidRPr="008974C5">
              <w:rPr>
                <w:rFonts w:cs="Times New Roman"/>
                <w:b/>
                <w:szCs w:val="24"/>
              </w:rPr>
              <w:t>Valoarea totală estimată lei, fără TVA</w:t>
            </w:r>
          </w:p>
        </w:tc>
        <w:tc>
          <w:tcPr>
            <w:tcW w:w="1276" w:type="dxa"/>
          </w:tcPr>
          <w:p w14:paraId="7711D697" w14:textId="25B9CF2B" w:rsidR="00046527" w:rsidRPr="008974C5" w:rsidRDefault="00212C27" w:rsidP="0097057C">
            <w:pPr>
              <w:ind w:left="-105" w:right="-104"/>
              <w:jc w:val="center"/>
              <w:rPr>
                <w:rFonts w:cs="Times New Roman"/>
                <w:szCs w:val="24"/>
              </w:rPr>
            </w:pPr>
            <w:r w:rsidRPr="008974C5">
              <w:rPr>
                <w:rFonts w:cs="Times New Roman"/>
                <w:b/>
                <w:szCs w:val="24"/>
              </w:rPr>
              <w:t>134</w:t>
            </w:r>
            <w:r w:rsidR="0097057C" w:rsidRPr="008974C5">
              <w:rPr>
                <w:rFonts w:cs="Times New Roman"/>
                <w:b/>
                <w:szCs w:val="24"/>
              </w:rPr>
              <w:t xml:space="preserve"> </w:t>
            </w:r>
            <w:r w:rsidRPr="008974C5">
              <w:rPr>
                <w:rFonts w:cs="Times New Roman"/>
                <w:b/>
                <w:szCs w:val="24"/>
              </w:rPr>
              <w:t>530,00</w:t>
            </w:r>
          </w:p>
        </w:tc>
      </w:tr>
    </w:tbl>
    <w:p w14:paraId="5E12FB36" w14:textId="77777777" w:rsidR="002236AA" w:rsidRPr="008974C5" w:rsidRDefault="002236AA" w:rsidP="00971BA9">
      <w:pPr>
        <w:pStyle w:val="Frspaiere"/>
        <w:jc w:val="both"/>
        <w:rPr>
          <w:rFonts w:ascii="Times New Roman" w:hAnsi="Times New Roman" w:cs="Times New Roman"/>
          <w:b/>
          <w:i/>
          <w:sz w:val="24"/>
          <w:szCs w:val="24"/>
          <w:lang w:val="ro-RO" w:eastAsia="ru-RU"/>
        </w:rPr>
      </w:pPr>
    </w:p>
    <w:p w14:paraId="347C67E7" w14:textId="54550E50" w:rsidR="00971BA9" w:rsidRPr="008974C5" w:rsidRDefault="00971BA9" w:rsidP="00971BA9">
      <w:pPr>
        <w:pStyle w:val="Frspaiere"/>
        <w:jc w:val="both"/>
        <w:rPr>
          <w:rFonts w:ascii="Times New Roman" w:hAnsi="Times New Roman" w:cs="Times New Roman"/>
          <w:i/>
          <w:sz w:val="24"/>
          <w:szCs w:val="24"/>
          <w:lang w:val="ro-RO" w:eastAsia="ru-RU"/>
        </w:rPr>
      </w:pPr>
      <w:r w:rsidRPr="008974C5">
        <w:rPr>
          <w:rFonts w:ascii="Times New Roman" w:hAnsi="Times New Roman" w:cs="Times New Roman"/>
          <w:b/>
          <w:i/>
          <w:sz w:val="24"/>
          <w:szCs w:val="24"/>
          <w:lang w:val="ro-RO" w:eastAsia="ru-RU"/>
        </w:rPr>
        <w:t xml:space="preserve">Notă*: </w:t>
      </w:r>
      <w:r w:rsidRPr="008974C5">
        <w:rPr>
          <w:rFonts w:ascii="Times New Roman" w:hAnsi="Times New Roman" w:cs="Times New Roman"/>
          <w:i/>
          <w:sz w:val="24"/>
          <w:szCs w:val="24"/>
          <w:lang w:val="ro-RO" w:eastAsia="ru-RU"/>
        </w:rPr>
        <w:t xml:space="preserve">După etapa finalizării licitației electronice, dacă aceasta a avut loc, în cazul micșorării prețurilor inițiale, conform rundelor </w:t>
      </w:r>
      <w:proofErr w:type="spellStart"/>
      <w:r w:rsidRPr="008974C5">
        <w:rPr>
          <w:rFonts w:ascii="Times New Roman" w:hAnsi="Times New Roman" w:cs="Times New Roman"/>
          <w:i/>
          <w:sz w:val="24"/>
          <w:szCs w:val="24"/>
          <w:lang w:val="ro-RO" w:eastAsia="ru-RU"/>
        </w:rPr>
        <w:t>desfăşurate</w:t>
      </w:r>
      <w:proofErr w:type="spellEnd"/>
      <w:r w:rsidRPr="008974C5">
        <w:rPr>
          <w:rFonts w:ascii="Times New Roman" w:hAnsi="Times New Roman" w:cs="Times New Roman"/>
          <w:i/>
          <w:sz w:val="24"/>
          <w:szCs w:val="24"/>
          <w:lang w:val="ro-RO" w:eastAsia="ru-RU"/>
        </w:rPr>
        <w:t xml:space="preserve">, urmează a fi prezentată oferta actualizată în format electronic, cu aplicarea semnăturii electronice, la adresa de email indicată în documentația de atribuire. </w:t>
      </w:r>
    </w:p>
    <w:p w14:paraId="23AAE7B4" w14:textId="77777777" w:rsidR="00971BA9" w:rsidRPr="008974C5" w:rsidRDefault="00971BA9" w:rsidP="00971BA9">
      <w:pPr>
        <w:pStyle w:val="Frspaiere"/>
        <w:jc w:val="both"/>
        <w:rPr>
          <w:rFonts w:ascii="Times New Roman" w:hAnsi="Times New Roman" w:cs="Times New Roman"/>
          <w:i/>
          <w:sz w:val="24"/>
          <w:szCs w:val="24"/>
          <w:lang w:val="ro-RO" w:eastAsia="ru-RU"/>
        </w:rPr>
      </w:pPr>
      <w:r w:rsidRPr="008974C5">
        <w:rPr>
          <w:rFonts w:ascii="Times New Roman" w:hAnsi="Times New Roman" w:cs="Times New Roman"/>
          <w:i/>
          <w:sz w:val="24"/>
          <w:szCs w:val="24"/>
          <w:lang w:val="ro-RO" w:eastAsia="ru-RU"/>
        </w:rPr>
        <w:t xml:space="preserve">     Prețurile pentru bunurile/serviciile solicitate se indică în lei moldovenești, cu două cifre după virgulă. </w:t>
      </w:r>
    </w:p>
    <w:p w14:paraId="6E87B59C" w14:textId="0DFD632C" w:rsidR="00971BA9" w:rsidRPr="008974C5" w:rsidRDefault="00971BA9" w:rsidP="00971BA9">
      <w:pPr>
        <w:pStyle w:val="Frspaiere"/>
        <w:jc w:val="both"/>
        <w:rPr>
          <w:rFonts w:ascii="Times New Roman" w:hAnsi="Times New Roman" w:cs="Times New Roman"/>
          <w:bCs/>
          <w:i/>
          <w:sz w:val="24"/>
          <w:szCs w:val="24"/>
          <w:lang w:val="ro-RO" w:eastAsia="ru-RU"/>
        </w:rPr>
      </w:pPr>
      <w:r w:rsidRPr="008974C5">
        <w:rPr>
          <w:rFonts w:ascii="Times New Roman" w:hAnsi="Times New Roman" w:cs="Times New Roman"/>
          <w:bCs/>
          <w:i/>
          <w:sz w:val="24"/>
          <w:szCs w:val="24"/>
          <w:lang w:val="ro-RO" w:eastAsia="ru-RU"/>
        </w:rPr>
        <w:t xml:space="preserve">     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4132D601" w14:textId="50AE40A1" w:rsidR="00971BA9" w:rsidRPr="008974C5" w:rsidRDefault="00971BA9" w:rsidP="00ED71FD">
      <w:pPr>
        <w:pStyle w:val="Frspaiere"/>
        <w:jc w:val="both"/>
        <w:rPr>
          <w:rFonts w:ascii="Times New Roman" w:hAnsi="Times New Roman" w:cs="Times New Roman"/>
          <w:bCs/>
          <w:i/>
          <w:sz w:val="24"/>
          <w:szCs w:val="24"/>
          <w:lang w:val="ro-RO" w:eastAsia="ru-RU"/>
        </w:rPr>
      </w:pPr>
      <w:r w:rsidRPr="008974C5">
        <w:rPr>
          <w:rFonts w:ascii="Times New Roman" w:hAnsi="Times New Roman" w:cs="Times New Roman"/>
          <w:bCs/>
          <w:i/>
          <w:sz w:val="24"/>
          <w:szCs w:val="24"/>
          <w:lang w:val="ro-RO" w:eastAsia="ru-RU"/>
        </w:rPr>
        <w:t xml:space="preserve">     În temeiul art. 19 alin. 3  lit. d) din   Legea nr. 131/ 2015, privind achizițiile publice, ANP va exclude din procedura de atribuire a contractului de achiziții publice orice ofertant în cazul prezentării </w:t>
      </w:r>
      <w:r w:rsidRPr="008974C5">
        <w:rPr>
          <w:rFonts w:ascii="Times New Roman" w:hAnsi="Times New Roman" w:cs="Times New Roman"/>
          <w:bCs/>
          <w:i/>
          <w:sz w:val="24"/>
          <w:szCs w:val="24"/>
          <w:lang w:val="ro-RO" w:eastAsia="ru-RU"/>
        </w:rPr>
        <w:lastRenderedPageBreak/>
        <w:t>informațiilor false sau neprezentării informațiilor solicitate de ANP, în scopul demonstrării îndeplinirii criteriilor de calificare și selecție.</w:t>
      </w:r>
    </w:p>
    <w:p w14:paraId="327AFCC6" w14:textId="77777777" w:rsidR="00ED71FD" w:rsidRPr="008974C5" w:rsidRDefault="00ED71FD" w:rsidP="00ED71FD">
      <w:pPr>
        <w:pStyle w:val="Frspaiere"/>
        <w:jc w:val="both"/>
        <w:rPr>
          <w:rFonts w:ascii="Times New Roman" w:hAnsi="Times New Roman" w:cs="Times New Roman"/>
          <w:bCs/>
          <w:i/>
          <w:sz w:val="24"/>
          <w:szCs w:val="24"/>
          <w:lang w:val="ro-RO" w:eastAsia="ru-RU"/>
        </w:rPr>
      </w:pPr>
    </w:p>
    <w:p w14:paraId="1423439E" w14:textId="5693E3FC" w:rsidR="001A1BFB" w:rsidRPr="008974C5" w:rsidRDefault="00791221">
      <w:pPr>
        <w:spacing w:after="80"/>
        <w:jc w:val="both"/>
        <w:rPr>
          <w:rFonts w:cs="Times New Roman"/>
          <w:szCs w:val="24"/>
        </w:rPr>
      </w:pPr>
      <w:r w:rsidRPr="008974C5">
        <w:rPr>
          <w:rFonts w:cs="Times New Roman"/>
          <w:b/>
          <w:bCs/>
          <w:szCs w:val="24"/>
        </w:rPr>
        <w:t>10</w:t>
      </w:r>
      <w:r w:rsidR="00B71A9F" w:rsidRPr="008974C5">
        <w:rPr>
          <w:rFonts w:cs="Times New Roman"/>
          <w:b/>
          <w:bCs/>
          <w:szCs w:val="24"/>
        </w:rPr>
        <w:t>. În cazul în care contractul este împărțit pe loturi, un operator economic poate depune oferta (se va selecta):</w:t>
      </w:r>
      <w:r w:rsidR="00B71A9F" w:rsidRPr="008974C5">
        <w:rPr>
          <w:rFonts w:cs="Times New Roman"/>
          <w:szCs w:val="24"/>
        </w:rPr>
        <w:t xml:space="preserve"> pentru mai multe loturi cumulate.</w:t>
      </w:r>
    </w:p>
    <w:p w14:paraId="287E556A" w14:textId="7E16429B" w:rsidR="00791221" w:rsidRPr="008974C5" w:rsidRDefault="00791221">
      <w:pPr>
        <w:spacing w:after="80"/>
        <w:jc w:val="both"/>
        <w:rPr>
          <w:rFonts w:cs="Times New Roman"/>
          <w:b/>
          <w:bCs/>
          <w:szCs w:val="24"/>
        </w:rPr>
      </w:pPr>
      <w:r w:rsidRPr="008974C5">
        <w:rPr>
          <w:rFonts w:cs="Times New Roman"/>
          <w:b/>
          <w:bCs/>
          <w:szCs w:val="24"/>
        </w:rPr>
        <w:t>11.  Evaluarea va fi efectuată:</w:t>
      </w:r>
      <w:r w:rsidR="00600FAF" w:rsidRPr="008974C5">
        <w:rPr>
          <w:rFonts w:cs="Times New Roman"/>
          <w:b/>
          <w:bCs/>
          <w:szCs w:val="24"/>
        </w:rPr>
        <w:t xml:space="preserve"> </w:t>
      </w:r>
      <w:r w:rsidR="00600FAF" w:rsidRPr="008974C5">
        <w:rPr>
          <w:rFonts w:cs="Times New Roman"/>
          <w:szCs w:val="24"/>
        </w:rPr>
        <w:t>pe fiecare lot în parte.</w:t>
      </w:r>
    </w:p>
    <w:p w14:paraId="34BE979C" w14:textId="271F49C8" w:rsidR="001A1BFB" w:rsidRPr="008974C5" w:rsidRDefault="00B71A9F">
      <w:pPr>
        <w:spacing w:after="80"/>
        <w:jc w:val="both"/>
        <w:rPr>
          <w:rFonts w:cs="Times New Roman"/>
          <w:szCs w:val="24"/>
        </w:rPr>
      </w:pPr>
      <w:r w:rsidRPr="008974C5">
        <w:rPr>
          <w:rFonts w:cs="Times New Roman"/>
          <w:b/>
          <w:bCs/>
          <w:szCs w:val="24"/>
        </w:rPr>
        <w:t>1</w:t>
      </w:r>
      <w:r w:rsidR="009D039C" w:rsidRPr="008974C5">
        <w:rPr>
          <w:rFonts w:cs="Times New Roman"/>
          <w:b/>
          <w:bCs/>
          <w:szCs w:val="24"/>
        </w:rPr>
        <w:t>2</w:t>
      </w:r>
      <w:r w:rsidRPr="008974C5">
        <w:rPr>
          <w:rFonts w:cs="Times New Roman"/>
          <w:b/>
          <w:bCs/>
          <w:szCs w:val="24"/>
        </w:rPr>
        <w:t>. Termen</w:t>
      </w:r>
      <w:r w:rsidR="009D039C" w:rsidRPr="008974C5">
        <w:rPr>
          <w:rFonts w:cs="Times New Roman"/>
          <w:b/>
          <w:bCs/>
          <w:szCs w:val="24"/>
        </w:rPr>
        <w:t xml:space="preserve">ele </w:t>
      </w:r>
      <w:r w:rsidRPr="008974C5">
        <w:rPr>
          <w:rFonts w:cs="Times New Roman"/>
          <w:b/>
          <w:bCs/>
          <w:szCs w:val="24"/>
        </w:rPr>
        <w:t>și condițiile de livrare/prestare solicitați:</w:t>
      </w:r>
      <w:r w:rsidRPr="008974C5">
        <w:rPr>
          <w:rFonts w:cs="Times New Roman"/>
          <w:szCs w:val="24"/>
        </w:rPr>
        <w:t xml:space="preserve"> </w:t>
      </w:r>
      <w:r w:rsidR="009D039C" w:rsidRPr="008974C5">
        <w:rPr>
          <w:rFonts w:cs="Times New Roman"/>
          <w:szCs w:val="24"/>
        </w:rPr>
        <w:t xml:space="preserve">până la data de </w:t>
      </w:r>
      <w:r w:rsidR="009D039C" w:rsidRPr="008974C5">
        <w:rPr>
          <w:rFonts w:cs="Times New Roman"/>
          <w:b/>
          <w:bCs/>
          <w:i/>
          <w:iCs/>
          <w:szCs w:val="24"/>
        </w:rPr>
        <w:t>30.09.2026</w:t>
      </w:r>
      <w:r w:rsidR="009D039C" w:rsidRPr="008974C5">
        <w:rPr>
          <w:rFonts w:cs="Times New Roman"/>
          <w:szCs w:val="24"/>
        </w:rPr>
        <w:t>. L</w:t>
      </w:r>
      <w:r w:rsidRPr="008974C5">
        <w:rPr>
          <w:rFonts w:cs="Times New Roman"/>
          <w:szCs w:val="24"/>
        </w:rPr>
        <w:t>ivrarea și instalarea se efectuează din contul ofertantului, la adresa autorității contractante, conform unui grafic stabilit prealabil cu administrația Penitenciarul nr.</w:t>
      </w:r>
      <w:r w:rsidR="009D039C" w:rsidRPr="008974C5">
        <w:rPr>
          <w:rFonts w:cs="Times New Roman"/>
          <w:szCs w:val="24"/>
        </w:rPr>
        <w:t xml:space="preserve"> </w:t>
      </w:r>
      <w:r w:rsidRPr="008974C5">
        <w:rPr>
          <w:rFonts w:cs="Times New Roman"/>
          <w:szCs w:val="24"/>
        </w:rPr>
        <w:t>16</w:t>
      </w:r>
      <w:r w:rsidR="009D039C" w:rsidRPr="008974C5">
        <w:rPr>
          <w:rFonts w:cs="Times New Roman"/>
          <w:szCs w:val="24"/>
        </w:rPr>
        <w:t>-</w:t>
      </w:r>
      <w:r w:rsidRPr="008974C5">
        <w:rPr>
          <w:rFonts w:cs="Times New Roman"/>
          <w:szCs w:val="24"/>
        </w:rPr>
        <w:t xml:space="preserve">Pruncul. </w:t>
      </w:r>
      <w:r w:rsidRPr="008974C5">
        <w:rPr>
          <w:rFonts w:cs="Times New Roman"/>
          <w:b/>
          <w:bCs/>
          <w:szCs w:val="24"/>
        </w:rPr>
        <w:t>Timpul de livrare:</w:t>
      </w:r>
      <w:r w:rsidRPr="008974C5">
        <w:rPr>
          <w:rFonts w:cs="Times New Roman"/>
          <w:szCs w:val="24"/>
        </w:rPr>
        <w:t xml:space="preserve"> luni – vineri, ora 8:00 – 16:00. </w:t>
      </w:r>
    </w:p>
    <w:p w14:paraId="0ECB0FC8" w14:textId="196CB60C" w:rsidR="001A1BFB" w:rsidRPr="008974C5" w:rsidRDefault="00B71A9F">
      <w:pPr>
        <w:spacing w:after="80"/>
        <w:jc w:val="both"/>
        <w:rPr>
          <w:rFonts w:cs="Times New Roman"/>
          <w:szCs w:val="24"/>
        </w:rPr>
      </w:pPr>
      <w:r w:rsidRPr="008974C5">
        <w:rPr>
          <w:rFonts w:cs="Times New Roman"/>
          <w:b/>
          <w:bCs/>
          <w:szCs w:val="24"/>
        </w:rPr>
        <w:t>1</w:t>
      </w:r>
      <w:r w:rsidR="009D039C" w:rsidRPr="008974C5">
        <w:rPr>
          <w:rFonts w:cs="Times New Roman"/>
          <w:b/>
          <w:bCs/>
          <w:szCs w:val="24"/>
        </w:rPr>
        <w:t>3</w:t>
      </w:r>
      <w:r w:rsidRPr="008974C5">
        <w:rPr>
          <w:rFonts w:cs="Times New Roman"/>
          <w:b/>
          <w:bCs/>
          <w:szCs w:val="24"/>
        </w:rPr>
        <w:t>. Termenul de valabilitate a contractului:</w:t>
      </w:r>
      <w:r w:rsidRPr="008974C5">
        <w:rPr>
          <w:rFonts w:cs="Times New Roman"/>
          <w:szCs w:val="24"/>
        </w:rPr>
        <w:t xml:space="preserve"> 31.12.2026.</w:t>
      </w:r>
    </w:p>
    <w:p w14:paraId="289837EC" w14:textId="31626728" w:rsidR="001A1BFB" w:rsidRPr="008974C5" w:rsidRDefault="00B71A9F" w:rsidP="006B2927">
      <w:pPr>
        <w:spacing w:after="80"/>
        <w:jc w:val="both"/>
        <w:rPr>
          <w:rFonts w:cs="Times New Roman"/>
          <w:b/>
          <w:bCs/>
          <w:szCs w:val="24"/>
        </w:rPr>
      </w:pPr>
      <w:r w:rsidRPr="008974C5">
        <w:rPr>
          <w:rFonts w:cs="Times New Roman"/>
          <w:b/>
          <w:bCs/>
          <w:szCs w:val="24"/>
        </w:rPr>
        <w:t>1</w:t>
      </w:r>
      <w:r w:rsidR="00FC2C66" w:rsidRPr="008974C5">
        <w:rPr>
          <w:rFonts w:cs="Times New Roman"/>
          <w:b/>
          <w:bCs/>
          <w:szCs w:val="24"/>
        </w:rPr>
        <w:t>4</w:t>
      </w:r>
      <w:r w:rsidRPr="008974C5">
        <w:rPr>
          <w:rFonts w:cs="Times New Roman"/>
          <w:b/>
          <w:bCs/>
          <w:szCs w:val="24"/>
        </w:rPr>
        <w:t xml:space="preserve">. </w:t>
      </w:r>
      <w:r w:rsidR="00FC2C66" w:rsidRPr="008974C5">
        <w:rPr>
          <w:rFonts w:cs="Times New Roman"/>
          <w:b/>
          <w:bCs/>
          <w:szCs w:val="24"/>
        </w:rPr>
        <w:t>Scurtă descriere (indicați după caz) a criteriilor de calificare:</w:t>
      </w:r>
    </w:p>
    <w:tbl>
      <w:tblPr>
        <w:tblStyle w:val="Tabelgril"/>
        <w:tblW w:w="0" w:type="auto"/>
        <w:tblLayout w:type="fixed"/>
        <w:tblLook w:val="04A0" w:firstRow="1" w:lastRow="0" w:firstColumn="1" w:lastColumn="0" w:noHBand="0" w:noVBand="1"/>
      </w:tblPr>
      <w:tblGrid>
        <w:gridCol w:w="680"/>
        <w:gridCol w:w="2547"/>
        <w:gridCol w:w="5245"/>
        <w:gridCol w:w="1701"/>
      </w:tblGrid>
      <w:tr w:rsidR="001A1BFB" w:rsidRPr="008974C5" w14:paraId="48B1467A" w14:textId="77777777" w:rsidTr="00A22AB3">
        <w:tc>
          <w:tcPr>
            <w:tcW w:w="680" w:type="dxa"/>
            <w:vAlign w:val="center"/>
          </w:tcPr>
          <w:p w14:paraId="72A6150D" w14:textId="77777777" w:rsidR="001A1BFB" w:rsidRPr="008974C5" w:rsidRDefault="00B71A9F">
            <w:pPr>
              <w:jc w:val="center"/>
              <w:rPr>
                <w:rFonts w:cs="Times New Roman"/>
                <w:szCs w:val="24"/>
              </w:rPr>
            </w:pPr>
            <w:r w:rsidRPr="008974C5">
              <w:rPr>
                <w:rFonts w:cs="Times New Roman"/>
                <w:b/>
                <w:szCs w:val="24"/>
              </w:rPr>
              <w:t>Nr. d/o</w:t>
            </w:r>
          </w:p>
        </w:tc>
        <w:tc>
          <w:tcPr>
            <w:tcW w:w="2547" w:type="dxa"/>
            <w:vAlign w:val="center"/>
          </w:tcPr>
          <w:p w14:paraId="68827607" w14:textId="7CB936AB" w:rsidR="001A1BFB" w:rsidRPr="008974C5" w:rsidRDefault="00B71A9F">
            <w:pPr>
              <w:jc w:val="center"/>
              <w:rPr>
                <w:rFonts w:cs="Times New Roman"/>
                <w:szCs w:val="24"/>
              </w:rPr>
            </w:pPr>
            <w:r w:rsidRPr="008974C5">
              <w:rPr>
                <w:rFonts w:cs="Times New Roman"/>
                <w:b/>
                <w:szCs w:val="24"/>
              </w:rPr>
              <w:t>Criteriile de calificare și de selecție</w:t>
            </w:r>
            <w:r w:rsidR="0033216F" w:rsidRPr="008974C5">
              <w:rPr>
                <w:rFonts w:cs="Times New Roman"/>
                <w:b/>
                <w:szCs w:val="24"/>
              </w:rPr>
              <w:t xml:space="preserve"> </w:t>
            </w:r>
            <w:r w:rsidR="004B77D7" w:rsidRPr="008974C5">
              <w:rPr>
                <w:rFonts w:cs="Times New Roman"/>
                <w:b/>
                <w:szCs w:val="24"/>
              </w:rPr>
              <w:t>(</w:t>
            </w:r>
            <w:r w:rsidR="00520641" w:rsidRPr="008974C5">
              <w:rPr>
                <w:rFonts w:cs="Times New Roman"/>
                <w:b/>
                <w:szCs w:val="24"/>
              </w:rPr>
              <w:t>d</w:t>
            </w:r>
            <w:r w:rsidRPr="008974C5">
              <w:rPr>
                <w:rFonts w:cs="Times New Roman"/>
                <w:b/>
                <w:szCs w:val="24"/>
              </w:rPr>
              <w:t>escrierea criteriului/cerinței)</w:t>
            </w:r>
          </w:p>
        </w:tc>
        <w:tc>
          <w:tcPr>
            <w:tcW w:w="5245" w:type="dxa"/>
            <w:vAlign w:val="center"/>
          </w:tcPr>
          <w:p w14:paraId="6FF6D05E" w14:textId="77777777" w:rsidR="001A1BFB" w:rsidRPr="008974C5" w:rsidRDefault="00B71A9F">
            <w:pPr>
              <w:jc w:val="center"/>
              <w:rPr>
                <w:rFonts w:cs="Times New Roman"/>
                <w:szCs w:val="24"/>
              </w:rPr>
            </w:pPr>
            <w:r w:rsidRPr="008974C5">
              <w:rPr>
                <w:rFonts w:cs="Times New Roman"/>
                <w:b/>
                <w:szCs w:val="24"/>
              </w:rPr>
              <w:t>Mod de demonstrare a îndeplinirii criteriului/cerinței</w:t>
            </w:r>
          </w:p>
        </w:tc>
        <w:tc>
          <w:tcPr>
            <w:tcW w:w="1701" w:type="dxa"/>
            <w:vAlign w:val="center"/>
          </w:tcPr>
          <w:p w14:paraId="6AA4A094" w14:textId="77777777" w:rsidR="001A1BFB" w:rsidRPr="008974C5" w:rsidRDefault="00B71A9F" w:rsidP="00A22AB3">
            <w:pPr>
              <w:ind w:left="-110" w:right="-104"/>
              <w:jc w:val="center"/>
              <w:rPr>
                <w:rFonts w:cs="Times New Roman"/>
                <w:szCs w:val="24"/>
              </w:rPr>
            </w:pPr>
            <w:r w:rsidRPr="008974C5">
              <w:rPr>
                <w:rFonts w:cs="Times New Roman"/>
                <w:b/>
                <w:szCs w:val="24"/>
              </w:rPr>
              <w:t>Nivelul minim/ Obligativitatea</w:t>
            </w:r>
          </w:p>
        </w:tc>
      </w:tr>
      <w:tr w:rsidR="001A1BFB" w:rsidRPr="008974C5" w14:paraId="0D6120F5" w14:textId="77777777" w:rsidTr="00A22AB3">
        <w:tc>
          <w:tcPr>
            <w:tcW w:w="680" w:type="dxa"/>
            <w:vAlign w:val="center"/>
          </w:tcPr>
          <w:p w14:paraId="53E981B3" w14:textId="77777777" w:rsidR="001A1BFB" w:rsidRPr="008974C5" w:rsidRDefault="00B71A9F">
            <w:pPr>
              <w:jc w:val="center"/>
              <w:rPr>
                <w:rFonts w:cs="Times New Roman"/>
                <w:szCs w:val="24"/>
              </w:rPr>
            </w:pPr>
            <w:r w:rsidRPr="008974C5">
              <w:rPr>
                <w:rFonts w:cs="Times New Roman"/>
                <w:szCs w:val="24"/>
              </w:rPr>
              <w:t>1</w:t>
            </w:r>
          </w:p>
        </w:tc>
        <w:tc>
          <w:tcPr>
            <w:tcW w:w="2547" w:type="dxa"/>
            <w:vAlign w:val="center"/>
          </w:tcPr>
          <w:p w14:paraId="40217F87" w14:textId="77777777" w:rsidR="001A1BFB" w:rsidRPr="008974C5" w:rsidRDefault="00B71A9F">
            <w:pPr>
              <w:rPr>
                <w:rFonts w:cs="Times New Roman"/>
                <w:szCs w:val="24"/>
              </w:rPr>
            </w:pPr>
            <w:r w:rsidRPr="008974C5">
              <w:rPr>
                <w:rFonts w:cs="Times New Roman"/>
                <w:szCs w:val="24"/>
              </w:rPr>
              <w:t>Cerere de participare</w:t>
            </w:r>
          </w:p>
        </w:tc>
        <w:tc>
          <w:tcPr>
            <w:tcW w:w="5245" w:type="dxa"/>
          </w:tcPr>
          <w:p w14:paraId="60262D2A" w14:textId="4A0EA19A" w:rsidR="001A1BFB" w:rsidRPr="008974C5" w:rsidRDefault="004B77D7" w:rsidP="004B77D7">
            <w:pPr>
              <w:jc w:val="both"/>
              <w:rPr>
                <w:rFonts w:cs="Times New Roman"/>
                <w:szCs w:val="24"/>
              </w:rPr>
            </w:pPr>
            <w:r w:rsidRPr="008974C5">
              <w:rPr>
                <w:szCs w:val="24"/>
              </w:rPr>
              <w:t xml:space="preserve">Completat în conformitate cu </w:t>
            </w:r>
            <w:r w:rsidRPr="008974C5">
              <w:rPr>
                <w:b/>
                <w:bCs/>
                <w:i/>
                <w:iCs/>
                <w:szCs w:val="24"/>
              </w:rPr>
              <w:t>Anexa nr. 7</w:t>
            </w:r>
            <w:r w:rsidRPr="008974C5">
              <w:rPr>
                <w:szCs w:val="24"/>
              </w:rPr>
              <w:t xml:space="preserve"> </w:t>
            </w:r>
            <w:r w:rsidRPr="008974C5">
              <w:rPr>
                <w:iCs/>
                <w:szCs w:val="24"/>
              </w:rPr>
              <w:t>din   Documentația standard nr. 115 din 15.09.2021</w:t>
            </w:r>
            <w:r w:rsidRPr="008974C5">
              <w:rPr>
                <w:i/>
                <w:szCs w:val="24"/>
              </w:rPr>
              <w:t xml:space="preserve"> </w:t>
            </w:r>
            <w:r w:rsidRPr="008974C5">
              <w:rPr>
                <w:szCs w:val="24"/>
              </w:rPr>
              <w:t>- confirmată prin semnătură electronică.</w:t>
            </w:r>
          </w:p>
        </w:tc>
        <w:tc>
          <w:tcPr>
            <w:tcW w:w="1701" w:type="dxa"/>
            <w:vAlign w:val="center"/>
          </w:tcPr>
          <w:p w14:paraId="339F9D45" w14:textId="10F4B7E7" w:rsidR="001A1BFB" w:rsidRPr="008974C5" w:rsidRDefault="004B77D7">
            <w:pPr>
              <w:jc w:val="center"/>
              <w:rPr>
                <w:rFonts w:cs="Times New Roman"/>
                <w:b/>
                <w:bCs/>
                <w:szCs w:val="24"/>
              </w:rPr>
            </w:pPr>
            <w:r w:rsidRPr="008974C5">
              <w:rPr>
                <w:rFonts w:cs="Times New Roman"/>
                <w:b/>
                <w:bCs/>
                <w:szCs w:val="24"/>
              </w:rPr>
              <w:t>Obligatoriu</w:t>
            </w:r>
          </w:p>
        </w:tc>
      </w:tr>
      <w:tr w:rsidR="001A1BFB" w:rsidRPr="008974C5" w14:paraId="3D8FE8F1" w14:textId="77777777" w:rsidTr="00A22AB3">
        <w:tc>
          <w:tcPr>
            <w:tcW w:w="680" w:type="dxa"/>
            <w:vAlign w:val="center"/>
          </w:tcPr>
          <w:p w14:paraId="623A1604" w14:textId="77777777" w:rsidR="001A1BFB" w:rsidRPr="008974C5" w:rsidRDefault="00B71A9F">
            <w:pPr>
              <w:jc w:val="center"/>
              <w:rPr>
                <w:rFonts w:cs="Times New Roman"/>
                <w:szCs w:val="24"/>
              </w:rPr>
            </w:pPr>
            <w:r w:rsidRPr="008974C5">
              <w:rPr>
                <w:rFonts w:cs="Times New Roman"/>
                <w:szCs w:val="24"/>
              </w:rPr>
              <w:t>2</w:t>
            </w:r>
          </w:p>
        </w:tc>
        <w:tc>
          <w:tcPr>
            <w:tcW w:w="2547" w:type="dxa"/>
            <w:vAlign w:val="center"/>
          </w:tcPr>
          <w:p w14:paraId="696B8E70" w14:textId="77777777" w:rsidR="001A1BFB" w:rsidRPr="008974C5" w:rsidRDefault="00B71A9F">
            <w:pPr>
              <w:rPr>
                <w:rFonts w:cs="Times New Roman"/>
                <w:szCs w:val="24"/>
              </w:rPr>
            </w:pPr>
            <w:r w:rsidRPr="008974C5">
              <w:rPr>
                <w:rFonts w:cs="Times New Roman"/>
                <w:szCs w:val="24"/>
              </w:rPr>
              <w:t>Declarație privind valabilitatea ofertei</w:t>
            </w:r>
          </w:p>
        </w:tc>
        <w:tc>
          <w:tcPr>
            <w:tcW w:w="5245" w:type="dxa"/>
          </w:tcPr>
          <w:p w14:paraId="5E44499C" w14:textId="352D1F1F" w:rsidR="001A1BFB" w:rsidRPr="008974C5" w:rsidRDefault="004B77D7" w:rsidP="004B77D7">
            <w:pPr>
              <w:jc w:val="both"/>
              <w:rPr>
                <w:rFonts w:cs="Times New Roman"/>
                <w:szCs w:val="24"/>
              </w:rPr>
            </w:pPr>
            <w:r w:rsidRPr="008974C5">
              <w:rPr>
                <w:szCs w:val="24"/>
              </w:rPr>
              <w:t xml:space="preserve">Completat  în conformitate cu </w:t>
            </w:r>
            <w:r w:rsidRPr="008974C5">
              <w:rPr>
                <w:b/>
                <w:i/>
                <w:iCs/>
                <w:szCs w:val="24"/>
              </w:rPr>
              <w:t>Anexa nr. 8</w:t>
            </w:r>
            <w:r w:rsidRPr="008974C5">
              <w:rPr>
                <w:b/>
                <w:szCs w:val="24"/>
              </w:rPr>
              <w:t xml:space="preserve">  </w:t>
            </w:r>
            <w:r w:rsidRPr="008974C5">
              <w:rPr>
                <w:iCs/>
                <w:szCs w:val="24"/>
              </w:rPr>
              <w:t xml:space="preserve">din Documentația standard nr.115 din 15.09.2021 - </w:t>
            </w:r>
            <w:r w:rsidRPr="008974C5">
              <w:rPr>
                <w:szCs w:val="24"/>
              </w:rPr>
              <w:t>confirmată prin semnătură electronică</w:t>
            </w:r>
            <w:r w:rsidRPr="008974C5">
              <w:rPr>
                <w:bCs/>
                <w:szCs w:val="24"/>
              </w:rPr>
              <w:t>.</w:t>
            </w:r>
            <w:r w:rsidRPr="008974C5">
              <w:rPr>
                <w:szCs w:val="24"/>
              </w:rPr>
              <w:t xml:space="preserve"> Termenul de valabilitate - </w:t>
            </w:r>
            <w:r w:rsidRPr="008974C5">
              <w:rPr>
                <w:b/>
                <w:i/>
                <w:iCs/>
                <w:szCs w:val="24"/>
              </w:rPr>
              <w:t>30 zile</w:t>
            </w:r>
            <w:r w:rsidRPr="008974C5">
              <w:rPr>
                <w:szCs w:val="24"/>
              </w:rPr>
              <w:t xml:space="preserve"> din data limită de depunere a ofertelor.</w:t>
            </w:r>
          </w:p>
        </w:tc>
        <w:tc>
          <w:tcPr>
            <w:tcW w:w="1701" w:type="dxa"/>
            <w:vAlign w:val="center"/>
          </w:tcPr>
          <w:p w14:paraId="7CC8C73A" w14:textId="5A55E4A7" w:rsidR="001A1BFB" w:rsidRPr="008974C5" w:rsidRDefault="004B77D7">
            <w:pPr>
              <w:jc w:val="center"/>
              <w:rPr>
                <w:rFonts w:cs="Times New Roman"/>
                <w:b/>
                <w:bCs/>
                <w:szCs w:val="24"/>
              </w:rPr>
            </w:pPr>
            <w:r w:rsidRPr="008974C5">
              <w:rPr>
                <w:rFonts w:cs="Times New Roman"/>
                <w:b/>
                <w:bCs/>
                <w:szCs w:val="24"/>
              </w:rPr>
              <w:t>Obligatoriu</w:t>
            </w:r>
          </w:p>
        </w:tc>
      </w:tr>
      <w:tr w:rsidR="004B77D7" w:rsidRPr="008974C5" w14:paraId="6614332F" w14:textId="77777777" w:rsidTr="00A22AB3">
        <w:tc>
          <w:tcPr>
            <w:tcW w:w="680" w:type="dxa"/>
            <w:vAlign w:val="center"/>
          </w:tcPr>
          <w:p w14:paraId="54E83C8B" w14:textId="77777777" w:rsidR="004B77D7" w:rsidRPr="008974C5" w:rsidRDefault="004B77D7" w:rsidP="004B77D7">
            <w:pPr>
              <w:jc w:val="center"/>
              <w:rPr>
                <w:rFonts w:cs="Times New Roman"/>
                <w:szCs w:val="24"/>
              </w:rPr>
            </w:pPr>
            <w:r w:rsidRPr="008974C5">
              <w:rPr>
                <w:rFonts w:cs="Times New Roman"/>
                <w:szCs w:val="24"/>
              </w:rPr>
              <w:t>3</w:t>
            </w:r>
          </w:p>
        </w:tc>
        <w:tc>
          <w:tcPr>
            <w:tcW w:w="2547" w:type="dxa"/>
            <w:vAlign w:val="center"/>
          </w:tcPr>
          <w:p w14:paraId="6C6775E9" w14:textId="77777777" w:rsidR="004B77D7" w:rsidRPr="008974C5" w:rsidRDefault="004B77D7" w:rsidP="004B77D7">
            <w:pPr>
              <w:rPr>
                <w:rFonts w:cs="Times New Roman"/>
                <w:szCs w:val="24"/>
              </w:rPr>
            </w:pPr>
            <w:r w:rsidRPr="008974C5">
              <w:rPr>
                <w:rFonts w:cs="Times New Roman"/>
                <w:szCs w:val="24"/>
              </w:rPr>
              <w:t>Declarație de eligibilitate</w:t>
            </w:r>
          </w:p>
        </w:tc>
        <w:tc>
          <w:tcPr>
            <w:tcW w:w="5245" w:type="dxa"/>
          </w:tcPr>
          <w:p w14:paraId="58236E8B" w14:textId="1E8982D9" w:rsidR="004B77D7" w:rsidRPr="008974C5" w:rsidRDefault="00F61F11" w:rsidP="00F61F11">
            <w:pPr>
              <w:jc w:val="both"/>
              <w:rPr>
                <w:rFonts w:cs="Times New Roman"/>
                <w:szCs w:val="24"/>
              </w:rPr>
            </w:pPr>
            <w:r w:rsidRPr="008974C5">
              <w:rPr>
                <w:szCs w:val="24"/>
              </w:rPr>
              <w:t xml:space="preserve">Completată în conformitate cu </w:t>
            </w:r>
            <w:r w:rsidRPr="008974C5">
              <w:rPr>
                <w:b/>
                <w:i/>
                <w:iCs/>
                <w:szCs w:val="24"/>
              </w:rPr>
              <w:t>Anexa nr. 2</w:t>
            </w:r>
            <w:r w:rsidRPr="008974C5">
              <w:rPr>
                <w:szCs w:val="24"/>
              </w:rPr>
              <w:t xml:space="preserve"> la Regulamentul cu privire la achizițiile publice de valoare mică - </w:t>
            </w:r>
            <w:r w:rsidRPr="008974C5">
              <w:rPr>
                <w:bCs/>
                <w:szCs w:val="24"/>
              </w:rPr>
              <w:t xml:space="preserve">confirmată </w:t>
            </w:r>
            <w:r w:rsidRPr="008974C5">
              <w:rPr>
                <w:szCs w:val="24"/>
              </w:rPr>
              <w:t>prin semnătură electronică.</w:t>
            </w:r>
          </w:p>
        </w:tc>
        <w:tc>
          <w:tcPr>
            <w:tcW w:w="1701" w:type="dxa"/>
            <w:vAlign w:val="center"/>
          </w:tcPr>
          <w:p w14:paraId="6254B0EC" w14:textId="017F367C" w:rsidR="004B77D7" w:rsidRPr="008974C5" w:rsidRDefault="004B77D7" w:rsidP="004B77D7">
            <w:pPr>
              <w:jc w:val="center"/>
              <w:rPr>
                <w:rFonts w:cs="Times New Roman"/>
                <w:b/>
                <w:bCs/>
                <w:szCs w:val="24"/>
              </w:rPr>
            </w:pPr>
            <w:r w:rsidRPr="008974C5">
              <w:rPr>
                <w:rFonts w:cs="Times New Roman"/>
                <w:b/>
                <w:bCs/>
                <w:szCs w:val="24"/>
              </w:rPr>
              <w:t>Obligatoriu</w:t>
            </w:r>
          </w:p>
        </w:tc>
      </w:tr>
      <w:tr w:rsidR="004B77D7" w:rsidRPr="008974C5" w14:paraId="39E90E98" w14:textId="77777777" w:rsidTr="00A22AB3">
        <w:tc>
          <w:tcPr>
            <w:tcW w:w="680" w:type="dxa"/>
            <w:vAlign w:val="center"/>
          </w:tcPr>
          <w:p w14:paraId="2FFC9008" w14:textId="77777777" w:rsidR="004B77D7" w:rsidRPr="008974C5" w:rsidRDefault="004B77D7" w:rsidP="004B77D7">
            <w:pPr>
              <w:jc w:val="center"/>
              <w:rPr>
                <w:rFonts w:cs="Times New Roman"/>
                <w:szCs w:val="24"/>
              </w:rPr>
            </w:pPr>
            <w:r w:rsidRPr="008974C5">
              <w:rPr>
                <w:rFonts w:cs="Times New Roman"/>
                <w:szCs w:val="24"/>
              </w:rPr>
              <w:t>4</w:t>
            </w:r>
          </w:p>
        </w:tc>
        <w:tc>
          <w:tcPr>
            <w:tcW w:w="2547" w:type="dxa"/>
            <w:vAlign w:val="center"/>
          </w:tcPr>
          <w:p w14:paraId="072E4359" w14:textId="77777777" w:rsidR="004B77D7" w:rsidRPr="008974C5" w:rsidRDefault="004B77D7" w:rsidP="004B77D7">
            <w:pPr>
              <w:rPr>
                <w:rFonts w:cs="Times New Roman"/>
                <w:szCs w:val="24"/>
              </w:rPr>
            </w:pPr>
            <w:proofErr w:type="spellStart"/>
            <w:r w:rsidRPr="008974C5">
              <w:rPr>
                <w:rFonts w:cs="Times New Roman"/>
                <w:szCs w:val="24"/>
              </w:rPr>
              <w:t>Specificaţii</w:t>
            </w:r>
            <w:proofErr w:type="spellEnd"/>
            <w:r w:rsidRPr="008974C5">
              <w:rPr>
                <w:rFonts w:cs="Times New Roman"/>
                <w:szCs w:val="24"/>
              </w:rPr>
              <w:t xml:space="preserve"> tehnice</w:t>
            </w:r>
          </w:p>
        </w:tc>
        <w:tc>
          <w:tcPr>
            <w:tcW w:w="5245" w:type="dxa"/>
          </w:tcPr>
          <w:p w14:paraId="14DA68E7" w14:textId="032D6489" w:rsidR="004B77D7" w:rsidRPr="008974C5" w:rsidRDefault="00F61F11" w:rsidP="00F61F11">
            <w:pPr>
              <w:tabs>
                <w:tab w:val="left" w:pos="339"/>
              </w:tabs>
              <w:ind w:right="113"/>
              <w:jc w:val="both"/>
              <w:rPr>
                <w:bCs/>
                <w:szCs w:val="24"/>
              </w:rPr>
            </w:pPr>
            <w:r w:rsidRPr="008974C5">
              <w:rPr>
                <w:szCs w:val="24"/>
              </w:rPr>
              <w:t xml:space="preserve">Completate în conformitate cu </w:t>
            </w:r>
            <w:r w:rsidRPr="008974C5">
              <w:rPr>
                <w:b/>
                <w:i/>
                <w:iCs/>
                <w:szCs w:val="24"/>
              </w:rPr>
              <w:t>Anexa nr. 22</w:t>
            </w:r>
            <w:r w:rsidRPr="008974C5">
              <w:rPr>
                <w:b/>
                <w:szCs w:val="24"/>
              </w:rPr>
              <w:t xml:space="preserve"> </w:t>
            </w:r>
            <w:r w:rsidRPr="008974C5">
              <w:rPr>
                <w:iCs/>
                <w:szCs w:val="24"/>
              </w:rPr>
              <w:t>din Documentația standard nr.115 din 15.09.2021</w:t>
            </w:r>
            <w:r w:rsidRPr="008974C5">
              <w:rPr>
                <w:i/>
                <w:szCs w:val="24"/>
              </w:rPr>
              <w:t xml:space="preserve"> </w:t>
            </w:r>
            <w:r w:rsidRPr="008974C5">
              <w:rPr>
                <w:b/>
                <w:szCs w:val="24"/>
              </w:rPr>
              <w:t>–</w:t>
            </w:r>
            <w:r w:rsidRPr="008974C5">
              <w:rPr>
                <w:szCs w:val="24"/>
              </w:rPr>
              <w:t xml:space="preserve"> </w:t>
            </w:r>
            <w:r w:rsidRPr="008974C5">
              <w:rPr>
                <w:bCs/>
                <w:szCs w:val="24"/>
              </w:rPr>
              <w:t xml:space="preserve">confirmate </w:t>
            </w:r>
            <w:r w:rsidRPr="008974C5">
              <w:rPr>
                <w:szCs w:val="24"/>
              </w:rPr>
              <w:t>prin semnătură electronică</w:t>
            </w:r>
            <w:r w:rsidRPr="008974C5">
              <w:rPr>
                <w:bCs/>
                <w:szCs w:val="24"/>
              </w:rPr>
              <w:t>.</w:t>
            </w:r>
          </w:p>
        </w:tc>
        <w:tc>
          <w:tcPr>
            <w:tcW w:w="1701" w:type="dxa"/>
            <w:vAlign w:val="center"/>
          </w:tcPr>
          <w:p w14:paraId="19F728E8" w14:textId="7AD0E127" w:rsidR="004B77D7" w:rsidRPr="008974C5" w:rsidRDefault="004B77D7" w:rsidP="004B77D7">
            <w:pPr>
              <w:jc w:val="center"/>
              <w:rPr>
                <w:rFonts w:cs="Times New Roman"/>
                <w:b/>
                <w:bCs/>
                <w:szCs w:val="24"/>
              </w:rPr>
            </w:pPr>
            <w:r w:rsidRPr="008974C5">
              <w:rPr>
                <w:rFonts w:cs="Times New Roman"/>
                <w:b/>
                <w:bCs/>
                <w:szCs w:val="24"/>
              </w:rPr>
              <w:t>Obligatoriu</w:t>
            </w:r>
          </w:p>
        </w:tc>
      </w:tr>
      <w:tr w:rsidR="004B77D7" w:rsidRPr="008974C5" w14:paraId="2CD6F328" w14:textId="77777777" w:rsidTr="00A22AB3">
        <w:tc>
          <w:tcPr>
            <w:tcW w:w="680" w:type="dxa"/>
            <w:vAlign w:val="center"/>
          </w:tcPr>
          <w:p w14:paraId="3CE1AD8B" w14:textId="77777777" w:rsidR="004B77D7" w:rsidRPr="008974C5" w:rsidRDefault="004B77D7" w:rsidP="004B77D7">
            <w:pPr>
              <w:jc w:val="center"/>
              <w:rPr>
                <w:rFonts w:cs="Times New Roman"/>
                <w:szCs w:val="24"/>
              </w:rPr>
            </w:pPr>
            <w:r w:rsidRPr="008974C5">
              <w:rPr>
                <w:rFonts w:cs="Times New Roman"/>
                <w:szCs w:val="24"/>
              </w:rPr>
              <w:t>5</w:t>
            </w:r>
          </w:p>
        </w:tc>
        <w:tc>
          <w:tcPr>
            <w:tcW w:w="2547" w:type="dxa"/>
            <w:vAlign w:val="center"/>
          </w:tcPr>
          <w:p w14:paraId="38CB7C8C" w14:textId="43830B85" w:rsidR="004B77D7" w:rsidRPr="008974C5" w:rsidRDefault="004B77D7" w:rsidP="004B77D7">
            <w:pPr>
              <w:rPr>
                <w:rFonts w:cs="Times New Roman"/>
                <w:szCs w:val="24"/>
              </w:rPr>
            </w:pPr>
            <w:r w:rsidRPr="008974C5">
              <w:rPr>
                <w:rFonts w:cs="Times New Roman"/>
                <w:szCs w:val="24"/>
              </w:rPr>
              <w:t>Specificați</w:t>
            </w:r>
            <w:r w:rsidR="00F61F11" w:rsidRPr="008974C5">
              <w:rPr>
                <w:rFonts w:cs="Times New Roman"/>
                <w:szCs w:val="24"/>
              </w:rPr>
              <w:t>i</w:t>
            </w:r>
            <w:r w:rsidRPr="008974C5">
              <w:rPr>
                <w:rFonts w:cs="Times New Roman"/>
                <w:szCs w:val="24"/>
              </w:rPr>
              <w:t xml:space="preserve"> de preț</w:t>
            </w:r>
          </w:p>
        </w:tc>
        <w:tc>
          <w:tcPr>
            <w:tcW w:w="5245" w:type="dxa"/>
          </w:tcPr>
          <w:p w14:paraId="2CE18B06" w14:textId="77777777" w:rsidR="00F61F11" w:rsidRPr="008974C5" w:rsidRDefault="00F61F11" w:rsidP="00F61F11">
            <w:pPr>
              <w:tabs>
                <w:tab w:val="left" w:pos="339"/>
              </w:tabs>
              <w:ind w:right="113"/>
              <w:jc w:val="both"/>
              <w:rPr>
                <w:szCs w:val="24"/>
              </w:rPr>
            </w:pPr>
            <w:r w:rsidRPr="008974C5">
              <w:rPr>
                <w:szCs w:val="24"/>
              </w:rPr>
              <w:t xml:space="preserve">Completate în conformitate cu </w:t>
            </w:r>
            <w:r w:rsidRPr="008974C5">
              <w:rPr>
                <w:b/>
                <w:i/>
                <w:iCs/>
                <w:szCs w:val="24"/>
              </w:rPr>
              <w:t>Anexa nr. 23</w:t>
            </w:r>
            <w:r w:rsidRPr="008974C5">
              <w:rPr>
                <w:b/>
                <w:szCs w:val="24"/>
              </w:rPr>
              <w:t xml:space="preserve"> </w:t>
            </w:r>
            <w:r w:rsidRPr="008974C5">
              <w:rPr>
                <w:iCs/>
                <w:szCs w:val="24"/>
              </w:rPr>
              <w:t>din Documentația standard nr.115 din 15.09.2021</w:t>
            </w:r>
            <w:r w:rsidRPr="008974C5">
              <w:rPr>
                <w:i/>
                <w:szCs w:val="24"/>
              </w:rPr>
              <w:t xml:space="preserve"> </w:t>
            </w:r>
            <w:r w:rsidRPr="008974C5">
              <w:rPr>
                <w:b/>
                <w:szCs w:val="24"/>
              </w:rPr>
              <w:t>-</w:t>
            </w:r>
            <w:r w:rsidRPr="008974C5">
              <w:rPr>
                <w:szCs w:val="24"/>
              </w:rPr>
              <w:t xml:space="preserve"> </w:t>
            </w:r>
            <w:r w:rsidRPr="008974C5">
              <w:rPr>
                <w:bCs/>
                <w:szCs w:val="24"/>
              </w:rPr>
              <w:t xml:space="preserve">confirmate </w:t>
            </w:r>
            <w:r w:rsidRPr="008974C5">
              <w:rPr>
                <w:szCs w:val="24"/>
              </w:rPr>
              <w:t>prin semnătură electronică.</w:t>
            </w:r>
          </w:p>
          <w:p w14:paraId="7175D289" w14:textId="639F33A1" w:rsidR="004B77D7" w:rsidRPr="008974C5" w:rsidRDefault="00F61F11" w:rsidP="00F61F11">
            <w:pPr>
              <w:jc w:val="both"/>
              <w:rPr>
                <w:rFonts w:cs="Times New Roman"/>
                <w:szCs w:val="24"/>
              </w:rPr>
            </w:pPr>
            <w:r w:rsidRPr="008974C5">
              <w:rPr>
                <w:b/>
                <w:bCs/>
                <w:i/>
                <w:iCs/>
                <w:szCs w:val="24"/>
              </w:rPr>
              <w:t>După finisarea licitației electronice „Specificația de preț”  va fi actualizată în termen de 1 zile calendaristice</w:t>
            </w:r>
            <w:r w:rsidRPr="008974C5">
              <w:rPr>
                <w:i/>
                <w:iCs/>
                <w:szCs w:val="24"/>
              </w:rPr>
              <w:t>.</w:t>
            </w:r>
          </w:p>
        </w:tc>
        <w:tc>
          <w:tcPr>
            <w:tcW w:w="1701" w:type="dxa"/>
            <w:vAlign w:val="center"/>
          </w:tcPr>
          <w:p w14:paraId="501ABD24" w14:textId="3FAFA454" w:rsidR="004B77D7" w:rsidRPr="008974C5" w:rsidRDefault="004B77D7" w:rsidP="004B77D7">
            <w:pPr>
              <w:jc w:val="center"/>
              <w:rPr>
                <w:rFonts w:cs="Times New Roman"/>
                <w:b/>
                <w:bCs/>
                <w:szCs w:val="24"/>
              </w:rPr>
            </w:pPr>
            <w:r w:rsidRPr="008974C5">
              <w:rPr>
                <w:rFonts w:cs="Times New Roman"/>
                <w:b/>
                <w:bCs/>
                <w:szCs w:val="24"/>
              </w:rPr>
              <w:t>Obligatoriu</w:t>
            </w:r>
          </w:p>
        </w:tc>
      </w:tr>
      <w:tr w:rsidR="004B77D7" w:rsidRPr="008974C5" w14:paraId="6B4C3145" w14:textId="77777777" w:rsidTr="00A22AB3">
        <w:tc>
          <w:tcPr>
            <w:tcW w:w="680" w:type="dxa"/>
            <w:vAlign w:val="center"/>
          </w:tcPr>
          <w:p w14:paraId="4D3B20A5" w14:textId="77777777" w:rsidR="004B77D7" w:rsidRPr="008974C5" w:rsidRDefault="004B77D7" w:rsidP="004B77D7">
            <w:pPr>
              <w:jc w:val="center"/>
              <w:rPr>
                <w:rFonts w:cs="Times New Roman"/>
                <w:szCs w:val="24"/>
              </w:rPr>
            </w:pPr>
            <w:r w:rsidRPr="008974C5">
              <w:rPr>
                <w:rFonts w:cs="Times New Roman"/>
                <w:szCs w:val="24"/>
              </w:rPr>
              <w:t>6</w:t>
            </w:r>
          </w:p>
        </w:tc>
        <w:tc>
          <w:tcPr>
            <w:tcW w:w="2547" w:type="dxa"/>
            <w:vAlign w:val="center"/>
          </w:tcPr>
          <w:p w14:paraId="18D23214" w14:textId="77777777" w:rsidR="00DC0A11" w:rsidRPr="008974C5" w:rsidRDefault="00DC0A11" w:rsidP="00DC0A11">
            <w:pPr>
              <w:rPr>
                <w:bCs/>
                <w:color w:val="000000" w:themeColor="text1"/>
                <w:sz w:val="22"/>
                <w:lang w:eastAsia="ro-RO"/>
              </w:rPr>
            </w:pPr>
            <w:r w:rsidRPr="008974C5">
              <w:rPr>
                <w:color w:val="000000"/>
                <w:sz w:val="22"/>
              </w:rPr>
              <w:t>Informații generale despre</w:t>
            </w:r>
          </w:p>
          <w:p w14:paraId="70602EFB" w14:textId="37CF0E70" w:rsidR="004B77D7" w:rsidRPr="008974C5" w:rsidRDefault="00DC0A11" w:rsidP="00DC0A11">
            <w:pPr>
              <w:rPr>
                <w:color w:val="000000"/>
                <w:sz w:val="22"/>
              </w:rPr>
            </w:pPr>
            <w:r w:rsidRPr="008974C5">
              <w:rPr>
                <w:color w:val="000000"/>
                <w:sz w:val="22"/>
              </w:rPr>
              <w:t xml:space="preserve">ofertant (sediul ofertantului </w:t>
            </w:r>
            <w:proofErr w:type="spellStart"/>
            <w:r w:rsidRPr="008974C5">
              <w:rPr>
                <w:color w:val="000000"/>
                <w:sz w:val="22"/>
              </w:rPr>
              <w:t>şi</w:t>
            </w:r>
            <w:proofErr w:type="spellEnd"/>
            <w:r w:rsidRPr="008974C5">
              <w:rPr>
                <w:color w:val="000000"/>
                <w:sz w:val="22"/>
              </w:rPr>
              <w:t xml:space="preserve"> al filialelor acestuia)</w:t>
            </w:r>
          </w:p>
        </w:tc>
        <w:tc>
          <w:tcPr>
            <w:tcW w:w="5245" w:type="dxa"/>
            <w:vAlign w:val="center"/>
          </w:tcPr>
          <w:p w14:paraId="34F7599B" w14:textId="10750E59" w:rsidR="004B77D7" w:rsidRPr="008974C5" w:rsidRDefault="00DC0A11" w:rsidP="00A22AB3">
            <w:pPr>
              <w:jc w:val="both"/>
              <w:rPr>
                <w:rFonts w:cs="Times New Roman"/>
                <w:szCs w:val="24"/>
              </w:rPr>
            </w:pPr>
            <w:r w:rsidRPr="008974C5">
              <w:rPr>
                <w:szCs w:val="24"/>
                <w:lang w:eastAsia="ro-RO"/>
              </w:rPr>
              <w:t xml:space="preserve">Format liber - </w:t>
            </w:r>
            <w:r w:rsidRPr="008974C5">
              <w:rPr>
                <w:szCs w:val="24"/>
              </w:rPr>
              <w:t>confirmat prin semnătură electronică.</w:t>
            </w:r>
          </w:p>
        </w:tc>
        <w:tc>
          <w:tcPr>
            <w:tcW w:w="1701" w:type="dxa"/>
            <w:vAlign w:val="center"/>
          </w:tcPr>
          <w:p w14:paraId="1035640E" w14:textId="44CE3364" w:rsidR="004B77D7" w:rsidRPr="008974C5" w:rsidRDefault="004B77D7" w:rsidP="004B77D7">
            <w:pPr>
              <w:jc w:val="center"/>
              <w:rPr>
                <w:rFonts w:cs="Times New Roman"/>
                <w:b/>
                <w:bCs/>
                <w:szCs w:val="24"/>
              </w:rPr>
            </w:pPr>
            <w:r w:rsidRPr="008974C5">
              <w:rPr>
                <w:rFonts w:cs="Times New Roman"/>
                <w:b/>
                <w:bCs/>
                <w:szCs w:val="24"/>
              </w:rPr>
              <w:t>Obligatoriu</w:t>
            </w:r>
          </w:p>
        </w:tc>
      </w:tr>
      <w:tr w:rsidR="00DC0A11" w:rsidRPr="008974C5" w14:paraId="79BEA5FE" w14:textId="77777777" w:rsidTr="00A22AB3">
        <w:tc>
          <w:tcPr>
            <w:tcW w:w="680" w:type="dxa"/>
            <w:vAlign w:val="center"/>
          </w:tcPr>
          <w:p w14:paraId="6C3F9A61" w14:textId="0E2488D2" w:rsidR="00DC0A11" w:rsidRPr="008974C5" w:rsidRDefault="00DC0A11" w:rsidP="004B77D7">
            <w:pPr>
              <w:jc w:val="center"/>
              <w:rPr>
                <w:rFonts w:cs="Times New Roman"/>
                <w:szCs w:val="24"/>
              </w:rPr>
            </w:pPr>
            <w:r w:rsidRPr="008974C5">
              <w:rPr>
                <w:rFonts w:cs="Times New Roman"/>
                <w:szCs w:val="24"/>
              </w:rPr>
              <w:t>7</w:t>
            </w:r>
          </w:p>
        </w:tc>
        <w:tc>
          <w:tcPr>
            <w:tcW w:w="2547" w:type="dxa"/>
            <w:vAlign w:val="center"/>
          </w:tcPr>
          <w:p w14:paraId="5F125D9E" w14:textId="09312EEF" w:rsidR="00DC0A11" w:rsidRPr="008974C5" w:rsidRDefault="00DC0A11" w:rsidP="00DC0A11">
            <w:pPr>
              <w:rPr>
                <w:color w:val="000000"/>
                <w:sz w:val="22"/>
              </w:rPr>
            </w:pPr>
            <w:r w:rsidRPr="008974C5">
              <w:rPr>
                <w:rFonts w:cs="Times New Roman"/>
                <w:szCs w:val="24"/>
              </w:rPr>
              <w:t>Dovada înregistrării juridice</w:t>
            </w:r>
          </w:p>
        </w:tc>
        <w:tc>
          <w:tcPr>
            <w:tcW w:w="5245" w:type="dxa"/>
            <w:vAlign w:val="center"/>
          </w:tcPr>
          <w:p w14:paraId="5E9E6345" w14:textId="21F3085F" w:rsidR="00DC0A11" w:rsidRPr="008974C5" w:rsidRDefault="00DC0A11" w:rsidP="00DC0A11">
            <w:pPr>
              <w:jc w:val="both"/>
              <w:rPr>
                <w:szCs w:val="24"/>
                <w:lang w:eastAsia="ro-RO"/>
              </w:rPr>
            </w:pPr>
            <w:r w:rsidRPr="008974C5">
              <w:rPr>
                <w:szCs w:val="24"/>
                <w:lang w:eastAsia="ro-RO"/>
              </w:rPr>
              <w:t xml:space="preserve">Certificat / decizie de înregistrare a întreprinderii / extras din Registrul de Stat al persoanelor juridice - copie,  </w:t>
            </w:r>
            <w:r w:rsidRPr="008974C5">
              <w:rPr>
                <w:bCs/>
                <w:szCs w:val="24"/>
              </w:rPr>
              <w:t xml:space="preserve">confirmată </w:t>
            </w:r>
            <w:r w:rsidRPr="008974C5">
              <w:rPr>
                <w:szCs w:val="24"/>
              </w:rPr>
              <w:t>prin semnătură electronică.</w:t>
            </w:r>
          </w:p>
        </w:tc>
        <w:tc>
          <w:tcPr>
            <w:tcW w:w="1701" w:type="dxa"/>
            <w:vAlign w:val="center"/>
          </w:tcPr>
          <w:p w14:paraId="7D5324FB" w14:textId="3AF95821" w:rsidR="00DC0A11" w:rsidRPr="008974C5" w:rsidRDefault="00DC0A11" w:rsidP="004B77D7">
            <w:pPr>
              <w:jc w:val="center"/>
              <w:rPr>
                <w:rFonts w:cs="Times New Roman"/>
                <w:b/>
                <w:bCs/>
                <w:szCs w:val="24"/>
              </w:rPr>
            </w:pPr>
            <w:r w:rsidRPr="008974C5">
              <w:rPr>
                <w:rFonts w:cs="Times New Roman"/>
                <w:b/>
                <w:bCs/>
                <w:szCs w:val="24"/>
              </w:rPr>
              <w:t>Obligatoriu</w:t>
            </w:r>
          </w:p>
        </w:tc>
      </w:tr>
      <w:tr w:rsidR="004B77D7" w:rsidRPr="008974C5" w14:paraId="610072A8" w14:textId="77777777" w:rsidTr="00A22AB3">
        <w:tc>
          <w:tcPr>
            <w:tcW w:w="680" w:type="dxa"/>
            <w:vAlign w:val="center"/>
          </w:tcPr>
          <w:p w14:paraId="650B0925" w14:textId="12080AE4" w:rsidR="004B77D7" w:rsidRPr="008974C5" w:rsidRDefault="00DC0A11" w:rsidP="004B77D7">
            <w:pPr>
              <w:jc w:val="center"/>
              <w:rPr>
                <w:rFonts w:cs="Times New Roman"/>
                <w:szCs w:val="24"/>
              </w:rPr>
            </w:pPr>
            <w:r w:rsidRPr="008974C5">
              <w:rPr>
                <w:rFonts w:cs="Times New Roman"/>
                <w:szCs w:val="24"/>
              </w:rPr>
              <w:t>8</w:t>
            </w:r>
          </w:p>
        </w:tc>
        <w:tc>
          <w:tcPr>
            <w:tcW w:w="2547" w:type="dxa"/>
            <w:vAlign w:val="center"/>
          </w:tcPr>
          <w:p w14:paraId="736AABA0" w14:textId="77777777" w:rsidR="004B77D7" w:rsidRPr="008974C5" w:rsidRDefault="004B77D7" w:rsidP="004B77D7">
            <w:pPr>
              <w:rPr>
                <w:rFonts w:cs="Times New Roman"/>
                <w:szCs w:val="24"/>
              </w:rPr>
            </w:pPr>
            <w:r w:rsidRPr="008974C5">
              <w:rPr>
                <w:rFonts w:cs="Times New Roman"/>
                <w:szCs w:val="24"/>
              </w:rPr>
              <w:t>Certificat de atribuire a contului bancar</w:t>
            </w:r>
          </w:p>
        </w:tc>
        <w:tc>
          <w:tcPr>
            <w:tcW w:w="5245" w:type="dxa"/>
          </w:tcPr>
          <w:p w14:paraId="5E471B80" w14:textId="67EFC6ED" w:rsidR="004B77D7" w:rsidRPr="008974C5" w:rsidRDefault="004B77D7" w:rsidP="00A22AB3">
            <w:pPr>
              <w:jc w:val="both"/>
              <w:rPr>
                <w:rFonts w:cs="Times New Roman"/>
                <w:szCs w:val="24"/>
              </w:rPr>
            </w:pPr>
            <w:r w:rsidRPr="008974C5">
              <w:rPr>
                <w:rFonts w:cs="Times New Roman"/>
                <w:szCs w:val="24"/>
              </w:rPr>
              <w:t>Eliberat de banca deținătoare de cont – copie, confirmată prin semnătură electronică</w:t>
            </w:r>
            <w:r w:rsidR="00A22AB3" w:rsidRPr="008974C5">
              <w:rPr>
                <w:rFonts w:cs="Times New Roman"/>
                <w:szCs w:val="24"/>
              </w:rPr>
              <w:t>.</w:t>
            </w:r>
          </w:p>
        </w:tc>
        <w:tc>
          <w:tcPr>
            <w:tcW w:w="1701" w:type="dxa"/>
            <w:vAlign w:val="center"/>
          </w:tcPr>
          <w:p w14:paraId="68F6D96F" w14:textId="66051AD5" w:rsidR="004B77D7" w:rsidRPr="008974C5" w:rsidRDefault="004B77D7" w:rsidP="004B77D7">
            <w:pPr>
              <w:jc w:val="center"/>
              <w:rPr>
                <w:rFonts w:cs="Times New Roman"/>
                <w:b/>
                <w:bCs/>
                <w:szCs w:val="24"/>
              </w:rPr>
            </w:pPr>
            <w:r w:rsidRPr="008974C5">
              <w:rPr>
                <w:rFonts w:cs="Times New Roman"/>
                <w:b/>
                <w:bCs/>
                <w:szCs w:val="24"/>
              </w:rPr>
              <w:t>Obligatoriu</w:t>
            </w:r>
          </w:p>
        </w:tc>
      </w:tr>
      <w:tr w:rsidR="004B77D7" w:rsidRPr="008974C5" w14:paraId="0AAE46B4" w14:textId="77777777" w:rsidTr="00A22AB3">
        <w:tc>
          <w:tcPr>
            <w:tcW w:w="680" w:type="dxa"/>
            <w:vAlign w:val="center"/>
          </w:tcPr>
          <w:p w14:paraId="72DA9A63" w14:textId="77777777" w:rsidR="004B77D7" w:rsidRPr="008974C5" w:rsidRDefault="004B77D7" w:rsidP="004B77D7">
            <w:pPr>
              <w:jc w:val="center"/>
              <w:rPr>
                <w:rFonts w:cs="Times New Roman"/>
                <w:szCs w:val="24"/>
              </w:rPr>
            </w:pPr>
            <w:r w:rsidRPr="008974C5">
              <w:rPr>
                <w:rFonts w:cs="Times New Roman"/>
                <w:szCs w:val="24"/>
              </w:rPr>
              <w:t>9</w:t>
            </w:r>
          </w:p>
        </w:tc>
        <w:tc>
          <w:tcPr>
            <w:tcW w:w="2547" w:type="dxa"/>
            <w:vAlign w:val="center"/>
          </w:tcPr>
          <w:p w14:paraId="4761BC7A" w14:textId="5B7A1CBD" w:rsidR="004B77D7" w:rsidRPr="008974C5" w:rsidRDefault="004B77D7" w:rsidP="004B77D7">
            <w:pPr>
              <w:rPr>
                <w:rFonts w:cs="Times New Roman"/>
                <w:szCs w:val="24"/>
              </w:rPr>
            </w:pPr>
            <w:r w:rsidRPr="008974C5">
              <w:rPr>
                <w:rFonts w:cs="Times New Roman"/>
                <w:szCs w:val="24"/>
              </w:rPr>
              <w:t xml:space="preserve">Dovada garanției </w:t>
            </w:r>
            <w:r w:rsidR="002A0961" w:rsidRPr="008974C5">
              <w:rPr>
                <w:rFonts w:cs="Times New Roman"/>
                <w:szCs w:val="24"/>
              </w:rPr>
              <w:t xml:space="preserve">pentru </w:t>
            </w:r>
            <w:r w:rsidRPr="008974C5">
              <w:rPr>
                <w:rFonts w:cs="Times New Roman"/>
                <w:szCs w:val="24"/>
              </w:rPr>
              <w:t>bunurile propuse</w:t>
            </w:r>
          </w:p>
        </w:tc>
        <w:tc>
          <w:tcPr>
            <w:tcW w:w="5245" w:type="dxa"/>
            <w:vAlign w:val="center"/>
          </w:tcPr>
          <w:p w14:paraId="0B887F8C" w14:textId="6BC87D3D" w:rsidR="004B77D7" w:rsidRPr="008974C5" w:rsidRDefault="0033216F" w:rsidP="00A22AB3">
            <w:pPr>
              <w:jc w:val="both"/>
              <w:rPr>
                <w:rFonts w:cs="Times New Roman"/>
                <w:szCs w:val="24"/>
              </w:rPr>
            </w:pPr>
            <w:r w:rsidRPr="008974C5">
              <w:rPr>
                <w:rFonts w:cs="Times New Roman"/>
                <w:szCs w:val="24"/>
              </w:rPr>
              <w:t>P</w:t>
            </w:r>
            <w:r w:rsidR="004B77D7" w:rsidRPr="008974C5">
              <w:rPr>
                <w:rFonts w:cs="Times New Roman"/>
                <w:szCs w:val="24"/>
              </w:rPr>
              <w:t>entru toate loturile</w:t>
            </w:r>
            <w:r w:rsidRPr="008974C5">
              <w:rPr>
                <w:rFonts w:cs="Times New Roman"/>
                <w:szCs w:val="24"/>
              </w:rPr>
              <w:t>, minimum 12 luni</w:t>
            </w:r>
            <w:r w:rsidR="004B77D7" w:rsidRPr="008974C5">
              <w:rPr>
                <w:rFonts w:cs="Times New Roman"/>
                <w:szCs w:val="24"/>
              </w:rPr>
              <w:t>, confirmat</w:t>
            </w:r>
            <w:r w:rsidR="00A22AB3" w:rsidRPr="008974C5">
              <w:rPr>
                <w:rFonts w:cs="Times New Roman"/>
                <w:szCs w:val="24"/>
              </w:rPr>
              <w:t>ă</w:t>
            </w:r>
            <w:r w:rsidR="004B77D7" w:rsidRPr="008974C5">
              <w:rPr>
                <w:rFonts w:cs="Times New Roman"/>
                <w:szCs w:val="24"/>
              </w:rPr>
              <w:t xml:space="preserve"> prin semnătură electronică</w:t>
            </w:r>
          </w:p>
        </w:tc>
        <w:tc>
          <w:tcPr>
            <w:tcW w:w="1701" w:type="dxa"/>
            <w:vAlign w:val="center"/>
          </w:tcPr>
          <w:p w14:paraId="0E91CE91" w14:textId="5225F20D" w:rsidR="004B77D7" w:rsidRPr="008974C5" w:rsidRDefault="004B77D7" w:rsidP="004B77D7">
            <w:pPr>
              <w:jc w:val="center"/>
              <w:rPr>
                <w:rFonts w:cs="Times New Roman"/>
                <w:b/>
                <w:bCs/>
                <w:szCs w:val="24"/>
              </w:rPr>
            </w:pPr>
            <w:r w:rsidRPr="008974C5">
              <w:rPr>
                <w:rFonts w:cs="Times New Roman"/>
                <w:b/>
                <w:bCs/>
                <w:szCs w:val="24"/>
              </w:rPr>
              <w:t>Obligatoriu</w:t>
            </w:r>
          </w:p>
        </w:tc>
      </w:tr>
      <w:tr w:rsidR="004B77D7" w:rsidRPr="008974C5" w14:paraId="11D493EF" w14:textId="77777777" w:rsidTr="0033216F">
        <w:trPr>
          <w:trHeight w:val="551"/>
        </w:trPr>
        <w:tc>
          <w:tcPr>
            <w:tcW w:w="680" w:type="dxa"/>
            <w:vAlign w:val="center"/>
          </w:tcPr>
          <w:p w14:paraId="5ADB1971" w14:textId="77777777" w:rsidR="004B77D7" w:rsidRPr="008974C5" w:rsidRDefault="004B77D7" w:rsidP="004B77D7">
            <w:pPr>
              <w:jc w:val="center"/>
              <w:rPr>
                <w:rFonts w:cs="Times New Roman"/>
                <w:szCs w:val="24"/>
              </w:rPr>
            </w:pPr>
            <w:r w:rsidRPr="008974C5">
              <w:rPr>
                <w:rFonts w:cs="Times New Roman"/>
                <w:szCs w:val="24"/>
              </w:rPr>
              <w:lastRenderedPageBreak/>
              <w:t>10</w:t>
            </w:r>
          </w:p>
        </w:tc>
        <w:tc>
          <w:tcPr>
            <w:tcW w:w="2547" w:type="dxa"/>
            <w:vAlign w:val="center"/>
          </w:tcPr>
          <w:p w14:paraId="226BEAC8" w14:textId="77777777" w:rsidR="004B77D7" w:rsidRPr="008974C5" w:rsidRDefault="004B77D7" w:rsidP="004B77D7">
            <w:pPr>
              <w:rPr>
                <w:rFonts w:cs="Times New Roman"/>
                <w:szCs w:val="24"/>
              </w:rPr>
            </w:pPr>
            <w:r w:rsidRPr="008974C5">
              <w:rPr>
                <w:rFonts w:cs="Times New Roman"/>
                <w:szCs w:val="24"/>
              </w:rPr>
              <w:t>Certificat de calitate/conformitate al bunurilor propuse</w:t>
            </w:r>
          </w:p>
        </w:tc>
        <w:tc>
          <w:tcPr>
            <w:tcW w:w="5245" w:type="dxa"/>
          </w:tcPr>
          <w:p w14:paraId="211AAF42" w14:textId="63020F85" w:rsidR="004B77D7" w:rsidRPr="008974C5" w:rsidRDefault="004B77D7" w:rsidP="0033216F">
            <w:pPr>
              <w:jc w:val="both"/>
              <w:rPr>
                <w:rFonts w:cs="Times New Roman"/>
                <w:szCs w:val="24"/>
              </w:rPr>
            </w:pPr>
            <w:r w:rsidRPr="008974C5">
              <w:rPr>
                <w:rFonts w:cs="Times New Roman"/>
                <w:szCs w:val="24"/>
              </w:rPr>
              <w:t>Copie, confirmată prin semnătură electronică; se confirmă materialul AISI 304 (interior) / AISI 430 (exterior) și izolația bazaltică</w:t>
            </w:r>
            <w:r w:rsidR="0033216F" w:rsidRPr="008974C5">
              <w:rPr>
                <w:rFonts w:cs="Times New Roman"/>
                <w:szCs w:val="24"/>
              </w:rPr>
              <w:t>, confirmat prin semnătură electronică.</w:t>
            </w:r>
          </w:p>
        </w:tc>
        <w:tc>
          <w:tcPr>
            <w:tcW w:w="1701" w:type="dxa"/>
            <w:vAlign w:val="center"/>
          </w:tcPr>
          <w:p w14:paraId="17C23E16" w14:textId="371697C1" w:rsidR="004B77D7" w:rsidRPr="008974C5" w:rsidRDefault="004B77D7" w:rsidP="004B77D7">
            <w:pPr>
              <w:jc w:val="center"/>
              <w:rPr>
                <w:rFonts w:cs="Times New Roman"/>
                <w:b/>
                <w:bCs/>
                <w:szCs w:val="24"/>
              </w:rPr>
            </w:pPr>
            <w:r w:rsidRPr="008974C5">
              <w:rPr>
                <w:rFonts w:cs="Times New Roman"/>
                <w:b/>
                <w:bCs/>
                <w:szCs w:val="24"/>
              </w:rPr>
              <w:t>Obligatoriu</w:t>
            </w:r>
          </w:p>
        </w:tc>
      </w:tr>
    </w:tbl>
    <w:p w14:paraId="481CAB07" w14:textId="77777777" w:rsidR="0033216F" w:rsidRPr="008974C5" w:rsidRDefault="0033216F">
      <w:pPr>
        <w:spacing w:after="120"/>
        <w:jc w:val="both"/>
        <w:rPr>
          <w:rFonts w:cs="Times New Roman"/>
          <w:szCs w:val="24"/>
        </w:rPr>
      </w:pPr>
    </w:p>
    <w:p w14:paraId="7C750B3D" w14:textId="7F25A46C" w:rsidR="001A1BFB" w:rsidRPr="008974C5" w:rsidRDefault="00B71A9F">
      <w:pPr>
        <w:spacing w:after="80"/>
        <w:jc w:val="both"/>
        <w:rPr>
          <w:rFonts w:cs="Times New Roman"/>
          <w:szCs w:val="24"/>
        </w:rPr>
      </w:pPr>
      <w:r w:rsidRPr="008974C5">
        <w:rPr>
          <w:rFonts w:cs="Times New Roman"/>
          <w:b/>
          <w:bCs/>
          <w:szCs w:val="24"/>
        </w:rPr>
        <w:t>1</w:t>
      </w:r>
      <w:r w:rsidR="00057636" w:rsidRPr="008974C5">
        <w:rPr>
          <w:rFonts w:cs="Times New Roman"/>
          <w:b/>
          <w:bCs/>
          <w:szCs w:val="24"/>
        </w:rPr>
        <w:t>5</w:t>
      </w:r>
      <w:r w:rsidRPr="008974C5">
        <w:rPr>
          <w:rFonts w:cs="Times New Roman"/>
          <w:b/>
          <w:bCs/>
          <w:szCs w:val="24"/>
        </w:rPr>
        <w:t>. Tehnici și instrumente specifice de atribuire:</w:t>
      </w:r>
      <w:r w:rsidRPr="008974C5">
        <w:rPr>
          <w:rFonts w:cs="Times New Roman"/>
          <w:szCs w:val="24"/>
        </w:rPr>
        <w:t xml:space="preserve"> licitația electronică în 3 runde</w:t>
      </w:r>
      <w:r w:rsidR="00FA2FF5" w:rsidRPr="008974C5">
        <w:rPr>
          <w:rFonts w:cs="Times New Roman"/>
          <w:szCs w:val="24"/>
        </w:rPr>
        <w:t xml:space="preserve"> cu</w:t>
      </w:r>
      <w:r w:rsidRPr="008974C5">
        <w:rPr>
          <w:rFonts w:cs="Times New Roman"/>
          <w:szCs w:val="24"/>
        </w:rPr>
        <w:t xml:space="preserve"> pasul minim – 1%.</w:t>
      </w:r>
    </w:p>
    <w:p w14:paraId="313D13EE" w14:textId="550D4AE6" w:rsidR="001A1BFB" w:rsidRPr="008974C5" w:rsidRDefault="00B71A9F">
      <w:pPr>
        <w:spacing w:after="80"/>
        <w:jc w:val="both"/>
        <w:rPr>
          <w:rFonts w:cs="Times New Roman"/>
          <w:szCs w:val="24"/>
        </w:rPr>
      </w:pPr>
      <w:r w:rsidRPr="008974C5">
        <w:rPr>
          <w:rFonts w:cs="Times New Roman"/>
          <w:b/>
          <w:bCs/>
          <w:szCs w:val="24"/>
        </w:rPr>
        <w:t>1</w:t>
      </w:r>
      <w:r w:rsidR="00FA2FF5" w:rsidRPr="008974C5">
        <w:rPr>
          <w:rFonts w:cs="Times New Roman"/>
          <w:b/>
          <w:bCs/>
          <w:szCs w:val="24"/>
        </w:rPr>
        <w:t>6</w:t>
      </w:r>
      <w:r w:rsidRPr="008974C5">
        <w:rPr>
          <w:rFonts w:cs="Times New Roman"/>
          <w:b/>
          <w:bCs/>
          <w:szCs w:val="24"/>
        </w:rPr>
        <w:t>. Condiții speciale de care depinde îndeplinirea contractului:</w:t>
      </w:r>
      <w:r w:rsidRPr="008974C5">
        <w:rPr>
          <w:rFonts w:cs="Times New Roman"/>
          <w:szCs w:val="24"/>
        </w:rPr>
        <w:t xml:space="preserve"> </w:t>
      </w:r>
      <w:r w:rsidR="000321C4" w:rsidRPr="008974C5">
        <w:rPr>
          <w:rFonts w:cs="Times New Roman"/>
          <w:szCs w:val="24"/>
        </w:rPr>
        <w:t>-</w:t>
      </w:r>
    </w:p>
    <w:p w14:paraId="0F32532D" w14:textId="3A0DA46B" w:rsidR="001A1BFB" w:rsidRPr="008974C5" w:rsidRDefault="00B71A9F">
      <w:pPr>
        <w:spacing w:after="80"/>
        <w:jc w:val="both"/>
        <w:rPr>
          <w:rFonts w:cs="Times New Roman"/>
          <w:szCs w:val="24"/>
        </w:rPr>
      </w:pPr>
      <w:r w:rsidRPr="008974C5">
        <w:rPr>
          <w:rFonts w:cs="Times New Roman"/>
          <w:b/>
          <w:bCs/>
          <w:szCs w:val="24"/>
        </w:rPr>
        <w:t>1</w:t>
      </w:r>
      <w:r w:rsidR="000321C4" w:rsidRPr="008974C5">
        <w:rPr>
          <w:rFonts w:cs="Times New Roman"/>
          <w:b/>
          <w:bCs/>
          <w:szCs w:val="24"/>
        </w:rPr>
        <w:t>7</w:t>
      </w:r>
      <w:r w:rsidRPr="008974C5">
        <w:rPr>
          <w:rFonts w:cs="Times New Roman"/>
          <w:b/>
          <w:bCs/>
          <w:szCs w:val="24"/>
        </w:rPr>
        <w:t>. Ofertele se prezintă în valuta:</w:t>
      </w:r>
      <w:r w:rsidRPr="008974C5">
        <w:rPr>
          <w:rFonts w:cs="Times New Roman"/>
          <w:szCs w:val="24"/>
        </w:rPr>
        <w:t xml:space="preserve"> </w:t>
      </w:r>
      <w:r w:rsidR="006E1303" w:rsidRPr="008974C5">
        <w:rPr>
          <w:rFonts w:cs="Times New Roman"/>
          <w:szCs w:val="24"/>
        </w:rPr>
        <w:t>leu, MDL.</w:t>
      </w:r>
    </w:p>
    <w:p w14:paraId="18ADA44A" w14:textId="4CDCAFC4" w:rsidR="001A1BFB" w:rsidRPr="008974C5" w:rsidRDefault="00B71A9F">
      <w:pPr>
        <w:spacing w:after="80"/>
        <w:jc w:val="both"/>
        <w:rPr>
          <w:rFonts w:cs="Times New Roman"/>
          <w:szCs w:val="24"/>
        </w:rPr>
      </w:pPr>
      <w:r w:rsidRPr="008974C5">
        <w:rPr>
          <w:rFonts w:cs="Times New Roman"/>
          <w:b/>
          <w:bCs/>
          <w:szCs w:val="24"/>
        </w:rPr>
        <w:t>1</w:t>
      </w:r>
      <w:r w:rsidR="006E1303" w:rsidRPr="008974C5">
        <w:rPr>
          <w:rFonts w:cs="Times New Roman"/>
          <w:b/>
          <w:bCs/>
          <w:szCs w:val="24"/>
        </w:rPr>
        <w:t>8</w:t>
      </w:r>
      <w:r w:rsidRPr="008974C5">
        <w:rPr>
          <w:rFonts w:cs="Times New Roman"/>
          <w:b/>
          <w:bCs/>
          <w:szCs w:val="24"/>
        </w:rPr>
        <w:t>. Criteriul de evaluare aplicat pentru atribuirea contractului:</w:t>
      </w:r>
      <w:r w:rsidRPr="008974C5">
        <w:rPr>
          <w:rFonts w:cs="Times New Roman"/>
          <w:szCs w:val="24"/>
        </w:rPr>
        <w:t xml:space="preserve"> cel mai mic preț</w:t>
      </w:r>
      <w:r w:rsidR="00095E67" w:rsidRPr="008974C5">
        <w:rPr>
          <w:rFonts w:cs="Times New Roman"/>
          <w:szCs w:val="24"/>
        </w:rPr>
        <w:t xml:space="preserve"> fără TVA și corespunderea specificațiilor tehnice solicitate.</w:t>
      </w:r>
    </w:p>
    <w:p w14:paraId="58847489" w14:textId="3D3AD466" w:rsidR="001A1BFB" w:rsidRPr="008974C5" w:rsidRDefault="00095E67">
      <w:pPr>
        <w:spacing w:after="80"/>
        <w:jc w:val="both"/>
        <w:rPr>
          <w:rFonts w:cs="Times New Roman"/>
          <w:szCs w:val="24"/>
        </w:rPr>
      </w:pPr>
      <w:r w:rsidRPr="008974C5">
        <w:rPr>
          <w:rFonts w:cs="Times New Roman"/>
          <w:b/>
          <w:bCs/>
          <w:szCs w:val="24"/>
        </w:rPr>
        <w:t>19</w:t>
      </w:r>
      <w:r w:rsidR="00B71A9F" w:rsidRPr="008974C5">
        <w:rPr>
          <w:rFonts w:cs="Times New Roman"/>
          <w:b/>
          <w:bCs/>
          <w:szCs w:val="24"/>
        </w:rPr>
        <w:t>. Factorii de evaluare a ofertei celei mai avantajoase din punct de vedere economic, precum și ponderile lor:</w:t>
      </w:r>
      <w:r w:rsidR="00B71A9F" w:rsidRPr="008974C5">
        <w:rPr>
          <w:rFonts w:cs="Times New Roman"/>
          <w:szCs w:val="24"/>
        </w:rPr>
        <w:t xml:space="preserve"> </w:t>
      </w:r>
      <w:r w:rsidRPr="008974C5">
        <w:rPr>
          <w:rFonts w:cs="Times New Roman"/>
          <w:szCs w:val="24"/>
        </w:rPr>
        <w:t>-</w:t>
      </w:r>
    </w:p>
    <w:p w14:paraId="6C779AD0" w14:textId="779EB10C" w:rsidR="001A1BFB" w:rsidRPr="008974C5" w:rsidRDefault="00B71A9F">
      <w:pPr>
        <w:spacing w:after="80"/>
        <w:jc w:val="both"/>
        <w:rPr>
          <w:rFonts w:cs="Times New Roman"/>
          <w:szCs w:val="24"/>
        </w:rPr>
      </w:pPr>
      <w:r w:rsidRPr="008974C5">
        <w:rPr>
          <w:rFonts w:cs="Times New Roman"/>
          <w:b/>
          <w:bCs/>
          <w:szCs w:val="24"/>
        </w:rPr>
        <w:t>2</w:t>
      </w:r>
      <w:r w:rsidR="00095E67" w:rsidRPr="008974C5">
        <w:rPr>
          <w:rFonts w:cs="Times New Roman"/>
          <w:b/>
          <w:bCs/>
          <w:szCs w:val="24"/>
        </w:rPr>
        <w:t>0</w:t>
      </w:r>
      <w:r w:rsidRPr="008974C5">
        <w:rPr>
          <w:rFonts w:cs="Times New Roman"/>
          <w:b/>
          <w:bCs/>
          <w:szCs w:val="24"/>
        </w:rPr>
        <w:t>. Termenul</w:t>
      </w:r>
      <w:r w:rsidR="00095E67" w:rsidRPr="008974C5">
        <w:rPr>
          <w:rFonts w:cs="Times New Roman"/>
          <w:b/>
          <w:bCs/>
          <w:szCs w:val="24"/>
        </w:rPr>
        <w:t>-</w:t>
      </w:r>
      <w:r w:rsidRPr="008974C5">
        <w:rPr>
          <w:rFonts w:cs="Times New Roman"/>
          <w:b/>
          <w:bCs/>
          <w:szCs w:val="24"/>
        </w:rPr>
        <w:t>limită de depunere/deschidere a ofertelor:</w:t>
      </w:r>
      <w:r w:rsidRPr="008974C5">
        <w:rPr>
          <w:rFonts w:cs="Times New Roman"/>
          <w:szCs w:val="24"/>
        </w:rPr>
        <w:t xml:space="preserve"> conform SIA „RSAP”</w:t>
      </w:r>
      <w:r w:rsidR="00095E67" w:rsidRPr="008974C5">
        <w:rPr>
          <w:rFonts w:cs="Times New Roman"/>
          <w:szCs w:val="24"/>
        </w:rPr>
        <w:t xml:space="preserve"> </w:t>
      </w:r>
      <w:proofErr w:type="spellStart"/>
      <w:r w:rsidR="00095E67" w:rsidRPr="008974C5">
        <w:rPr>
          <w:rFonts w:cs="Times New Roman"/>
          <w:szCs w:val="24"/>
        </w:rPr>
        <w:t>MTender</w:t>
      </w:r>
      <w:proofErr w:type="spellEnd"/>
      <w:r w:rsidR="00095E67" w:rsidRPr="008974C5">
        <w:rPr>
          <w:rFonts w:cs="Times New Roman"/>
          <w:szCs w:val="24"/>
        </w:rPr>
        <w:t xml:space="preserve"> (achiziții.md)</w:t>
      </w:r>
      <w:r w:rsidRPr="008974C5">
        <w:rPr>
          <w:rFonts w:cs="Times New Roman"/>
          <w:szCs w:val="24"/>
        </w:rPr>
        <w:t>.</w:t>
      </w:r>
    </w:p>
    <w:p w14:paraId="437AFEBF" w14:textId="1BFE0B75" w:rsidR="001A1BFB" w:rsidRPr="008974C5" w:rsidRDefault="00B71A9F">
      <w:pPr>
        <w:spacing w:after="80"/>
        <w:jc w:val="both"/>
        <w:rPr>
          <w:rFonts w:cs="Times New Roman"/>
          <w:szCs w:val="24"/>
        </w:rPr>
      </w:pPr>
      <w:r w:rsidRPr="008974C5">
        <w:rPr>
          <w:rFonts w:cs="Times New Roman"/>
          <w:b/>
          <w:bCs/>
          <w:szCs w:val="24"/>
        </w:rPr>
        <w:t>2</w:t>
      </w:r>
      <w:r w:rsidR="00DD1DD3" w:rsidRPr="008974C5">
        <w:rPr>
          <w:rFonts w:cs="Times New Roman"/>
          <w:b/>
          <w:bCs/>
          <w:szCs w:val="24"/>
        </w:rPr>
        <w:t>1</w:t>
      </w:r>
      <w:r w:rsidRPr="008974C5">
        <w:rPr>
          <w:rFonts w:cs="Times New Roman"/>
          <w:b/>
          <w:bCs/>
          <w:szCs w:val="24"/>
        </w:rPr>
        <w:t>. Adresa la care trebuie transmise ofertele sau cererile de participare:</w:t>
      </w:r>
      <w:r w:rsidRPr="008974C5">
        <w:rPr>
          <w:rFonts w:cs="Times New Roman"/>
          <w:szCs w:val="24"/>
        </w:rPr>
        <w:t xml:space="preserve"> ofertele sau cererile de participare vor fi depuse electronic prin intermediul SIA „RSAP”.</w:t>
      </w:r>
    </w:p>
    <w:p w14:paraId="608BAF7D" w14:textId="0F7340DB" w:rsidR="001A1BFB" w:rsidRPr="008974C5" w:rsidRDefault="00B71A9F">
      <w:pPr>
        <w:spacing w:after="80"/>
        <w:jc w:val="both"/>
        <w:rPr>
          <w:rFonts w:cs="Times New Roman"/>
          <w:szCs w:val="24"/>
        </w:rPr>
      </w:pPr>
      <w:r w:rsidRPr="008974C5">
        <w:rPr>
          <w:rFonts w:cs="Times New Roman"/>
          <w:b/>
          <w:bCs/>
          <w:szCs w:val="24"/>
        </w:rPr>
        <w:t>2</w:t>
      </w:r>
      <w:r w:rsidR="00DD1DD3" w:rsidRPr="008974C5">
        <w:rPr>
          <w:rFonts w:cs="Times New Roman"/>
          <w:b/>
          <w:bCs/>
          <w:szCs w:val="24"/>
        </w:rPr>
        <w:t>2</w:t>
      </w:r>
      <w:r w:rsidRPr="008974C5">
        <w:rPr>
          <w:rFonts w:cs="Times New Roman"/>
          <w:b/>
          <w:bCs/>
          <w:szCs w:val="24"/>
        </w:rPr>
        <w:t>. Termenul de valabilitate a ofertelor:</w:t>
      </w:r>
      <w:r w:rsidRPr="008974C5">
        <w:rPr>
          <w:rFonts w:cs="Times New Roman"/>
          <w:szCs w:val="24"/>
        </w:rPr>
        <w:t xml:space="preserve"> </w:t>
      </w:r>
      <w:r w:rsidRPr="008974C5">
        <w:rPr>
          <w:rFonts w:cs="Times New Roman"/>
          <w:b/>
          <w:bCs/>
          <w:szCs w:val="24"/>
        </w:rPr>
        <w:t>30 zile</w:t>
      </w:r>
      <w:r w:rsidR="00015299" w:rsidRPr="008974C5">
        <w:rPr>
          <w:rFonts w:cs="Times New Roman"/>
          <w:szCs w:val="24"/>
        </w:rPr>
        <w:t xml:space="preserve"> din data limită de depunere a ofertelor</w:t>
      </w:r>
      <w:r w:rsidRPr="008974C5">
        <w:rPr>
          <w:rFonts w:cs="Times New Roman"/>
          <w:szCs w:val="24"/>
        </w:rPr>
        <w:t>.</w:t>
      </w:r>
    </w:p>
    <w:p w14:paraId="69D840E6" w14:textId="186766E2" w:rsidR="001A1BFB" w:rsidRPr="008974C5" w:rsidRDefault="00B71A9F">
      <w:pPr>
        <w:spacing w:after="80"/>
        <w:jc w:val="both"/>
        <w:rPr>
          <w:rFonts w:cs="Times New Roman"/>
          <w:b/>
          <w:bCs/>
          <w:szCs w:val="24"/>
        </w:rPr>
      </w:pPr>
      <w:r w:rsidRPr="008974C5">
        <w:rPr>
          <w:rFonts w:cs="Times New Roman"/>
          <w:b/>
          <w:bCs/>
          <w:szCs w:val="24"/>
        </w:rPr>
        <w:t>2</w:t>
      </w:r>
      <w:r w:rsidR="00015299" w:rsidRPr="008974C5">
        <w:rPr>
          <w:rFonts w:cs="Times New Roman"/>
          <w:b/>
          <w:bCs/>
          <w:szCs w:val="24"/>
        </w:rPr>
        <w:t>3</w:t>
      </w:r>
      <w:r w:rsidRPr="008974C5">
        <w:rPr>
          <w:rFonts w:cs="Times New Roman"/>
          <w:b/>
          <w:bCs/>
          <w:szCs w:val="24"/>
        </w:rPr>
        <w:t>. Locul deschiderii ofertelor:</w:t>
      </w:r>
      <w:r w:rsidRPr="008974C5">
        <w:rPr>
          <w:rFonts w:cs="Times New Roman"/>
          <w:szCs w:val="24"/>
        </w:rPr>
        <w:t xml:space="preserve"> SIA „RSAP”</w:t>
      </w:r>
      <w:r w:rsidR="00746E03" w:rsidRPr="008974C5">
        <w:rPr>
          <w:rFonts w:cs="Times New Roman"/>
          <w:szCs w:val="24"/>
        </w:rPr>
        <w:t xml:space="preserve"> </w:t>
      </w:r>
      <w:proofErr w:type="spellStart"/>
      <w:r w:rsidR="00746E03" w:rsidRPr="008974C5">
        <w:rPr>
          <w:rFonts w:cs="Times New Roman"/>
          <w:szCs w:val="24"/>
        </w:rPr>
        <w:t>MTender</w:t>
      </w:r>
      <w:proofErr w:type="spellEnd"/>
      <w:r w:rsidR="00746E03" w:rsidRPr="008974C5">
        <w:rPr>
          <w:rFonts w:cs="Times New Roman"/>
          <w:szCs w:val="24"/>
        </w:rPr>
        <w:t xml:space="preserve"> (achiziții.md)</w:t>
      </w:r>
      <w:r w:rsidRPr="008974C5">
        <w:rPr>
          <w:rFonts w:cs="Times New Roman"/>
          <w:szCs w:val="24"/>
        </w:rPr>
        <w:t>. Ofertele întârziate vor fi respinse.</w:t>
      </w:r>
    </w:p>
    <w:p w14:paraId="283EA660" w14:textId="027A6F9E" w:rsidR="001A1BFB" w:rsidRPr="008974C5" w:rsidRDefault="00B71A9F">
      <w:pPr>
        <w:spacing w:after="80"/>
        <w:jc w:val="both"/>
        <w:rPr>
          <w:rFonts w:cs="Times New Roman"/>
          <w:szCs w:val="24"/>
        </w:rPr>
      </w:pPr>
      <w:r w:rsidRPr="008974C5">
        <w:rPr>
          <w:rFonts w:cs="Times New Roman"/>
          <w:b/>
          <w:bCs/>
          <w:szCs w:val="24"/>
        </w:rPr>
        <w:t>2</w:t>
      </w:r>
      <w:r w:rsidR="00746E03" w:rsidRPr="008974C5">
        <w:rPr>
          <w:rFonts w:cs="Times New Roman"/>
          <w:b/>
          <w:bCs/>
          <w:szCs w:val="24"/>
        </w:rPr>
        <w:t>4</w:t>
      </w:r>
      <w:r w:rsidRPr="008974C5">
        <w:rPr>
          <w:rFonts w:cs="Times New Roman"/>
          <w:b/>
          <w:bCs/>
          <w:szCs w:val="24"/>
        </w:rPr>
        <w:t>. Limba sau limbile în care trebuie redactate ofertele sau cererile de participare:</w:t>
      </w:r>
      <w:r w:rsidRPr="008974C5">
        <w:rPr>
          <w:rFonts w:cs="Times New Roman"/>
          <w:szCs w:val="24"/>
        </w:rPr>
        <w:t xml:space="preserve"> română.</w:t>
      </w:r>
    </w:p>
    <w:p w14:paraId="06817D28" w14:textId="71D5F87B" w:rsidR="001A1BFB" w:rsidRPr="008974C5" w:rsidRDefault="00B71A9F">
      <w:pPr>
        <w:spacing w:after="80"/>
        <w:jc w:val="both"/>
        <w:rPr>
          <w:rFonts w:cs="Times New Roman"/>
          <w:szCs w:val="24"/>
        </w:rPr>
      </w:pPr>
      <w:r w:rsidRPr="008974C5">
        <w:rPr>
          <w:rFonts w:cs="Times New Roman"/>
          <w:b/>
          <w:bCs/>
          <w:szCs w:val="24"/>
        </w:rPr>
        <w:t>26. Alte informații relevante:</w:t>
      </w:r>
      <w:r w:rsidRPr="008974C5">
        <w:rPr>
          <w:rFonts w:cs="Times New Roman"/>
          <w:szCs w:val="24"/>
        </w:rPr>
        <w:t xml:space="preserve"> </w:t>
      </w:r>
      <w:r w:rsidR="00746E03" w:rsidRPr="008974C5">
        <w:rPr>
          <w:rFonts w:cs="Times New Roman"/>
          <w:szCs w:val="24"/>
        </w:rPr>
        <w:t>-</w:t>
      </w:r>
    </w:p>
    <w:p w14:paraId="30AB1790" w14:textId="77777777" w:rsidR="001A1BFB" w:rsidRPr="008974C5" w:rsidRDefault="001A1BFB">
      <w:pPr>
        <w:spacing w:after="400"/>
        <w:rPr>
          <w:rFonts w:cs="Times New Roman"/>
          <w:szCs w:val="24"/>
        </w:rPr>
      </w:pPr>
    </w:p>
    <w:p w14:paraId="2EB3B359" w14:textId="153E17E8" w:rsidR="001A1BFB" w:rsidRPr="008363AA" w:rsidRDefault="00C647F0">
      <w:pPr>
        <w:spacing w:after="0"/>
        <w:rPr>
          <w:rFonts w:cs="Times New Roman"/>
          <w:szCs w:val="24"/>
        </w:rPr>
      </w:pPr>
      <w:r w:rsidRPr="008974C5">
        <w:rPr>
          <w:rFonts w:cs="Times New Roman"/>
          <w:b/>
          <w:bCs/>
          <w:szCs w:val="24"/>
        </w:rPr>
        <w:t>Conducătorul</w:t>
      </w:r>
      <w:r w:rsidR="00B71A9F" w:rsidRPr="008974C5">
        <w:rPr>
          <w:rFonts w:cs="Times New Roman"/>
          <w:b/>
          <w:bCs/>
          <w:szCs w:val="24"/>
        </w:rPr>
        <w:t xml:space="preserve"> grupului de lucru:</w:t>
      </w:r>
      <w:r w:rsidR="00B71A9F" w:rsidRPr="008974C5">
        <w:rPr>
          <w:rFonts w:cs="Times New Roman"/>
          <w:szCs w:val="24"/>
        </w:rPr>
        <w:t xml:space="preserve">  ______________________________  </w:t>
      </w:r>
      <w:r w:rsidR="00B71A9F" w:rsidRPr="008974C5">
        <w:rPr>
          <w:rFonts w:cs="Times New Roman"/>
          <w:b/>
          <w:bCs/>
          <w:szCs w:val="24"/>
        </w:rPr>
        <w:t>Ion NOROC</w:t>
      </w:r>
    </w:p>
    <w:sectPr w:rsidR="001A1BFB" w:rsidRPr="008363AA" w:rsidSect="002236AA">
      <w:pgSz w:w="12240" w:h="15840"/>
      <w:pgMar w:top="567" w:right="758" w:bottom="85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20110716">
    <w:abstractNumId w:val="8"/>
  </w:num>
  <w:num w:numId="2" w16cid:durableId="1980501103">
    <w:abstractNumId w:val="6"/>
  </w:num>
  <w:num w:numId="3" w16cid:durableId="152568634">
    <w:abstractNumId w:val="5"/>
  </w:num>
  <w:num w:numId="4" w16cid:durableId="645282223">
    <w:abstractNumId w:val="4"/>
  </w:num>
  <w:num w:numId="5" w16cid:durableId="403340846">
    <w:abstractNumId w:val="7"/>
  </w:num>
  <w:num w:numId="6" w16cid:durableId="1105275099">
    <w:abstractNumId w:val="3"/>
  </w:num>
  <w:num w:numId="7" w16cid:durableId="212080500">
    <w:abstractNumId w:val="2"/>
  </w:num>
  <w:num w:numId="8" w16cid:durableId="739139381">
    <w:abstractNumId w:val="1"/>
  </w:num>
  <w:num w:numId="9" w16cid:durableId="1217666411">
    <w:abstractNumId w:val="0"/>
  </w:num>
  <w:num w:numId="10" w16cid:durableId="917983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0FB"/>
    <w:rsid w:val="00015299"/>
    <w:rsid w:val="000270FB"/>
    <w:rsid w:val="000321C4"/>
    <w:rsid w:val="00034616"/>
    <w:rsid w:val="00046527"/>
    <w:rsid w:val="00057636"/>
    <w:rsid w:val="0006063C"/>
    <w:rsid w:val="00077800"/>
    <w:rsid w:val="00093190"/>
    <w:rsid w:val="00095E67"/>
    <w:rsid w:val="000B0B17"/>
    <w:rsid w:val="000F5101"/>
    <w:rsid w:val="00111710"/>
    <w:rsid w:val="0011297E"/>
    <w:rsid w:val="0015074B"/>
    <w:rsid w:val="0016185B"/>
    <w:rsid w:val="001928D7"/>
    <w:rsid w:val="001A0CC6"/>
    <w:rsid w:val="001A1BFB"/>
    <w:rsid w:val="001F12C1"/>
    <w:rsid w:val="00212C27"/>
    <w:rsid w:val="002236AA"/>
    <w:rsid w:val="002313BC"/>
    <w:rsid w:val="00233F75"/>
    <w:rsid w:val="0029639D"/>
    <w:rsid w:val="002A0961"/>
    <w:rsid w:val="002A667F"/>
    <w:rsid w:val="002B1B35"/>
    <w:rsid w:val="002E4DF9"/>
    <w:rsid w:val="002E6B06"/>
    <w:rsid w:val="00303184"/>
    <w:rsid w:val="00321574"/>
    <w:rsid w:val="00326F90"/>
    <w:rsid w:val="0033216F"/>
    <w:rsid w:val="00354487"/>
    <w:rsid w:val="00366EF7"/>
    <w:rsid w:val="003A5606"/>
    <w:rsid w:val="003B003B"/>
    <w:rsid w:val="003B2E81"/>
    <w:rsid w:val="003C5D2D"/>
    <w:rsid w:val="003F77ED"/>
    <w:rsid w:val="00422100"/>
    <w:rsid w:val="00441452"/>
    <w:rsid w:val="00471A96"/>
    <w:rsid w:val="00493AA8"/>
    <w:rsid w:val="004954F2"/>
    <w:rsid w:val="004B10BC"/>
    <w:rsid w:val="004B7339"/>
    <w:rsid w:val="004B77D7"/>
    <w:rsid w:val="004C7E6D"/>
    <w:rsid w:val="004F54D3"/>
    <w:rsid w:val="00520641"/>
    <w:rsid w:val="005636D0"/>
    <w:rsid w:val="005A2A2A"/>
    <w:rsid w:val="005E1CDC"/>
    <w:rsid w:val="005F54A4"/>
    <w:rsid w:val="00600FAF"/>
    <w:rsid w:val="00633AA1"/>
    <w:rsid w:val="0069623A"/>
    <w:rsid w:val="006B2927"/>
    <w:rsid w:val="006B4681"/>
    <w:rsid w:val="006B6D87"/>
    <w:rsid w:val="006E1303"/>
    <w:rsid w:val="006E67B1"/>
    <w:rsid w:val="006F10B4"/>
    <w:rsid w:val="00746E03"/>
    <w:rsid w:val="00765E91"/>
    <w:rsid w:val="00791221"/>
    <w:rsid w:val="007934A8"/>
    <w:rsid w:val="007C2D8B"/>
    <w:rsid w:val="007F4532"/>
    <w:rsid w:val="0080162C"/>
    <w:rsid w:val="00825C2B"/>
    <w:rsid w:val="008363AA"/>
    <w:rsid w:val="00851564"/>
    <w:rsid w:val="008531B8"/>
    <w:rsid w:val="008810F7"/>
    <w:rsid w:val="008974C5"/>
    <w:rsid w:val="008C1606"/>
    <w:rsid w:val="008D05D0"/>
    <w:rsid w:val="008E11A9"/>
    <w:rsid w:val="008E1B03"/>
    <w:rsid w:val="008E1B3C"/>
    <w:rsid w:val="0091736B"/>
    <w:rsid w:val="00944507"/>
    <w:rsid w:val="0097057C"/>
    <w:rsid w:val="00971BA9"/>
    <w:rsid w:val="00981670"/>
    <w:rsid w:val="00985847"/>
    <w:rsid w:val="009A3CB7"/>
    <w:rsid w:val="009B3413"/>
    <w:rsid w:val="009B4410"/>
    <w:rsid w:val="009D039C"/>
    <w:rsid w:val="009F33CD"/>
    <w:rsid w:val="00A009C5"/>
    <w:rsid w:val="00A01DD7"/>
    <w:rsid w:val="00A123A7"/>
    <w:rsid w:val="00A151B9"/>
    <w:rsid w:val="00A22AB3"/>
    <w:rsid w:val="00A43DD5"/>
    <w:rsid w:val="00A60A3F"/>
    <w:rsid w:val="00A71EF7"/>
    <w:rsid w:val="00A9644A"/>
    <w:rsid w:val="00AA1D8D"/>
    <w:rsid w:val="00AA42D5"/>
    <w:rsid w:val="00AF1DE0"/>
    <w:rsid w:val="00B47730"/>
    <w:rsid w:val="00B62A8B"/>
    <w:rsid w:val="00B718B2"/>
    <w:rsid w:val="00B71A9F"/>
    <w:rsid w:val="00B74280"/>
    <w:rsid w:val="00B8490D"/>
    <w:rsid w:val="00B92228"/>
    <w:rsid w:val="00BF3A65"/>
    <w:rsid w:val="00BF56C1"/>
    <w:rsid w:val="00BF7C76"/>
    <w:rsid w:val="00C25AAD"/>
    <w:rsid w:val="00C34E46"/>
    <w:rsid w:val="00C54926"/>
    <w:rsid w:val="00C647F0"/>
    <w:rsid w:val="00CB0664"/>
    <w:rsid w:val="00CD64FF"/>
    <w:rsid w:val="00CE5068"/>
    <w:rsid w:val="00CF0993"/>
    <w:rsid w:val="00CF14BC"/>
    <w:rsid w:val="00D225D6"/>
    <w:rsid w:val="00D529CC"/>
    <w:rsid w:val="00D60992"/>
    <w:rsid w:val="00D6542B"/>
    <w:rsid w:val="00D7106C"/>
    <w:rsid w:val="00D771E7"/>
    <w:rsid w:val="00DC0A11"/>
    <w:rsid w:val="00DD1DD3"/>
    <w:rsid w:val="00DF7678"/>
    <w:rsid w:val="00E30A93"/>
    <w:rsid w:val="00E563F4"/>
    <w:rsid w:val="00ED71FD"/>
    <w:rsid w:val="00EF4D07"/>
    <w:rsid w:val="00EF6250"/>
    <w:rsid w:val="00EF7ED9"/>
    <w:rsid w:val="00F1123E"/>
    <w:rsid w:val="00F61CFA"/>
    <w:rsid w:val="00F61F11"/>
    <w:rsid w:val="00F96179"/>
    <w:rsid w:val="00FA0B04"/>
    <w:rsid w:val="00FA2FF5"/>
    <w:rsid w:val="00FC2C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56828"/>
  <w14:defaultImageDpi w14:val="300"/>
  <w15:docId w15:val="{BD61052F-0649-4ED3-9D6A-3C4AFF9E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lang w:val="ro-RO"/>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link w:val="FrspaiereCaracter"/>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aliases w:val="HotarirePunct1"/>
    <w:basedOn w:val="Normal"/>
    <w:link w:val="ListparagrafCaracter"/>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321574"/>
    <w:rPr>
      <w:color w:val="0000FF" w:themeColor="hyperlink"/>
      <w:u w:val="single"/>
    </w:rPr>
  </w:style>
  <w:style w:type="character" w:styleId="MeniuneNerezolvat">
    <w:name w:val="Unresolved Mention"/>
    <w:basedOn w:val="Fontdeparagrafimplicit"/>
    <w:uiPriority w:val="99"/>
    <w:semiHidden/>
    <w:unhideWhenUsed/>
    <w:rsid w:val="00321574"/>
    <w:rPr>
      <w:color w:val="605E5C"/>
      <w:shd w:val="clear" w:color="auto" w:fill="E1DFDD"/>
    </w:rPr>
  </w:style>
  <w:style w:type="character" w:customStyle="1" w:styleId="FrspaiereCaracter">
    <w:name w:val="Fără spațiere Caracter"/>
    <w:link w:val="Frspaiere"/>
    <w:rsid w:val="007F4532"/>
  </w:style>
  <w:style w:type="character" w:customStyle="1" w:styleId="ListparagrafCaracter">
    <w:name w:val="Listă paragraf Caracter"/>
    <w:aliases w:val="HotarirePunct1 Caracter"/>
    <w:link w:val="Listparagraf"/>
    <w:uiPriority w:val="34"/>
    <w:locked/>
    <w:rsid w:val="00B74280"/>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16secretariat@anp.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2800</Words>
  <Characters>16241</Characters>
  <Application>Microsoft Office Word</Application>
  <DocSecurity>0</DocSecurity>
  <Lines>135</Lines>
  <Paragraphs>38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Manager/>
  <Company/>
  <LinksUpToDate>false</LinksUpToDate>
  <CharactersWithSpaces>19003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achizitii</cp:lastModifiedBy>
  <cp:revision>208</cp:revision>
  <cp:lastPrinted>2026-08-12T13:02:00Z</cp:lastPrinted>
  <dcterms:created xsi:type="dcterms:W3CDTF">2013-12-23T23:15:00Z</dcterms:created>
  <dcterms:modified xsi:type="dcterms:W3CDTF">2026-08-12T13:02:00Z</dcterms:modified>
  <cp:category/>
</cp:coreProperties>
</file>