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2208" w:rsidRDefault="00636890">
      <w:pPr>
        <w:pStyle w:val="1"/>
        <w:jc w:val="center"/>
      </w:pPr>
      <w:bookmarkStart w:id="0" w:name="_GoBack"/>
      <w:bookmarkEnd w:id="0"/>
      <w:r>
        <w:t>CAIET DE SARCINI</w:t>
      </w:r>
    </w:p>
    <w:p w:rsidR="001E2208" w:rsidRDefault="00636890">
      <w:pPr>
        <w:jc w:val="center"/>
      </w:pPr>
      <w:proofErr w:type="spellStart"/>
      <w:r>
        <w:t>pentru</w:t>
      </w:r>
      <w:proofErr w:type="spellEnd"/>
      <w:r>
        <w:t xml:space="preserve"> </w:t>
      </w:r>
      <w:proofErr w:type="spellStart"/>
      <w:r>
        <w:t>achiziționarea</w:t>
      </w:r>
      <w:proofErr w:type="spellEnd"/>
      <w:r>
        <w:t xml:space="preserve"> </w:t>
      </w:r>
      <w:proofErr w:type="spellStart"/>
      <w:r>
        <w:t>unui</w:t>
      </w:r>
      <w:proofErr w:type="spellEnd"/>
      <w:r>
        <w:t xml:space="preserve"> </w:t>
      </w:r>
      <w:proofErr w:type="spellStart"/>
      <w:r>
        <w:t>autoturism</w:t>
      </w:r>
      <w:proofErr w:type="spellEnd"/>
      <w:r>
        <w:t xml:space="preserve"> </w:t>
      </w:r>
      <w:proofErr w:type="spellStart"/>
      <w:r>
        <w:t>destinat</w:t>
      </w:r>
      <w:proofErr w:type="spellEnd"/>
      <w:r>
        <w:t xml:space="preserve"> </w:t>
      </w:r>
      <w:proofErr w:type="spellStart"/>
      <w:r>
        <w:t>activității</w:t>
      </w:r>
      <w:proofErr w:type="spellEnd"/>
      <w:r>
        <w:t xml:space="preserve"> </w:t>
      </w:r>
      <w:proofErr w:type="spellStart"/>
      <w:r>
        <w:t>spitalului</w:t>
      </w:r>
      <w:proofErr w:type="spellEnd"/>
    </w:p>
    <w:p w:rsidR="001E2208" w:rsidRDefault="00636890">
      <w:pPr>
        <w:pStyle w:val="21"/>
      </w:pPr>
      <w:r>
        <w:t xml:space="preserve">1. </w:t>
      </w:r>
      <w:proofErr w:type="spellStart"/>
      <w:r>
        <w:t>Autoritatea</w:t>
      </w:r>
      <w:proofErr w:type="spellEnd"/>
      <w:r>
        <w:t xml:space="preserve"> </w:t>
      </w:r>
      <w:proofErr w:type="spellStart"/>
      <w:r>
        <w:t>contractantă</w:t>
      </w:r>
      <w:proofErr w:type="spellEnd"/>
    </w:p>
    <w:p w:rsidR="00487D9C" w:rsidRDefault="00636890">
      <w:proofErr w:type="spellStart"/>
      <w:r>
        <w:t>Spital</w:t>
      </w:r>
      <w:proofErr w:type="spellEnd"/>
      <w:r>
        <w:t xml:space="preserve">: </w:t>
      </w:r>
      <w:r w:rsidR="00487D9C" w:rsidRPr="00487D9C">
        <w:t xml:space="preserve">IMSP </w:t>
      </w:r>
      <w:proofErr w:type="spellStart"/>
      <w:r w:rsidR="00487D9C" w:rsidRPr="00487D9C">
        <w:t>Spitalul</w:t>
      </w:r>
      <w:proofErr w:type="spellEnd"/>
      <w:r w:rsidR="00487D9C" w:rsidRPr="00487D9C">
        <w:t xml:space="preserve"> Clinic Municipal „</w:t>
      </w:r>
      <w:proofErr w:type="spellStart"/>
      <w:r w:rsidR="00487D9C" w:rsidRPr="00487D9C">
        <w:t>Sfânta</w:t>
      </w:r>
      <w:proofErr w:type="spellEnd"/>
      <w:r w:rsidR="00487D9C" w:rsidRPr="00487D9C">
        <w:t xml:space="preserve"> </w:t>
      </w:r>
      <w:proofErr w:type="spellStart"/>
      <w:r w:rsidR="00487D9C" w:rsidRPr="00487D9C">
        <w:t>Treime</w:t>
      </w:r>
      <w:proofErr w:type="spellEnd"/>
      <w:r w:rsidR="00487D9C" w:rsidRPr="00487D9C">
        <w:t xml:space="preserve">”, </w:t>
      </w:r>
      <w:proofErr w:type="spellStart"/>
      <w:r w:rsidR="00487D9C" w:rsidRPr="00487D9C">
        <w:t>mun</w:t>
      </w:r>
      <w:proofErr w:type="spellEnd"/>
      <w:r w:rsidR="00487D9C" w:rsidRPr="00487D9C">
        <w:t xml:space="preserve">. </w:t>
      </w:r>
      <w:proofErr w:type="spellStart"/>
      <w:r w:rsidR="00487D9C" w:rsidRPr="00487D9C">
        <w:t>Chișinău</w:t>
      </w:r>
      <w:proofErr w:type="spellEnd"/>
      <w:r w:rsidR="00487D9C" w:rsidRPr="00487D9C">
        <w:t xml:space="preserve">, str. </w:t>
      </w:r>
      <w:proofErr w:type="spellStart"/>
      <w:r w:rsidR="00487D9C" w:rsidRPr="00487D9C">
        <w:t>Alecu</w:t>
      </w:r>
      <w:proofErr w:type="spellEnd"/>
      <w:r w:rsidR="00487D9C" w:rsidRPr="00487D9C">
        <w:t xml:space="preserve"> Russo, 11</w:t>
      </w:r>
      <w:r w:rsidR="00487D9C">
        <w:t>/1</w:t>
      </w:r>
    </w:p>
    <w:p w:rsidR="001E2208" w:rsidRDefault="00636890">
      <w:pPr>
        <w:pStyle w:val="21"/>
      </w:pPr>
      <w:r>
        <w:t xml:space="preserve">2. </w:t>
      </w:r>
      <w:proofErr w:type="spellStart"/>
      <w:r>
        <w:t>Obiectul</w:t>
      </w:r>
      <w:proofErr w:type="spellEnd"/>
      <w:r>
        <w:t xml:space="preserve"> </w:t>
      </w:r>
      <w:proofErr w:type="spellStart"/>
      <w:r>
        <w:t>achiziției</w:t>
      </w:r>
      <w:proofErr w:type="spellEnd"/>
    </w:p>
    <w:p w:rsidR="001E2208" w:rsidRDefault="00636890">
      <w:proofErr w:type="spellStart"/>
      <w:r>
        <w:t>Achiziționarea</w:t>
      </w:r>
      <w:proofErr w:type="spellEnd"/>
      <w:r>
        <w:t xml:space="preserve"> </w:t>
      </w:r>
      <w:proofErr w:type="spellStart"/>
      <w:r>
        <w:t>unui</w:t>
      </w:r>
      <w:proofErr w:type="spellEnd"/>
      <w:r>
        <w:t xml:space="preserve"> </w:t>
      </w:r>
      <w:proofErr w:type="spellStart"/>
      <w:r>
        <w:t>autoturism</w:t>
      </w:r>
      <w:proofErr w:type="spellEnd"/>
      <w:r>
        <w:t xml:space="preserve"> </w:t>
      </w:r>
      <w:proofErr w:type="spellStart"/>
      <w:r>
        <w:t>nou</w:t>
      </w:r>
      <w:proofErr w:type="spellEnd"/>
      <w:r>
        <w:t xml:space="preserve">, </w:t>
      </w:r>
      <w:proofErr w:type="spellStart"/>
      <w:r>
        <w:t>neexploatat</w:t>
      </w:r>
      <w:proofErr w:type="spellEnd"/>
      <w:r>
        <w:t xml:space="preserve">, </w:t>
      </w:r>
      <w:proofErr w:type="spellStart"/>
      <w:r>
        <w:t>anul</w:t>
      </w:r>
      <w:proofErr w:type="spellEnd"/>
      <w:r>
        <w:t xml:space="preserve"> </w:t>
      </w:r>
      <w:proofErr w:type="spellStart"/>
      <w:r>
        <w:t>fabricației</w:t>
      </w:r>
      <w:proofErr w:type="spellEnd"/>
      <w:r>
        <w:t xml:space="preserve"> 202</w:t>
      </w:r>
      <w:r w:rsidR="00487D9C">
        <w:t>5</w:t>
      </w:r>
      <w:r>
        <w:t xml:space="preserve">, </w:t>
      </w:r>
      <w:proofErr w:type="spellStart"/>
      <w:r>
        <w:t>destinat</w:t>
      </w:r>
      <w:proofErr w:type="spellEnd"/>
      <w:r>
        <w:t xml:space="preserve"> </w:t>
      </w:r>
      <w:proofErr w:type="spellStart"/>
      <w:r>
        <w:t>activităților</w:t>
      </w:r>
      <w:proofErr w:type="spellEnd"/>
      <w:r>
        <w:t xml:space="preserve"> administrative </w:t>
      </w:r>
      <w:proofErr w:type="spellStart"/>
      <w:r>
        <w:t>și</w:t>
      </w:r>
      <w:proofErr w:type="spellEnd"/>
      <w:r>
        <w:t xml:space="preserve"> </w:t>
      </w:r>
      <w:proofErr w:type="spellStart"/>
      <w:r>
        <w:t>logistice</w:t>
      </w:r>
      <w:proofErr w:type="spellEnd"/>
      <w:r>
        <w:t xml:space="preserve"> ale </w:t>
      </w:r>
      <w:proofErr w:type="spellStart"/>
      <w:r>
        <w:t>spitalului</w:t>
      </w:r>
      <w:proofErr w:type="spellEnd"/>
      <w:r>
        <w:t>.</w:t>
      </w:r>
    </w:p>
    <w:p w:rsidR="001E2208" w:rsidRDefault="00636890">
      <w:pPr>
        <w:pStyle w:val="21"/>
      </w:pPr>
      <w:r>
        <w:t xml:space="preserve">3. </w:t>
      </w:r>
      <w:proofErr w:type="spellStart"/>
      <w:r>
        <w:t>Cerințe</w:t>
      </w:r>
      <w:proofErr w:type="spellEnd"/>
      <w:r>
        <w:t xml:space="preserve"> </w:t>
      </w:r>
      <w:proofErr w:type="spellStart"/>
      <w:r>
        <w:t>tehnice</w:t>
      </w:r>
      <w:proofErr w:type="spellEnd"/>
      <w:r>
        <w:t xml:space="preserve"> </w:t>
      </w:r>
      <w:proofErr w:type="spellStart"/>
      <w:r>
        <w:t>minime</w:t>
      </w:r>
      <w:proofErr w:type="spellEnd"/>
      <w:r>
        <w:t xml:space="preserve"> </w:t>
      </w:r>
      <w:proofErr w:type="spellStart"/>
      <w:r>
        <w:t>obligatorii</w:t>
      </w:r>
      <w:proofErr w:type="spellEnd"/>
    </w:p>
    <w:p w:rsidR="001E2208" w:rsidRDefault="00636890">
      <w:pPr>
        <w:pStyle w:val="31"/>
      </w:pPr>
      <w:r>
        <w:t xml:space="preserve">3.1 </w:t>
      </w:r>
      <w:proofErr w:type="spellStart"/>
      <w:r>
        <w:t>Caracteristici</w:t>
      </w:r>
      <w:proofErr w:type="spellEnd"/>
      <w:r>
        <w:t xml:space="preserve"> </w:t>
      </w:r>
      <w:proofErr w:type="spellStart"/>
      <w:r>
        <w:t>generale</w:t>
      </w:r>
      <w:proofErr w:type="spellEnd"/>
    </w:p>
    <w:p w:rsidR="001E2208" w:rsidRDefault="00636890">
      <w:pPr>
        <w:pStyle w:val="a0"/>
      </w:pPr>
      <w:r>
        <w:t xml:space="preserve">An </w:t>
      </w:r>
      <w:proofErr w:type="spellStart"/>
      <w:r>
        <w:t>fabricație</w:t>
      </w:r>
      <w:proofErr w:type="spellEnd"/>
      <w:r>
        <w:t xml:space="preserve">: </w:t>
      </w:r>
      <w:r w:rsidR="005B5D6A" w:rsidRPr="005B5D6A">
        <w:t xml:space="preserve">nu </w:t>
      </w:r>
      <w:proofErr w:type="spellStart"/>
      <w:r w:rsidR="005B5D6A" w:rsidRPr="005B5D6A">
        <w:t>mai</w:t>
      </w:r>
      <w:proofErr w:type="spellEnd"/>
      <w:r w:rsidR="005B5D6A" w:rsidRPr="005B5D6A">
        <w:t xml:space="preserve"> </w:t>
      </w:r>
      <w:proofErr w:type="spellStart"/>
      <w:r w:rsidR="005B5D6A" w:rsidRPr="005B5D6A">
        <w:t>vechi</w:t>
      </w:r>
      <w:proofErr w:type="spellEnd"/>
      <w:r w:rsidR="005B5D6A" w:rsidRPr="005B5D6A">
        <w:t xml:space="preserve"> de 2025, </w:t>
      </w:r>
      <w:proofErr w:type="spellStart"/>
      <w:r w:rsidR="005B5D6A" w:rsidRPr="005B5D6A">
        <w:t>nou</w:t>
      </w:r>
      <w:proofErr w:type="spellEnd"/>
      <w:r>
        <w:t xml:space="preserve">, </w:t>
      </w:r>
      <w:proofErr w:type="spellStart"/>
      <w:r>
        <w:t>neexploatat</w:t>
      </w:r>
      <w:proofErr w:type="spellEnd"/>
      <w:r w:rsidR="005B5D6A">
        <w:t xml:space="preserve"> anterior</w:t>
      </w:r>
    </w:p>
    <w:p w:rsidR="001E2208" w:rsidRDefault="00636890">
      <w:pPr>
        <w:pStyle w:val="a0"/>
      </w:pPr>
      <w:r>
        <w:t xml:space="preserve">Tip </w:t>
      </w:r>
      <w:proofErr w:type="spellStart"/>
      <w:r>
        <w:t>caroserie</w:t>
      </w:r>
      <w:proofErr w:type="spellEnd"/>
      <w:r>
        <w:t>: SUV</w:t>
      </w:r>
      <w:r w:rsidR="001E15DD">
        <w:t xml:space="preserve"> / Crossover</w:t>
      </w:r>
      <w:r>
        <w:t xml:space="preserve">, 5 </w:t>
      </w:r>
      <w:proofErr w:type="spellStart"/>
      <w:r>
        <w:t>uși</w:t>
      </w:r>
      <w:proofErr w:type="spellEnd"/>
      <w:r>
        <w:t xml:space="preserve">, </w:t>
      </w:r>
      <w:r w:rsidR="001E15DD">
        <w:t xml:space="preserve">minim </w:t>
      </w:r>
      <w:r>
        <w:t xml:space="preserve">5 </w:t>
      </w:r>
      <w:proofErr w:type="spellStart"/>
      <w:r>
        <w:t>locuri</w:t>
      </w:r>
      <w:proofErr w:type="spellEnd"/>
    </w:p>
    <w:p w:rsidR="001E2208" w:rsidRDefault="00636890">
      <w:pPr>
        <w:pStyle w:val="a0"/>
      </w:pPr>
      <w:proofErr w:type="spellStart"/>
      <w:r>
        <w:t>Dimensiuni</w:t>
      </w:r>
      <w:proofErr w:type="spellEnd"/>
      <w:r>
        <w:t xml:space="preserve"> (L x l x h): minim 4</w:t>
      </w:r>
      <w:r w:rsidR="00894347">
        <w:t>6</w:t>
      </w:r>
      <w:r w:rsidR="005B5D6A">
        <w:t>0</w:t>
      </w:r>
      <w:r>
        <w:t>0 x 190</w:t>
      </w:r>
      <w:r w:rsidR="005B5D6A">
        <w:t>0</w:t>
      </w:r>
      <w:r>
        <w:t xml:space="preserve"> x 16</w:t>
      </w:r>
      <w:r w:rsidR="001E15DD">
        <w:t>0</w:t>
      </w:r>
      <w:r>
        <w:t>0 mm</w:t>
      </w:r>
    </w:p>
    <w:p w:rsidR="001E2208" w:rsidRDefault="00636890">
      <w:pPr>
        <w:pStyle w:val="a0"/>
      </w:pPr>
      <w:proofErr w:type="spellStart"/>
      <w:r>
        <w:t>Tracțiune</w:t>
      </w:r>
      <w:proofErr w:type="spellEnd"/>
      <w:r>
        <w:t>: 4x2</w:t>
      </w:r>
      <w:r w:rsidR="001E15DD">
        <w:t xml:space="preserve"> </w:t>
      </w:r>
      <w:proofErr w:type="spellStart"/>
      <w:r w:rsidR="001E15DD">
        <w:t>roți</w:t>
      </w:r>
      <w:proofErr w:type="spellEnd"/>
      <w:r w:rsidR="001E15DD">
        <w:t xml:space="preserve"> </w:t>
      </w:r>
      <w:proofErr w:type="spellStart"/>
      <w:r w:rsidR="001E15DD">
        <w:t>motrice</w:t>
      </w:r>
      <w:proofErr w:type="spellEnd"/>
      <w:r w:rsidR="001E15DD">
        <w:t xml:space="preserve"> </w:t>
      </w:r>
      <w:proofErr w:type="spellStart"/>
      <w:r w:rsidR="001E15DD">
        <w:t>față</w:t>
      </w:r>
      <w:proofErr w:type="spellEnd"/>
      <w:r w:rsidR="001E15DD">
        <w:t xml:space="preserve"> (FWD) </w:t>
      </w:r>
      <w:proofErr w:type="spellStart"/>
      <w:r w:rsidR="001E15DD">
        <w:t>sau</w:t>
      </w:r>
      <w:proofErr w:type="spellEnd"/>
      <w:r w:rsidR="001E15DD">
        <w:t xml:space="preserve"> 4x4</w:t>
      </w:r>
      <w:r w:rsidR="0048059A">
        <w:t xml:space="preserve"> (AWD </w:t>
      </w:r>
      <w:proofErr w:type="spellStart"/>
      <w:r w:rsidR="0048059A">
        <w:t>sau</w:t>
      </w:r>
      <w:proofErr w:type="spellEnd"/>
      <w:r w:rsidR="0048059A">
        <w:t xml:space="preserve"> 4x4)</w:t>
      </w:r>
      <w:r w:rsidR="001E15DD">
        <w:t>,</w:t>
      </w:r>
      <w:r>
        <w:t xml:space="preserve"> </w:t>
      </w:r>
    </w:p>
    <w:p w:rsidR="001E2208" w:rsidRDefault="00636890">
      <w:pPr>
        <w:pStyle w:val="a0"/>
      </w:pPr>
      <w:proofErr w:type="spellStart"/>
      <w:r>
        <w:t>Culoare</w:t>
      </w:r>
      <w:proofErr w:type="spellEnd"/>
      <w:r>
        <w:t xml:space="preserve"> </w:t>
      </w:r>
      <w:proofErr w:type="spellStart"/>
      <w:r>
        <w:t>caroserie</w:t>
      </w:r>
      <w:proofErr w:type="spellEnd"/>
      <w:r>
        <w:t xml:space="preserve">: </w:t>
      </w:r>
      <w:proofErr w:type="spellStart"/>
      <w:r>
        <w:t>Gri</w:t>
      </w:r>
      <w:proofErr w:type="spellEnd"/>
    </w:p>
    <w:p w:rsidR="001E2208" w:rsidRDefault="00636890">
      <w:pPr>
        <w:pStyle w:val="a0"/>
      </w:pPr>
      <w:proofErr w:type="spellStart"/>
      <w:r>
        <w:t>Gardă</w:t>
      </w:r>
      <w:proofErr w:type="spellEnd"/>
      <w:r>
        <w:t xml:space="preserve"> la </w:t>
      </w:r>
      <w:proofErr w:type="spellStart"/>
      <w:r>
        <w:t>sol</w:t>
      </w:r>
      <w:proofErr w:type="spellEnd"/>
      <w:r>
        <w:t>: minim 170 mm</w:t>
      </w:r>
    </w:p>
    <w:p w:rsidR="001E2208" w:rsidRDefault="00636890">
      <w:pPr>
        <w:pStyle w:val="a0"/>
      </w:pPr>
      <w:proofErr w:type="spellStart"/>
      <w:r>
        <w:t>Volum</w:t>
      </w:r>
      <w:proofErr w:type="spellEnd"/>
      <w:r>
        <w:t xml:space="preserve"> </w:t>
      </w:r>
      <w:proofErr w:type="spellStart"/>
      <w:r>
        <w:t>portbagaj</w:t>
      </w:r>
      <w:proofErr w:type="spellEnd"/>
      <w:r>
        <w:t xml:space="preserve">: minim 400 </w:t>
      </w:r>
      <w:proofErr w:type="spellStart"/>
      <w:r>
        <w:t>litri</w:t>
      </w:r>
      <w:proofErr w:type="spellEnd"/>
      <w:r w:rsidR="001E15DD">
        <w:t xml:space="preserve"> </w:t>
      </w:r>
      <w:r w:rsidR="001E15DD" w:rsidRPr="001E15DD">
        <w:t>(</w:t>
      </w:r>
      <w:proofErr w:type="spellStart"/>
      <w:r w:rsidR="001E15DD" w:rsidRPr="001E15DD">
        <w:t>configurație</w:t>
      </w:r>
      <w:proofErr w:type="spellEnd"/>
      <w:r w:rsidR="001E15DD" w:rsidRPr="001E15DD">
        <w:t xml:space="preserve"> standard)</w:t>
      </w:r>
    </w:p>
    <w:p w:rsidR="001E2208" w:rsidRDefault="001E15DD">
      <w:pPr>
        <w:pStyle w:val="a0"/>
      </w:pPr>
      <w:r w:rsidRPr="001E15DD">
        <w:t xml:space="preserve">Capacitate </w:t>
      </w:r>
      <w:proofErr w:type="spellStart"/>
      <w:r w:rsidRPr="001E15DD">
        <w:t>rezervor</w:t>
      </w:r>
      <w:proofErr w:type="spellEnd"/>
      <w:r w:rsidRPr="001E15DD">
        <w:t xml:space="preserve"> </w:t>
      </w:r>
      <w:proofErr w:type="spellStart"/>
      <w:r w:rsidRPr="001E15DD">
        <w:t>combustibil</w:t>
      </w:r>
      <w:proofErr w:type="spellEnd"/>
      <w:r w:rsidR="00636890">
        <w:t xml:space="preserve">: minim 50 </w:t>
      </w:r>
      <w:proofErr w:type="spellStart"/>
      <w:r w:rsidR="00636890">
        <w:t>litri</w:t>
      </w:r>
      <w:proofErr w:type="spellEnd"/>
    </w:p>
    <w:p w:rsidR="001E2208" w:rsidRDefault="00636890">
      <w:pPr>
        <w:pStyle w:val="31"/>
      </w:pPr>
      <w:r>
        <w:t xml:space="preserve">3.2 </w:t>
      </w:r>
      <w:proofErr w:type="spellStart"/>
      <w:r>
        <w:t>Motorizare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sistem</w:t>
      </w:r>
      <w:proofErr w:type="spellEnd"/>
      <w:r>
        <w:t xml:space="preserve"> </w:t>
      </w:r>
      <w:proofErr w:type="spellStart"/>
      <w:r>
        <w:t>hibrid</w:t>
      </w:r>
      <w:proofErr w:type="spellEnd"/>
    </w:p>
    <w:p w:rsidR="001E2208" w:rsidRDefault="0048059A">
      <w:pPr>
        <w:pStyle w:val="a0"/>
      </w:pPr>
      <w:r w:rsidRPr="0048059A">
        <w:t xml:space="preserve">Tip </w:t>
      </w:r>
      <w:proofErr w:type="spellStart"/>
      <w:r w:rsidRPr="0048059A">
        <w:t>motorizare</w:t>
      </w:r>
      <w:proofErr w:type="spellEnd"/>
      <w:r w:rsidR="00636890">
        <w:t xml:space="preserve">: </w:t>
      </w:r>
      <w:r>
        <w:t xml:space="preserve">Hybrid </w:t>
      </w:r>
      <w:r w:rsidR="00636890">
        <w:t>Plug-in (PHEV)</w:t>
      </w:r>
    </w:p>
    <w:p w:rsidR="001E2208" w:rsidRDefault="00636890">
      <w:pPr>
        <w:pStyle w:val="a0"/>
      </w:pPr>
      <w:proofErr w:type="spellStart"/>
      <w:r>
        <w:t>Putere</w:t>
      </w:r>
      <w:proofErr w:type="spellEnd"/>
      <w:r>
        <w:t xml:space="preserve"> </w:t>
      </w:r>
      <w:proofErr w:type="spellStart"/>
      <w:r>
        <w:t>totală</w:t>
      </w:r>
      <w:proofErr w:type="spellEnd"/>
      <w:r>
        <w:t xml:space="preserve"> </w:t>
      </w:r>
      <w:proofErr w:type="spellStart"/>
      <w:r>
        <w:t>sistem</w:t>
      </w:r>
      <w:proofErr w:type="spellEnd"/>
      <w:r>
        <w:t>: minim 2</w:t>
      </w:r>
      <w:r w:rsidR="005B5D6A">
        <w:t>0</w:t>
      </w:r>
      <w:r>
        <w:t>0 CP</w:t>
      </w:r>
    </w:p>
    <w:p w:rsidR="001E2208" w:rsidRDefault="00636890">
      <w:pPr>
        <w:pStyle w:val="a0"/>
      </w:pPr>
      <w:r>
        <w:t xml:space="preserve">Capacitate </w:t>
      </w:r>
      <w:proofErr w:type="spellStart"/>
      <w:r>
        <w:t>baterie</w:t>
      </w:r>
      <w:proofErr w:type="spellEnd"/>
      <w:r>
        <w:t>: minim 1</w:t>
      </w:r>
      <w:r w:rsidR="005B5D6A">
        <w:t>7</w:t>
      </w:r>
      <w:r>
        <w:t xml:space="preserve"> kWh</w:t>
      </w:r>
    </w:p>
    <w:p w:rsidR="0031088A" w:rsidRDefault="0031088A" w:rsidP="00836E9C">
      <w:pPr>
        <w:pStyle w:val="a0"/>
      </w:pPr>
      <w:proofErr w:type="spellStart"/>
      <w:r w:rsidRPr="0031088A">
        <w:t>Autonomie</w:t>
      </w:r>
      <w:proofErr w:type="spellEnd"/>
      <w:r w:rsidRPr="0031088A">
        <w:t xml:space="preserve"> </w:t>
      </w:r>
      <w:proofErr w:type="spellStart"/>
      <w:r w:rsidRPr="0031088A">
        <w:t>electrică</w:t>
      </w:r>
      <w:proofErr w:type="spellEnd"/>
      <w:r w:rsidRPr="0031088A">
        <w:t xml:space="preserve"> (</w:t>
      </w:r>
      <w:proofErr w:type="spellStart"/>
      <w:r w:rsidRPr="0031088A">
        <w:t>pentru</w:t>
      </w:r>
      <w:proofErr w:type="spellEnd"/>
      <w:r w:rsidRPr="0031088A">
        <w:t xml:space="preserve"> PHEV): minim </w:t>
      </w:r>
      <w:r>
        <w:t>8</w:t>
      </w:r>
      <w:r w:rsidRPr="0031088A">
        <w:t>0 km</w:t>
      </w:r>
    </w:p>
    <w:p w:rsidR="0031088A" w:rsidRDefault="0031088A" w:rsidP="0031088A">
      <w:pPr>
        <w:pStyle w:val="a0"/>
      </w:pPr>
      <w:proofErr w:type="spellStart"/>
      <w:r w:rsidRPr="0031088A">
        <w:t>Sistem</w:t>
      </w:r>
      <w:proofErr w:type="spellEnd"/>
      <w:r w:rsidRPr="0031088A">
        <w:t xml:space="preserve"> de </w:t>
      </w:r>
      <w:proofErr w:type="spellStart"/>
      <w:r w:rsidRPr="0031088A">
        <w:t>încărcare</w:t>
      </w:r>
      <w:proofErr w:type="spellEnd"/>
      <w:r w:rsidRPr="0031088A">
        <w:t xml:space="preserve">: </w:t>
      </w:r>
      <w:proofErr w:type="spellStart"/>
      <w:r w:rsidRPr="0031088A">
        <w:t>compatibil</w:t>
      </w:r>
      <w:proofErr w:type="spellEnd"/>
      <w:r w:rsidRPr="0031088A">
        <w:t xml:space="preserve"> standard </w:t>
      </w:r>
      <w:proofErr w:type="spellStart"/>
      <w:r w:rsidRPr="0031088A">
        <w:t>european</w:t>
      </w:r>
      <w:proofErr w:type="spellEnd"/>
      <w:r w:rsidRPr="0031088A">
        <w:t xml:space="preserve"> (</w:t>
      </w:r>
      <w:r>
        <w:t>CCS Type 2</w:t>
      </w:r>
      <w:r w:rsidRPr="0031088A">
        <w:t xml:space="preserve">) </w:t>
      </w:r>
    </w:p>
    <w:p w:rsidR="00E864F7" w:rsidRDefault="00E864F7" w:rsidP="0031088A">
      <w:pPr>
        <w:pStyle w:val="a0"/>
      </w:pPr>
      <w:proofErr w:type="spellStart"/>
      <w:r>
        <w:t>Posibilitatea</w:t>
      </w:r>
      <w:proofErr w:type="spellEnd"/>
      <w:r>
        <w:t xml:space="preserve"> de </w:t>
      </w:r>
      <w:proofErr w:type="spellStart"/>
      <w:r>
        <w:t>încărcarea</w:t>
      </w:r>
      <w:proofErr w:type="spellEnd"/>
      <w:r>
        <w:t xml:space="preserve"> rapid (Fast Charging) - ≤ </w:t>
      </w:r>
      <w:r w:rsidR="00F47132">
        <w:t>4</w:t>
      </w:r>
      <w:r>
        <w:t xml:space="preserve">0 min. </w:t>
      </w:r>
      <w:proofErr w:type="spellStart"/>
      <w:r w:rsidR="00F47132" w:rsidRPr="00F47132">
        <w:t>încărcarea</w:t>
      </w:r>
      <w:proofErr w:type="spellEnd"/>
      <w:r w:rsidR="00F47132" w:rsidRPr="00F47132">
        <w:t xml:space="preserve"> </w:t>
      </w:r>
      <w:proofErr w:type="spellStart"/>
      <w:r w:rsidR="00F47132" w:rsidRPr="00F47132">
        <w:t>bateriei</w:t>
      </w:r>
      <w:proofErr w:type="spellEnd"/>
      <w:r w:rsidR="00F47132" w:rsidRPr="00F47132">
        <w:t xml:space="preserve"> </w:t>
      </w:r>
      <w:proofErr w:type="spellStart"/>
      <w:r w:rsidR="00F47132">
        <w:t>până</w:t>
      </w:r>
      <w:proofErr w:type="spellEnd"/>
      <w:r w:rsidR="00F47132">
        <w:t xml:space="preserve"> la </w:t>
      </w:r>
      <w:r>
        <w:t>80%</w:t>
      </w:r>
      <w:r w:rsidR="00F47132">
        <w:t>.</w:t>
      </w:r>
    </w:p>
    <w:p w:rsidR="001E2208" w:rsidRDefault="00636890" w:rsidP="0031088A">
      <w:pPr>
        <w:pStyle w:val="a0"/>
      </w:pPr>
      <w:proofErr w:type="spellStart"/>
      <w:r>
        <w:t>Consum</w:t>
      </w:r>
      <w:proofErr w:type="spellEnd"/>
      <w:r>
        <w:t xml:space="preserve"> </w:t>
      </w:r>
      <w:proofErr w:type="spellStart"/>
      <w:r>
        <w:t>combinat</w:t>
      </w:r>
      <w:proofErr w:type="spellEnd"/>
      <w:r>
        <w:t>: 4,0 – 4,5 l/100 km</w:t>
      </w:r>
    </w:p>
    <w:p w:rsidR="001E2208" w:rsidRDefault="00636890">
      <w:pPr>
        <w:pStyle w:val="31"/>
      </w:pPr>
      <w:r>
        <w:t xml:space="preserve">3.3 </w:t>
      </w:r>
      <w:proofErr w:type="spellStart"/>
      <w:r>
        <w:t>Siguranță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sisteme</w:t>
      </w:r>
      <w:proofErr w:type="spellEnd"/>
      <w:r>
        <w:t xml:space="preserve"> de </w:t>
      </w:r>
      <w:proofErr w:type="spellStart"/>
      <w:r>
        <w:t>asistență</w:t>
      </w:r>
      <w:proofErr w:type="spellEnd"/>
    </w:p>
    <w:p w:rsidR="002208A5" w:rsidRDefault="002208A5">
      <w:pPr>
        <w:pStyle w:val="a0"/>
      </w:pPr>
      <w:proofErr w:type="spellStart"/>
      <w:r w:rsidRPr="002208A5">
        <w:t>Sistem</w:t>
      </w:r>
      <w:proofErr w:type="spellEnd"/>
      <w:r w:rsidRPr="002208A5">
        <w:t xml:space="preserve"> </w:t>
      </w:r>
      <w:proofErr w:type="spellStart"/>
      <w:r w:rsidRPr="002208A5">
        <w:t>antiblocare</w:t>
      </w:r>
      <w:proofErr w:type="spellEnd"/>
      <w:r w:rsidRPr="002208A5">
        <w:t xml:space="preserve"> </w:t>
      </w:r>
      <w:proofErr w:type="spellStart"/>
      <w:r w:rsidRPr="002208A5">
        <w:t>frâne</w:t>
      </w:r>
      <w:proofErr w:type="spellEnd"/>
      <w:r w:rsidRPr="002208A5">
        <w:t xml:space="preserve"> (ABS)</w:t>
      </w:r>
      <w:r w:rsidR="00B44931">
        <w:t xml:space="preserve"> - da</w:t>
      </w:r>
    </w:p>
    <w:p w:rsidR="001E2208" w:rsidRDefault="00636890">
      <w:pPr>
        <w:pStyle w:val="a0"/>
      </w:pPr>
      <w:r>
        <w:t xml:space="preserve">EBD – </w:t>
      </w:r>
      <w:proofErr w:type="spellStart"/>
      <w:r>
        <w:t>Distribuție</w:t>
      </w:r>
      <w:proofErr w:type="spellEnd"/>
      <w:r>
        <w:t xml:space="preserve"> </w:t>
      </w:r>
      <w:proofErr w:type="spellStart"/>
      <w:r>
        <w:t>electronică</w:t>
      </w:r>
      <w:proofErr w:type="spellEnd"/>
      <w:r>
        <w:t xml:space="preserve"> a </w:t>
      </w:r>
      <w:proofErr w:type="spellStart"/>
      <w:r>
        <w:t>forței</w:t>
      </w:r>
      <w:proofErr w:type="spellEnd"/>
      <w:r>
        <w:t xml:space="preserve"> de </w:t>
      </w:r>
      <w:proofErr w:type="spellStart"/>
      <w:r>
        <w:t>frânare</w:t>
      </w:r>
      <w:proofErr w:type="spellEnd"/>
      <w:r w:rsidR="00B44931">
        <w:t xml:space="preserve"> - da</w:t>
      </w:r>
    </w:p>
    <w:p w:rsidR="001E2208" w:rsidRDefault="002208A5">
      <w:pPr>
        <w:pStyle w:val="a0"/>
      </w:pPr>
      <w:proofErr w:type="spellStart"/>
      <w:r w:rsidRPr="002208A5">
        <w:t>Sistem</w:t>
      </w:r>
      <w:proofErr w:type="spellEnd"/>
      <w:r w:rsidRPr="002208A5">
        <w:t xml:space="preserve"> electronic de </w:t>
      </w:r>
      <w:proofErr w:type="spellStart"/>
      <w:r w:rsidRPr="002208A5">
        <w:t>stabilitate</w:t>
      </w:r>
      <w:proofErr w:type="spellEnd"/>
      <w:r w:rsidRPr="002208A5">
        <w:t xml:space="preserve"> (ESC)</w:t>
      </w:r>
      <w:r w:rsidR="00B44931">
        <w:t xml:space="preserve"> - da</w:t>
      </w:r>
    </w:p>
    <w:p w:rsidR="001E2208" w:rsidRDefault="00636890">
      <w:pPr>
        <w:pStyle w:val="a0"/>
      </w:pPr>
      <w:proofErr w:type="spellStart"/>
      <w:r>
        <w:t>Sistem</w:t>
      </w:r>
      <w:proofErr w:type="spellEnd"/>
      <w:r>
        <w:t xml:space="preserve"> control </w:t>
      </w:r>
      <w:proofErr w:type="spellStart"/>
      <w:r>
        <w:t>tracțiune</w:t>
      </w:r>
      <w:proofErr w:type="spellEnd"/>
      <w:r w:rsidR="00B44931">
        <w:t xml:space="preserve"> - da</w:t>
      </w:r>
    </w:p>
    <w:p w:rsidR="001E2208" w:rsidRDefault="002208A5">
      <w:pPr>
        <w:pStyle w:val="a0"/>
      </w:pPr>
      <w:proofErr w:type="spellStart"/>
      <w:r w:rsidRPr="002208A5">
        <w:t>Sistem</w:t>
      </w:r>
      <w:proofErr w:type="spellEnd"/>
      <w:r w:rsidRPr="002208A5">
        <w:t xml:space="preserve"> </w:t>
      </w:r>
      <w:proofErr w:type="spellStart"/>
      <w:r w:rsidRPr="002208A5">
        <w:t>asistență</w:t>
      </w:r>
      <w:proofErr w:type="spellEnd"/>
      <w:r w:rsidRPr="002208A5">
        <w:t xml:space="preserve"> la </w:t>
      </w:r>
      <w:proofErr w:type="spellStart"/>
      <w:r w:rsidRPr="002208A5">
        <w:t>pornirea</w:t>
      </w:r>
      <w:proofErr w:type="spellEnd"/>
      <w:r w:rsidRPr="002208A5">
        <w:t xml:space="preserve"> </w:t>
      </w:r>
      <w:proofErr w:type="spellStart"/>
      <w:r w:rsidRPr="002208A5">
        <w:t>în</w:t>
      </w:r>
      <w:proofErr w:type="spellEnd"/>
      <w:r w:rsidRPr="002208A5">
        <w:t xml:space="preserve"> </w:t>
      </w:r>
      <w:proofErr w:type="spellStart"/>
      <w:r w:rsidRPr="002208A5">
        <w:t>rampă</w:t>
      </w:r>
      <w:proofErr w:type="spellEnd"/>
      <w:r w:rsidR="00B44931">
        <w:t xml:space="preserve"> - da</w:t>
      </w:r>
    </w:p>
    <w:p w:rsidR="001E2208" w:rsidRDefault="002208A5">
      <w:pPr>
        <w:pStyle w:val="a0"/>
      </w:pPr>
      <w:proofErr w:type="spellStart"/>
      <w:r w:rsidRPr="002208A5">
        <w:t>Sistem</w:t>
      </w:r>
      <w:proofErr w:type="spellEnd"/>
      <w:r w:rsidRPr="002208A5">
        <w:t xml:space="preserve"> de </w:t>
      </w:r>
      <w:proofErr w:type="spellStart"/>
      <w:r w:rsidRPr="002208A5">
        <w:t>frânare</w:t>
      </w:r>
      <w:proofErr w:type="spellEnd"/>
      <w:r w:rsidRPr="002208A5">
        <w:t xml:space="preserve"> </w:t>
      </w:r>
      <w:proofErr w:type="spellStart"/>
      <w:r w:rsidRPr="002208A5">
        <w:t>automată</w:t>
      </w:r>
      <w:proofErr w:type="spellEnd"/>
      <w:r w:rsidRPr="002208A5">
        <w:t xml:space="preserve"> de </w:t>
      </w:r>
      <w:proofErr w:type="spellStart"/>
      <w:r w:rsidRPr="002208A5">
        <w:t>urgență</w:t>
      </w:r>
      <w:proofErr w:type="spellEnd"/>
      <w:r w:rsidR="00B44931">
        <w:t xml:space="preserve"> - da</w:t>
      </w:r>
    </w:p>
    <w:p w:rsidR="001E2208" w:rsidRDefault="00636890">
      <w:pPr>
        <w:pStyle w:val="a0"/>
      </w:pPr>
      <w:proofErr w:type="spellStart"/>
      <w:r>
        <w:t>Sistem</w:t>
      </w:r>
      <w:proofErr w:type="spellEnd"/>
      <w:r>
        <w:t xml:space="preserve"> frontal de </w:t>
      </w:r>
      <w:proofErr w:type="spellStart"/>
      <w:r>
        <w:t>prevenire</w:t>
      </w:r>
      <w:proofErr w:type="spellEnd"/>
      <w:r>
        <w:t xml:space="preserve"> a </w:t>
      </w:r>
      <w:proofErr w:type="spellStart"/>
      <w:r>
        <w:t>coliziunilor</w:t>
      </w:r>
      <w:proofErr w:type="spellEnd"/>
      <w:r w:rsidR="00B44931">
        <w:t xml:space="preserve"> - da</w:t>
      </w:r>
    </w:p>
    <w:p w:rsidR="001E2208" w:rsidRDefault="002208A5">
      <w:pPr>
        <w:pStyle w:val="a0"/>
      </w:pPr>
      <w:proofErr w:type="spellStart"/>
      <w:r w:rsidRPr="002208A5">
        <w:t>Sistem</w:t>
      </w:r>
      <w:proofErr w:type="spellEnd"/>
      <w:r w:rsidRPr="002208A5">
        <w:t xml:space="preserve"> de </w:t>
      </w:r>
      <w:proofErr w:type="spellStart"/>
      <w:r w:rsidRPr="002208A5">
        <w:t>menținere</w:t>
      </w:r>
      <w:proofErr w:type="spellEnd"/>
      <w:r w:rsidRPr="002208A5">
        <w:t xml:space="preserve"> </w:t>
      </w:r>
      <w:proofErr w:type="spellStart"/>
      <w:r w:rsidRPr="002208A5">
        <w:t>sau</w:t>
      </w:r>
      <w:proofErr w:type="spellEnd"/>
      <w:r w:rsidRPr="002208A5">
        <w:t xml:space="preserve"> </w:t>
      </w:r>
      <w:proofErr w:type="spellStart"/>
      <w:r w:rsidRPr="002208A5">
        <w:t>avertizare</w:t>
      </w:r>
      <w:proofErr w:type="spellEnd"/>
      <w:r w:rsidRPr="002208A5">
        <w:t xml:space="preserve"> la </w:t>
      </w:r>
      <w:proofErr w:type="spellStart"/>
      <w:r w:rsidRPr="002208A5">
        <w:t>părăsirea</w:t>
      </w:r>
      <w:proofErr w:type="spellEnd"/>
      <w:r w:rsidRPr="002208A5">
        <w:t xml:space="preserve"> </w:t>
      </w:r>
      <w:proofErr w:type="spellStart"/>
      <w:r w:rsidRPr="002208A5">
        <w:t>benzii</w:t>
      </w:r>
      <w:proofErr w:type="spellEnd"/>
      <w:r w:rsidR="00B44931">
        <w:t xml:space="preserve"> - da</w:t>
      </w:r>
    </w:p>
    <w:p w:rsidR="001E2208" w:rsidRDefault="002208A5">
      <w:pPr>
        <w:pStyle w:val="a0"/>
      </w:pPr>
      <w:proofErr w:type="spellStart"/>
      <w:r w:rsidRPr="002208A5">
        <w:t>Sistem</w:t>
      </w:r>
      <w:proofErr w:type="spellEnd"/>
      <w:r w:rsidRPr="002208A5">
        <w:t xml:space="preserve"> cruise control (</w:t>
      </w:r>
      <w:proofErr w:type="spellStart"/>
      <w:r w:rsidRPr="002208A5">
        <w:t>adaptiv</w:t>
      </w:r>
      <w:proofErr w:type="spellEnd"/>
      <w:r w:rsidRPr="002208A5">
        <w:t xml:space="preserve"> </w:t>
      </w:r>
      <w:proofErr w:type="spellStart"/>
      <w:r w:rsidRPr="002208A5">
        <w:t>sau</w:t>
      </w:r>
      <w:proofErr w:type="spellEnd"/>
      <w:r w:rsidRPr="002208A5">
        <w:t xml:space="preserve"> </w:t>
      </w:r>
      <w:proofErr w:type="spellStart"/>
      <w:r w:rsidRPr="002208A5">
        <w:t>echivalent</w:t>
      </w:r>
      <w:proofErr w:type="spellEnd"/>
      <w:r w:rsidRPr="002208A5">
        <w:t>)</w:t>
      </w:r>
      <w:r w:rsidR="00B44931">
        <w:t xml:space="preserve"> - da</w:t>
      </w:r>
    </w:p>
    <w:p w:rsidR="001E2208" w:rsidRDefault="00636890">
      <w:pPr>
        <w:pStyle w:val="a0"/>
      </w:pPr>
      <w:proofErr w:type="spellStart"/>
      <w:r>
        <w:t>Sistem</w:t>
      </w:r>
      <w:proofErr w:type="spellEnd"/>
      <w:r>
        <w:t xml:space="preserve"> </w:t>
      </w:r>
      <w:proofErr w:type="spellStart"/>
      <w:r>
        <w:t>monitorizare</w:t>
      </w:r>
      <w:proofErr w:type="spellEnd"/>
      <w:r>
        <w:t xml:space="preserve"> </w:t>
      </w:r>
      <w:r w:rsidR="005446DB">
        <w:t xml:space="preserve">a </w:t>
      </w:r>
      <w:proofErr w:type="spellStart"/>
      <w:r>
        <w:t>unghi</w:t>
      </w:r>
      <w:r w:rsidR="005446DB">
        <w:t>ului</w:t>
      </w:r>
      <w:proofErr w:type="spellEnd"/>
      <w:r>
        <w:t xml:space="preserve"> mort</w:t>
      </w:r>
      <w:r w:rsidR="00B44931">
        <w:t xml:space="preserve"> - da</w:t>
      </w:r>
    </w:p>
    <w:p w:rsidR="001E2208" w:rsidRDefault="00636890">
      <w:pPr>
        <w:pStyle w:val="a0"/>
      </w:pPr>
      <w:proofErr w:type="spellStart"/>
      <w:r>
        <w:lastRenderedPageBreak/>
        <w:t>Frânare</w:t>
      </w:r>
      <w:proofErr w:type="spellEnd"/>
      <w:r>
        <w:t xml:space="preserve"> </w:t>
      </w:r>
      <w:proofErr w:type="spellStart"/>
      <w:r>
        <w:t>automată</w:t>
      </w:r>
      <w:proofErr w:type="spellEnd"/>
      <w:r>
        <w:t xml:space="preserve"> la </w:t>
      </w:r>
      <w:proofErr w:type="spellStart"/>
      <w:r>
        <w:t>detectarea</w:t>
      </w:r>
      <w:proofErr w:type="spellEnd"/>
      <w:r>
        <w:t xml:space="preserve"> </w:t>
      </w:r>
      <w:proofErr w:type="spellStart"/>
      <w:r>
        <w:t>traficului</w:t>
      </w:r>
      <w:proofErr w:type="spellEnd"/>
      <w:r>
        <w:t xml:space="preserve"> din spate</w:t>
      </w:r>
      <w:r w:rsidR="00B44931">
        <w:t xml:space="preserve"> - da</w:t>
      </w:r>
    </w:p>
    <w:p w:rsidR="001E2208" w:rsidRDefault="0058431F">
      <w:pPr>
        <w:pStyle w:val="a0"/>
      </w:pPr>
      <w:proofErr w:type="spellStart"/>
      <w:r w:rsidRPr="0058431F">
        <w:t>Senzori</w:t>
      </w:r>
      <w:proofErr w:type="spellEnd"/>
      <w:r w:rsidRPr="0058431F">
        <w:t xml:space="preserve"> de </w:t>
      </w:r>
      <w:proofErr w:type="spellStart"/>
      <w:r w:rsidRPr="0058431F">
        <w:t>parcare</w:t>
      </w:r>
      <w:proofErr w:type="spellEnd"/>
      <w:r>
        <w:t>,</w:t>
      </w:r>
      <w:r w:rsidRPr="0058431F">
        <w:t xml:space="preserve"> minim spate</w:t>
      </w:r>
      <w:r w:rsidR="007A79B0">
        <w:t xml:space="preserve">, </w:t>
      </w:r>
      <w:proofErr w:type="spellStart"/>
      <w:r w:rsidR="007A79B0">
        <w:t>față</w:t>
      </w:r>
      <w:proofErr w:type="spellEnd"/>
      <w:r w:rsidR="007A79B0">
        <w:t xml:space="preserve"> </w:t>
      </w:r>
      <w:proofErr w:type="spellStart"/>
      <w:r w:rsidR="007A79B0">
        <w:t>opțional</w:t>
      </w:r>
      <w:proofErr w:type="spellEnd"/>
      <w:r w:rsidR="00B44931">
        <w:t xml:space="preserve"> - da</w:t>
      </w:r>
    </w:p>
    <w:p w:rsidR="001E2208" w:rsidRDefault="00636890">
      <w:pPr>
        <w:pStyle w:val="a0"/>
      </w:pPr>
      <w:proofErr w:type="spellStart"/>
      <w:r>
        <w:t>Cameră</w:t>
      </w:r>
      <w:proofErr w:type="spellEnd"/>
      <w:r>
        <w:t xml:space="preserve"> </w:t>
      </w:r>
      <w:r w:rsidR="007A79B0">
        <w:t xml:space="preserve">video </w:t>
      </w:r>
      <w:proofErr w:type="spellStart"/>
      <w:r w:rsidR="007A79B0">
        <w:t>pentru</w:t>
      </w:r>
      <w:proofErr w:type="spellEnd"/>
      <w:r w:rsidR="007A79B0">
        <w:t xml:space="preserve"> </w:t>
      </w:r>
      <w:proofErr w:type="spellStart"/>
      <w:r w:rsidR="007A79B0">
        <w:t>asistență</w:t>
      </w:r>
      <w:proofErr w:type="spellEnd"/>
      <w:r w:rsidR="007A79B0">
        <w:t xml:space="preserve"> </w:t>
      </w:r>
      <w:proofErr w:type="spellStart"/>
      <w:r w:rsidR="007A79B0">
        <w:t>parcare</w:t>
      </w:r>
      <w:proofErr w:type="spellEnd"/>
      <w:r w:rsidR="007A79B0">
        <w:t xml:space="preserve"> </w:t>
      </w:r>
      <w:r w:rsidR="00487D9C">
        <w:t xml:space="preserve">cu </w:t>
      </w:r>
      <w:proofErr w:type="spellStart"/>
      <w:r w:rsidR="00487D9C">
        <w:t>vedere</w:t>
      </w:r>
      <w:proofErr w:type="spellEnd"/>
      <w:r w:rsidR="00487D9C">
        <w:t xml:space="preserve"> </w:t>
      </w:r>
      <w:r>
        <w:t>360°</w:t>
      </w:r>
      <w:r w:rsidR="00B44931">
        <w:t xml:space="preserve"> - da</w:t>
      </w:r>
    </w:p>
    <w:p w:rsidR="001E2208" w:rsidRDefault="00636890">
      <w:pPr>
        <w:pStyle w:val="a0"/>
      </w:pPr>
      <w:r>
        <w:t>Airbag-</w:t>
      </w:r>
      <w:proofErr w:type="spellStart"/>
      <w:r>
        <w:t>uri</w:t>
      </w:r>
      <w:proofErr w:type="spellEnd"/>
      <w:r>
        <w:t xml:space="preserve"> </w:t>
      </w:r>
      <w:proofErr w:type="spellStart"/>
      <w:r>
        <w:t>frontale</w:t>
      </w:r>
      <w:proofErr w:type="spellEnd"/>
      <w:r>
        <w:t xml:space="preserve">, </w:t>
      </w:r>
      <w:proofErr w:type="spellStart"/>
      <w:r>
        <w:t>laterale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r w:rsidR="00487D9C">
        <w:t xml:space="preserve">de tip </w:t>
      </w:r>
      <w:proofErr w:type="spellStart"/>
      <w:r>
        <w:t>cortină</w:t>
      </w:r>
      <w:proofErr w:type="spellEnd"/>
      <w:r w:rsidR="00B44931">
        <w:t xml:space="preserve"> - da</w:t>
      </w:r>
    </w:p>
    <w:p w:rsidR="001E2208" w:rsidRDefault="00636890">
      <w:pPr>
        <w:pStyle w:val="a0"/>
      </w:pPr>
      <w:proofErr w:type="spellStart"/>
      <w:r>
        <w:t>Sistem</w:t>
      </w:r>
      <w:proofErr w:type="spellEnd"/>
      <w:r>
        <w:t xml:space="preserve"> </w:t>
      </w:r>
      <w:proofErr w:type="spellStart"/>
      <w:r>
        <w:t>alarmă</w:t>
      </w:r>
      <w:proofErr w:type="spellEnd"/>
      <w:r>
        <w:t xml:space="preserve"> </w:t>
      </w:r>
      <w:proofErr w:type="spellStart"/>
      <w:r>
        <w:t>antifurt</w:t>
      </w:r>
      <w:proofErr w:type="spellEnd"/>
      <w:r w:rsidR="00B44931">
        <w:t xml:space="preserve"> - da</w:t>
      </w:r>
    </w:p>
    <w:p w:rsidR="001E2208" w:rsidRDefault="00636890">
      <w:pPr>
        <w:pStyle w:val="31"/>
      </w:pPr>
      <w:r>
        <w:t xml:space="preserve">3.4 </w:t>
      </w:r>
      <w:proofErr w:type="spellStart"/>
      <w:r>
        <w:t>Dotări</w:t>
      </w:r>
      <w:proofErr w:type="spellEnd"/>
      <w:r>
        <w:t xml:space="preserve"> </w:t>
      </w:r>
      <w:proofErr w:type="spellStart"/>
      <w:r>
        <w:t>confort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funcționalitate</w:t>
      </w:r>
      <w:proofErr w:type="spellEnd"/>
    </w:p>
    <w:p w:rsidR="00040054" w:rsidRDefault="00040054">
      <w:pPr>
        <w:pStyle w:val="a0"/>
      </w:pPr>
      <w:proofErr w:type="spellStart"/>
      <w:r w:rsidRPr="00040054">
        <w:t>Sistem</w:t>
      </w:r>
      <w:proofErr w:type="spellEnd"/>
      <w:r w:rsidRPr="00040054">
        <w:t xml:space="preserve"> de </w:t>
      </w:r>
      <w:proofErr w:type="spellStart"/>
      <w:r w:rsidRPr="00040054">
        <w:t>iluminare</w:t>
      </w:r>
      <w:proofErr w:type="spellEnd"/>
      <w:r w:rsidRPr="00040054">
        <w:t xml:space="preserve"> </w:t>
      </w:r>
      <w:proofErr w:type="spellStart"/>
      <w:r w:rsidRPr="00040054">
        <w:t>față</w:t>
      </w:r>
      <w:proofErr w:type="spellEnd"/>
      <w:r w:rsidRPr="00040054">
        <w:t xml:space="preserve"> </w:t>
      </w:r>
      <w:proofErr w:type="spellStart"/>
      <w:r>
        <w:t>și</w:t>
      </w:r>
      <w:proofErr w:type="spellEnd"/>
      <w:r>
        <w:t xml:space="preserve"> spate </w:t>
      </w:r>
      <w:r w:rsidRPr="00040054">
        <w:t xml:space="preserve">tip </w:t>
      </w:r>
      <w:proofErr w:type="gramStart"/>
      <w:r w:rsidRPr="00040054">
        <w:t xml:space="preserve">LED </w:t>
      </w:r>
      <w:r w:rsidR="00B44931">
        <w:t xml:space="preserve"> -</w:t>
      </w:r>
      <w:proofErr w:type="gramEnd"/>
      <w:r w:rsidR="00B44931">
        <w:t xml:space="preserve"> da</w:t>
      </w:r>
    </w:p>
    <w:p w:rsidR="001E2208" w:rsidRDefault="00636890">
      <w:pPr>
        <w:pStyle w:val="a0"/>
      </w:pPr>
      <w:proofErr w:type="spellStart"/>
      <w:r>
        <w:t>Geamuri</w:t>
      </w:r>
      <w:proofErr w:type="spellEnd"/>
      <w:r>
        <w:t xml:space="preserve"> </w:t>
      </w:r>
      <w:proofErr w:type="spellStart"/>
      <w:r>
        <w:t>electrice</w:t>
      </w:r>
      <w:proofErr w:type="spellEnd"/>
      <w:r>
        <w:t xml:space="preserve"> </w:t>
      </w:r>
      <w:proofErr w:type="spellStart"/>
      <w:r>
        <w:t>față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spate</w:t>
      </w:r>
      <w:r w:rsidR="00B44931">
        <w:t xml:space="preserve"> - da</w:t>
      </w:r>
    </w:p>
    <w:p w:rsidR="001E2208" w:rsidRDefault="00636890">
      <w:pPr>
        <w:pStyle w:val="a0"/>
      </w:pPr>
      <w:proofErr w:type="spellStart"/>
      <w:r>
        <w:t>Scaun</w:t>
      </w:r>
      <w:proofErr w:type="spellEnd"/>
      <w:r>
        <w:t xml:space="preserve"> </w:t>
      </w:r>
      <w:proofErr w:type="spellStart"/>
      <w:r>
        <w:t>șofer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pasager</w:t>
      </w:r>
      <w:proofErr w:type="spellEnd"/>
      <w:r>
        <w:t xml:space="preserve"> </w:t>
      </w:r>
      <w:proofErr w:type="spellStart"/>
      <w:r>
        <w:t>reglabile</w:t>
      </w:r>
      <w:proofErr w:type="spellEnd"/>
      <w:r>
        <w:t xml:space="preserve"> electric</w:t>
      </w:r>
      <w:r w:rsidR="00B44931">
        <w:t xml:space="preserve"> - da</w:t>
      </w:r>
    </w:p>
    <w:p w:rsidR="001E2208" w:rsidRDefault="00487D9C">
      <w:pPr>
        <w:pStyle w:val="a0"/>
      </w:pPr>
      <w:proofErr w:type="spellStart"/>
      <w:r>
        <w:t>Încălzire</w:t>
      </w:r>
      <w:proofErr w:type="spellEnd"/>
      <w:r>
        <w:t xml:space="preserve"> </w:t>
      </w:r>
      <w:proofErr w:type="spellStart"/>
      <w:r>
        <w:t>scaune</w:t>
      </w:r>
      <w:proofErr w:type="spellEnd"/>
      <w:r>
        <w:t xml:space="preserve"> </w:t>
      </w:r>
      <w:proofErr w:type="spellStart"/>
      <w:r>
        <w:t>față</w:t>
      </w:r>
      <w:proofErr w:type="spellEnd"/>
      <w:r w:rsidR="00B44931">
        <w:t xml:space="preserve"> - da</w:t>
      </w:r>
    </w:p>
    <w:p w:rsidR="001E2208" w:rsidRDefault="00636890">
      <w:pPr>
        <w:pStyle w:val="a0"/>
      </w:pPr>
      <w:proofErr w:type="spellStart"/>
      <w:r>
        <w:t>Încălzire</w:t>
      </w:r>
      <w:proofErr w:type="spellEnd"/>
      <w:r>
        <w:t xml:space="preserve"> </w:t>
      </w:r>
      <w:proofErr w:type="spellStart"/>
      <w:r>
        <w:t>volan</w:t>
      </w:r>
      <w:proofErr w:type="spellEnd"/>
      <w:r w:rsidR="00B44931">
        <w:t xml:space="preserve"> - da</w:t>
      </w:r>
    </w:p>
    <w:p w:rsidR="001E2208" w:rsidRDefault="00636890">
      <w:pPr>
        <w:pStyle w:val="a0"/>
      </w:pPr>
      <w:proofErr w:type="spellStart"/>
      <w:r>
        <w:t>Oglinzi</w:t>
      </w:r>
      <w:proofErr w:type="spellEnd"/>
      <w:r>
        <w:t xml:space="preserve"> </w:t>
      </w:r>
      <w:proofErr w:type="spellStart"/>
      <w:r>
        <w:t>exterioare</w:t>
      </w:r>
      <w:proofErr w:type="spellEnd"/>
      <w:r>
        <w:t xml:space="preserve"> </w:t>
      </w:r>
      <w:proofErr w:type="spellStart"/>
      <w:r>
        <w:t>reglabile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rabatabile</w:t>
      </w:r>
      <w:proofErr w:type="spellEnd"/>
      <w:r>
        <w:t xml:space="preserve"> electric</w:t>
      </w:r>
      <w:r w:rsidR="00B44931">
        <w:t xml:space="preserve"> - da</w:t>
      </w:r>
    </w:p>
    <w:p w:rsidR="001E2208" w:rsidRDefault="00040054">
      <w:pPr>
        <w:pStyle w:val="a0"/>
      </w:pPr>
      <w:proofErr w:type="spellStart"/>
      <w:r w:rsidRPr="00040054">
        <w:t>Sistem</w:t>
      </w:r>
      <w:proofErr w:type="spellEnd"/>
      <w:r w:rsidRPr="00040054">
        <w:t xml:space="preserve"> multimedia cu </w:t>
      </w:r>
      <w:proofErr w:type="spellStart"/>
      <w:r w:rsidRPr="00040054">
        <w:t>conectivitate</w:t>
      </w:r>
      <w:proofErr w:type="spellEnd"/>
      <w:r w:rsidRPr="00040054">
        <w:t xml:space="preserve"> smartphone (Apple </w:t>
      </w:r>
      <w:proofErr w:type="spellStart"/>
      <w:r w:rsidRPr="00040054">
        <w:t>CarPlay</w:t>
      </w:r>
      <w:proofErr w:type="spellEnd"/>
      <w:r w:rsidRPr="00040054">
        <w:t xml:space="preserve">, Android Auto </w:t>
      </w:r>
      <w:proofErr w:type="spellStart"/>
      <w:r w:rsidRPr="00040054">
        <w:t>sau</w:t>
      </w:r>
      <w:proofErr w:type="spellEnd"/>
      <w:r w:rsidRPr="00040054">
        <w:t xml:space="preserve"> </w:t>
      </w:r>
      <w:proofErr w:type="spellStart"/>
      <w:r w:rsidRPr="00040054">
        <w:t>echivalent</w:t>
      </w:r>
      <w:proofErr w:type="spellEnd"/>
      <w:r w:rsidRPr="00040054">
        <w:t>)</w:t>
      </w:r>
      <w:r w:rsidR="00B44931">
        <w:t xml:space="preserve"> - da</w:t>
      </w:r>
    </w:p>
    <w:p w:rsidR="001E2208" w:rsidRDefault="00636890">
      <w:pPr>
        <w:pStyle w:val="a0"/>
      </w:pPr>
      <w:r>
        <w:t xml:space="preserve">Jante din </w:t>
      </w:r>
      <w:proofErr w:type="spellStart"/>
      <w:r>
        <w:t>aliaj</w:t>
      </w:r>
      <w:proofErr w:type="spellEnd"/>
      <w:r w:rsidR="00040054">
        <w:t xml:space="preserve"> </w:t>
      </w:r>
      <w:proofErr w:type="spellStart"/>
      <w:r w:rsidR="00040054" w:rsidRPr="00040054">
        <w:t>sau</w:t>
      </w:r>
      <w:proofErr w:type="spellEnd"/>
      <w:r w:rsidR="00040054" w:rsidRPr="00040054">
        <w:t xml:space="preserve"> </w:t>
      </w:r>
      <w:proofErr w:type="spellStart"/>
      <w:r w:rsidR="00040054" w:rsidRPr="00040054">
        <w:t>echivalent</w:t>
      </w:r>
      <w:proofErr w:type="spellEnd"/>
      <w:r w:rsidR="00B44931">
        <w:t xml:space="preserve"> - da</w:t>
      </w:r>
    </w:p>
    <w:p w:rsidR="00937DE6" w:rsidRDefault="00937DE6">
      <w:pPr>
        <w:pStyle w:val="a0"/>
      </w:pPr>
      <w:proofErr w:type="spellStart"/>
      <w:r>
        <w:t>Avelope</w:t>
      </w:r>
      <w:proofErr w:type="spellEnd"/>
      <w:r>
        <w:t xml:space="preserve"> de </w:t>
      </w:r>
      <w:proofErr w:type="spellStart"/>
      <w:r>
        <w:t>vară</w:t>
      </w:r>
      <w:proofErr w:type="spellEnd"/>
      <w:r>
        <w:t xml:space="preserve"> </w:t>
      </w:r>
      <w:r w:rsidR="00A73CD3">
        <w:t xml:space="preserve">–  4 </w:t>
      </w:r>
      <w:proofErr w:type="spellStart"/>
      <w:r w:rsidR="00A73CD3">
        <w:t>buc</w:t>
      </w:r>
      <w:proofErr w:type="spellEnd"/>
      <w:r w:rsidR="00A73CD3">
        <w:t>.</w:t>
      </w:r>
    </w:p>
    <w:p w:rsidR="00937DE6" w:rsidRDefault="00937DE6">
      <w:pPr>
        <w:pStyle w:val="a0"/>
      </w:pPr>
      <w:proofErr w:type="spellStart"/>
      <w:r>
        <w:t>Avelope</w:t>
      </w:r>
      <w:proofErr w:type="spellEnd"/>
      <w:r>
        <w:t xml:space="preserve"> de </w:t>
      </w:r>
      <w:proofErr w:type="spellStart"/>
      <w:r>
        <w:t>iarnă</w:t>
      </w:r>
      <w:proofErr w:type="spellEnd"/>
      <w:r w:rsidR="00A73CD3">
        <w:t xml:space="preserve"> – 4 </w:t>
      </w:r>
      <w:proofErr w:type="spellStart"/>
      <w:r w:rsidR="00A73CD3">
        <w:t>buc</w:t>
      </w:r>
      <w:proofErr w:type="spellEnd"/>
      <w:r w:rsidR="00A73CD3">
        <w:t>.</w:t>
      </w:r>
    </w:p>
    <w:p w:rsidR="00A161A5" w:rsidRDefault="00937DE6">
      <w:pPr>
        <w:pStyle w:val="a0"/>
      </w:pPr>
      <w:proofErr w:type="spellStart"/>
      <w:r>
        <w:t>Covorașe</w:t>
      </w:r>
      <w:proofErr w:type="spellEnd"/>
      <w:r>
        <w:t xml:space="preserve"> salon </w:t>
      </w:r>
      <w:r w:rsidR="00A161A5">
        <w:t xml:space="preserve">din </w:t>
      </w:r>
      <w:proofErr w:type="spellStart"/>
      <w:r w:rsidR="00A161A5">
        <w:t>cauciuc</w:t>
      </w:r>
      <w:proofErr w:type="spellEnd"/>
      <w:r w:rsidR="00A161A5">
        <w:t xml:space="preserve"> </w:t>
      </w:r>
      <w:proofErr w:type="spellStart"/>
      <w:r w:rsidR="00A161A5">
        <w:t>sau</w:t>
      </w:r>
      <w:proofErr w:type="spellEnd"/>
      <w:r w:rsidR="00A161A5">
        <w:t xml:space="preserve"> alt material </w:t>
      </w:r>
      <w:proofErr w:type="spellStart"/>
      <w:r w:rsidR="00841C49">
        <w:t>echivalent</w:t>
      </w:r>
      <w:proofErr w:type="spellEnd"/>
      <w:r w:rsidR="00A161A5">
        <w:t xml:space="preserve"> - </w:t>
      </w:r>
      <w:proofErr w:type="spellStart"/>
      <w:r w:rsidR="00A73CD3">
        <w:t>un</w:t>
      </w:r>
      <w:proofErr w:type="spellEnd"/>
      <w:r w:rsidR="00A73CD3">
        <w:t xml:space="preserve"> set</w:t>
      </w:r>
      <w:r w:rsidR="00A161A5">
        <w:t xml:space="preserve"> </w:t>
      </w:r>
    </w:p>
    <w:p w:rsidR="00937DE6" w:rsidRDefault="00A161A5">
      <w:pPr>
        <w:pStyle w:val="a0"/>
      </w:pPr>
      <w:proofErr w:type="spellStart"/>
      <w:r>
        <w:t>Covoraș</w:t>
      </w:r>
      <w:proofErr w:type="spellEnd"/>
      <w:r w:rsidR="00937DE6">
        <w:t xml:space="preserve"> port </w:t>
      </w:r>
      <w:proofErr w:type="spellStart"/>
      <w:r w:rsidR="00937DE6">
        <w:t>bagaj</w:t>
      </w:r>
      <w:proofErr w:type="spellEnd"/>
      <w:r w:rsidR="00937DE6">
        <w:t xml:space="preserve"> din </w:t>
      </w:r>
      <w:proofErr w:type="spellStart"/>
      <w:r w:rsidR="00937DE6">
        <w:t>cauciuc</w:t>
      </w:r>
      <w:proofErr w:type="spellEnd"/>
      <w:r w:rsidRPr="00A161A5">
        <w:t xml:space="preserve"> </w:t>
      </w:r>
      <w:proofErr w:type="spellStart"/>
      <w:r>
        <w:t>sau</w:t>
      </w:r>
      <w:proofErr w:type="spellEnd"/>
      <w:r>
        <w:t xml:space="preserve"> alt material </w:t>
      </w:r>
      <w:proofErr w:type="spellStart"/>
      <w:r w:rsidR="00841C49">
        <w:t>echivalent</w:t>
      </w:r>
      <w:proofErr w:type="spellEnd"/>
      <w:r>
        <w:t xml:space="preserve"> – 1 </w:t>
      </w:r>
      <w:proofErr w:type="spellStart"/>
      <w:r>
        <w:t>buc</w:t>
      </w:r>
      <w:proofErr w:type="spellEnd"/>
      <w:r>
        <w:t>.</w:t>
      </w:r>
    </w:p>
    <w:p w:rsidR="001E2208" w:rsidRDefault="00636890">
      <w:pPr>
        <w:pStyle w:val="21"/>
      </w:pPr>
      <w:r>
        <w:t xml:space="preserve">4. </w:t>
      </w:r>
      <w:proofErr w:type="spellStart"/>
      <w:r>
        <w:t>Condiții</w:t>
      </w:r>
      <w:proofErr w:type="spellEnd"/>
      <w:r>
        <w:t xml:space="preserve"> de </w:t>
      </w:r>
      <w:proofErr w:type="spellStart"/>
      <w:r>
        <w:t>garanție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service</w:t>
      </w:r>
    </w:p>
    <w:p w:rsidR="001E2208" w:rsidRDefault="00636890">
      <w:pPr>
        <w:pStyle w:val="a0"/>
      </w:pPr>
      <w:proofErr w:type="spellStart"/>
      <w:r>
        <w:t>Garanție</w:t>
      </w:r>
      <w:proofErr w:type="spellEnd"/>
      <w:r>
        <w:t xml:space="preserve"> </w:t>
      </w:r>
      <w:proofErr w:type="spellStart"/>
      <w:r>
        <w:t>minimă</w:t>
      </w:r>
      <w:proofErr w:type="spellEnd"/>
      <w:r>
        <w:t xml:space="preserve">: 72 </w:t>
      </w:r>
      <w:proofErr w:type="spellStart"/>
      <w:r>
        <w:t>luni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150.000 km</w:t>
      </w:r>
    </w:p>
    <w:p w:rsidR="007565E2" w:rsidRDefault="00165BA9">
      <w:pPr>
        <w:pStyle w:val="a0"/>
      </w:pPr>
      <w:proofErr w:type="spellStart"/>
      <w:r>
        <w:t>Garanție</w:t>
      </w:r>
      <w:proofErr w:type="spellEnd"/>
      <w:r>
        <w:t xml:space="preserve"> </w:t>
      </w:r>
      <w:proofErr w:type="spellStart"/>
      <w:r>
        <w:t>baterie</w:t>
      </w:r>
      <w:proofErr w:type="spellEnd"/>
      <w:r>
        <w:t xml:space="preserve"> minim: </w:t>
      </w:r>
      <w:r w:rsidRPr="00165BA9">
        <w:t xml:space="preserve">96 </w:t>
      </w:r>
      <w:proofErr w:type="spellStart"/>
      <w:r>
        <w:t>luni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150.000 km</w:t>
      </w:r>
    </w:p>
    <w:p w:rsidR="001E2208" w:rsidRDefault="00636890">
      <w:pPr>
        <w:pStyle w:val="a0"/>
      </w:pPr>
      <w:r>
        <w:t xml:space="preserve">Interval service: 15.000 km </w:t>
      </w:r>
      <w:proofErr w:type="spellStart"/>
      <w:r>
        <w:t>sau</w:t>
      </w:r>
      <w:proofErr w:type="spellEnd"/>
      <w:r>
        <w:t xml:space="preserve"> 12 </w:t>
      </w:r>
      <w:proofErr w:type="spellStart"/>
      <w:r>
        <w:t>luni</w:t>
      </w:r>
      <w:proofErr w:type="spellEnd"/>
    </w:p>
    <w:p w:rsidR="001E2208" w:rsidRDefault="00636890">
      <w:pPr>
        <w:pStyle w:val="a0"/>
      </w:pPr>
      <w:proofErr w:type="spellStart"/>
      <w:r>
        <w:t>Rețea</w:t>
      </w:r>
      <w:proofErr w:type="spellEnd"/>
      <w:r>
        <w:t xml:space="preserve"> service </w:t>
      </w:r>
      <w:proofErr w:type="spellStart"/>
      <w:r>
        <w:t>autorizată</w:t>
      </w:r>
      <w:proofErr w:type="spellEnd"/>
      <w:r>
        <w:t xml:space="preserve"> </w:t>
      </w:r>
      <w:proofErr w:type="spellStart"/>
      <w:r>
        <w:t>pe</w:t>
      </w:r>
      <w:proofErr w:type="spellEnd"/>
      <w:r>
        <w:t xml:space="preserve"> </w:t>
      </w:r>
      <w:proofErr w:type="spellStart"/>
      <w:r>
        <w:t>teritoriul</w:t>
      </w:r>
      <w:proofErr w:type="spellEnd"/>
      <w:r>
        <w:t xml:space="preserve"> </w:t>
      </w:r>
      <w:proofErr w:type="spellStart"/>
      <w:r>
        <w:t>Republicii</w:t>
      </w:r>
      <w:proofErr w:type="spellEnd"/>
      <w:r>
        <w:t xml:space="preserve"> Moldova</w:t>
      </w:r>
      <w:r w:rsidR="00220281">
        <w:t xml:space="preserve"> - da</w:t>
      </w:r>
    </w:p>
    <w:p w:rsidR="00862967" w:rsidRDefault="00862967" w:rsidP="00360E1C">
      <w:pPr>
        <w:pStyle w:val="21"/>
        <w:spacing w:line="240" w:lineRule="auto"/>
      </w:pPr>
      <w:r>
        <w:t xml:space="preserve">5. </w:t>
      </w:r>
      <w:proofErr w:type="spellStart"/>
      <w:r w:rsidR="00360E1C">
        <w:t>Stație</w:t>
      </w:r>
      <w:proofErr w:type="spellEnd"/>
      <w:r w:rsidR="00360E1C">
        <w:t xml:space="preserve"> de </w:t>
      </w:r>
      <w:proofErr w:type="spellStart"/>
      <w:r w:rsidR="00360E1C">
        <w:t>încărcare</w:t>
      </w:r>
      <w:proofErr w:type="spellEnd"/>
      <w:r w:rsidR="0038129E">
        <w:t xml:space="preserve"> DC, Fast Charger, </w:t>
      </w:r>
      <w:proofErr w:type="spellStart"/>
      <w:r w:rsidR="0038129E">
        <w:t>staționară</w:t>
      </w:r>
      <w:proofErr w:type="spellEnd"/>
    </w:p>
    <w:p w:rsidR="0038129E" w:rsidRDefault="0038129E" w:rsidP="00360E1C">
      <w:pPr>
        <w:pStyle w:val="a0"/>
      </w:pPr>
      <w:proofErr w:type="spellStart"/>
      <w:r>
        <w:t>Tensiunea</w:t>
      </w:r>
      <w:proofErr w:type="spellEnd"/>
      <w:r>
        <w:t xml:space="preserve"> de </w:t>
      </w:r>
      <w:proofErr w:type="spellStart"/>
      <w:r>
        <w:t>intrare</w:t>
      </w:r>
      <w:proofErr w:type="spellEnd"/>
      <w:r>
        <w:t xml:space="preserve"> – 400V</w:t>
      </w:r>
    </w:p>
    <w:p w:rsidR="00360E1C" w:rsidRDefault="0038129E" w:rsidP="00360E1C">
      <w:pPr>
        <w:pStyle w:val="a0"/>
      </w:pPr>
      <w:proofErr w:type="spellStart"/>
      <w:r>
        <w:t>Puterea</w:t>
      </w:r>
      <w:proofErr w:type="spellEnd"/>
      <w:r>
        <w:t xml:space="preserve"> de </w:t>
      </w:r>
      <w:proofErr w:type="spellStart"/>
      <w:r>
        <w:t>ieșire</w:t>
      </w:r>
      <w:proofErr w:type="spellEnd"/>
      <w:r>
        <w:t xml:space="preserve"> DC</w:t>
      </w:r>
      <w:r w:rsidR="00DD71F3">
        <w:t xml:space="preserve"> – </w:t>
      </w:r>
      <w:r w:rsidR="00F47132">
        <w:t>minim 30 kW</w:t>
      </w:r>
    </w:p>
    <w:p w:rsidR="002D16F8" w:rsidRDefault="002D16F8" w:rsidP="002D16F8">
      <w:pPr>
        <w:pStyle w:val="a0"/>
      </w:pPr>
      <w:proofErr w:type="spellStart"/>
      <w:r>
        <w:t>Conector</w:t>
      </w:r>
      <w:proofErr w:type="spellEnd"/>
      <w:r>
        <w:t xml:space="preserve"> de </w:t>
      </w:r>
      <w:proofErr w:type="spellStart"/>
      <w:r>
        <w:t>încărcare</w:t>
      </w:r>
      <w:proofErr w:type="spellEnd"/>
      <w:r>
        <w:t xml:space="preserve"> </w:t>
      </w:r>
      <w:r w:rsidRPr="0031088A">
        <w:t xml:space="preserve">standard </w:t>
      </w:r>
      <w:proofErr w:type="spellStart"/>
      <w:r w:rsidRPr="0031088A">
        <w:t>european</w:t>
      </w:r>
      <w:proofErr w:type="spellEnd"/>
      <w:r w:rsidRPr="0031088A">
        <w:t xml:space="preserve"> (</w:t>
      </w:r>
      <w:r>
        <w:t>CCS Type 2</w:t>
      </w:r>
      <w:r w:rsidRPr="0031088A">
        <w:t>)</w:t>
      </w:r>
      <w:r>
        <w:t xml:space="preserve"> – minim 1 </w:t>
      </w:r>
      <w:proofErr w:type="spellStart"/>
      <w:r>
        <w:t>unitate</w:t>
      </w:r>
      <w:proofErr w:type="spellEnd"/>
    </w:p>
    <w:p w:rsidR="002D16F8" w:rsidRDefault="002D16F8" w:rsidP="002D16F8">
      <w:pPr>
        <w:pStyle w:val="a0"/>
      </w:pPr>
      <w:proofErr w:type="spellStart"/>
      <w:r>
        <w:t>p</w:t>
      </w:r>
      <w:r w:rsidRPr="002D16F8">
        <w:t>rotecție</w:t>
      </w:r>
      <w:proofErr w:type="spellEnd"/>
      <w:r w:rsidRPr="002D16F8">
        <w:t xml:space="preserve"> </w:t>
      </w:r>
      <w:proofErr w:type="spellStart"/>
      <w:r w:rsidRPr="002D16F8">
        <w:t>inclus</w:t>
      </w:r>
      <w:r>
        <w:t>ă</w:t>
      </w:r>
      <w:proofErr w:type="spellEnd"/>
      <w:r>
        <w:t xml:space="preserve"> </w:t>
      </w:r>
      <w:r w:rsidRPr="002D16F8">
        <w:t xml:space="preserve">la </w:t>
      </w:r>
      <w:proofErr w:type="spellStart"/>
      <w:r w:rsidRPr="002D16F8">
        <w:t>supratemperatură</w:t>
      </w:r>
      <w:proofErr w:type="spellEnd"/>
      <w:r w:rsidRPr="002D16F8">
        <w:t xml:space="preserve">, </w:t>
      </w:r>
      <w:proofErr w:type="spellStart"/>
      <w:r w:rsidRPr="002D16F8">
        <w:t>supracurent</w:t>
      </w:r>
      <w:proofErr w:type="spellEnd"/>
      <w:r w:rsidRPr="002D16F8">
        <w:t xml:space="preserve"> </w:t>
      </w:r>
      <w:proofErr w:type="spellStart"/>
      <w:r w:rsidRPr="002D16F8">
        <w:t>și</w:t>
      </w:r>
      <w:proofErr w:type="spellEnd"/>
      <w:r w:rsidRPr="002D16F8">
        <w:t xml:space="preserve"> </w:t>
      </w:r>
      <w:proofErr w:type="spellStart"/>
      <w:r w:rsidRPr="002D16F8">
        <w:t>scurtcircuit</w:t>
      </w:r>
      <w:proofErr w:type="spellEnd"/>
      <w:r w:rsidRPr="0031088A">
        <w:t xml:space="preserve"> </w:t>
      </w:r>
      <w:r w:rsidR="00AC1530">
        <w:t>–</w:t>
      </w:r>
      <w:r w:rsidR="00693729">
        <w:t xml:space="preserve"> da</w:t>
      </w:r>
    </w:p>
    <w:p w:rsidR="00AC1530" w:rsidRDefault="00AC1530" w:rsidP="002D16F8">
      <w:pPr>
        <w:pStyle w:val="a0"/>
      </w:pPr>
      <w:proofErr w:type="spellStart"/>
      <w:r>
        <w:t>Locul</w:t>
      </w:r>
      <w:proofErr w:type="spellEnd"/>
      <w:r>
        <w:t xml:space="preserve"> </w:t>
      </w:r>
      <w:proofErr w:type="spellStart"/>
      <w:r>
        <w:t>aplasării</w:t>
      </w:r>
      <w:proofErr w:type="spellEnd"/>
      <w:r>
        <w:t xml:space="preserve"> – </w:t>
      </w:r>
      <w:proofErr w:type="spellStart"/>
      <w:r>
        <w:t>în</w:t>
      </w:r>
      <w:proofErr w:type="spellEnd"/>
      <w:r>
        <w:t xml:space="preserve"> </w:t>
      </w:r>
      <w:proofErr w:type="spellStart"/>
      <w:r>
        <w:t>stradă</w:t>
      </w:r>
      <w:proofErr w:type="spellEnd"/>
      <w:r>
        <w:t xml:space="preserve">, </w:t>
      </w:r>
      <w:proofErr w:type="spellStart"/>
      <w:r w:rsidRPr="00AC1530">
        <w:t>rezistentă</w:t>
      </w:r>
      <w:proofErr w:type="spellEnd"/>
      <w:r w:rsidRPr="00AC1530">
        <w:t xml:space="preserve"> la </w:t>
      </w:r>
      <w:proofErr w:type="spellStart"/>
      <w:r w:rsidRPr="00AC1530">
        <w:t>condiții</w:t>
      </w:r>
      <w:proofErr w:type="spellEnd"/>
      <w:r w:rsidRPr="00AC1530">
        <w:t xml:space="preserve"> </w:t>
      </w:r>
      <w:proofErr w:type="spellStart"/>
      <w:r w:rsidRPr="00AC1530">
        <w:t>meteorologice</w:t>
      </w:r>
      <w:proofErr w:type="spellEnd"/>
      <w:r w:rsidRPr="00AC1530">
        <w:t xml:space="preserve"> diverse</w:t>
      </w:r>
      <w:r w:rsidR="006F5D87">
        <w:t xml:space="preserve"> - da</w:t>
      </w:r>
    </w:p>
    <w:p w:rsidR="002D16F8" w:rsidRDefault="002D16F8" w:rsidP="00360E1C">
      <w:pPr>
        <w:pStyle w:val="a0"/>
      </w:pPr>
      <w:proofErr w:type="spellStart"/>
      <w:r>
        <w:t>Gradul</w:t>
      </w:r>
      <w:proofErr w:type="spellEnd"/>
      <w:r>
        <w:t xml:space="preserve"> de </w:t>
      </w:r>
      <w:proofErr w:type="spellStart"/>
      <w:r>
        <w:t>protecție</w:t>
      </w:r>
      <w:proofErr w:type="spellEnd"/>
      <w:r>
        <w:t xml:space="preserve"> IP – min. IP 54</w:t>
      </w:r>
    </w:p>
    <w:p w:rsidR="00CC3FCE" w:rsidRDefault="00B44931" w:rsidP="00360E1C">
      <w:pPr>
        <w:pStyle w:val="a0"/>
      </w:pPr>
      <w:proofErr w:type="spellStart"/>
      <w:r>
        <w:t>Instalarea</w:t>
      </w:r>
      <w:proofErr w:type="spellEnd"/>
      <w:r>
        <w:t xml:space="preserve"> / </w:t>
      </w:r>
      <w:proofErr w:type="spellStart"/>
      <w:r>
        <w:t>montarea</w:t>
      </w:r>
      <w:proofErr w:type="spellEnd"/>
      <w:r>
        <w:t xml:space="preserve"> </w:t>
      </w:r>
      <w:proofErr w:type="spellStart"/>
      <w:r>
        <w:t>stației</w:t>
      </w:r>
      <w:proofErr w:type="spellEnd"/>
      <w:r>
        <w:t xml:space="preserve"> de </w:t>
      </w:r>
      <w:proofErr w:type="spellStart"/>
      <w:r>
        <w:t>încărcare</w:t>
      </w:r>
      <w:proofErr w:type="spellEnd"/>
      <w:r>
        <w:t xml:space="preserve"> la </w:t>
      </w:r>
      <w:proofErr w:type="spellStart"/>
      <w:r>
        <w:t>beneficiar</w:t>
      </w:r>
      <w:proofErr w:type="spellEnd"/>
      <w:r>
        <w:t xml:space="preserve"> - da</w:t>
      </w:r>
    </w:p>
    <w:p w:rsidR="0038129E" w:rsidRDefault="0038129E" w:rsidP="00360E1C">
      <w:pPr>
        <w:pStyle w:val="a0"/>
      </w:pPr>
      <w:proofErr w:type="spellStart"/>
      <w:r>
        <w:t>Garanție</w:t>
      </w:r>
      <w:proofErr w:type="spellEnd"/>
      <w:r>
        <w:t xml:space="preserve"> – minim 24 </w:t>
      </w:r>
      <w:proofErr w:type="spellStart"/>
      <w:r>
        <w:t>luni</w:t>
      </w:r>
      <w:proofErr w:type="spellEnd"/>
    </w:p>
    <w:p w:rsidR="001E2208" w:rsidRDefault="00360E1C">
      <w:pPr>
        <w:pStyle w:val="21"/>
      </w:pPr>
      <w:r>
        <w:t>6</w:t>
      </w:r>
      <w:r w:rsidR="00636890">
        <w:t xml:space="preserve">. </w:t>
      </w:r>
      <w:proofErr w:type="spellStart"/>
      <w:r w:rsidR="00636890">
        <w:t>Termen</w:t>
      </w:r>
      <w:proofErr w:type="spellEnd"/>
      <w:r w:rsidR="00636890">
        <w:t xml:space="preserve"> de </w:t>
      </w:r>
      <w:proofErr w:type="spellStart"/>
      <w:r w:rsidR="00636890">
        <w:t>livrare</w:t>
      </w:r>
      <w:proofErr w:type="spellEnd"/>
    </w:p>
    <w:p w:rsidR="001E2208" w:rsidRDefault="00636890">
      <w:pPr>
        <w:pStyle w:val="a0"/>
      </w:pPr>
      <w:proofErr w:type="spellStart"/>
      <w:r>
        <w:t>Termen</w:t>
      </w:r>
      <w:proofErr w:type="spellEnd"/>
      <w:r>
        <w:t xml:space="preserve"> maxim de </w:t>
      </w:r>
      <w:proofErr w:type="spellStart"/>
      <w:r>
        <w:t>livrare</w:t>
      </w:r>
      <w:proofErr w:type="spellEnd"/>
      <w:r>
        <w:t xml:space="preserve">: 40 </w:t>
      </w:r>
      <w:proofErr w:type="spellStart"/>
      <w:r>
        <w:t>zile</w:t>
      </w:r>
      <w:proofErr w:type="spellEnd"/>
      <w:r>
        <w:t xml:space="preserve"> </w:t>
      </w:r>
      <w:proofErr w:type="spellStart"/>
      <w:r>
        <w:t>calendaristice</w:t>
      </w:r>
      <w:proofErr w:type="spellEnd"/>
      <w:r>
        <w:t xml:space="preserve"> de la </w:t>
      </w:r>
      <w:proofErr w:type="spellStart"/>
      <w:r>
        <w:t>semnarea</w:t>
      </w:r>
      <w:proofErr w:type="spellEnd"/>
      <w:r>
        <w:t xml:space="preserve"> </w:t>
      </w:r>
      <w:proofErr w:type="spellStart"/>
      <w:r>
        <w:t>contractului</w:t>
      </w:r>
      <w:proofErr w:type="spellEnd"/>
      <w:r>
        <w:t>.</w:t>
      </w:r>
    </w:p>
    <w:p w:rsidR="001E2208" w:rsidRDefault="00360E1C">
      <w:pPr>
        <w:pStyle w:val="21"/>
      </w:pPr>
      <w:r>
        <w:t>7</w:t>
      </w:r>
      <w:r w:rsidR="00636890">
        <w:t xml:space="preserve">. </w:t>
      </w:r>
      <w:proofErr w:type="spellStart"/>
      <w:r w:rsidR="00636890">
        <w:t>Criteriul</w:t>
      </w:r>
      <w:proofErr w:type="spellEnd"/>
      <w:r w:rsidR="00636890">
        <w:t xml:space="preserve"> de </w:t>
      </w:r>
      <w:proofErr w:type="spellStart"/>
      <w:r w:rsidR="00636890">
        <w:t>atribuire</w:t>
      </w:r>
      <w:proofErr w:type="spellEnd"/>
    </w:p>
    <w:p w:rsidR="001E2208" w:rsidRDefault="00636890">
      <w:pPr>
        <w:pStyle w:val="a0"/>
      </w:pPr>
      <w:proofErr w:type="spellStart"/>
      <w:r>
        <w:t>Prețul</w:t>
      </w:r>
      <w:proofErr w:type="spellEnd"/>
      <w:r>
        <w:t xml:space="preserve"> </w:t>
      </w:r>
      <w:proofErr w:type="spellStart"/>
      <w:r>
        <w:t>cel</w:t>
      </w:r>
      <w:proofErr w:type="spellEnd"/>
      <w:r>
        <w:t xml:space="preserve"> </w:t>
      </w:r>
      <w:proofErr w:type="spellStart"/>
      <w:r>
        <w:t>mai</w:t>
      </w:r>
      <w:proofErr w:type="spellEnd"/>
      <w:r>
        <w:t xml:space="preserve"> </w:t>
      </w:r>
      <w:proofErr w:type="spellStart"/>
      <w:r>
        <w:t>scăzut</w:t>
      </w:r>
      <w:proofErr w:type="spellEnd"/>
      <w:r>
        <w:t xml:space="preserve">, cu </w:t>
      </w:r>
      <w:proofErr w:type="spellStart"/>
      <w:r>
        <w:t>respectarea</w:t>
      </w:r>
      <w:proofErr w:type="spellEnd"/>
      <w:r>
        <w:t xml:space="preserve"> </w:t>
      </w:r>
      <w:proofErr w:type="spellStart"/>
      <w:r>
        <w:t>tuturor</w:t>
      </w:r>
      <w:proofErr w:type="spellEnd"/>
      <w:r>
        <w:t xml:space="preserve"> </w:t>
      </w:r>
      <w:proofErr w:type="spellStart"/>
      <w:r>
        <w:t>cerințelor</w:t>
      </w:r>
      <w:proofErr w:type="spellEnd"/>
      <w:r>
        <w:t xml:space="preserve"> </w:t>
      </w:r>
      <w:proofErr w:type="spellStart"/>
      <w:r>
        <w:t>tehnice</w:t>
      </w:r>
      <w:proofErr w:type="spellEnd"/>
      <w:r>
        <w:t xml:space="preserve"> </w:t>
      </w:r>
      <w:proofErr w:type="spellStart"/>
      <w:r>
        <w:t>minime</w:t>
      </w:r>
      <w:proofErr w:type="spellEnd"/>
      <w:r>
        <w:t xml:space="preserve"> </w:t>
      </w:r>
      <w:proofErr w:type="spellStart"/>
      <w:r>
        <w:t>obligatorii</w:t>
      </w:r>
      <w:proofErr w:type="spellEnd"/>
      <w:r>
        <w:t>.</w:t>
      </w:r>
    </w:p>
    <w:sectPr w:rsidR="001E2208" w:rsidSect="00841C49">
      <w:pgSz w:w="12240" w:h="15840"/>
      <w:pgMar w:top="851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7E6C78A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40054"/>
    <w:rsid w:val="0006063C"/>
    <w:rsid w:val="00093D54"/>
    <w:rsid w:val="000A6CEC"/>
    <w:rsid w:val="0015074B"/>
    <w:rsid w:val="00165BA9"/>
    <w:rsid w:val="001B44F8"/>
    <w:rsid w:val="001E15DD"/>
    <w:rsid w:val="001E2208"/>
    <w:rsid w:val="00220281"/>
    <w:rsid w:val="002208A5"/>
    <w:rsid w:val="0029639D"/>
    <w:rsid w:val="002D16F8"/>
    <w:rsid w:val="0031088A"/>
    <w:rsid w:val="00326F90"/>
    <w:rsid w:val="00343E63"/>
    <w:rsid w:val="00360E1C"/>
    <w:rsid w:val="0038129E"/>
    <w:rsid w:val="0048059A"/>
    <w:rsid w:val="00487D9C"/>
    <w:rsid w:val="005446DB"/>
    <w:rsid w:val="0058431F"/>
    <w:rsid w:val="005B5D6A"/>
    <w:rsid w:val="00636890"/>
    <w:rsid w:val="00693729"/>
    <w:rsid w:val="006F5D87"/>
    <w:rsid w:val="007565E2"/>
    <w:rsid w:val="007A79B0"/>
    <w:rsid w:val="007D6673"/>
    <w:rsid w:val="00836E9C"/>
    <w:rsid w:val="00841C49"/>
    <w:rsid w:val="00862967"/>
    <w:rsid w:val="00882A4E"/>
    <w:rsid w:val="00894347"/>
    <w:rsid w:val="00937DE6"/>
    <w:rsid w:val="00A161A5"/>
    <w:rsid w:val="00A73CD3"/>
    <w:rsid w:val="00AA1D8D"/>
    <w:rsid w:val="00AC1530"/>
    <w:rsid w:val="00B44931"/>
    <w:rsid w:val="00B47730"/>
    <w:rsid w:val="00C572F5"/>
    <w:rsid w:val="00CB0664"/>
    <w:rsid w:val="00CC3FCE"/>
    <w:rsid w:val="00DC34AD"/>
    <w:rsid w:val="00DD71F3"/>
    <w:rsid w:val="00E864F7"/>
    <w:rsid w:val="00F1741E"/>
    <w:rsid w:val="00F4713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20F0F915-0881-45DC-BDBD-1B34CFFDD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27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C459449-AD39-45CB-806C-EB6753FBE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2</Pages>
  <Words>511</Words>
  <Characters>2918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3423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AxhizitiiN</dc:creator>
  <cp:keywords/>
  <cp:lastModifiedBy>Пользователь Windows</cp:lastModifiedBy>
  <cp:revision>2</cp:revision>
  <cp:lastPrinted>2026-03-18T13:09:00Z</cp:lastPrinted>
  <dcterms:created xsi:type="dcterms:W3CDTF">2013-12-23T23:15:00Z</dcterms:created>
  <dcterms:modified xsi:type="dcterms:W3CDTF">2026-03-18T13:10:00Z</dcterms:modified>
  <cp:category/>
</cp:coreProperties>
</file>