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522A9D" w14:textId="77777777" w:rsidR="009B51DE" w:rsidRPr="00633886" w:rsidRDefault="00D35CCB" w:rsidP="00F52EE4">
      <w:pPr>
        <w:spacing w:after="0"/>
        <w:jc w:val="right"/>
        <w:rPr>
          <w:rFonts w:cs="Times New Roman"/>
          <w:sz w:val="22"/>
        </w:rPr>
      </w:pPr>
      <w:bookmarkStart w:id="0" w:name="_GoBack"/>
      <w:bookmarkEnd w:id="0"/>
      <w:proofErr w:type="spellStart"/>
      <w:r w:rsidRPr="00633886">
        <w:rPr>
          <w:rFonts w:cs="Times New Roman"/>
          <w:sz w:val="22"/>
        </w:rPr>
        <w:t>Anexa</w:t>
      </w:r>
      <w:proofErr w:type="spellEnd"/>
      <w:r w:rsidRPr="00633886">
        <w:rPr>
          <w:rFonts w:cs="Times New Roman"/>
          <w:sz w:val="22"/>
        </w:rPr>
        <w:t xml:space="preserve"> nr. 1</w:t>
      </w:r>
    </w:p>
    <w:p w14:paraId="22399218" w14:textId="77777777" w:rsidR="009B51DE" w:rsidRPr="00633886" w:rsidRDefault="00D35CCB" w:rsidP="00F52EE4">
      <w:pPr>
        <w:spacing w:after="0"/>
        <w:jc w:val="right"/>
        <w:rPr>
          <w:rFonts w:cs="Times New Roman"/>
          <w:sz w:val="22"/>
        </w:rPr>
      </w:pPr>
      <w:r w:rsidRPr="00633886">
        <w:rPr>
          <w:rFonts w:cs="Times New Roman"/>
          <w:sz w:val="22"/>
        </w:rPr>
        <w:t xml:space="preserve">la Documentația standard </w:t>
      </w:r>
      <w:proofErr w:type="gramStart"/>
      <w:r w:rsidRPr="00633886">
        <w:rPr>
          <w:rFonts w:cs="Times New Roman"/>
          <w:sz w:val="22"/>
        </w:rPr>
        <w:t>nr._</w:t>
      </w:r>
      <w:proofErr w:type="gramEnd"/>
      <w:r w:rsidRPr="00633886">
        <w:rPr>
          <w:rFonts w:cs="Times New Roman"/>
          <w:sz w:val="22"/>
        </w:rPr>
        <w:t>____</w:t>
      </w:r>
    </w:p>
    <w:p w14:paraId="15A65A05" w14:textId="77777777" w:rsidR="009B51DE" w:rsidRPr="00633886" w:rsidRDefault="00D35CCB" w:rsidP="00F52EE4">
      <w:pPr>
        <w:spacing w:after="0"/>
        <w:jc w:val="right"/>
        <w:rPr>
          <w:rFonts w:cs="Times New Roman"/>
          <w:sz w:val="22"/>
        </w:rPr>
      </w:pPr>
      <w:r w:rsidRPr="00633886">
        <w:rPr>
          <w:rFonts w:cs="Times New Roman"/>
          <w:sz w:val="22"/>
        </w:rPr>
        <w:t>din “____” ________ 20___</w:t>
      </w:r>
    </w:p>
    <w:p w14:paraId="29D8273E" w14:textId="77777777" w:rsidR="009B51DE" w:rsidRPr="00633886" w:rsidRDefault="009B51DE" w:rsidP="005D727D">
      <w:pPr>
        <w:rPr>
          <w:rFonts w:cs="Times New Roman"/>
          <w:sz w:val="22"/>
        </w:rPr>
      </w:pPr>
    </w:p>
    <w:p w14:paraId="64663C8E" w14:textId="77777777" w:rsidR="009B51DE" w:rsidRPr="00633886" w:rsidRDefault="00D35CCB" w:rsidP="00367181">
      <w:pPr>
        <w:jc w:val="center"/>
        <w:rPr>
          <w:rFonts w:cs="Times New Roman"/>
          <w:sz w:val="22"/>
        </w:rPr>
      </w:pPr>
      <w:r w:rsidRPr="00633886">
        <w:rPr>
          <w:rFonts w:cs="Times New Roman"/>
          <w:b/>
          <w:sz w:val="22"/>
        </w:rPr>
        <w:t>CAIET DE SARCINI</w:t>
      </w:r>
    </w:p>
    <w:p w14:paraId="412DF4EB" w14:textId="77777777" w:rsidR="00073104" w:rsidRPr="00633886" w:rsidRDefault="00D35CCB" w:rsidP="00073104">
      <w:pPr>
        <w:rPr>
          <w:rFonts w:cs="Times New Roman"/>
          <w:sz w:val="22"/>
        </w:rPr>
      </w:pPr>
      <w:proofErr w:type="spellStart"/>
      <w:r w:rsidRPr="00633886">
        <w:rPr>
          <w:rFonts w:cs="Times New Roman"/>
          <w:sz w:val="22"/>
        </w:rPr>
        <w:t>Obiectul</w:t>
      </w:r>
      <w:proofErr w:type="spellEnd"/>
      <w:r w:rsidR="00073104" w:rsidRPr="00633886">
        <w:rPr>
          <w:rFonts w:cs="Times New Roman"/>
          <w:sz w:val="22"/>
        </w:rPr>
        <w:t xml:space="preserve">: </w:t>
      </w:r>
      <w:proofErr w:type="spellStart"/>
      <w:r w:rsidR="00073104" w:rsidRPr="00633886">
        <w:rPr>
          <w:rFonts w:cs="Times New Roman"/>
          <w:szCs w:val="24"/>
        </w:rPr>
        <w:t>Servicii</w:t>
      </w:r>
      <w:proofErr w:type="spellEnd"/>
      <w:r w:rsidR="00073104" w:rsidRPr="00633886">
        <w:rPr>
          <w:rFonts w:cs="Times New Roman"/>
          <w:szCs w:val="24"/>
        </w:rPr>
        <w:t xml:space="preserve"> de </w:t>
      </w:r>
      <w:proofErr w:type="spellStart"/>
      <w:r w:rsidR="00073104" w:rsidRPr="00633886">
        <w:rPr>
          <w:rFonts w:cs="Times New Roman"/>
          <w:szCs w:val="24"/>
        </w:rPr>
        <w:t>actualizare</w:t>
      </w:r>
      <w:proofErr w:type="spellEnd"/>
      <w:r w:rsidR="00073104" w:rsidRPr="00633886">
        <w:rPr>
          <w:rFonts w:cs="Times New Roman"/>
          <w:szCs w:val="24"/>
        </w:rPr>
        <w:t xml:space="preserve"> </w:t>
      </w:r>
      <w:proofErr w:type="spellStart"/>
      <w:r w:rsidR="00073104" w:rsidRPr="00633886">
        <w:rPr>
          <w:rFonts w:cs="Times New Roman"/>
          <w:szCs w:val="24"/>
        </w:rPr>
        <w:t>și</w:t>
      </w:r>
      <w:proofErr w:type="spellEnd"/>
      <w:r w:rsidR="00073104" w:rsidRPr="00633886">
        <w:rPr>
          <w:rFonts w:cs="Times New Roman"/>
          <w:szCs w:val="24"/>
        </w:rPr>
        <w:t xml:space="preserve"> </w:t>
      </w:r>
      <w:proofErr w:type="spellStart"/>
      <w:r w:rsidR="00073104" w:rsidRPr="00633886">
        <w:rPr>
          <w:rFonts w:cs="Times New Roman"/>
          <w:szCs w:val="24"/>
        </w:rPr>
        <w:t>securitate</w:t>
      </w:r>
      <w:proofErr w:type="spellEnd"/>
      <w:r w:rsidR="00073104" w:rsidRPr="00633886">
        <w:rPr>
          <w:rFonts w:cs="Times New Roman"/>
          <w:szCs w:val="24"/>
        </w:rPr>
        <w:t xml:space="preserve"> FortiGuard cu </w:t>
      </w:r>
      <w:proofErr w:type="spellStart"/>
      <w:r w:rsidR="00073104" w:rsidRPr="00633886">
        <w:rPr>
          <w:rFonts w:cs="Times New Roman"/>
          <w:szCs w:val="24"/>
        </w:rPr>
        <w:t>suportul</w:t>
      </w:r>
      <w:proofErr w:type="spellEnd"/>
      <w:r w:rsidR="00073104" w:rsidRPr="00633886">
        <w:rPr>
          <w:rFonts w:cs="Times New Roman"/>
          <w:szCs w:val="24"/>
        </w:rPr>
        <w:t xml:space="preserve"> </w:t>
      </w:r>
      <w:proofErr w:type="spellStart"/>
      <w:r w:rsidR="00073104" w:rsidRPr="00633886">
        <w:rPr>
          <w:rFonts w:cs="Times New Roman"/>
          <w:szCs w:val="24"/>
        </w:rPr>
        <w:t>producătorului</w:t>
      </w:r>
      <w:proofErr w:type="spellEnd"/>
      <w:r w:rsidR="00073104" w:rsidRPr="00633886">
        <w:rPr>
          <w:rFonts w:cs="Times New Roman"/>
          <w:szCs w:val="24"/>
        </w:rPr>
        <w:t xml:space="preserve"> </w:t>
      </w:r>
      <w:proofErr w:type="spellStart"/>
      <w:r w:rsidR="00073104" w:rsidRPr="00633886">
        <w:rPr>
          <w:rFonts w:cs="Times New Roman"/>
          <w:szCs w:val="24"/>
        </w:rPr>
        <w:t>pentru</w:t>
      </w:r>
      <w:proofErr w:type="spellEnd"/>
      <w:r w:rsidR="00073104" w:rsidRPr="00633886">
        <w:rPr>
          <w:rFonts w:cs="Times New Roman"/>
          <w:szCs w:val="24"/>
        </w:rPr>
        <w:t xml:space="preserve"> </w:t>
      </w:r>
      <w:proofErr w:type="spellStart"/>
      <w:r w:rsidR="00073104" w:rsidRPr="00633886">
        <w:rPr>
          <w:rFonts w:cs="Times New Roman"/>
          <w:szCs w:val="24"/>
        </w:rPr>
        <w:t>echipamentele</w:t>
      </w:r>
      <w:proofErr w:type="spellEnd"/>
      <w:r w:rsidR="00073104" w:rsidRPr="00633886">
        <w:rPr>
          <w:rFonts w:cs="Times New Roman"/>
          <w:szCs w:val="24"/>
        </w:rPr>
        <w:t xml:space="preserve"> de </w:t>
      </w:r>
      <w:proofErr w:type="spellStart"/>
      <w:r w:rsidR="00073104" w:rsidRPr="00633886">
        <w:rPr>
          <w:rFonts w:cs="Times New Roman"/>
          <w:szCs w:val="24"/>
        </w:rPr>
        <w:t>rețea</w:t>
      </w:r>
      <w:proofErr w:type="spellEnd"/>
      <w:r w:rsidR="00073104" w:rsidRPr="00633886">
        <w:rPr>
          <w:rFonts w:cs="Times New Roman"/>
          <w:szCs w:val="24"/>
        </w:rPr>
        <w:t xml:space="preserve"> Fortinet</w:t>
      </w:r>
    </w:p>
    <w:p w14:paraId="1B19B357" w14:textId="77777777" w:rsidR="009B51DE" w:rsidRPr="00633886" w:rsidRDefault="00D35CCB" w:rsidP="00073104">
      <w:pPr>
        <w:rPr>
          <w:rFonts w:cs="Times New Roman"/>
          <w:sz w:val="22"/>
        </w:rPr>
      </w:pPr>
      <w:proofErr w:type="spellStart"/>
      <w:r w:rsidRPr="00633886">
        <w:rPr>
          <w:rFonts w:cs="Times New Roman"/>
          <w:sz w:val="22"/>
        </w:rPr>
        <w:t>Autoritatea</w:t>
      </w:r>
      <w:proofErr w:type="spellEnd"/>
      <w:r w:rsidRPr="00633886">
        <w:rPr>
          <w:rFonts w:cs="Times New Roman"/>
          <w:sz w:val="22"/>
        </w:rPr>
        <w:t xml:space="preserve"> </w:t>
      </w:r>
      <w:proofErr w:type="spellStart"/>
      <w:r w:rsidRPr="00633886">
        <w:rPr>
          <w:rFonts w:cs="Times New Roman"/>
          <w:sz w:val="22"/>
        </w:rPr>
        <w:t>contractantă</w:t>
      </w:r>
      <w:proofErr w:type="spellEnd"/>
      <w:r w:rsidR="00073104" w:rsidRPr="00633886">
        <w:t xml:space="preserve"> </w:t>
      </w:r>
      <w:proofErr w:type="spellStart"/>
      <w:r w:rsidR="00073104" w:rsidRPr="00633886">
        <w:rPr>
          <w:rFonts w:cs="Times New Roman"/>
          <w:sz w:val="22"/>
        </w:rPr>
        <w:t>Agenția</w:t>
      </w:r>
      <w:proofErr w:type="spellEnd"/>
      <w:r w:rsidR="00073104" w:rsidRPr="00633886">
        <w:rPr>
          <w:rFonts w:cs="Times New Roman"/>
          <w:sz w:val="22"/>
        </w:rPr>
        <w:t xml:space="preserve"> </w:t>
      </w:r>
      <w:proofErr w:type="spellStart"/>
      <w:r w:rsidR="00073104" w:rsidRPr="00633886">
        <w:rPr>
          <w:rFonts w:cs="Times New Roman"/>
          <w:sz w:val="22"/>
        </w:rPr>
        <w:t>Națională</w:t>
      </w:r>
      <w:proofErr w:type="spellEnd"/>
      <w:r w:rsidR="00073104" w:rsidRPr="00633886">
        <w:rPr>
          <w:rFonts w:cs="Times New Roman"/>
          <w:sz w:val="22"/>
        </w:rPr>
        <w:t xml:space="preserve"> pentru Sănătate Publică, str. Gheorghe Asachi nr. 67A, mun. Chișinău, MD-2028, Republica Moldova</w:t>
      </w:r>
    </w:p>
    <w:p w14:paraId="4401CD86" w14:textId="77777777" w:rsidR="00324C53" w:rsidRPr="00633886" w:rsidRDefault="00324C53" w:rsidP="00324C53">
      <w:pPr>
        <w:spacing w:after="0"/>
        <w:jc w:val="center"/>
        <w:rPr>
          <w:rFonts w:cs="Times New Roman"/>
          <w:b/>
          <w:bCs/>
          <w:szCs w:val="24"/>
          <w:lang w:val="ro-MD"/>
        </w:rPr>
      </w:pPr>
      <w:r w:rsidRPr="00633886">
        <w:rPr>
          <w:rFonts w:cs="Times New Roman"/>
          <w:b/>
          <w:bCs/>
          <w:szCs w:val="24"/>
          <w:lang w:val="ro-MD"/>
        </w:rPr>
        <w:t>1. DISPOZIȚII GENERALE</w:t>
      </w:r>
    </w:p>
    <w:p w14:paraId="14365B02" w14:textId="77777777" w:rsidR="00324C53" w:rsidRPr="00633886" w:rsidRDefault="00324C53" w:rsidP="00DD364D">
      <w:pPr>
        <w:spacing w:after="0"/>
        <w:jc w:val="both"/>
        <w:rPr>
          <w:rFonts w:cs="Times New Roman"/>
          <w:szCs w:val="24"/>
          <w:lang w:val="ro-MD"/>
        </w:rPr>
      </w:pPr>
      <w:r w:rsidRPr="00633886">
        <w:rPr>
          <w:rFonts w:cs="Times New Roman"/>
          <w:szCs w:val="24"/>
          <w:lang w:val="ro-MD"/>
        </w:rPr>
        <w:t>1.1 Obiectul achiziției</w:t>
      </w:r>
    </w:p>
    <w:p w14:paraId="044E2097" w14:textId="77777777" w:rsidR="00324C53" w:rsidRPr="00633886" w:rsidRDefault="00324C53" w:rsidP="00DD364D">
      <w:pPr>
        <w:spacing w:after="0"/>
        <w:jc w:val="both"/>
        <w:rPr>
          <w:rFonts w:cs="Times New Roman"/>
          <w:szCs w:val="24"/>
          <w:lang w:val="ro-MD"/>
        </w:rPr>
      </w:pPr>
      <w:r w:rsidRPr="00633886">
        <w:rPr>
          <w:rFonts w:cs="Times New Roman"/>
          <w:szCs w:val="24"/>
          <w:lang w:val="ro-MD"/>
        </w:rPr>
        <w:t xml:space="preserve">Prezentul Caiet de sarcini stabilește cerințele tehnice, funcționale, operaționale și de calitate privind achiziționarea serviciilor de reînnoire a subscripțiilor de securitate </w:t>
      </w:r>
      <w:proofErr w:type="spellStart"/>
      <w:r w:rsidRPr="00633886">
        <w:rPr>
          <w:rFonts w:cs="Times New Roman"/>
          <w:szCs w:val="24"/>
          <w:lang w:val="ro-MD"/>
        </w:rPr>
        <w:t>FortiGuard</w:t>
      </w:r>
      <w:proofErr w:type="spellEnd"/>
      <w:r w:rsidRPr="00633886">
        <w:rPr>
          <w:rFonts w:cs="Times New Roman"/>
          <w:szCs w:val="24"/>
          <w:lang w:val="ro-MD"/>
        </w:rPr>
        <w:t xml:space="preserve"> și a serviciilor de suport tehnic oficial </w:t>
      </w:r>
      <w:proofErr w:type="spellStart"/>
      <w:r w:rsidRPr="00633886">
        <w:rPr>
          <w:rFonts w:cs="Times New Roman"/>
          <w:szCs w:val="24"/>
          <w:lang w:val="ro-MD"/>
        </w:rPr>
        <w:t>FortiCare</w:t>
      </w:r>
      <w:proofErr w:type="spellEnd"/>
      <w:r w:rsidRPr="00633886">
        <w:rPr>
          <w:rFonts w:cs="Times New Roman"/>
          <w:szCs w:val="24"/>
          <w:lang w:val="ro-MD"/>
        </w:rPr>
        <w:t xml:space="preserve"> pentru echipamentele de securitate </w:t>
      </w:r>
      <w:proofErr w:type="spellStart"/>
      <w:r w:rsidRPr="00633886">
        <w:rPr>
          <w:rFonts w:cs="Times New Roman"/>
          <w:szCs w:val="24"/>
          <w:lang w:val="ro-MD"/>
        </w:rPr>
        <w:t>Fortinet</w:t>
      </w:r>
      <w:proofErr w:type="spellEnd"/>
      <w:r w:rsidRPr="00633886">
        <w:rPr>
          <w:rFonts w:cs="Times New Roman"/>
          <w:szCs w:val="24"/>
          <w:lang w:val="ro-MD"/>
        </w:rPr>
        <w:t xml:space="preserve"> aflate în exploatarea </w:t>
      </w:r>
      <w:r w:rsidR="00073104" w:rsidRPr="00633886">
        <w:rPr>
          <w:rFonts w:cs="Times New Roman"/>
          <w:szCs w:val="24"/>
          <w:lang w:val="ro-MD"/>
        </w:rPr>
        <w:t>Agenției Naționale pentru Sănătate Publică</w:t>
      </w:r>
      <w:r w:rsidRPr="00633886">
        <w:rPr>
          <w:rFonts w:cs="Times New Roman"/>
          <w:szCs w:val="24"/>
          <w:lang w:val="ro-MD"/>
        </w:rPr>
        <w:t>.</w:t>
      </w:r>
    </w:p>
    <w:p w14:paraId="4444F18F" w14:textId="47C0F506" w:rsidR="00324C53" w:rsidRPr="00633886" w:rsidRDefault="00324C53" w:rsidP="00DD364D">
      <w:pPr>
        <w:spacing w:after="0"/>
        <w:jc w:val="both"/>
        <w:rPr>
          <w:rFonts w:cs="Times New Roman"/>
          <w:szCs w:val="24"/>
          <w:lang w:val="ro-MD"/>
        </w:rPr>
      </w:pPr>
      <w:r w:rsidRPr="00633886">
        <w:rPr>
          <w:rFonts w:cs="Times New Roman"/>
          <w:szCs w:val="24"/>
          <w:lang w:val="ro-MD"/>
        </w:rPr>
        <w:t xml:space="preserve">Serviciile urmează a fi prestate pentru o perioadă de </w:t>
      </w:r>
      <w:r w:rsidR="00A40993" w:rsidRPr="006F3B77">
        <w:rPr>
          <w:rFonts w:cs="Times New Roman"/>
          <w:szCs w:val="24"/>
        </w:rPr>
        <w:t>12</w:t>
      </w:r>
      <w:r w:rsidRPr="00633886">
        <w:rPr>
          <w:rFonts w:cs="Times New Roman"/>
          <w:szCs w:val="24"/>
          <w:lang w:val="ro-MD"/>
        </w:rPr>
        <w:t xml:space="preserve"> luni și au drept scop menținerea funcționării continue a infrastructurii de securitate cibernetică, asigurarea accesului la actualizările oficiale ale producătorului, reducerea riscurilor generate de vulnerabilitățile informatice și garantarea suportului tehnic oficial pe întreaga perioadă contractuală.</w:t>
      </w:r>
    </w:p>
    <w:p w14:paraId="23F3D756" w14:textId="77777777" w:rsidR="00324C53" w:rsidRPr="00633886" w:rsidRDefault="00324C53" w:rsidP="00DD364D">
      <w:pPr>
        <w:spacing w:after="0"/>
        <w:jc w:val="both"/>
        <w:rPr>
          <w:rFonts w:cs="Times New Roman"/>
          <w:szCs w:val="24"/>
          <w:lang w:val="ro-MD"/>
        </w:rPr>
      </w:pPr>
      <w:r w:rsidRPr="00633886">
        <w:rPr>
          <w:rFonts w:cs="Times New Roman"/>
          <w:szCs w:val="24"/>
          <w:lang w:val="ro-MD"/>
        </w:rPr>
        <w:t>Achiziția are caracter de continuitate și este necesară pentru evitarea expirării serviciilor de securitate existente, care ar conduce la diminuarea nivelului de protecție a infrastructurii informatice și la imposibilitatea accesării actualizărilor critice furnizate de producător.</w:t>
      </w:r>
    </w:p>
    <w:p w14:paraId="5C98D6A8" w14:textId="77777777" w:rsidR="00DE534A" w:rsidRPr="00633886" w:rsidRDefault="00DD364D" w:rsidP="00DD364D">
      <w:pPr>
        <w:jc w:val="both"/>
      </w:pPr>
      <w:r w:rsidRPr="00633886">
        <w:t>Justificare privind compatibilitatea: Cerințele referitoare la FortiGuard/FortiCare/Fortinet sunt determinate de necesitatea reînnoirii subscripțiilor și suportului oficial pentru echipamentele Fortinet existente în infrastructura ANSP. Achiziția nu vizează procurarea unor echipamente noi alternative, ci asigurarea continuității, compatibilității tehnice și accesului la actualizările oficiale ale producătorului pentru echipamentele aflate deja în exploatare.</w:t>
      </w:r>
    </w:p>
    <w:p w14:paraId="52CEDA7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1.2 Scopul achiziției</w:t>
      </w:r>
    </w:p>
    <w:p w14:paraId="649EE84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Prezenta achiziție urmărește:</w:t>
      </w:r>
    </w:p>
    <w:p w14:paraId="3F42EE93"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asigurarea continuității serviciilor de securitate cibernetică furnizate de echipamentele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05C74902"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menținerea accesului permanent la serviciile </w:t>
      </w:r>
      <w:proofErr w:type="spellStart"/>
      <w:r w:rsidRPr="00633886">
        <w:rPr>
          <w:rFonts w:cs="Times New Roman"/>
          <w:szCs w:val="24"/>
          <w:lang w:val="ro-MD"/>
        </w:rPr>
        <w:t>FortiGuard</w:t>
      </w:r>
      <w:proofErr w:type="spellEnd"/>
      <w:r w:rsidRPr="00633886">
        <w:rPr>
          <w:rFonts w:cs="Times New Roman"/>
          <w:szCs w:val="24"/>
          <w:lang w:val="ro-MD"/>
        </w:rPr>
        <w:t xml:space="preserve">; </w:t>
      </w:r>
    </w:p>
    <w:p w14:paraId="49488FC4"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menținerea suportului tehnic oficial </w:t>
      </w:r>
      <w:proofErr w:type="spellStart"/>
      <w:r w:rsidRPr="00633886">
        <w:rPr>
          <w:rFonts w:cs="Times New Roman"/>
          <w:szCs w:val="24"/>
          <w:lang w:val="ro-MD"/>
        </w:rPr>
        <w:t>FortiCare</w:t>
      </w:r>
      <w:proofErr w:type="spellEnd"/>
      <w:r w:rsidRPr="00633886">
        <w:rPr>
          <w:rFonts w:cs="Times New Roman"/>
          <w:szCs w:val="24"/>
          <w:lang w:val="ro-MD"/>
        </w:rPr>
        <w:t xml:space="preserve">; </w:t>
      </w:r>
    </w:p>
    <w:p w14:paraId="7FC03B53"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asigurarea accesului la actualizările </w:t>
      </w:r>
      <w:proofErr w:type="spellStart"/>
      <w:r w:rsidRPr="00633886">
        <w:rPr>
          <w:rFonts w:cs="Times New Roman"/>
          <w:szCs w:val="24"/>
          <w:lang w:val="ro-MD"/>
        </w:rPr>
        <w:t>FortiOS</w:t>
      </w:r>
      <w:proofErr w:type="spellEnd"/>
      <w:r w:rsidRPr="00633886">
        <w:rPr>
          <w:rFonts w:cs="Times New Roman"/>
          <w:szCs w:val="24"/>
          <w:lang w:val="ro-MD"/>
        </w:rPr>
        <w:t xml:space="preserve"> și </w:t>
      </w:r>
      <w:proofErr w:type="spellStart"/>
      <w:r w:rsidRPr="00633886">
        <w:rPr>
          <w:rFonts w:cs="Times New Roman"/>
          <w:szCs w:val="24"/>
          <w:lang w:val="ro-MD"/>
        </w:rPr>
        <w:t>firmware</w:t>
      </w:r>
      <w:proofErr w:type="spellEnd"/>
      <w:r w:rsidRPr="00633886">
        <w:rPr>
          <w:rFonts w:cs="Times New Roman"/>
          <w:szCs w:val="24"/>
          <w:lang w:val="ro-MD"/>
        </w:rPr>
        <w:t xml:space="preserve">; </w:t>
      </w:r>
    </w:p>
    <w:p w14:paraId="0CB0D94A"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reducerea riscului exploatării vulnerabilităților cunoscute; </w:t>
      </w:r>
    </w:p>
    <w:p w14:paraId="778CA25A"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protejarea infrastructurii TIC împotriva atacurilor informatice; </w:t>
      </w:r>
    </w:p>
    <w:p w14:paraId="693D58EB"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respectarea politicilor instituționale privind securitatea informației; </w:t>
      </w:r>
    </w:p>
    <w:p w14:paraId="718923E2"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creșterea disponibilității serviciilor informatice; </w:t>
      </w:r>
    </w:p>
    <w:p w14:paraId="35328040" w14:textId="77777777" w:rsidR="00324C53" w:rsidRPr="00633886" w:rsidRDefault="00324C53" w:rsidP="00324C53">
      <w:pPr>
        <w:numPr>
          <w:ilvl w:val="0"/>
          <w:numId w:val="10"/>
        </w:numPr>
        <w:spacing w:after="0"/>
        <w:jc w:val="both"/>
        <w:rPr>
          <w:rFonts w:cs="Times New Roman"/>
          <w:szCs w:val="24"/>
          <w:lang w:val="ro-MD"/>
        </w:rPr>
      </w:pPr>
      <w:r w:rsidRPr="00633886">
        <w:rPr>
          <w:rFonts w:cs="Times New Roman"/>
          <w:szCs w:val="24"/>
          <w:lang w:val="ro-MD"/>
        </w:rPr>
        <w:t xml:space="preserve">menținerea continuității operaționale. </w:t>
      </w:r>
    </w:p>
    <w:p w14:paraId="6D6EE77F" w14:textId="77777777" w:rsidR="00324C53" w:rsidRPr="00633886" w:rsidRDefault="00324C53" w:rsidP="00324C53">
      <w:pPr>
        <w:spacing w:after="0"/>
        <w:jc w:val="both"/>
        <w:rPr>
          <w:rFonts w:cs="Times New Roman"/>
          <w:szCs w:val="24"/>
          <w:lang w:val="ro-MD"/>
        </w:rPr>
      </w:pPr>
    </w:p>
    <w:p w14:paraId="52B3E195"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1.3 Domeniul de aplicare</w:t>
      </w:r>
    </w:p>
    <w:p w14:paraId="59E1E11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Serviciile vor acoperi toate echipamentele </w:t>
      </w:r>
      <w:proofErr w:type="spellStart"/>
      <w:r w:rsidRPr="00633886">
        <w:rPr>
          <w:rFonts w:cs="Times New Roman"/>
          <w:szCs w:val="24"/>
          <w:lang w:val="ro-MD"/>
        </w:rPr>
        <w:t>Fortinet</w:t>
      </w:r>
      <w:proofErr w:type="spellEnd"/>
      <w:r w:rsidRPr="00633886">
        <w:rPr>
          <w:rFonts w:cs="Times New Roman"/>
          <w:szCs w:val="24"/>
          <w:lang w:val="ro-MD"/>
        </w:rPr>
        <w:t xml:space="preserve"> indicate de Beneficiar în Anexa nr.1 la Contract.</w:t>
      </w:r>
    </w:p>
    <w:p w14:paraId="49848ED6"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Lista exactă va conține:</w:t>
      </w:r>
    </w:p>
    <w:p w14:paraId="7D688806" w14:textId="77777777" w:rsidR="00324C53" w:rsidRPr="00633886" w:rsidRDefault="00324C53" w:rsidP="00324C53">
      <w:pPr>
        <w:numPr>
          <w:ilvl w:val="0"/>
          <w:numId w:val="11"/>
        </w:numPr>
        <w:spacing w:after="0"/>
        <w:jc w:val="both"/>
        <w:rPr>
          <w:rFonts w:cs="Times New Roman"/>
          <w:szCs w:val="24"/>
          <w:lang w:val="ro-MD"/>
        </w:rPr>
      </w:pPr>
      <w:r w:rsidRPr="00633886">
        <w:rPr>
          <w:rFonts w:cs="Times New Roman"/>
          <w:szCs w:val="24"/>
          <w:lang w:val="ro-MD"/>
        </w:rPr>
        <w:t xml:space="preserve">modelul echipamentului; </w:t>
      </w:r>
    </w:p>
    <w:p w14:paraId="2E3737AE" w14:textId="77777777" w:rsidR="00324C53" w:rsidRPr="00633886" w:rsidRDefault="00324C53" w:rsidP="00324C53">
      <w:pPr>
        <w:numPr>
          <w:ilvl w:val="0"/>
          <w:numId w:val="11"/>
        </w:numPr>
        <w:spacing w:after="0"/>
        <w:jc w:val="both"/>
        <w:rPr>
          <w:rFonts w:cs="Times New Roman"/>
          <w:szCs w:val="24"/>
          <w:lang w:val="ro-MD"/>
        </w:rPr>
      </w:pPr>
      <w:r w:rsidRPr="00633886">
        <w:rPr>
          <w:rFonts w:cs="Times New Roman"/>
          <w:szCs w:val="24"/>
          <w:lang w:val="ro-MD"/>
        </w:rPr>
        <w:lastRenderedPageBreak/>
        <w:t xml:space="preserve">seria (Serial </w:t>
      </w:r>
      <w:proofErr w:type="spellStart"/>
      <w:r w:rsidRPr="00633886">
        <w:rPr>
          <w:rFonts w:cs="Times New Roman"/>
          <w:szCs w:val="24"/>
          <w:lang w:val="ro-MD"/>
        </w:rPr>
        <w:t>Number</w:t>
      </w:r>
      <w:proofErr w:type="spellEnd"/>
      <w:r w:rsidRPr="00633886">
        <w:rPr>
          <w:rFonts w:cs="Times New Roman"/>
          <w:szCs w:val="24"/>
          <w:lang w:val="ro-MD"/>
        </w:rPr>
        <w:t xml:space="preserve">); </w:t>
      </w:r>
    </w:p>
    <w:p w14:paraId="175FDE76" w14:textId="77777777" w:rsidR="00324C53" w:rsidRPr="00633886" w:rsidRDefault="00324C53" w:rsidP="00324C53">
      <w:pPr>
        <w:numPr>
          <w:ilvl w:val="0"/>
          <w:numId w:val="11"/>
        </w:numPr>
        <w:spacing w:after="0"/>
        <w:jc w:val="both"/>
        <w:rPr>
          <w:rFonts w:cs="Times New Roman"/>
          <w:szCs w:val="24"/>
          <w:lang w:val="ro-MD"/>
        </w:rPr>
      </w:pPr>
      <w:r w:rsidRPr="00633886">
        <w:rPr>
          <w:rFonts w:cs="Times New Roman"/>
          <w:szCs w:val="24"/>
          <w:lang w:val="ro-MD"/>
        </w:rPr>
        <w:t xml:space="preserve">tipul subscripției existente; </w:t>
      </w:r>
    </w:p>
    <w:p w14:paraId="53E61CF3" w14:textId="77777777" w:rsidR="00324C53" w:rsidRPr="00633886" w:rsidRDefault="00324C53" w:rsidP="00324C53">
      <w:pPr>
        <w:numPr>
          <w:ilvl w:val="0"/>
          <w:numId w:val="11"/>
        </w:numPr>
        <w:spacing w:after="0"/>
        <w:jc w:val="both"/>
        <w:rPr>
          <w:rFonts w:cs="Times New Roman"/>
          <w:szCs w:val="24"/>
          <w:lang w:val="ro-MD"/>
        </w:rPr>
      </w:pPr>
      <w:r w:rsidRPr="00633886">
        <w:rPr>
          <w:rFonts w:cs="Times New Roman"/>
          <w:szCs w:val="24"/>
          <w:lang w:val="ro-MD"/>
        </w:rPr>
        <w:t xml:space="preserve">serviciile solicitate; </w:t>
      </w:r>
    </w:p>
    <w:p w14:paraId="3DF16614" w14:textId="77777777" w:rsidR="00324C53" w:rsidRPr="00633886" w:rsidRDefault="00324C53" w:rsidP="00324C53">
      <w:pPr>
        <w:numPr>
          <w:ilvl w:val="0"/>
          <w:numId w:val="11"/>
        </w:numPr>
        <w:spacing w:after="0"/>
        <w:jc w:val="both"/>
        <w:rPr>
          <w:rFonts w:cs="Times New Roman"/>
          <w:szCs w:val="24"/>
          <w:lang w:val="ro-MD"/>
        </w:rPr>
      </w:pPr>
      <w:r w:rsidRPr="00633886">
        <w:rPr>
          <w:rFonts w:cs="Times New Roman"/>
          <w:szCs w:val="24"/>
          <w:lang w:val="ro-MD"/>
        </w:rPr>
        <w:t xml:space="preserve">perioada de valabilitate. </w:t>
      </w:r>
    </w:p>
    <w:p w14:paraId="70E5D1E6"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Beneficiarul își rezervă dreptul de a actualiza lista echipamentelor în limita condițiilor contractuale și a politicilor producătorului.</w:t>
      </w:r>
    </w:p>
    <w:p w14:paraId="3BB24D15" w14:textId="77777777" w:rsidR="00324C53" w:rsidRPr="00633886" w:rsidRDefault="00324C53" w:rsidP="00324C53">
      <w:pPr>
        <w:spacing w:after="0"/>
        <w:jc w:val="both"/>
        <w:rPr>
          <w:rFonts w:cs="Times New Roman"/>
          <w:szCs w:val="24"/>
          <w:lang w:val="ro-MD"/>
        </w:rPr>
      </w:pPr>
    </w:p>
    <w:p w14:paraId="4243E11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1.4 Rezultatele urmărite</w:t>
      </w:r>
    </w:p>
    <w:p w14:paraId="411F0D9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La finalizarea contractului Beneficiarul trebuie să beneficieze de:</w:t>
      </w:r>
    </w:p>
    <w:p w14:paraId="5F5A2D34" w14:textId="3D0E8217" w:rsidR="00324C53" w:rsidRPr="00633886" w:rsidRDefault="00A40993" w:rsidP="00324C53">
      <w:pPr>
        <w:numPr>
          <w:ilvl w:val="0"/>
          <w:numId w:val="12"/>
        </w:numPr>
        <w:spacing w:after="0"/>
        <w:jc w:val="both"/>
        <w:rPr>
          <w:rFonts w:cs="Times New Roman"/>
          <w:szCs w:val="24"/>
          <w:lang w:val="ro-MD"/>
        </w:rPr>
      </w:pPr>
      <w:proofErr w:type="spellStart"/>
      <w:r>
        <w:rPr>
          <w:rFonts w:cs="Times New Roman"/>
          <w:szCs w:val="24"/>
        </w:rPr>
        <w:t>servicii</w:t>
      </w:r>
      <w:proofErr w:type="spellEnd"/>
      <w:r w:rsidR="00324C53" w:rsidRPr="00633886">
        <w:rPr>
          <w:rFonts w:cs="Times New Roman"/>
          <w:szCs w:val="24"/>
          <w:lang w:val="ro-MD"/>
        </w:rPr>
        <w:t xml:space="preserve"> active pentru toate echipamentele; </w:t>
      </w:r>
    </w:p>
    <w:p w14:paraId="218516AF"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suport oficial al producătorului; </w:t>
      </w:r>
    </w:p>
    <w:p w14:paraId="09C3F58B"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acces permanent la portalul </w:t>
      </w:r>
      <w:proofErr w:type="spellStart"/>
      <w:r w:rsidRPr="00633886">
        <w:rPr>
          <w:rFonts w:cs="Times New Roman"/>
          <w:szCs w:val="24"/>
          <w:lang w:val="ro-MD"/>
        </w:rPr>
        <w:t>Fortinet</w:t>
      </w:r>
      <w:proofErr w:type="spellEnd"/>
      <w:r w:rsidRPr="00633886">
        <w:rPr>
          <w:rFonts w:cs="Times New Roman"/>
          <w:szCs w:val="24"/>
          <w:lang w:val="ro-MD"/>
        </w:rPr>
        <w:t xml:space="preserve"> </w:t>
      </w:r>
      <w:proofErr w:type="spellStart"/>
      <w:r w:rsidRPr="00633886">
        <w:rPr>
          <w:rFonts w:cs="Times New Roman"/>
          <w:szCs w:val="24"/>
          <w:lang w:val="ro-MD"/>
        </w:rPr>
        <w:t>Support</w:t>
      </w:r>
      <w:proofErr w:type="spellEnd"/>
      <w:r w:rsidRPr="00633886">
        <w:rPr>
          <w:rFonts w:cs="Times New Roman"/>
          <w:szCs w:val="24"/>
          <w:lang w:val="ro-MD"/>
        </w:rPr>
        <w:t xml:space="preserve">; </w:t>
      </w:r>
    </w:p>
    <w:p w14:paraId="3DAF914A"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actualizări automate </w:t>
      </w:r>
      <w:proofErr w:type="spellStart"/>
      <w:r w:rsidRPr="00633886">
        <w:rPr>
          <w:rFonts w:cs="Times New Roman"/>
          <w:szCs w:val="24"/>
          <w:lang w:val="ro-MD"/>
        </w:rPr>
        <w:t>FortiGuard</w:t>
      </w:r>
      <w:proofErr w:type="spellEnd"/>
      <w:r w:rsidRPr="00633886">
        <w:rPr>
          <w:rFonts w:cs="Times New Roman"/>
          <w:szCs w:val="24"/>
          <w:lang w:val="ro-MD"/>
        </w:rPr>
        <w:t xml:space="preserve">; </w:t>
      </w:r>
    </w:p>
    <w:p w14:paraId="13659BC7"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FortiOS</w:t>
      </w:r>
      <w:proofErr w:type="spellEnd"/>
      <w:r w:rsidRPr="00633886">
        <w:rPr>
          <w:rFonts w:cs="Times New Roman"/>
          <w:szCs w:val="24"/>
          <w:lang w:val="ro-MD"/>
        </w:rPr>
        <w:t xml:space="preserve">; </w:t>
      </w:r>
    </w:p>
    <w:p w14:paraId="3C15D73E"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firmware</w:t>
      </w:r>
      <w:proofErr w:type="spellEnd"/>
      <w:r w:rsidRPr="00633886">
        <w:rPr>
          <w:rFonts w:cs="Times New Roman"/>
          <w:szCs w:val="24"/>
          <w:lang w:val="ro-MD"/>
        </w:rPr>
        <w:t xml:space="preserve">; </w:t>
      </w:r>
    </w:p>
    <w:p w14:paraId="2CEF36F9"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patch</w:t>
      </w:r>
      <w:proofErr w:type="spellEnd"/>
      <w:r w:rsidRPr="00633886">
        <w:rPr>
          <w:rFonts w:cs="Times New Roman"/>
          <w:szCs w:val="24"/>
          <w:lang w:val="ro-MD"/>
        </w:rPr>
        <w:t xml:space="preserve">-uri critice; </w:t>
      </w:r>
    </w:p>
    <w:p w14:paraId="701CB2F0"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acces la documentația tehnică; </w:t>
      </w:r>
    </w:p>
    <w:p w14:paraId="1809A224"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Knowledge</w:t>
      </w:r>
      <w:proofErr w:type="spellEnd"/>
      <w:r w:rsidRPr="00633886">
        <w:rPr>
          <w:rFonts w:cs="Times New Roman"/>
          <w:szCs w:val="24"/>
          <w:lang w:val="ro-MD"/>
        </w:rPr>
        <w:t xml:space="preserve"> </w:t>
      </w:r>
      <w:proofErr w:type="spellStart"/>
      <w:r w:rsidRPr="00633886">
        <w:rPr>
          <w:rFonts w:cs="Times New Roman"/>
          <w:szCs w:val="24"/>
          <w:lang w:val="ro-MD"/>
        </w:rPr>
        <w:t>Base</w:t>
      </w:r>
      <w:proofErr w:type="spellEnd"/>
      <w:r w:rsidRPr="00633886">
        <w:rPr>
          <w:rFonts w:cs="Times New Roman"/>
          <w:szCs w:val="24"/>
          <w:lang w:val="ro-MD"/>
        </w:rPr>
        <w:t xml:space="preserve">; </w:t>
      </w:r>
    </w:p>
    <w:p w14:paraId="449E09C8"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posibilitatea deschiderii tichetelor către producător; </w:t>
      </w:r>
    </w:p>
    <w:p w14:paraId="7DEA1B2A" w14:textId="77777777" w:rsidR="00324C53" w:rsidRPr="00633886" w:rsidRDefault="00324C53" w:rsidP="00324C53">
      <w:pPr>
        <w:numPr>
          <w:ilvl w:val="0"/>
          <w:numId w:val="12"/>
        </w:numPr>
        <w:spacing w:after="0"/>
        <w:jc w:val="both"/>
        <w:rPr>
          <w:rFonts w:cs="Times New Roman"/>
          <w:szCs w:val="24"/>
          <w:lang w:val="ro-MD"/>
        </w:rPr>
      </w:pPr>
      <w:r w:rsidRPr="00633886">
        <w:rPr>
          <w:rFonts w:cs="Times New Roman"/>
          <w:szCs w:val="24"/>
          <w:lang w:val="ro-MD"/>
        </w:rPr>
        <w:t xml:space="preserve">protecție continuă împotriva amenințărilor informatice. </w:t>
      </w:r>
    </w:p>
    <w:p w14:paraId="19210E79" w14:textId="77777777" w:rsidR="00324C53" w:rsidRPr="00633886" w:rsidRDefault="00324C53" w:rsidP="00324C53">
      <w:pPr>
        <w:spacing w:after="0"/>
        <w:jc w:val="both"/>
        <w:rPr>
          <w:rFonts w:cs="Times New Roman"/>
          <w:szCs w:val="24"/>
          <w:lang w:val="ro-MD"/>
        </w:rPr>
      </w:pPr>
    </w:p>
    <w:p w14:paraId="2435074F"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 CADRUL NORMATIV</w:t>
      </w:r>
    </w:p>
    <w:p w14:paraId="216622E4"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Prestarea serviciilor se va realiza cu respectarea legislației Republicii Moldova și a standardelor internaționale aplicabile.</w:t>
      </w:r>
    </w:p>
    <w:p w14:paraId="6655395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special:</w:t>
      </w:r>
    </w:p>
    <w:p w14:paraId="6E861832"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Legea nr. 131/2015 privind achizițiile publice; </w:t>
      </w:r>
    </w:p>
    <w:p w14:paraId="295B2296"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Legea nr. 124/2022 privind identificarea electronică și serviciile de încredere (după caz); </w:t>
      </w:r>
    </w:p>
    <w:p w14:paraId="284AA80A"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Legea nr. 20/2009 privind prevenirea și combaterea criminalității informatice (după caz); </w:t>
      </w:r>
    </w:p>
    <w:p w14:paraId="531D4F6A"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Legea privind securitatea cibernetică (în vigoare); </w:t>
      </w:r>
    </w:p>
    <w:p w14:paraId="267C6FCC"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actele normative ale Agenției pentru Guvernare Electronică și STISC, dacă sunt incidente; </w:t>
      </w:r>
    </w:p>
    <w:p w14:paraId="0ED9BA3B"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recomandările CERT și CSIRT aplicabile; </w:t>
      </w:r>
    </w:p>
    <w:p w14:paraId="51CA2A19"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documentația tehnică oficială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53BDD18E" w14:textId="77777777" w:rsidR="00324C53" w:rsidRPr="00633886" w:rsidRDefault="00324C53" w:rsidP="00324C53">
      <w:pPr>
        <w:numPr>
          <w:ilvl w:val="0"/>
          <w:numId w:val="13"/>
        </w:numPr>
        <w:spacing w:after="0"/>
        <w:jc w:val="both"/>
        <w:rPr>
          <w:rFonts w:cs="Times New Roman"/>
          <w:szCs w:val="24"/>
          <w:lang w:val="ro-MD"/>
        </w:rPr>
      </w:pPr>
      <w:r w:rsidRPr="00633886">
        <w:rPr>
          <w:rFonts w:cs="Times New Roman"/>
          <w:szCs w:val="24"/>
          <w:lang w:val="ro-MD"/>
        </w:rPr>
        <w:t xml:space="preserve">politicile oficiale </w:t>
      </w:r>
      <w:proofErr w:type="spellStart"/>
      <w:r w:rsidRPr="00633886">
        <w:rPr>
          <w:rFonts w:cs="Times New Roman"/>
          <w:szCs w:val="24"/>
          <w:lang w:val="ro-MD"/>
        </w:rPr>
        <w:t>Fortinet</w:t>
      </w:r>
      <w:proofErr w:type="spellEnd"/>
      <w:r w:rsidRPr="00633886">
        <w:rPr>
          <w:rFonts w:cs="Times New Roman"/>
          <w:szCs w:val="24"/>
          <w:lang w:val="ro-MD"/>
        </w:rPr>
        <w:t xml:space="preserve"> privind licențierea și suportul. </w:t>
      </w:r>
    </w:p>
    <w:p w14:paraId="341D119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este obligat să respecte integral condițiile și politicile de licențiere stabilite de producător.</w:t>
      </w:r>
    </w:p>
    <w:p w14:paraId="5A37F7D6" w14:textId="77777777" w:rsidR="00324C53" w:rsidRPr="00633886" w:rsidRDefault="00324C53" w:rsidP="00324C53">
      <w:pPr>
        <w:spacing w:after="0"/>
        <w:jc w:val="both"/>
        <w:rPr>
          <w:rFonts w:cs="Times New Roman"/>
          <w:szCs w:val="24"/>
          <w:lang w:val="ro-MD"/>
        </w:rPr>
      </w:pPr>
    </w:p>
    <w:p w14:paraId="302BB8DD"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3. SITUAȚIA EXISTENTĂ</w:t>
      </w:r>
    </w:p>
    <w:p w14:paraId="185FD43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În prezent infrastructura TIC a ANSP utilizează echipamente </w:t>
      </w:r>
      <w:proofErr w:type="spellStart"/>
      <w:r w:rsidRPr="00633886">
        <w:rPr>
          <w:rFonts w:cs="Times New Roman"/>
          <w:szCs w:val="24"/>
          <w:lang w:val="ro-MD"/>
        </w:rPr>
        <w:t>Fortinet</w:t>
      </w:r>
      <w:proofErr w:type="spellEnd"/>
      <w:r w:rsidRPr="00633886">
        <w:rPr>
          <w:rFonts w:cs="Times New Roman"/>
          <w:szCs w:val="24"/>
          <w:lang w:val="ro-MD"/>
        </w:rPr>
        <w:t xml:space="preserve"> pentru:</w:t>
      </w:r>
    </w:p>
    <w:p w14:paraId="2F5E462F"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protecția perimetrală a rețelei; </w:t>
      </w:r>
    </w:p>
    <w:p w14:paraId="4EB755FC"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segmentarea rețelelor; </w:t>
      </w:r>
    </w:p>
    <w:p w14:paraId="6A6A8760"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filtrarea traficului; </w:t>
      </w:r>
    </w:p>
    <w:p w14:paraId="13D85E1F"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VPN; </w:t>
      </w:r>
    </w:p>
    <w:p w14:paraId="6E9F827B"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controlul aplicațiilor; </w:t>
      </w:r>
    </w:p>
    <w:p w14:paraId="785DA3DD"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filtrarea conținutului web; </w:t>
      </w:r>
    </w:p>
    <w:p w14:paraId="3B6446CD"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prevenirea intruziunilor; </w:t>
      </w:r>
    </w:p>
    <w:p w14:paraId="10FD0782"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protecția împotriva codului malițios; </w:t>
      </w:r>
    </w:p>
    <w:p w14:paraId="5615C251"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t xml:space="preserve">securizarea comunicațiilor între sedii; </w:t>
      </w:r>
    </w:p>
    <w:p w14:paraId="1BCC9131" w14:textId="77777777" w:rsidR="00324C53" w:rsidRPr="00633886" w:rsidRDefault="00324C53" w:rsidP="00324C53">
      <w:pPr>
        <w:numPr>
          <w:ilvl w:val="0"/>
          <w:numId w:val="14"/>
        </w:numPr>
        <w:spacing w:after="0"/>
        <w:jc w:val="both"/>
        <w:rPr>
          <w:rFonts w:cs="Times New Roman"/>
          <w:szCs w:val="24"/>
          <w:lang w:val="ro-MD"/>
        </w:rPr>
      </w:pPr>
      <w:r w:rsidRPr="00633886">
        <w:rPr>
          <w:rFonts w:cs="Times New Roman"/>
          <w:szCs w:val="24"/>
          <w:lang w:val="ro-MD"/>
        </w:rPr>
        <w:lastRenderedPageBreak/>
        <w:t xml:space="preserve">publicarea securizată a serviciilor informatice. </w:t>
      </w:r>
    </w:p>
    <w:p w14:paraId="11EAD0A2"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Funcționarea acestor echipamente depinde de existența subscripțiilor active </w:t>
      </w:r>
      <w:proofErr w:type="spellStart"/>
      <w:r w:rsidRPr="00633886">
        <w:rPr>
          <w:rFonts w:cs="Times New Roman"/>
          <w:szCs w:val="24"/>
          <w:lang w:val="ro-MD"/>
        </w:rPr>
        <w:t>FortiGuard</w:t>
      </w:r>
      <w:proofErr w:type="spellEnd"/>
      <w:r w:rsidRPr="00633886">
        <w:rPr>
          <w:rFonts w:cs="Times New Roman"/>
          <w:szCs w:val="24"/>
          <w:lang w:val="ro-MD"/>
        </w:rPr>
        <w:t xml:space="preserve"> și a suportului oficial </w:t>
      </w:r>
      <w:proofErr w:type="spellStart"/>
      <w:r w:rsidRPr="00633886">
        <w:rPr>
          <w:rFonts w:cs="Times New Roman"/>
          <w:szCs w:val="24"/>
          <w:lang w:val="ro-MD"/>
        </w:rPr>
        <w:t>FortiCare</w:t>
      </w:r>
      <w:proofErr w:type="spellEnd"/>
      <w:r w:rsidRPr="00633886">
        <w:rPr>
          <w:rFonts w:cs="Times New Roman"/>
          <w:szCs w:val="24"/>
          <w:lang w:val="ro-MD"/>
        </w:rPr>
        <w:t>.</w:t>
      </w:r>
    </w:p>
    <w:p w14:paraId="7852836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Expirarea acestora conduce la:</w:t>
      </w:r>
    </w:p>
    <w:p w14:paraId="10891617" w14:textId="77777777" w:rsidR="00324C53" w:rsidRPr="00633886" w:rsidRDefault="00324C53" w:rsidP="00324C53">
      <w:pPr>
        <w:numPr>
          <w:ilvl w:val="0"/>
          <w:numId w:val="15"/>
        </w:numPr>
        <w:spacing w:after="0"/>
        <w:jc w:val="both"/>
        <w:rPr>
          <w:rFonts w:cs="Times New Roman"/>
          <w:szCs w:val="24"/>
          <w:lang w:val="ro-MD"/>
        </w:rPr>
      </w:pPr>
      <w:r w:rsidRPr="00633886">
        <w:rPr>
          <w:rFonts w:cs="Times New Roman"/>
          <w:szCs w:val="24"/>
          <w:lang w:val="ro-MD"/>
        </w:rPr>
        <w:t xml:space="preserve">imposibilitatea actualizării bazelor de semnături; </w:t>
      </w:r>
    </w:p>
    <w:p w14:paraId="76211F08" w14:textId="77777777" w:rsidR="00324C53" w:rsidRPr="00633886" w:rsidRDefault="00324C53" w:rsidP="00324C53">
      <w:pPr>
        <w:numPr>
          <w:ilvl w:val="0"/>
          <w:numId w:val="15"/>
        </w:numPr>
        <w:spacing w:after="0"/>
        <w:jc w:val="both"/>
        <w:rPr>
          <w:rFonts w:cs="Times New Roman"/>
          <w:szCs w:val="24"/>
          <w:lang w:val="ro-MD"/>
        </w:rPr>
      </w:pPr>
      <w:r w:rsidRPr="00633886">
        <w:rPr>
          <w:rFonts w:cs="Times New Roman"/>
          <w:szCs w:val="24"/>
          <w:lang w:val="ro-MD"/>
        </w:rPr>
        <w:t xml:space="preserve">imposibilitatea descărcării versiunilor noi </w:t>
      </w:r>
      <w:proofErr w:type="spellStart"/>
      <w:r w:rsidRPr="00633886">
        <w:rPr>
          <w:rFonts w:cs="Times New Roman"/>
          <w:szCs w:val="24"/>
          <w:lang w:val="ro-MD"/>
        </w:rPr>
        <w:t>FortiOS</w:t>
      </w:r>
      <w:proofErr w:type="spellEnd"/>
      <w:r w:rsidRPr="00633886">
        <w:rPr>
          <w:rFonts w:cs="Times New Roman"/>
          <w:szCs w:val="24"/>
          <w:lang w:val="ro-MD"/>
        </w:rPr>
        <w:t xml:space="preserve">; </w:t>
      </w:r>
    </w:p>
    <w:p w14:paraId="6FB07C53" w14:textId="77777777" w:rsidR="00324C53" w:rsidRPr="00633886" w:rsidRDefault="00324C53" w:rsidP="00324C53">
      <w:pPr>
        <w:numPr>
          <w:ilvl w:val="0"/>
          <w:numId w:val="15"/>
        </w:numPr>
        <w:spacing w:after="0"/>
        <w:jc w:val="both"/>
        <w:rPr>
          <w:rFonts w:cs="Times New Roman"/>
          <w:szCs w:val="24"/>
          <w:lang w:val="ro-MD"/>
        </w:rPr>
      </w:pPr>
      <w:r w:rsidRPr="00633886">
        <w:rPr>
          <w:rFonts w:cs="Times New Roman"/>
          <w:szCs w:val="24"/>
          <w:lang w:val="ro-MD"/>
        </w:rPr>
        <w:t xml:space="preserve">imposibilitatea instalării </w:t>
      </w:r>
      <w:proofErr w:type="spellStart"/>
      <w:r w:rsidRPr="00633886">
        <w:rPr>
          <w:rFonts w:cs="Times New Roman"/>
          <w:szCs w:val="24"/>
          <w:lang w:val="ro-MD"/>
        </w:rPr>
        <w:t>patch</w:t>
      </w:r>
      <w:proofErr w:type="spellEnd"/>
      <w:r w:rsidRPr="00633886">
        <w:rPr>
          <w:rFonts w:cs="Times New Roman"/>
          <w:szCs w:val="24"/>
          <w:lang w:val="ro-MD"/>
        </w:rPr>
        <w:t xml:space="preserve">-urilor de securitate; </w:t>
      </w:r>
    </w:p>
    <w:p w14:paraId="609E7742" w14:textId="77777777" w:rsidR="00324C53" w:rsidRPr="00633886" w:rsidRDefault="00324C53" w:rsidP="00324C53">
      <w:pPr>
        <w:numPr>
          <w:ilvl w:val="0"/>
          <w:numId w:val="15"/>
        </w:numPr>
        <w:spacing w:after="0"/>
        <w:jc w:val="both"/>
        <w:rPr>
          <w:rFonts w:cs="Times New Roman"/>
          <w:szCs w:val="24"/>
          <w:lang w:val="ro-MD"/>
        </w:rPr>
      </w:pPr>
      <w:r w:rsidRPr="00633886">
        <w:rPr>
          <w:rFonts w:cs="Times New Roman"/>
          <w:szCs w:val="24"/>
          <w:lang w:val="ro-MD"/>
        </w:rPr>
        <w:t xml:space="preserve">imposibilitatea accesării suportului producătorului; </w:t>
      </w:r>
    </w:p>
    <w:p w14:paraId="3A52099A" w14:textId="77777777" w:rsidR="00324C53" w:rsidRPr="00633886" w:rsidRDefault="00324C53" w:rsidP="00324C53">
      <w:pPr>
        <w:numPr>
          <w:ilvl w:val="0"/>
          <w:numId w:val="15"/>
        </w:numPr>
        <w:spacing w:after="0"/>
        <w:jc w:val="both"/>
        <w:rPr>
          <w:rFonts w:cs="Times New Roman"/>
          <w:szCs w:val="24"/>
          <w:lang w:val="ro-MD"/>
        </w:rPr>
      </w:pPr>
      <w:r w:rsidRPr="00633886">
        <w:rPr>
          <w:rFonts w:cs="Times New Roman"/>
          <w:szCs w:val="24"/>
          <w:lang w:val="ro-MD"/>
        </w:rPr>
        <w:t xml:space="preserve">creșterea riscului compromiterii infrastructurii informatice; </w:t>
      </w:r>
    </w:p>
    <w:p w14:paraId="78471EA0" w14:textId="77777777" w:rsidR="00324C53" w:rsidRPr="00633886" w:rsidRDefault="00324C53" w:rsidP="00324C53">
      <w:pPr>
        <w:numPr>
          <w:ilvl w:val="0"/>
          <w:numId w:val="15"/>
        </w:numPr>
        <w:spacing w:after="0"/>
        <w:jc w:val="both"/>
        <w:rPr>
          <w:rFonts w:cs="Times New Roman"/>
          <w:szCs w:val="24"/>
          <w:lang w:val="ro-MD"/>
        </w:rPr>
      </w:pPr>
      <w:r w:rsidRPr="00633886">
        <w:rPr>
          <w:rFonts w:cs="Times New Roman"/>
          <w:szCs w:val="24"/>
          <w:lang w:val="ro-MD"/>
        </w:rPr>
        <w:t xml:space="preserve">reducerea nivelului general de securitate cibernetică. </w:t>
      </w:r>
    </w:p>
    <w:p w14:paraId="5B6EDD7B" w14:textId="77777777" w:rsidR="00324C53" w:rsidRPr="00633886" w:rsidRDefault="00324C53" w:rsidP="00324C53">
      <w:pPr>
        <w:spacing w:after="0"/>
        <w:jc w:val="both"/>
        <w:rPr>
          <w:rFonts w:cs="Times New Roman"/>
          <w:szCs w:val="24"/>
          <w:lang w:val="ro-MD"/>
        </w:rPr>
      </w:pPr>
    </w:p>
    <w:p w14:paraId="47338D2D"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4. CERINȚE GENERALE</w:t>
      </w:r>
    </w:p>
    <w:p w14:paraId="1FBBDADB"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Prestatorul va furniza exclusiv servicii originale ale producătorului </w:t>
      </w:r>
      <w:proofErr w:type="spellStart"/>
      <w:r w:rsidRPr="00633886">
        <w:rPr>
          <w:rFonts w:cs="Times New Roman"/>
          <w:szCs w:val="24"/>
          <w:lang w:val="ro-MD"/>
        </w:rPr>
        <w:t>Fortinet</w:t>
      </w:r>
      <w:proofErr w:type="spellEnd"/>
      <w:r w:rsidRPr="00633886">
        <w:rPr>
          <w:rFonts w:cs="Times New Roman"/>
          <w:szCs w:val="24"/>
          <w:lang w:val="ro-MD"/>
        </w:rPr>
        <w:t>.</w:t>
      </w:r>
    </w:p>
    <w:p w14:paraId="04C7BF6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Nu vor fi acceptate:</w:t>
      </w:r>
    </w:p>
    <w:p w14:paraId="7E079774" w14:textId="77777777" w:rsidR="00324C53" w:rsidRPr="00633886" w:rsidRDefault="00324C53" w:rsidP="00324C53">
      <w:pPr>
        <w:numPr>
          <w:ilvl w:val="0"/>
          <w:numId w:val="16"/>
        </w:numPr>
        <w:spacing w:after="0"/>
        <w:jc w:val="both"/>
        <w:rPr>
          <w:rFonts w:cs="Times New Roman"/>
          <w:szCs w:val="24"/>
          <w:lang w:val="ro-MD"/>
        </w:rPr>
      </w:pPr>
      <w:r w:rsidRPr="00633886">
        <w:rPr>
          <w:rFonts w:cs="Times New Roman"/>
          <w:szCs w:val="24"/>
          <w:lang w:val="ro-MD"/>
        </w:rPr>
        <w:t xml:space="preserve">licențe reutilizate; </w:t>
      </w:r>
    </w:p>
    <w:p w14:paraId="044A3BB3" w14:textId="77777777" w:rsidR="00324C53" w:rsidRPr="00633886" w:rsidRDefault="00324C53" w:rsidP="00324C53">
      <w:pPr>
        <w:numPr>
          <w:ilvl w:val="0"/>
          <w:numId w:val="16"/>
        </w:numPr>
        <w:spacing w:after="0"/>
        <w:jc w:val="both"/>
        <w:rPr>
          <w:rFonts w:cs="Times New Roman"/>
          <w:szCs w:val="24"/>
          <w:lang w:val="ro-MD"/>
        </w:rPr>
      </w:pPr>
      <w:r w:rsidRPr="00633886">
        <w:rPr>
          <w:rFonts w:cs="Times New Roman"/>
          <w:szCs w:val="24"/>
          <w:lang w:val="ro-MD"/>
        </w:rPr>
        <w:t xml:space="preserve">licențe second-hand; </w:t>
      </w:r>
    </w:p>
    <w:p w14:paraId="2EE0ED90" w14:textId="77777777" w:rsidR="00324C53" w:rsidRPr="00633886" w:rsidRDefault="00324C53" w:rsidP="00324C53">
      <w:pPr>
        <w:numPr>
          <w:ilvl w:val="0"/>
          <w:numId w:val="16"/>
        </w:numPr>
        <w:spacing w:after="0"/>
        <w:jc w:val="both"/>
        <w:rPr>
          <w:rFonts w:cs="Times New Roman"/>
          <w:szCs w:val="24"/>
          <w:lang w:val="ro-MD"/>
        </w:rPr>
      </w:pPr>
      <w:r w:rsidRPr="00633886">
        <w:rPr>
          <w:rFonts w:cs="Times New Roman"/>
          <w:szCs w:val="24"/>
          <w:lang w:val="ro-MD"/>
        </w:rPr>
        <w:t xml:space="preserve">licențe OEM; </w:t>
      </w:r>
    </w:p>
    <w:p w14:paraId="0606753F" w14:textId="77777777" w:rsidR="00324C53" w:rsidRPr="00633886" w:rsidRDefault="00324C53" w:rsidP="00324C53">
      <w:pPr>
        <w:numPr>
          <w:ilvl w:val="0"/>
          <w:numId w:val="16"/>
        </w:numPr>
        <w:spacing w:after="0"/>
        <w:jc w:val="both"/>
        <w:rPr>
          <w:rFonts w:cs="Times New Roman"/>
          <w:szCs w:val="24"/>
          <w:lang w:val="ro-MD"/>
        </w:rPr>
      </w:pPr>
      <w:r w:rsidRPr="00633886">
        <w:rPr>
          <w:rFonts w:cs="Times New Roman"/>
          <w:szCs w:val="24"/>
          <w:lang w:val="ro-MD"/>
        </w:rPr>
        <w:t xml:space="preserve">licențe transferate fără aprobarea producătorului; </w:t>
      </w:r>
    </w:p>
    <w:p w14:paraId="40CCB3C0" w14:textId="77777777" w:rsidR="00324C53" w:rsidRPr="00633886" w:rsidRDefault="00324C53" w:rsidP="00324C53">
      <w:pPr>
        <w:numPr>
          <w:ilvl w:val="0"/>
          <w:numId w:val="16"/>
        </w:numPr>
        <w:spacing w:after="0"/>
        <w:jc w:val="both"/>
        <w:rPr>
          <w:rFonts w:cs="Times New Roman"/>
          <w:szCs w:val="24"/>
          <w:lang w:val="ro-MD"/>
        </w:rPr>
      </w:pPr>
      <w:r w:rsidRPr="00633886">
        <w:rPr>
          <w:rFonts w:cs="Times New Roman"/>
          <w:szCs w:val="24"/>
          <w:lang w:val="ro-MD"/>
        </w:rPr>
        <w:t xml:space="preserve">licențe fără suport oficial; </w:t>
      </w:r>
    </w:p>
    <w:p w14:paraId="081899A1" w14:textId="77777777" w:rsidR="00324C53" w:rsidRPr="00633886" w:rsidRDefault="00324C53" w:rsidP="00324C53">
      <w:pPr>
        <w:numPr>
          <w:ilvl w:val="0"/>
          <w:numId w:val="16"/>
        </w:numPr>
        <w:spacing w:after="0"/>
        <w:jc w:val="both"/>
        <w:rPr>
          <w:rFonts w:cs="Times New Roman"/>
          <w:szCs w:val="24"/>
          <w:lang w:val="ro-MD"/>
        </w:rPr>
      </w:pPr>
      <w:r w:rsidRPr="00633886">
        <w:rPr>
          <w:rFonts w:cs="Times New Roman"/>
          <w:szCs w:val="24"/>
          <w:lang w:val="ro-MD"/>
        </w:rPr>
        <w:t xml:space="preserve">servicii intermediate prin platforme neautorizate. </w:t>
      </w:r>
    </w:p>
    <w:p w14:paraId="32CA76E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Toate subscripțiile trebuie să fie:</w:t>
      </w:r>
    </w:p>
    <w:p w14:paraId="1C40455A" w14:textId="77777777" w:rsidR="00324C53" w:rsidRPr="00633886" w:rsidRDefault="00324C53" w:rsidP="00324C53">
      <w:pPr>
        <w:numPr>
          <w:ilvl w:val="0"/>
          <w:numId w:val="17"/>
        </w:numPr>
        <w:spacing w:after="0"/>
        <w:jc w:val="both"/>
        <w:rPr>
          <w:rFonts w:cs="Times New Roman"/>
          <w:szCs w:val="24"/>
          <w:lang w:val="ro-MD"/>
        </w:rPr>
      </w:pPr>
      <w:r w:rsidRPr="00633886">
        <w:rPr>
          <w:rFonts w:cs="Times New Roman"/>
          <w:szCs w:val="24"/>
          <w:lang w:val="ro-MD"/>
        </w:rPr>
        <w:t xml:space="preserve">noi; </w:t>
      </w:r>
    </w:p>
    <w:p w14:paraId="68B14178" w14:textId="77777777" w:rsidR="00324C53" w:rsidRPr="00633886" w:rsidRDefault="00324C53" w:rsidP="00324C53">
      <w:pPr>
        <w:numPr>
          <w:ilvl w:val="0"/>
          <w:numId w:val="17"/>
        </w:numPr>
        <w:spacing w:after="0"/>
        <w:jc w:val="both"/>
        <w:rPr>
          <w:rFonts w:cs="Times New Roman"/>
          <w:szCs w:val="24"/>
          <w:lang w:val="ro-MD"/>
        </w:rPr>
      </w:pPr>
      <w:r w:rsidRPr="00633886">
        <w:rPr>
          <w:rFonts w:cs="Times New Roman"/>
          <w:szCs w:val="24"/>
          <w:lang w:val="ro-MD"/>
        </w:rPr>
        <w:t xml:space="preserve">originale; </w:t>
      </w:r>
    </w:p>
    <w:p w14:paraId="73298623" w14:textId="77777777" w:rsidR="00324C53" w:rsidRPr="00633886" w:rsidRDefault="00324C53" w:rsidP="00324C53">
      <w:pPr>
        <w:numPr>
          <w:ilvl w:val="0"/>
          <w:numId w:val="17"/>
        </w:numPr>
        <w:spacing w:after="0"/>
        <w:jc w:val="both"/>
        <w:rPr>
          <w:rFonts w:cs="Times New Roman"/>
          <w:szCs w:val="24"/>
          <w:lang w:val="ro-MD"/>
        </w:rPr>
      </w:pPr>
      <w:r w:rsidRPr="00633886">
        <w:rPr>
          <w:rFonts w:cs="Times New Roman"/>
          <w:szCs w:val="24"/>
          <w:lang w:val="ro-MD"/>
        </w:rPr>
        <w:t xml:space="preserve">activate direct de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1B0BDBFC" w14:textId="77777777" w:rsidR="00324C53" w:rsidRPr="00633886" w:rsidRDefault="00324C53" w:rsidP="00324C53">
      <w:pPr>
        <w:numPr>
          <w:ilvl w:val="0"/>
          <w:numId w:val="17"/>
        </w:numPr>
        <w:spacing w:after="0"/>
        <w:jc w:val="both"/>
        <w:rPr>
          <w:rFonts w:cs="Times New Roman"/>
          <w:szCs w:val="24"/>
          <w:lang w:val="ro-MD"/>
        </w:rPr>
      </w:pPr>
      <w:r w:rsidRPr="00633886">
        <w:rPr>
          <w:rFonts w:cs="Times New Roman"/>
          <w:szCs w:val="24"/>
          <w:lang w:val="ro-MD"/>
        </w:rPr>
        <w:t xml:space="preserve">asociate contului oficial al ANSP; </w:t>
      </w:r>
    </w:p>
    <w:p w14:paraId="31032259" w14:textId="77777777" w:rsidR="00324C53" w:rsidRPr="00633886" w:rsidRDefault="00324C53" w:rsidP="00324C53">
      <w:pPr>
        <w:numPr>
          <w:ilvl w:val="0"/>
          <w:numId w:val="17"/>
        </w:numPr>
        <w:spacing w:after="0"/>
        <w:jc w:val="both"/>
        <w:rPr>
          <w:rFonts w:cs="Times New Roman"/>
          <w:szCs w:val="24"/>
          <w:lang w:val="ro-MD"/>
        </w:rPr>
      </w:pPr>
      <w:r w:rsidRPr="00633886">
        <w:rPr>
          <w:rFonts w:cs="Times New Roman"/>
          <w:szCs w:val="24"/>
          <w:lang w:val="ro-MD"/>
        </w:rPr>
        <w:t xml:space="preserve">fără restricții regionale; </w:t>
      </w:r>
    </w:p>
    <w:p w14:paraId="604974F7" w14:textId="77777777" w:rsidR="00324C53" w:rsidRPr="00633886" w:rsidRDefault="00324C53" w:rsidP="00324C53">
      <w:pPr>
        <w:numPr>
          <w:ilvl w:val="0"/>
          <w:numId w:val="17"/>
        </w:numPr>
        <w:spacing w:after="0"/>
        <w:jc w:val="both"/>
        <w:rPr>
          <w:rFonts w:cs="Times New Roman"/>
          <w:szCs w:val="24"/>
          <w:lang w:val="ro-MD"/>
        </w:rPr>
      </w:pPr>
      <w:r w:rsidRPr="00633886">
        <w:rPr>
          <w:rFonts w:cs="Times New Roman"/>
          <w:szCs w:val="24"/>
          <w:lang w:val="ro-MD"/>
        </w:rPr>
        <w:t xml:space="preserve">eligibile pentru suportul producătorului. </w:t>
      </w:r>
    </w:p>
    <w:p w14:paraId="7D191041" w14:textId="77777777" w:rsidR="00324C53" w:rsidRPr="00633886" w:rsidRDefault="00324C53" w:rsidP="00324C53">
      <w:pPr>
        <w:spacing w:after="0"/>
        <w:jc w:val="both"/>
        <w:rPr>
          <w:rFonts w:cs="Times New Roman"/>
          <w:szCs w:val="24"/>
          <w:lang w:val="ro-MD"/>
        </w:rPr>
      </w:pPr>
    </w:p>
    <w:p w14:paraId="4591765D"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5. CERINȚE PRIVIND PRESTATORUL</w:t>
      </w:r>
    </w:p>
    <w:p w14:paraId="7876A539"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Operatorul economic trebuie să demonstreze capacitatea tehnică și profesională necesară pentru executarea contractului.</w:t>
      </w:r>
    </w:p>
    <w:p w14:paraId="7AAD7AE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Prestatorul va deține experiență în furnizarea serviciilor </w:t>
      </w:r>
      <w:proofErr w:type="spellStart"/>
      <w:r w:rsidRPr="00633886">
        <w:rPr>
          <w:rFonts w:cs="Times New Roman"/>
          <w:szCs w:val="24"/>
          <w:lang w:val="ro-MD"/>
        </w:rPr>
        <w:t>Fortinet</w:t>
      </w:r>
      <w:proofErr w:type="spellEnd"/>
      <w:r w:rsidRPr="00633886">
        <w:rPr>
          <w:rFonts w:cs="Times New Roman"/>
          <w:szCs w:val="24"/>
          <w:lang w:val="ro-MD"/>
        </w:rPr>
        <w:t xml:space="preserve"> și va avea posibilitatea de a furniza licențe originale și suport tehnic conform politicilor producătorului.</w:t>
      </w:r>
    </w:p>
    <w:p w14:paraId="6C520D25"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La solicitarea Autorității Contractante, ofertantul va prezenta documente care confirmă dreptul de comercializare a produselor și serviciilor </w:t>
      </w:r>
      <w:proofErr w:type="spellStart"/>
      <w:r w:rsidRPr="00633886">
        <w:rPr>
          <w:rFonts w:cs="Times New Roman"/>
          <w:szCs w:val="24"/>
          <w:lang w:val="ro-MD"/>
        </w:rPr>
        <w:t>Fortinet</w:t>
      </w:r>
      <w:proofErr w:type="spellEnd"/>
      <w:r w:rsidRPr="00633886">
        <w:rPr>
          <w:rFonts w:cs="Times New Roman"/>
          <w:szCs w:val="24"/>
          <w:lang w:val="ro-MD"/>
        </w:rPr>
        <w:t>, inclusiv statutul de partener autorizat sau relația contractuală cu un distribuitor autorizat.</w:t>
      </w:r>
    </w:p>
    <w:p w14:paraId="22CF3B0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Prestatorul va garanta că toate serviciile furnizate sunt conforme cu documentația oficială </w:t>
      </w:r>
      <w:proofErr w:type="spellStart"/>
      <w:r w:rsidRPr="00633886">
        <w:rPr>
          <w:rFonts w:cs="Times New Roman"/>
          <w:szCs w:val="24"/>
          <w:lang w:val="ro-MD"/>
        </w:rPr>
        <w:t>Fortinet</w:t>
      </w:r>
      <w:proofErr w:type="spellEnd"/>
      <w:r w:rsidRPr="00633886">
        <w:rPr>
          <w:rFonts w:cs="Times New Roman"/>
          <w:szCs w:val="24"/>
          <w:lang w:val="ro-MD"/>
        </w:rPr>
        <w:t xml:space="preserve"> și că nu există restricții privind utilizarea acestora pe teritoriul Republicii Moldova.</w:t>
      </w:r>
    </w:p>
    <w:p w14:paraId="0319503F" w14:textId="77777777" w:rsidR="00324C53" w:rsidRPr="00633886" w:rsidRDefault="00324C53" w:rsidP="00324C53">
      <w:pPr>
        <w:spacing w:after="0"/>
        <w:jc w:val="both"/>
        <w:rPr>
          <w:rFonts w:cs="Times New Roman"/>
          <w:szCs w:val="24"/>
          <w:lang w:val="ro-MD"/>
        </w:rPr>
      </w:pPr>
    </w:p>
    <w:p w14:paraId="7D283149" w14:textId="77777777" w:rsidR="00367181" w:rsidRPr="00633886" w:rsidRDefault="00367181" w:rsidP="00324C53">
      <w:pPr>
        <w:spacing w:after="0"/>
        <w:jc w:val="both"/>
        <w:rPr>
          <w:rFonts w:cs="Times New Roman"/>
          <w:b/>
          <w:bCs/>
          <w:szCs w:val="24"/>
          <w:lang w:val="ro-MD"/>
        </w:rPr>
      </w:pPr>
    </w:p>
    <w:p w14:paraId="09F7CAC4"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6. CERINȚE TEHNICE PRIVIND SERVICIILE FORTIGUARD</w:t>
      </w:r>
    </w:p>
    <w:p w14:paraId="022A7462"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6.1 Cerințe generale</w:t>
      </w:r>
    </w:p>
    <w:p w14:paraId="31BF896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Prestatorul va asigura reînnoirea serviciilor de securitate </w:t>
      </w:r>
      <w:proofErr w:type="spellStart"/>
      <w:r w:rsidRPr="00633886">
        <w:rPr>
          <w:rFonts w:cs="Times New Roman"/>
          <w:szCs w:val="24"/>
          <w:lang w:val="ro-MD"/>
        </w:rPr>
        <w:t>FortiGuard</w:t>
      </w:r>
      <w:proofErr w:type="spellEnd"/>
      <w:r w:rsidRPr="00633886">
        <w:rPr>
          <w:rFonts w:cs="Times New Roman"/>
          <w:szCs w:val="24"/>
          <w:lang w:val="ro-MD"/>
        </w:rPr>
        <w:t xml:space="preserve"> </w:t>
      </w:r>
      <w:proofErr w:type="spellStart"/>
      <w:r w:rsidRPr="00633886">
        <w:rPr>
          <w:rFonts w:cs="Times New Roman"/>
          <w:szCs w:val="24"/>
          <w:lang w:val="ro-MD"/>
        </w:rPr>
        <w:t>Security</w:t>
      </w:r>
      <w:proofErr w:type="spellEnd"/>
      <w:r w:rsidRPr="00633886">
        <w:rPr>
          <w:rFonts w:cs="Times New Roman"/>
          <w:szCs w:val="24"/>
          <w:lang w:val="ro-MD"/>
        </w:rPr>
        <w:t xml:space="preserve"> Services pentru toate echipamentele </w:t>
      </w:r>
      <w:proofErr w:type="spellStart"/>
      <w:r w:rsidRPr="00633886">
        <w:rPr>
          <w:rFonts w:cs="Times New Roman"/>
          <w:szCs w:val="24"/>
          <w:lang w:val="ro-MD"/>
        </w:rPr>
        <w:t>Fortinet</w:t>
      </w:r>
      <w:proofErr w:type="spellEnd"/>
      <w:r w:rsidRPr="00633886">
        <w:rPr>
          <w:rFonts w:cs="Times New Roman"/>
          <w:szCs w:val="24"/>
          <w:lang w:val="ro-MD"/>
        </w:rPr>
        <w:t xml:space="preserve"> incluse în Anexa nr. 1 la prezentul Caiet de sarcini.</w:t>
      </w:r>
    </w:p>
    <w:p w14:paraId="1C06F7E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Serviciile trebuie furnizate exclusiv prin canalele oficiale ale producătorului </w:t>
      </w:r>
      <w:proofErr w:type="spellStart"/>
      <w:r w:rsidRPr="00633886">
        <w:rPr>
          <w:rFonts w:cs="Times New Roman"/>
          <w:szCs w:val="24"/>
          <w:lang w:val="ro-MD"/>
        </w:rPr>
        <w:t>Fortinet</w:t>
      </w:r>
      <w:proofErr w:type="spellEnd"/>
      <w:r w:rsidRPr="00633886">
        <w:rPr>
          <w:rFonts w:cs="Times New Roman"/>
          <w:szCs w:val="24"/>
          <w:lang w:val="ro-MD"/>
        </w:rPr>
        <w:t xml:space="preserve"> și trebuie să fie licențe originale, noi și eligibile pentru suport tehnic și actualizări pe întreaga perioadă contractuală.</w:t>
      </w:r>
    </w:p>
    <w:p w14:paraId="5262493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lastRenderedPageBreak/>
        <w:t xml:space="preserve">Nu se acceptă licențe reutilizate, recondiționate, transferate din alte organizații sau licențe care nu sunt înregistrate în sistemele oficiale </w:t>
      </w:r>
      <w:proofErr w:type="spellStart"/>
      <w:r w:rsidRPr="00633886">
        <w:rPr>
          <w:rFonts w:cs="Times New Roman"/>
          <w:szCs w:val="24"/>
          <w:lang w:val="ro-MD"/>
        </w:rPr>
        <w:t>Fortinet</w:t>
      </w:r>
      <w:proofErr w:type="spellEnd"/>
      <w:r w:rsidRPr="00633886">
        <w:rPr>
          <w:rFonts w:cs="Times New Roman"/>
          <w:szCs w:val="24"/>
          <w:lang w:val="ro-MD"/>
        </w:rPr>
        <w:t>.</w:t>
      </w:r>
    </w:p>
    <w:p w14:paraId="1F9EAD9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garantează că toate subscripțiile activate vor permite accesul integral la serviciile și actualizările incluse în pachetul de licențiere aferent fiecărui echipament.</w:t>
      </w:r>
    </w:p>
    <w:p w14:paraId="2575B2E6" w14:textId="77777777" w:rsidR="00324C53" w:rsidRPr="00633886" w:rsidRDefault="00324C53" w:rsidP="00324C53">
      <w:pPr>
        <w:spacing w:after="0"/>
        <w:jc w:val="both"/>
        <w:rPr>
          <w:rFonts w:cs="Times New Roman"/>
          <w:szCs w:val="24"/>
          <w:lang w:val="ro-MD"/>
        </w:rPr>
      </w:pPr>
    </w:p>
    <w:p w14:paraId="2F5CFAD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6.2 Servicii minime obligatorii</w:t>
      </w:r>
    </w:p>
    <w:p w14:paraId="1D110445"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În funcție de modelul echipamentului și tipul subscripției, serviciile </w:t>
      </w:r>
      <w:proofErr w:type="spellStart"/>
      <w:r w:rsidRPr="00633886">
        <w:rPr>
          <w:rFonts w:cs="Times New Roman"/>
          <w:szCs w:val="24"/>
          <w:lang w:val="ro-MD"/>
        </w:rPr>
        <w:t>FortiGuard</w:t>
      </w:r>
      <w:proofErr w:type="spellEnd"/>
      <w:r w:rsidRPr="00633886">
        <w:rPr>
          <w:rFonts w:cs="Times New Roman"/>
          <w:szCs w:val="24"/>
          <w:lang w:val="ro-MD"/>
        </w:rPr>
        <w:t xml:space="preserve"> vor include cel puțin:</w:t>
      </w:r>
    </w:p>
    <w:p w14:paraId="30DD9AF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a) </w:t>
      </w:r>
      <w:proofErr w:type="spellStart"/>
      <w:r w:rsidRPr="00633886">
        <w:rPr>
          <w:rFonts w:cs="Times New Roman"/>
          <w:szCs w:val="24"/>
          <w:lang w:val="ro-MD"/>
        </w:rPr>
        <w:t>Intrusion</w:t>
      </w:r>
      <w:proofErr w:type="spellEnd"/>
      <w:r w:rsidRPr="00633886">
        <w:rPr>
          <w:rFonts w:cs="Times New Roman"/>
          <w:szCs w:val="24"/>
          <w:lang w:val="ro-MD"/>
        </w:rPr>
        <w:t xml:space="preserve"> </w:t>
      </w:r>
      <w:proofErr w:type="spellStart"/>
      <w:r w:rsidRPr="00633886">
        <w:rPr>
          <w:rFonts w:cs="Times New Roman"/>
          <w:szCs w:val="24"/>
          <w:lang w:val="ro-MD"/>
        </w:rPr>
        <w:t>Prevention</w:t>
      </w:r>
      <w:proofErr w:type="spellEnd"/>
      <w:r w:rsidRPr="00633886">
        <w:rPr>
          <w:rFonts w:cs="Times New Roman"/>
          <w:szCs w:val="24"/>
          <w:lang w:val="ro-MD"/>
        </w:rPr>
        <w:t xml:space="preserve"> </w:t>
      </w:r>
      <w:proofErr w:type="spellStart"/>
      <w:r w:rsidRPr="00633886">
        <w:rPr>
          <w:rFonts w:cs="Times New Roman"/>
          <w:szCs w:val="24"/>
          <w:lang w:val="ro-MD"/>
        </w:rPr>
        <w:t>System</w:t>
      </w:r>
      <w:proofErr w:type="spellEnd"/>
      <w:r w:rsidRPr="00633886">
        <w:rPr>
          <w:rFonts w:cs="Times New Roman"/>
          <w:szCs w:val="24"/>
          <w:lang w:val="ro-MD"/>
        </w:rPr>
        <w:t xml:space="preserve"> (IPS)</w:t>
      </w:r>
    </w:p>
    <w:p w14:paraId="408DDB2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Serviciul IPS trebuie să permită detectarea și blocarea automată a:</w:t>
      </w:r>
    </w:p>
    <w:p w14:paraId="1D1D4B93" w14:textId="77777777" w:rsidR="00324C53" w:rsidRPr="00633886" w:rsidRDefault="00324C53" w:rsidP="00324C53">
      <w:pPr>
        <w:numPr>
          <w:ilvl w:val="0"/>
          <w:numId w:val="18"/>
        </w:numPr>
        <w:spacing w:after="0"/>
        <w:jc w:val="both"/>
        <w:rPr>
          <w:rFonts w:cs="Times New Roman"/>
          <w:szCs w:val="24"/>
          <w:lang w:val="ro-MD"/>
        </w:rPr>
      </w:pPr>
      <w:r w:rsidRPr="00633886">
        <w:rPr>
          <w:rFonts w:cs="Times New Roman"/>
          <w:szCs w:val="24"/>
          <w:lang w:val="ro-MD"/>
        </w:rPr>
        <w:t xml:space="preserve">exploatărilor vulnerabilităților; </w:t>
      </w:r>
    </w:p>
    <w:p w14:paraId="07E9092B" w14:textId="77777777" w:rsidR="00324C53" w:rsidRPr="00633886" w:rsidRDefault="00324C53" w:rsidP="00324C53">
      <w:pPr>
        <w:numPr>
          <w:ilvl w:val="0"/>
          <w:numId w:val="18"/>
        </w:numPr>
        <w:spacing w:after="0"/>
        <w:jc w:val="both"/>
        <w:rPr>
          <w:rFonts w:cs="Times New Roman"/>
          <w:szCs w:val="24"/>
          <w:lang w:val="ro-MD"/>
        </w:rPr>
      </w:pPr>
      <w:r w:rsidRPr="00633886">
        <w:rPr>
          <w:rFonts w:cs="Times New Roman"/>
          <w:szCs w:val="24"/>
          <w:lang w:val="ro-MD"/>
        </w:rPr>
        <w:t xml:space="preserve">atacurilor asupra aplicațiilor; </w:t>
      </w:r>
    </w:p>
    <w:p w14:paraId="12116408" w14:textId="77777777" w:rsidR="00324C53" w:rsidRPr="00633886" w:rsidRDefault="00324C53" w:rsidP="00324C53">
      <w:pPr>
        <w:numPr>
          <w:ilvl w:val="0"/>
          <w:numId w:val="18"/>
        </w:numPr>
        <w:spacing w:after="0"/>
        <w:jc w:val="both"/>
        <w:rPr>
          <w:rFonts w:cs="Times New Roman"/>
          <w:szCs w:val="24"/>
          <w:lang w:val="ro-MD"/>
        </w:rPr>
      </w:pPr>
      <w:r w:rsidRPr="00633886">
        <w:rPr>
          <w:rFonts w:cs="Times New Roman"/>
          <w:szCs w:val="24"/>
          <w:lang w:val="ro-MD"/>
        </w:rPr>
        <w:t xml:space="preserve">atacurilor asupra sistemelor de operare; </w:t>
      </w:r>
    </w:p>
    <w:p w14:paraId="40373D3B" w14:textId="77777777" w:rsidR="00324C53" w:rsidRPr="00633886" w:rsidRDefault="00324C53" w:rsidP="00324C53">
      <w:pPr>
        <w:numPr>
          <w:ilvl w:val="0"/>
          <w:numId w:val="18"/>
        </w:numPr>
        <w:spacing w:after="0"/>
        <w:jc w:val="both"/>
        <w:rPr>
          <w:rFonts w:cs="Times New Roman"/>
          <w:szCs w:val="24"/>
          <w:lang w:val="ro-MD"/>
        </w:rPr>
      </w:pPr>
      <w:r w:rsidRPr="00633886">
        <w:rPr>
          <w:rFonts w:cs="Times New Roman"/>
          <w:szCs w:val="24"/>
          <w:lang w:val="ro-MD"/>
        </w:rPr>
        <w:t xml:space="preserve">tentativelor de compromitere a serviciilor expuse; </w:t>
      </w:r>
    </w:p>
    <w:p w14:paraId="2234CE5C" w14:textId="77777777" w:rsidR="00324C53" w:rsidRPr="00633886" w:rsidRDefault="00324C53" w:rsidP="00324C53">
      <w:pPr>
        <w:numPr>
          <w:ilvl w:val="0"/>
          <w:numId w:val="18"/>
        </w:numPr>
        <w:spacing w:after="0"/>
        <w:jc w:val="both"/>
        <w:rPr>
          <w:rFonts w:cs="Times New Roman"/>
          <w:szCs w:val="24"/>
          <w:lang w:val="ro-MD"/>
        </w:rPr>
      </w:pPr>
      <w:r w:rsidRPr="00633886">
        <w:rPr>
          <w:rFonts w:cs="Times New Roman"/>
          <w:szCs w:val="24"/>
          <w:lang w:val="ro-MD"/>
        </w:rPr>
        <w:t xml:space="preserve">traficului malițios. </w:t>
      </w:r>
    </w:p>
    <w:p w14:paraId="5EDD75A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Actualizarea semnăturilor IPS trebuie realizată automat, imediat după publicarea acestora de către </w:t>
      </w:r>
      <w:proofErr w:type="spellStart"/>
      <w:r w:rsidRPr="00633886">
        <w:rPr>
          <w:rFonts w:cs="Times New Roman"/>
          <w:szCs w:val="24"/>
          <w:lang w:val="ro-MD"/>
        </w:rPr>
        <w:t>Fortinet</w:t>
      </w:r>
      <w:proofErr w:type="spellEnd"/>
      <w:r w:rsidRPr="00633886">
        <w:rPr>
          <w:rFonts w:cs="Times New Roman"/>
          <w:szCs w:val="24"/>
          <w:lang w:val="ro-MD"/>
        </w:rPr>
        <w:t>.</w:t>
      </w:r>
    </w:p>
    <w:p w14:paraId="70F7D73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b) Antivirus</w:t>
      </w:r>
    </w:p>
    <w:p w14:paraId="6F085EB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Serviciul Antivirus trebuie să asigure:</w:t>
      </w:r>
    </w:p>
    <w:p w14:paraId="2F26E841" w14:textId="77777777" w:rsidR="00324C53" w:rsidRPr="00633886" w:rsidRDefault="00324C53" w:rsidP="00324C53">
      <w:pPr>
        <w:numPr>
          <w:ilvl w:val="0"/>
          <w:numId w:val="19"/>
        </w:numPr>
        <w:spacing w:after="0"/>
        <w:jc w:val="both"/>
        <w:rPr>
          <w:rFonts w:cs="Times New Roman"/>
          <w:szCs w:val="24"/>
          <w:lang w:val="ro-MD"/>
        </w:rPr>
      </w:pPr>
      <w:r w:rsidRPr="00633886">
        <w:rPr>
          <w:rFonts w:cs="Times New Roman"/>
          <w:szCs w:val="24"/>
          <w:lang w:val="ro-MD"/>
        </w:rPr>
        <w:t xml:space="preserve">detectarea malware; </w:t>
      </w:r>
    </w:p>
    <w:p w14:paraId="02A8C1A3" w14:textId="77777777" w:rsidR="00324C53" w:rsidRPr="00633886" w:rsidRDefault="00324C53" w:rsidP="00324C53">
      <w:pPr>
        <w:numPr>
          <w:ilvl w:val="0"/>
          <w:numId w:val="19"/>
        </w:numPr>
        <w:spacing w:after="0"/>
        <w:jc w:val="both"/>
        <w:rPr>
          <w:rFonts w:cs="Times New Roman"/>
          <w:szCs w:val="24"/>
          <w:lang w:val="ro-MD"/>
        </w:rPr>
      </w:pPr>
      <w:r w:rsidRPr="00633886">
        <w:rPr>
          <w:rFonts w:cs="Times New Roman"/>
          <w:szCs w:val="24"/>
          <w:lang w:val="ro-MD"/>
        </w:rPr>
        <w:t xml:space="preserve">detectarea </w:t>
      </w:r>
      <w:proofErr w:type="spellStart"/>
      <w:r w:rsidRPr="00633886">
        <w:rPr>
          <w:rFonts w:cs="Times New Roman"/>
          <w:szCs w:val="24"/>
          <w:lang w:val="ro-MD"/>
        </w:rPr>
        <w:t>ransomware</w:t>
      </w:r>
      <w:proofErr w:type="spellEnd"/>
      <w:r w:rsidRPr="00633886">
        <w:rPr>
          <w:rFonts w:cs="Times New Roman"/>
          <w:szCs w:val="24"/>
          <w:lang w:val="ro-MD"/>
        </w:rPr>
        <w:t xml:space="preserve">; </w:t>
      </w:r>
    </w:p>
    <w:p w14:paraId="1F192A49" w14:textId="77777777" w:rsidR="00324C53" w:rsidRPr="00633886" w:rsidRDefault="00324C53" w:rsidP="00324C53">
      <w:pPr>
        <w:numPr>
          <w:ilvl w:val="0"/>
          <w:numId w:val="19"/>
        </w:numPr>
        <w:spacing w:after="0"/>
        <w:jc w:val="both"/>
        <w:rPr>
          <w:rFonts w:cs="Times New Roman"/>
          <w:szCs w:val="24"/>
          <w:lang w:val="ro-MD"/>
        </w:rPr>
      </w:pPr>
      <w:r w:rsidRPr="00633886">
        <w:rPr>
          <w:rFonts w:cs="Times New Roman"/>
          <w:szCs w:val="24"/>
          <w:lang w:val="ro-MD"/>
        </w:rPr>
        <w:t xml:space="preserve">detectarea troienilor; </w:t>
      </w:r>
    </w:p>
    <w:p w14:paraId="23780279" w14:textId="77777777" w:rsidR="00324C53" w:rsidRPr="00633886" w:rsidRDefault="00324C53" w:rsidP="00324C53">
      <w:pPr>
        <w:numPr>
          <w:ilvl w:val="0"/>
          <w:numId w:val="19"/>
        </w:numPr>
        <w:spacing w:after="0"/>
        <w:jc w:val="both"/>
        <w:rPr>
          <w:rFonts w:cs="Times New Roman"/>
          <w:szCs w:val="24"/>
          <w:lang w:val="ro-MD"/>
        </w:rPr>
      </w:pPr>
      <w:r w:rsidRPr="00633886">
        <w:rPr>
          <w:rFonts w:cs="Times New Roman"/>
          <w:szCs w:val="24"/>
          <w:lang w:val="ro-MD"/>
        </w:rPr>
        <w:t xml:space="preserve">detectarea spyware; </w:t>
      </w:r>
    </w:p>
    <w:p w14:paraId="4E039F2B" w14:textId="77777777" w:rsidR="00324C53" w:rsidRPr="00633886" w:rsidRDefault="00324C53" w:rsidP="00324C53">
      <w:pPr>
        <w:numPr>
          <w:ilvl w:val="0"/>
          <w:numId w:val="19"/>
        </w:numPr>
        <w:spacing w:after="0"/>
        <w:jc w:val="both"/>
        <w:rPr>
          <w:rFonts w:cs="Times New Roman"/>
          <w:szCs w:val="24"/>
          <w:lang w:val="ro-MD"/>
        </w:rPr>
      </w:pPr>
      <w:r w:rsidRPr="00633886">
        <w:rPr>
          <w:rFonts w:cs="Times New Roman"/>
          <w:szCs w:val="24"/>
          <w:lang w:val="ro-MD"/>
        </w:rPr>
        <w:t xml:space="preserve">detectarea </w:t>
      </w:r>
      <w:proofErr w:type="spellStart"/>
      <w:r w:rsidRPr="00633886">
        <w:rPr>
          <w:rFonts w:cs="Times New Roman"/>
          <w:szCs w:val="24"/>
          <w:lang w:val="ro-MD"/>
        </w:rPr>
        <w:t>rootkit</w:t>
      </w:r>
      <w:proofErr w:type="spellEnd"/>
      <w:r w:rsidRPr="00633886">
        <w:rPr>
          <w:rFonts w:cs="Times New Roman"/>
          <w:szCs w:val="24"/>
          <w:lang w:val="ro-MD"/>
        </w:rPr>
        <w:t xml:space="preserve">; </w:t>
      </w:r>
    </w:p>
    <w:p w14:paraId="7BFE0BD6" w14:textId="77777777" w:rsidR="00324C53" w:rsidRPr="00633886" w:rsidRDefault="00324C53" w:rsidP="00324C53">
      <w:pPr>
        <w:numPr>
          <w:ilvl w:val="0"/>
          <w:numId w:val="19"/>
        </w:numPr>
        <w:spacing w:after="0"/>
        <w:jc w:val="both"/>
        <w:rPr>
          <w:rFonts w:cs="Times New Roman"/>
          <w:szCs w:val="24"/>
          <w:lang w:val="ro-MD"/>
        </w:rPr>
      </w:pPr>
      <w:r w:rsidRPr="00633886">
        <w:rPr>
          <w:rFonts w:cs="Times New Roman"/>
          <w:szCs w:val="24"/>
          <w:lang w:val="ro-MD"/>
        </w:rPr>
        <w:t xml:space="preserve">detectarea viermilor informatici. </w:t>
      </w:r>
    </w:p>
    <w:p w14:paraId="5C18FB1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Actualizările bazelor antivirus trebuie efectuate automat.</w:t>
      </w:r>
    </w:p>
    <w:p w14:paraId="45648B6D"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c) Web </w:t>
      </w:r>
      <w:proofErr w:type="spellStart"/>
      <w:r w:rsidRPr="00633886">
        <w:rPr>
          <w:rFonts w:cs="Times New Roman"/>
          <w:szCs w:val="24"/>
          <w:lang w:val="ro-MD"/>
        </w:rPr>
        <w:t>Filtering</w:t>
      </w:r>
      <w:proofErr w:type="spellEnd"/>
    </w:p>
    <w:p w14:paraId="3D459CA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Serviciul trebuie să permită:</w:t>
      </w:r>
    </w:p>
    <w:p w14:paraId="32988F03" w14:textId="77777777" w:rsidR="00324C53" w:rsidRPr="00633886" w:rsidRDefault="00324C53" w:rsidP="00324C53">
      <w:pPr>
        <w:numPr>
          <w:ilvl w:val="0"/>
          <w:numId w:val="20"/>
        </w:numPr>
        <w:spacing w:after="0"/>
        <w:jc w:val="both"/>
        <w:rPr>
          <w:rFonts w:cs="Times New Roman"/>
          <w:szCs w:val="24"/>
          <w:lang w:val="ro-MD"/>
        </w:rPr>
      </w:pPr>
      <w:r w:rsidRPr="00633886">
        <w:rPr>
          <w:rFonts w:cs="Times New Roman"/>
          <w:szCs w:val="24"/>
          <w:lang w:val="ro-MD"/>
        </w:rPr>
        <w:t xml:space="preserve">clasificarea automată a site-urilor web; </w:t>
      </w:r>
    </w:p>
    <w:p w14:paraId="21B32ABA" w14:textId="77777777" w:rsidR="00324C53" w:rsidRPr="00633886" w:rsidRDefault="00324C53" w:rsidP="00324C53">
      <w:pPr>
        <w:numPr>
          <w:ilvl w:val="0"/>
          <w:numId w:val="20"/>
        </w:numPr>
        <w:spacing w:after="0"/>
        <w:jc w:val="both"/>
        <w:rPr>
          <w:rFonts w:cs="Times New Roman"/>
          <w:szCs w:val="24"/>
          <w:lang w:val="ro-MD"/>
        </w:rPr>
      </w:pPr>
      <w:r w:rsidRPr="00633886">
        <w:rPr>
          <w:rFonts w:cs="Times New Roman"/>
          <w:szCs w:val="24"/>
          <w:lang w:val="ro-MD"/>
        </w:rPr>
        <w:t xml:space="preserve">blocarea site-urilor malițioase; </w:t>
      </w:r>
    </w:p>
    <w:p w14:paraId="717AE3BB" w14:textId="77777777" w:rsidR="00324C53" w:rsidRPr="00633886" w:rsidRDefault="00324C53" w:rsidP="00324C53">
      <w:pPr>
        <w:numPr>
          <w:ilvl w:val="0"/>
          <w:numId w:val="20"/>
        </w:numPr>
        <w:spacing w:after="0"/>
        <w:jc w:val="both"/>
        <w:rPr>
          <w:rFonts w:cs="Times New Roman"/>
          <w:szCs w:val="24"/>
          <w:lang w:val="ro-MD"/>
        </w:rPr>
      </w:pPr>
      <w:r w:rsidRPr="00633886">
        <w:rPr>
          <w:rFonts w:cs="Times New Roman"/>
          <w:szCs w:val="24"/>
          <w:lang w:val="ro-MD"/>
        </w:rPr>
        <w:t xml:space="preserve">blocarea </w:t>
      </w:r>
      <w:proofErr w:type="spellStart"/>
      <w:r w:rsidRPr="00633886">
        <w:rPr>
          <w:rFonts w:cs="Times New Roman"/>
          <w:szCs w:val="24"/>
          <w:lang w:val="ro-MD"/>
        </w:rPr>
        <w:t>phishing</w:t>
      </w:r>
      <w:proofErr w:type="spellEnd"/>
      <w:r w:rsidRPr="00633886">
        <w:rPr>
          <w:rFonts w:cs="Times New Roman"/>
          <w:szCs w:val="24"/>
          <w:lang w:val="ro-MD"/>
        </w:rPr>
        <w:t xml:space="preserve">; </w:t>
      </w:r>
    </w:p>
    <w:p w14:paraId="127F65B0" w14:textId="77777777" w:rsidR="00324C53" w:rsidRPr="00633886" w:rsidRDefault="00324C53" w:rsidP="00324C53">
      <w:pPr>
        <w:numPr>
          <w:ilvl w:val="0"/>
          <w:numId w:val="20"/>
        </w:numPr>
        <w:spacing w:after="0"/>
        <w:jc w:val="both"/>
        <w:rPr>
          <w:rFonts w:cs="Times New Roman"/>
          <w:szCs w:val="24"/>
          <w:lang w:val="ro-MD"/>
        </w:rPr>
      </w:pPr>
      <w:r w:rsidRPr="00633886">
        <w:rPr>
          <w:rFonts w:cs="Times New Roman"/>
          <w:szCs w:val="24"/>
          <w:lang w:val="ro-MD"/>
        </w:rPr>
        <w:t xml:space="preserve">blocarea conținutului periculos; </w:t>
      </w:r>
    </w:p>
    <w:p w14:paraId="3C6CC204" w14:textId="77777777" w:rsidR="00324C53" w:rsidRPr="00633886" w:rsidRDefault="00324C53" w:rsidP="00324C53">
      <w:pPr>
        <w:numPr>
          <w:ilvl w:val="0"/>
          <w:numId w:val="20"/>
        </w:numPr>
        <w:spacing w:after="0"/>
        <w:jc w:val="both"/>
        <w:rPr>
          <w:rFonts w:cs="Times New Roman"/>
          <w:szCs w:val="24"/>
          <w:lang w:val="ro-MD"/>
        </w:rPr>
      </w:pPr>
      <w:r w:rsidRPr="00633886">
        <w:rPr>
          <w:rFonts w:cs="Times New Roman"/>
          <w:szCs w:val="24"/>
          <w:lang w:val="ro-MD"/>
        </w:rPr>
        <w:t xml:space="preserve">actualizarea permanentă a categoriilor web. </w:t>
      </w:r>
    </w:p>
    <w:p w14:paraId="335BEC52"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d) DNS </w:t>
      </w:r>
      <w:proofErr w:type="spellStart"/>
      <w:r w:rsidRPr="00633886">
        <w:rPr>
          <w:rFonts w:cs="Times New Roman"/>
          <w:szCs w:val="24"/>
          <w:lang w:val="ro-MD"/>
        </w:rPr>
        <w:t>Security</w:t>
      </w:r>
      <w:proofErr w:type="spellEnd"/>
    </w:p>
    <w:p w14:paraId="6885C999"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Serviciul trebuie să permită:</w:t>
      </w:r>
    </w:p>
    <w:p w14:paraId="6F93DB2E" w14:textId="77777777" w:rsidR="00324C53" w:rsidRPr="00633886" w:rsidRDefault="00324C53" w:rsidP="00324C53">
      <w:pPr>
        <w:numPr>
          <w:ilvl w:val="0"/>
          <w:numId w:val="21"/>
        </w:numPr>
        <w:spacing w:after="0"/>
        <w:jc w:val="both"/>
        <w:rPr>
          <w:rFonts w:cs="Times New Roman"/>
          <w:szCs w:val="24"/>
          <w:lang w:val="ro-MD"/>
        </w:rPr>
      </w:pPr>
      <w:r w:rsidRPr="00633886">
        <w:rPr>
          <w:rFonts w:cs="Times New Roman"/>
          <w:szCs w:val="24"/>
          <w:lang w:val="ro-MD"/>
        </w:rPr>
        <w:t xml:space="preserve">blocarea domeniilor compromise; </w:t>
      </w:r>
    </w:p>
    <w:p w14:paraId="164C636F" w14:textId="77777777" w:rsidR="00324C53" w:rsidRPr="00633886" w:rsidRDefault="00324C53" w:rsidP="00324C53">
      <w:pPr>
        <w:numPr>
          <w:ilvl w:val="0"/>
          <w:numId w:val="21"/>
        </w:numPr>
        <w:spacing w:after="0"/>
        <w:jc w:val="both"/>
        <w:rPr>
          <w:rFonts w:cs="Times New Roman"/>
          <w:szCs w:val="24"/>
          <w:lang w:val="ro-MD"/>
        </w:rPr>
      </w:pPr>
      <w:r w:rsidRPr="00633886">
        <w:rPr>
          <w:rFonts w:cs="Times New Roman"/>
          <w:szCs w:val="24"/>
          <w:lang w:val="ro-MD"/>
        </w:rPr>
        <w:t xml:space="preserve">blocarea comunicațiilor către servere </w:t>
      </w:r>
      <w:proofErr w:type="spellStart"/>
      <w:r w:rsidRPr="00633886">
        <w:rPr>
          <w:rFonts w:cs="Times New Roman"/>
          <w:szCs w:val="24"/>
          <w:lang w:val="ro-MD"/>
        </w:rPr>
        <w:t>Command</w:t>
      </w:r>
      <w:proofErr w:type="spellEnd"/>
      <w:r w:rsidRPr="00633886">
        <w:rPr>
          <w:rFonts w:cs="Times New Roman"/>
          <w:szCs w:val="24"/>
          <w:lang w:val="ro-MD"/>
        </w:rPr>
        <w:t xml:space="preserve"> &amp; Control; </w:t>
      </w:r>
    </w:p>
    <w:p w14:paraId="0B8F4636" w14:textId="77777777" w:rsidR="00324C53" w:rsidRPr="00633886" w:rsidRDefault="00324C53" w:rsidP="00324C53">
      <w:pPr>
        <w:numPr>
          <w:ilvl w:val="0"/>
          <w:numId w:val="21"/>
        </w:numPr>
        <w:spacing w:after="0"/>
        <w:jc w:val="both"/>
        <w:rPr>
          <w:rFonts w:cs="Times New Roman"/>
          <w:szCs w:val="24"/>
          <w:lang w:val="ro-MD"/>
        </w:rPr>
      </w:pPr>
      <w:r w:rsidRPr="00633886">
        <w:rPr>
          <w:rFonts w:cs="Times New Roman"/>
          <w:szCs w:val="24"/>
          <w:lang w:val="ro-MD"/>
        </w:rPr>
        <w:t xml:space="preserve">protecția împotriva DNS </w:t>
      </w:r>
      <w:proofErr w:type="spellStart"/>
      <w:r w:rsidRPr="00633886">
        <w:rPr>
          <w:rFonts w:cs="Times New Roman"/>
          <w:szCs w:val="24"/>
          <w:lang w:val="ro-MD"/>
        </w:rPr>
        <w:t>Tunneling</w:t>
      </w:r>
      <w:proofErr w:type="spellEnd"/>
      <w:r w:rsidRPr="00633886">
        <w:rPr>
          <w:rFonts w:cs="Times New Roman"/>
          <w:szCs w:val="24"/>
          <w:lang w:val="ro-MD"/>
        </w:rPr>
        <w:t xml:space="preserve">; </w:t>
      </w:r>
    </w:p>
    <w:p w14:paraId="12853187" w14:textId="77777777" w:rsidR="00324C53" w:rsidRPr="00633886" w:rsidRDefault="00324C53" w:rsidP="00324C53">
      <w:pPr>
        <w:numPr>
          <w:ilvl w:val="0"/>
          <w:numId w:val="21"/>
        </w:numPr>
        <w:spacing w:after="0"/>
        <w:jc w:val="both"/>
        <w:rPr>
          <w:rFonts w:cs="Times New Roman"/>
          <w:szCs w:val="24"/>
          <w:lang w:val="ro-MD"/>
        </w:rPr>
      </w:pPr>
      <w:r w:rsidRPr="00633886">
        <w:rPr>
          <w:rFonts w:cs="Times New Roman"/>
          <w:szCs w:val="24"/>
          <w:lang w:val="ro-MD"/>
        </w:rPr>
        <w:t xml:space="preserve">protecția împotriva domeniilor nou înregistrate cu risc ridicat. </w:t>
      </w:r>
    </w:p>
    <w:p w14:paraId="1AC9CC75"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e) </w:t>
      </w:r>
      <w:proofErr w:type="spellStart"/>
      <w:r w:rsidRPr="00633886">
        <w:rPr>
          <w:rFonts w:cs="Times New Roman"/>
          <w:szCs w:val="24"/>
          <w:lang w:val="ro-MD"/>
        </w:rPr>
        <w:t>Application</w:t>
      </w:r>
      <w:proofErr w:type="spellEnd"/>
      <w:r w:rsidRPr="00633886">
        <w:rPr>
          <w:rFonts w:cs="Times New Roman"/>
          <w:szCs w:val="24"/>
          <w:lang w:val="ro-MD"/>
        </w:rPr>
        <w:t xml:space="preserve"> Control</w:t>
      </w:r>
    </w:p>
    <w:p w14:paraId="4AB551C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Serviciul trebuie să permită identificarea și controlul aplicațiilor indiferent de porturile utilizate.</w:t>
      </w:r>
    </w:p>
    <w:p w14:paraId="290E749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Trebuie să existe posibilitatea:</w:t>
      </w:r>
    </w:p>
    <w:p w14:paraId="2A9B9B06" w14:textId="77777777" w:rsidR="00324C53" w:rsidRPr="00633886" w:rsidRDefault="00324C53" w:rsidP="00324C53">
      <w:pPr>
        <w:numPr>
          <w:ilvl w:val="0"/>
          <w:numId w:val="22"/>
        </w:numPr>
        <w:spacing w:after="0"/>
        <w:jc w:val="both"/>
        <w:rPr>
          <w:rFonts w:cs="Times New Roman"/>
          <w:szCs w:val="24"/>
          <w:lang w:val="ro-MD"/>
        </w:rPr>
      </w:pPr>
      <w:r w:rsidRPr="00633886">
        <w:rPr>
          <w:rFonts w:cs="Times New Roman"/>
          <w:szCs w:val="24"/>
          <w:lang w:val="ro-MD"/>
        </w:rPr>
        <w:t xml:space="preserve">blocării aplicațiilor neautorizate; </w:t>
      </w:r>
    </w:p>
    <w:p w14:paraId="2E970AAD" w14:textId="77777777" w:rsidR="00324C53" w:rsidRPr="00633886" w:rsidRDefault="00324C53" w:rsidP="00324C53">
      <w:pPr>
        <w:numPr>
          <w:ilvl w:val="0"/>
          <w:numId w:val="22"/>
        </w:numPr>
        <w:spacing w:after="0"/>
        <w:jc w:val="both"/>
        <w:rPr>
          <w:rFonts w:cs="Times New Roman"/>
          <w:szCs w:val="24"/>
          <w:lang w:val="ro-MD"/>
        </w:rPr>
      </w:pPr>
      <w:r w:rsidRPr="00633886">
        <w:rPr>
          <w:rFonts w:cs="Times New Roman"/>
          <w:szCs w:val="24"/>
          <w:lang w:val="ro-MD"/>
        </w:rPr>
        <w:t xml:space="preserve">monitorizării aplicațiilor; </w:t>
      </w:r>
    </w:p>
    <w:p w14:paraId="73814BFC" w14:textId="77777777" w:rsidR="00324C53" w:rsidRPr="00633886" w:rsidRDefault="00324C53" w:rsidP="00324C53">
      <w:pPr>
        <w:numPr>
          <w:ilvl w:val="0"/>
          <w:numId w:val="22"/>
        </w:numPr>
        <w:spacing w:after="0"/>
        <w:jc w:val="both"/>
        <w:rPr>
          <w:rFonts w:cs="Times New Roman"/>
          <w:szCs w:val="24"/>
          <w:lang w:val="ro-MD"/>
        </w:rPr>
      </w:pPr>
      <w:r w:rsidRPr="00633886">
        <w:rPr>
          <w:rFonts w:cs="Times New Roman"/>
          <w:szCs w:val="24"/>
          <w:lang w:val="ro-MD"/>
        </w:rPr>
        <w:t xml:space="preserve">limitării aplicațiilor; </w:t>
      </w:r>
    </w:p>
    <w:p w14:paraId="424D0B24" w14:textId="77777777" w:rsidR="00324C53" w:rsidRPr="00633886" w:rsidRDefault="00324C53" w:rsidP="00324C53">
      <w:pPr>
        <w:numPr>
          <w:ilvl w:val="0"/>
          <w:numId w:val="22"/>
        </w:numPr>
        <w:spacing w:after="0"/>
        <w:jc w:val="both"/>
        <w:rPr>
          <w:rFonts w:cs="Times New Roman"/>
          <w:szCs w:val="24"/>
          <w:lang w:val="ro-MD"/>
        </w:rPr>
      </w:pPr>
      <w:r w:rsidRPr="00633886">
        <w:rPr>
          <w:rFonts w:cs="Times New Roman"/>
          <w:szCs w:val="24"/>
          <w:lang w:val="ro-MD"/>
        </w:rPr>
        <w:t xml:space="preserve">clasificării automate. </w:t>
      </w:r>
    </w:p>
    <w:p w14:paraId="20B14304"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f) IP </w:t>
      </w:r>
      <w:proofErr w:type="spellStart"/>
      <w:r w:rsidRPr="00633886">
        <w:rPr>
          <w:rFonts w:cs="Times New Roman"/>
          <w:szCs w:val="24"/>
          <w:lang w:val="ro-MD"/>
        </w:rPr>
        <w:t>Reputation</w:t>
      </w:r>
      <w:proofErr w:type="spellEnd"/>
    </w:p>
    <w:p w14:paraId="4B64A94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lastRenderedPageBreak/>
        <w:t>Serviciul trebuie să permită blocarea adreselor IP identificate ca:</w:t>
      </w:r>
    </w:p>
    <w:p w14:paraId="6FBDC9F3" w14:textId="77777777" w:rsidR="00324C53" w:rsidRPr="00633886" w:rsidRDefault="00324C53" w:rsidP="00324C53">
      <w:pPr>
        <w:numPr>
          <w:ilvl w:val="0"/>
          <w:numId w:val="23"/>
        </w:numPr>
        <w:spacing w:after="0"/>
        <w:jc w:val="both"/>
        <w:rPr>
          <w:rFonts w:cs="Times New Roman"/>
          <w:szCs w:val="24"/>
          <w:lang w:val="ro-MD"/>
        </w:rPr>
      </w:pPr>
      <w:proofErr w:type="spellStart"/>
      <w:r w:rsidRPr="00633886">
        <w:rPr>
          <w:rFonts w:cs="Times New Roman"/>
          <w:szCs w:val="24"/>
          <w:lang w:val="ro-MD"/>
        </w:rPr>
        <w:t>Botnet</w:t>
      </w:r>
      <w:proofErr w:type="spellEnd"/>
      <w:r w:rsidRPr="00633886">
        <w:rPr>
          <w:rFonts w:cs="Times New Roman"/>
          <w:szCs w:val="24"/>
          <w:lang w:val="ro-MD"/>
        </w:rPr>
        <w:t xml:space="preserve">; </w:t>
      </w:r>
    </w:p>
    <w:p w14:paraId="5EF956FA" w14:textId="77777777" w:rsidR="00324C53" w:rsidRPr="00633886" w:rsidRDefault="00324C53" w:rsidP="00324C53">
      <w:pPr>
        <w:numPr>
          <w:ilvl w:val="0"/>
          <w:numId w:val="23"/>
        </w:numPr>
        <w:spacing w:after="0"/>
        <w:jc w:val="both"/>
        <w:rPr>
          <w:rFonts w:cs="Times New Roman"/>
          <w:szCs w:val="24"/>
          <w:lang w:val="ro-MD"/>
        </w:rPr>
      </w:pPr>
      <w:r w:rsidRPr="00633886">
        <w:rPr>
          <w:rFonts w:cs="Times New Roman"/>
          <w:szCs w:val="24"/>
          <w:lang w:val="ro-MD"/>
        </w:rPr>
        <w:t xml:space="preserve">Spam; </w:t>
      </w:r>
    </w:p>
    <w:p w14:paraId="1E8A9DA6" w14:textId="77777777" w:rsidR="00324C53" w:rsidRPr="00633886" w:rsidRDefault="00324C53" w:rsidP="00324C53">
      <w:pPr>
        <w:numPr>
          <w:ilvl w:val="0"/>
          <w:numId w:val="23"/>
        </w:numPr>
        <w:spacing w:after="0"/>
        <w:jc w:val="both"/>
        <w:rPr>
          <w:rFonts w:cs="Times New Roman"/>
          <w:szCs w:val="24"/>
          <w:lang w:val="ro-MD"/>
        </w:rPr>
      </w:pPr>
      <w:r w:rsidRPr="00633886">
        <w:rPr>
          <w:rFonts w:cs="Times New Roman"/>
          <w:szCs w:val="24"/>
          <w:lang w:val="ro-MD"/>
        </w:rPr>
        <w:t xml:space="preserve">Malware; </w:t>
      </w:r>
    </w:p>
    <w:p w14:paraId="46CEA133" w14:textId="77777777" w:rsidR="00324C53" w:rsidRPr="00633886" w:rsidRDefault="00324C53" w:rsidP="00324C53">
      <w:pPr>
        <w:numPr>
          <w:ilvl w:val="0"/>
          <w:numId w:val="23"/>
        </w:numPr>
        <w:spacing w:after="0"/>
        <w:jc w:val="both"/>
        <w:rPr>
          <w:rFonts w:cs="Times New Roman"/>
          <w:szCs w:val="24"/>
          <w:lang w:val="ro-MD"/>
        </w:rPr>
      </w:pPr>
      <w:r w:rsidRPr="00633886">
        <w:rPr>
          <w:rFonts w:cs="Times New Roman"/>
          <w:szCs w:val="24"/>
          <w:lang w:val="ro-MD"/>
        </w:rPr>
        <w:t xml:space="preserve">Scanner; </w:t>
      </w:r>
    </w:p>
    <w:p w14:paraId="000B0EB4" w14:textId="77777777" w:rsidR="00324C53" w:rsidRPr="00633886" w:rsidRDefault="00324C53" w:rsidP="00324C53">
      <w:pPr>
        <w:numPr>
          <w:ilvl w:val="0"/>
          <w:numId w:val="23"/>
        </w:numPr>
        <w:spacing w:after="0"/>
        <w:jc w:val="both"/>
        <w:rPr>
          <w:rFonts w:cs="Times New Roman"/>
          <w:szCs w:val="24"/>
          <w:lang w:val="ro-MD"/>
        </w:rPr>
      </w:pPr>
      <w:r w:rsidRPr="00633886">
        <w:rPr>
          <w:rFonts w:cs="Times New Roman"/>
          <w:szCs w:val="24"/>
          <w:lang w:val="ro-MD"/>
        </w:rPr>
        <w:t xml:space="preserve">Proxy anonim; </w:t>
      </w:r>
    </w:p>
    <w:p w14:paraId="433FB574" w14:textId="77777777" w:rsidR="00324C53" w:rsidRPr="00633886" w:rsidRDefault="00324C53" w:rsidP="00324C53">
      <w:pPr>
        <w:numPr>
          <w:ilvl w:val="0"/>
          <w:numId w:val="23"/>
        </w:numPr>
        <w:spacing w:after="0"/>
        <w:jc w:val="both"/>
        <w:rPr>
          <w:rFonts w:cs="Times New Roman"/>
          <w:szCs w:val="24"/>
          <w:lang w:val="ro-MD"/>
        </w:rPr>
      </w:pPr>
      <w:proofErr w:type="spellStart"/>
      <w:r w:rsidRPr="00633886">
        <w:rPr>
          <w:rFonts w:cs="Times New Roman"/>
          <w:szCs w:val="24"/>
          <w:lang w:val="ro-MD"/>
        </w:rPr>
        <w:t>Command</w:t>
      </w:r>
      <w:proofErr w:type="spellEnd"/>
      <w:r w:rsidRPr="00633886">
        <w:rPr>
          <w:rFonts w:cs="Times New Roman"/>
          <w:szCs w:val="24"/>
          <w:lang w:val="ro-MD"/>
        </w:rPr>
        <w:t xml:space="preserve"> &amp; Control. </w:t>
      </w:r>
    </w:p>
    <w:p w14:paraId="7E210778"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g) </w:t>
      </w:r>
      <w:proofErr w:type="spellStart"/>
      <w:r w:rsidRPr="00633886">
        <w:rPr>
          <w:rFonts w:cs="Times New Roman"/>
          <w:szCs w:val="24"/>
          <w:lang w:val="ro-MD"/>
        </w:rPr>
        <w:t>Botnet</w:t>
      </w:r>
      <w:proofErr w:type="spellEnd"/>
      <w:r w:rsidRPr="00633886">
        <w:rPr>
          <w:rFonts w:cs="Times New Roman"/>
          <w:szCs w:val="24"/>
          <w:lang w:val="ro-MD"/>
        </w:rPr>
        <w:t xml:space="preserve"> </w:t>
      </w:r>
      <w:proofErr w:type="spellStart"/>
      <w:r w:rsidRPr="00633886">
        <w:rPr>
          <w:rFonts w:cs="Times New Roman"/>
          <w:szCs w:val="24"/>
          <w:lang w:val="ro-MD"/>
        </w:rPr>
        <w:t>Protection</w:t>
      </w:r>
      <w:proofErr w:type="spellEnd"/>
    </w:p>
    <w:p w14:paraId="5428766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Trebuie să permită detectarea și blocarea comunicațiilor către infrastructuri </w:t>
      </w:r>
      <w:proofErr w:type="spellStart"/>
      <w:r w:rsidRPr="00633886">
        <w:rPr>
          <w:rFonts w:cs="Times New Roman"/>
          <w:szCs w:val="24"/>
          <w:lang w:val="ro-MD"/>
        </w:rPr>
        <w:t>Botnet</w:t>
      </w:r>
      <w:proofErr w:type="spellEnd"/>
      <w:r w:rsidRPr="00633886">
        <w:rPr>
          <w:rFonts w:cs="Times New Roman"/>
          <w:szCs w:val="24"/>
          <w:lang w:val="ro-MD"/>
        </w:rPr>
        <w:t>.</w:t>
      </w:r>
    </w:p>
    <w:p w14:paraId="2F528E1B"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h) </w:t>
      </w:r>
      <w:proofErr w:type="spellStart"/>
      <w:r w:rsidRPr="00633886">
        <w:rPr>
          <w:rFonts w:cs="Times New Roman"/>
          <w:szCs w:val="24"/>
          <w:lang w:val="ro-MD"/>
        </w:rPr>
        <w:t>Outbreak</w:t>
      </w:r>
      <w:proofErr w:type="spellEnd"/>
      <w:r w:rsidRPr="00633886">
        <w:rPr>
          <w:rFonts w:cs="Times New Roman"/>
          <w:szCs w:val="24"/>
          <w:lang w:val="ro-MD"/>
        </w:rPr>
        <w:t xml:space="preserve"> </w:t>
      </w:r>
      <w:proofErr w:type="spellStart"/>
      <w:r w:rsidRPr="00633886">
        <w:rPr>
          <w:rFonts w:cs="Times New Roman"/>
          <w:szCs w:val="24"/>
          <w:lang w:val="ro-MD"/>
        </w:rPr>
        <w:t>Protection</w:t>
      </w:r>
      <w:proofErr w:type="spellEnd"/>
    </w:p>
    <w:p w14:paraId="0D2268F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Trebuie să permită protecția împotriva amenințărilor nou apărute înainte de actualizarea completă a semnăturilor.</w:t>
      </w:r>
    </w:p>
    <w:p w14:paraId="7C22A12D"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i) </w:t>
      </w:r>
      <w:proofErr w:type="spellStart"/>
      <w:r w:rsidRPr="00633886">
        <w:rPr>
          <w:rFonts w:cs="Times New Roman"/>
          <w:szCs w:val="24"/>
          <w:lang w:val="ro-MD"/>
        </w:rPr>
        <w:t>Vulnerability</w:t>
      </w:r>
      <w:proofErr w:type="spellEnd"/>
      <w:r w:rsidRPr="00633886">
        <w:rPr>
          <w:rFonts w:cs="Times New Roman"/>
          <w:szCs w:val="24"/>
          <w:lang w:val="ro-MD"/>
        </w:rPr>
        <w:t xml:space="preserve"> </w:t>
      </w:r>
      <w:proofErr w:type="spellStart"/>
      <w:r w:rsidRPr="00633886">
        <w:rPr>
          <w:rFonts w:cs="Times New Roman"/>
          <w:szCs w:val="24"/>
          <w:lang w:val="ro-MD"/>
        </w:rPr>
        <w:t>Protection</w:t>
      </w:r>
      <w:proofErr w:type="spellEnd"/>
    </w:p>
    <w:p w14:paraId="578E316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Actualizarea permanentă a bazelor de date privind vulnerabilitățile cunoscute (CVE).</w:t>
      </w:r>
    </w:p>
    <w:p w14:paraId="050B535B"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j) </w:t>
      </w:r>
      <w:proofErr w:type="spellStart"/>
      <w:r w:rsidRPr="00633886">
        <w:rPr>
          <w:rFonts w:cs="Times New Roman"/>
          <w:szCs w:val="24"/>
          <w:lang w:val="ro-MD"/>
        </w:rPr>
        <w:t>FortiSandbox</w:t>
      </w:r>
      <w:proofErr w:type="spellEnd"/>
      <w:r w:rsidRPr="00633886">
        <w:rPr>
          <w:rFonts w:cs="Times New Roman"/>
          <w:szCs w:val="24"/>
          <w:lang w:val="ro-MD"/>
        </w:rPr>
        <w:t xml:space="preserve"> </w:t>
      </w:r>
      <w:proofErr w:type="spellStart"/>
      <w:r w:rsidRPr="00633886">
        <w:rPr>
          <w:rFonts w:cs="Times New Roman"/>
          <w:szCs w:val="24"/>
          <w:lang w:val="ro-MD"/>
        </w:rPr>
        <w:t>Cloud</w:t>
      </w:r>
      <w:proofErr w:type="spellEnd"/>
      <w:r w:rsidRPr="00633886">
        <w:rPr>
          <w:rFonts w:cs="Times New Roman"/>
          <w:szCs w:val="24"/>
          <w:lang w:val="ro-MD"/>
        </w:rPr>
        <w:t xml:space="preserve"> (dacă este licențiat)</w:t>
      </w:r>
    </w:p>
    <w:p w14:paraId="1E899058"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Trebuie să permită analiza comportamentală a fișierelor suspecte în mediul </w:t>
      </w:r>
      <w:proofErr w:type="spellStart"/>
      <w:r w:rsidRPr="00633886">
        <w:rPr>
          <w:rFonts w:cs="Times New Roman"/>
          <w:szCs w:val="24"/>
          <w:lang w:val="ro-MD"/>
        </w:rPr>
        <w:t>cloud</w:t>
      </w:r>
      <w:proofErr w:type="spellEnd"/>
      <w:r w:rsidRPr="00633886">
        <w:rPr>
          <w:rFonts w:cs="Times New Roman"/>
          <w:szCs w:val="24"/>
          <w:lang w:val="ro-MD"/>
        </w:rPr>
        <w:t xml:space="preserve"> al producătorului.</w:t>
      </w:r>
    </w:p>
    <w:p w14:paraId="1E7341FC"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k) </w:t>
      </w:r>
      <w:proofErr w:type="spellStart"/>
      <w:r w:rsidRPr="00633886">
        <w:rPr>
          <w:rFonts w:cs="Times New Roman"/>
          <w:szCs w:val="24"/>
          <w:lang w:val="ro-MD"/>
        </w:rPr>
        <w:t>Security</w:t>
      </w:r>
      <w:proofErr w:type="spellEnd"/>
      <w:r w:rsidRPr="00633886">
        <w:rPr>
          <w:rFonts w:cs="Times New Roman"/>
          <w:szCs w:val="24"/>
          <w:lang w:val="ro-MD"/>
        </w:rPr>
        <w:t xml:space="preserve"> Rating</w:t>
      </w:r>
    </w:p>
    <w:p w14:paraId="46B714F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Trebuie să permită evaluarea configurației echipamentelor și identificarea neconformităților privind bunele practici de securitate.</w:t>
      </w:r>
    </w:p>
    <w:p w14:paraId="78AD5A2B" w14:textId="77777777" w:rsidR="00324C53" w:rsidRPr="00633886" w:rsidRDefault="00324C53" w:rsidP="00324C53">
      <w:pPr>
        <w:spacing w:after="0"/>
        <w:jc w:val="both"/>
        <w:rPr>
          <w:rFonts w:cs="Times New Roman"/>
          <w:szCs w:val="24"/>
          <w:lang w:val="ro-MD"/>
        </w:rPr>
      </w:pPr>
    </w:p>
    <w:p w14:paraId="2D69142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6.3 Actualizări </w:t>
      </w:r>
      <w:proofErr w:type="spellStart"/>
      <w:r w:rsidRPr="00633886">
        <w:rPr>
          <w:rFonts w:cs="Times New Roman"/>
          <w:szCs w:val="24"/>
          <w:lang w:val="ro-MD"/>
        </w:rPr>
        <w:t>FortiGuard</w:t>
      </w:r>
      <w:proofErr w:type="spellEnd"/>
    </w:p>
    <w:p w14:paraId="3337628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asigura acces permanent la:</w:t>
      </w:r>
    </w:p>
    <w:p w14:paraId="6ECAC122" w14:textId="77777777" w:rsidR="00324C53" w:rsidRPr="00633886" w:rsidRDefault="00324C53" w:rsidP="00324C53">
      <w:pPr>
        <w:numPr>
          <w:ilvl w:val="0"/>
          <w:numId w:val="24"/>
        </w:numPr>
        <w:spacing w:after="0"/>
        <w:jc w:val="both"/>
        <w:rPr>
          <w:rFonts w:cs="Times New Roman"/>
          <w:szCs w:val="24"/>
          <w:lang w:val="ro-MD"/>
        </w:rPr>
      </w:pPr>
      <w:r w:rsidRPr="00633886">
        <w:rPr>
          <w:rFonts w:cs="Times New Roman"/>
          <w:szCs w:val="24"/>
          <w:lang w:val="ro-MD"/>
        </w:rPr>
        <w:t xml:space="preserve">Antivirus </w:t>
      </w:r>
      <w:proofErr w:type="spellStart"/>
      <w:r w:rsidRPr="00633886">
        <w:rPr>
          <w:rFonts w:cs="Times New Roman"/>
          <w:szCs w:val="24"/>
          <w:lang w:val="ro-MD"/>
        </w:rPr>
        <w:t>Definitions</w:t>
      </w:r>
      <w:proofErr w:type="spellEnd"/>
      <w:r w:rsidRPr="00633886">
        <w:rPr>
          <w:rFonts w:cs="Times New Roman"/>
          <w:szCs w:val="24"/>
          <w:lang w:val="ro-MD"/>
        </w:rPr>
        <w:t xml:space="preserve">; </w:t>
      </w:r>
    </w:p>
    <w:p w14:paraId="7360201F" w14:textId="77777777" w:rsidR="00324C53" w:rsidRPr="00633886" w:rsidRDefault="00324C53" w:rsidP="00324C53">
      <w:pPr>
        <w:numPr>
          <w:ilvl w:val="0"/>
          <w:numId w:val="24"/>
        </w:numPr>
        <w:spacing w:after="0"/>
        <w:jc w:val="both"/>
        <w:rPr>
          <w:rFonts w:cs="Times New Roman"/>
          <w:szCs w:val="24"/>
          <w:lang w:val="ro-MD"/>
        </w:rPr>
      </w:pPr>
      <w:r w:rsidRPr="00633886">
        <w:rPr>
          <w:rFonts w:cs="Times New Roman"/>
          <w:szCs w:val="24"/>
          <w:lang w:val="ro-MD"/>
        </w:rPr>
        <w:t xml:space="preserve">IPS </w:t>
      </w:r>
      <w:proofErr w:type="spellStart"/>
      <w:r w:rsidRPr="00633886">
        <w:rPr>
          <w:rFonts w:cs="Times New Roman"/>
          <w:szCs w:val="24"/>
          <w:lang w:val="ro-MD"/>
        </w:rPr>
        <w:t>Signatures</w:t>
      </w:r>
      <w:proofErr w:type="spellEnd"/>
      <w:r w:rsidRPr="00633886">
        <w:rPr>
          <w:rFonts w:cs="Times New Roman"/>
          <w:szCs w:val="24"/>
          <w:lang w:val="ro-MD"/>
        </w:rPr>
        <w:t xml:space="preserve">; </w:t>
      </w:r>
    </w:p>
    <w:p w14:paraId="49BD3F52" w14:textId="77777777" w:rsidR="00324C53" w:rsidRPr="00633886" w:rsidRDefault="00324C53" w:rsidP="00324C53">
      <w:pPr>
        <w:numPr>
          <w:ilvl w:val="0"/>
          <w:numId w:val="24"/>
        </w:numPr>
        <w:spacing w:after="0"/>
        <w:jc w:val="both"/>
        <w:rPr>
          <w:rFonts w:cs="Times New Roman"/>
          <w:szCs w:val="24"/>
          <w:lang w:val="ro-MD"/>
        </w:rPr>
      </w:pPr>
      <w:r w:rsidRPr="00633886">
        <w:rPr>
          <w:rFonts w:cs="Times New Roman"/>
          <w:szCs w:val="24"/>
          <w:lang w:val="ro-MD"/>
        </w:rPr>
        <w:t xml:space="preserve">Web </w:t>
      </w:r>
      <w:proofErr w:type="spellStart"/>
      <w:r w:rsidRPr="00633886">
        <w:rPr>
          <w:rFonts w:cs="Times New Roman"/>
          <w:szCs w:val="24"/>
          <w:lang w:val="ro-MD"/>
        </w:rPr>
        <w:t>Filter</w:t>
      </w:r>
      <w:proofErr w:type="spellEnd"/>
      <w:r w:rsidRPr="00633886">
        <w:rPr>
          <w:rFonts w:cs="Times New Roman"/>
          <w:szCs w:val="24"/>
          <w:lang w:val="ro-MD"/>
        </w:rPr>
        <w:t xml:space="preserve"> </w:t>
      </w:r>
      <w:proofErr w:type="spellStart"/>
      <w:r w:rsidRPr="00633886">
        <w:rPr>
          <w:rFonts w:cs="Times New Roman"/>
          <w:szCs w:val="24"/>
          <w:lang w:val="ro-MD"/>
        </w:rPr>
        <w:t>Database</w:t>
      </w:r>
      <w:proofErr w:type="spellEnd"/>
      <w:r w:rsidRPr="00633886">
        <w:rPr>
          <w:rFonts w:cs="Times New Roman"/>
          <w:szCs w:val="24"/>
          <w:lang w:val="ro-MD"/>
        </w:rPr>
        <w:t xml:space="preserve">; </w:t>
      </w:r>
    </w:p>
    <w:p w14:paraId="7C330294" w14:textId="77777777" w:rsidR="00324C53" w:rsidRPr="00633886" w:rsidRDefault="00324C53" w:rsidP="00324C53">
      <w:pPr>
        <w:numPr>
          <w:ilvl w:val="0"/>
          <w:numId w:val="24"/>
        </w:numPr>
        <w:spacing w:after="0"/>
        <w:jc w:val="both"/>
        <w:rPr>
          <w:rFonts w:cs="Times New Roman"/>
          <w:szCs w:val="24"/>
          <w:lang w:val="ro-MD"/>
        </w:rPr>
      </w:pPr>
      <w:r w:rsidRPr="00633886">
        <w:rPr>
          <w:rFonts w:cs="Times New Roman"/>
          <w:szCs w:val="24"/>
          <w:lang w:val="ro-MD"/>
        </w:rPr>
        <w:t xml:space="preserve">DNS </w:t>
      </w:r>
      <w:proofErr w:type="spellStart"/>
      <w:r w:rsidRPr="00633886">
        <w:rPr>
          <w:rFonts w:cs="Times New Roman"/>
          <w:szCs w:val="24"/>
          <w:lang w:val="ro-MD"/>
        </w:rPr>
        <w:t>Database</w:t>
      </w:r>
      <w:proofErr w:type="spellEnd"/>
      <w:r w:rsidRPr="00633886">
        <w:rPr>
          <w:rFonts w:cs="Times New Roman"/>
          <w:szCs w:val="24"/>
          <w:lang w:val="ro-MD"/>
        </w:rPr>
        <w:t xml:space="preserve">; </w:t>
      </w:r>
    </w:p>
    <w:p w14:paraId="4BF6E725" w14:textId="77777777" w:rsidR="00324C53" w:rsidRPr="00633886" w:rsidRDefault="00324C53" w:rsidP="00324C53">
      <w:pPr>
        <w:numPr>
          <w:ilvl w:val="0"/>
          <w:numId w:val="24"/>
        </w:numPr>
        <w:spacing w:after="0"/>
        <w:jc w:val="both"/>
        <w:rPr>
          <w:rFonts w:cs="Times New Roman"/>
          <w:szCs w:val="24"/>
          <w:lang w:val="ro-MD"/>
        </w:rPr>
      </w:pPr>
      <w:proofErr w:type="spellStart"/>
      <w:r w:rsidRPr="00633886">
        <w:rPr>
          <w:rFonts w:cs="Times New Roman"/>
          <w:szCs w:val="24"/>
          <w:lang w:val="ro-MD"/>
        </w:rPr>
        <w:t>Application</w:t>
      </w:r>
      <w:proofErr w:type="spellEnd"/>
      <w:r w:rsidRPr="00633886">
        <w:rPr>
          <w:rFonts w:cs="Times New Roman"/>
          <w:szCs w:val="24"/>
          <w:lang w:val="ro-MD"/>
        </w:rPr>
        <w:t xml:space="preserve"> </w:t>
      </w:r>
      <w:proofErr w:type="spellStart"/>
      <w:r w:rsidRPr="00633886">
        <w:rPr>
          <w:rFonts w:cs="Times New Roman"/>
          <w:szCs w:val="24"/>
          <w:lang w:val="ro-MD"/>
        </w:rPr>
        <w:t>Signatures</w:t>
      </w:r>
      <w:proofErr w:type="spellEnd"/>
      <w:r w:rsidRPr="00633886">
        <w:rPr>
          <w:rFonts w:cs="Times New Roman"/>
          <w:szCs w:val="24"/>
          <w:lang w:val="ro-MD"/>
        </w:rPr>
        <w:t xml:space="preserve">; </w:t>
      </w:r>
    </w:p>
    <w:p w14:paraId="5A0E4830" w14:textId="77777777" w:rsidR="00324C53" w:rsidRPr="00633886" w:rsidRDefault="00324C53" w:rsidP="00324C53">
      <w:pPr>
        <w:numPr>
          <w:ilvl w:val="0"/>
          <w:numId w:val="24"/>
        </w:numPr>
        <w:spacing w:after="0"/>
        <w:jc w:val="both"/>
        <w:rPr>
          <w:rFonts w:cs="Times New Roman"/>
          <w:szCs w:val="24"/>
          <w:lang w:val="ro-MD"/>
        </w:rPr>
      </w:pPr>
      <w:r w:rsidRPr="00633886">
        <w:rPr>
          <w:rFonts w:cs="Times New Roman"/>
          <w:szCs w:val="24"/>
          <w:lang w:val="ro-MD"/>
        </w:rPr>
        <w:t xml:space="preserve">Industrial </w:t>
      </w:r>
      <w:proofErr w:type="spellStart"/>
      <w:r w:rsidRPr="00633886">
        <w:rPr>
          <w:rFonts w:cs="Times New Roman"/>
          <w:szCs w:val="24"/>
          <w:lang w:val="ro-MD"/>
        </w:rPr>
        <w:t>Signatures</w:t>
      </w:r>
      <w:proofErr w:type="spellEnd"/>
      <w:r w:rsidRPr="00633886">
        <w:rPr>
          <w:rFonts w:cs="Times New Roman"/>
          <w:szCs w:val="24"/>
          <w:lang w:val="ro-MD"/>
        </w:rPr>
        <w:t xml:space="preserve">; </w:t>
      </w:r>
    </w:p>
    <w:p w14:paraId="70F439CB" w14:textId="77777777" w:rsidR="00324C53" w:rsidRPr="00633886" w:rsidRDefault="00324C53" w:rsidP="00324C53">
      <w:pPr>
        <w:numPr>
          <w:ilvl w:val="0"/>
          <w:numId w:val="24"/>
        </w:numPr>
        <w:spacing w:after="0"/>
        <w:jc w:val="both"/>
        <w:rPr>
          <w:rFonts w:cs="Times New Roman"/>
          <w:szCs w:val="24"/>
          <w:lang w:val="ro-MD"/>
        </w:rPr>
      </w:pPr>
      <w:proofErr w:type="spellStart"/>
      <w:r w:rsidRPr="00633886">
        <w:rPr>
          <w:rFonts w:cs="Times New Roman"/>
          <w:szCs w:val="24"/>
          <w:lang w:val="ro-MD"/>
        </w:rPr>
        <w:t>IoT</w:t>
      </w:r>
      <w:proofErr w:type="spellEnd"/>
      <w:r w:rsidRPr="00633886">
        <w:rPr>
          <w:rFonts w:cs="Times New Roman"/>
          <w:szCs w:val="24"/>
          <w:lang w:val="ro-MD"/>
        </w:rPr>
        <w:t xml:space="preserve"> </w:t>
      </w:r>
      <w:proofErr w:type="spellStart"/>
      <w:r w:rsidRPr="00633886">
        <w:rPr>
          <w:rFonts w:cs="Times New Roman"/>
          <w:szCs w:val="24"/>
          <w:lang w:val="ro-MD"/>
        </w:rPr>
        <w:t>Database</w:t>
      </w:r>
      <w:proofErr w:type="spellEnd"/>
      <w:r w:rsidRPr="00633886">
        <w:rPr>
          <w:rFonts w:cs="Times New Roman"/>
          <w:szCs w:val="24"/>
          <w:lang w:val="ro-MD"/>
        </w:rPr>
        <w:t xml:space="preserve">; </w:t>
      </w:r>
    </w:p>
    <w:p w14:paraId="645A1136" w14:textId="77777777" w:rsidR="00324C53" w:rsidRPr="00633886" w:rsidRDefault="00324C53" w:rsidP="00324C53">
      <w:pPr>
        <w:numPr>
          <w:ilvl w:val="0"/>
          <w:numId w:val="24"/>
        </w:numPr>
        <w:spacing w:after="0"/>
        <w:jc w:val="both"/>
        <w:rPr>
          <w:rFonts w:cs="Times New Roman"/>
          <w:szCs w:val="24"/>
          <w:lang w:val="ro-MD"/>
        </w:rPr>
      </w:pPr>
      <w:proofErr w:type="spellStart"/>
      <w:r w:rsidRPr="00633886">
        <w:rPr>
          <w:rFonts w:cs="Times New Roman"/>
          <w:szCs w:val="24"/>
          <w:lang w:val="ro-MD"/>
        </w:rPr>
        <w:t>Vulnerability</w:t>
      </w:r>
      <w:proofErr w:type="spellEnd"/>
      <w:r w:rsidRPr="00633886">
        <w:rPr>
          <w:rFonts w:cs="Times New Roman"/>
          <w:szCs w:val="24"/>
          <w:lang w:val="ro-MD"/>
        </w:rPr>
        <w:t xml:space="preserve"> </w:t>
      </w:r>
      <w:proofErr w:type="spellStart"/>
      <w:r w:rsidRPr="00633886">
        <w:rPr>
          <w:rFonts w:cs="Times New Roman"/>
          <w:szCs w:val="24"/>
          <w:lang w:val="ro-MD"/>
        </w:rPr>
        <w:t>Database</w:t>
      </w:r>
      <w:proofErr w:type="spellEnd"/>
      <w:r w:rsidRPr="00633886">
        <w:rPr>
          <w:rFonts w:cs="Times New Roman"/>
          <w:szCs w:val="24"/>
          <w:lang w:val="ro-MD"/>
        </w:rPr>
        <w:t xml:space="preserve">; </w:t>
      </w:r>
    </w:p>
    <w:p w14:paraId="6E53372E" w14:textId="77777777" w:rsidR="00324C53" w:rsidRPr="00633886" w:rsidRDefault="00324C53" w:rsidP="00324C53">
      <w:pPr>
        <w:numPr>
          <w:ilvl w:val="0"/>
          <w:numId w:val="24"/>
        </w:numPr>
        <w:spacing w:after="0"/>
        <w:jc w:val="both"/>
        <w:rPr>
          <w:rFonts w:cs="Times New Roman"/>
          <w:szCs w:val="24"/>
          <w:lang w:val="ro-MD"/>
        </w:rPr>
      </w:pPr>
      <w:proofErr w:type="spellStart"/>
      <w:r w:rsidRPr="00633886">
        <w:rPr>
          <w:rFonts w:cs="Times New Roman"/>
          <w:szCs w:val="24"/>
          <w:lang w:val="ro-MD"/>
        </w:rPr>
        <w:t>Security</w:t>
      </w:r>
      <w:proofErr w:type="spellEnd"/>
      <w:r w:rsidRPr="00633886">
        <w:rPr>
          <w:rFonts w:cs="Times New Roman"/>
          <w:szCs w:val="24"/>
          <w:lang w:val="ro-MD"/>
        </w:rPr>
        <w:t xml:space="preserve"> </w:t>
      </w:r>
      <w:proofErr w:type="spellStart"/>
      <w:r w:rsidRPr="00633886">
        <w:rPr>
          <w:rFonts w:cs="Times New Roman"/>
          <w:szCs w:val="24"/>
          <w:lang w:val="ro-MD"/>
        </w:rPr>
        <w:t>Advisories</w:t>
      </w:r>
      <w:proofErr w:type="spellEnd"/>
      <w:r w:rsidRPr="00633886">
        <w:rPr>
          <w:rFonts w:cs="Times New Roman"/>
          <w:szCs w:val="24"/>
          <w:lang w:val="ro-MD"/>
        </w:rPr>
        <w:t xml:space="preserve">; </w:t>
      </w:r>
    </w:p>
    <w:p w14:paraId="0978D580" w14:textId="77777777" w:rsidR="00324C53" w:rsidRPr="00633886" w:rsidRDefault="00324C53" w:rsidP="00324C53">
      <w:pPr>
        <w:numPr>
          <w:ilvl w:val="0"/>
          <w:numId w:val="24"/>
        </w:numPr>
        <w:spacing w:after="0"/>
        <w:jc w:val="both"/>
        <w:rPr>
          <w:rFonts w:cs="Times New Roman"/>
          <w:szCs w:val="24"/>
          <w:lang w:val="ro-MD"/>
        </w:rPr>
      </w:pPr>
      <w:proofErr w:type="spellStart"/>
      <w:r w:rsidRPr="00633886">
        <w:rPr>
          <w:rFonts w:cs="Times New Roman"/>
          <w:szCs w:val="24"/>
          <w:lang w:val="ro-MD"/>
        </w:rPr>
        <w:t>Threat</w:t>
      </w:r>
      <w:proofErr w:type="spellEnd"/>
      <w:r w:rsidRPr="00633886">
        <w:rPr>
          <w:rFonts w:cs="Times New Roman"/>
          <w:szCs w:val="24"/>
          <w:lang w:val="ro-MD"/>
        </w:rPr>
        <w:t xml:space="preserve"> Intelligence; </w:t>
      </w:r>
    </w:p>
    <w:p w14:paraId="7BA357A7" w14:textId="77777777" w:rsidR="00324C53" w:rsidRPr="00633886" w:rsidRDefault="00324C53" w:rsidP="00324C53">
      <w:pPr>
        <w:numPr>
          <w:ilvl w:val="0"/>
          <w:numId w:val="24"/>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Global </w:t>
      </w:r>
      <w:proofErr w:type="spellStart"/>
      <w:r w:rsidRPr="00633886">
        <w:rPr>
          <w:rFonts w:cs="Times New Roman"/>
          <w:szCs w:val="24"/>
          <w:lang w:val="ro-MD"/>
        </w:rPr>
        <w:t>Threat</w:t>
      </w:r>
      <w:proofErr w:type="spellEnd"/>
      <w:r w:rsidRPr="00633886">
        <w:rPr>
          <w:rFonts w:cs="Times New Roman"/>
          <w:szCs w:val="24"/>
          <w:lang w:val="ro-MD"/>
        </w:rPr>
        <w:t xml:space="preserve"> </w:t>
      </w:r>
      <w:proofErr w:type="spellStart"/>
      <w:r w:rsidRPr="00633886">
        <w:rPr>
          <w:rFonts w:cs="Times New Roman"/>
          <w:szCs w:val="24"/>
          <w:lang w:val="ro-MD"/>
        </w:rPr>
        <w:t>Network</w:t>
      </w:r>
      <w:proofErr w:type="spellEnd"/>
      <w:r w:rsidRPr="00633886">
        <w:rPr>
          <w:rFonts w:cs="Times New Roman"/>
          <w:szCs w:val="24"/>
          <w:lang w:val="ro-MD"/>
        </w:rPr>
        <w:t xml:space="preserve">. </w:t>
      </w:r>
    </w:p>
    <w:p w14:paraId="44669ECC"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Actualizările trebuie să fie disponibile imediat după publicarea lor de către producător.</w:t>
      </w:r>
    </w:p>
    <w:p w14:paraId="2FE6DF23" w14:textId="77777777" w:rsidR="00324C53" w:rsidRPr="00633886" w:rsidRDefault="00324C53" w:rsidP="00324C53">
      <w:pPr>
        <w:spacing w:after="0"/>
        <w:jc w:val="both"/>
        <w:rPr>
          <w:rFonts w:cs="Times New Roman"/>
          <w:szCs w:val="24"/>
          <w:lang w:val="ro-MD"/>
        </w:rPr>
      </w:pPr>
    </w:p>
    <w:p w14:paraId="0EC5986D"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7. CERINȚE PRIVIND SERVICIILE FORTICARE</w:t>
      </w:r>
    </w:p>
    <w:p w14:paraId="4D755108"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7.1 Cerințe generale</w:t>
      </w:r>
    </w:p>
    <w:p w14:paraId="28B28C08"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Prestatorul va asigura reînnoirea serviciilor </w:t>
      </w:r>
      <w:proofErr w:type="spellStart"/>
      <w:r w:rsidRPr="00633886">
        <w:rPr>
          <w:rFonts w:cs="Times New Roman"/>
          <w:szCs w:val="24"/>
          <w:lang w:val="ro-MD"/>
        </w:rPr>
        <w:t>FortiCare</w:t>
      </w:r>
      <w:proofErr w:type="spellEnd"/>
      <w:r w:rsidRPr="00633886">
        <w:rPr>
          <w:rFonts w:cs="Times New Roman"/>
          <w:szCs w:val="24"/>
          <w:lang w:val="ro-MD"/>
        </w:rPr>
        <w:t xml:space="preserve"> pentru toate echipamentele incluse în contract.</w:t>
      </w:r>
    </w:p>
    <w:p w14:paraId="64B2C68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Serviciile trebuie activate pe întreaga perioadă contractuală și trebuie să permită ANSP accesul la toate funcționalitățile oferite de producător pentru nivelul de suport licențiat.</w:t>
      </w:r>
    </w:p>
    <w:p w14:paraId="39761429" w14:textId="77777777" w:rsidR="00324C53" w:rsidRPr="00633886" w:rsidRDefault="00324C53" w:rsidP="00324C53">
      <w:pPr>
        <w:spacing w:after="0"/>
        <w:jc w:val="both"/>
        <w:rPr>
          <w:rFonts w:cs="Times New Roman"/>
          <w:szCs w:val="24"/>
          <w:lang w:val="ro-MD"/>
        </w:rPr>
      </w:pPr>
    </w:p>
    <w:p w14:paraId="01F045C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7.2 Suport tehnic</w:t>
      </w:r>
    </w:p>
    <w:p w14:paraId="79B2D2A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Serviciile </w:t>
      </w:r>
      <w:proofErr w:type="spellStart"/>
      <w:r w:rsidRPr="00633886">
        <w:rPr>
          <w:rFonts w:cs="Times New Roman"/>
          <w:szCs w:val="24"/>
          <w:lang w:val="ro-MD"/>
        </w:rPr>
        <w:t>FortiCare</w:t>
      </w:r>
      <w:proofErr w:type="spellEnd"/>
      <w:r w:rsidRPr="00633886">
        <w:rPr>
          <w:rFonts w:cs="Times New Roman"/>
          <w:szCs w:val="24"/>
          <w:lang w:val="ro-MD"/>
        </w:rPr>
        <w:t xml:space="preserve"> trebuie să includă cel puțin:</w:t>
      </w:r>
    </w:p>
    <w:p w14:paraId="5C48B400"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portalul oficial </w:t>
      </w:r>
      <w:proofErr w:type="spellStart"/>
      <w:r w:rsidRPr="00633886">
        <w:rPr>
          <w:rFonts w:cs="Times New Roman"/>
          <w:szCs w:val="24"/>
          <w:lang w:val="ro-MD"/>
        </w:rPr>
        <w:t>Fortinet</w:t>
      </w:r>
      <w:proofErr w:type="spellEnd"/>
      <w:r w:rsidRPr="00633886">
        <w:rPr>
          <w:rFonts w:cs="Times New Roman"/>
          <w:szCs w:val="24"/>
          <w:lang w:val="ro-MD"/>
        </w:rPr>
        <w:t xml:space="preserve"> </w:t>
      </w:r>
      <w:proofErr w:type="spellStart"/>
      <w:r w:rsidRPr="00633886">
        <w:rPr>
          <w:rFonts w:cs="Times New Roman"/>
          <w:szCs w:val="24"/>
          <w:lang w:val="ro-MD"/>
        </w:rPr>
        <w:t>Support</w:t>
      </w:r>
      <w:proofErr w:type="spellEnd"/>
      <w:r w:rsidRPr="00633886">
        <w:rPr>
          <w:rFonts w:cs="Times New Roman"/>
          <w:szCs w:val="24"/>
          <w:lang w:val="ro-MD"/>
        </w:rPr>
        <w:t xml:space="preserve">; </w:t>
      </w:r>
    </w:p>
    <w:p w14:paraId="6C2E58A9"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deschiderea tichetelor tehnice; </w:t>
      </w:r>
    </w:p>
    <w:p w14:paraId="490C447A"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lastRenderedPageBreak/>
        <w:t xml:space="preserve">urmărirea tichetelor; </w:t>
      </w:r>
    </w:p>
    <w:p w14:paraId="76ABEA89"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documentația oficială; </w:t>
      </w:r>
    </w:p>
    <w:p w14:paraId="3C519164"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Knowledge</w:t>
      </w:r>
      <w:proofErr w:type="spellEnd"/>
      <w:r w:rsidRPr="00633886">
        <w:rPr>
          <w:rFonts w:cs="Times New Roman"/>
          <w:szCs w:val="24"/>
          <w:lang w:val="ro-MD"/>
        </w:rPr>
        <w:t xml:space="preserve"> </w:t>
      </w:r>
      <w:proofErr w:type="spellStart"/>
      <w:r w:rsidRPr="00633886">
        <w:rPr>
          <w:rFonts w:cs="Times New Roman"/>
          <w:szCs w:val="24"/>
          <w:lang w:val="ro-MD"/>
        </w:rPr>
        <w:t>Base</w:t>
      </w:r>
      <w:proofErr w:type="spellEnd"/>
      <w:r w:rsidRPr="00633886">
        <w:rPr>
          <w:rFonts w:cs="Times New Roman"/>
          <w:szCs w:val="24"/>
          <w:lang w:val="ro-MD"/>
        </w:rPr>
        <w:t xml:space="preserve">; </w:t>
      </w:r>
    </w:p>
    <w:p w14:paraId="20437A7A"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Security</w:t>
      </w:r>
      <w:proofErr w:type="spellEnd"/>
      <w:r w:rsidRPr="00633886">
        <w:rPr>
          <w:rFonts w:cs="Times New Roman"/>
          <w:szCs w:val="24"/>
          <w:lang w:val="ro-MD"/>
        </w:rPr>
        <w:t xml:space="preserve"> </w:t>
      </w:r>
      <w:proofErr w:type="spellStart"/>
      <w:r w:rsidRPr="00633886">
        <w:rPr>
          <w:rFonts w:cs="Times New Roman"/>
          <w:szCs w:val="24"/>
          <w:lang w:val="ro-MD"/>
        </w:rPr>
        <w:t>Advisories</w:t>
      </w:r>
      <w:proofErr w:type="spellEnd"/>
      <w:r w:rsidRPr="00633886">
        <w:rPr>
          <w:rFonts w:cs="Times New Roman"/>
          <w:szCs w:val="24"/>
          <w:lang w:val="ro-MD"/>
        </w:rPr>
        <w:t xml:space="preserve">; </w:t>
      </w:r>
    </w:p>
    <w:p w14:paraId="57BE694B"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Best </w:t>
      </w:r>
      <w:proofErr w:type="spellStart"/>
      <w:r w:rsidRPr="00633886">
        <w:rPr>
          <w:rFonts w:cs="Times New Roman"/>
          <w:szCs w:val="24"/>
          <w:lang w:val="ro-MD"/>
        </w:rPr>
        <w:t>Practices</w:t>
      </w:r>
      <w:proofErr w:type="spellEnd"/>
      <w:r w:rsidRPr="00633886">
        <w:rPr>
          <w:rFonts w:cs="Times New Roman"/>
          <w:szCs w:val="24"/>
          <w:lang w:val="ro-MD"/>
        </w:rPr>
        <w:t xml:space="preserve">; </w:t>
      </w:r>
    </w:p>
    <w:p w14:paraId="3EDA4D52"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Release</w:t>
      </w:r>
      <w:proofErr w:type="spellEnd"/>
      <w:r w:rsidRPr="00633886">
        <w:rPr>
          <w:rFonts w:cs="Times New Roman"/>
          <w:szCs w:val="24"/>
          <w:lang w:val="ro-MD"/>
        </w:rPr>
        <w:t xml:space="preserve"> Notes; </w:t>
      </w:r>
    </w:p>
    <w:p w14:paraId="57D50BEB"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Technical</w:t>
      </w:r>
      <w:proofErr w:type="spellEnd"/>
      <w:r w:rsidRPr="00633886">
        <w:rPr>
          <w:rFonts w:cs="Times New Roman"/>
          <w:szCs w:val="24"/>
          <w:lang w:val="ro-MD"/>
        </w:rPr>
        <w:t xml:space="preserve"> </w:t>
      </w:r>
      <w:proofErr w:type="spellStart"/>
      <w:r w:rsidRPr="00633886">
        <w:rPr>
          <w:rFonts w:cs="Times New Roman"/>
          <w:szCs w:val="24"/>
          <w:lang w:val="ro-MD"/>
        </w:rPr>
        <w:t>Documentation</w:t>
      </w:r>
      <w:proofErr w:type="spellEnd"/>
      <w:r w:rsidRPr="00633886">
        <w:rPr>
          <w:rFonts w:cs="Times New Roman"/>
          <w:szCs w:val="24"/>
          <w:lang w:val="ro-MD"/>
        </w:rPr>
        <w:t xml:space="preserve">; </w:t>
      </w:r>
    </w:p>
    <w:p w14:paraId="23371B00" w14:textId="77777777" w:rsidR="00324C53" w:rsidRPr="00633886" w:rsidRDefault="00324C53" w:rsidP="00324C53">
      <w:pPr>
        <w:numPr>
          <w:ilvl w:val="0"/>
          <w:numId w:val="25"/>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Download</w:t>
      </w:r>
      <w:proofErr w:type="spellEnd"/>
      <w:r w:rsidRPr="00633886">
        <w:rPr>
          <w:rFonts w:cs="Times New Roman"/>
          <w:szCs w:val="24"/>
          <w:lang w:val="ro-MD"/>
        </w:rPr>
        <w:t xml:space="preserve"> Center. </w:t>
      </w:r>
    </w:p>
    <w:p w14:paraId="1413A6AB" w14:textId="77777777" w:rsidR="00324C53" w:rsidRPr="00633886" w:rsidRDefault="00324C53" w:rsidP="00324C53">
      <w:pPr>
        <w:spacing w:after="0"/>
        <w:jc w:val="both"/>
        <w:rPr>
          <w:rFonts w:cs="Times New Roman"/>
          <w:szCs w:val="24"/>
          <w:lang w:val="ro-MD"/>
        </w:rPr>
      </w:pPr>
    </w:p>
    <w:p w14:paraId="50EDB58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7.3 </w:t>
      </w:r>
      <w:proofErr w:type="spellStart"/>
      <w:r w:rsidRPr="00633886">
        <w:rPr>
          <w:rFonts w:cs="Times New Roman"/>
          <w:szCs w:val="24"/>
          <w:lang w:val="ro-MD"/>
        </w:rPr>
        <w:t>Firmware</w:t>
      </w:r>
      <w:proofErr w:type="spellEnd"/>
      <w:r w:rsidRPr="00633886">
        <w:rPr>
          <w:rFonts w:cs="Times New Roman"/>
          <w:szCs w:val="24"/>
          <w:lang w:val="ro-MD"/>
        </w:rPr>
        <w:t xml:space="preserve"> și software</w:t>
      </w:r>
    </w:p>
    <w:p w14:paraId="4A59D9D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Beneficiarul trebuie să poată descărca pe toată perioada contractuală:</w:t>
      </w:r>
    </w:p>
    <w:p w14:paraId="740769EB" w14:textId="77777777" w:rsidR="00324C53" w:rsidRPr="00633886" w:rsidRDefault="00324C53" w:rsidP="00324C53">
      <w:pPr>
        <w:numPr>
          <w:ilvl w:val="0"/>
          <w:numId w:val="26"/>
        </w:numPr>
        <w:spacing w:after="0"/>
        <w:jc w:val="both"/>
        <w:rPr>
          <w:rFonts w:cs="Times New Roman"/>
          <w:szCs w:val="24"/>
          <w:lang w:val="ro-MD"/>
        </w:rPr>
      </w:pPr>
      <w:proofErr w:type="spellStart"/>
      <w:r w:rsidRPr="00633886">
        <w:rPr>
          <w:rFonts w:cs="Times New Roman"/>
          <w:szCs w:val="24"/>
          <w:lang w:val="ro-MD"/>
        </w:rPr>
        <w:t>FortiOS</w:t>
      </w:r>
      <w:proofErr w:type="spellEnd"/>
      <w:r w:rsidRPr="00633886">
        <w:rPr>
          <w:rFonts w:cs="Times New Roman"/>
          <w:szCs w:val="24"/>
          <w:lang w:val="ro-MD"/>
        </w:rPr>
        <w:t xml:space="preserve">; </w:t>
      </w:r>
    </w:p>
    <w:p w14:paraId="5B774186" w14:textId="77777777" w:rsidR="00324C53" w:rsidRPr="00633886" w:rsidRDefault="00324C53" w:rsidP="00324C53">
      <w:pPr>
        <w:numPr>
          <w:ilvl w:val="0"/>
          <w:numId w:val="26"/>
        </w:numPr>
        <w:spacing w:after="0"/>
        <w:jc w:val="both"/>
        <w:rPr>
          <w:rFonts w:cs="Times New Roman"/>
          <w:szCs w:val="24"/>
          <w:lang w:val="ro-MD"/>
        </w:rPr>
      </w:pPr>
      <w:proofErr w:type="spellStart"/>
      <w:r w:rsidRPr="00633886">
        <w:rPr>
          <w:rFonts w:cs="Times New Roman"/>
          <w:szCs w:val="24"/>
          <w:lang w:val="ro-MD"/>
        </w:rPr>
        <w:t>firmware</w:t>
      </w:r>
      <w:proofErr w:type="spellEnd"/>
      <w:r w:rsidRPr="00633886">
        <w:rPr>
          <w:rFonts w:cs="Times New Roman"/>
          <w:szCs w:val="24"/>
          <w:lang w:val="ro-MD"/>
        </w:rPr>
        <w:t xml:space="preserve">; </w:t>
      </w:r>
    </w:p>
    <w:p w14:paraId="091993EA" w14:textId="77777777" w:rsidR="00324C53" w:rsidRPr="00633886" w:rsidRDefault="00324C53" w:rsidP="00324C53">
      <w:pPr>
        <w:numPr>
          <w:ilvl w:val="0"/>
          <w:numId w:val="26"/>
        </w:numPr>
        <w:spacing w:after="0"/>
        <w:jc w:val="both"/>
        <w:rPr>
          <w:rFonts w:cs="Times New Roman"/>
          <w:szCs w:val="24"/>
          <w:lang w:val="ro-MD"/>
        </w:rPr>
      </w:pPr>
      <w:proofErr w:type="spellStart"/>
      <w:r w:rsidRPr="00633886">
        <w:rPr>
          <w:rFonts w:cs="Times New Roman"/>
          <w:szCs w:val="24"/>
          <w:lang w:val="ro-MD"/>
        </w:rPr>
        <w:t>patch</w:t>
      </w:r>
      <w:proofErr w:type="spellEnd"/>
      <w:r w:rsidRPr="00633886">
        <w:rPr>
          <w:rFonts w:cs="Times New Roman"/>
          <w:szCs w:val="24"/>
          <w:lang w:val="ro-MD"/>
        </w:rPr>
        <w:t xml:space="preserve">-uri; </w:t>
      </w:r>
    </w:p>
    <w:p w14:paraId="354C3081" w14:textId="77777777" w:rsidR="00324C53" w:rsidRPr="00633886" w:rsidRDefault="00324C53" w:rsidP="00324C53">
      <w:pPr>
        <w:numPr>
          <w:ilvl w:val="0"/>
          <w:numId w:val="26"/>
        </w:numPr>
        <w:spacing w:after="0"/>
        <w:jc w:val="both"/>
        <w:rPr>
          <w:rFonts w:cs="Times New Roman"/>
          <w:szCs w:val="24"/>
          <w:lang w:val="ro-MD"/>
        </w:rPr>
      </w:pPr>
      <w:proofErr w:type="spellStart"/>
      <w:r w:rsidRPr="00633886">
        <w:rPr>
          <w:rFonts w:cs="Times New Roman"/>
          <w:szCs w:val="24"/>
          <w:lang w:val="ro-MD"/>
        </w:rPr>
        <w:t>hotfix</w:t>
      </w:r>
      <w:proofErr w:type="spellEnd"/>
      <w:r w:rsidRPr="00633886">
        <w:rPr>
          <w:rFonts w:cs="Times New Roman"/>
          <w:szCs w:val="24"/>
          <w:lang w:val="ro-MD"/>
        </w:rPr>
        <w:t xml:space="preserve">-uri; </w:t>
      </w:r>
    </w:p>
    <w:p w14:paraId="46ED9D0E" w14:textId="77777777" w:rsidR="00324C53" w:rsidRPr="00633886" w:rsidRDefault="00324C53" w:rsidP="00324C53">
      <w:pPr>
        <w:numPr>
          <w:ilvl w:val="0"/>
          <w:numId w:val="26"/>
        </w:numPr>
        <w:spacing w:after="0"/>
        <w:jc w:val="both"/>
        <w:rPr>
          <w:rFonts w:cs="Times New Roman"/>
          <w:szCs w:val="24"/>
          <w:lang w:val="ro-MD"/>
        </w:rPr>
      </w:pPr>
      <w:r w:rsidRPr="00633886">
        <w:rPr>
          <w:rFonts w:cs="Times New Roman"/>
          <w:szCs w:val="24"/>
          <w:lang w:val="ro-MD"/>
        </w:rPr>
        <w:t xml:space="preserve">versiuni LTS; </w:t>
      </w:r>
    </w:p>
    <w:p w14:paraId="24AEF3E9" w14:textId="77777777" w:rsidR="00324C53" w:rsidRPr="00633886" w:rsidRDefault="00324C53" w:rsidP="00324C53">
      <w:pPr>
        <w:numPr>
          <w:ilvl w:val="0"/>
          <w:numId w:val="26"/>
        </w:numPr>
        <w:spacing w:after="0"/>
        <w:jc w:val="both"/>
        <w:rPr>
          <w:rFonts w:cs="Times New Roman"/>
          <w:szCs w:val="24"/>
          <w:lang w:val="ro-MD"/>
        </w:rPr>
      </w:pPr>
      <w:r w:rsidRPr="00633886">
        <w:rPr>
          <w:rFonts w:cs="Times New Roman"/>
          <w:szCs w:val="24"/>
          <w:lang w:val="ro-MD"/>
        </w:rPr>
        <w:t xml:space="preserve">versiuni recomandate de producător. </w:t>
      </w:r>
    </w:p>
    <w:p w14:paraId="66CFF29B" w14:textId="77777777" w:rsidR="00324C53" w:rsidRPr="00633886" w:rsidRDefault="00324C53" w:rsidP="00324C53">
      <w:pPr>
        <w:spacing w:after="0"/>
        <w:jc w:val="both"/>
        <w:rPr>
          <w:rFonts w:cs="Times New Roman"/>
          <w:szCs w:val="24"/>
          <w:lang w:val="ro-MD"/>
        </w:rPr>
      </w:pPr>
    </w:p>
    <w:p w14:paraId="529B10A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7.4 Vulnerabilități</w:t>
      </w:r>
    </w:p>
    <w:p w14:paraId="21DAC989"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asigura accesul la:</w:t>
      </w:r>
    </w:p>
    <w:p w14:paraId="617251B4" w14:textId="77777777" w:rsidR="00324C53" w:rsidRPr="00633886" w:rsidRDefault="00324C53" w:rsidP="00324C53">
      <w:pPr>
        <w:numPr>
          <w:ilvl w:val="0"/>
          <w:numId w:val="27"/>
        </w:numPr>
        <w:spacing w:after="0"/>
        <w:jc w:val="both"/>
        <w:rPr>
          <w:rFonts w:cs="Times New Roman"/>
          <w:szCs w:val="24"/>
          <w:lang w:val="ro-MD"/>
        </w:rPr>
      </w:pPr>
      <w:r w:rsidRPr="00633886">
        <w:rPr>
          <w:rFonts w:cs="Times New Roman"/>
          <w:szCs w:val="24"/>
          <w:lang w:val="ro-MD"/>
        </w:rPr>
        <w:t xml:space="preserve">notificările privind vulnerabilitățile critice; </w:t>
      </w:r>
    </w:p>
    <w:p w14:paraId="79B5446C" w14:textId="77777777" w:rsidR="00324C53" w:rsidRPr="00633886" w:rsidRDefault="00324C53" w:rsidP="00324C53">
      <w:pPr>
        <w:numPr>
          <w:ilvl w:val="0"/>
          <w:numId w:val="27"/>
        </w:numPr>
        <w:spacing w:after="0"/>
        <w:jc w:val="both"/>
        <w:rPr>
          <w:rFonts w:cs="Times New Roman"/>
          <w:szCs w:val="24"/>
          <w:lang w:val="ro-MD"/>
        </w:rPr>
      </w:pPr>
      <w:r w:rsidRPr="00633886">
        <w:rPr>
          <w:rFonts w:cs="Times New Roman"/>
          <w:szCs w:val="24"/>
          <w:lang w:val="ro-MD"/>
        </w:rPr>
        <w:t xml:space="preserve">recomandările producătorului; </w:t>
      </w:r>
    </w:p>
    <w:p w14:paraId="3A0EE1DD" w14:textId="77777777" w:rsidR="00324C53" w:rsidRPr="00633886" w:rsidRDefault="00324C53" w:rsidP="00324C53">
      <w:pPr>
        <w:numPr>
          <w:ilvl w:val="0"/>
          <w:numId w:val="27"/>
        </w:numPr>
        <w:spacing w:after="0"/>
        <w:jc w:val="both"/>
        <w:rPr>
          <w:rFonts w:cs="Times New Roman"/>
          <w:szCs w:val="24"/>
          <w:lang w:val="ro-MD"/>
        </w:rPr>
      </w:pPr>
      <w:proofErr w:type="spellStart"/>
      <w:r w:rsidRPr="00633886">
        <w:rPr>
          <w:rFonts w:cs="Times New Roman"/>
          <w:szCs w:val="24"/>
          <w:lang w:val="ro-MD"/>
        </w:rPr>
        <w:t>patch</w:t>
      </w:r>
      <w:proofErr w:type="spellEnd"/>
      <w:r w:rsidRPr="00633886">
        <w:rPr>
          <w:rFonts w:cs="Times New Roman"/>
          <w:szCs w:val="24"/>
          <w:lang w:val="ro-MD"/>
        </w:rPr>
        <w:t xml:space="preserve">-uri de securitate; </w:t>
      </w:r>
    </w:p>
    <w:p w14:paraId="67FBB439" w14:textId="77777777" w:rsidR="00324C53" w:rsidRPr="00633886" w:rsidRDefault="00324C53" w:rsidP="00324C53">
      <w:pPr>
        <w:numPr>
          <w:ilvl w:val="0"/>
          <w:numId w:val="27"/>
        </w:numPr>
        <w:spacing w:after="0"/>
        <w:jc w:val="both"/>
        <w:rPr>
          <w:rFonts w:cs="Times New Roman"/>
          <w:szCs w:val="24"/>
          <w:lang w:val="ro-MD"/>
        </w:rPr>
      </w:pPr>
      <w:r w:rsidRPr="00633886">
        <w:rPr>
          <w:rFonts w:cs="Times New Roman"/>
          <w:szCs w:val="24"/>
          <w:lang w:val="ro-MD"/>
        </w:rPr>
        <w:t xml:space="preserve">remedieri urgente; </w:t>
      </w:r>
    </w:p>
    <w:p w14:paraId="3E3DDFD9" w14:textId="77777777" w:rsidR="00324C53" w:rsidRPr="00633886" w:rsidRDefault="00324C53" w:rsidP="00324C53">
      <w:pPr>
        <w:numPr>
          <w:ilvl w:val="0"/>
          <w:numId w:val="27"/>
        </w:numPr>
        <w:spacing w:after="0"/>
        <w:jc w:val="both"/>
        <w:rPr>
          <w:rFonts w:cs="Times New Roman"/>
          <w:szCs w:val="24"/>
          <w:lang w:val="ro-MD"/>
        </w:rPr>
      </w:pPr>
      <w:proofErr w:type="spellStart"/>
      <w:r w:rsidRPr="00633886">
        <w:rPr>
          <w:rFonts w:cs="Times New Roman"/>
          <w:szCs w:val="24"/>
          <w:lang w:val="ro-MD"/>
        </w:rPr>
        <w:t>Security</w:t>
      </w:r>
      <w:proofErr w:type="spellEnd"/>
      <w:r w:rsidRPr="00633886">
        <w:rPr>
          <w:rFonts w:cs="Times New Roman"/>
          <w:szCs w:val="24"/>
          <w:lang w:val="ro-MD"/>
        </w:rPr>
        <w:t xml:space="preserve"> </w:t>
      </w:r>
      <w:proofErr w:type="spellStart"/>
      <w:r w:rsidRPr="00633886">
        <w:rPr>
          <w:rFonts w:cs="Times New Roman"/>
          <w:szCs w:val="24"/>
          <w:lang w:val="ro-MD"/>
        </w:rPr>
        <w:t>Advisories</w:t>
      </w:r>
      <w:proofErr w:type="spellEnd"/>
      <w:r w:rsidRPr="00633886">
        <w:rPr>
          <w:rFonts w:cs="Times New Roman"/>
          <w:szCs w:val="24"/>
          <w:lang w:val="ro-MD"/>
        </w:rPr>
        <w:t xml:space="preserve">. </w:t>
      </w:r>
    </w:p>
    <w:p w14:paraId="66C16C4F" w14:textId="77777777" w:rsidR="00324C53" w:rsidRPr="00633886" w:rsidRDefault="00324C53" w:rsidP="00324C53">
      <w:pPr>
        <w:spacing w:after="0"/>
        <w:jc w:val="both"/>
        <w:rPr>
          <w:rFonts w:cs="Times New Roman"/>
          <w:szCs w:val="24"/>
          <w:lang w:val="ro-MD"/>
        </w:rPr>
      </w:pPr>
    </w:p>
    <w:p w14:paraId="256502CB"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7.5 RMA</w:t>
      </w:r>
    </w:p>
    <w:p w14:paraId="2F28F565" w14:textId="01F86F47" w:rsidR="00324C53" w:rsidRPr="00633886" w:rsidRDefault="00A40993" w:rsidP="00324C53">
      <w:pPr>
        <w:spacing w:after="0"/>
        <w:jc w:val="both"/>
        <w:rPr>
          <w:rFonts w:cs="Times New Roman"/>
          <w:szCs w:val="24"/>
          <w:lang w:val="ro-MD"/>
        </w:rPr>
      </w:pPr>
      <w:r>
        <w:rPr>
          <w:rFonts w:cs="Times New Roman"/>
          <w:szCs w:val="24"/>
          <w:lang w:val="ro-MD"/>
        </w:rPr>
        <w:t>I</w:t>
      </w:r>
      <w:r w:rsidR="00324C53" w:rsidRPr="00633886">
        <w:rPr>
          <w:rFonts w:cs="Times New Roman"/>
          <w:szCs w:val="24"/>
          <w:lang w:val="ro-MD"/>
        </w:rPr>
        <w:t xml:space="preserve">nclude serviciul RMA, Beneficiarul trebuie să beneficieze de acesta conform politicilor oficiale </w:t>
      </w:r>
      <w:proofErr w:type="spellStart"/>
      <w:r w:rsidR="00324C53" w:rsidRPr="00633886">
        <w:rPr>
          <w:rFonts w:cs="Times New Roman"/>
          <w:szCs w:val="24"/>
          <w:lang w:val="ro-MD"/>
        </w:rPr>
        <w:t>Fortinet</w:t>
      </w:r>
      <w:proofErr w:type="spellEnd"/>
      <w:r w:rsidR="00324C53" w:rsidRPr="00633886">
        <w:rPr>
          <w:rFonts w:cs="Times New Roman"/>
          <w:szCs w:val="24"/>
          <w:lang w:val="ro-MD"/>
        </w:rPr>
        <w:t>.</w:t>
      </w:r>
    </w:p>
    <w:p w14:paraId="515B00C0" w14:textId="77777777" w:rsidR="00324C53" w:rsidRPr="00633886" w:rsidRDefault="00324C53" w:rsidP="00324C53">
      <w:pPr>
        <w:spacing w:after="0"/>
        <w:jc w:val="both"/>
        <w:rPr>
          <w:rFonts w:cs="Times New Roman"/>
          <w:szCs w:val="24"/>
          <w:lang w:val="ro-MD"/>
        </w:rPr>
      </w:pPr>
    </w:p>
    <w:p w14:paraId="2B38B685"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8. CERINȚE PRIVIND ACTUALIZĂRILE</w:t>
      </w:r>
    </w:p>
    <w:p w14:paraId="39BECDF4"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Pe întreaga perioadă contractuală Beneficiarul trebuie să beneficieze fără costuri suplimentare de:</w:t>
      </w:r>
    </w:p>
    <w:p w14:paraId="67EFE7F9"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FortiOS</w:t>
      </w:r>
      <w:proofErr w:type="spellEnd"/>
      <w:r w:rsidRPr="00633886">
        <w:rPr>
          <w:rFonts w:cs="Times New Roman"/>
          <w:szCs w:val="24"/>
          <w:lang w:val="ro-MD"/>
        </w:rPr>
        <w:t xml:space="preserve">; </w:t>
      </w:r>
    </w:p>
    <w:p w14:paraId="79A32F98"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firmware</w:t>
      </w:r>
      <w:proofErr w:type="spellEnd"/>
      <w:r w:rsidRPr="00633886">
        <w:rPr>
          <w:rFonts w:cs="Times New Roman"/>
          <w:szCs w:val="24"/>
          <w:lang w:val="ro-MD"/>
        </w:rPr>
        <w:t xml:space="preserve">; </w:t>
      </w:r>
    </w:p>
    <w:p w14:paraId="0465C8E4"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FortiAnalyzer</w:t>
      </w:r>
      <w:proofErr w:type="spellEnd"/>
      <w:r w:rsidRPr="00633886">
        <w:rPr>
          <w:rFonts w:cs="Times New Roman"/>
          <w:szCs w:val="24"/>
          <w:lang w:val="ro-MD"/>
        </w:rPr>
        <w:t xml:space="preserve"> </w:t>
      </w:r>
      <w:proofErr w:type="spellStart"/>
      <w:r w:rsidRPr="00633886">
        <w:rPr>
          <w:rFonts w:cs="Times New Roman"/>
          <w:szCs w:val="24"/>
          <w:lang w:val="ro-MD"/>
        </w:rPr>
        <w:t>Compatibility</w:t>
      </w:r>
      <w:proofErr w:type="spellEnd"/>
      <w:r w:rsidRPr="00633886">
        <w:rPr>
          <w:rFonts w:cs="Times New Roman"/>
          <w:szCs w:val="24"/>
          <w:lang w:val="ro-MD"/>
        </w:rPr>
        <w:t xml:space="preserve">; </w:t>
      </w:r>
    </w:p>
    <w:p w14:paraId="4FD8913E"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FortiManager</w:t>
      </w:r>
      <w:proofErr w:type="spellEnd"/>
      <w:r w:rsidRPr="00633886">
        <w:rPr>
          <w:rFonts w:cs="Times New Roman"/>
          <w:szCs w:val="24"/>
          <w:lang w:val="ro-MD"/>
        </w:rPr>
        <w:t xml:space="preserve"> </w:t>
      </w:r>
      <w:proofErr w:type="spellStart"/>
      <w:r w:rsidRPr="00633886">
        <w:rPr>
          <w:rFonts w:cs="Times New Roman"/>
          <w:szCs w:val="24"/>
          <w:lang w:val="ro-MD"/>
        </w:rPr>
        <w:t>Compatibility</w:t>
      </w:r>
      <w:proofErr w:type="spellEnd"/>
      <w:r w:rsidRPr="00633886">
        <w:rPr>
          <w:rFonts w:cs="Times New Roman"/>
          <w:szCs w:val="24"/>
          <w:lang w:val="ro-MD"/>
        </w:rPr>
        <w:t xml:space="preserve">; </w:t>
      </w:r>
    </w:p>
    <w:p w14:paraId="4248DD20"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Security</w:t>
      </w:r>
      <w:proofErr w:type="spellEnd"/>
      <w:r w:rsidRPr="00633886">
        <w:rPr>
          <w:rFonts w:cs="Times New Roman"/>
          <w:szCs w:val="24"/>
          <w:lang w:val="ro-MD"/>
        </w:rPr>
        <w:t xml:space="preserve"> Fabric; </w:t>
      </w:r>
    </w:p>
    <w:p w14:paraId="0057FA28"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API; </w:t>
      </w:r>
    </w:p>
    <w:p w14:paraId="4A2488BA"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SSL </w:t>
      </w:r>
      <w:proofErr w:type="spellStart"/>
      <w:r w:rsidRPr="00633886">
        <w:rPr>
          <w:rFonts w:cs="Times New Roman"/>
          <w:szCs w:val="24"/>
          <w:lang w:val="ro-MD"/>
        </w:rPr>
        <w:t>Inspection</w:t>
      </w:r>
      <w:proofErr w:type="spellEnd"/>
      <w:r w:rsidRPr="00633886">
        <w:rPr>
          <w:rFonts w:cs="Times New Roman"/>
          <w:szCs w:val="24"/>
          <w:lang w:val="ro-MD"/>
        </w:rPr>
        <w:t xml:space="preserve">; </w:t>
      </w:r>
    </w:p>
    <w:p w14:paraId="769E2A40"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VPN; </w:t>
      </w:r>
    </w:p>
    <w:p w14:paraId="2CC7C9F2"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Certificate </w:t>
      </w:r>
      <w:proofErr w:type="spellStart"/>
      <w:r w:rsidRPr="00633886">
        <w:rPr>
          <w:rFonts w:cs="Times New Roman"/>
          <w:szCs w:val="24"/>
          <w:lang w:val="ro-MD"/>
        </w:rPr>
        <w:t>Store</w:t>
      </w:r>
      <w:proofErr w:type="spellEnd"/>
      <w:r w:rsidRPr="00633886">
        <w:rPr>
          <w:rFonts w:cs="Times New Roman"/>
          <w:szCs w:val="24"/>
          <w:lang w:val="ro-MD"/>
        </w:rPr>
        <w:t xml:space="preserve">; </w:t>
      </w:r>
    </w:p>
    <w:p w14:paraId="079B0396" w14:textId="77777777" w:rsidR="00324C53" w:rsidRPr="00633886" w:rsidRDefault="00324C53" w:rsidP="00324C53">
      <w:pPr>
        <w:numPr>
          <w:ilvl w:val="0"/>
          <w:numId w:val="2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Security</w:t>
      </w:r>
      <w:proofErr w:type="spellEnd"/>
      <w:r w:rsidRPr="00633886">
        <w:rPr>
          <w:rFonts w:cs="Times New Roman"/>
          <w:szCs w:val="24"/>
          <w:lang w:val="ro-MD"/>
        </w:rPr>
        <w:t xml:space="preserve"> </w:t>
      </w:r>
      <w:proofErr w:type="spellStart"/>
      <w:r w:rsidRPr="00633886">
        <w:rPr>
          <w:rFonts w:cs="Times New Roman"/>
          <w:szCs w:val="24"/>
          <w:lang w:val="ro-MD"/>
        </w:rPr>
        <w:t>Profiles</w:t>
      </w:r>
      <w:proofErr w:type="spellEnd"/>
      <w:r w:rsidRPr="00633886">
        <w:rPr>
          <w:rFonts w:cs="Times New Roman"/>
          <w:szCs w:val="24"/>
          <w:lang w:val="ro-MD"/>
        </w:rPr>
        <w:t xml:space="preserve">. </w:t>
      </w:r>
    </w:p>
    <w:p w14:paraId="60E54D95"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Toate actualizările trebuie să fie originale și distribuite prin infrastructura oficială </w:t>
      </w:r>
      <w:proofErr w:type="spellStart"/>
      <w:r w:rsidRPr="00633886">
        <w:rPr>
          <w:rFonts w:cs="Times New Roman"/>
          <w:szCs w:val="24"/>
          <w:lang w:val="ro-MD"/>
        </w:rPr>
        <w:t>Fortinet</w:t>
      </w:r>
      <w:proofErr w:type="spellEnd"/>
      <w:r w:rsidRPr="00633886">
        <w:rPr>
          <w:rFonts w:cs="Times New Roman"/>
          <w:szCs w:val="24"/>
          <w:lang w:val="ro-MD"/>
        </w:rPr>
        <w:t>.</w:t>
      </w:r>
    </w:p>
    <w:p w14:paraId="57DE40E4" w14:textId="77777777" w:rsidR="00324C53" w:rsidRPr="00633886" w:rsidRDefault="00324C53" w:rsidP="00324C53">
      <w:pPr>
        <w:spacing w:after="0"/>
        <w:jc w:val="both"/>
        <w:rPr>
          <w:rFonts w:cs="Times New Roman"/>
          <w:szCs w:val="24"/>
          <w:lang w:val="ro-MD"/>
        </w:rPr>
      </w:pPr>
    </w:p>
    <w:p w14:paraId="046C5D06"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9. ACTIVAREA LICENȚELOR</w:t>
      </w:r>
    </w:p>
    <w:p w14:paraId="4C395BC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efectua toate operațiunile necesare activării serviciilor.</w:t>
      </w:r>
    </w:p>
    <w:p w14:paraId="4F82249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Activarea va include:</w:t>
      </w:r>
    </w:p>
    <w:p w14:paraId="4EC2FCD7" w14:textId="77777777" w:rsidR="00324C53" w:rsidRPr="00633886" w:rsidRDefault="00324C53" w:rsidP="00324C53">
      <w:pPr>
        <w:numPr>
          <w:ilvl w:val="0"/>
          <w:numId w:val="29"/>
        </w:numPr>
        <w:spacing w:after="0"/>
        <w:jc w:val="both"/>
        <w:rPr>
          <w:rFonts w:cs="Times New Roman"/>
          <w:szCs w:val="24"/>
          <w:lang w:val="ro-MD"/>
        </w:rPr>
      </w:pPr>
      <w:r w:rsidRPr="00633886">
        <w:rPr>
          <w:rFonts w:cs="Times New Roman"/>
          <w:szCs w:val="24"/>
          <w:lang w:val="ro-MD"/>
        </w:rPr>
        <w:lastRenderedPageBreak/>
        <w:t xml:space="preserve">verificarea eligibilității echipamentelor; </w:t>
      </w:r>
    </w:p>
    <w:p w14:paraId="296A963B" w14:textId="77777777" w:rsidR="00324C53" w:rsidRPr="00633886" w:rsidRDefault="00324C53" w:rsidP="00324C53">
      <w:pPr>
        <w:numPr>
          <w:ilvl w:val="0"/>
          <w:numId w:val="29"/>
        </w:numPr>
        <w:spacing w:after="0"/>
        <w:jc w:val="both"/>
        <w:rPr>
          <w:rFonts w:cs="Times New Roman"/>
          <w:szCs w:val="24"/>
          <w:lang w:val="ro-MD"/>
        </w:rPr>
      </w:pPr>
      <w:r w:rsidRPr="00633886">
        <w:rPr>
          <w:rFonts w:cs="Times New Roman"/>
          <w:szCs w:val="24"/>
          <w:lang w:val="ro-MD"/>
        </w:rPr>
        <w:t xml:space="preserve">verificarea seriilor; </w:t>
      </w:r>
    </w:p>
    <w:p w14:paraId="79120BE7" w14:textId="77777777" w:rsidR="00324C53" w:rsidRPr="00633886" w:rsidRDefault="00324C53" w:rsidP="00324C53">
      <w:pPr>
        <w:numPr>
          <w:ilvl w:val="0"/>
          <w:numId w:val="29"/>
        </w:numPr>
        <w:spacing w:after="0"/>
        <w:jc w:val="both"/>
        <w:rPr>
          <w:rFonts w:cs="Times New Roman"/>
          <w:szCs w:val="24"/>
          <w:lang w:val="ro-MD"/>
        </w:rPr>
      </w:pPr>
      <w:r w:rsidRPr="00633886">
        <w:rPr>
          <w:rFonts w:cs="Times New Roman"/>
          <w:szCs w:val="24"/>
          <w:lang w:val="ro-MD"/>
        </w:rPr>
        <w:t xml:space="preserve">verificarea subscripțiilor existente; </w:t>
      </w:r>
    </w:p>
    <w:p w14:paraId="445F9F25" w14:textId="77777777" w:rsidR="00324C53" w:rsidRPr="00633886" w:rsidRDefault="00324C53" w:rsidP="00324C53">
      <w:pPr>
        <w:numPr>
          <w:ilvl w:val="0"/>
          <w:numId w:val="29"/>
        </w:numPr>
        <w:spacing w:after="0"/>
        <w:jc w:val="both"/>
        <w:rPr>
          <w:rFonts w:cs="Times New Roman"/>
          <w:szCs w:val="24"/>
          <w:lang w:val="ro-MD"/>
        </w:rPr>
      </w:pPr>
      <w:r w:rsidRPr="00633886">
        <w:rPr>
          <w:rFonts w:cs="Times New Roman"/>
          <w:szCs w:val="24"/>
          <w:lang w:val="ro-MD"/>
        </w:rPr>
        <w:t xml:space="preserve">activarea noilor subscripții; </w:t>
      </w:r>
    </w:p>
    <w:p w14:paraId="23691C98" w14:textId="77777777" w:rsidR="00324C53" w:rsidRPr="00633886" w:rsidRDefault="00324C53" w:rsidP="00324C53">
      <w:pPr>
        <w:numPr>
          <w:ilvl w:val="0"/>
          <w:numId w:val="29"/>
        </w:numPr>
        <w:spacing w:after="0"/>
        <w:jc w:val="both"/>
        <w:rPr>
          <w:rFonts w:cs="Times New Roman"/>
          <w:szCs w:val="24"/>
          <w:lang w:val="ro-MD"/>
        </w:rPr>
      </w:pPr>
      <w:r w:rsidRPr="00633886">
        <w:rPr>
          <w:rFonts w:cs="Times New Roman"/>
          <w:szCs w:val="24"/>
          <w:lang w:val="ro-MD"/>
        </w:rPr>
        <w:t xml:space="preserve">asocierea cu contul oficial al ANSP; </w:t>
      </w:r>
    </w:p>
    <w:p w14:paraId="127AB802" w14:textId="77777777" w:rsidR="00324C53" w:rsidRPr="00633886" w:rsidRDefault="00324C53" w:rsidP="00324C53">
      <w:pPr>
        <w:numPr>
          <w:ilvl w:val="0"/>
          <w:numId w:val="29"/>
        </w:numPr>
        <w:spacing w:after="0"/>
        <w:jc w:val="both"/>
        <w:rPr>
          <w:rFonts w:cs="Times New Roman"/>
          <w:szCs w:val="24"/>
          <w:lang w:val="ro-MD"/>
        </w:rPr>
      </w:pPr>
      <w:r w:rsidRPr="00633886">
        <w:rPr>
          <w:rFonts w:cs="Times New Roman"/>
          <w:szCs w:val="24"/>
          <w:lang w:val="ro-MD"/>
        </w:rPr>
        <w:t xml:space="preserve">verificarea funcționalității serviciilor; </w:t>
      </w:r>
    </w:p>
    <w:p w14:paraId="08F1CE77" w14:textId="77777777" w:rsidR="00324C53" w:rsidRPr="00633886" w:rsidRDefault="00324C53" w:rsidP="00324C53">
      <w:pPr>
        <w:numPr>
          <w:ilvl w:val="0"/>
          <w:numId w:val="29"/>
        </w:numPr>
        <w:spacing w:after="0"/>
        <w:jc w:val="both"/>
        <w:rPr>
          <w:rFonts w:cs="Times New Roman"/>
          <w:szCs w:val="24"/>
          <w:lang w:val="ro-MD"/>
        </w:rPr>
      </w:pPr>
      <w:r w:rsidRPr="00633886">
        <w:rPr>
          <w:rFonts w:cs="Times New Roman"/>
          <w:szCs w:val="24"/>
          <w:lang w:val="ro-MD"/>
        </w:rPr>
        <w:t xml:space="preserve">confirmarea activării. </w:t>
      </w:r>
    </w:p>
    <w:p w14:paraId="3F8A656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Nu vor fi acceptate activări parțiale.</w:t>
      </w:r>
    </w:p>
    <w:p w14:paraId="3B5FEBEB" w14:textId="77777777" w:rsidR="00324C53" w:rsidRPr="00633886" w:rsidRDefault="00324C53" w:rsidP="00324C53">
      <w:pPr>
        <w:spacing w:after="0"/>
        <w:jc w:val="both"/>
        <w:rPr>
          <w:rFonts w:cs="Times New Roman"/>
          <w:szCs w:val="24"/>
          <w:lang w:val="ro-MD"/>
        </w:rPr>
      </w:pPr>
    </w:p>
    <w:p w14:paraId="69EA5A41"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10. CERINȚE PRIVIND LIVRAREA</w:t>
      </w:r>
    </w:p>
    <w:p w14:paraId="5E955F2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transmite ANSP:</w:t>
      </w:r>
    </w:p>
    <w:p w14:paraId="2371534F"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 xml:space="preserve">certificatele de licențiere; </w:t>
      </w:r>
    </w:p>
    <w:p w14:paraId="4D95D13E"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 xml:space="preserve">codurile de activare; </w:t>
      </w:r>
    </w:p>
    <w:p w14:paraId="078925AC"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 xml:space="preserve">confirmarea activării; </w:t>
      </w:r>
    </w:p>
    <w:p w14:paraId="3376EB69"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 xml:space="preserve">perioada de valabilitate; </w:t>
      </w:r>
    </w:p>
    <w:p w14:paraId="7431F043"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 xml:space="preserve">lista echipamentelor; </w:t>
      </w:r>
    </w:p>
    <w:p w14:paraId="3ADB215E"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 xml:space="preserve">documentele emise de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039BE3B3"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 xml:space="preserve">documentele fiscale; </w:t>
      </w:r>
    </w:p>
    <w:p w14:paraId="0E7B079F" w14:textId="77777777" w:rsidR="00324C53" w:rsidRPr="00633886" w:rsidRDefault="00324C53" w:rsidP="00324C53">
      <w:pPr>
        <w:numPr>
          <w:ilvl w:val="0"/>
          <w:numId w:val="30"/>
        </w:numPr>
        <w:spacing w:after="0"/>
        <w:jc w:val="both"/>
        <w:rPr>
          <w:rFonts w:cs="Times New Roman"/>
          <w:szCs w:val="24"/>
          <w:lang w:val="ro-MD"/>
        </w:rPr>
      </w:pPr>
      <w:r w:rsidRPr="00633886">
        <w:rPr>
          <w:rFonts w:cs="Times New Roman"/>
          <w:szCs w:val="24"/>
          <w:lang w:val="ro-MD"/>
        </w:rPr>
        <w:t>instrucțiuni privind verificarea activării.</w:t>
      </w:r>
    </w:p>
    <w:p w14:paraId="20E01E14" w14:textId="77777777" w:rsidR="00324C53" w:rsidRPr="00633886" w:rsidRDefault="00324C53" w:rsidP="00F52EE4">
      <w:pPr>
        <w:spacing w:after="0"/>
        <w:ind w:left="720"/>
        <w:jc w:val="both"/>
        <w:rPr>
          <w:rFonts w:cs="Times New Roman"/>
          <w:szCs w:val="24"/>
          <w:lang w:val="ro-MD"/>
        </w:rPr>
      </w:pPr>
    </w:p>
    <w:p w14:paraId="50EEAB66"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11. CERINȚE PRIVIND NIVELUL SERVICIILOR (SERVICE LEVEL AGREEMENT – SLA)</w:t>
      </w:r>
    </w:p>
    <w:p w14:paraId="6F32427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11.1 Cerințe generale</w:t>
      </w:r>
    </w:p>
    <w:p w14:paraId="762DBED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Prestatorul va asigura continuitatea serviciilor pe întreaga perioadă contractuală și va acorda asistență ANSP în toate activitățile aferente activării, administrării și menținerii subscripțiilor </w:t>
      </w:r>
      <w:proofErr w:type="spellStart"/>
      <w:r w:rsidRPr="00633886">
        <w:rPr>
          <w:rFonts w:cs="Times New Roman"/>
          <w:szCs w:val="24"/>
          <w:lang w:val="ro-MD"/>
        </w:rPr>
        <w:t>FortiGuard</w:t>
      </w:r>
      <w:proofErr w:type="spellEnd"/>
      <w:r w:rsidRPr="00633886">
        <w:rPr>
          <w:rFonts w:cs="Times New Roman"/>
          <w:szCs w:val="24"/>
          <w:lang w:val="ro-MD"/>
        </w:rPr>
        <w:t xml:space="preserve"> și </w:t>
      </w:r>
      <w:proofErr w:type="spellStart"/>
      <w:r w:rsidRPr="00633886">
        <w:rPr>
          <w:rFonts w:cs="Times New Roman"/>
          <w:szCs w:val="24"/>
          <w:lang w:val="ro-MD"/>
        </w:rPr>
        <w:t>FortiCare</w:t>
      </w:r>
      <w:proofErr w:type="spellEnd"/>
      <w:r w:rsidRPr="00633886">
        <w:rPr>
          <w:rFonts w:cs="Times New Roman"/>
          <w:szCs w:val="24"/>
          <w:lang w:val="ro-MD"/>
        </w:rPr>
        <w:t>.</w:t>
      </w:r>
    </w:p>
    <w:p w14:paraId="53FEA9F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desemna cel puțin o persoană responsabilă pentru relația cu Beneficiarul, care va coordona toate activitățile legate de executarea contractului.</w:t>
      </w:r>
    </w:p>
    <w:p w14:paraId="6BCAAE82"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Solicitările ANSP vor putea fi transmise prin e-mail, sistem de </w:t>
      </w:r>
      <w:proofErr w:type="spellStart"/>
      <w:r w:rsidRPr="00633886">
        <w:rPr>
          <w:rFonts w:cs="Times New Roman"/>
          <w:szCs w:val="24"/>
          <w:lang w:val="ro-MD"/>
        </w:rPr>
        <w:t>ticketing</w:t>
      </w:r>
      <w:proofErr w:type="spellEnd"/>
      <w:r w:rsidRPr="00633886">
        <w:rPr>
          <w:rFonts w:cs="Times New Roman"/>
          <w:szCs w:val="24"/>
          <w:lang w:val="ro-MD"/>
        </w:rPr>
        <w:t xml:space="preserve"> sau telefon.</w:t>
      </w:r>
    </w:p>
    <w:p w14:paraId="5995AC42" w14:textId="77777777" w:rsidR="00324C53" w:rsidRPr="00633886" w:rsidRDefault="00324C53" w:rsidP="00324C53">
      <w:pPr>
        <w:spacing w:after="0"/>
        <w:jc w:val="both"/>
        <w:rPr>
          <w:rFonts w:cs="Times New Roman"/>
          <w:szCs w:val="24"/>
          <w:lang w:val="ro-MD"/>
        </w:rPr>
      </w:pPr>
    </w:p>
    <w:p w14:paraId="5DFE43B4"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11.2 Clasificarea solicitărilor</w:t>
      </w:r>
    </w:p>
    <w:p w14:paraId="7E784786"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Prioritatea 1 – Critică</w:t>
      </w:r>
    </w:p>
    <w:p w14:paraId="675CD889"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 încadrează:</w:t>
      </w:r>
    </w:p>
    <w:p w14:paraId="6FEBFF85" w14:textId="77777777" w:rsidR="00324C53" w:rsidRPr="00633886" w:rsidRDefault="00324C53" w:rsidP="00324C53">
      <w:pPr>
        <w:numPr>
          <w:ilvl w:val="0"/>
          <w:numId w:val="31"/>
        </w:numPr>
        <w:spacing w:after="0"/>
        <w:jc w:val="both"/>
        <w:rPr>
          <w:rFonts w:cs="Times New Roman"/>
          <w:szCs w:val="24"/>
          <w:lang w:val="ro-MD"/>
        </w:rPr>
      </w:pPr>
      <w:r w:rsidRPr="00633886">
        <w:rPr>
          <w:rFonts w:cs="Times New Roman"/>
          <w:szCs w:val="24"/>
          <w:lang w:val="ro-MD"/>
        </w:rPr>
        <w:t xml:space="preserve">imposibilitatea activării licențelor; </w:t>
      </w:r>
    </w:p>
    <w:p w14:paraId="4BB685E8" w14:textId="77777777" w:rsidR="00324C53" w:rsidRPr="00633886" w:rsidRDefault="00324C53" w:rsidP="00324C53">
      <w:pPr>
        <w:numPr>
          <w:ilvl w:val="0"/>
          <w:numId w:val="31"/>
        </w:numPr>
        <w:spacing w:after="0"/>
        <w:jc w:val="both"/>
        <w:rPr>
          <w:rFonts w:cs="Times New Roman"/>
          <w:szCs w:val="24"/>
          <w:lang w:val="ro-MD"/>
        </w:rPr>
      </w:pPr>
      <w:r w:rsidRPr="00633886">
        <w:rPr>
          <w:rFonts w:cs="Times New Roman"/>
          <w:szCs w:val="24"/>
          <w:lang w:val="ro-MD"/>
        </w:rPr>
        <w:t xml:space="preserve">imposibilitatea accesării serviciilor </w:t>
      </w:r>
      <w:proofErr w:type="spellStart"/>
      <w:r w:rsidRPr="00633886">
        <w:rPr>
          <w:rFonts w:cs="Times New Roman"/>
          <w:szCs w:val="24"/>
          <w:lang w:val="ro-MD"/>
        </w:rPr>
        <w:t>FortiGuard</w:t>
      </w:r>
      <w:proofErr w:type="spellEnd"/>
      <w:r w:rsidRPr="00633886">
        <w:rPr>
          <w:rFonts w:cs="Times New Roman"/>
          <w:szCs w:val="24"/>
          <w:lang w:val="ro-MD"/>
        </w:rPr>
        <w:t xml:space="preserve">; </w:t>
      </w:r>
    </w:p>
    <w:p w14:paraId="343BE109" w14:textId="77777777" w:rsidR="00324C53" w:rsidRPr="00633886" w:rsidRDefault="00324C53" w:rsidP="00324C53">
      <w:pPr>
        <w:numPr>
          <w:ilvl w:val="0"/>
          <w:numId w:val="31"/>
        </w:numPr>
        <w:spacing w:after="0"/>
        <w:jc w:val="both"/>
        <w:rPr>
          <w:rFonts w:cs="Times New Roman"/>
          <w:szCs w:val="24"/>
          <w:lang w:val="ro-MD"/>
        </w:rPr>
      </w:pPr>
      <w:r w:rsidRPr="00633886">
        <w:rPr>
          <w:rFonts w:cs="Times New Roman"/>
          <w:szCs w:val="24"/>
          <w:lang w:val="ro-MD"/>
        </w:rPr>
        <w:t xml:space="preserve">imposibilitatea accesului la portalul </w:t>
      </w:r>
      <w:proofErr w:type="spellStart"/>
      <w:r w:rsidRPr="00633886">
        <w:rPr>
          <w:rFonts w:cs="Times New Roman"/>
          <w:szCs w:val="24"/>
          <w:lang w:val="ro-MD"/>
        </w:rPr>
        <w:t>Fortinet</w:t>
      </w:r>
      <w:proofErr w:type="spellEnd"/>
      <w:r w:rsidRPr="00633886">
        <w:rPr>
          <w:rFonts w:cs="Times New Roman"/>
          <w:szCs w:val="24"/>
          <w:lang w:val="ro-MD"/>
        </w:rPr>
        <w:t xml:space="preserve"> din cauza licențelor; </w:t>
      </w:r>
    </w:p>
    <w:p w14:paraId="7834E23E" w14:textId="77777777" w:rsidR="00324C53" w:rsidRPr="00633886" w:rsidRDefault="00324C53" w:rsidP="00324C53">
      <w:pPr>
        <w:numPr>
          <w:ilvl w:val="0"/>
          <w:numId w:val="31"/>
        </w:numPr>
        <w:spacing w:after="0"/>
        <w:jc w:val="both"/>
        <w:rPr>
          <w:rFonts w:cs="Times New Roman"/>
          <w:szCs w:val="24"/>
          <w:lang w:val="ro-MD"/>
        </w:rPr>
      </w:pPr>
      <w:r w:rsidRPr="00633886">
        <w:rPr>
          <w:rFonts w:cs="Times New Roman"/>
          <w:szCs w:val="24"/>
          <w:lang w:val="ro-MD"/>
        </w:rPr>
        <w:t xml:space="preserve">licențe activate incorect; </w:t>
      </w:r>
    </w:p>
    <w:p w14:paraId="1FD86BC5" w14:textId="77777777" w:rsidR="00324C53" w:rsidRPr="00633886" w:rsidRDefault="00324C53" w:rsidP="00324C53">
      <w:pPr>
        <w:numPr>
          <w:ilvl w:val="0"/>
          <w:numId w:val="31"/>
        </w:numPr>
        <w:spacing w:after="0"/>
        <w:jc w:val="both"/>
        <w:rPr>
          <w:rFonts w:cs="Times New Roman"/>
          <w:szCs w:val="24"/>
          <w:lang w:val="ro-MD"/>
        </w:rPr>
      </w:pPr>
      <w:r w:rsidRPr="00633886">
        <w:rPr>
          <w:rFonts w:cs="Times New Roman"/>
          <w:szCs w:val="24"/>
          <w:lang w:val="ro-MD"/>
        </w:rPr>
        <w:t xml:space="preserve">expirarea accidentală a subscripțiilor; </w:t>
      </w:r>
    </w:p>
    <w:p w14:paraId="4CAB3929" w14:textId="77777777" w:rsidR="00324C53" w:rsidRPr="00633886" w:rsidRDefault="00324C53" w:rsidP="00324C53">
      <w:pPr>
        <w:numPr>
          <w:ilvl w:val="0"/>
          <w:numId w:val="31"/>
        </w:numPr>
        <w:spacing w:after="0"/>
        <w:jc w:val="both"/>
        <w:rPr>
          <w:rFonts w:cs="Times New Roman"/>
          <w:szCs w:val="24"/>
          <w:lang w:val="ro-MD"/>
        </w:rPr>
      </w:pPr>
      <w:r w:rsidRPr="00633886">
        <w:rPr>
          <w:rFonts w:cs="Times New Roman"/>
          <w:szCs w:val="24"/>
          <w:lang w:val="ro-MD"/>
        </w:rPr>
        <w:t xml:space="preserve">imposibilitatea descărcării </w:t>
      </w:r>
      <w:proofErr w:type="spellStart"/>
      <w:r w:rsidRPr="00633886">
        <w:rPr>
          <w:rFonts w:cs="Times New Roman"/>
          <w:szCs w:val="24"/>
          <w:lang w:val="ro-MD"/>
        </w:rPr>
        <w:t>patch</w:t>
      </w:r>
      <w:proofErr w:type="spellEnd"/>
      <w:r w:rsidRPr="00633886">
        <w:rPr>
          <w:rFonts w:cs="Times New Roman"/>
          <w:szCs w:val="24"/>
          <w:lang w:val="ro-MD"/>
        </w:rPr>
        <w:t xml:space="preserve">-urilor critice. </w:t>
      </w:r>
    </w:p>
    <w:p w14:paraId="5FBCB68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Prioritatea 2 – Înaltă</w:t>
      </w:r>
    </w:p>
    <w:p w14:paraId="65B2602F" w14:textId="77777777" w:rsidR="00324C53" w:rsidRPr="00633886" w:rsidRDefault="00324C53" w:rsidP="00324C53">
      <w:pPr>
        <w:numPr>
          <w:ilvl w:val="0"/>
          <w:numId w:val="32"/>
        </w:numPr>
        <w:spacing w:after="0"/>
        <w:jc w:val="both"/>
        <w:rPr>
          <w:rFonts w:cs="Times New Roman"/>
          <w:szCs w:val="24"/>
          <w:lang w:val="ro-MD"/>
        </w:rPr>
      </w:pPr>
      <w:r w:rsidRPr="00633886">
        <w:rPr>
          <w:rFonts w:cs="Times New Roman"/>
          <w:szCs w:val="24"/>
          <w:lang w:val="ro-MD"/>
        </w:rPr>
        <w:t xml:space="preserve">probleme privind înregistrarea licențelor; </w:t>
      </w:r>
    </w:p>
    <w:p w14:paraId="0720C571" w14:textId="77777777" w:rsidR="00324C53" w:rsidRPr="00633886" w:rsidRDefault="00324C53" w:rsidP="00324C53">
      <w:pPr>
        <w:numPr>
          <w:ilvl w:val="0"/>
          <w:numId w:val="32"/>
        </w:numPr>
        <w:spacing w:after="0"/>
        <w:jc w:val="both"/>
        <w:rPr>
          <w:rFonts w:cs="Times New Roman"/>
          <w:szCs w:val="24"/>
          <w:lang w:val="ro-MD"/>
        </w:rPr>
      </w:pPr>
      <w:r w:rsidRPr="00633886">
        <w:rPr>
          <w:rFonts w:cs="Times New Roman"/>
          <w:szCs w:val="24"/>
          <w:lang w:val="ro-MD"/>
        </w:rPr>
        <w:t xml:space="preserve">actualizarea </w:t>
      </w:r>
      <w:proofErr w:type="spellStart"/>
      <w:r w:rsidRPr="00633886">
        <w:rPr>
          <w:rFonts w:cs="Times New Roman"/>
          <w:szCs w:val="24"/>
          <w:lang w:val="ro-MD"/>
        </w:rPr>
        <w:t>firmware</w:t>
      </w:r>
      <w:proofErr w:type="spellEnd"/>
      <w:r w:rsidRPr="00633886">
        <w:rPr>
          <w:rFonts w:cs="Times New Roman"/>
          <w:szCs w:val="24"/>
          <w:lang w:val="ro-MD"/>
        </w:rPr>
        <w:t xml:space="preserve">; </w:t>
      </w:r>
    </w:p>
    <w:p w14:paraId="0F4335C7" w14:textId="77777777" w:rsidR="00324C53" w:rsidRPr="00633886" w:rsidRDefault="00324C53" w:rsidP="00324C53">
      <w:pPr>
        <w:numPr>
          <w:ilvl w:val="0"/>
          <w:numId w:val="32"/>
        </w:numPr>
        <w:spacing w:after="0"/>
        <w:jc w:val="both"/>
        <w:rPr>
          <w:rFonts w:cs="Times New Roman"/>
          <w:szCs w:val="24"/>
          <w:lang w:val="ro-MD"/>
        </w:rPr>
      </w:pPr>
      <w:r w:rsidRPr="00633886">
        <w:rPr>
          <w:rFonts w:cs="Times New Roman"/>
          <w:szCs w:val="24"/>
          <w:lang w:val="ro-MD"/>
        </w:rPr>
        <w:t xml:space="preserve">verificarea compatibilității; </w:t>
      </w:r>
    </w:p>
    <w:p w14:paraId="2072CFD6" w14:textId="77777777" w:rsidR="00324C53" w:rsidRPr="00633886" w:rsidRDefault="00324C53" w:rsidP="00324C53">
      <w:pPr>
        <w:numPr>
          <w:ilvl w:val="0"/>
          <w:numId w:val="32"/>
        </w:numPr>
        <w:spacing w:after="0"/>
        <w:jc w:val="both"/>
        <w:rPr>
          <w:rFonts w:cs="Times New Roman"/>
          <w:szCs w:val="24"/>
          <w:lang w:val="ro-MD"/>
        </w:rPr>
      </w:pPr>
      <w:r w:rsidRPr="00633886">
        <w:rPr>
          <w:rFonts w:cs="Times New Roman"/>
          <w:szCs w:val="24"/>
          <w:lang w:val="ro-MD"/>
        </w:rPr>
        <w:t xml:space="preserve">modificări privind contul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6F9C1596" w14:textId="77777777" w:rsidR="00324C53" w:rsidRPr="00633886" w:rsidRDefault="00324C53" w:rsidP="00324C53">
      <w:pPr>
        <w:numPr>
          <w:ilvl w:val="0"/>
          <w:numId w:val="32"/>
        </w:numPr>
        <w:spacing w:after="0"/>
        <w:jc w:val="both"/>
        <w:rPr>
          <w:rFonts w:cs="Times New Roman"/>
          <w:szCs w:val="24"/>
          <w:lang w:val="ro-MD"/>
        </w:rPr>
      </w:pPr>
      <w:r w:rsidRPr="00633886">
        <w:rPr>
          <w:rFonts w:cs="Times New Roman"/>
          <w:szCs w:val="24"/>
          <w:lang w:val="ro-MD"/>
        </w:rPr>
        <w:t xml:space="preserve">actualizarea seriilor. </w:t>
      </w:r>
    </w:p>
    <w:p w14:paraId="51F51B52"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Prioritatea 3 – Medie</w:t>
      </w:r>
    </w:p>
    <w:p w14:paraId="4325EE22" w14:textId="77777777" w:rsidR="00324C53" w:rsidRPr="00633886" w:rsidRDefault="00324C53" w:rsidP="00324C53">
      <w:pPr>
        <w:numPr>
          <w:ilvl w:val="0"/>
          <w:numId w:val="33"/>
        </w:numPr>
        <w:spacing w:after="0"/>
        <w:jc w:val="both"/>
        <w:rPr>
          <w:rFonts w:cs="Times New Roman"/>
          <w:szCs w:val="24"/>
          <w:lang w:val="ro-MD"/>
        </w:rPr>
      </w:pPr>
      <w:r w:rsidRPr="00633886">
        <w:rPr>
          <w:rFonts w:cs="Times New Roman"/>
          <w:szCs w:val="24"/>
          <w:lang w:val="ro-MD"/>
        </w:rPr>
        <w:t xml:space="preserve">solicitări de informații; </w:t>
      </w:r>
    </w:p>
    <w:p w14:paraId="212D63EC" w14:textId="77777777" w:rsidR="00324C53" w:rsidRPr="00633886" w:rsidRDefault="00324C53" w:rsidP="00324C53">
      <w:pPr>
        <w:numPr>
          <w:ilvl w:val="0"/>
          <w:numId w:val="33"/>
        </w:numPr>
        <w:spacing w:after="0"/>
        <w:jc w:val="both"/>
        <w:rPr>
          <w:rFonts w:cs="Times New Roman"/>
          <w:szCs w:val="24"/>
          <w:lang w:val="ro-MD"/>
        </w:rPr>
      </w:pPr>
      <w:r w:rsidRPr="00633886">
        <w:rPr>
          <w:rFonts w:cs="Times New Roman"/>
          <w:szCs w:val="24"/>
          <w:lang w:val="ro-MD"/>
        </w:rPr>
        <w:lastRenderedPageBreak/>
        <w:t xml:space="preserve">verificări administrative; </w:t>
      </w:r>
    </w:p>
    <w:p w14:paraId="655F18D8" w14:textId="77777777" w:rsidR="00324C53" w:rsidRPr="00633886" w:rsidRDefault="00324C53" w:rsidP="00324C53">
      <w:pPr>
        <w:numPr>
          <w:ilvl w:val="0"/>
          <w:numId w:val="33"/>
        </w:numPr>
        <w:spacing w:after="0"/>
        <w:jc w:val="both"/>
        <w:rPr>
          <w:rFonts w:cs="Times New Roman"/>
          <w:szCs w:val="24"/>
          <w:lang w:val="ro-MD"/>
        </w:rPr>
      </w:pPr>
      <w:r w:rsidRPr="00633886">
        <w:rPr>
          <w:rFonts w:cs="Times New Roman"/>
          <w:szCs w:val="24"/>
          <w:lang w:val="ro-MD"/>
        </w:rPr>
        <w:t xml:space="preserve">clarificări tehnice; </w:t>
      </w:r>
    </w:p>
    <w:p w14:paraId="0C48F495" w14:textId="77777777" w:rsidR="00324C53" w:rsidRPr="00633886" w:rsidRDefault="00324C53" w:rsidP="00324C53">
      <w:pPr>
        <w:numPr>
          <w:ilvl w:val="0"/>
          <w:numId w:val="33"/>
        </w:numPr>
        <w:spacing w:after="0"/>
        <w:jc w:val="both"/>
        <w:rPr>
          <w:rFonts w:cs="Times New Roman"/>
          <w:szCs w:val="24"/>
          <w:lang w:val="ro-MD"/>
        </w:rPr>
      </w:pPr>
      <w:r w:rsidRPr="00633886">
        <w:rPr>
          <w:rFonts w:cs="Times New Roman"/>
          <w:szCs w:val="24"/>
          <w:lang w:val="ro-MD"/>
        </w:rPr>
        <w:t xml:space="preserve">confirmări privind licențele. </w:t>
      </w:r>
    </w:p>
    <w:p w14:paraId="65DBB0FF"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Prioritatea 4 – Redusă</w:t>
      </w:r>
    </w:p>
    <w:p w14:paraId="382221AB" w14:textId="77777777" w:rsidR="00324C53" w:rsidRPr="00633886" w:rsidRDefault="00324C53" w:rsidP="00324C53">
      <w:pPr>
        <w:numPr>
          <w:ilvl w:val="0"/>
          <w:numId w:val="34"/>
        </w:numPr>
        <w:spacing w:after="0"/>
        <w:jc w:val="both"/>
        <w:rPr>
          <w:rFonts w:cs="Times New Roman"/>
          <w:szCs w:val="24"/>
          <w:lang w:val="ro-MD"/>
        </w:rPr>
      </w:pPr>
      <w:r w:rsidRPr="00633886">
        <w:rPr>
          <w:rFonts w:cs="Times New Roman"/>
          <w:szCs w:val="24"/>
          <w:lang w:val="ro-MD"/>
        </w:rPr>
        <w:t xml:space="preserve">solicitări de consultanță; </w:t>
      </w:r>
    </w:p>
    <w:p w14:paraId="107280B4" w14:textId="77777777" w:rsidR="00324C53" w:rsidRPr="00633886" w:rsidRDefault="00324C53" w:rsidP="00324C53">
      <w:pPr>
        <w:numPr>
          <w:ilvl w:val="0"/>
          <w:numId w:val="34"/>
        </w:numPr>
        <w:spacing w:after="0"/>
        <w:jc w:val="both"/>
        <w:rPr>
          <w:rFonts w:cs="Times New Roman"/>
          <w:szCs w:val="24"/>
          <w:lang w:val="ro-MD"/>
        </w:rPr>
      </w:pPr>
      <w:r w:rsidRPr="00633886">
        <w:rPr>
          <w:rFonts w:cs="Times New Roman"/>
          <w:szCs w:val="24"/>
          <w:lang w:val="ro-MD"/>
        </w:rPr>
        <w:t xml:space="preserve">recomandări tehnice; </w:t>
      </w:r>
    </w:p>
    <w:p w14:paraId="13C03C3B" w14:textId="77777777" w:rsidR="00324C53" w:rsidRPr="00633886" w:rsidRDefault="00324C53" w:rsidP="00324C53">
      <w:pPr>
        <w:numPr>
          <w:ilvl w:val="0"/>
          <w:numId w:val="34"/>
        </w:numPr>
        <w:spacing w:after="0"/>
        <w:jc w:val="both"/>
        <w:rPr>
          <w:rFonts w:cs="Times New Roman"/>
          <w:szCs w:val="24"/>
          <w:lang w:val="ro-MD"/>
        </w:rPr>
      </w:pPr>
      <w:r w:rsidRPr="00633886">
        <w:rPr>
          <w:rFonts w:cs="Times New Roman"/>
          <w:szCs w:val="24"/>
          <w:lang w:val="ro-MD"/>
        </w:rPr>
        <w:t xml:space="preserve">întrebări privind documentația. </w:t>
      </w:r>
    </w:p>
    <w:p w14:paraId="50D357CF" w14:textId="77777777" w:rsidR="00324C53" w:rsidRPr="00633886" w:rsidRDefault="00324C53" w:rsidP="00324C53">
      <w:pPr>
        <w:spacing w:after="0"/>
        <w:jc w:val="both"/>
        <w:rPr>
          <w:rFonts w:cs="Times New Roman"/>
          <w:szCs w:val="24"/>
          <w:lang w:val="ro-MD"/>
        </w:rPr>
      </w:pPr>
    </w:p>
    <w:p w14:paraId="56DC78C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11.3 Timpi de răspuns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3402"/>
        <w:gridCol w:w="3685"/>
      </w:tblGrid>
      <w:tr w:rsidR="00324C53" w:rsidRPr="00633886" w14:paraId="04FFA998" w14:textId="77777777" w:rsidTr="00324C53">
        <w:trPr>
          <w:tblHeader/>
          <w:tblCellSpacing w:w="15" w:type="dxa"/>
        </w:trPr>
        <w:tc>
          <w:tcPr>
            <w:tcW w:w="1935" w:type="dxa"/>
            <w:vAlign w:val="center"/>
            <w:hideMark/>
          </w:tcPr>
          <w:p w14:paraId="6311C580"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Prioritate</w:t>
            </w:r>
          </w:p>
        </w:tc>
        <w:tc>
          <w:tcPr>
            <w:tcW w:w="3372" w:type="dxa"/>
            <w:vAlign w:val="center"/>
            <w:hideMark/>
          </w:tcPr>
          <w:p w14:paraId="3BD2B896"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Timp maxim de răspuns</w:t>
            </w:r>
          </w:p>
        </w:tc>
        <w:tc>
          <w:tcPr>
            <w:tcW w:w="3640" w:type="dxa"/>
            <w:vAlign w:val="center"/>
            <w:hideMark/>
          </w:tcPr>
          <w:p w14:paraId="1E001A5A"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Timp maxim de soluționare</w:t>
            </w:r>
          </w:p>
        </w:tc>
      </w:tr>
      <w:tr w:rsidR="00324C53" w:rsidRPr="00633886" w14:paraId="1AFAB23A" w14:textId="77777777" w:rsidTr="00324C53">
        <w:trPr>
          <w:tblCellSpacing w:w="15" w:type="dxa"/>
        </w:trPr>
        <w:tc>
          <w:tcPr>
            <w:tcW w:w="1935" w:type="dxa"/>
            <w:vAlign w:val="center"/>
            <w:hideMark/>
          </w:tcPr>
          <w:p w14:paraId="5F19D6DA"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Critică</w:t>
            </w:r>
          </w:p>
        </w:tc>
        <w:tc>
          <w:tcPr>
            <w:tcW w:w="3372" w:type="dxa"/>
            <w:vAlign w:val="center"/>
            <w:hideMark/>
          </w:tcPr>
          <w:p w14:paraId="7D545098"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2 ore lucrătoare</w:t>
            </w:r>
          </w:p>
        </w:tc>
        <w:tc>
          <w:tcPr>
            <w:tcW w:w="3640" w:type="dxa"/>
            <w:vAlign w:val="center"/>
            <w:hideMark/>
          </w:tcPr>
          <w:p w14:paraId="26A4CA89"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1 zi lucrătoare</w:t>
            </w:r>
          </w:p>
        </w:tc>
      </w:tr>
      <w:tr w:rsidR="00324C53" w:rsidRPr="00633886" w14:paraId="6B7E9773" w14:textId="77777777" w:rsidTr="00324C53">
        <w:trPr>
          <w:tblCellSpacing w:w="15" w:type="dxa"/>
        </w:trPr>
        <w:tc>
          <w:tcPr>
            <w:tcW w:w="1935" w:type="dxa"/>
            <w:vAlign w:val="center"/>
            <w:hideMark/>
          </w:tcPr>
          <w:p w14:paraId="1E94275A"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Înaltă</w:t>
            </w:r>
          </w:p>
        </w:tc>
        <w:tc>
          <w:tcPr>
            <w:tcW w:w="3372" w:type="dxa"/>
            <w:vAlign w:val="center"/>
            <w:hideMark/>
          </w:tcPr>
          <w:p w14:paraId="34B657BA"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4 ore lucrătoare</w:t>
            </w:r>
          </w:p>
        </w:tc>
        <w:tc>
          <w:tcPr>
            <w:tcW w:w="3640" w:type="dxa"/>
            <w:vAlign w:val="center"/>
            <w:hideMark/>
          </w:tcPr>
          <w:p w14:paraId="52503E9B"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2 zile lucrătoare</w:t>
            </w:r>
          </w:p>
        </w:tc>
      </w:tr>
      <w:tr w:rsidR="00324C53" w:rsidRPr="00633886" w14:paraId="2866DC2B" w14:textId="77777777" w:rsidTr="00324C53">
        <w:trPr>
          <w:tblCellSpacing w:w="15" w:type="dxa"/>
        </w:trPr>
        <w:tc>
          <w:tcPr>
            <w:tcW w:w="1935" w:type="dxa"/>
            <w:vAlign w:val="center"/>
            <w:hideMark/>
          </w:tcPr>
          <w:p w14:paraId="7284FA21"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Medie</w:t>
            </w:r>
          </w:p>
        </w:tc>
        <w:tc>
          <w:tcPr>
            <w:tcW w:w="3372" w:type="dxa"/>
            <w:vAlign w:val="center"/>
            <w:hideMark/>
          </w:tcPr>
          <w:p w14:paraId="727CBECB"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1 zi lucrătoare</w:t>
            </w:r>
          </w:p>
        </w:tc>
        <w:tc>
          <w:tcPr>
            <w:tcW w:w="3640" w:type="dxa"/>
            <w:vAlign w:val="center"/>
            <w:hideMark/>
          </w:tcPr>
          <w:p w14:paraId="36B066DC"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5 zile lucrătoare</w:t>
            </w:r>
          </w:p>
        </w:tc>
      </w:tr>
      <w:tr w:rsidR="00324C53" w:rsidRPr="00633886" w14:paraId="6410102F" w14:textId="77777777" w:rsidTr="00324C53">
        <w:trPr>
          <w:tblCellSpacing w:w="15" w:type="dxa"/>
        </w:trPr>
        <w:tc>
          <w:tcPr>
            <w:tcW w:w="1935" w:type="dxa"/>
            <w:vAlign w:val="center"/>
            <w:hideMark/>
          </w:tcPr>
          <w:p w14:paraId="0D1913B9"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Redusă</w:t>
            </w:r>
          </w:p>
        </w:tc>
        <w:tc>
          <w:tcPr>
            <w:tcW w:w="3372" w:type="dxa"/>
            <w:vAlign w:val="center"/>
            <w:hideMark/>
          </w:tcPr>
          <w:p w14:paraId="1616593B"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2 zile lucrătoare</w:t>
            </w:r>
          </w:p>
        </w:tc>
        <w:tc>
          <w:tcPr>
            <w:tcW w:w="3640" w:type="dxa"/>
            <w:vAlign w:val="center"/>
            <w:hideMark/>
          </w:tcPr>
          <w:p w14:paraId="7269E8AC"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conform acordului părților</w:t>
            </w:r>
          </w:p>
        </w:tc>
      </w:tr>
    </w:tbl>
    <w:p w14:paraId="5749C519"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În situațiile în care soluționarea depinde exclusiv de producătorul </w:t>
      </w:r>
      <w:proofErr w:type="spellStart"/>
      <w:r w:rsidRPr="00633886">
        <w:rPr>
          <w:rFonts w:cs="Times New Roman"/>
          <w:szCs w:val="24"/>
          <w:lang w:val="ro-MD"/>
        </w:rPr>
        <w:t>Fortinet</w:t>
      </w:r>
      <w:proofErr w:type="spellEnd"/>
      <w:r w:rsidRPr="00633886">
        <w:rPr>
          <w:rFonts w:cs="Times New Roman"/>
          <w:szCs w:val="24"/>
          <w:lang w:val="ro-MD"/>
        </w:rPr>
        <w:t>, Prestatorul va demonstra că solicitarea a fost escaladată în termenul prevăzut și va informa periodic Beneficiarul despre stadiul acesteia.</w:t>
      </w:r>
    </w:p>
    <w:p w14:paraId="441B2ABF" w14:textId="77777777" w:rsidR="00324C53" w:rsidRPr="00633886" w:rsidRDefault="00324C53" w:rsidP="00324C53">
      <w:pPr>
        <w:spacing w:after="0"/>
        <w:jc w:val="both"/>
        <w:rPr>
          <w:rFonts w:cs="Times New Roman"/>
          <w:szCs w:val="24"/>
          <w:lang w:val="ro-MD"/>
        </w:rPr>
      </w:pPr>
    </w:p>
    <w:p w14:paraId="6143B2FB"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12. CERINȚE PRIVIND SECURITATEA INFORMAȚIONALĂ</w:t>
      </w:r>
    </w:p>
    <w:p w14:paraId="7D363FF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este obligat să respecte principiile de securitate a informațiilor pe întreaga durată a contractului.</w:t>
      </w:r>
    </w:p>
    <w:p w14:paraId="2540DF7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cadrul executării contractului, Prestatorul:</w:t>
      </w:r>
    </w:p>
    <w:p w14:paraId="44C8BD81" w14:textId="77777777" w:rsidR="00324C53" w:rsidRPr="00633886" w:rsidRDefault="00324C53" w:rsidP="00324C53">
      <w:pPr>
        <w:numPr>
          <w:ilvl w:val="0"/>
          <w:numId w:val="35"/>
        </w:numPr>
        <w:spacing w:after="0"/>
        <w:jc w:val="both"/>
        <w:rPr>
          <w:rFonts w:cs="Times New Roman"/>
          <w:szCs w:val="24"/>
          <w:lang w:val="ro-MD"/>
        </w:rPr>
      </w:pPr>
      <w:r w:rsidRPr="00633886">
        <w:rPr>
          <w:rFonts w:cs="Times New Roman"/>
          <w:szCs w:val="24"/>
          <w:lang w:val="ro-MD"/>
        </w:rPr>
        <w:t xml:space="preserve">nu va divulga informații privind infrastructura IT a ANSP; </w:t>
      </w:r>
    </w:p>
    <w:p w14:paraId="641AD454" w14:textId="77777777" w:rsidR="00324C53" w:rsidRPr="00633886" w:rsidRDefault="00324C53" w:rsidP="00324C53">
      <w:pPr>
        <w:numPr>
          <w:ilvl w:val="0"/>
          <w:numId w:val="35"/>
        </w:numPr>
        <w:spacing w:after="0"/>
        <w:jc w:val="both"/>
        <w:rPr>
          <w:rFonts w:cs="Times New Roman"/>
          <w:szCs w:val="24"/>
          <w:lang w:val="ro-MD"/>
        </w:rPr>
      </w:pPr>
      <w:r w:rsidRPr="00633886">
        <w:rPr>
          <w:rFonts w:cs="Times New Roman"/>
          <w:szCs w:val="24"/>
          <w:lang w:val="ro-MD"/>
        </w:rPr>
        <w:t xml:space="preserve">nu va transmite informații către terți fără acordul scris al ANSP; </w:t>
      </w:r>
    </w:p>
    <w:p w14:paraId="74508BE1" w14:textId="77777777" w:rsidR="00324C53" w:rsidRPr="00633886" w:rsidRDefault="00324C53" w:rsidP="00324C53">
      <w:pPr>
        <w:numPr>
          <w:ilvl w:val="0"/>
          <w:numId w:val="35"/>
        </w:numPr>
        <w:spacing w:after="0"/>
        <w:jc w:val="both"/>
        <w:rPr>
          <w:rFonts w:cs="Times New Roman"/>
          <w:szCs w:val="24"/>
          <w:lang w:val="ro-MD"/>
        </w:rPr>
      </w:pPr>
      <w:r w:rsidRPr="00633886">
        <w:rPr>
          <w:rFonts w:cs="Times New Roman"/>
          <w:szCs w:val="24"/>
          <w:lang w:val="ro-MD"/>
        </w:rPr>
        <w:t xml:space="preserve">va utiliza exclusiv canalele oficiale </w:t>
      </w:r>
      <w:proofErr w:type="spellStart"/>
      <w:r w:rsidRPr="00633886">
        <w:rPr>
          <w:rFonts w:cs="Times New Roman"/>
          <w:szCs w:val="24"/>
          <w:lang w:val="ro-MD"/>
        </w:rPr>
        <w:t>Fortinet</w:t>
      </w:r>
      <w:proofErr w:type="spellEnd"/>
      <w:r w:rsidRPr="00633886">
        <w:rPr>
          <w:rFonts w:cs="Times New Roman"/>
          <w:szCs w:val="24"/>
          <w:lang w:val="ro-MD"/>
        </w:rPr>
        <w:t xml:space="preserve"> pentru activarea licențelor; </w:t>
      </w:r>
    </w:p>
    <w:p w14:paraId="5113301F" w14:textId="77777777" w:rsidR="00324C53" w:rsidRPr="00633886" w:rsidRDefault="00324C53" w:rsidP="00324C53">
      <w:pPr>
        <w:numPr>
          <w:ilvl w:val="0"/>
          <w:numId w:val="35"/>
        </w:numPr>
        <w:spacing w:after="0"/>
        <w:jc w:val="both"/>
        <w:rPr>
          <w:rFonts w:cs="Times New Roman"/>
          <w:szCs w:val="24"/>
          <w:lang w:val="ro-MD"/>
        </w:rPr>
      </w:pPr>
      <w:r w:rsidRPr="00633886">
        <w:rPr>
          <w:rFonts w:cs="Times New Roman"/>
          <w:szCs w:val="24"/>
          <w:lang w:val="ro-MD"/>
        </w:rPr>
        <w:t xml:space="preserve">va proteja datele și informațiile la care are acces în timpul executării contractului; </w:t>
      </w:r>
    </w:p>
    <w:p w14:paraId="6829F8FD" w14:textId="77777777" w:rsidR="00324C53" w:rsidRPr="00633886" w:rsidRDefault="00324C53" w:rsidP="00324C53">
      <w:pPr>
        <w:numPr>
          <w:ilvl w:val="0"/>
          <w:numId w:val="35"/>
        </w:numPr>
        <w:spacing w:after="0"/>
        <w:jc w:val="both"/>
        <w:rPr>
          <w:rFonts w:cs="Times New Roman"/>
          <w:szCs w:val="24"/>
          <w:lang w:val="ro-MD"/>
        </w:rPr>
      </w:pPr>
      <w:r w:rsidRPr="00633886">
        <w:rPr>
          <w:rFonts w:cs="Times New Roman"/>
          <w:szCs w:val="24"/>
          <w:lang w:val="ro-MD"/>
        </w:rPr>
        <w:t xml:space="preserve">va respecta cerințele privind confidențialitatea și securitatea informațiilor stabilite de legislația națională. </w:t>
      </w:r>
    </w:p>
    <w:p w14:paraId="2D41F90C"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În cazul în care, pentru activarea licențelor, este necesar accesul la informații privind echipamentele (model, serie, cont </w:t>
      </w:r>
      <w:proofErr w:type="spellStart"/>
      <w:r w:rsidRPr="00633886">
        <w:rPr>
          <w:rFonts w:cs="Times New Roman"/>
          <w:szCs w:val="24"/>
          <w:lang w:val="ro-MD"/>
        </w:rPr>
        <w:t>Fortinet</w:t>
      </w:r>
      <w:proofErr w:type="spellEnd"/>
      <w:r w:rsidRPr="00633886">
        <w:rPr>
          <w:rFonts w:cs="Times New Roman"/>
          <w:szCs w:val="24"/>
          <w:lang w:val="ro-MD"/>
        </w:rPr>
        <w:t xml:space="preserve"> etc.), aceste informații vor fi utilizate exclusiv în scopul executării contractului.</w:t>
      </w:r>
    </w:p>
    <w:p w14:paraId="56FC13DB" w14:textId="77777777" w:rsidR="00073104" w:rsidRPr="00633886" w:rsidRDefault="00073104" w:rsidP="00324C53">
      <w:pPr>
        <w:spacing w:after="0"/>
        <w:jc w:val="both"/>
        <w:rPr>
          <w:rFonts w:cs="Times New Roman"/>
          <w:szCs w:val="24"/>
          <w:lang w:val="ro-MD"/>
        </w:rPr>
      </w:pPr>
    </w:p>
    <w:p w14:paraId="1F9291E0"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13. OBLIGAȚIILE PRESTATORULUI</w:t>
      </w:r>
    </w:p>
    <w:p w14:paraId="54F305A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avea următoarele obligații principale:</w:t>
      </w:r>
    </w:p>
    <w:p w14:paraId="0A2BE7BB"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furnizeze exclusiv licențe originale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5165962C"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activeze subscripțiile în termenul contractual; </w:t>
      </w:r>
    </w:p>
    <w:p w14:paraId="413EFA63"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verifice eligibilitatea echipamentelor înainte de activare; </w:t>
      </w:r>
    </w:p>
    <w:p w14:paraId="28189117"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asigure asocierea licențelor cu contul oficial al ANSP; </w:t>
      </w:r>
    </w:p>
    <w:p w14:paraId="5182F320"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remedieze fără costuri suplimentare eventualele erori de activare; </w:t>
      </w:r>
    </w:p>
    <w:p w14:paraId="27B5EF50"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acorde suport tehnic pe perioada implementării; </w:t>
      </w:r>
    </w:p>
    <w:p w14:paraId="09AA9DFE"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informeze Beneficiarul privind eventualele incompatibilități identificate; </w:t>
      </w:r>
    </w:p>
    <w:p w14:paraId="717BC926"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furnizeze documentele justificative privind activarea și valabilitatea licențelor; </w:t>
      </w:r>
    </w:p>
    <w:p w14:paraId="34E0B9A1"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respecte politicile oficiale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2C3E3506" w14:textId="77777777" w:rsidR="00324C53" w:rsidRPr="00633886" w:rsidRDefault="00324C53" w:rsidP="00324C53">
      <w:pPr>
        <w:numPr>
          <w:ilvl w:val="0"/>
          <w:numId w:val="36"/>
        </w:numPr>
        <w:spacing w:after="0"/>
        <w:jc w:val="both"/>
        <w:rPr>
          <w:rFonts w:cs="Times New Roman"/>
          <w:szCs w:val="24"/>
          <w:lang w:val="ro-MD"/>
        </w:rPr>
      </w:pPr>
      <w:r w:rsidRPr="00633886">
        <w:rPr>
          <w:rFonts w:cs="Times New Roman"/>
          <w:szCs w:val="24"/>
          <w:lang w:val="ro-MD"/>
        </w:rPr>
        <w:t xml:space="preserve">să nu întrerupă continuitatea serviciilor prin întârzieri imputabile. </w:t>
      </w:r>
    </w:p>
    <w:p w14:paraId="6984F15B" w14:textId="77777777" w:rsidR="00324C53" w:rsidRPr="00633886" w:rsidRDefault="00324C53" w:rsidP="00324C53">
      <w:pPr>
        <w:spacing w:after="0"/>
        <w:jc w:val="both"/>
        <w:rPr>
          <w:rFonts w:cs="Times New Roman"/>
          <w:szCs w:val="24"/>
          <w:lang w:val="ro-MD"/>
        </w:rPr>
      </w:pPr>
    </w:p>
    <w:p w14:paraId="3D26057F" w14:textId="77777777" w:rsidR="00F52EE4" w:rsidRDefault="00F52EE4" w:rsidP="00324C53">
      <w:pPr>
        <w:spacing w:after="0"/>
        <w:jc w:val="both"/>
        <w:rPr>
          <w:rFonts w:cs="Times New Roman"/>
          <w:b/>
          <w:bCs/>
          <w:szCs w:val="24"/>
          <w:lang w:val="ro-MD"/>
        </w:rPr>
      </w:pPr>
    </w:p>
    <w:p w14:paraId="2C2C2985" w14:textId="7C78B0DD" w:rsidR="00324C53" w:rsidRPr="00633886" w:rsidRDefault="00324C53" w:rsidP="00324C53">
      <w:pPr>
        <w:spacing w:after="0"/>
        <w:jc w:val="both"/>
        <w:rPr>
          <w:rFonts w:cs="Times New Roman"/>
          <w:b/>
          <w:bCs/>
          <w:szCs w:val="24"/>
          <w:lang w:val="ro-MD"/>
        </w:rPr>
      </w:pPr>
      <w:r w:rsidRPr="00633886">
        <w:rPr>
          <w:rFonts w:cs="Times New Roman"/>
          <w:b/>
          <w:bCs/>
          <w:szCs w:val="24"/>
          <w:lang w:val="ro-MD"/>
        </w:rPr>
        <w:lastRenderedPageBreak/>
        <w:t>14. OBLIGAȚIILE ANSP</w:t>
      </w:r>
    </w:p>
    <w:p w14:paraId="354197A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Beneficiarul va:</w:t>
      </w:r>
    </w:p>
    <w:p w14:paraId="3063AE52" w14:textId="77777777" w:rsidR="00324C53" w:rsidRPr="00633886" w:rsidRDefault="00324C53" w:rsidP="00324C53">
      <w:pPr>
        <w:numPr>
          <w:ilvl w:val="0"/>
          <w:numId w:val="37"/>
        </w:numPr>
        <w:spacing w:after="0"/>
        <w:jc w:val="both"/>
        <w:rPr>
          <w:rFonts w:cs="Times New Roman"/>
          <w:szCs w:val="24"/>
          <w:lang w:val="ro-MD"/>
        </w:rPr>
      </w:pPr>
      <w:r w:rsidRPr="00633886">
        <w:rPr>
          <w:rFonts w:cs="Times New Roman"/>
          <w:szCs w:val="24"/>
          <w:lang w:val="ro-MD"/>
        </w:rPr>
        <w:t xml:space="preserve">furniza informațiile necesare privind echipamentele și seriile acestora; </w:t>
      </w:r>
    </w:p>
    <w:p w14:paraId="7B2352A8" w14:textId="77777777" w:rsidR="00324C53" w:rsidRPr="00633886" w:rsidRDefault="00324C53" w:rsidP="00324C53">
      <w:pPr>
        <w:numPr>
          <w:ilvl w:val="0"/>
          <w:numId w:val="37"/>
        </w:numPr>
        <w:spacing w:after="0"/>
        <w:jc w:val="both"/>
        <w:rPr>
          <w:rFonts w:cs="Times New Roman"/>
          <w:szCs w:val="24"/>
          <w:lang w:val="ro-MD"/>
        </w:rPr>
      </w:pPr>
      <w:r w:rsidRPr="00633886">
        <w:rPr>
          <w:rFonts w:cs="Times New Roman"/>
          <w:szCs w:val="24"/>
          <w:lang w:val="ro-MD"/>
        </w:rPr>
        <w:t xml:space="preserve">asigura accesul la contul </w:t>
      </w:r>
      <w:proofErr w:type="spellStart"/>
      <w:r w:rsidRPr="00633886">
        <w:rPr>
          <w:rFonts w:cs="Times New Roman"/>
          <w:szCs w:val="24"/>
          <w:lang w:val="ro-MD"/>
        </w:rPr>
        <w:t>Fortinet</w:t>
      </w:r>
      <w:proofErr w:type="spellEnd"/>
      <w:r w:rsidRPr="00633886">
        <w:rPr>
          <w:rFonts w:cs="Times New Roman"/>
          <w:szCs w:val="24"/>
          <w:lang w:val="ro-MD"/>
        </w:rPr>
        <w:t xml:space="preserve">, atunci când este necesar pentru activarea licențelor; </w:t>
      </w:r>
    </w:p>
    <w:p w14:paraId="1526F331" w14:textId="77777777" w:rsidR="00324C53" w:rsidRPr="00633886" w:rsidRDefault="00324C53" w:rsidP="00324C53">
      <w:pPr>
        <w:numPr>
          <w:ilvl w:val="0"/>
          <w:numId w:val="37"/>
        </w:numPr>
        <w:spacing w:after="0"/>
        <w:jc w:val="both"/>
        <w:rPr>
          <w:rFonts w:cs="Times New Roman"/>
          <w:szCs w:val="24"/>
          <w:lang w:val="ro-MD"/>
        </w:rPr>
      </w:pPr>
      <w:r w:rsidRPr="00633886">
        <w:rPr>
          <w:rFonts w:cs="Times New Roman"/>
          <w:szCs w:val="24"/>
          <w:lang w:val="ro-MD"/>
        </w:rPr>
        <w:t xml:space="preserve">verifica activarea și funcționalitatea serviciilor; </w:t>
      </w:r>
    </w:p>
    <w:p w14:paraId="124C5188" w14:textId="77777777" w:rsidR="00324C53" w:rsidRPr="00633886" w:rsidRDefault="00324C53" w:rsidP="00324C53">
      <w:pPr>
        <w:numPr>
          <w:ilvl w:val="0"/>
          <w:numId w:val="37"/>
        </w:numPr>
        <w:spacing w:after="0"/>
        <w:jc w:val="both"/>
        <w:rPr>
          <w:rFonts w:cs="Times New Roman"/>
          <w:szCs w:val="24"/>
          <w:lang w:val="ro-MD"/>
        </w:rPr>
      </w:pPr>
      <w:r w:rsidRPr="00633886">
        <w:rPr>
          <w:rFonts w:cs="Times New Roman"/>
          <w:szCs w:val="24"/>
          <w:lang w:val="ro-MD"/>
        </w:rPr>
        <w:t xml:space="preserve">desemna o persoană responsabilă pentru relația cu Prestatorul; </w:t>
      </w:r>
    </w:p>
    <w:p w14:paraId="14E080C3" w14:textId="77777777" w:rsidR="00324C53" w:rsidRPr="00633886" w:rsidRDefault="00324C53" w:rsidP="00324C53">
      <w:pPr>
        <w:numPr>
          <w:ilvl w:val="0"/>
          <w:numId w:val="37"/>
        </w:numPr>
        <w:spacing w:after="0"/>
        <w:jc w:val="both"/>
        <w:rPr>
          <w:rFonts w:cs="Times New Roman"/>
          <w:szCs w:val="24"/>
          <w:lang w:val="ro-MD"/>
        </w:rPr>
      </w:pPr>
      <w:r w:rsidRPr="00633886">
        <w:rPr>
          <w:rFonts w:cs="Times New Roman"/>
          <w:szCs w:val="24"/>
          <w:lang w:val="ro-MD"/>
        </w:rPr>
        <w:t xml:space="preserve">semnala în timp util eventualele neconformități constatate. </w:t>
      </w:r>
    </w:p>
    <w:p w14:paraId="03B86EB8" w14:textId="77777777" w:rsidR="00324C53" w:rsidRPr="00633886" w:rsidRDefault="00324C53" w:rsidP="00324C53">
      <w:pPr>
        <w:spacing w:after="0"/>
        <w:jc w:val="both"/>
        <w:rPr>
          <w:rFonts w:cs="Times New Roman"/>
          <w:szCs w:val="24"/>
          <w:lang w:val="ro-MD"/>
        </w:rPr>
      </w:pPr>
    </w:p>
    <w:p w14:paraId="557C2CF5"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15. CERINȚE PRIVIND RECEPȚIA SERVICIILOR</w:t>
      </w:r>
    </w:p>
    <w:p w14:paraId="17D5A1F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Recepția serviciilor va fi efectuată numai după îndeplinirea cumulativă a următoarelor condiții:</w:t>
      </w:r>
    </w:p>
    <w:p w14:paraId="79B3A7AB" w14:textId="77777777"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toate licențele au fost activate; </w:t>
      </w:r>
    </w:p>
    <w:p w14:paraId="7C343FA2" w14:textId="32ECF5FC"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perioada de valabilitate este de </w:t>
      </w:r>
      <w:r w:rsidR="00A40993">
        <w:rPr>
          <w:rFonts w:cs="Times New Roman"/>
          <w:szCs w:val="24"/>
          <w:lang w:val="ro-MD"/>
        </w:rPr>
        <w:t>12</w:t>
      </w:r>
      <w:r w:rsidRPr="00633886">
        <w:rPr>
          <w:rFonts w:cs="Times New Roman"/>
          <w:szCs w:val="24"/>
          <w:lang w:val="ro-MD"/>
        </w:rPr>
        <w:t xml:space="preserve"> luni; </w:t>
      </w:r>
    </w:p>
    <w:p w14:paraId="7B7A1512" w14:textId="77777777"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licențele sunt vizibile în portalul oficial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1587510C" w14:textId="77777777"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serviciile </w:t>
      </w:r>
      <w:proofErr w:type="spellStart"/>
      <w:r w:rsidRPr="00633886">
        <w:rPr>
          <w:rFonts w:cs="Times New Roman"/>
          <w:szCs w:val="24"/>
          <w:lang w:val="ro-MD"/>
        </w:rPr>
        <w:t>FortiGuard</w:t>
      </w:r>
      <w:proofErr w:type="spellEnd"/>
      <w:r w:rsidRPr="00633886">
        <w:rPr>
          <w:rFonts w:cs="Times New Roman"/>
          <w:szCs w:val="24"/>
          <w:lang w:val="ro-MD"/>
        </w:rPr>
        <w:t xml:space="preserve"> sunt active; </w:t>
      </w:r>
    </w:p>
    <w:p w14:paraId="033CF66E" w14:textId="77777777"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serviciile </w:t>
      </w:r>
      <w:proofErr w:type="spellStart"/>
      <w:r w:rsidRPr="00633886">
        <w:rPr>
          <w:rFonts w:cs="Times New Roman"/>
          <w:szCs w:val="24"/>
          <w:lang w:val="ro-MD"/>
        </w:rPr>
        <w:t>FortiCare</w:t>
      </w:r>
      <w:proofErr w:type="spellEnd"/>
      <w:r w:rsidRPr="00633886">
        <w:rPr>
          <w:rFonts w:cs="Times New Roman"/>
          <w:szCs w:val="24"/>
          <w:lang w:val="ro-MD"/>
        </w:rPr>
        <w:t xml:space="preserve"> sunt active; </w:t>
      </w:r>
    </w:p>
    <w:p w14:paraId="54C68EDC" w14:textId="77777777"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accesul la </w:t>
      </w:r>
      <w:proofErr w:type="spellStart"/>
      <w:r w:rsidRPr="00633886">
        <w:rPr>
          <w:rFonts w:cs="Times New Roman"/>
          <w:szCs w:val="24"/>
          <w:lang w:val="ro-MD"/>
        </w:rPr>
        <w:t>firmware</w:t>
      </w:r>
      <w:proofErr w:type="spellEnd"/>
      <w:r w:rsidRPr="00633886">
        <w:rPr>
          <w:rFonts w:cs="Times New Roman"/>
          <w:szCs w:val="24"/>
          <w:lang w:val="ro-MD"/>
        </w:rPr>
        <w:t xml:space="preserve"> și actualizări este funcțional; </w:t>
      </w:r>
    </w:p>
    <w:p w14:paraId="606370E7" w14:textId="77777777"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accesul la suportul tehnic al producătorului este confirmat; </w:t>
      </w:r>
    </w:p>
    <w:p w14:paraId="61EF3CBC" w14:textId="77777777" w:rsidR="00324C53" w:rsidRPr="00633886" w:rsidRDefault="00324C53" w:rsidP="00324C53">
      <w:pPr>
        <w:numPr>
          <w:ilvl w:val="0"/>
          <w:numId w:val="38"/>
        </w:numPr>
        <w:spacing w:after="0"/>
        <w:jc w:val="both"/>
        <w:rPr>
          <w:rFonts w:cs="Times New Roman"/>
          <w:szCs w:val="24"/>
          <w:lang w:val="ro-MD"/>
        </w:rPr>
      </w:pPr>
      <w:r w:rsidRPr="00633886">
        <w:rPr>
          <w:rFonts w:cs="Times New Roman"/>
          <w:szCs w:val="24"/>
          <w:lang w:val="ro-MD"/>
        </w:rPr>
        <w:t xml:space="preserve">documentele justificative au fost transmise ANSP. </w:t>
      </w:r>
    </w:p>
    <w:p w14:paraId="31F9EAF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Recepția se finalizează prin semnarea Actului de recepție a serviciilor.</w:t>
      </w:r>
    </w:p>
    <w:p w14:paraId="5BB6CF94" w14:textId="77777777" w:rsidR="00324C53" w:rsidRPr="00633886" w:rsidRDefault="00324C53" w:rsidP="00324C53">
      <w:pPr>
        <w:spacing w:after="0"/>
        <w:jc w:val="both"/>
        <w:rPr>
          <w:rFonts w:cs="Times New Roman"/>
          <w:szCs w:val="24"/>
          <w:lang w:val="ro-MD"/>
        </w:rPr>
      </w:pPr>
    </w:p>
    <w:p w14:paraId="0F464B2B"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16. CRITERII DE ACCEPTANȚĂ</w:t>
      </w:r>
    </w:p>
    <w:p w14:paraId="16BE616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Serviciile vor fi considerate acceptate dacă sunt îndeplinite simultan următoarele condiții:</w:t>
      </w:r>
    </w:p>
    <w:p w14:paraId="20AB6969" w14:textId="77777777" w:rsidR="00324C53" w:rsidRPr="00633886" w:rsidRDefault="00324C53" w:rsidP="00324C53">
      <w:pPr>
        <w:numPr>
          <w:ilvl w:val="0"/>
          <w:numId w:val="39"/>
        </w:numPr>
        <w:spacing w:after="0"/>
        <w:jc w:val="both"/>
        <w:rPr>
          <w:rFonts w:cs="Times New Roman"/>
          <w:szCs w:val="24"/>
          <w:lang w:val="ro-MD"/>
        </w:rPr>
      </w:pPr>
      <w:r w:rsidRPr="00633886">
        <w:rPr>
          <w:rFonts w:cs="Times New Roman"/>
          <w:szCs w:val="24"/>
          <w:lang w:val="ro-MD"/>
        </w:rPr>
        <w:t xml:space="preserve">toate subscripțiile sunt active; </w:t>
      </w:r>
    </w:p>
    <w:p w14:paraId="6AF7B570" w14:textId="77777777" w:rsidR="00324C53" w:rsidRPr="00633886" w:rsidRDefault="00324C53" w:rsidP="00324C53">
      <w:pPr>
        <w:numPr>
          <w:ilvl w:val="0"/>
          <w:numId w:val="39"/>
        </w:numPr>
        <w:spacing w:after="0"/>
        <w:jc w:val="both"/>
        <w:rPr>
          <w:rFonts w:cs="Times New Roman"/>
          <w:szCs w:val="24"/>
          <w:lang w:val="ro-MD"/>
        </w:rPr>
      </w:pPr>
      <w:r w:rsidRPr="00633886">
        <w:rPr>
          <w:rFonts w:cs="Times New Roman"/>
          <w:szCs w:val="24"/>
          <w:lang w:val="ro-MD"/>
        </w:rPr>
        <w:t xml:space="preserve">toate echipamentele prevăzute în contract beneficiază de serviciile licențiate; </w:t>
      </w:r>
    </w:p>
    <w:p w14:paraId="3BF870CA" w14:textId="77777777" w:rsidR="00324C53" w:rsidRPr="00633886" w:rsidRDefault="00324C53" w:rsidP="00324C53">
      <w:pPr>
        <w:numPr>
          <w:ilvl w:val="0"/>
          <w:numId w:val="39"/>
        </w:numPr>
        <w:spacing w:after="0"/>
        <w:jc w:val="both"/>
        <w:rPr>
          <w:rFonts w:cs="Times New Roman"/>
          <w:szCs w:val="24"/>
          <w:lang w:val="ro-MD"/>
        </w:rPr>
      </w:pPr>
      <w:r w:rsidRPr="00633886">
        <w:rPr>
          <w:rFonts w:cs="Times New Roman"/>
          <w:szCs w:val="24"/>
          <w:lang w:val="ro-MD"/>
        </w:rPr>
        <w:t xml:space="preserve">nu există erori privind asocierea licențelor; </w:t>
      </w:r>
    </w:p>
    <w:p w14:paraId="450BCCD3" w14:textId="77777777" w:rsidR="00324C53" w:rsidRPr="00633886" w:rsidRDefault="00324C53" w:rsidP="00324C53">
      <w:pPr>
        <w:numPr>
          <w:ilvl w:val="0"/>
          <w:numId w:val="39"/>
        </w:numPr>
        <w:spacing w:after="0"/>
        <w:jc w:val="both"/>
        <w:rPr>
          <w:rFonts w:cs="Times New Roman"/>
          <w:szCs w:val="24"/>
          <w:lang w:val="ro-MD"/>
        </w:rPr>
      </w:pPr>
      <w:r w:rsidRPr="00633886">
        <w:rPr>
          <w:rFonts w:cs="Times New Roman"/>
          <w:szCs w:val="24"/>
          <w:lang w:val="ro-MD"/>
        </w:rPr>
        <w:t xml:space="preserve">Beneficiarul poate verifica valabilitatea acestora în portalul oficial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70BD9384" w14:textId="77777777" w:rsidR="00324C53" w:rsidRPr="00633886" w:rsidRDefault="00324C53" w:rsidP="00324C53">
      <w:pPr>
        <w:numPr>
          <w:ilvl w:val="0"/>
          <w:numId w:val="39"/>
        </w:numPr>
        <w:spacing w:after="0"/>
        <w:jc w:val="both"/>
        <w:rPr>
          <w:rFonts w:cs="Times New Roman"/>
          <w:szCs w:val="24"/>
          <w:lang w:val="ro-MD"/>
        </w:rPr>
      </w:pPr>
      <w:r w:rsidRPr="00633886">
        <w:rPr>
          <w:rFonts w:cs="Times New Roman"/>
          <w:szCs w:val="24"/>
          <w:lang w:val="ro-MD"/>
        </w:rPr>
        <w:t xml:space="preserve">toate serviciile contractate sunt disponibile și funcționale. </w:t>
      </w:r>
    </w:p>
    <w:p w14:paraId="33D1192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cazul constatării unor neconformități, Prestatorul este obligat să le remedieze fără costuri suplimentare într-un termen de maximum 5 zile lucrătoare.</w:t>
      </w:r>
    </w:p>
    <w:p w14:paraId="77BDC94C" w14:textId="77777777" w:rsidR="00324C53" w:rsidRPr="00633886" w:rsidRDefault="00324C53" w:rsidP="00324C53">
      <w:pPr>
        <w:spacing w:after="0"/>
        <w:jc w:val="both"/>
        <w:rPr>
          <w:rFonts w:cs="Times New Roman"/>
          <w:szCs w:val="24"/>
          <w:lang w:val="ro-MD"/>
        </w:rPr>
      </w:pPr>
    </w:p>
    <w:p w14:paraId="46E05F4C"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17. GARANȚII</w:t>
      </w:r>
    </w:p>
    <w:p w14:paraId="28B4B5A9"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garantează că:</w:t>
      </w:r>
    </w:p>
    <w:p w14:paraId="37A9E013" w14:textId="77777777" w:rsidR="00324C53" w:rsidRPr="00633886" w:rsidRDefault="00324C53" w:rsidP="00324C53">
      <w:pPr>
        <w:numPr>
          <w:ilvl w:val="0"/>
          <w:numId w:val="40"/>
        </w:numPr>
        <w:spacing w:after="0"/>
        <w:jc w:val="both"/>
        <w:rPr>
          <w:rFonts w:cs="Times New Roman"/>
          <w:szCs w:val="24"/>
          <w:lang w:val="ro-MD"/>
        </w:rPr>
      </w:pPr>
      <w:r w:rsidRPr="00633886">
        <w:rPr>
          <w:rFonts w:cs="Times New Roman"/>
          <w:szCs w:val="24"/>
          <w:lang w:val="ro-MD"/>
        </w:rPr>
        <w:t xml:space="preserve">licențele furnizate sunt originale și provin din canalul oficial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0B05FDEA" w14:textId="77777777" w:rsidR="00324C53" w:rsidRPr="00633886" w:rsidRDefault="00324C53" w:rsidP="00324C53">
      <w:pPr>
        <w:numPr>
          <w:ilvl w:val="0"/>
          <w:numId w:val="40"/>
        </w:numPr>
        <w:spacing w:after="0"/>
        <w:jc w:val="both"/>
        <w:rPr>
          <w:rFonts w:cs="Times New Roman"/>
          <w:szCs w:val="24"/>
          <w:lang w:val="ro-MD"/>
        </w:rPr>
      </w:pPr>
      <w:r w:rsidRPr="00633886">
        <w:rPr>
          <w:rFonts w:cs="Times New Roman"/>
          <w:szCs w:val="24"/>
          <w:lang w:val="ro-MD"/>
        </w:rPr>
        <w:t xml:space="preserve">licențele sunt eligibile pentru suportul oficial al producătorului; </w:t>
      </w:r>
    </w:p>
    <w:p w14:paraId="7FEAB8A5" w14:textId="77777777" w:rsidR="00324C53" w:rsidRPr="00633886" w:rsidRDefault="00324C53" w:rsidP="00324C53">
      <w:pPr>
        <w:numPr>
          <w:ilvl w:val="0"/>
          <w:numId w:val="40"/>
        </w:numPr>
        <w:spacing w:after="0"/>
        <w:jc w:val="both"/>
        <w:rPr>
          <w:rFonts w:cs="Times New Roman"/>
          <w:szCs w:val="24"/>
          <w:lang w:val="ro-MD"/>
        </w:rPr>
      </w:pPr>
      <w:r w:rsidRPr="00633886">
        <w:rPr>
          <w:rFonts w:cs="Times New Roman"/>
          <w:szCs w:val="24"/>
          <w:lang w:val="ro-MD"/>
        </w:rPr>
        <w:t xml:space="preserve">serviciile vor fi active pe întreaga perioadă contractuală; </w:t>
      </w:r>
    </w:p>
    <w:p w14:paraId="6ABA8C72" w14:textId="77777777" w:rsidR="00324C53" w:rsidRPr="00633886" w:rsidRDefault="00324C53" w:rsidP="00324C53">
      <w:pPr>
        <w:numPr>
          <w:ilvl w:val="0"/>
          <w:numId w:val="40"/>
        </w:numPr>
        <w:spacing w:after="0"/>
        <w:jc w:val="both"/>
        <w:rPr>
          <w:rFonts w:cs="Times New Roman"/>
          <w:szCs w:val="24"/>
          <w:lang w:val="ro-MD"/>
        </w:rPr>
      </w:pPr>
      <w:r w:rsidRPr="00633886">
        <w:rPr>
          <w:rFonts w:cs="Times New Roman"/>
          <w:szCs w:val="24"/>
          <w:lang w:val="ro-MD"/>
        </w:rPr>
        <w:t xml:space="preserve">nu există restricții privind utilizarea acestora pe teritoriul Republicii Moldova; </w:t>
      </w:r>
    </w:p>
    <w:p w14:paraId="11AAF105" w14:textId="77777777" w:rsidR="00324C53" w:rsidRPr="00633886" w:rsidRDefault="00324C53" w:rsidP="00324C53">
      <w:pPr>
        <w:numPr>
          <w:ilvl w:val="0"/>
          <w:numId w:val="40"/>
        </w:numPr>
        <w:spacing w:after="0"/>
        <w:jc w:val="both"/>
        <w:rPr>
          <w:rFonts w:cs="Times New Roman"/>
          <w:szCs w:val="24"/>
          <w:lang w:val="ro-MD"/>
        </w:rPr>
      </w:pPr>
      <w:r w:rsidRPr="00633886">
        <w:rPr>
          <w:rFonts w:cs="Times New Roman"/>
          <w:szCs w:val="24"/>
          <w:lang w:val="ro-MD"/>
        </w:rPr>
        <w:t xml:space="preserve">toate drepturile de utilizare sunt acordate în conformitate cu politicile producătorului. </w:t>
      </w:r>
    </w:p>
    <w:p w14:paraId="65ED0D1A" w14:textId="77777777" w:rsidR="00324C53" w:rsidRPr="00633886" w:rsidRDefault="00324C53" w:rsidP="00324C53">
      <w:pPr>
        <w:spacing w:after="0"/>
        <w:jc w:val="both"/>
        <w:rPr>
          <w:rFonts w:cs="Times New Roman"/>
          <w:szCs w:val="24"/>
          <w:lang w:val="ro-MD"/>
        </w:rPr>
      </w:pPr>
    </w:p>
    <w:p w14:paraId="521C98CD"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18. PENALITĂȚI</w:t>
      </w:r>
    </w:p>
    <w:p w14:paraId="2E1EE21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cazul întârzierii activării licențelor din culpa Prestatorului, Autoritatea Contractantă poate aplica penalități conform condițiilor contractuale și legislației privind achizițiile publice.</w:t>
      </w:r>
    </w:p>
    <w:p w14:paraId="71D367BC"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cazul furnizării unor licențe neconforme, Prestatorul va înlocui, pe propria cheltuială, licențele respective cu licențe conforme și va suporta toate costurile aferente remedierii situației.</w:t>
      </w:r>
    </w:p>
    <w:p w14:paraId="563F950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cazul în care neconformitățile nu sunt remediate în termenul stabilit, Beneficiarul își rezervă dreptul de a aplica măsurile prevăzute în contract, inclusiv rezilierea acestuia și solicitarea de despăgubiri, în condițiile legii.</w:t>
      </w:r>
    </w:p>
    <w:p w14:paraId="6044FF96" w14:textId="77777777" w:rsidR="00324C53" w:rsidRPr="00633886" w:rsidRDefault="00324C53" w:rsidP="00324C53">
      <w:pPr>
        <w:spacing w:after="0"/>
        <w:jc w:val="both"/>
        <w:rPr>
          <w:rFonts w:cs="Times New Roman"/>
          <w:szCs w:val="24"/>
          <w:lang w:val="ro-MD"/>
        </w:rPr>
      </w:pPr>
    </w:p>
    <w:p w14:paraId="520E19B9"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lastRenderedPageBreak/>
        <w:t>19. DOCUMENTE OBLIGATORII LA DEPUNEREA OFERTEI</w:t>
      </w:r>
    </w:p>
    <w:p w14:paraId="01FDAE32"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conformitate cu Legea nr. 131/2015 privind achizițiile publice și documentația standard aprobată de Agenția Achiziții Publice, ofertantul va prezenta, prin intermediul SIA RSAP (</w:t>
      </w:r>
      <w:proofErr w:type="spellStart"/>
      <w:r w:rsidRPr="00633886">
        <w:rPr>
          <w:rFonts w:cs="Times New Roman"/>
          <w:szCs w:val="24"/>
          <w:lang w:val="ro-MD"/>
        </w:rPr>
        <w:t>MTender</w:t>
      </w:r>
      <w:proofErr w:type="spellEnd"/>
      <w:r w:rsidRPr="00633886">
        <w:rPr>
          <w:rFonts w:cs="Times New Roman"/>
          <w:szCs w:val="24"/>
          <w:lang w:val="ro-MD"/>
        </w:rPr>
        <w:t>), următoarele documente: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4"/>
        <w:gridCol w:w="5954"/>
        <w:gridCol w:w="2551"/>
      </w:tblGrid>
      <w:tr w:rsidR="00324C53" w:rsidRPr="00633886" w14:paraId="197EC90D" w14:textId="77777777" w:rsidTr="00324C53">
        <w:trPr>
          <w:tblHeader/>
          <w:tblCellSpacing w:w="15" w:type="dxa"/>
        </w:trPr>
        <w:tc>
          <w:tcPr>
            <w:tcW w:w="659" w:type="dxa"/>
            <w:vAlign w:val="center"/>
            <w:hideMark/>
          </w:tcPr>
          <w:p w14:paraId="7C105B6C"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Nr.</w:t>
            </w:r>
          </w:p>
        </w:tc>
        <w:tc>
          <w:tcPr>
            <w:tcW w:w="5924" w:type="dxa"/>
            <w:vAlign w:val="center"/>
            <w:hideMark/>
          </w:tcPr>
          <w:p w14:paraId="1A904556"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Document</w:t>
            </w:r>
          </w:p>
        </w:tc>
        <w:tc>
          <w:tcPr>
            <w:tcW w:w="2506" w:type="dxa"/>
            <w:vAlign w:val="center"/>
            <w:hideMark/>
          </w:tcPr>
          <w:p w14:paraId="2BC0AB77"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Obligatoriu</w:t>
            </w:r>
          </w:p>
        </w:tc>
      </w:tr>
      <w:tr w:rsidR="00324C53" w:rsidRPr="00633886" w14:paraId="34EB6BAC" w14:textId="77777777" w:rsidTr="00324C53">
        <w:trPr>
          <w:tblCellSpacing w:w="15" w:type="dxa"/>
        </w:trPr>
        <w:tc>
          <w:tcPr>
            <w:tcW w:w="659" w:type="dxa"/>
            <w:vAlign w:val="center"/>
            <w:hideMark/>
          </w:tcPr>
          <w:p w14:paraId="2FF3C2E1"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1</w:t>
            </w:r>
          </w:p>
        </w:tc>
        <w:tc>
          <w:tcPr>
            <w:tcW w:w="5924" w:type="dxa"/>
            <w:vAlign w:val="center"/>
            <w:hideMark/>
          </w:tcPr>
          <w:p w14:paraId="3587EC55"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Formularul ofertei</w:t>
            </w:r>
          </w:p>
        </w:tc>
        <w:tc>
          <w:tcPr>
            <w:tcW w:w="2506" w:type="dxa"/>
            <w:vAlign w:val="center"/>
            <w:hideMark/>
          </w:tcPr>
          <w:p w14:paraId="3A82545E"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Da</w:t>
            </w:r>
          </w:p>
        </w:tc>
      </w:tr>
      <w:tr w:rsidR="00324C53" w:rsidRPr="00633886" w14:paraId="669B694A" w14:textId="77777777" w:rsidTr="00324C53">
        <w:trPr>
          <w:tblCellSpacing w:w="15" w:type="dxa"/>
        </w:trPr>
        <w:tc>
          <w:tcPr>
            <w:tcW w:w="659" w:type="dxa"/>
            <w:vAlign w:val="center"/>
            <w:hideMark/>
          </w:tcPr>
          <w:p w14:paraId="468E70F0"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2</w:t>
            </w:r>
          </w:p>
        </w:tc>
        <w:tc>
          <w:tcPr>
            <w:tcW w:w="5924" w:type="dxa"/>
            <w:vAlign w:val="center"/>
            <w:hideMark/>
          </w:tcPr>
          <w:p w14:paraId="618F7DA7"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Specificația tehnică completată</w:t>
            </w:r>
          </w:p>
        </w:tc>
        <w:tc>
          <w:tcPr>
            <w:tcW w:w="2506" w:type="dxa"/>
            <w:vAlign w:val="center"/>
            <w:hideMark/>
          </w:tcPr>
          <w:p w14:paraId="58D46109"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Da</w:t>
            </w:r>
          </w:p>
        </w:tc>
      </w:tr>
      <w:tr w:rsidR="00324C53" w:rsidRPr="00633886" w14:paraId="45AF4AB8" w14:textId="77777777" w:rsidTr="00324C53">
        <w:trPr>
          <w:tblCellSpacing w:w="15" w:type="dxa"/>
        </w:trPr>
        <w:tc>
          <w:tcPr>
            <w:tcW w:w="659" w:type="dxa"/>
            <w:vAlign w:val="center"/>
            <w:hideMark/>
          </w:tcPr>
          <w:p w14:paraId="73231F9C"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3</w:t>
            </w:r>
          </w:p>
        </w:tc>
        <w:tc>
          <w:tcPr>
            <w:tcW w:w="5924" w:type="dxa"/>
            <w:vAlign w:val="center"/>
            <w:hideMark/>
          </w:tcPr>
          <w:p w14:paraId="25809ACF"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Specificația de preț</w:t>
            </w:r>
          </w:p>
        </w:tc>
        <w:tc>
          <w:tcPr>
            <w:tcW w:w="2506" w:type="dxa"/>
            <w:vAlign w:val="center"/>
            <w:hideMark/>
          </w:tcPr>
          <w:p w14:paraId="51BFC9D8"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Da</w:t>
            </w:r>
          </w:p>
        </w:tc>
      </w:tr>
      <w:tr w:rsidR="00324C53" w:rsidRPr="00633886" w14:paraId="61E6BC3E" w14:textId="77777777" w:rsidTr="00324C53">
        <w:trPr>
          <w:tblCellSpacing w:w="15" w:type="dxa"/>
        </w:trPr>
        <w:tc>
          <w:tcPr>
            <w:tcW w:w="659" w:type="dxa"/>
            <w:vAlign w:val="center"/>
            <w:hideMark/>
          </w:tcPr>
          <w:p w14:paraId="70D25A38"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4</w:t>
            </w:r>
          </w:p>
        </w:tc>
        <w:tc>
          <w:tcPr>
            <w:tcW w:w="5924" w:type="dxa"/>
            <w:vAlign w:val="center"/>
            <w:hideMark/>
          </w:tcPr>
          <w:p w14:paraId="50DC0D54"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Declarația privind valabilitatea ofertei</w:t>
            </w:r>
          </w:p>
        </w:tc>
        <w:tc>
          <w:tcPr>
            <w:tcW w:w="2506" w:type="dxa"/>
            <w:vAlign w:val="center"/>
            <w:hideMark/>
          </w:tcPr>
          <w:p w14:paraId="24F83A71"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Da</w:t>
            </w:r>
          </w:p>
        </w:tc>
      </w:tr>
      <w:tr w:rsidR="00324C53" w:rsidRPr="00633886" w14:paraId="0766A8EC" w14:textId="77777777" w:rsidTr="00324C53">
        <w:trPr>
          <w:tblCellSpacing w:w="15" w:type="dxa"/>
        </w:trPr>
        <w:tc>
          <w:tcPr>
            <w:tcW w:w="659" w:type="dxa"/>
            <w:vAlign w:val="center"/>
            <w:hideMark/>
          </w:tcPr>
          <w:p w14:paraId="6BD08364"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5</w:t>
            </w:r>
          </w:p>
        </w:tc>
        <w:tc>
          <w:tcPr>
            <w:tcW w:w="5924" w:type="dxa"/>
            <w:vAlign w:val="center"/>
            <w:hideMark/>
          </w:tcPr>
          <w:p w14:paraId="394D909C"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DUAE, după caz</w:t>
            </w:r>
          </w:p>
        </w:tc>
        <w:tc>
          <w:tcPr>
            <w:tcW w:w="2506" w:type="dxa"/>
            <w:vAlign w:val="center"/>
            <w:hideMark/>
          </w:tcPr>
          <w:p w14:paraId="6FB17F1F"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Da</w:t>
            </w:r>
          </w:p>
        </w:tc>
      </w:tr>
      <w:tr w:rsidR="00324C53" w:rsidRPr="00633886" w14:paraId="185C4AE9" w14:textId="77777777" w:rsidTr="00324C53">
        <w:trPr>
          <w:tblCellSpacing w:w="15" w:type="dxa"/>
        </w:trPr>
        <w:tc>
          <w:tcPr>
            <w:tcW w:w="659" w:type="dxa"/>
            <w:vAlign w:val="center"/>
            <w:hideMark/>
          </w:tcPr>
          <w:p w14:paraId="086B2581"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6</w:t>
            </w:r>
          </w:p>
        </w:tc>
        <w:tc>
          <w:tcPr>
            <w:tcW w:w="5924" w:type="dxa"/>
            <w:vAlign w:val="center"/>
            <w:hideMark/>
          </w:tcPr>
          <w:p w14:paraId="118A6915"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Declarația privind eligibilitatea</w:t>
            </w:r>
          </w:p>
        </w:tc>
        <w:tc>
          <w:tcPr>
            <w:tcW w:w="2506" w:type="dxa"/>
            <w:vAlign w:val="center"/>
            <w:hideMark/>
          </w:tcPr>
          <w:p w14:paraId="05EE0C58"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Conform documentației</w:t>
            </w:r>
          </w:p>
        </w:tc>
      </w:tr>
      <w:tr w:rsidR="00324C53" w:rsidRPr="00633886" w14:paraId="6E8BB039" w14:textId="77777777" w:rsidTr="00324C53">
        <w:trPr>
          <w:tblCellSpacing w:w="15" w:type="dxa"/>
        </w:trPr>
        <w:tc>
          <w:tcPr>
            <w:tcW w:w="659" w:type="dxa"/>
            <w:vAlign w:val="center"/>
            <w:hideMark/>
          </w:tcPr>
          <w:p w14:paraId="27B2964D"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7</w:t>
            </w:r>
          </w:p>
        </w:tc>
        <w:tc>
          <w:tcPr>
            <w:tcW w:w="5924" w:type="dxa"/>
            <w:vAlign w:val="center"/>
            <w:hideMark/>
          </w:tcPr>
          <w:p w14:paraId="093CD0A8" w14:textId="3C83EA85" w:rsidR="00324C53" w:rsidRPr="00633886" w:rsidRDefault="00324C53" w:rsidP="00324C53">
            <w:pPr>
              <w:spacing w:after="0"/>
              <w:jc w:val="both"/>
              <w:rPr>
                <w:rFonts w:cs="Times New Roman"/>
                <w:szCs w:val="24"/>
                <w:lang w:val="ro-MD"/>
              </w:rPr>
            </w:pPr>
            <w:r w:rsidRPr="00633886">
              <w:rPr>
                <w:rFonts w:cs="Times New Roman"/>
                <w:sz w:val="22"/>
                <w:szCs w:val="24"/>
                <w:lang w:val="ro-MD"/>
              </w:rPr>
              <w:t>Documentele privind reprezentarea legală</w:t>
            </w:r>
          </w:p>
        </w:tc>
        <w:tc>
          <w:tcPr>
            <w:tcW w:w="2506" w:type="dxa"/>
            <w:vAlign w:val="center"/>
            <w:hideMark/>
          </w:tcPr>
          <w:p w14:paraId="7D1D77D9" w14:textId="6C2A2357" w:rsidR="00324C53" w:rsidRPr="00633886" w:rsidRDefault="00A40993" w:rsidP="00324C53">
            <w:pPr>
              <w:spacing w:after="0"/>
              <w:jc w:val="both"/>
              <w:rPr>
                <w:rFonts w:cs="Times New Roman"/>
                <w:szCs w:val="24"/>
                <w:lang w:val="ro-MD"/>
              </w:rPr>
            </w:pPr>
            <w:r>
              <w:rPr>
                <w:rFonts w:cs="Times New Roman"/>
                <w:sz w:val="22"/>
                <w:szCs w:val="24"/>
                <w:lang w:val="ro-MD"/>
              </w:rPr>
              <w:t>Da</w:t>
            </w:r>
          </w:p>
        </w:tc>
      </w:tr>
    </w:tbl>
    <w:p w14:paraId="7FF4663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Toate documentele vor fi semnate electronic de persoana autorizată.</w:t>
      </w:r>
    </w:p>
    <w:p w14:paraId="5E02B215" w14:textId="77777777" w:rsidR="00324C53" w:rsidRPr="00633886" w:rsidRDefault="00324C53" w:rsidP="00324C53">
      <w:pPr>
        <w:spacing w:after="0"/>
        <w:jc w:val="both"/>
        <w:rPr>
          <w:rFonts w:cs="Times New Roman"/>
          <w:szCs w:val="24"/>
          <w:lang w:val="ro-MD"/>
        </w:rPr>
      </w:pPr>
    </w:p>
    <w:p w14:paraId="2876C8F1"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20. DOCUMENTE OBLIGATORII LA ETAPA EVALUĂRII</w:t>
      </w:r>
    </w:p>
    <w:p w14:paraId="70077BF2"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Autoritatea Contractantă poate solicita prezentarea următoarelor documente justificative:</w:t>
      </w:r>
    </w:p>
    <w:p w14:paraId="6A2AEE2B"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Documente privind operatorul economic</w:t>
      </w:r>
    </w:p>
    <w:p w14:paraId="0BFFE02F" w14:textId="77777777" w:rsidR="00324C53" w:rsidRPr="00633886" w:rsidRDefault="00324C53" w:rsidP="00324C53">
      <w:pPr>
        <w:numPr>
          <w:ilvl w:val="0"/>
          <w:numId w:val="41"/>
        </w:numPr>
        <w:spacing w:after="0"/>
        <w:jc w:val="both"/>
        <w:rPr>
          <w:rFonts w:cs="Times New Roman"/>
          <w:szCs w:val="24"/>
          <w:lang w:val="ro-MD"/>
        </w:rPr>
      </w:pPr>
      <w:r w:rsidRPr="00633886">
        <w:rPr>
          <w:rFonts w:cs="Times New Roman"/>
          <w:szCs w:val="24"/>
          <w:lang w:val="ro-MD"/>
        </w:rPr>
        <w:t xml:space="preserve">extras din Registrul de Stat al persoanelor juridice; </w:t>
      </w:r>
    </w:p>
    <w:p w14:paraId="72482883" w14:textId="77777777" w:rsidR="00324C53" w:rsidRPr="00633886" w:rsidRDefault="00324C53" w:rsidP="00324C53">
      <w:pPr>
        <w:numPr>
          <w:ilvl w:val="0"/>
          <w:numId w:val="41"/>
        </w:numPr>
        <w:spacing w:after="0"/>
        <w:jc w:val="both"/>
        <w:rPr>
          <w:rFonts w:cs="Times New Roman"/>
          <w:szCs w:val="24"/>
          <w:lang w:val="ro-MD"/>
        </w:rPr>
      </w:pPr>
      <w:r w:rsidRPr="00633886">
        <w:rPr>
          <w:rFonts w:cs="Times New Roman"/>
          <w:szCs w:val="24"/>
          <w:lang w:val="ro-MD"/>
        </w:rPr>
        <w:t xml:space="preserve">certificat privind lipsa datoriilor față de bugetul public; </w:t>
      </w:r>
    </w:p>
    <w:p w14:paraId="554727B1" w14:textId="77777777" w:rsidR="00324C53" w:rsidRPr="00633886" w:rsidRDefault="00324C53" w:rsidP="00324C53">
      <w:pPr>
        <w:numPr>
          <w:ilvl w:val="0"/>
          <w:numId w:val="41"/>
        </w:numPr>
        <w:spacing w:after="0"/>
        <w:jc w:val="both"/>
        <w:rPr>
          <w:rFonts w:cs="Times New Roman"/>
          <w:szCs w:val="24"/>
          <w:lang w:val="ro-MD"/>
        </w:rPr>
      </w:pPr>
      <w:r w:rsidRPr="00633886">
        <w:rPr>
          <w:rFonts w:cs="Times New Roman"/>
          <w:szCs w:val="24"/>
          <w:lang w:val="ro-MD"/>
        </w:rPr>
        <w:t xml:space="preserve">documente privind dreptul de reprezentare; </w:t>
      </w:r>
    </w:p>
    <w:p w14:paraId="25CAA61E" w14:textId="77777777" w:rsidR="00324C53" w:rsidRPr="00633886" w:rsidRDefault="00324C53" w:rsidP="00324C53">
      <w:pPr>
        <w:numPr>
          <w:ilvl w:val="0"/>
          <w:numId w:val="41"/>
        </w:numPr>
        <w:spacing w:after="0"/>
        <w:jc w:val="both"/>
        <w:rPr>
          <w:rFonts w:cs="Times New Roman"/>
          <w:szCs w:val="24"/>
          <w:lang w:val="ro-MD"/>
        </w:rPr>
      </w:pPr>
      <w:r w:rsidRPr="00633886">
        <w:rPr>
          <w:rFonts w:cs="Times New Roman"/>
          <w:szCs w:val="24"/>
          <w:lang w:val="ro-MD"/>
        </w:rPr>
        <w:t xml:space="preserve">informații privind experiența similară (dacă se solicită prin fișa de date). </w:t>
      </w:r>
    </w:p>
    <w:p w14:paraId="6A538731"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Documente tehnice</w:t>
      </w:r>
    </w:p>
    <w:p w14:paraId="217648C8"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prezenta:</w:t>
      </w:r>
    </w:p>
    <w:p w14:paraId="51D2DC4C" w14:textId="77777777" w:rsidR="00324C53" w:rsidRPr="00633886" w:rsidRDefault="00324C53" w:rsidP="00324C53">
      <w:pPr>
        <w:numPr>
          <w:ilvl w:val="0"/>
          <w:numId w:val="42"/>
        </w:numPr>
        <w:spacing w:after="0"/>
        <w:jc w:val="both"/>
        <w:rPr>
          <w:rFonts w:cs="Times New Roman"/>
          <w:szCs w:val="24"/>
          <w:lang w:val="ro-MD"/>
        </w:rPr>
      </w:pPr>
      <w:r w:rsidRPr="00633886">
        <w:rPr>
          <w:rFonts w:cs="Times New Roman"/>
          <w:szCs w:val="24"/>
          <w:lang w:val="ro-MD"/>
        </w:rPr>
        <w:t xml:space="preserve">fișele tehnice oficiale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215A3FEE" w14:textId="77777777" w:rsidR="00324C53" w:rsidRPr="00633886" w:rsidRDefault="00324C53" w:rsidP="00324C53">
      <w:pPr>
        <w:numPr>
          <w:ilvl w:val="0"/>
          <w:numId w:val="42"/>
        </w:numPr>
        <w:spacing w:after="0"/>
        <w:jc w:val="both"/>
        <w:rPr>
          <w:rFonts w:cs="Times New Roman"/>
          <w:szCs w:val="24"/>
          <w:lang w:val="ro-MD"/>
        </w:rPr>
      </w:pPr>
      <w:r w:rsidRPr="00633886">
        <w:rPr>
          <w:rFonts w:cs="Times New Roman"/>
          <w:szCs w:val="24"/>
          <w:lang w:val="ro-MD"/>
        </w:rPr>
        <w:t xml:space="preserve">descrierea serviciilor ofertate; </w:t>
      </w:r>
    </w:p>
    <w:p w14:paraId="1E534BA7" w14:textId="77777777" w:rsidR="00324C53" w:rsidRPr="00633886" w:rsidRDefault="00324C53" w:rsidP="00324C53">
      <w:pPr>
        <w:numPr>
          <w:ilvl w:val="0"/>
          <w:numId w:val="42"/>
        </w:numPr>
        <w:spacing w:after="0"/>
        <w:jc w:val="both"/>
        <w:rPr>
          <w:rFonts w:cs="Times New Roman"/>
          <w:szCs w:val="24"/>
          <w:lang w:val="ro-MD"/>
        </w:rPr>
      </w:pPr>
      <w:r w:rsidRPr="00633886">
        <w:rPr>
          <w:rFonts w:cs="Times New Roman"/>
          <w:szCs w:val="24"/>
          <w:lang w:val="ro-MD"/>
        </w:rPr>
        <w:t xml:space="preserve">codurile comerciale (SKU) ale subscripțiilor ofertate; </w:t>
      </w:r>
    </w:p>
    <w:p w14:paraId="7C8A165D" w14:textId="77777777" w:rsidR="00324C53" w:rsidRPr="00633886" w:rsidRDefault="00324C53" w:rsidP="00324C53">
      <w:pPr>
        <w:numPr>
          <w:ilvl w:val="0"/>
          <w:numId w:val="42"/>
        </w:numPr>
        <w:spacing w:after="0"/>
        <w:jc w:val="both"/>
        <w:rPr>
          <w:rFonts w:cs="Times New Roman"/>
          <w:szCs w:val="24"/>
          <w:lang w:val="ro-MD"/>
        </w:rPr>
      </w:pPr>
      <w:r w:rsidRPr="00633886">
        <w:rPr>
          <w:rFonts w:cs="Times New Roman"/>
          <w:szCs w:val="24"/>
          <w:lang w:val="ro-MD"/>
        </w:rPr>
        <w:t xml:space="preserve">confirmarea că serviciile sunt originale; </w:t>
      </w:r>
    </w:p>
    <w:p w14:paraId="5888DFAD" w14:textId="08EE8A4D" w:rsidR="00324C53" w:rsidRPr="00633886" w:rsidRDefault="00324C53" w:rsidP="00324C53">
      <w:pPr>
        <w:numPr>
          <w:ilvl w:val="0"/>
          <w:numId w:val="42"/>
        </w:numPr>
        <w:spacing w:after="0"/>
        <w:jc w:val="both"/>
        <w:rPr>
          <w:rFonts w:cs="Times New Roman"/>
          <w:szCs w:val="24"/>
          <w:lang w:val="ro-MD"/>
        </w:rPr>
      </w:pPr>
      <w:r w:rsidRPr="00633886">
        <w:rPr>
          <w:rFonts w:cs="Times New Roman"/>
          <w:szCs w:val="24"/>
          <w:lang w:val="ro-MD"/>
        </w:rPr>
        <w:t xml:space="preserve">confirmarea perioadei de valabilitate de </w:t>
      </w:r>
      <w:r w:rsidR="000E15D7">
        <w:rPr>
          <w:rFonts w:cs="Times New Roman"/>
          <w:szCs w:val="24"/>
          <w:lang w:val="ro-MD"/>
        </w:rPr>
        <w:t>12</w:t>
      </w:r>
      <w:r w:rsidRPr="00633886">
        <w:rPr>
          <w:rFonts w:cs="Times New Roman"/>
          <w:szCs w:val="24"/>
          <w:lang w:val="ro-MD"/>
        </w:rPr>
        <w:t xml:space="preserve"> luni; </w:t>
      </w:r>
    </w:p>
    <w:p w14:paraId="15F9CD49" w14:textId="77777777" w:rsidR="00324C53" w:rsidRPr="00633886" w:rsidRDefault="00324C53" w:rsidP="00324C53">
      <w:pPr>
        <w:numPr>
          <w:ilvl w:val="0"/>
          <w:numId w:val="42"/>
        </w:numPr>
        <w:spacing w:after="0"/>
        <w:jc w:val="both"/>
        <w:rPr>
          <w:rFonts w:cs="Times New Roman"/>
          <w:szCs w:val="24"/>
          <w:lang w:val="ro-MD"/>
        </w:rPr>
      </w:pPr>
      <w:r w:rsidRPr="00633886">
        <w:rPr>
          <w:rFonts w:cs="Times New Roman"/>
          <w:szCs w:val="24"/>
          <w:lang w:val="ro-MD"/>
        </w:rPr>
        <w:t xml:space="preserve">documente care demonstrează compatibilitatea cu echipamentele existente. </w:t>
      </w:r>
    </w:p>
    <w:p w14:paraId="2B45306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Autoritatea Contractantă își rezervă dreptul de a verifica informațiile direct în documentația publică a producătorului.</w:t>
      </w:r>
    </w:p>
    <w:p w14:paraId="00AC7303" w14:textId="77777777" w:rsidR="00F52EE4" w:rsidRDefault="00F52EE4" w:rsidP="00324C53">
      <w:pPr>
        <w:spacing w:after="0"/>
        <w:jc w:val="both"/>
        <w:rPr>
          <w:rFonts w:cs="Times New Roman"/>
          <w:b/>
          <w:bCs/>
          <w:szCs w:val="24"/>
          <w:lang w:val="ro-MD"/>
        </w:rPr>
      </w:pPr>
    </w:p>
    <w:p w14:paraId="03FEB5C6" w14:textId="76ADB2AC" w:rsidR="00324C53" w:rsidRPr="00633886" w:rsidRDefault="00324C53" w:rsidP="00324C53">
      <w:pPr>
        <w:spacing w:after="0"/>
        <w:jc w:val="both"/>
        <w:rPr>
          <w:rFonts w:cs="Times New Roman"/>
          <w:b/>
          <w:bCs/>
          <w:szCs w:val="24"/>
          <w:lang w:val="ro-MD"/>
        </w:rPr>
      </w:pPr>
      <w:r w:rsidRPr="00633886">
        <w:rPr>
          <w:rFonts w:cs="Times New Roman"/>
          <w:b/>
          <w:bCs/>
          <w:szCs w:val="24"/>
          <w:lang w:val="ro-MD"/>
        </w:rPr>
        <w:t>21. CERINȚE PRIVIND OFERTA TEHNICĂ</w:t>
      </w:r>
    </w:p>
    <w:p w14:paraId="5D902918"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Oferta tehnică va conține, cel puțin:</w:t>
      </w:r>
    </w:p>
    <w:p w14:paraId="7E857873"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descrierea serviciilor ofertate; </w:t>
      </w:r>
    </w:p>
    <w:p w14:paraId="616AC1D8"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tipul exact al subscripțiilor; </w:t>
      </w:r>
    </w:p>
    <w:p w14:paraId="579B753A"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perioada de valabilitate; </w:t>
      </w:r>
    </w:p>
    <w:p w14:paraId="01ED1248"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serviciile </w:t>
      </w:r>
      <w:proofErr w:type="spellStart"/>
      <w:r w:rsidRPr="00633886">
        <w:rPr>
          <w:rFonts w:cs="Times New Roman"/>
          <w:szCs w:val="24"/>
          <w:lang w:val="ro-MD"/>
        </w:rPr>
        <w:t>FortiGuard</w:t>
      </w:r>
      <w:proofErr w:type="spellEnd"/>
      <w:r w:rsidRPr="00633886">
        <w:rPr>
          <w:rFonts w:cs="Times New Roman"/>
          <w:szCs w:val="24"/>
          <w:lang w:val="ro-MD"/>
        </w:rPr>
        <w:t xml:space="preserve"> incluse; </w:t>
      </w:r>
    </w:p>
    <w:p w14:paraId="7EE31052"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serviciile </w:t>
      </w:r>
      <w:proofErr w:type="spellStart"/>
      <w:r w:rsidRPr="00633886">
        <w:rPr>
          <w:rFonts w:cs="Times New Roman"/>
          <w:szCs w:val="24"/>
          <w:lang w:val="ro-MD"/>
        </w:rPr>
        <w:t>FortiCare</w:t>
      </w:r>
      <w:proofErr w:type="spellEnd"/>
      <w:r w:rsidRPr="00633886">
        <w:rPr>
          <w:rFonts w:cs="Times New Roman"/>
          <w:szCs w:val="24"/>
          <w:lang w:val="ro-MD"/>
        </w:rPr>
        <w:t xml:space="preserve"> incluse; </w:t>
      </w:r>
    </w:p>
    <w:p w14:paraId="67F61486"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tipul suportului producătorului; </w:t>
      </w:r>
    </w:p>
    <w:p w14:paraId="667E3776"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nivelul de suport (24x7, 8x5 etc., după caz); </w:t>
      </w:r>
    </w:p>
    <w:p w14:paraId="1322A175"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confirmarea accesului la </w:t>
      </w:r>
      <w:proofErr w:type="spellStart"/>
      <w:r w:rsidRPr="00633886">
        <w:rPr>
          <w:rFonts w:cs="Times New Roman"/>
          <w:szCs w:val="24"/>
          <w:lang w:val="ro-MD"/>
        </w:rPr>
        <w:t>firmware</w:t>
      </w:r>
      <w:proofErr w:type="spellEnd"/>
      <w:r w:rsidRPr="00633886">
        <w:rPr>
          <w:rFonts w:cs="Times New Roman"/>
          <w:szCs w:val="24"/>
          <w:lang w:val="ro-MD"/>
        </w:rPr>
        <w:t xml:space="preserve">; </w:t>
      </w:r>
    </w:p>
    <w:p w14:paraId="3298B516"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confirmarea accesului la </w:t>
      </w:r>
      <w:proofErr w:type="spellStart"/>
      <w:r w:rsidRPr="00633886">
        <w:rPr>
          <w:rFonts w:cs="Times New Roman"/>
          <w:szCs w:val="24"/>
          <w:lang w:val="ro-MD"/>
        </w:rPr>
        <w:t>Security</w:t>
      </w:r>
      <w:proofErr w:type="spellEnd"/>
      <w:r w:rsidRPr="00633886">
        <w:rPr>
          <w:rFonts w:cs="Times New Roman"/>
          <w:szCs w:val="24"/>
          <w:lang w:val="ro-MD"/>
        </w:rPr>
        <w:t xml:space="preserve"> </w:t>
      </w:r>
      <w:proofErr w:type="spellStart"/>
      <w:r w:rsidRPr="00633886">
        <w:rPr>
          <w:rFonts w:cs="Times New Roman"/>
          <w:szCs w:val="24"/>
          <w:lang w:val="ro-MD"/>
        </w:rPr>
        <w:t>Advisories</w:t>
      </w:r>
      <w:proofErr w:type="spellEnd"/>
      <w:r w:rsidRPr="00633886">
        <w:rPr>
          <w:rFonts w:cs="Times New Roman"/>
          <w:szCs w:val="24"/>
          <w:lang w:val="ro-MD"/>
        </w:rPr>
        <w:t xml:space="preserve">; </w:t>
      </w:r>
    </w:p>
    <w:p w14:paraId="2767CD95" w14:textId="77777777" w:rsidR="00324C53" w:rsidRPr="00633886" w:rsidRDefault="00324C53" w:rsidP="00324C53">
      <w:pPr>
        <w:numPr>
          <w:ilvl w:val="0"/>
          <w:numId w:val="43"/>
        </w:numPr>
        <w:spacing w:after="0"/>
        <w:jc w:val="both"/>
        <w:rPr>
          <w:rFonts w:cs="Times New Roman"/>
          <w:szCs w:val="24"/>
          <w:lang w:val="ro-MD"/>
        </w:rPr>
      </w:pPr>
      <w:r w:rsidRPr="00633886">
        <w:rPr>
          <w:rFonts w:cs="Times New Roman"/>
          <w:szCs w:val="24"/>
          <w:lang w:val="ro-MD"/>
        </w:rPr>
        <w:t xml:space="preserve">confirmarea accesului la actualizări. </w:t>
      </w:r>
    </w:p>
    <w:p w14:paraId="544696A2" w14:textId="77777777" w:rsidR="00324C53" w:rsidRPr="00633886" w:rsidRDefault="00324C53" w:rsidP="00324C53">
      <w:pPr>
        <w:spacing w:after="0"/>
        <w:jc w:val="both"/>
        <w:rPr>
          <w:rFonts w:cs="Times New Roman"/>
          <w:szCs w:val="24"/>
          <w:lang w:val="ro-MD"/>
        </w:rPr>
      </w:pPr>
      <w:r w:rsidRPr="00633886">
        <w:lastRenderedPageBreak/>
        <w:t>Vor fi acceptate doar servicii/licențe compatibile integral cu echipamentele Fortinet existente ale ANSP, confirmate prin documente oficiale ale producătorului, distribuitorului autorizat sau prin documentația tehnică oficială aplicabilă.</w:t>
      </w:r>
    </w:p>
    <w:p w14:paraId="330DA5F6" w14:textId="77777777" w:rsidR="00324C53" w:rsidRPr="00633886" w:rsidRDefault="00324C53" w:rsidP="00324C53">
      <w:pPr>
        <w:spacing w:after="0"/>
        <w:jc w:val="both"/>
        <w:rPr>
          <w:rFonts w:cs="Times New Roman"/>
          <w:szCs w:val="24"/>
          <w:lang w:val="ro-MD"/>
        </w:rPr>
      </w:pPr>
    </w:p>
    <w:p w14:paraId="2DA4916E"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22. CERINȚE PRIVIND OFERTA FINANCIARĂ</w:t>
      </w:r>
    </w:p>
    <w:p w14:paraId="1D6BF23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Prețul ofertat va include toate costurile necesare executării contractului, inclusiv:</w:t>
      </w:r>
    </w:p>
    <w:p w14:paraId="513900BA" w14:textId="77777777" w:rsidR="00324C53" w:rsidRPr="00633886" w:rsidRDefault="00324C53" w:rsidP="00324C53">
      <w:pPr>
        <w:numPr>
          <w:ilvl w:val="0"/>
          <w:numId w:val="44"/>
        </w:numPr>
        <w:spacing w:after="0"/>
        <w:jc w:val="both"/>
        <w:rPr>
          <w:rFonts w:cs="Times New Roman"/>
          <w:szCs w:val="24"/>
          <w:lang w:val="ro-MD"/>
        </w:rPr>
      </w:pPr>
      <w:r w:rsidRPr="00633886">
        <w:rPr>
          <w:rFonts w:cs="Times New Roman"/>
          <w:szCs w:val="24"/>
          <w:lang w:val="ro-MD"/>
        </w:rPr>
        <w:t xml:space="preserve">costul subscripțiilor </w:t>
      </w:r>
      <w:proofErr w:type="spellStart"/>
      <w:r w:rsidRPr="00633886">
        <w:rPr>
          <w:rFonts w:cs="Times New Roman"/>
          <w:szCs w:val="24"/>
          <w:lang w:val="ro-MD"/>
        </w:rPr>
        <w:t>FortiGuard</w:t>
      </w:r>
      <w:proofErr w:type="spellEnd"/>
      <w:r w:rsidRPr="00633886">
        <w:rPr>
          <w:rFonts w:cs="Times New Roman"/>
          <w:szCs w:val="24"/>
          <w:lang w:val="ro-MD"/>
        </w:rPr>
        <w:t xml:space="preserve">; </w:t>
      </w:r>
    </w:p>
    <w:p w14:paraId="12DDAEFF" w14:textId="77777777" w:rsidR="00324C53" w:rsidRPr="00633886" w:rsidRDefault="00324C53" w:rsidP="00324C53">
      <w:pPr>
        <w:numPr>
          <w:ilvl w:val="0"/>
          <w:numId w:val="44"/>
        </w:numPr>
        <w:spacing w:after="0"/>
        <w:jc w:val="both"/>
        <w:rPr>
          <w:rFonts w:cs="Times New Roman"/>
          <w:szCs w:val="24"/>
          <w:lang w:val="ro-MD"/>
        </w:rPr>
      </w:pPr>
      <w:r w:rsidRPr="00633886">
        <w:rPr>
          <w:rFonts w:cs="Times New Roman"/>
          <w:szCs w:val="24"/>
          <w:lang w:val="ro-MD"/>
        </w:rPr>
        <w:t xml:space="preserve">costul serviciilor </w:t>
      </w:r>
      <w:proofErr w:type="spellStart"/>
      <w:r w:rsidRPr="00633886">
        <w:rPr>
          <w:rFonts w:cs="Times New Roman"/>
          <w:szCs w:val="24"/>
          <w:lang w:val="ro-MD"/>
        </w:rPr>
        <w:t>FortiCare</w:t>
      </w:r>
      <w:proofErr w:type="spellEnd"/>
      <w:r w:rsidRPr="00633886">
        <w:rPr>
          <w:rFonts w:cs="Times New Roman"/>
          <w:szCs w:val="24"/>
          <w:lang w:val="ro-MD"/>
        </w:rPr>
        <w:t xml:space="preserve">; </w:t>
      </w:r>
    </w:p>
    <w:p w14:paraId="5D8F34CB" w14:textId="77777777" w:rsidR="00324C53" w:rsidRPr="00633886" w:rsidRDefault="00324C53" w:rsidP="00324C53">
      <w:pPr>
        <w:numPr>
          <w:ilvl w:val="0"/>
          <w:numId w:val="44"/>
        </w:numPr>
        <w:spacing w:after="0"/>
        <w:jc w:val="both"/>
        <w:rPr>
          <w:rFonts w:cs="Times New Roman"/>
          <w:szCs w:val="24"/>
          <w:lang w:val="ro-MD"/>
        </w:rPr>
      </w:pPr>
      <w:r w:rsidRPr="00633886">
        <w:rPr>
          <w:rFonts w:cs="Times New Roman"/>
          <w:szCs w:val="24"/>
          <w:lang w:val="ro-MD"/>
        </w:rPr>
        <w:t xml:space="preserve">costul activării; </w:t>
      </w:r>
    </w:p>
    <w:p w14:paraId="59E92683" w14:textId="77777777" w:rsidR="00324C53" w:rsidRPr="00633886" w:rsidRDefault="00324C53" w:rsidP="00324C53">
      <w:pPr>
        <w:numPr>
          <w:ilvl w:val="0"/>
          <w:numId w:val="44"/>
        </w:numPr>
        <w:spacing w:after="0"/>
        <w:jc w:val="both"/>
        <w:rPr>
          <w:rFonts w:cs="Times New Roman"/>
          <w:szCs w:val="24"/>
          <w:lang w:val="ro-MD"/>
        </w:rPr>
      </w:pPr>
      <w:r w:rsidRPr="00633886">
        <w:rPr>
          <w:rFonts w:cs="Times New Roman"/>
          <w:szCs w:val="24"/>
          <w:lang w:val="ro-MD"/>
        </w:rPr>
        <w:t xml:space="preserve">costurile administrative; </w:t>
      </w:r>
    </w:p>
    <w:p w14:paraId="60775677" w14:textId="77777777" w:rsidR="00324C53" w:rsidRPr="00633886" w:rsidRDefault="00324C53" w:rsidP="00324C53">
      <w:pPr>
        <w:numPr>
          <w:ilvl w:val="0"/>
          <w:numId w:val="44"/>
        </w:numPr>
        <w:spacing w:after="0"/>
        <w:jc w:val="both"/>
        <w:rPr>
          <w:rFonts w:cs="Times New Roman"/>
          <w:szCs w:val="24"/>
          <w:lang w:val="ro-MD"/>
        </w:rPr>
      </w:pPr>
      <w:r w:rsidRPr="00633886">
        <w:rPr>
          <w:rFonts w:cs="Times New Roman"/>
          <w:szCs w:val="24"/>
          <w:lang w:val="ro-MD"/>
        </w:rPr>
        <w:t xml:space="preserve">costurile de livrare electronică; </w:t>
      </w:r>
    </w:p>
    <w:p w14:paraId="5D3CFC21" w14:textId="77777777" w:rsidR="00324C53" w:rsidRPr="00633886" w:rsidRDefault="00324C53" w:rsidP="00324C53">
      <w:pPr>
        <w:numPr>
          <w:ilvl w:val="0"/>
          <w:numId w:val="44"/>
        </w:numPr>
        <w:spacing w:after="0"/>
        <w:jc w:val="both"/>
        <w:rPr>
          <w:rFonts w:cs="Times New Roman"/>
          <w:szCs w:val="24"/>
          <w:lang w:val="ro-MD"/>
        </w:rPr>
      </w:pPr>
      <w:r w:rsidRPr="00633886">
        <w:rPr>
          <w:rFonts w:cs="Times New Roman"/>
          <w:szCs w:val="24"/>
          <w:lang w:val="ro-MD"/>
        </w:rPr>
        <w:t xml:space="preserve">costurile de suport acordat în procesul de activare; </w:t>
      </w:r>
    </w:p>
    <w:p w14:paraId="07A16338" w14:textId="77777777" w:rsidR="00324C53" w:rsidRPr="00633886" w:rsidRDefault="00324C53" w:rsidP="00324C53">
      <w:pPr>
        <w:numPr>
          <w:ilvl w:val="0"/>
          <w:numId w:val="44"/>
        </w:numPr>
        <w:spacing w:after="0"/>
        <w:jc w:val="both"/>
        <w:rPr>
          <w:rFonts w:cs="Times New Roman"/>
          <w:szCs w:val="24"/>
          <w:lang w:val="ro-MD"/>
        </w:rPr>
      </w:pPr>
      <w:r w:rsidRPr="00633886">
        <w:rPr>
          <w:rFonts w:cs="Times New Roman"/>
          <w:szCs w:val="24"/>
          <w:lang w:val="ro-MD"/>
        </w:rPr>
        <w:t xml:space="preserve">toate taxele și impozitele aplicabile. </w:t>
      </w:r>
    </w:p>
    <w:p w14:paraId="55681E07"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Nu se admit costuri suplimentare pe parcursul executării contractului, cu excepția cazurilor prevăzute expres de legislația în vigoare.</w:t>
      </w:r>
    </w:p>
    <w:p w14:paraId="1654E5B6" w14:textId="77777777" w:rsidR="00324C53" w:rsidRPr="00633886" w:rsidRDefault="00324C53" w:rsidP="00324C53">
      <w:pPr>
        <w:spacing w:after="0"/>
        <w:jc w:val="both"/>
        <w:rPr>
          <w:rFonts w:cs="Times New Roman"/>
          <w:szCs w:val="24"/>
          <w:lang w:val="ro-MD"/>
        </w:rPr>
      </w:pPr>
    </w:p>
    <w:p w14:paraId="51FD318F"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23. CERINȚE DE COMPATIBILITATE</w:t>
      </w:r>
    </w:p>
    <w:p w14:paraId="79632EDC"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Serviciile ofertate trebuie să fie compatibile integral cu echipamentele existente ale ANSP.</w:t>
      </w:r>
    </w:p>
    <w:p w14:paraId="6D09AE0C"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Operatorul economic este responsabil pentru verificarea compatibilității înainte de depunerea ofertei.</w:t>
      </w:r>
    </w:p>
    <w:p w14:paraId="2766F394"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În cazul ofertării unor subscripții incompatibile, oferta poate fi respinsă ca neconformă.</w:t>
      </w:r>
    </w:p>
    <w:p w14:paraId="339B39ED" w14:textId="77777777" w:rsidR="00324C53" w:rsidRPr="00633886" w:rsidRDefault="00324C53" w:rsidP="00324C53">
      <w:pPr>
        <w:spacing w:after="0"/>
        <w:jc w:val="both"/>
        <w:rPr>
          <w:rFonts w:cs="Times New Roman"/>
          <w:szCs w:val="24"/>
          <w:lang w:val="ro-MD"/>
        </w:rPr>
      </w:pPr>
    </w:p>
    <w:p w14:paraId="650A05AC"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24. CERINȚE PRIVIND CALITATEA</w:t>
      </w:r>
    </w:p>
    <w:p w14:paraId="4C8889C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garantează că:</w:t>
      </w:r>
    </w:p>
    <w:p w14:paraId="2D1964AA" w14:textId="77777777" w:rsidR="00324C53" w:rsidRPr="00633886" w:rsidRDefault="00324C53" w:rsidP="00324C53">
      <w:pPr>
        <w:numPr>
          <w:ilvl w:val="0"/>
          <w:numId w:val="45"/>
        </w:numPr>
        <w:spacing w:after="0"/>
        <w:jc w:val="both"/>
        <w:rPr>
          <w:rFonts w:cs="Times New Roman"/>
          <w:szCs w:val="24"/>
          <w:lang w:val="ro-MD"/>
        </w:rPr>
      </w:pPr>
      <w:r w:rsidRPr="00633886">
        <w:rPr>
          <w:rFonts w:cs="Times New Roman"/>
          <w:szCs w:val="24"/>
          <w:lang w:val="ro-MD"/>
        </w:rPr>
        <w:t xml:space="preserve">serviciile sunt furnizate prin canalul oficial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4237A666" w14:textId="77777777" w:rsidR="00324C53" w:rsidRPr="00633886" w:rsidRDefault="00324C53" w:rsidP="00324C53">
      <w:pPr>
        <w:numPr>
          <w:ilvl w:val="0"/>
          <w:numId w:val="45"/>
        </w:numPr>
        <w:spacing w:after="0"/>
        <w:jc w:val="both"/>
        <w:rPr>
          <w:rFonts w:cs="Times New Roman"/>
          <w:szCs w:val="24"/>
          <w:lang w:val="ro-MD"/>
        </w:rPr>
      </w:pPr>
      <w:r w:rsidRPr="00633886">
        <w:rPr>
          <w:rFonts w:cs="Times New Roman"/>
          <w:szCs w:val="24"/>
          <w:lang w:val="ro-MD"/>
        </w:rPr>
        <w:t xml:space="preserve">licențele sunt autentice; </w:t>
      </w:r>
    </w:p>
    <w:p w14:paraId="6BF76C52" w14:textId="77777777" w:rsidR="00324C53" w:rsidRPr="00633886" w:rsidRDefault="00324C53" w:rsidP="00324C53">
      <w:pPr>
        <w:numPr>
          <w:ilvl w:val="0"/>
          <w:numId w:val="45"/>
        </w:numPr>
        <w:spacing w:after="0"/>
        <w:jc w:val="both"/>
        <w:rPr>
          <w:rFonts w:cs="Times New Roman"/>
          <w:szCs w:val="24"/>
          <w:lang w:val="ro-MD"/>
        </w:rPr>
      </w:pPr>
      <w:r w:rsidRPr="00633886">
        <w:rPr>
          <w:rFonts w:cs="Times New Roman"/>
          <w:szCs w:val="24"/>
          <w:lang w:val="ro-MD"/>
        </w:rPr>
        <w:t xml:space="preserve">licențele sunt eligibile pentru suportul producătorului; </w:t>
      </w:r>
    </w:p>
    <w:p w14:paraId="0E037AC1" w14:textId="77777777" w:rsidR="00324C53" w:rsidRPr="00633886" w:rsidRDefault="00324C53" w:rsidP="00324C53">
      <w:pPr>
        <w:numPr>
          <w:ilvl w:val="0"/>
          <w:numId w:val="45"/>
        </w:numPr>
        <w:spacing w:after="0"/>
        <w:jc w:val="both"/>
        <w:rPr>
          <w:rFonts w:cs="Times New Roman"/>
          <w:szCs w:val="24"/>
          <w:lang w:val="ro-MD"/>
        </w:rPr>
      </w:pPr>
      <w:r w:rsidRPr="00633886">
        <w:rPr>
          <w:rFonts w:cs="Times New Roman"/>
          <w:szCs w:val="24"/>
          <w:lang w:val="ro-MD"/>
        </w:rPr>
        <w:t xml:space="preserve">nu există limitări geografice privind utilizarea acestora; </w:t>
      </w:r>
    </w:p>
    <w:p w14:paraId="3689066C" w14:textId="77777777" w:rsidR="00324C53" w:rsidRPr="00633886" w:rsidRDefault="00324C53" w:rsidP="00324C53">
      <w:pPr>
        <w:numPr>
          <w:ilvl w:val="0"/>
          <w:numId w:val="45"/>
        </w:numPr>
        <w:spacing w:after="0"/>
        <w:jc w:val="both"/>
        <w:rPr>
          <w:rFonts w:cs="Times New Roman"/>
          <w:szCs w:val="24"/>
          <w:lang w:val="ro-MD"/>
        </w:rPr>
      </w:pPr>
      <w:r w:rsidRPr="00633886">
        <w:rPr>
          <w:rFonts w:cs="Times New Roman"/>
          <w:szCs w:val="24"/>
          <w:lang w:val="ro-MD"/>
        </w:rPr>
        <w:t xml:space="preserve">toate serviciile pot fi validate în portalul oficial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41C81B93"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Autoritatea Contractantă poate verifica autenticitatea licențelor direct în portalul producătorului.</w:t>
      </w:r>
    </w:p>
    <w:p w14:paraId="34D6B50A" w14:textId="77777777" w:rsidR="00324C53" w:rsidRDefault="00324C53" w:rsidP="00324C53">
      <w:pPr>
        <w:spacing w:after="0"/>
        <w:jc w:val="both"/>
        <w:rPr>
          <w:rFonts w:cs="Times New Roman"/>
          <w:szCs w:val="24"/>
          <w:lang w:val="ro-MD"/>
        </w:rPr>
      </w:pPr>
    </w:p>
    <w:p w14:paraId="185F2C8F"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25. MODALITATEA DE LIVRARE</w:t>
      </w:r>
    </w:p>
    <w:p w14:paraId="163D29CA"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Livrarea se consideră realizată după transmiterea către Beneficiar a:</w:t>
      </w:r>
    </w:p>
    <w:p w14:paraId="4378FAEE" w14:textId="77777777" w:rsidR="00324C53" w:rsidRPr="00633886" w:rsidRDefault="00324C53" w:rsidP="00324C53">
      <w:pPr>
        <w:numPr>
          <w:ilvl w:val="0"/>
          <w:numId w:val="46"/>
        </w:numPr>
        <w:spacing w:after="0"/>
        <w:jc w:val="both"/>
        <w:rPr>
          <w:rFonts w:cs="Times New Roman"/>
          <w:szCs w:val="24"/>
          <w:lang w:val="ro-MD"/>
        </w:rPr>
      </w:pPr>
      <w:r w:rsidRPr="00633886">
        <w:rPr>
          <w:rFonts w:cs="Times New Roman"/>
          <w:szCs w:val="24"/>
          <w:lang w:val="ro-MD"/>
        </w:rPr>
        <w:t xml:space="preserve">certificatului de licențiere; </w:t>
      </w:r>
    </w:p>
    <w:p w14:paraId="133F606B" w14:textId="77777777" w:rsidR="00324C53" w:rsidRPr="00633886" w:rsidRDefault="00324C53" w:rsidP="00324C53">
      <w:pPr>
        <w:numPr>
          <w:ilvl w:val="0"/>
          <w:numId w:val="46"/>
        </w:numPr>
        <w:spacing w:after="0"/>
        <w:jc w:val="both"/>
        <w:rPr>
          <w:rFonts w:cs="Times New Roman"/>
          <w:szCs w:val="24"/>
          <w:lang w:val="ro-MD"/>
        </w:rPr>
      </w:pPr>
      <w:r w:rsidRPr="00633886">
        <w:rPr>
          <w:rFonts w:cs="Times New Roman"/>
          <w:szCs w:val="24"/>
          <w:lang w:val="ro-MD"/>
        </w:rPr>
        <w:t xml:space="preserve">codurilor de activare; </w:t>
      </w:r>
    </w:p>
    <w:p w14:paraId="0162A831" w14:textId="77777777" w:rsidR="00324C53" w:rsidRPr="00633886" w:rsidRDefault="00324C53" w:rsidP="00324C53">
      <w:pPr>
        <w:numPr>
          <w:ilvl w:val="0"/>
          <w:numId w:val="46"/>
        </w:numPr>
        <w:spacing w:after="0"/>
        <w:jc w:val="both"/>
        <w:rPr>
          <w:rFonts w:cs="Times New Roman"/>
          <w:szCs w:val="24"/>
          <w:lang w:val="ro-MD"/>
        </w:rPr>
      </w:pPr>
      <w:r w:rsidRPr="00633886">
        <w:rPr>
          <w:rFonts w:cs="Times New Roman"/>
          <w:szCs w:val="24"/>
          <w:lang w:val="ro-MD"/>
        </w:rPr>
        <w:t xml:space="preserve">documentului de confirmare a activării; </w:t>
      </w:r>
    </w:p>
    <w:p w14:paraId="40DAFF92" w14:textId="77777777" w:rsidR="00324C53" w:rsidRPr="00633886" w:rsidRDefault="00324C53" w:rsidP="00324C53">
      <w:pPr>
        <w:numPr>
          <w:ilvl w:val="0"/>
          <w:numId w:val="46"/>
        </w:numPr>
        <w:spacing w:after="0"/>
        <w:jc w:val="both"/>
        <w:rPr>
          <w:rFonts w:cs="Times New Roman"/>
          <w:szCs w:val="24"/>
          <w:lang w:val="ro-MD"/>
        </w:rPr>
      </w:pPr>
      <w:r w:rsidRPr="00633886">
        <w:rPr>
          <w:rFonts w:cs="Times New Roman"/>
          <w:szCs w:val="24"/>
          <w:lang w:val="ro-MD"/>
        </w:rPr>
        <w:t xml:space="preserve">listei echipamentelor acoperite; </w:t>
      </w:r>
    </w:p>
    <w:p w14:paraId="2C8B5E7B" w14:textId="77777777" w:rsidR="00324C53" w:rsidRPr="00633886" w:rsidRDefault="00324C53" w:rsidP="00324C53">
      <w:pPr>
        <w:numPr>
          <w:ilvl w:val="0"/>
          <w:numId w:val="46"/>
        </w:numPr>
        <w:spacing w:after="0"/>
        <w:jc w:val="both"/>
        <w:rPr>
          <w:rFonts w:cs="Times New Roman"/>
          <w:szCs w:val="24"/>
          <w:lang w:val="ro-MD"/>
        </w:rPr>
      </w:pPr>
      <w:r w:rsidRPr="00633886">
        <w:rPr>
          <w:rFonts w:cs="Times New Roman"/>
          <w:szCs w:val="24"/>
          <w:lang w:val="ro-MD"/>
        </w:rPr>
        <w:t xml:space="preserve">perioadei de valabilitate; </w:t>
      </w:r>
    </w:p>
    <w:p w14:paraId="79B45CD6" w14:textId="77777777" w:rsidR="00324C53" w:rsidRPr="00633886" w:rsidRDefault="00324C53" w:rsidP="00324C53">
      <w:pPr>
        <w:numPr>
          <w:ilvl w:val="0"/>
          <w:numId w:val="46"/>
        </w:numPr>
        <w:spacing w:after="0"/>
        <w:jc w:val="both"/>
        <w:rPr>
          <w:rFonts w:cs="Times New Roman"/>
          <w:szCs w:val="24"/>
          <w:lang w:val="ro-MD"/>
        </w:rPr>
      </w:pPr>
      <w:r w:rsidRPr="00633886">
        <w:rPr>
          <w:rFonts w:cs="Times New Roman"/>
          <w:szCs w:val="24"/>
          <w:lang w:val="ro-MD"/>
        </w:rPr>
        <w:t xml:space="preserve">documentelor fiscale. </w:t>
      </w:r>
    </w:p>
    <w:p w14:paraId="175A7AE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Prestatorul va transmite toate documentele în format electronic și, la solicitare, pe suport hârtie.</w:t>
      </w:r>
    </w:p>
    <w:p w14:paraId="0528A40B" w14:textId="77777777" w:rsidR="00324C53" w:rsidRPr="00633886" w:rsidRDefault="00324C53" w:rsidP="00324C53">
      <w:pPr>
        <w:spacing w:after="0"/>
        <w:jc w:val="both"/>
        <w:rPr>
          <w:rFonts w:cs="Times New Roman"/>
          <w:szCs w:val="24"/>
          <w:lang w:val="ro-MD"/>
        </w:rPr>
      </w:pPr>
    </w:p>
    <w:p w14:paraId="0329E41C"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26. CONDIȚII DE RECEPȚIE</w:t>
      </w:r>
    </w:p>
    <w:p w14:paraId="7920BCCB"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Serviciile vor fi recepționate numai după verificarea următoarelor elemente:</w:t>
      </w:r>
    </w:p>
    <w:p w14:paraId="77F7A18B" w14:textId="77777777"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t>☐</w:t>
      </w:r>
      <w:r w:rsidRPr="00633886">
        <w:rPr>
          <w:rFonts w:cs="Times New Roman"/>
          <w:szCs w:val="24"/>
          <w:lang w:val="ro-MD"/>
        </w:rPr>
        <w:t xml:space="preserve"> toate licențele sunt activate;</w:t>
      </w:r>
    </w:p>
    <w:p w14:paraId="71FD54B1" w14:textId="670ABD60"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t>☐</w:t>
      </w:r>
      <w:r w:rsidRPr="00633886">
        <w:rPr>
          <w:rFonts w:cs="Times New Roman"/>
          <w:szCs w:val="24"/>
          <w:lang w:val="ro-MD"/>
        </w:rPr>
        <w:t xml:space="preserve"> perioada de valabilitate este de minimum </w:t>
      </w:r>
      <w:r w:rsidR="00A40993">
        <w:rPr>
          <w:rFonts w:cs="Times New Roman"/>
          <w:szCs w:val="24"/>
          <w:lang w:val="ro-MD"/>
        </w:rPr>
        <w:t>12</w:t>
      </w:r>
      <w:r w:rsidRPr="00633886">
        <w:rPr>
          <w:rFonts w:cs="Times New Roman"/>
          <w:szCs w:val="24"/>
          <w:lang w:val="ro-MD"/>
        </w:rPr>
        <w:t xml:space="preserve"> luni;</w:t>
      </w:r>
    </w:p>
    <w:p w14:paraId="1EA70C9A" w14:textId="77777777"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t>☐</w:t>
      </w:r>
      <w:r w:rsidRPr="00633886">
        <w:rPr>
          <w:rFonts w:cs="Times New Roman"/>
          <w:szCs w:val="24"/>
          <w:lang w:val="ro-MD"/>
        </w:rPr>
        <w:t xml:space="preserve"> serviciile </w:t>
      </w:r>
      <w:proofErr w:type="spellStart"/>
      <w:r w:rsidRPr="00633886">
        <w:rPr>
          <w:rFonts w:cs="Times New Roman"/>
          <w:szCs w:val="24"/>
          <w:lang w:val="ro-MD"/>
        </w:rPr>
        <w:t>FortiGuard</w:t>
      </w:r>
      <w:proofErr w:type="spellEnd"/>
      <w:r w:rsidRPr="00633886">
        <w:rPr>
          <w:rFonts w:cs="Times New Roman"/>
          <w:szCs w:val="24"/>
          <w:lang w:val="ro-MD"/>
        </w:rPr>
        <w:t xml:space="preserve"> sunt active;</w:t>
      </w:r>
    </w:p>
    <w:p w14:paraId="099B44FE" w14:textId="77777777"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t>☐</w:t>
      </w:r>
      <w:r w:rsidRPr="00633886">
        <w:rPr>
          <w:rFonts w:cs="Times New Roman"/>
          <w:szCs w:val="24"/>
          <w:lang w:val="ro-MD"/>
        </w:rPr>
        <w:t xml:space="preserve"> serviciile </w:t>
      </w:r>
      <w:proofErr w:type="spellStart"/>
      <w:r w:rsidRPr="00633886">
        <w:rPr>
          <w:rFonts w:cs="Times New Roman"/>
          <w:szCs w:val="24"/>
          <w:lang w:val="ro-MD"/>
        </w:rPr>
        <w:t>FortiCare</w:t>
      </w:r>
      <w:proofErr w:type="spellEnd"/>
      <w:r w:rsidRPr="00633886">
        <w:rPr>
          <w:rFonts w:cs="Times New Roman"/>
          <w:szCs w:val="24"/>
          <w:lang w:val="ro-MD"/>
        </w:rPr>
        <w:t xml:space="preserve"> sunt active;</w:t>
      </w:r>
    </w:p>
    <w:p w14:paraId="24B27DF8" w14:textId="77777777"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lastRenderedPageBreak/>
        <w:t>☐</w:t>
      </w:r>
      <w:r w:rsidRPr="00633886">
        <w:rPr>
          <w:rFonts w:cs="Times New Roman"/>
          <w:szCs w:val="24"/>
          <w:lang w:val="ro-MD"/>
        </w:rPr>
        <w:t xml:space="preserve"> </w:t>
      </w:r>
      <w:proofErr w:type="spellStart"/>
      <w:r w:rsidRPr="00633886">
        <w:rPr>
          <w:rFonts w:cs="Times New Roman"/>
          <w:szCs w:val="24"/>
          <w:lang w:val="ro-MD"/>
        </w:rPr>
        <w:t>firmware-ul</w:t>
      </w:r>
      <w:proofErr w:type="spellEnd"/>
      <w:r w:rsidRPr="00633886">
        <w:rPr>
          <w:rFonts w:cs="Times New Roman"/>
          <w:szCs w:val="24"/>
          <w:lang w:val="ro-MD"/>
        </w:rPr>
        <w:t xml:space="preserve"> poate fi descărcat;</w:t>
      </w:r>
    </w:p>
    <w:p w14:paraId="6E9767AF" w14:textId="77777777"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t>☐</w:t>
      </w:r>
      <w:r w:rsidRPr="00633886">
        <w:rPr>
          <w:rFonts w:cs="Times New Roman"/>
          <w:szCs w:val="24"/>
          <w:lang w:val="ro-MD"/>
        </w:rPr>
        <w:t xml:space="preserve"> portalul </w:t>
      </w:r>
      <w:proofErr w:type="spellStart"/>
      <w:r w:rsidRPr="00633886">
        <w:rPr>
          <w:rFonts w:cs="Times New Roman"/>
          <w:szCs w:val="24"/>
          <w:lang w:val="ro-MD"/>
        </w:rPr>
        <w:t>Fortinet</w:t>
      </w:r>
      <w:proofErr w:type="spellEnd"/>
      <w:r w:rsidRPr="00633886">
        <w:rPr>
          <w:rFonts w:cs="Times New Roman"/>
          <w:szCs w:val="24"/>
          <w:lang w:val="ro-MD"/>
        </w:rPr>
        <w:t xml:space="preserve"> afișează serviciile active;</w:t>
      </w:r>
    </w:p>
    <w:p w14:paraId="4171A78D" w14:textId="77777777"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t>☐</w:t>
      </w:r>
      <w:r w:rsidRPr="00633886">
        <w:rPr>
          <w:rFonts w:cs="Times New Roman"/>
          <w:szCs w:val="24"/>
          <w:lang w:val="ro-MD"/>
        </w:rPr>
        <w:t xml:space="preserve"> documentele justificative au fost recepționate;</w:t>
      </w:r>
    </w:p>
    <w:p w14:paraId="4035932E" w14:textId="77777777" w:rsidR="00324C53" w:rsidRPr="00633886" w:rsidRDefault="00324C53" w:rsidP="00324C53">
      <w:pPr>
        <w:spacing w:after="0"/>
        <w:jc w:val="both"/>
        <w:rPr>
          <w:rFonts w:cs="Times New Roman"/>
          <w:szCs w:val="24"/>
          <w:lang w:val="ro-MD"/>
        </w:rPr>
      </w:pPr>
      <w:r w:rsidRPr="00633886">
        <w:rPr>
          <w:rFonts w:ascii="Segoe UI Symbol" w:hAnsi="Segoe UI Symbol" w:cs="Segoe UI Symbol"/>
          <w:szCs w:val="24"/>
          <w:lang w:val="ro-MD"/>
        </w:rPr>
        <w:t>☐</w:t>
      </w:r>
      <w:r w:rsidRPr="00633886">
        <w:rPr>
          <w:rFonts w:cs="Times New Roman"/>
          <w:szCs w:val="24"/>
          <w:lang w:val="ro-MD"/>
        </w:rPr>
        <w:t xml:space="preserve"> nu există erori privind asocierea licențelor.</w:t>
      </w:r>
    </w:p>
    <w:p w14:paraId="625C2613" w14:textId="77777777" w:rsidR="00324C53" w:rsidRPr="00633886" w:rsidRDefault="00324C53" w:rsidP="00324C53">
      <w:pPr>
        <w:spacing w:after="0"/>
        <w:jc w:val="both"/>
        <w:rPr>
          <w:rFonts w:cs="Times New Roman"/>
          <w:szCs w:val="24"/>
          <w:lang w:val="ro-MD"/>
        </w:rPr>
      </w:pPr>
    </w:p>
    <w:p w14:paraId="042D82FE"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27. CERINȚE MINIME DE CALIFICARE</w:t>
      </w:r>
    </w:p>
    <w:p w14:paraId="610706D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Operatorul economic va demonstra că:</w:t>
      </w:r>
    </w:p>
    <w:p w14:paraId="659D50C5" w14:textId="77777777" w:rsidR="00324C53" w:rsidRPr="00633886" w:rsidRDefault="00324C53" w:rsidP="00324C53">
      <w:pPr>
        <w:numPr>
          <w:ilvl w:val="0"/>
          <w:numId w:val="47"/>
        </w:numPr>
        <w:spacing w:after="0"/>
        <w:jc w:val="both"/>
        <w:rPr>
          <w:rFonts w:cs="Times New Roman"/>
          <w:szCs w:val="24"/>
          <w:lang w:val="ro-MD"/>
        </w:rPr>
      </w:pPr>
      <w:r w:rsidRPr="00633886">
        <w:rPr>
          <w:rFonts w:cs="Times New Roman"/>
          <w:szCs w:val="24"/>
          <w:lang w:val="ro-MD"/>
        </w:rPr>
        <w:t xml:space="preserve">desfășoară activități în domeniul tehnologiei informației; </w:t>
      </w:r>
    </w:p>
    <w:p w14:paraId="5F309564" w14:textId="77777777" w:rsidR="00324C53" w:rsidRPr="00633886" w:rsidRDefault="00324C53" w:rsidP="00324C53">
      <w:pPr>
        <w:numPr>
          <w:ilvl w:val="0"/>
          <w:numId w:val="47"/>
        </w:numPr>
        <w:spacing w:after="0"/>
        <w:jc w:val="both"/>
        <w:rPr>
          <w:rFonts w:cs="Times New Roman"/>
          <w:szCs w:val="24"/>
          <w:lang w:val="ro-MD"/>
        </w:rPr>
      </w:pPr>
      <w:r w:rsidRPr="00633886">
        <w:rPr>
          <w:rFonts w:cs="Times New Roman"/>
          <w:szCs w:val="24"/>
          <w:lang w:val="ro-MD"/>
        </w:rPr>
        <w:t xml:space="preserve">poate furniza servicii și produse </w:t>
      </w:r>
      <w:proofErr w:type="spellStart"/>
      <w:r w:rsidRPr="00633886">
        <w:rPr>
          <w:rFonts w:cs="Times New Roman"/>
          <w:szCs w:val="24"/>
          <w:lang w:val="ro-MD"/>
        </w:rPr>
        <w:t>Fortinet</w:t>
      </w:r>
      <w:proofErr w:type="spellEnd"/>
      <w:r w:rsidRPr="00633886">
        <w:rPr>
          <w:rFonts w:cs="Times New Roman"/>
          <w:szCs w:val="24"/>
          <w:lang w:val="ro-MD"/>
        </w:rPr>
        <w:t xml:space="preserve">; </w:t>
      </w:r>
    </w:p>
    <w:p w14:paraId="65E018E2" w14:textId="77777777" w:rsidR="00324C53" w:rsidRPr="00633886" w:rsidRDefault="00324C53" w:rsidP="00324C53">
      <w:pPr>
        <w:numPr>
          <w:ilvl w:val="0"/>
          <w:numId w:val="47"/>
        </w:numPr>
        <w:spacing w:after="0"/>
        <w:jc w:val="both"/>
        <w:rPr>
          <w:rFonts w:cs="Times New Roman"/>
          <w:szCs w:val="24"/>
          <w:lang w:val="ro-MD"/>
        </w:rPr>
      </w:pPr>
      <w:r w:rsidRPr="00633886">
        <w:rPr>
          <w:rFonts w:cs="Times New Roman"/>
          <w:szCs w:val="24"/>
          <w:lang w:val="ro-MD"/>
        </w:rPr>
        <w:t xml:space="preserve">dispune de personal calificat pentru activarea și gestionarea subscripțiilor; </w:t>
      </w:r>
    </w:p>
    <w:p w14:paraId="61278418" w14:textId="77777777" w:rsidR="00324C53" w:rsidRPr="00633886" w:rsidRDefault="00324C53" w:rsidP="00324C53">
      <w:pPr>
        <w:numPr>
          <w:ilvl w:val="0"/>
          <w:numId w:val="47"/>
        </w:numPr>
        <w:spacing w:after="0"/>
        <w:jc w:val="both"/>
        <w:rPr>
          <w:rFonts w:cs="Times New Roman"/>
          <w:szCs w:val="24"/>
          <w:lang w:val="ro-MD"/>
        </w:rPr>
      </w:pPr>
      <w:r w:rsidRPr="00633886">
        <w:rPr>
          <w:rFonts w:cs="Times New Roman"/>
          <w:szCs w:val="24"/>
          <w:lang w:val="ro-MD"/>
        </w:rPr>
        <w:t xml:space="preserve">poate asigura suport în limba română sau engleză; </w:t>
      </w:r>
    </w:p>
    <w:p w14:paraId="44037F6F" w14:textId="77777777" w:rsidR="00324C53" w:rsidRPr="00633886" w:rsidRDefault="00324C53" w:rsidP="00324C53">
      <w:pPr>
        <w:numPr>
          <w:ilvl w:val="0"/>
          <w:numId w:val="47"/>
        </w:numPr>
        <w:spacing w:after="0"/>
        <w:jc w:val="both"/>
        <w:rPr>
          <w:rFonts w:cs="Times New Roman"/>
          <w:szCs w:val="24"/>
          <w:lang w:val="ro-MD"/>
        </w:rPr>
      </w:pPr>
      <w:r w:rsidRPr="00633886">
        <w:rPr>
          <w:rFonts w:cs="Times New Roman"/>
          <w:szCs w:val="24"/>
          <w:lang w:val="ro-MD"/>
        </w:rPr>
        <w:t xml:space="preserve">poate comunica cu producătorul în cazul incidentelor de licențiere. </w:t>
      </w:r>
    </w:p>
    <w:p w14:paraId="553CA2AF" w14:textId="77777777" w:rsidR="00324C53" w:rsidRPr="00633886" w:rsidRDefault="00324C53" w:rsidP="00324C53">
      <w:pPr>
        <w:spacing w:after="0"/>
        <w:jc w:val="both"/>
        <w:rPr>
          <w:rFonts w:cs="Times New Roman"/>
          <w:szCs w:val="24"/>
          <w:lang w:val="ro-MD"/>
        </w:rPr>
      </w:pPr>
    </w:p>
    <w:p w14:paraId="1239F9DB"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28. ANEXA NR. 1 – SPECIFICAȚIA TEHNICĂ</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3"/>
        <w:gridCol w:w="1724"/>
        <w:gridCol w:w="2153"/>
        <w:gridCol w:w="2693"/>
        <w:gridCol w:w="2126"/>
      </w:tblGrid>
      <w:tr w:rsidR="00324C53" w:rsidRPr="00633886" w14:paraId="23E7F13D" w14:textId="77777777" w:rsidTr="00A40993">
        <w:trPr>
          <w:tblHeader/>
          <w:tblCellSpacing w:w="15" w:type="dxa"/>
        </w:trPr>
        <w:tc>
          <w:tcPr>
            <w:tcW w:w="0" w:type="auto"/>
            <w:vAlign w:val="center"/>
            <w:hideMark/>
          </w:tcPr>
          <w:p w14:paraId="5532F7B6"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Nr.</w:t>
            </w:r>
          </w:p>
        </w:tc>
        <w:tc>
          <w:tcPr>
            <w:tcW w:w="0" w:type="auto"/>
            <w:vAlign w:val="center"/>
            <w:hideMark/>
          </w:tcPr>
          <w:p w14:paraId="1F55E0F4"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Model echipament</w:t>
            </w:r>
          </w:p>
        </w:tc>
        <w:tc>
          <w:tcPr>
            <w:tcW w:w="2123" w:type="dxa"/>
            <w:vAlign w:val="center"/>
            <w:hideMark/>
          </w:tcPr>
          <w:p w14:paraId="3CA3B055"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Număr serial</w:t>
            </w:r>
          </w:p>
        </w:tc>
        <w:tc>
          <w:tcPr>
            <w:tcW w:w="2663" w:type="dxa"/>
            <w:vAlign w:val="center"/>
            <w:hideMark/>
          </w:tcPr>
          <w:p w14:paraId="6EB06F7D"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Serviciu solicitat</w:t>
            </w:r>
          </w:p>
        </w:tc>
        <w:tc>
          <w:tcPr>
            <w:tcW w:w="2081" w:type="dxa"/>
            <w:vAlign w:val="center"/>
            <w:hideMark/>
          </w:tcPr>
          <w:p w14:paraId="01B1FA9C"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Durata</w:t>
            </w:r>
          </w:p>
        </w:tc>
      </w:tr>
      <w:tr w:rsidR="00324C53" w:rsidRPr="00633886" w14:paraId="7B5D28FC" w14:textId="77777777" w:rsidTr="00A40993">
        <w:trPr>
          <w:tblCellSpacing w:w="15" w:type="dxa"/>
        </w:trPr>
        <w:tc>
          <w:tcPr>
            <w:tcW w:w="0" w:type="auto"/>
            <w:vAlign w:val="center"/>
            <w:hideMark/>
          </w:tcPr>
          <w:p w14:paraId="141E7E57"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1</w:t>
            </w:r>
          </w:p>
        </w:tc>
        <w:tc>
          <w:tcPr>
            <w:tcW w:w="0" w:type="auto"/>
            <w:vAlign w:val="center"/>
            <w:hideMark/>
          </w:tcPr>
          <w:p w14:paraId="70E19D87" w14:textId="5A5F53E2" w:rsidR="00DE534A" w:rsidRPr="00633886" w:rsidRDefault="00DD364D">
            <w:r w:rsidRPr="00633886">
              <w:rPr>
                <w:sz w:val="22"/>
              </w:rPr>
              <w:t xml:space="preserve"> FortiGate</w:t>
            </w:r>
            <w:r w:rsidR="00A40993">
              <w:rPr>
                <w:sz w:val="22"/>
              </w:rPr>
              <w:t xml:space="preserve"> 100F</w:t>
            </w:r>
          </w:p>
        </w:tc>
        <w:tc>
          <w:tcPr>
            <w:tcW w:w="2123" w:type="dxa"/>
            <w:vAlign w:val="center"/>
            <w:hideMark/>
          </w:tcPr>
          <w:p w14:paraId="1A6540A7" w14:textId="3A408132" w:rsidR="00DE534A" w:rsidRPr="00633886" w:rsidRDefault="00F52EE4">
            <w:r w:rsidRPr="00F52EE4">
              <w:rPr>
                <w:sz w:val="22"/>
              </w:rPr>
              <w:t>FG100FTK23080337</w:t>
            </w:r>
          </w:p>
        </w:tc>
        <w:tc>
          <w:tcPr>
            <w:tcW w:w="2663" w:type="dxa"/>
            <w:vAlign w:val="center"/>
            <w:hideMark/>
          </w:tcPr>
          <w:p w14:paraId="396DFCD8" w14:textId="77777777" w:rsidR="00DE534A" w:rsidRPr="00633886" w:rsidRDefault="00DD364D">
            <w:r w:rsidRPr="00633886">
              <w:rPr>
                <w:sz w:val="22"/>
              </w:rPr>
              <w:t>FortiGuard + FortiCare</w:t>
            </w:r>
          </w:p>
        </w:tc>
        <w:tc>
          <w:tcPr>
            <w:tcW w:w="2081" w:type="dxa"/>
            <w:vAlign w:val="center"/>
            <w:hideMark/>
          </w:tcPr>
          <w:p w14:paraId="4B89AA75" w14:textId="68429E12" w:rsidR="00DE534A" w:rsidRPr="00633886" w:rsidRDefault="00A40993">
            <w:r>
              <w:rPr>
                <w:sz w:val="22"/>
              </w:rPr>
              <w:t>12</w:t>
            </w:r>
            <w:r w:rsidR="00DD364D" w:rsidRPr="00633886">
              <w:rPr>
                <w:sz w:val="22"/>
              </w:rPr>
              <w:t xml:space="preserve"> </w:t>
            </w:r>
            <w:proofErr w:type="spellStart"/>
            <w:r w:rsidR="00DD364D" w:rsidRPr="00633886">
              <w:rPr>
                <w:sz w:val="22"/>
              </w:rPr>
              <w:t>luni</w:t>
            </w:r>
            <w:proofErr w:type="spellEnd"/>
          </w:p>
        </w:tc>
      </w:tr>
      <w:tr w:rsidR="00324C53" w:rsidRPr="00633886" w14:paraId="37E96AA1" w14:textId="77777777" w:rsidTr="00A40993">
        <w:trPr>
          <w:tblCellSpacing w:w="15" w:type="dxa"/>
        </w:trPr>
        <w:tc>
          <w:tcPr>
            <w:tcW w:w="0" w:type="auto"/>
            <w:vAlign w:val="center"/>
            <w:hideMark/>
          </w:tcPr>
          <w:p w14:paraId="3FFA4D9F" w14:textId="77777777" w:rsidR="00324C53" w:rsidRPr="00633886" w:rsidRDefault="00324C53" w:rsidP="00324C53">
            <w:pPr>
              <w:spacing w:after="0"/>
              <w:jc w:val="both"/>
              <w:rPr>
                <w:rFonts w:cs="Times New Roman"/>
                <w:szCs w:val="24"/>
                <w:lang w:val="ro-MD"/>
              </w:rPr>
            </w:pPr>
            <w:r w:rsidRPr="00633886">
              <w:rPr>
                <w:rFonts w:cs="Times New Roman"/>
                <w:sz w:val="22"/>
                <w:szCs w:val="24"/>
                <w:lang w:val="ro-MD"/>
              </w:rPr>
              <w:t>2</w:t>
            </w:r>
          </w:p>
        </w:tc>
        <w:tc>
          <w:tcPr>
            <w:tcW w:w="0" w:type="auto"/>
            <w:vAlign w:val="center"/>
            <w:hideMark/>
          </w:tcPr>
          <w:p w14:paraId="0080B331" w14:textId="6D35FD5A" w:rsidR="00DE534A" w:rsidRPr="00633886" w:rsidRDefault="00A40993">
            <w:r w:rsidRPr="00633886">
              <w:rPr>
                <w:sz w:val="22"/>
              </w:rPr>
              <w:t>FortiGate</w:t>
            </w:r>
            <w:r>
              <w:rPr>
                <w:sz w:val="22"/>
              </w:rPr>
              <w:t xml:space="preserve"> 100F</w:t>
            </w:r>
          </w:p>
        </w:tc>
        <w:tc>
          <w:tcPr>
            <w:tcW w:w="2123" w:type="dxa"/>
            <w:vAlign w:val="center"/>
            <w:hideMark/>
          </w:tcPr>
          <w:p w14:paraId="64671DE3" w14:textId="58551828" w:rsidR="00DE534A" w:rsidRPr="00633886" w:rsidRDefault="00F52EE4">
            <w:r w:rsidRPr="00F52EE4">
              <w:rPr>
                <w:sz w:val="22"/>
              </w:rPr>
              <w:t>FG100FTK23081059</w:t>
            </w:r>
          </w:p>
        </w:tc>
        <w:tc>
          <w:tcPr>
            <w:tcW w:w="2663" w:type="dxa"/>
            <w:vAlign w:val="center"/>
            <w:hideMark/>
          </w:tcPr>
          <w:p w14:paraId="62F28B6B" w14:textId="77777777" w:rsidR="00DE534A" w:rsidRPr="00633886" w:rsidRDefault="00DD364D">
            <w:r w:rsidRPr="00633886">
              <w:rPr>
                <w:sz w:val="22"/>
              </w:rPr>
              <w:t>FortiGuard + FortiCare</w:t>
            </w:r>
          </w:p>
        </w:tc>
        <w:tc>
          <w:tcPr>
            <w:tcW w:w="2081" w:type="dxa"/>
            <w:vAlign w:val="center"/>
            <w:hideMark/>
          </w:tcPr>
          <w:p w14:paraId="0DDB7A24" w14:textId="38C4027E" w:rsidR="00DE534A" w:rsidRPr="00633886" w:rsidRDefault="00A40993">
            <w:r>
              <w:rPr>
                <w:sz w:val="22"/>
              </w:rPr>
              <w:t>12</w:t>
            </w:r>
            <w:r w:rsidR="00DD364D" w:rsidRPr="00633886">
              <w:rPr>
                <w:sz w:val="22"/>
              </w:rPr>
              <w:t xml:space="preserve"> </w:t>
            </w:r>
            <w:proofErr w:type="spellStart"/>
            <w:r w:rsidR="00DD364D" w:rsidRPr="00633886">
              <w:rPr>
                <w:sz w:val="22"/>
              </w:rPr>
              <w:t>luni</w:t>
            </w:r>
            <w:proofErr w:type="spellEnd"/>
          </w:p>
        </w:tc>
      </w:tr>
    </w:tbl>
    <w:p w14:paraId="43FC7642" w14:textId="77777777" w:rsidR="00324C53" w:rsidRPr="00633886" w:rsidRDefault="00324C53" w:rsidP="00324C53">
      <w:pPr>
        <w:spacing w:after="0"/>
        <w:jc w:val="both"/>
        <w:rPr>
          <w:rFonts w:cs="Times New Roman"/>
          <w:szCs w:val="24"/>
          <w:lang w:val="ro-MD"/>
        </w:rPr>
      </w:pPr>
    </w:p>
    <w:p w14:paraId="47519094"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29. ANEXA NR. 2 – SERVICII MINIME INCLUSE</w:t>
      </w:r>
    </w:p>
    <w:p w14:paraId="1F244600"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Pentru fiecare echipament, subscripțiile ofertate vor include funcționalitățile corespunzătoare licenței existente, după caz:</w:t>
      </w:r>
    </w:p>
    <w:p w14:paraId="4D9E255F"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IPS; </w:t>
      </w:r>
    </w:p>
    <w:p w14:paraId="470C9044"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Antivirus; </w:t>
      </w:r>
    </w:p>
    <w:p w14:paraId="480769FA"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Web </w:t>
      </w:r>
      <w:proofErr w:type="spellStart"/>
      <w:r w:rsidRPr="00633886">
        <w:rPr>
          <w:rFonts w:cs="Times New Roman"/>
          <w:szCs w:val="24"/>
          <w:lang w:val="ro-MD"/>
        </w:rPr>
        <w:t>Filtering</w:t>
      </w:r>
      <w:proofErr w:type="spellEnd"/>
      <w:r w:rsidRPr="00633886">
        <w:rPr>
          <w:rFonts w:cs="Times New Roman"/>
          <w:szCs w:val="24"/>
          <w:lang w:val="ro-MD"/>
        </w:rPr>
        <w:t xml:space="preserve">; </w:t>
      </w:r>
    </w:p>
    <w:p w14:paraId="5F797D86"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DNS </w:t>
      </w:r>
      <w:proofErr w:type="spellStart"/>
      <w:r w:rsidRPr="00633886">
        <w:rPr>
          <w:rFonts w:cs="Times New Roman"/>
          <w:szCs w:val="24"/>
          <w:lang w:val="ro-MD"/>
        </w:rPr>
        <w:t>Security</w:t>
      </w:r>
      <w:proofErr w:type="spellEnd"/>
      <w:r w:rsidRPr="00633886">
        <w:rPr>
          <w:rFonts w:cs="Times New Roman"/>
          <w:szCs w:val="24"/>
          <w:lang w:val="ro-MD"/>
        </w:rPr>
        <w:t xml:space="preserve">; </w:t>
      </w:r>
    </w:p>
    <w:p w14:paraId="52D1787D"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w:t>
      </w:r>
      <w:proofErr w:type="spellStart"/>
      <w:r w:rsidRPr="00633886">
        <w:rPr>
          <w:rFonts w:cs="Times New Roman"/>
          <w:szCs w:val="24"/>
          <w:lang w:val="ro-MD"/>
        </w:rPr>
        <w:t>Application</w:t>
      </w:r>
      <w:proofErr w:type="spellEnd"/>
      <w:r w:rsidRPr="00633886">
        <w:rPr>
          <w:rFonts w:cs="Times New Roman"/>
          <w:szCs w:val="24"/>
          <w:lang w:val="ro-MD"/>
        </w:rPr>
        <w:t xml:space="preserve"> Control; </w:t>
      </w:r>
    </w:p>
    <w:p w14:paraId="49082216"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w:t>
      </w:r>
      <w:proofErr w:type="spellStart"/>
      <w:r w:rsidRPr="00633886">
        <w:rPr>
          <w:rFonts w:cs="Times New Roman"/>
          <w:szCs w:val="24"/>
          <w:lang w:val="ro-MD"/>
        </w:rPr>
        <w:t>AntiBot</w:t>
      </w:r>
      <w:proofErr w:type="spellEnd"/>
      <w:r w:rsidRPr="00633886">
        <w:rPr>
          <w:rFonts w:cs="Times New Roman"/>
          <w:szCs w:val="24"/>
          <w:lang w:val="ro-MD"/>
        </w:rPr>
        <w:t xml:space="preserve">; </w:t>
      </w:r>
    </w:p>
    <w:p w14:paraId="58107531"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IP </w:t>
      </w:r>
      <w:proofErr w:type="spellStart"/>
      <w:r w:rsidRPr="00633886">
        <w:rPr>
          <w:rFonts w:cs="Times New Roman"/>
          <w:szCs w:val="24"/>
          <w:lang w:val="ro-MD"/>
        </w:rPr>
        <w:t>Reputation</w:t>
      </w:r>
      <w:proofErr w:type="spellEnd"/>
      <w:r w:rsidRPr="00633886">
        <w:rPr>
          <w:rFonts w:cs="Times New Roman"/>
          <w:szCs w:val="24"/>
          <w:lang w:val="ro-MD"/>
        </w:rPr>
        <w:t xml:space="preserve">; </w:t>
      </w:r>
    </w:p>
    <w:p w14:paraId="0A6CB26B"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w:t>
      </w:r>
      <w:proofErr w:type="spellStart"/>
      <w:r w:rsidRPr="00633886">
        <w:rPr>
          <w:rFonts w:cs="Times New Roman"/>
          <w:szCs w:val="24"/>
          <w:lang w:val="ro-MD"/>
        </w:rPr>
        <w:t>Outbreak</w:t>
      </w:r>
      <w:proofErr w:type="spellEnd"/>
      <w:r w:rsidRPr="00633886">
        <w:rPr>
          <w:rFonts w:cs="Times New Roman"/>
          <w:szCs w:val="24"/>
          <w:lang w:val="ro-MD"/>
        </w:rPr>
        <w:t xml:space="preserve"> </w:t>
      </w:r>
      <w:proofErr w:type="spellStart"/>
      <w:r w:rsidRPr="00633886">
        <w:rPr>
          <w:rFonts w:cs="Times New Roman"/>
          <w:szCs w:val="24"/>
          <w:lang w:val="ro-MD"/>
        </w:rPr>
        <w:t>Protection</w:t>
      </w:r>
      <w:proofErr w:type="spellEnd"/>
      <w:r w:rsidRPr="00633886">
        <w:rPr>
          <w:rFonts w:cs="Times New Roman"/>
          <w:szCs w:val="24"/>
          <w:lang w:val="ro-MD"/>
        </w:rPr>
        <w:t xml:space="preserve">; </w:t>
      </w:r>
    </w:p>
    <w:p w14:paraId="07056FA4"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FortiGuard</w:t>
      </w:r>
      <w:proofErr w:type="spellEnd"/>
      <w:r w:rsidRPr="00633886">
        <w:rPr>
          <w:rFonts w:cs="Times New Roman"/>
          <w:szCs w:val="24"/>
          <w:lang w:val="ro-MD"/>
        </w:rPr>
        <w:t xml:space="preserve"> </w:t>
      </w:r>
      <w:proofErr w:type="spellStart"/>
      <w:r w:rsidRPr="00633886">
        <w:rPr>
          <w:rFonts w:cs="Times New Roman"/>
          <w:szCs w:val="24"/>
          <w:lang w:val="ro-MD"/>
        </w:rPr>
        <w:t>Vulnerability</w:t>
      </w:r>
      <w:proofErr w:type="spellEnd"/>
      <w:r w:rsidRPr="00633886">
        <w:rPr>
          <w:rFonts w:cs="Times New Roman"/>
          <w:szCs w:val="24"/>
          <w:lang w:val="ro-MD"/>
        </w:rPr>
        <w:t xml:space="preserve"> </w:t>
      </w:r>
      <w:proofErr w:type="spellStart"/>
      <w:r w:rsidRPr="00633886">
        <w:rPr>
          <w:rFonts w:cs="Times New Roman"/>
          <w:szCs w:val="24"/>
          <w:lang w:val="ro-MD"/>
        </w:rPr>
        <w:t>Protection</w:t>
      </w:r>
      <w:proofErr w:type="spellEnd"/>
      <w:r w:rsidRPr="00633886">
        <w:rPr>
          <w:rFonts w:cs="Times New Roman"/>
          <w:szCs w:val="24"/>
          <w:lang w:val="ro-MD"/>
        </w:rPr>
        <w:t xml:space="preserve">; </w:t>
      </w:r>
    </w:p>
    <w:p w14:paraId="7698A5F7"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FortiSandbox</w:t>
      </w:r>
      <w:proofErr w:type="spellEnd"/>
      <w:r w:rsidRPr="00633886">
        <w:rPr>
          <w:rFonts w:cs="Times New Roman"/>
          <w:szCs w:val="24"/>
          <w:lang w:val="ro-MD"/>
        </w:rPr>
        <w:t xml:space="preserve"> </w:t>
      </w:r>
      <w:proofErr w:type="spellStart"/>
      <w:r w:rsidRPr="00633886">
        <w:rPr>
          <w:rFonts w:cs="Times New Roman"/>
          <w:szCs w:val="24"/>
          <w:lang w:val="ro-MD"/>
        </w:rPr>
        <w:t>Cloud</w:t>
      </w:r>
      <w:proofErr w:type="spellEnd"/>
      <w:r w:rsidRPr="00633886">
        <w:rPr>
          <w:rFonts w:cs="Times New Roman"/>
          <w:szCs w:val="24"/>
          <w:lang w:val="ro-MD"/>
        </w:rPr>
        <w:t xml:space="preserve"> (dacă este inclus în licența existentă); </w:t>
      </w:r>
    </w:p>
    <w:p w14:paraId="5923E832" w14:textId="77777777" w:rsidR="00324C53" w:rsidRPr="00633886" w:rsidRDefault="00324C53" w:rsidP="00324C53">
      <w:pPr>
        <w:numPr>
          <w:ilvl w:val="0"/>
          <w:numId w:val="48"/>
        </w:numPr>
        <w:spacing w:after="0"/>
        <w:jc w:val="both"/>
        <w:rPr>
          <w:rFonts w:cs="Times New Roman"/>
          <w:szCs w:val="24"/>
          <w:lang w:val="ro-MD"/>
        </w:rPr>
      </w:pPr>
      <w:proofErr w:type="spellStart"/>
      <w:r w:rsidRPr="00633886">
        <w:rPr>
          <w:rFonts w:cs="Times New Roman"/>
          <w:szCs w:val="24"/>
          <w:lang w:val="ro-MD"/>
        </w:rPr>
        <w:t>Security</w:t>
      </w:r>
      <w:proofErr w:type="spellEnd"/>
      <w:r w:rsidRPr="00633886">
        <w:rPr>
          <w:rFonts w:cs="Times New Roman"/>
          <w:szCs w:val="24"/>
          <w:lang w:val="ro-MD"/>
        </w:rPr>
        <w:t xml:space="preserve"> Rating; </w:t>
      </w:r>
    </w:p>
    <w:p w14:paraId="518F9C8E" w14:textId="77777777" w:rsidR="00324C53" w:rsidRPr="00633886" w:rsidRDefault="00324C53" w:rsidP="00324C53">
      <w:pPr>
        <w:numPr>
          <w:ilvl w:val="0"/>
          <w:numId w:val="4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FortiOS</w:t>
      </w:r>
      <w:proofErr w:type="spellEnd"/>
      <w:r w:rsidRPr="00633886">
        <w:rPr>
          <w:rFonts w:cs="Times New Roman"/>
          <w:szCs w:val="24"/>
          <w:lang w:val="ro-MD"/>
        </w:rPr>
        <w:t xml:space="preserve">; </w:t>
      </w:r>
    </w:p>
    <w:p w14:paraId="0D75DDFD" w14:textId="77777777" w:rsidR="00324C53" w:rsidRPr="00633886" w:rsidRDefault="00324C53" w:rsidP="00324C53">
      <w:pPr>
        <w:numPr>
          <w:ilvl w:val="0"/>
          <w:numId w:val="48"/>
        </w:numPr>
        <w:spacing w:after="0"/>
        <w:jc w:val="both"/>
        <w:rPr>
          <w:rFonts w:cs="Times New Roman"/>
          <w:szCs w:val="24"/>
          <w:lang w:val="ro-MD"/>
        </w:rPr>
      </w:pPr>
      <w:r w:rsidRPr="00633886">
        <w:rPr>
          <w:rFonts w:cs="Times New Roman"/>
          <w:szCs w:val="24"/>
          <w:lang w:val="ro-MD"/>
        </w:rPr>
        <w:t xml:space="preserve">actualizări </w:t>
      </w:r>
      <w:proofErr w:type="spellStart"/>
      <w:r w:rsidRPr="00633886">
        <w:rPr>
          <w:rFonts w:cs="Times New Roman"/>
          <w:szCs w:val="24"/>
          <w:lang w:val="ro-MD"/>
        </w:rPr>
        <w:t>firmware</w:t>
      </w:r>
      <w:proofErr w:type="spellEnd"/>
      <w:r w:rsidRPr="00633886">
        <w:rPr>
          <w:rFonts w:cs="Times New Roman"/>
          <w:szCs w:val="24"/>
          <w:lang w:val="ro-MD"/>
        </w:rPr>
        <w:t xml:space="preserve">; </w:t>
      </w:r>
    </w:p>
    <w:p w14:paraId="7DD1E3AF" w14:textId="77777777" w:rsidR="00324C53" w:rsidRPr="00633886" w:rsidRDefault="00324C53" w:rsidP="00324C53">
      <w:pPr>
        <w:numPr>
          <w:ilvl w:val="0"/>
          <w:numId w:val="48"/>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Security</w:t>
      </w:r>
      <w:proofErr w:type="spellEnd"/>
      <w:r w:rsidRPr="00633886">
        <w:rPr>
          <w:rFonts w:cs="Times New Roman"/>
          <w:szCs w:val="24"/>
          <w:lang w:val="ro-MD"/>
        </w:rPr>
        <w:t xml:space="preserve"> </w:t>
      </w:r>
      <w:proofErr w:type="spellStart"/>
      <w:r w:rsidRPr="00633886">
        <w:rPr>
          <w:rFonts w:cs="Times New Roman"/>
          <w:szCs w:val="24"/>
          <w:lang w:val="ro-MD"/>
        </w:rPr>
        <w:t>Advisories</w:t>
      </w:r>
      <w:proofErr w:type="spellEnd"/>
      <w:r w:rsidRPr="00633886">
        <w:rPr>
          <w:rFonts w:cs="Times New Roman"/>
          <w:szCs w:val="24"/>
          <w:lang w:val="ro-MD"/>
        </w:rPr>
        <w:t xml:space="preserve">; </w:t>
      </w:r>
    </w:p>
    <w:p w14:paraId="7818BA4A" w14:textId="77777777" w:rsidR="00324C53" w:rsidRPr="00633886" w:rsidRDefault="00324C53" w:rsidP="00324C53">
      <w:pPr>
        <w:numPr>
          <w:ilvl w:val="0"/>
          <w:numId w:val="48"/>
        </w:numPr>
        <w:spacing w:after="0"/>
        <w:jc w:val="both"/>
        <w:rPr>
          <w:rFonts w:cs="Times New Roman"/>
          <w:szCs w:val="24"/>
          <w:lang w:val="ro-MD"/>
        </w:rPr>
      </w:pPr>
      <w:r w:rsidRPr="00633886">
        <w:rPr>
          <w:rFonts w:cs="Times New Roman"/>
          <w:szCs w:val="24"/>
          <w:lang w:val="ro-MD"/>
        </w:rPr>
        <w:t xml:space="preserve">acces la </w:t>
      </w:r>
      <w:proofErr w:type="spellStart"/>
      <w:r w:rsidRPr="00633886">
        <w:rPr>
          <w:rFonts w:cs="Times New Roman"/>
          <w:szCs w:val="24"/>
          <w:lang w:val="ro-MD"/>
        </w:rPr>
        <w:t>Knowledge</w:t>
      </w:r>
      <w:proofErr w:type="spellEnd"/>
      <w:r w:rsidRPr="00633886">
        <w:rPr>
          <w:rFonts w:cs="Times New Roman"/>
          <w:szCs w:val="24"/>
          <w:lang w:val="ro-MD"/>
        </w:rPr>
        <w:t xml:space="preserve"> </w:t>
      </w:r>
      <w:proofErr w:type="spellStart"/>
      <w:r w:rsidRPr="00633886">
        <w:rPr>
          <w:rFonts w:cs="Times New Roman"/>
          <w:szCs w:val="24"/>
          <w:lang w:val="ro-MD"/>
        </w:rPr>
        <w:t>Base</w:t>
      </w:r>
      <w:proofErr w:type="spellEnd"/>
      <w:r w:rsidRPr="00633886">
        <w:rPr>
          <w:rFonts w:cs="Times New Roman"/>
          <w:szCs w:val="24"/>
          <w:lang w:val="ro-MD"/>
        </w:rPr>
        <w:t xml:space="preserve">; </w:t>
      </w:r>
    </w:p>
    <w:p w14:paraId="67AFA3B0" w14:textId="77777777" w:rsidR="00324C53" w:rsidRPr="00633886" w:rsidRDefault="00324C53" w:rsidP="00324C53">
      <w:pPr>
        <w:numPr>
          <w:ilvl w:val="0"/>
          <w:numId w:val="48"/>
        </w:numPr>
        <w:spacing w:after="0"/>
        <w:jc w:val="both"/>
        <w:rPr>
          <w:rFonts w:cs="Times New Roman"/>
          <w:szCs w:val="24"/>
          <w:lang w:val="ro-MD"/>
        </w:rPr>
      </w:pPr>
      <w:r w:rsidRPr="00633886">
        <w:rPr>
          <w:rFonts w:cs="Times New Roman"/>
          <w:szCs w:val="24"/>
          <w:lang w:val="ro-MD"/>
        </w:rPr>
        <w:t xml:space="preserve">suport </w:t>
      </w:r>
      <w:proofErr w:type="spellStart"/>
      <w:r w:rsidRPr="00633886">
        <w:rPr>
          <w:rFonts w:cs="Times New Roman"/>
          <w:szCs w:val="24"/>
          <w:lang w:val="ro-MD"/>
        </w:rPr>
        <w:t>FortiCare</w:t>
      </w:r>
      <w:proofErr w:type="spellEnd"/>
      <w:r w:rsidRPr="00633886">
        <w:rPr>
          <w:rFonts w:cs="Times New Roman"/>
          <w:szCs w:val="24"/>
          <w:lang w:val="ro-MD"/>
        </w:rPr>
        <w:t xml:space="preserve">; </w:t>
      </w:r>
    </w:p>
    <w:p w14:paraId="58278C0D" w14:textId="77777777" w:rsidR="00324C53" w:rsidRPr="00633886" w:rsidRDefault="00324C53" w:rsidP="00324C53">
      <w:pPr>
        <w:numPr>
          <w:ilvl w:val="0"/>
          <w:numId w:val="48"/>
        </w:numPr>
        <w:spacing w:after="0"/>
        <w:jc w:val="both"/>
        <w:rPr>
          <w:rFonts w:cs="Times New Roman"/>
          <w:szCs w:val="24"/>
          <w:lang w:val="ro-MD"/>
        </w:rPr>
      </w:pPr>
      <w:r w:rsidRPr="00633886">
        <w:rPr>
          <w:rFonts w:cs="Times New Roman"/>
          <w:szCs w:val="24"/>
          <w:lang w:val="ro-MD"/>
        </w:rPr>
        <w:t xml:space="preserve">suport pentru activarea licențelor. </w:t>
      </w:r>
    </w:p>
    <w:p w14:paraId="0034A4E5" w14:textId="77777777" w:rsidR="00324C53" w:rsidRPr="00633886" w:rsidRDefault="00324C53" w:rsidP="00324C53">
      <w:pPr>
        <w:spacing w:after="0"/>
        <w:jc w:val="both"/>
        <w:rPr>
          <w:rFonts w:cs="Times New Roman"/>
          <w:szCs w:val="24"/>
          <w:lang w:val="ro-MD"/>
        </w:rPr>
      </w:pPr>
    </w:p>
    <w:p w14:paraId="7EA69451" w14:textId="77777777" w:rsidR="00324C53" w:rsidRPr="00633886" w:rsidRDefault="00324C53" w:rsidP="00324C53">
      <w:pPr>
        <w:spacing w:after="0"/>
        <w:jc w:val="both"/>
        <w:rPr>
          <w:rFonts w:cs="Times New Roman"/>
          <w:b/>
          <w:bCs/>
          <w:szCs w:val="24"/>
          <w:lang w:val="ro-MD"/>
        </w:rPr>
      </w:pPr>
      <w:r w:rsidRPr="00633886">
        <w:rPr>
          <w:rFonts w:cs="Times New Roman"/>
          <w:b/>
          <w:bCs/>
          <w:szCs w:val="24"/>
          <w:lang w:val="ro-MD"/>
        </w:rPr>
        <w:t>30. DISPOZIȚII FINALE</w:t>
      </w:r>
    </w:p>
    <w:p w14:paraId="5794F14B"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Prestatorul va respecta toate condițiile prezentului Caiet de sarcini și va furniza serviciile în conformitate cu documentația oficială a producătorului </w:t>
      </w:r>
      <w:proofErr w:type="spellStart"/>
      <w:r w:rsidRPr="00633886">
        <w:rPr>
          <w:rFonts w:cs="Times New Roman"/>
          <w:szCs w:val="24"/>
          <w:lang w:val="ro-MD"/>
        </w:rPr>
        <w:t>Fortinet</w:t>
      </w:r>
      <w:proofErr w:type="spellEnd"/>
      <w:r w:rsidRPr="00633886">
        <w:rPr>
          <w:rFonts w:cs="Times New Roman"/>
          <w:szCs w:val="24"/>
          <w:lang w:val="ro-MD"/>
        </w:rPr>
        <w:t xml:space="preserve"> și cu legislația aplicabilă în domeniul achizițiilor publice.</w:t>
      </w:r>
    </w:p>
    <w:p w14:paraId="07F9BADE" w14:textId="77777777" w:rsidR="00324C53" w:rsidRPr="00633886" w:rsidRDefault="00324C53" w:rsidP="00324C53">
      <w:pPr>
        <w:spacing w:after="0"/>
        <w:jc w:val="both"/>
        <w:rPr>
          <w:rFonts w:cs="Times New Roman"/>
          <w:szCs w:val="24"/>
          <w:lang w:val="ro-MD"/>
        </w:rPr>
      </w:pPr>
      <w:r w:rsidRPr="00633886">
        <w:rPr>
          <w:rFonts w:cs="Times New Roman"/>
          <w:szCs w:val="24"/>
          <w:lang w:val="ro-MD"/>
        </w:rPr>
        <w:t xml:space="preserve">Orice cerință tehnică sau funcțională care nu este descrisă explicit în prezentul Caiet de sarcini, dar care este necesară pentru furnizarea completă și funcțională a serviciilor ofertate conform </w:t>
      </w:r>
      <w:r w:rsidRPr="00633886">
        <w:rPr>
          <w:rFonts w:cs="Times New Roman"/>
          <w:szCs w:val="24"/>
          <w:lang w:val="ro-MD"/>
        </w:rPr>
        <w:lastRenderedPageBreak/>
        <w:t>specificațiilor producătorului, se consideră inclusă în obiectul contractului și va fi asigurată de Prestator fără costuri suplimentare pentru Autoritatea Contractantă.</w:t>
      </w:r>
    </w:p>
    <w:p w14:paraId="12828A5A" w14:textId="77777777" w:rsidR="00324C53" w:rsidRPr="00633886" w:rsidRDefault="00324C53" w:rsidP="00324C53">
      <w:pPr>
        <w:rPr>
          <w:rFonts w:cs="Times New Roman"/>
          <w:b/>
          <w:sz w:val="22"/>
          <w:lang w:val="ro-MD"/>
        </w:rPr>
      </w:pPr>
    </w:p>
    <w:p w14:paraId="35025EE9" w14:textId="77777777" w:rsidR="009B51DE" w:rsidRPr="00633886" w:rsidRDefault="009B51DE" w:rsidP="005D727D">
      <w:pPr>
        <w:rPr>
          <w:rFonts w:cs="Times New Roman"/>
          <w:sz w:val="22"/>
        </w:rPr>
      </w:pPr>
    </w:p>
    <w:p w14:paraId="36FFDDAC" w14:textId="77777777" w:rsidR="009B51DE" w:rsidRPr="00633886" w:rsidRDefault="00D35CCB" w:rsidP="005D727D">
      <w:pPr>
        <w:rPr>
          <w:rFonts w:cs="Times New Roman"/>
          <w:sz w:val="22"/>
        </w:rPr>
      </w:pPr>
      <w:r w:rsidRPr="00633886">
        <w:rPr>
          <w:rFonts w:cs="Times New Roman"/>
          <w:sz w:val="22"/>
        </w:rPr>
        <w:t>Autoritatea contractantă ___________        Data „___</w:t>
      </w:r>
      <w:proofErr w:type="gramStart"/>
      <w:r w:rsidRPr="00633886">
        <w:rPr>
          <w:rFonts w:cs="Times New Roman"/>
          <w:sz w:val="22"/>
        </w:rPr>
        <w:t>_”_</w:t>
      </w:r>
      <w:proofErr w:type="gramEnd"/>
      <w:r w:rsidRPr="00633886">
        <w:rPr>
          <w:rFonts w:cs="Times New Roman"/>
          <w:sz w:val="22"/>
        </w:rPr>
        <w:t>________________</w:t>
      </w:r>
    </w:p>
    <w:p w14:paraId="10E7DED6" w14:textId="77777777" w:rsidR="009B51DE" w:rsidRPr="00633886" w:rsidRDefault="00D35CCB" w:rsidP="005D727D">
      <w:pPr>
        <w:rPr>
          <w:rFonts w:cs="Times New Roman"/>
          <w:sz w:val="22"/>
        </w:rPr>
        <w:sectPr w:rsidR="009B51DE" w:rsidRPr="00633886" w:rsidSect="00F52EE4">
          <w:pgSz w:w="11906" w:h="16838"/>
          <w:pgMar w:top="851" w:right="850" w:bottom="851" w:left="1701" w:header="720" w:footer="720" w:gutter="0"/>
          <w:cols w:space="720"/>
          <w:docGrid w:linePitch="360"/>
        </w:sectPr>
      </w:pPr>
      <w:r w:rsidRPr="00633886">
        <w:rPr>
          <w:rFonts w:cs="Times New Roman"/>
          <w:b/>
          <w:sz w:val="22"/>
        </w:rPr>
        <w:t xml:space="preserve">Notă: </w:t>
      </w:r>
      <w:r w:rsidRPr="00633886">
        <w:rPr>
          <w:rFonts w:cs="Times New Roman"/>
          <w:i/>
          <w:sz w:val="22"/>
        </w:rPr>
        <w:t xml:space="preserve">Prezentul model al caietului de sarcini este orientativ şi poate fi completat, modificat, precizat de către autoritatea contractantă, în funcţie de tipul şi specificul bunurilor/serviciilor. </w:t>
      </w:r>
      <w:proofErr w:type="spellStart"/>
      <w:r w:rsidRPr="00633886">
        <w:rPr>
          <w:rFonts w:cs="Times New Roman"/>
          <w:i/>
          <w:sz w:val="22"/>
        </w:rPr>
        <w:t>Autoritatea</w:t>
      </w:r>
      <w:proofErr w:type="spellEnd"/>
      <w:r w:rsidRPr="00633886">
        <w:rPr>
          <w:rFonts w:cs="Times New Roman"/>
          <w:i/>
          <w:sz w:val="22"/>
        </w:rPr>
        <w:t xml:space="preserve"> </w:t>
      </w:r>
      <w:proofErr w:type="spellStart"/>
      <w:r w:rsidRPr="00633886">
        <w:rPr>
          <w:rFonts w:cs="Times New Roman"/>
          <w:i/>
          <w:sz w:val="22"/>
        </w:rPr>
        <w:t>contractantă</w:t>
      </w:r>
      <w:proofErr w:type="spellEnd"/>
      <w:r w:rsidRPr="00633886">
        <w:rPr>
          <w:rFonts w:cs="Times New Roman"/>
          <w:i/>
          <w:sz w:val="22"/>
        </w:rPr>
        <w:t xml:space="preserve"> </w:t>
      </w:r>
      <w:proofErr w:type="spellStart"/>
      <w:r w:rsidRPr="00633886">
        <w:rPr>
          <w:rFonts w:cs="Times New Roman"/>
          <w:i/>
          <w:sz w:val="22"/>
        </w:rPr>
        <w:t>este</w:t>
      </w:r>
      <w:proofErr w:type="spellEnd"/>
      <w:r w:rsidRPr="00633886">
        <w:rPr>
          <w:rFonts w:cs="Times New Roman"/>
          <w:i/>
          <w:sz w:val="22"/>
        </w:rPr>
        <w:t xml:space="preserve"> </w:t>
      </w:r>
      <w:proofErr w:type="spellStart"/>
      <w:r w:rsidRPr="00633886">
        <w:rPr>
          <w:rFonts w:cs="Times New Roman"/>
          <w:i/>
          <w:sz w:val="22"/>
        </w:rPr>
        <w:t>obligată</w:t>
      </w:r>
      <w:proofErr w:type="spellEnd"/>
      <w:r w:rsidRPr="00633886">
        <w:rPr>
          <w:rFonts w:cs="Times New Roman"/>
          <w:i/>
          <w:sz w:val="22"/>
        </w:rPr>
        <w:t xml:space="preserve"> </w:t>
      </w:r>
      <w:proofErr w:type="spellStart"/>
      <w:r w:rsidRPr="00633886">
        <w:rPr>
          <w:rFonts w:cs="Times New Roman"/>
          <w:i/>
          <w:sz w:val="22"/>
        </w:rPr>
        <w:t>să</w:t>
      </w:r>
      <w:proofErr w:type="spellEnd"/>
      <w:r w:rsidRPr="00633886">
        <w:rPr>
          <w:rFonts w:cs="Times New Roman"/>
          <w:i/>
          <w:sz w:val="22"/>
        </w:rPr>
        <w:t xml:space="preserve"> </w:t>
      </w:r>
      <w:proofErr w:type="spellStart"/>
      <w:r w:rsidRPr="00633886">
        <w:rPr>
          <w:rFonts w:cs="Times New Roman"/>
          <w:i/>
          <w:sz w:val="22"/>
        </w:rPr>
        <w:t>respecte</w:t>
      </w:r>
      <w:proofErr w:type="spellEnd"/>
      <w:r w:rsidRPr="00633886">
        <w:rPr>
          <w:rFonts w:cs="Times New Roman"/>
          <w:i/>
          <w:sz w:val="22"/>
        </w:rPr>
        <w:t xml:space="preserve"> </w:t>
      </w:r>
      <w:proofErr w:type="spellStart"/>
      <w:r w:rsidRPr="00633886">
        <w:rPr>
          <w:rFonts w:cs="Times New Roman"/>
          <w:i/>
          <w:sz w:val="22"/>
        </w:rPr>
        <w:t>legislația</w:t>
      </w:r>
      <w:proofErr w:type="spellEnd"/>
      <w:r w:rsidRPr="00633886">
        <w:rPr>
          <w:rFonts w:cs="Times New Roman"/>
          <w:i/>
          <w:sz w:val="22"/>
        </w:rPr>
        <w:t>.</w:t>
      </w:r>
    </w:p>
    <w:p w14:paraId="2A5C78EE" w14:textId="77777777" w:rsidR="00867DB5" w:rsidRPr="00633886" w:rsidRDefault="00867DB5" w:rsidP="005D727D">
      <w:pPr>
        <w:rPr>
          <w:rFonts w:cs="Times New Roman"/>
          <w:bCs/>
          <w:sz w:val="22"/>
        </w:rPr>
      </w:pPr>
    </w:p>
    <w:p w14:paraId="38981D5A" w14:textId="77777777" w:rsidR="009B51DE" w:rsidRPr="00633886" w:rsidRDefault="00D35CCB" w:rsidP="005D727D">
      <w:pPr>
        <w:rPr>
          <w:rFonts w:cs="Times New Roman"/>
          <w:bCs/>
          <w:sz w:val="22"/>
        </w:rPr>
      </w:pPr>
      <w:proofErr w:type="spellStart"/>
      <w:r w:rsidRPr="00633886">
        <w:rPr>
          <w:rFonts w:cs="Times New Roman"/>
          <w:bCs/>
          <w:sz w:val="22"/>
        </w:rPr>
        <w:t>Anexa</w:t>
      </w:r>
      <w:proofErr w:type="spellEnd"/>
      <w:r w:rsidRPr="00633886">
        <w:rPr>
          <w:rFonts w:cs="Times New Roman"/>
          <w:bCs/>
          <w:sz w:val="22"/>
        </w:rPr>
        <w:t xml:space="preserve"> nr. 2</w:t>
      </w:r>
    </w:p>
    <w:p w14:paraId="3EAAC5D6" w14:textId="77777777" w:rsidR="009B51DE" w:rsidRPr="00633886" w:rsidRDefault="00D35CCB" w:rsidP="005D727D">
      <w:pPr>
        <w:rPr>
          <w:rFonts w:cs="Times New Roman"/>
          <w:sz w:val="22"/>
        </w:rPr>
      </w:pPr>
      <w:r w:rsidRPr="00633886">
        <w:rPr>
          <w:rFonts w:cs="Times New Roman"/>
          <w:sz w:val="22"/>
        </w:rPr>
        <w:t xml:space="preserve">la Documentația standard </w:t>
      </w:r>
      <w:proofErr w:type="gramStart"/>
      <w:r w:rsidRPr="00633886">
        <w:rPr>
          <w:rFonts w:cs="Times New Roman"/>
          <w:sz w:val="22"/>
        </w:rPr>
        <w:t>nr._</w:t>
      </w:r>
      <w:proofErr w:type="gramEnd"/>
      <w:r w:rsidRPr="00633886">
        <w:rPr>
          <w:rFonts w:cs="Times New Roman"/>
          <w:sz w:val="22"/>
        </w:rPr>
        <w:t>____</w:t>
      </w:r>
    </w:p>
    <w:p w14:paraId="387468CD" w14:textId="77777777" w:rsidR="009B51DE" w:rsidRPr="00633886" w:rsidRDefault="00D35CCB" w:rsidP="005D727D">
      <w:pPr>
        <w:rPr>
          <w:rFonts w:cs="Times New Roman"/>
          <w:sz w:val="22"/>
        </w:rPr>
      </w:pPr>
      <w:r w:rsidRPr="00633886">
        <w:rPr>
          <w:rFonts w:cs="Times New Roman"/>
          <w:sz w:val="22"/>
        </w:rPr>
        <w:t>din “____” ________ 20___</w:t>
      </w:r>
    </w:p>
    <w:p w14:paraId="64E553F1" w14:textId="77777777" w:rsidR="009B51DE" w:rsidRPr="00633886" w:rsidRDefault="00D35CCB" w:rsidP="005D727D">
      <w:pPr>
        <w:rPr>
          <w:rFonts w:cs="Times New Roman"/>
          <w:sz w:val="22"/>
        </w:rPr>
      </w:pPr>
      <w:r w:rsidRPr="00633886">
        <w:rPr>
          <w:rFonts w:cs="Times New Roman"/>
          <w:b/>
          <w:sz w:val="22"/>
        </w:rPr>
        <w:t>Specificaţii tehnice (descrierea cerințelor tehnice solicitate pentru fiecare bun/serviciu)</w:t>
      </w:r>
    </w:p>
    <w:p w14:paraId="4CD22BBA" w14:textId="77777777" w:rsidR="009B51DE" w:rsidRPr="00633886" w:rsidRDefault="00D35CCB" w:rsidP="005D727D">
      <w:pPr>
        <w:rPr>
          <w:rFonts w:cs="Times New Roman"/>
          <w:sz w:val="22"/>
        </w:rPr>
      </w:pPr>
      <w:r w:rsidRPr="00633886">
        <w:rPr>
          <w:rFonts w:cs="Times New Roman"/>
          <w:sz w:val="22"/>
        </w:rPr>
        <w:t>[Acest tabel va fi completat de către ofertant în coloanele 2, 3, 4, 6, 7, iar de către autoritatea contractantă - în coloanele 1, 5.]</w:t>
      </w:r>
    </w:p>
    <w:p w14:paraId="35E45CFB" w14:textId="77777777" w:rsidR="009B51DE" w:rsidRPr="00633886" w:rsidRDefault="00D35CCB" w:rsidP="005D727D">
      <w:pPr>
        <w:rPr>
          <w:rFonts w:cs="Times New Roman"/>
          <w:sz w:val="22"/>
        </w:rPr>
      </w:pPr>
      <w:r w:rsidRPr="00633886">
        <w:rPr>
          <w:rFonts w:cs="Times New Roman"/>
          <w:sz w:val="22"/>
        </w:rPr>
        <w:t>Numărul procedurii de achiziție______________din_________</w:t>
      </w:r>
    </w:p>
    <w:p w14:paraId="14CFDDEE" w14:textId="77777777" w:rsidR="009B51DE" w:rsidRPr="00633886" w:rsidRDefault="00D35CCB" w:rsidP="005D727D">
      <w:pPr>
        <w:rPr>
          <w:rFonts w:cs="Times New Roman"/>
          <w:sz w:val="22"/>
        </w:rPr>
      </w:pPr>
      <w:r w:rsidRPr="00633886">
        <w:t>Obiectul achiziției: Servicii de actualizare și securitate FortiGuard cu suportul producătorului pentru echipamentele de rețea Fortinet</w:t>
      </w:r>
    </w:p>
    <w:tbl>
      <w:tblPr>
        <w:tblStyle w:val="Tabelgril"/>
        <w:tblW w:w="13834" w:type="dxa"/>
        <w:jc w:val="center"/>
        <w:tblLayout w:type="fixed"/>
        <w:tblLook w:val="04A0" w:firstRow="1" w:lastRow="0" w:firstColumn="1" w:lastColumn="0" w:noHBand="0" w:noVBand="1"/>
      </w:tblPr>
      <w:tblGrid>
        <w:gridCol w:w="2552"/>
        <w:gridCol w:w="1814"/>
        <w:gridCol w:w="1134"/>
        <w:gridCol w:w="1417"/>
        <w:gridCol w:w="2948"/>
        <w:gridCol w:w="2835"/>
        <w:gridCol w:w="1134"/>
      </w:tblGrid>
      <w:tr w:rsidR="009B51DE" w:rsidRPr="00633886" w14:paraId="774B64B9" w14:textId="77777777">
        <w:trPr>
          <w:jc w:val="center"/>
        </w:trPr>
        <w:tc>
          <w:tcPr>
            <w:tcW w:w="2551" w:type="dxa"/>
          </w:tcPr>
          <w:p w14:paraId="0581B7A6" w14:textId="77777777" w:rsidR="009B51DE" w:rsidRPr="00633886" w:rsidRDefault="00D35CCB" w:rsidP="005D727D">
            <w:pPr>
              <w:rPr>
                <w:rFonts w:cs="Times New Roman"/>
                <w:sz w:val="22"/>
              </w:rPr>
            </w:pPr>
            <w:r w:rsidRPr="00633886">
              <w:rPr>
                <w:rFonts w:cs="Times New Roman"/>
                <w:b/>
                <w:sz w:val="22"/>
              </w:rPr>
              <w:t>Denumirea bunurilor/serviciilor</w:t>
            </w:r>
          </w:p>
        </w:tc>
        <w:tc>
          <w:tcPr>
            <w:tcW w:w="1814" w:type="dxa"/>
          </w:tcPr>
          <w:p w14:paraId="5C6F1A05" w14:textId="77777777" w:rsidR="009B51DE" w:rsidRPr="00633886" w:rsidRDefault="00D35CCB" w:rsidP="005D727D">
            <w:pPr>
              <w:rPr>
                <w:rFonts w:cs="Times New Roman"/>
                <w:sz w:val="22"/>
              </w:rPr>
            </w:pPr>
            <w:r w:rsidRPr="00633886">
              <w:rPr>
                <w:rFonts w:cs="Times New Roman"/>
                <w:b/>
                <w:sz w:val="22"/>
              </w:rPr>
              <w:t>Denumirea modelului bunului/serviciului</w:t>
            </w:r>
          </w:p>
        </w:tc>
        <w:tc>
          <w:tcPr>
            <w:tcW w:w="1134" w:type="dxa"/>
          </w:tcPr>
          <w:p w14:paraId="2D460CEE" w14:textId="77777777" w:rsidR="009B51DE" w:rsidRPr="00633886" w:rsidRDefault="00D35CCB" w:rsidP="005D727D">
            <w:pPr>
              <w:rPr>
                <w:rFonts w:cs="Times New Roman"/>
                <w:sz w:val="22"/>
              </w:rPr>
            </w:pPr>
            <w:r w:rsidRPr="00633886">
              <w:rPr>
                <w:rFonts w:cs="Times New Roman"/>
                <w:b/>
                <w:sz w:val="22"/>
              </w:rPr>
              <w:t>Ţara de origine</w:t>
            </w:r>
          </w:p>
        </w:tc>
        <w:tc>
          <w:tcPr>
            <w:tcW w:w="1417" w:type="dxa"/>
          </w:tcPr>
          <w:p w14:paraId="736ADB80" w14:textId="77777777" w:rsidR="009B51DE" w:rsidRPr="00633886" w:rsidRDefault="00D35CCB" w:rsidP="005D727D">
            <w:pPr>
              <w:rPr>
                <w:rFonts w:cs="Times New Roman"/>
                <w:sz w:val="22"/>
              </w:rPr>
            </w:pPr>
            <w:r w:rsidRPr="00633886">
              <w:rPr>
                <w:rFonts w:cs="Times New Roman"/>
                <w:b/>
                <w:sz w:val="22"/>
              </w:rPr>
              <w:t>Producătorul</w:t>
            </w:r>
          </w:p>
        </w:tc>
        <w:tc>
          <w:tcPr>
            <w:tcW w:w="2948" w:type="dxa"/>
          </w:tcPr>
          <w:p w14:paraId="6573C3EB" w14:textId="77777777" w:rsidR="009B51DE" w:rsidRPr="00633886" w:rsidRDefault="00D35CCB" w:rsidP="005D727D">
            <w:pPr>
              <w:rPr>
                <w:rFonts w:cs="Times New Roman"/>
                <w:sz w:val="22"/>
              </w:rPr>
            </w:pPr>
            <w:r w:rsidRPr="00633886">
              <w:rPr>
                <w:rFonts w:cs="Times New Roman"/>
                <w:b/>
                <w:sz w:val="22"/>
              </w:rPr>
              <w:t>Specificarea tehnică deplină solicitată de către autoritatea contractantă</w:t>
            </w:r>
          </w:p>
        </w:tc>
        <w:tc>
          <w:tcPr>
            <w:tcW w:w="2835" w:type="dxa"/>
          </w:tcPr>
          <w:p w14:paraId="2530097B" w14:textId="77777777" w:rsidR="009B51DE" w:rsidRPr="00633886" w:rsidRDefault="00D35CCB" w:rsidP="005D727D">
            <w:pPr>
              <w:rPr>
                <w:rFonts w:cs="Times New Roman"/>
                <w:sz w:val="22"/>
              </w:rPr>
            </w:pPr>
            <w:r w:rsidRPr="00633886">
              <w:rPr>
                <w:rFonts w:cs="Times New Roman"/>
                <w:b/>
                <w:sz w:val="22"/>
              </w:rPr>
              <w:t>Specificarea tehnică deplină propusă de către ofertant</w:t>
            </w:r>
          </w:p>
        </w:tc>
        <w:tc>
          <w:tcPr>
            <w:tcW w:w="1134" w:type="dxa"/>
          </w:tcPr>
          <w:p w14:paraId="3EE877DE" w14:textId="77777777" w:rsidR="009B51DE" w:rsidRPr="00633886" w:rsidRDefault="00D35CCB" w:rsidP="005D727D">
            <w:pPr>
              <w:rPr>
                <w:rFonts w:cs="Times New Roman"/>
                <w:sz w:val="22"/>
              </w:rPr>
            </w:pPr>
            <w:r w:rsidRPr="00633886">
              <w:rPr>
                <w:rFonts w:cs="Times New Roman"/>
                <w:b/>
                <w:sz w:val="22"/>
              </w:rPr>
              <w:t>Standarde de referinţă</w:t>
            </w:r>
          </w:p>
        </w:tc>
      </w:tr>
      <w:tr w:rsidR="009B51DE" w:rsidRPr="00633886" w14:paraId="1B14D874" w14:textId="77777777">
        <w:trPr>
          <w:jc w:val="center"/>
        </w:trPr>
        <w:tc>
          <w:tcPr>
            <w:tcW w:w="2551" w:type="dxa"/>
          </w:tcPr>
          <w:p w14:paraId="22640EAF" w14:textId="77777777" w:rsidR="009B51DE" w:rsidRPr="00633886" w:rsidRDefault="00D35CCB" w:rsidP="005D727D">
            <w:pPr>
              <w:rPr>
                <w:rFonts w:cs="Times New Roman"/>
                <w:sz w:val="22"/>
              </w:rPr>
            </w:pPr>
            <w:r w:rsidRPr="00633886">
              <w:rPr>
                <w:rFonts w:cs="Times New Roman"/>
                <w:sz w:val="22"/>
              </w:rPr>
              <w:t>1</w:t>
            </w:r>
          </w:p>
        </w:tc>
        <w:tc>
          <w:tcPr>
            <w:tcW w:w="1814" w:type="dxa"/>
          </w:tcPr>
          <w:p w14:paraId="7394249D" w14:textId="77777777" w:rsidR="009B51DE" w:rsidRPr="00633886" w:rsidRDefault="00D35CCB" w:rsidP="005D727D">
            <w:pPr>
              <w:rPr>
                <w:rFonts w:cs="Times New Roman"/>
                <w:sz w:val="22"/>
              </w:rPr>
            </w:pPr>
            <w:r w:rsidRPr="00633886">
              <w:rPr>
                <w:rFonts w:cs="Times New Roman"/>
                <w:sz w:val="22"/>
              </w:rPr>
              <w:t>2</w:t>
            </w:r>
          </w:p>
        </w:tc>
        <w:tc>
          <w:tcPr>
            <w:tcW w:w="1134" w:type="dxa"/>
          </w:tcPr>
          <w:p w14:paraId="154DA176" w14:textId="77777777" w:rsidR="009B51DE" w:rsidRPr="00633886" w:rsidRDefault="00D35CCB" w:rsidP="005D727D">
            <w:pPr>
              <w:rPr>
                <w:rFonts w:cs="Times New Roman"/>
                <w:sz w:val="22"/>
              </w:rPr>
            </w:pPr>
            <w:r w:rsidRPr="00633886">
              <w:rPr>
                <w:rFonts w:cs="Times New Roman"/>
                <w:sz w:val="22"/>
              </w:rPr>
              <w:t>3</w:t>
            </w:r>
          </w:p>
        </w:tc>
        <w:tc>
          <w:tcPr>
            <w:tcW w:w="1417" w:type="dxa"/>
          </w:tcPr>
          <w:p w14:paraId="5E37DA3F" w14:textId="77777777" w:rsidR="009B51DE" w:rsidRPr="00633886" w:rsidRDefault="00D35CCB" w:rsidP="005D727D">
            <w:pPr>
              <w:rPr>
                <w:rFonts w:cs="Times New Roman"/>
                <w:sz w:val="22"/>
              </w:rPr>
            </w:pPr>
            <w:r w:rsidRPr="00633886">
              <w:rPr>
                <w:rFonts w:cs="Times New Roman"/>
                <w:sz w:val="22"/>
              </w:rPr>
              <w:t>4</w:t>
            </w:r>
          </w:p>
        </w:tc>
        <w:tc>
          <w:tcPr>
            <w:tcW w:w="2948" w:type="dxa"/>
          </w:tcPr>
          <w:p w14:paraId="1FBC8D70" w14:textId="77777777" w:rsidR="009B51DE" w:rsidRPr="00633886" w:rsidRDefault="00D35CCB" w:rsidP="005D727D">
            <w:pPr>
              <w:rPr>
                <w:rFonts w:cs="Times New Roman"/>
                <w:sz w:val="22"/>
              </w:rPr>
            </w:pPr>
            <w:r w:rsidRPr="00633886">
              <w:rPr>
                <w:rFonts w:cs="Times New Roman"/>
                <w:sz w:val="22"/>
              </w:rPr>
              <w:t>5</w:t>
            </w:r>
          </w:p>
        </w:tc>
        <w:tc>
          <w:tcPr>
            <w:tcW w:w="2835" w:type="dxa"/>
          </w:tcPr>
          <w:p w14:paraId="1F8AC068" w14:textId="77777777" w:rsidR="009B51DE" w:rsidRPr="00633886" w:rsidRDefault="00D35CCB" w:rsidP="005D727D">
            <w:pPr>
              <w:rPr>
                <w:rFonts w:cs="Times New Roman"/>
                <w:sz w:val="22"/>
              </w:rPr>
            </w:pPr>
            <w:r w:rsidRPr="00633886">
              <w:rPr>
                <w:rFonts w:cs="Times New Roman"/>
                <w:sz w:val="22"/>
              </w:rPr>
              <w:t>6</w:t>
            </w:r>
          </w:p>
        </w:tc>
        <w:tc>
          <w:tcPr>
            <w:tcW w:w="1134" w:type="dxa"/>
          </w:tcPr>
          <w:p w14:paraId="29040A88" w14:textId="77777777" w:rsidR="009B51DE" w:rsidRPr="00633886" w:rsidRDefault="00D35CCB" w:rsidP="005D727D">
            <w:pPr>
              <w:rPr>
                <w:rFonts w:cs="Times New Roman"/>
                <w:sz w:val="22"/>
              </w:rPr>
            </w:pPr>
            <w:r w:rsidRPr="00633886">
              <w:rPr>
                <w:rFonts w:cs="Times New Roman"/>
                <w:sz w:val="22"/>
              </w:rPr>
              <w:t>7</w:t>
            </w:r>
          </w:p>
        </w:tc>
      </w:tr>
      <w:tr w:rsidR="009B51DE" w:rsidRPr="00633886" w14:paraId="05849DFD" w14:textId="77777777">
        <w:trPr>
          <w:jc w:val="center"/>
        </w:trPr>
        <w:tc>
          <w:tcPr>
            <w:tcW w:w="2551" w:type="dxa"/>
          </w:tcPr>
          <w:p w14:paraId="09C093D7" w14:textId="77777777" w:rsidR="009B51DE" w:rsidRPr="00633886" w:rsidRDefault="00D35CCB" w:rsidP="005D727D">
            <w:pPr>
              <w:rPr>
                <w:rFonts w:cs="Times New Roman"/>
                <w:sz w:val="22"/>
              </w:rPr>
            </w:pPr>
            <w:r w:rsidRPr="00633886">
              <w:rPr>
                <w:rFonts w:cs="Times New Roman"/>
                <w:sz w:val="22"/>
              </w:rPr>
              <w:t>Bunuri/servicii</w:t>
            </w:r>
          </w:p>
        </w:tc>
        <w:tc>
          <w:tcPr>
            <w:tcW w:w="1814" w:type="dxa"/>
          </w:tcPr>
          <w:p w14:paraId="3BF44D56" w14:textId="77777777" w:rsidR="009B51DE" w:rsidRPr="00633886" w:rsidRDefault="009B51DE" w:rsidP="005D727D">
            <w:pPr>
              <w:rPr>
                <w:rFonts w:cs="Times New Roman"/>
                <w:sz w:val="22"/>
              </w:rPr>
            </w:pPr>
          </w:p>
        </w:tc>
        <w:tc>
          <w:tcPr>
            <w:tcW w:w="1134" w:type="dxa"/>
          </w:tcPr>
          <w:p w14:paraId="2647B8DB" w14:textId="77777777" w:rsidR="009B51DE" w:rsidRPr="00633886" w:rsidRDefault="009B51DE" w:rsidP="005D727D">
            <w:pPr>
              <w:rPr>
                <w:rFonts w:cs="Times New Roman"/>
                <w:sz w:val="22"/>
              </w:rPr>
            </w:pPr>
          </w:p>
        </w:tc>
        <w:tc>
          <w:tcPr>
            <w:tcW w:w="1417" w:type="dxa"/>
          </w:tcPr>
          <w:p w14:paraId="288B7084" w14:textId="77777777" w:rsidR="009B51DE" w:rsidRPr="00633886" w:rsidRDefault="009B51DE" w:rsidP="005D727D">
            <w:pPr>
              <w:rPr>
                <w:rFonts w:cs="Times New Roman"/>
                <w:sz w:val="22"/>
              </w:rPr>
            </w:pPr>
          </w:p>
        </w:tc>
        <w:tc>
          <w:tcPr>
            <w:tcW w:w="2948" w:type="dxa"/>
          </w:tcPr>
          <w:p w14:paraId="08685252" w14:textId="77777777" w:rsidR="009B51DE" w:rsidRPr="00633886" w:rsidRDefault="009B51DE" w:rsidP="005D727D">
            <w:pPr>
              <w:rPr>
                <w:rFonts w:cs="Times New Roman"/>
                <w:sz w:val="22"/>
              </w:rPr>
            </w:pPr>
          </w:p>
        </w:tc>
        <w:tc>
          <w:tcPr>
            <w:tcW w:w="2835" w:type="dxa"/>
          </w:tcPr>
          <w:p w14:paraId="252AC984" w14:textId="77777777" w:rsidR="009B51DE" w:rsidRPr="00633886" w:rsidRDefault="009B51DE" w:rsidP="005D727D">
            <w:pPr>
              <w:rPr>
                <w:rFonts w:cs="Times New Roman"/>
                <w:sz w:val="22"/>
              </w:rPr>
            </w:pPr>
          </w:p>
        </w:tc>
        <w:tc>
          <w:tcPr>
            <w:tcW w:w="1134" w:type="dxa"/>
          </w:tcPr>
          <w:p w14:paraId="7581897E" w14:textId="77777777" w:rsidR="009B51DE" w:rsidRPr="00633886" w:rsidRDefault="009B51DE" w:rsidP="005D727D">
            <w:pPr>
              <w:rPr>
                <w:rFonts w:cs="Times New Roman"/>
                <w:sz w:val="22"/>
              </w:rPr>
            </w:pPr>
          </w:p>
        </w:tc>
      </w:tr>
      <w:tr w:rsidR="009B51DE" w:rsidRPr="00633886" w14:paraId="05CE6C94" w14:textId="77777777">
        <w:trPr>
          <w:jc w:val="center"/>
        </w:trPr>
        <w:tc>
          <w:tcPr>
            <w:tcW w:w="2551" w:type="dxa"/>
          </w:tcPr>
          <w:p w14:paraId="4BADA616" w14:textId="77777777" w:rsidR="009B51DE" w:rsidRPr="00633886" w:rsidRDefault="00D35CCB" w:rsidP="005D727D">
            <w:pPr>
              <w:rPr>
                <w:rFonts w:cs="Times New Roman"/>
                <w:sz w:val="22"/>
              </w:rPr>
            </w:pPr>
            <w:r w:rsidRPr="00633886">
              <w:rPr>
                <w:rFonts w:cs="Times New Roman"/>
                <w:sz w:val="22"/>
              </w:rPr>
              <w:t>Lotul 1</w:t>
            </w:r>
          </w:p>
        </w:tc>
        <w:tc>
          <w:tcPr>
            <w:tcW w:w="1814" w:type="dxa"/>
          </w:tcPr>
          <w:p w14:paraId="5FC97627" w14:textId="77777777" w:rsidR="009B51DE" w:rsidRPr="00633886" w:rsidRDefault="009B51DE" w:rsidP="005D727D">
            <w:pPr>
              <w:rPr>
                <w:rFonts w:cs="Times New Roman"/>
                <w:sz w:val="22"/>
              </w:rPr>
            </w:pPr>
          </w:p>
        </w:tc>
        <w:tc>
          <w:tcPr>
            <w:tcW w:w="1134" w:type="dxa"/>
          </w:tcPr>
          <w:p w14:paraId="4EC6A00B" w14:textId="77777777" w:rsidR="009B51DE" w:rsidRPr="00633886" w:rsidRDefault="009B51DE" w:rsidP="005D727D">
            <w:pPr>
              <w:rPr>
                <w:rFonts w:cs="Times New Roman"/>
                <w:sz w:val="22"/>
              </w:rPr>
            </w:pPr>
          </w:p>
        </w:tc>
        <w:tc>
          <w:tcPr>
            <w:tcW w:w="1417" w:type="dxa"/>
          </w:tcPr>
          <w:p w14:paraId="34F692B9" w14:textId="77777777" w:rsidR="009B51DE" w:rsidRPr="00633886" w:rsidRDefault="009B51DE" w:rsidP="005D727D">
            <w:pPr>
              <w:rPr>
                <w:rFonts w:cs="Times New Roman"/>
                <w:sz w:val="22"/>
              </w:rPr>
            </w:pPr>
          </w:p>
        </w:tc>
        <w:tc>
          <w:tcPr>
            <w:tcW w:w="2948" w:type="dxa"/>
          </w:tcPr>
          <w:p w14:paraId="72679D0B" w14:textId="77777777" w:rsidR="009B51DE" w:rsidRPr="00633886" w:rsidRDefault="009B51DE" w:rsidP="005D727D">
            <w:pPr>
              <w:rPr>
                <w:rFonts w:cs="Times New Roman"/>
                <w:sz w:val="22"/>
              </w:rPr>
            </w:pPr>
          </w:p>
        </w:tc>
        <w:tc>
          <w:tcPr>
            <w:tcW w:w="2835" w:type="dxa"/>
          </w:tcPr>
          <w:p w14:paraId="0C00A709" w14:textId="77777777" w:rsidR="009B51DE" w:rsidRPr="00633886" w:rsidRDefault="009B51DE" w:rsidP="005D727D">
            <w:pPr>
              <w:rPr>
                <w:rFonts w:cs="Times New Roman"/>
                <w:sz w:val="22"/>
              </w:rPr>
            </w:pPr>
          </w:p>
        </w:tc>
        <w:tc>
          <w:tcPr>
            <w:tcW w:w="1134" w:type="dxa"/>
          </w:tcPr>
          <w:p w14:paraId="1014B773" w14:textId="77777777" w:rsidR="009B51DE" w:rsidRPr="00633886" w:rsidRDefault="009B51DE" w:rsidP="005D727D">
            <w:pPr>
              <w:rPr>
                <w:rFonts w:cs="Times New Roman"/>
                <w:sz w:val="22"/>
              </w:rPr>
            </w:pPr>
          </w:p>
        </w:tc>
      </w:tr>
      <w:tr w:rsidR="009B51DE" w:rsidRPr="00633886" w14:paraId="015B430A" w14:textId="77777777">
        <w:trPr>
          <w:jc w:val="center"/>
        </w:trPr>
        <w:tc>
          <w:tcPr>
            <w:tcW w:w="2551" w:type="dxa"/>
          </w:tcPr>
          <w:p w14:paraId="5B282D46" w14:textId="77777777" w:rsidR="009B51DE" w:rsidRPr="00633886" w:rsidRDefault="00073104" w:rsidP="005D727D">
            <w:pPr>
              <w:rPr>
                <w:rFonts w:cs="Times New Roman"/>
                <w:sz w:val="22"/>
              </w:rPr>
            </w:pPr>
            <w:proofErr w:type="spellStart"/>
            <w:r w:rsidRPr="00633886">
              <w:rPr>
                <w:rFonts w:cs="Times New Roman"/>
                <w:sz w:val="22"/>
              </w:rPr>
              <w:t>Servicii</w:t>
            </w:r>
            <w:proofErr w:type="spellEnd"/>
            <w:r w:rsidRPr="00633886">
              <w:rPr>
                <w:rFonts w:cs="Times New Roman"/>
                <w:sz w:val="22"/>
              </w:rPr>
              <w:t xml:space="preserve"> de </w:t>
            </w:r>
            <w:proofErr w:type="spellStart"/>
            <w:r w:rsidRPr="00633886">
              <w:rPr>
                <w:rFonts w:cs="Times New Roman"/>
                <w:sz w:val="22"/>
              </w:rPr>
              <w:t>actualizare</w:t>
            </w:r>
            <w:proofErr w:type="spellEnd"/>
            <w:r w:rsidRPr="00633886">
              <w:rPr>
                <w:rFonts w:cs="Times New Roman"/>
                <w:sz w:val="22"/>
              </w:rPr>
              <w:t xml:space="preserve"> </w:t>
            </w:r>
            <w:proofErr w:type="spellStart"/>
            <w:r w:rsidRPr="00633886">
              <w:rPr>
                <w:rFonts w:cs="Times New Roman"/>
                <w:sz w:val="22"/>
              </w:rPr>
              <w:t>și</w:t>
            </w:r>
            <w:proofErr w:type="spellEnd"/>
            <w:r w:rsidRPr="00633886">
              <w:rPr>
                <w:rFonts w:cs="Times New Roman"/>
                <w:sz w:val="22"/>
              </w:rPr>
              <w:t xml:space="preserve"> </w:t>
            </w:r>
            <w:proofErr w:type="spellStart"/>
            <w:r w:rsidRPr="00633886">
              <w:rPr>
                <w:rFonts w:cs="Times New Roman"/>
                <w:sz w:val="22"/>
              </w:rPr>
              <w:t>securitate</w:t>
            </w:r>
            <w:proofErr w:type="spellEnd"/>
            <w:r w:rsidRPr="00633886">
              <w:rPr>
                <w:rFonts w:cs="Times New Roman"/>
                <w:sz w:val="22"/>
              </w:rPr>
              <w:t xml:space="preserve"> FortiGuard cu </w:t>
            </w:r>
            <w:proofErr w:type="spellStart"/>
            <w:r w:rsidRPr="00633886">
              <w:rPr>
                <w:rFonts w:cs="Times New Roman"/>
                <w:sz w:val="22"/>
              </w:rPr>
              <w:t>suportul</w:t>
            </w:r>
            <w:proofErr w:type="spellEnd"/>
            <w:r w:rsidRPr="00633886">
              <w:rPr>
                <w:rFonts w:cs="Times New Roman"/>
                <w:sz w:val="22"/>
              </w:rPr>
              <w:t xml:space="preserve"> </w:t>
            </w:r>
            <w:proofErr w:type="spellStart"/>
            <w:r w:rsidRPr="00633886">
              <w:rPr>
                <w:rFonts w:cs="Times New Roman"/>
                <w:sz w:val="22"/>
              </w:rPr>
              <w:t>producătorului</w:t>
            </w:r>
            <w:proofErr w:type="spellEnd"/>
            <w:r w:rsidRPr="00633886">
              <w:rPr>
                <w:rFonts w:cs="Times New Roman"/>
                <w:sz w:val="22"/>
              </w:rPr>
              <w:t xml:space="preserve"> </w:t>
            </w:r>
            <w:proofErr w:type="spellStart"/>
            <w:r w:rsidRPr="00633886">
              <w:rPr>
                <w:rFonts w:cs="Times New Roman"/>
                <w:sz w:val="22"/>
              </w:rPr>
              <w:t>pentru</w:t>
            </w:r>
            <w:proofErr w:type="spellEnd"/>
            <w:r w:rsidRPr="00633886">
              <w:rPr>
                <w:rFonts w:cs="Times New Roman"/>
                <w:sz w:val="22"/>
              </w:rPr>
              <w:t xml:space="preserve"> </w:t>
            </w:r>
            <w:proofErr w:type="spellStart"/>
            <w:r w:rsidRPr="00633886">
              <w:rPr>
                <w:rFonts w:cs="Times New Roman"/>
                <w:sz w:val="22"/>
              </w:rPr>
              <w:t>echipamentele</w:t>
            </w:r>
            <w:proofErr w:type="spellEnd"/>
            <w:r w:rsidRPr="00633886">
              <w:rPr>
                <w:rFonts w:cs="Times New Roman"/>
                <w:sz w:val="22"/>
              </w:rPr>
              <w:t xml:space="preserve"> de </w:t>
            </w:r>
            <w:proofErr w:type="spellStart"/>
            <w:r w:rsidRPr="00633886">
              <w:rPr>
                <w:rFonts w:cs="Times New Roman"/>
                <w:sz w:val="22"/>
              </w:rPr>
              <w:t>rețea</w:t>
            </w:r>
            <w:proofErr w:type="spellEnd"/>
            <w:r w:rsidRPr="00633886">
              <w:rPr>
                <w:rFonts w:cs="Times New Roman"/>
                <w:sz w:val="22"/>
              </w:rPr>
              <w:t xml:space="preserve"> Fortinet</w:t>
            </w:r>
          </w:p>
        </w:tc>
        <w:tc>
          <w:tcPr>
            <w:tcW w:w="1814" w:type="dxa"/>
          </w:tcPr>
          <w:p w14:paraId="2F5DC985" w14:textId="77777777" w:rsidR="009B51DE" w:rsidRPr="00633886" w:rsidRDefault="009B51DE" w:rsidP="005D727D">
            <w:pPr>
              <w:rPr>
                <w:rFonts w:cs="Times New Roman"/>
                <w:sz w:val="22"/>
              </w:rPr>
            </w:pPr>
          </w:p>
        </w:tc>
        <w:tc>
          <w:tcPr>
            <w:tcW w:w="1134" w:type="dxa"/>
          </w:tcPr>
          <w:p w14:paraId="3C08CD28" w14:textId="77777777" w:rsidR="009B51DE" w:rsidRPr="00633886" w:rsidRDefault="009B51DE" w:rsidP="005D727D">
            <w:pPr>
              <w:rPr>
                <w:rFonts w:cs="Times New Roman"/>
                <w:sz w:val="22"/>
              </w:rPr>
            </w:pPr>
          </w:p>
        </w:tc>
        <w:tc>
          <w:tcPr>
            <w:tcW w:w="1417" w:type="dxa"/>
          </w:tcPr>
          <w:p w14:paraId="38B34934" w14:textId="77777777" w:rsidR="009B51DE" w:rsidRPr="00633886" w:rsidRDefault="009B51DE" w:rsidP="005D727D">
            <w:pPr>
              <w:rPr>
                <w:rFonts w:cs="Times New Roman"/>
                <w:sz w:val="22"/>
              </w:rPr>
            </w:pPr>
          </w:p>
        </w:tc>
        <w:tc>
          <w:tcPr>
            <w:tcW w:w="2948" w:type="dxa"/>
          </w:tcPr>
          <w:p w14:paraId="510C2948" w14:textId="4B8E4F52" w:rsidR="00DE534A" w:rsidRPr="00633886" w:rsidRDefault="00DD364D">
            <w:r w:rsidRPr="00633886">
              <w:rPr>
                <w:sz w:val="20"/>
              </w:rPr>
              <w:t xml:space="preserve">Reînnoirea serviciilor FortiGuard și FortiCare pentru echipamentele Fortinet existente ale ANSP, </w:t>
            </w:r>
            <w:proofErr w:type="spellStart"/>
            <w:r w:rsidRPr="00633886">
              <w:rPr>
                <w:sz w:val="20"/>
              </w:rPr>
              <w:t>pentru</w:t>
            </w:r>
            <w:proofErr w:type="spellEnd"/>
            <w:r w:rsidRPr="00633886">
              <w:rPr>
                <w:sz w:val="20"/>
              </w:rPr>
              <w:t xml:space="preserve"> o </w:t>
            </w:r>
            <w:proofErr w:type="spellStart"/>
            <w:r w:rsidRPr="00633886">
              <w:rPr>
                <w:sz w:val="20"/>
              </w:rPr>
              <w:t>perioadă</w:t>
            </w:r>
            <w:proofErr w:type="spellEnd"/>
            <w:r w:rsidRPr="00633886">
              <w:rPr>
                <w:sz w:val="20"/>
              </w:rPr>
              <w:t xml:space="preserve"> de </w:t>
            </w:r>
            <w:r w:rsidR="00F52EE4">
              <w:rPr>
                <w:sz w:val="20"/>
              </w:rPr>
              <w:t>12</w:t>
            </w:r>
            <w:r w:rsidRPr="00633886">
              <w:rPr>
                <w:sz w:val="20"/>
              </w:rPr>
              <w:t xml:space="preserve"> </w:t>
            </w:r>
            <w:proofErr w:type="spellStart"/>
            <w:r w:rsidRPr="00633886">
              <w:rPr>
                <w:sz w:val="20"/>
              </w:rPr>
              <w:t>luni</w:t>
            </w:r>
            <w:proofErr w:type="spellEnd"/>
            <w:r w:rsidRPr="00633886">
              <w:rPr>
                <w:sz w:val="20"/>
              </w:rPr>
              <w:t xml:space="preserve">, conform </w:t>
            </w:r>
            <w:proofErr w:type="spellStart"/>
            <w:r w:rsidRPr="00633886">
              <w:rPr>
                <w:sz w:val="20"/>
              </w:rPr>
              <w:t>caietului</w:t>
            </w:r>
            <w:proofErr w:type="spellEnd"/>
            <w:r w:rsidRPr="00633886">
              <w:rPr>
                <w:sz w:val="20"/>
              </w:rPr>
              <w:t xml:space="preserve"> de </w:t>
            </w:r>
            <w:proofErr w:type="spellStart"/>
            <w:r w:rsidRPr="00633886">
              <w:rPr>
                <w:sz w:val="20"/>
              </w:rPr>
              <w:t>sarcini</w:t>
            </w:r>
            <w:proofErr w:type="spellEnd"/>
            <w:r w:rsidRPr="00633886">
              <w:rPr>
                <w:sz w:val="20"/>
              </w:rPr>
              <w:t xml:space="preserve">. Serviciile trebuie să fie originale, activate prin canale oficiale, compatibile integral cu echipamentele existente și să asigure acces la actualizări, firmware, suport tehnic al producătorului și documente de confirmare </w:t>
            </w:r>
            <w:proofErr w:type="gramStart"/>
            <w:r w:rsidRPr="00633886">
              <w:rPr>
                <w:sz w:val="20"/>
              </w:rPr>
              <w:t>a</w:t>
            </w:r>
            <w:proofErr w:type="gramEnd"/>
            <w:r w:rsidRPr="00633886">
              <w:rPr>
                <w:sz w:val="20"/>
              </w:rPr>
              <w:t xml:space="preserve"> activării.</w:t>
            </w:r>
          </w:p>
        </w:tc>
        <w:tc>
          <w:tcPr>
            <w:tcW w:w="2835" w:type="dxa"/>
          </w:tcPr>
          <w:p w14:paraId="5A987D61" w14:textId="77777777" w:rsidR="009B51DE" w:rsidRPr="00633886" w:rsidRDefault="009B51DE" w:rsidP="005D727D">
            <w:pPr>
              <w:rPr>
                <w:rFonts w:cs="Times New Roman"/>
                <w:sz w:val="22"/>
              </w:rPr>
            </w:pPr>
          </w:p>
        </w:tc>
        <w:tc>
          <w:tcPr>
            <w:tcW w:w="1134" w:type="dxa"/>
          </w:tcPr>
          <w:p w14:paraId="270EE45B" w14:textId="77777777" w:rsidR="00DE534A" w:rsidRPr="00633886" w:rsidRDefault="00DD364D">
            <w:r w:rsidRPr="00633886">
              <w:rPr>
                <w:sz w:val="20"/>
              </w:rPr>
              <w:t>Legea nr. 131/2015; HG nr. 870/2022; documentația tehnică oficială Fortinet; politicile oficiale Fortinet privind licențierea și suportul.</w:t>
            </w:r>
          </w:p>
        </w:tc>
      </w:tr>
      <w:tr w:rsidR="009B51DE" w:rsidRPr="00633886" w14:paraId="26D105AB" w14:textId="77777777">
        <w:trPr>
          <w:jc w:val="center"/>
        </w:trPr>
        <w:tc>
          <w:tcPr>
            <w:tcW w:w="2551" w:type="dxa"/>
          </w:tcPr>
          <w:p w14:paraId="25279127" w14:textId="77777777" w:rsidR="009B51DE" w:rsidRPr="00633886" w:rsidRDefault="00D35CCB" w:rsidP="005D727D">
            <w:pPr>
              <w:rPr>
                <w:rFonts w:cs="Times New Roman"/>
                <w:sz w:val="22"/>
              </w:rPr>
            </w:pPr>
            <w:r w:rsidRPr="00633886">
              <w:rPr>
                <w:rFonts w:cs="Times New Roman"/>
                <w:sz w:val="22"/>
              </w:rPr>
              <w:t>Total lot 1</w:t>
            </w:r>
          </w:p>
        </w:tc>
        <w:tc>
          <w:tcPr>
            <w:tcW w:w="1814" w:type="dxa"/>
          </w:tcPr>
          <w:p w14:paraId="79F859AF" w14:textId="77777777" w:rsidR="009B51DE" w:rsidRPr="00633886" w:rsidRDefault="009B51DE" w:rsidP="005D727D">
            <w:pPr>
              <w:rPr>
                <w:rFonts w:cs="Times New Roman"/>
                <w:sz w:val="22"/>
              </w:rPr>
            </w:pPr>
          </w:p>
        </w:tc>
        <w:tc>
          <w:tcPr>
            <w:tcW w:w="1134" w:type="dxa"/>
          </w:tcPr>
          <w:p w14:paraId="47959615" w14:textId="77777777" w:rsidR="009B51DE" w:rsidRPr="00633886" w:rsidRDefault="009B51DE" w:rsidP="005D727D">
            <w:pPr>
              <w:rPr>
                <w:rFonts w:cs="Times New Roman"/>
                <w:sz w:val="22"/>
              </w:rPr>
            </w:pPr>
          </w:p>
        </w:tc>
        <w:tc>
          <w:tcPr>
            <w:tcW w:w="1417" w:type="dxa"/>
          </w:tcPr>
          <w:p w14:paraId="50AB7D78" w14:textId="77777777" w:rsidR="009B51DE" w:rsidRPr="00633886" w:rsidRDefault="009B51DE" w:rsidP="005D727D">
            <w:pPr>
              <w:rPr>
                <w:rFonts w:cs="Times New Roman"/>
                <w:sz w:val="22"/>
              </w:rPr>
            </w:pPr>
          </w:p>
        </w:tc>
        <w:tc>
          <w:tcPr>
            <w:tcW w:w="2948" w:type="dxa"/>
          </w:tcPr>
          <w:p w14:paraId="5DF93644" w14:textId="77777777" w:rsidR="009B51DE" w:rsidRPr="00633886" w:rsidRDefault="009B51DE" w:rsidP="005D727D">
            <w:pPr>
              <w:rPr>
                <w:rFonts w:cs="Times New Roman"/>
                <w:sz w:val="22"/>
              </w:rPr>
            </w:pPr>
          </w:p>
        </w:tc>
        <w:tc>
          <w:tcPr>
            <w:tcW w:w="2835" w:type="dxa"/>
          </w:tcPr>
          <w:p w14:paraId="3CA3A818" w14:textId="77777777" w:rsidR="009B51DE" w:rsidRPr="00633886" w:rsidRDefault="009B51DE" w:rsidP="005D727D">
            <w:pPr>
              <w:rPr>
                <w:rFonts w:cs="Times New Roman"/>
                <w:sz w:val="22"/>
              </w:rPr>
            </w:pPr>
          </w:p>
        </w:tc>
        <w:tc>
          <w:tcPr>
            <w:tcW w:w="1134" w:type="dxa"/>
          </w:tcPr>
          <w:p w14:paraId="6D746EF1" w14:textId="77777777" w:rsidR="009B51DE" w:rsidRPr="00633886" w:rsidRDefault="009B51DE" w:rsidP="005D727D">
            <w:pPr>
              <w:rPr>
                <w:rFonts w:cs="Times New Roman"/>
                <w:sz w:val="22"/>
              </w:rPr>
            </w:pPr>
          </w:p>
        </w:tc>
      </w:tr>
      <w:tr w:rsidR="009B51DE" w:rsidRPr="00633886" w14:paraId="6422F3BC" w14:textId="77777777">
        <w:trPr>
          <w:jc w:val="center"/>
        </w:trPr>
        <w:tc>
          <w:tcPr>
            <w:tcW w:w="2551" w:type="dxa"/>
          </w:tcPr>
          <w:p w14:paraId="3BD33D2D" w14:textId="77777777" w:rsidR="009B51DE" w:rsidRPr="00633886" w:rsidRDefault="00D35CCB" w:rsidP="005D727D">
            <w:pPr>
              <w:rPr>
                <w:rFonts w:cs="Times New Roman"/>
                <w:sz w:val="22"/>
              </w:rPr>
            </w:pPr>
            <w:r w:rsidRPr="00633886">
              <w:rPr>
                <w:rFonts w:cs="Times New Roman"/>
                <w:sz w:val="22"/>
              </w:rPr>
              <w:t>TOTAL</w:t>
            </w:r>
          </w:p>
        </w:tc>
        <w:tc>
          <w:tcPr>
            <w:tcW w:w="1814" w:type="dxa"/>
          </w:tcPr>
          <w:p w14:paraId="31DEA8D6" w14:textId="77777777" w:rsidR="009B51DE" w:rsidRPr="00633886" w:rsidRDefault="009B51DE" w:rsidP="005D727D">
            <w:pPr>
              <w:rPr>
                <w:rFonts w:cs="Times New Roman"/>
                <w:sz w:val="22"/>
              </w:rPr>
            </w:pPr>
          </w:p>
        </w:tc>
        <w:tc>
          <w:tcPr>
            <w:tcW w:w="1134" w:type="dxa"/>
          </w:tcPr>
          <w:p w14:paraId="45FFEA24" w14:textId="77777777" w:rsidR="009B51DE" w:rsidRPr="00633886" w:rsidRDefault="009B51DE" w:rsidP="005D727D">
            <w:pPr>
              <w:rPr>
                <w:rFonts w:cs="Times New Roman"/>
                <w:sz w:val="22"/>
              </w:rPr>
            </w:pPr>
          </w:p>
        </w:tc>
        <w:tc>
          <w:tcPr>
            <w:tcW w:w="1417" w:type="dxa"/>
          </w:tcPr>
          <w:p w14:paraId="05C63D1A" w14:textId="77777777" w:rsidR="009B51DE" w:rsidRPr="00633886" w:rsidRDefault="009B51DE" w:rsidP="005D727D">
            <w:pPr>
              <w:rPr>
                <w:rFonts w:cs="Times New Roman"/>
                <w:sz w:val="22"/>
              </w:rPr>
            </w:pPr>
          </w:p>
        </w:tc>
        <w:tc>
          <w:tcPr>
            <w:tcW w:w="2948" w:type="dxa"/>
          </w:tcPr>
          <w:p w14:paraId="2122AFA4" w14:textId="77777777" w:rsidR="009B51DE" w:rsidRPr="00633886" w:rsidRDefault="009B51DE" w:rsidP="005D727D">
            <w:pPr>
              <w:rPr>
                <w:rFonts w:cs="Times New Roman"/>
                <w:sz w:val="22"/>
              </w:rPr>
            </w:pPr>
          </w:p>
        </w:tc>
        <w:tc>
          <w:tcPr>
            <w:tcW w:w="2835" w:type="dxa"/>
          </w:tcPr>
          <w:p w14:paraId="4AB8EBF6" w14:textId="77777777" w:rsidR="009B51DE" w:rsidRPr="00633886" w:rsidRDefault="009B51DE" w:rsidP="005D727D">
            <w:pPr>
              <w:rPr>
                <w:rFonts w:cs="Times New Roman"/>
                <w:sz w:val="22"/>
              </w:rPr>
            </w:pPr>
          </w:p>
        </w:tc>
        <w:tc>
          <w:tcPr>
            <w:tcW w:w="1134" w:type="dxa"/>
          </w:tcPr>
          <w:p w14:paraId="33411DDA" w14:textId="77777777" w:rsidR="009B51DE" w:rsidRPr="00633886" w:rsidRDefault="009B51DE" w:rsidP="005D727D">
            <w:pPr>
              <w:rPr>
                <w:rFonts w:cs="Times New Roman"/>
                <w:sz w:val="22"/>
              </w:rPr>
            </w:pPr>
          </w:p>
        </w:tc>
      </w:tr>
    </w:tbl>
    <w:p w14:paraId="2BED4E56" w14:textId="77777777" w:rsidR="009B51DE" w:rsidRPr="00633886" w:rsidRDefault="00D35CCB" w:rsidP="005D727D">
      <w:pPr>
        <w:rPr>
          <w:rFonts w:cs="Times New Roman"/>
          <w:sz w:val="22"/>
        </w:rPr>
      </w:pPr>
      <w:proofErr w:type="gramStart"/>
      <w:r w:rsidRPr="00633886">
        <w:rPr>
          <w:rFonts w:cs="Times New Roman"/>
          <w:sz w:val="22"/>
        </w:rPr>
        <w:t>Semnat:_</w:t>
      </w:r>
      <w:proofErr w:type="gramEnd"/>
      <w:r w:rsidRPr="00633886">
        <w:rPr>
          <w:rFonts w:cs="Times New Roman"/>
          <w:sz w:val="22"/>
        </w:rPr>
        <w:t>______________ Numele, Prenumele:_____________________________ În calitate de: ______________</w:t>
      </w:r>
    </w:p>
    <w:p w14:paraId="49E30751" w14:textId="77777777" w:rsidR="009B51DE" w:rsidRPr="00633886" w:rsidRDefault="00D35CCB" w:rsidP="005D727D">
      <w:pPr>
        <w:rPr>
          <w:rFonts w:cs="Times New Roman"/>
          <w:sz w:val="22"/>
        </w:rPr>
      </w:pPr>
      <w:r w:rsidRPr="00633886">
        <w:rPr>
          <w:rFonts w:cs="Times New Roman"/>
          <w:sz w:val="22"/>
        </w:rPr>
        <w:t>Ofertantul: _______________________ Adresa: __________________________</w:t>
      </w:r>
    </w:p>
    <w:p w14:paraId="259C929B" w14:textId="77777777" w:rsidR="009B51DE" w:rsidRPr="00633886" w:rsidRDefault="00D35CCB" w:rsidP="005D727D">
      <w:pPr>
        <w:rPr>
          <w:rFonts w:cs="Times New Roman"/>
          <w:sz w:val="22"/>
        </w:rPr>
      </w:pPr>
      <w:r w:rsidRPr="00633886">
        <w:rPr>
          <w:rFonts w:cs="Times New Roman"/>
          <w:sz w:val="22"/>
        </w:rPr>
        <w:br w:type="page"/>
      </w:r>
      <w:proofErr w:type="spellStart"/>
      <w:r w:rsidRPr="00633886">
        <w:rPr>
          <w:rFonts w:cs="Times New Roman"/>
          <w:bCs/>
          <w:sz w:val="22"/>
        </w:rPr>
        <w:lastRenderedPageBreak/>
        <w:t>Anexa</w:t>
      </w:r>
      <w:proofErr w:type="spellEnd"/>
      <w:r w:rsidRPr="00633886">
        <w:rPr>
          <w:rFonts w:cs="Times New Roman"/>
          <w:bCs/>
          <w:sz w:val="22"/>
        </w:rPr>
        <w:t xml:space="preserve"> nr. </w:t>
      </w:r>
      <w:r w:rsidR="00FF6185" w:rsidRPr="00633886">
        <w:rPr>
          <w:rFonts w:cs="Times New Roman"/>
          <w:bCs/>
          <w:sz w:val="22"/>
        </w:rPr>
        <w:t>3</w:t>
      </w:r>
    </w:p>
    <w:p w14:paraId="02B11888" w14:textId="77777777" w:rsidR="009B51DE" w:rsidRPr="00633886" w:rsidRDefault="00D35CCB" w:rsidP="005D727D">
      <w:pPr>
        <w:rPr>
          <w:rFonts w:cs="Times New Roman"/>
          <w:sz w:val="22"/>
        </w:rPr>
      </w:pPr>
      <w:r w:rsidRPr="00633886">
        <w:rPr>
          <w:rFonts w:cs="Times New Roman"/>
          <w:sz w:val="22"/>
        </w:rPr>
        <w:t xml:space="preserve">la Documentația standard </w:t>
      </w:r>
      <w:proofErr w:type="gramStart"/>
      <w:r w:rsidRPr="00633886">
        <w:rPr>
          <w:rFonts w:cs="Times New Roman"/>
          <w:sz w:val="22"/>
        </w:rPr>
        <w:t>nr._</w:t>
      </w:r>
      <w:proofErr w:type="gramEnd"/>
      <w:r w:rsidRPr="00633886">
        <w:rPr>
          <w:rFonts w:cs="Times New Roman"/>
          <w:sz w:val="22"/>
        </w:rPr>
        <w:t>____</w:t>
      </w:r>
    </w:p>
    <w:p w14:paraId="5F06D32D" w14:textId="77777777" w:rsidR="009B51DE" w:rsidRPr="00633886" w:rsidRDefault="00D35CCB" w:rsidP="005D727D">
      <w:pPr>
        <w:rPr>
          <w:rFonts w:cs="Times New Roman"/>
          <w:sz w:val="22"/>
        </w:rPr>
      </w:pPr>
      <w:r w:rsidRPr="00633886">
        <w:rPr>
          <w:rFonts w:cs="Times New Roman"/>
          <w:sz w:val="22"/>
        </w:rPr>
        <w:t>din “____” ________ 20___</w:t>
      </w:r>
    </w:p>
    <w:p w14:paraId="23E040EA" w14:textId="77777777" w:rsidR="009B51DE" w:rsidRPr="00633886" w:rsidRDefault="00D35CCB" w:rsidP="005D727D">
      <w:pPr>
        <w:rPr>
          <w:rFonts w:cs="Times New Roman"/>
          <w:sz w:val="22"/>
        </w:rPr>
      </w:pPr>
      <w:r w:rsidRPr="00633886">
        <w:rPr>
          <w:rFonts w:cs="Times New Roman"/>
          <w:b/>
          <w:sz w:val="22"/>
        </w:rPr>
        <w:t>Specificații de preț (indicarea prețurilor și valorilor ofertate pentru fiecare lot/poziție)</w:t>
      </w:r>
    </w:p>
    <w:p w14:paraId="6D271A23" w14:textId="77777777" w:rsidR="009B51DE" w:rsidRPr="00633886" w:rsidRDefault="00D35CCB" w:rsidP="005D727D">
      <w:pPr>
        <w:rPr>
          <w:rFonts w:cs="Times New Roman"/>
          <w:sz w:val="22"/>
        </w:rPr>
      </w:pPr>
      <w:r w:rsidRPr="00633886">
        <w:rPr>
          <w:rFonts w:cs="Times New Roman"/>
          <w:sz w:val="22"/>
        </w:rPr>
        <w:t>[Acest tabel va fi completat de către ofertant în coloanele 5, 6, 7, 8, iar de către autoritatea contractantă - în coloanele 1, 2, 3, 4, 9, 10.]</w:t>
      </w:r>
    </w:p>
    <w:p w14:paraId="10229559" w14:textId="77777777" w:rsidR="009B51DE" w:rsidRPr="00633886" w:rsidRDefault="00D35CCB" w:rsidP="005D727D">
      <w:pPr>
        <w:rPr>
          <w:rFonts w:cs="Times New Roman"/>
          <w:sz w:val="22"/>
        </w:rPr>
      </w:pPr>
      <w:r w:rsidRPr="00633886">
        <w:rPr>
          <w:rFonts w:cs="Times New Roman"/>
          <w:sz w:val="22"/>
        </w:rPr>
        <w:t>Numărul procedurii de achiziție______________din_________</w:t>
      </w:r>
    </w:p>
    <w:p w14:paraId="19C828B6" w14:textId="77777777" w:rsidR="009B51DE" w:rsidRPr="00633886" w:rsidRDefault="00D35CCB" w:rsidP="005D727D">
      <w:pPr>
        <w:rPr>
          <w:rFonts w:cs="Times New Roman"/>
          <w:sz w:val="22"/>
        </w:rPr>
      </w:pPr>
      <w:r w:rsidRPr="00633886">
        <w:t>Obiectul achiziției: Servicii de actualizare și securitate FortiGuard cu suportul producătorului pentru echipamentele de rețea Fortinet</w:t>
      </w:r>
    </w:p>
    <w:tbl>
      <w:tblPr>
        <w:tblStyle w:val="Tabelgril"/>
        <w:tblW w:w="13381" w:type="dxa"/>
        <w:jc w:val="center"/>
        <w:tblLayout w:type="fixed"/>
        <w:tblLook w:val="04A0" w:firstRow="1" w:lastRow="0" w:firstColumn="1" w:lastColumn="0" w:noHBand="0" w:noVBand="1"/>
      </w:tblPr>
      <w:tblGrid>
        <w:gridCol w:w="1696"/>
        <w:gridCol w:w="1708"/>
        <w:gridCol w:w="1134"/>
        <w:gridCol w:w="1020"/>
        <w:gridCol w:w="1304"/>
        <w:gridCol w:w="1304"/>
        <w:gridCol w:w="1247"/>
        <w:gridCol w:w="1247"/>
        <w:gridCol w:w="1814"/>
        <w:gridCol w:w="907"/>
      </w:tblGrid>
      <w:tr w:rsidR="009B51DE" w:rsidRPr="00633886" w14:paraId="2E3C62C1" w14:textId="77777777" w:rsidTr="00867DB5">
        <w:trPr>
          <w:jc w:val="center"/>
        </w:trPr>
        <w:tc>
          <w:tcPr>
            <w:tcW w:w="1696" w:type="dxa"/>
          </w:tcPr>
          <w:p w14:paraId="2ECE9C7E" w14:textId="77777777" w:rsidR="009B51DE" w:rsidRPr="00633886" w:rsidRDefault="00D35CCB" w:rsidP="005D727D">
            <w:pPr>
              <w:rPr>
                <w:rFonts w:cs="Times New Roman"/>
                <w:sz w:val="22"/>
              </w:rPr>
            </w:pPr>
            <w:r w:rsidRPr="00633886">
              <w:rPr>
                <w:rFonts w:cs="Times New Roman"/>
                <w:b/>
                <w:sz w:val="22"/>
              </w:rPr>
              <w:t>Cod CPV</w:t>
            </w:r>
          </w:p>
        </w:tc>
        <w:tc>
          <w:tcPr>
            <w:tcW w:w="1708" w:type="dxa"/>
          </w:tcPr>
          <w:p w14:paraId="47566776" w14:textId="77777777" w:rsidR="009B51DE" w:rsidRPr="00633886" w:rsidRDefault="00D35CCB" w:rsidP="005D727D">
            <w:pPr>
              <w:rPr>
                <w:rFonts w:cs="Times New Roman"/>
                <w:sz w:val="22"/>
              </w:rPr>
            </w:pPr>
            <w:r w:rsidRPr="00633886">
              <w:rPr>
                <w:rFonts w:cs="Times New Roman"/>
                <w:b/>
                <w:sz w:val="22"/>
              </w:rPr>
              <w:t>Denumirea bunurilor/serviciilor</w:t>
            </w:r>
          </w:p>
        </w:tc>
        <w:tc>
          <w:tcPr>
            <w:tcW w:w="1134" w:type="dxa"/>
          </w:tcPr>
          <w:p w14:paraId="58CC03F7" w14:textId="77777777" w:rsidR="009B51DE" w:rsidRPr="00633886" w:rsidRDefault="00D35CCB" w:rsidP="005D727D">
            <w:pPr>
              <w:rPr>
                <w:rFonts w:cs="Times New Roman"/>
                <w:sz w:val="22"/>
              </w:rPr>
            </w:pPr>
            <w:r w:rsidRPr="00633886">
              <w:rPr>
                <w:rFonts w:cs="Times New Roman"/>
                <w:b/>
                <w:sz w:val="22"/>
              </w:rPr>
              <w:t>Unitatea de măsură</w:t>
            </w:r>
          </w:p>
        </w:tc>
        <w:tc>
          <w:tcPr>
            <w:tcW w:w="1020" w:type="dxa"/>
          </w:tcPr>
          <w:p w14:paraId="25C0FC5D" w14:textId="77777777" w:rsidR="009B51DE" w:rsidRPr="00633886" w:rsidRDefault="00D35CCB" w:rsidP="005D727D">
            <w:pPr>
              <w:rPr>
                <w:rFonts w:cs="Times New Roman"/>
                <w:sz w:val="22"/>
              </w:rPr>
            </w:pPr>
            <w:r w:rsidRPr="00633886">
              <w:rPr>
                <w:rFonts w:cs="Times New Roman"/>
                <w:b/>
                <w:sz w:val="22"/>
              </w:rPr>
              <w:t>Cantitatea</w:t>
            </w:r>
          </w:p>
        </w:tc>
        <w:tc>
          <w:tcPr>
            <w:tcW w:w="1304" w:type="dxa"/>
          </w:tcPr>
          <w:p w14:paraId="779E4942" w14:textId="77777777" w:rsidR="009B51DE" w:rsidRPr="00633886" w:rsidRDefault="00D35CCB" w:rsidP="005D727D">
            <w:pPr>
              <w:rPr>
                <w:rFonts w:cs="Times New Roman"/>
                <w:sz w:val="22"/>
              </w:rPr>
            </w:pPr>
            <w:r w:rsidRPr="00633886">
              <w:rPr>
                <w:rFonts w:cs="Times New Roman"/>
                <w:b/>
                <w:sz w:val="22"/>
              </w:rPr>
              <w:t>Preţ unitar (fără TVA)</w:t>
            </w:r>
          </w:p>
        </w:tc>
        <w:tc>
          <w:tcPr>
            <w:tcW w:w="1304" w:type="dxa"/>
          </w:tcPr>
          <w:p w14:paraId="0E6D6224" w14:textId="77777777" w:rsidR="009B51DE" w:rsidRPr="00633886" w:rsidRDefault="00D35CCB" w:rsidP="005D727D">
            <w:pPr>
              <w:rPr>
                <w:rFonts w:cs="Times New Roman"/>
                <w:sz w:val="22"/>
              </w:rPr>
            </w:pPr>
            <w:r w:rsidRPr="00633886">
              <w:rPr>
                <w:rFonts w:cs="Times New Roman"/>
                <w:b/>
                <w:sz w:val="22"/>
              </w:rPr>
              <w:t>Preţ unitar (cu TVA)</w:t>
            </w:r>
          </w:p>
        </w:tc>
        <w:tc>
          <w:tcPr>
            <w:tcW w:w="1247" w:type="dxa"/>
          </w:tcPr>
          <w:p w14:paraId="155AA79E" w14:textId="77777777" w:rsidR="009B51DE" w:rsidRPr="00633886" w:rsidRDefault="00D35CCB" w:rsidP="005D727D">
            <w:pPr>
              <w:rPr>
                <w:rFonts w:cs="Times New Roman"/>
                <w:sz w:val="22"/>
              </w:rPr>
            </w:pPr>
            <w:r w:rsidRPr="00633886">
              <w:rPr>
                <w:rFonts w:cs="Times New Roman"/>
                <w:b/>
                <w:sz w:val="22"/>
              </w:rPr>
              <w:t>Suma fără TVA</w:t>
            </w:r>
          </w:p>
        </w:tc>
        <w:tc>
          <w:tcPr>
            <w:tcW w:w="1247" w:type="dxa"/>
          </w:tcPr>
          <w:p w14:paraId="51DD1623" w14:textId="77777777" w:rsidR="009B51DE" w:rsidRPr="00633886" w:rsidRDefault="00D35CCB" w:rsidP="005D727D">
            <w:pPr>
              <w:rPr>
                <w:rFonts w:cs="Times New Roman"/>
                <w:sz w:val="22"/>
              </w:rPr>
            </w:pPr>
            <w:r w:rsidRPr="00633886">
              <w:rPr>
                <w:rFonts w:cs="Times New Roman"/>
                <w:b/>
                <w:sz w:val="22"/>
              </w:rPr>
              <w:t>Suma cu TVA</w:t>
            </w:r>
          </w:p>
        </w:tc>
        <w:tc>
          <w:tcPr>
            <w:tcW w:w="1814" w:type="dxa"/>
          </w:tcPr>
          <w:p w14:paraId="29A73055" w14:textId="77777777" w:rsidR="009B51DE" w:rsidRPr="00633886" w:rsidRDefault="00D35CCB" w:rsidP="005D727D">
            <w:pPr>
              <w:rPr>
                <w:rFonts w:cs="Times New Roman"/>
                <w:sz w:val="22"/>
              </w:rPr>
            </w:pPr>
            <w:r w:rsidRPr="00633886">
              <w:rPr>
                <w:rFonts w:cs="Times New Roman"/>
                <w:b/>
                <w:sz w:val="22"/>
              </w:rPr>
              <w:t>Termen de livrare/prestare</w:t>
            </w:r>
          </w:p>
        </w:tc>
        <w:tc>
          <w:tcPr>
            <w:tcW w:w="907" w:type="dxa"/>
          </w:tcPr>
          <w:p w14:paraId="0DF5EAC6" w14:textId="77777777" w:rsidR="009B51DE" w:rsidRPr="00633886" w:rsidRDefault="00D35CCB" w:rsidP="005D727D">
            <w:pPr>
              <w:rPr>
                <w:rFonts w:cs="Times New Roman"/>
                <w:sz w:val="22"/>
              </w:rPr>
            </w:pPr>
            <w:r w:rsidRPr="00633886">
              <w:rPr>
                <w:rFonts w:cs="Times New Roman"/>
                <w:b/>
                <w:sz w:val="22"/>
              </w:rPr>
              <w:t>Discount %</w:t>
            </w:r>
          </w:p>
        </w:tc>
      </w:tr>
      <w:tr w:rsidR="009B51DE" w:rsidRPr="00633886" w14:paraId="153D5719" w14:textId="77777777" w:rsidTr="00867DB5">
        <w:trPr>
          <w:jc w:val="center"/>
        </w:trPr>
        <w:tc>
          <w:tcPr>
            <w:tcW w:w="1696" w:type="dxa"/>
          </w:tcPr>
          <w:p w14:paraId="5DA56220" w14:textId="77777777" w:rsidR="009B51DE" w:rsidRPr="00633886" w:rsidRDefault="00D35CCB" w:rsidP="005D727D">
            <w:pPr>
              <w:rPr>
                <w:rFonts w:cs="Times New Roman"/>
                <w:sz w:val="22"/>
              </w:rPr>
            </w:pPr>
            <w:r w:rsidRPr="00633886">
              <w:rPr>
                <w:rFonts w:cs="Times New Roman"/>
                <w:sz w:val="22"/>
              </w:rPr>
              <w:t>1</w:t>
            </w:r>
          </w:p>
        </w:tc>
        <w:tc>
          <w:tcPr>
            <w:tcW w:w="1708" w:type="dxa"/>
          </w:tcPr>
          <w:p w14:paraId="2CB24190" w14:textId="77777777" w:rsidR="009B51DE" w:rsidRPr="00633886" w:rsidRDefault="00D35CCB" w:rsidP="005D727D">
            <w:pPr>
              <w:rPr>
                <w:rFonts w:cs="Times New Roman"/>
                <w:sz w:val="22"/>
              </w:rPr>
            </w:pPr>
            <w:r w:rsidRPr="00633886">
              <w:rPr>
                <w:rFonts w:cs="Times New Roman"/>
                <w:sz w:val="22"/>
              </w:rPr>
              <w:t>2</w:t>
            </w:r>
          </w:p>
        </w:tc>
        <w:tc>
          <w:tcPr>
            <w:tcW w:w="1134" w:type="dxa"/>
          </w:tcPr>
          <w:p w14:paraId="4D8A0648" w14:textId="77777777" w:rsidR="009B51DE" w:rsidRPr="00633886" w:rsidRDefault="00D35CCB" w:rsidP="005D727D">
            <w:pPr>
              <w:rPr>
                <w:rFonts w:cs="Times New Roman"/>
                <w:sz w:val="22"/>
              </w:rPr>
            </w:pPr>
            <w:r w:rsidRPr="00633886">
              <w:rPr>
                <w:rFonts w:cs="Times New Roman"/>
                <w:sz w:val="22"/>
              </w:rPr>
              <w:t>3</w:t>
            </w:r>
          </w:p>
        </w:tc>
        <w:tc>
          <w:tcPr>
            <w:tcW w:w="1020" w:type="dxa"/>
          </w:tcPr>
          <w:p w14:paraId="431FD13F" w14:textId="77777777" w:rsidR="009B51DE" w:rsidRPr="00633886" w:rsidRDefault="00D35CCB" w:rsidP="005D727D">
            <w:pPr>
              <w:rPr>
                <w:rFonts w:cs="Times New Roman"/>
                <w:sz w:val="22"/>
              </w:rPr>
            </w:pPr>
            <w:r w:rsidRPr="00633886">
              <w:rPr>
                <w:rFonts w:cs="Times New Roman"/>
                <w:sz w:val="22"/>
              </w:rPr>
              <w:t>4</w:t>
            </w:r>
          </w:p>
        </w:tc>
        <w:tc>
          <w:tcPr>
            <w:tcW w:w="1304" w:type="dxa"/>
          </w:tcPr>
          <w:p w14:paraId="36AB369A" w14:textId="77777777" w:rsidR="009B51DE" w:rsidRPr="00633886" w:rsidRDefault="00D35CCB" w:rsidP="005D727D">
            <w:pPr>
              <w:rPr>
                <w:rFonts w:cs="Times New Roman"/>
                <w:sz w:val="22"/>
              </w:rPr>
            </w:pPr>
            <w:r w:rsidRPr="00633886">
              <w:rPr>
                <w:rFonts w:cs="Times New Roman"/>
                <w:sz w:val="22"/>
              </w:rPr>
              <w:t>5</w:t>
            </w:r>
          </w:p>
        </w:tc>
        <w:tc>
          <w:tcPr>
            <w:tcW w:w="1304" w:type="dxa"/>
          </w:tcPr>
          <w:p w14:paraId="615A8E2E" w14:textId="77777777" w:rsidR="009B51DE" w:rsidRPr="00633886" w:rsidRDefault="00D35CCB" w:rsidP="005D727D">
            <w:pPr>
              <w:rPr>
                <w:rFonts w:cs="Times New Roman"/>
                <w:sz w:val="22"/>
              </w:rPr>
            </w:pPr>
            <w:r w:rsidRPr="00633886">
              <w:rPr>
                <w:rFonts w:cs="Times New Roman"/>
                <w:sz w:val="22"/>
              </w:rPr>
              <w:t>6</w:t>
            </w:r>
          </w:p>
        </w:tc>
        <w:tc>
          <w:tcPr>
            <w:tcW w:w="1247" w:type="dxa"/>
          </w:tcPr>
          <w:p w14:paraId="6A0D6B8D" w14:textId="77777777" w:rsidR="009B51DE" w:rsidRPr="00633886" w:rsidRDefault="00D35CCB" w:rsidP="005D727D">
            <w:pPr>
              <w:rPr>
                <w:rFonts w:cs="Times New Roman"/>
                <w:sz w:val="22"/>
              </w:rPr>
            </w:pPr>
            <w:r w:rsidRPr="00633886">
              <w:rPr>
                <w:rFonts w:cs="Times New Roman"/>
                <w:sz w:val="22"/>
              </w:rPr>
              <w:t>7</w:t>
            </w:r>
          </w:p>
        </w:tc>
        <w:tc>
          <w:tcPr>
            <w:tcW w:w="1247" w:type="dxa"/>
          </w:tcPr>
          <w:p w14:paraId="1FE3EF32" w14:textId="77777777" w:rsidR="009B51DE" w:rsidRPr="00633886" w:rsidRDefault="00D35CCB" w:rsidP="005D727D">
            <w:pPr>
              <w:rPr>
                <w:rFonts w:cs="Times New Roman"/>
                <w:sz w:val="22"/>
              </w:rPr>
            </w:pPr>
            <w:r w:rsidRPr="00633886">
              <w:rPr>
                <w:rFonts w:cs="Times New Roman"/>
                <w:sz w:val="22"/>
              </w:rPr>
              <w:t>8</w:t>
            </w:r>
          </w:p>
        </w:tc>
        <w:tc>
          <w:tcPr>
            <w:tcW w:w="1814" w:type="dxa"/>
          </w:tcPr>
          <w:p w14:paraId="065C0505" w14:textId="77777777" w:rsidR="009B51DE" w:rsidRPr="00633886" w:rsidRDefault="00D35CCB" w:rsidP="005D727D">
            <w:pPr>
              <w:rPr>
                <w:rFonts w:cs="Times New Roman"/>
                <w:sz w:val="22"/>
              </w:rPr>
            </w:pPr>
            <w:r w:rsidRPr="00633886">
              <w:rPr>
                <w:rFonts w:cs="Times New Roman"/>
                <w:sz w:val="22"/>
              </w:rPr>
              <w:t>9</w:t>
            </w:r>
          </w:p>
        </w:tc>
        <w:tc>
          <w:tcPr>
            <w:tcW w:w="907" w:type="dxa"/>
          </w:tcPr>
          <w:p w14:paraId="1339389B" w14:textId="77777777" w:rsidR="009B51DE" w:rsidRPr="00633886" w:rsidRDefault="00D35CCB" w:rsidP="005D727D">
            <w:pPr>
              <w:rPr>
                <w:rFonts w:cs="Times New Roman"/>
                <w:sz w:val="22"/>
              </w:rPr>
            </w:pPr>
            <w:r w:rsidRPr="00633886">
              <w:rPr>
                <w:rFonts w:cs="Times New Roman"/>
                <w:sz w:val="22"/>
              </w:rPr>
              <w:t>10</w:t>
            </w:r>
          </w:p>
        </w:tc>
      </w:tr>
      <w:tr w:rsidR="009B51DE" w:rsidRPr="00633886" w14:paraId="30D764B1" w14:textId="77777777" w:rsidTr="00867DB5">
        <w:trPr>
          <w:jc w:val="center"/>
        </w:trPr>
        <w:tc>
          <w:tcPr>
            <w:tcW w:w="1696" w:type="dxa"/>
          </w:tcPr>
          <w:p w14:paraId="6D4303D1" w14:textId="77777777" w:rsidR="009B51DE" w:rsidRPr="00633886" w:rsidRDefault="00D35CCB" w:rsidP="005D727D">
            <w:pPr>
              <w:rPr>
                <w:rFonts w:cs="Times New Roman"/>
                <w:sz w:val="22"/>
              </w:rPr>
            </w:pPr>
            <w:r w:rsidRPr="00633886">
              <w:rPr>
                <w:rFonts w:cs="Times New Roman"/>
                <w:sz w:val="22"/>
              </w:rPr>
              <w:t>Bunuri/servicii</w:t>
            </w:r>
          </w:p>
        </w:tc>
        <w:tc>
          <w:tcPr>
            <w:tcW w:w="1708" w:type="dxa"/>
          </w:tcPr>
          <w:p w14:paraId="3EF6496F" w14:textId="77777777" w:rsidR="009B51DE" w:rsidRPr="00633886" w:rsidRDefault="009B51DE" w:rsidP="005D727D">
            <w:pPr>
              <w:rPr>
                <w:rFonts w:cs="Times New Roman"/>
                <w:sz w:val="22"/>
              </w:rPr>
            </w:pPr>
          </w:p>
        </w:tc>
        <w:tc>
          <w:tcPr>
            <w:tcW w:w="1134" w:type="dxa"/>
          </w:tcPr>
          <w:p w14:paraId="096BFF5E" w14:textId="77777777" w:rsidR="009B51DE" w:rsidRPr="00633886" w:rsidRDefault="009B51DE" w:rsidP="005D727D">
            <w:pPr>
              <w:rPr>
                <w:rFonts w:cs="Times New Roman"/>
                <w:sz w:val="22"/>
              </w:rPr>
            </w:pPr>
          </w:p>
        </w:tc>
        <w:tc>
          <w:tcPr>
            <w:tcW w:w="1020" w:type="dxa"/>
          </w:tcPr>
          <w:p w14:paraId="0F307D09" w14:textId="77777777" w:rsidR="009B51DE" w:rsidRPr="00633886" w:rsidRDefault="009B51DE" w:rsidP="005D727D">
            <w:pPr>
              <w:rPr>
                <w:rFonts w:cs="Times New Roman"/>
                <w:sz w:val="22"/>
              </w:rPr>
            </w:pPr>
          </w:p>
        </w:tc>
        <w:tc>
          <w:tcPr>
            <w:tcW w:w="1304" w:type="dxa"/>
          </w:tcPr>
          <w:p w14:paraId="52398B79" w14:textId="77777777" w:rsidR="009B51DE" w:rsidRPr="00633886" w:rsidRDefault="009B51DE" w:rsidP="005D727D">
            <w:pPr>
              <w:rPr>
                <w:rFonts w:cs="Times New Roman"/>
                <w:sz w:val="22"/>
              </w:rPr>
            </w:pPr>
          </w:p>
        </w:tc>
        <w:tc>
          <w:tcPr>
            <w:tcW w:w="1304" w:type="dxa"/>
          </w:tcPr>
          <w:p w14:paraId="04A88C8F" w14:textId="77777777" w:rsidR="009B51DE" w:rsidRPr="00633886" w:rsidRDefault="009B51DE" w:rsidP="005D727D">
            <w:pPr>
              <w:rPr>
                <w:rFonts w:cs="Times New Roman"/>
                <w:sz w:val="22"/>
              </w:rPr>
            </w:pPr>
          </w:p>
        </w:tc>
        <w:tc>
          <w:tcPr>
            <w:tcW w:w="1247" w:type="dxa"/>
          </w:tcPr>
          <w:p w14:paraId="5124F721" w14:textId="77777777" w:rsidR="009B51DE" w:rsidRPr="00633886" w:rsidRDefault="009B51DE" w:rsidP="005D727D">
            <w:pPr>
              <w:rPr>
                <w:rFonts w:cs="Times New Roman"/>
                <w:sz w:val="22"/>
              </w:rPr>
            </w:pPr>
          </w:p>
        </w:tc>
        <w:tc>
          <w:tcPr>
            <w:tcW w:w="1247" w:type="dxa"/>
          </w:tcPr>
          <w:p w14:paraId="12299B23" w14:textId="77777777" w:rsidR="009B51DE" w:rsidRPr="00633886" w:rsidRDefault="009B51DE" w:rsidP="005D727D">
            <w:pPr>
              <w:rPr>
                <w:rFonts w:cs="Times New Roman"/>
                <w:sz w:val="22"/>
              </w:rPr>
            </w:pPr>
          </w:p>
        </w:tc>
        <w:tc>
          <w:tcPr>
            <w:tcW w:w="1814" w:type="dxa"/>
          </w:tcPr>
          <w:p w14:paraId="613141A3" w14:textId="77777777" w:rsidR="009B51DE" w:rsidRPr="00633886" w:rsidRDefault="009B51DE" w:rsidP="005D727D">
            <w:pPr>
              <w:rPr>
                <w:rFonts w:cs="Times New Roman"/>
                <w:sz w:val="22"/>
              </w:rPr>
            </w:pPr>
          </w:p>
        </w:tc>
        <w:tc>
          <w:tcPr>
            <w:tcW w:w="907" w:type="dxa"/>
          </w:tcPr>
          <w:p w14:paraId="39B005B3" w14:textId="77777777" w:rsidR="009B51DE" w:rsidRPr="00633886" w:rsidRDefault="009B51DE" w:rsidP="005D727D">
            <w:pPr>
              <w:rPr>
                <w:rFonts w:cs="Times New Roman"/>
                <w:sz w:val="22"/>
              </w:rPr>
            </w:pPr>
          </w:p>
        </w:tc>
      </w:tr>
      <w:tr w:rsidR="009B51DE" w:rsidRPr="00633886" w14:paraId="6E21E6E5" w14:textId="77777777" w:rsidTr="00867DB5">
        <w:trPr>
          <w:jc w:val="center"/>
        </w:trPr>
        <w:tc>
          <w:tcPr>
            <w:tcW w:w="1696" w:type="dxa"/>
          </w:tcPr>
          <w:p w14:paraId="523EAAC6" w14:textId="77777777" w:rsidR="009B51DE" w:rsidRPr="00633886" w:rsidRDefault="00D35CCB" w:rsidP="005D727D">
            <w:pPr>
              <w:rPr>
                <w:rFonts w:cs="Times New Roman"/>
                <w:sz w:val="22"/>
              </w:rPr>
            </w:pPr>
            <w:r w:rsidRPr="00633886">
              <w:rPr>
                <w:rFonts w:cs="Times New Roman"/>
                <w:sz w:val="22"/>
              </w:rPr>
              <w:t>Lotul 1</w:t>
            </w:r>
          </w:p>
        </w:tc>
        <w:tc>
          <w:tcPr>
            <w:tcW w:w="1708" w:type="dxa"/>
          </w:tcPr>
          <w:p w14:paraId="492A4AEA" w14:textId="77777777" w:rsidR="009B51DE" w:rsidRPr="00633886" w:rsidRDefault="009B51DE" w:rsidP="005D727D">
            <w:pPr>
              <w:rPr>
                <w:rFonts w:cs="Times New Roman"/>
                <w:sz w:val="22"/>
              </w:rPr>
            </w:pPr>
          </w:p>
        </w:tc>
        <w:tc>
          <w:tcPr>
            <w:tcW w:w="1134" w:type="dxa"/>
          </w:tcPr>
          <w:p w14:paraId="7688DCCE" w14:textId="77777777" w:rsidR="009B51DE" w:rsidRPr="00633886" w:rsidRDefault="009B51DE" w:rsidP="005D727D">
            <w:pPr>
              <w:rPr>
                <w:rFonts w:cs="Times New Roman"/>
                <w:sz w:val="22"/>
              </w:rPr>
            </w:pPr>
          </w:p>
        </w:tc>
        <w:tc>
          <w:tcPr>
            <w:tcW w:w="1020" w:type="dxa"/>
          </w:tcPr>
          <w:p w14:paraId="7B8BB6F4" w14:textId="77777777" w:rsidR="009B51DE" w:rsidRPr="00633886" w:rsidRDefault="009B51DE" w:rsidP="005D727D">
            <w:pPr>
              <w:rPr>
                <w:rFonts w:cs="Times New Roman"/>
                <w:sz w:val="22"/>
              </w:rPr>
            </w:pPr>
          </w:p>
        </w:tc>
        <w:tc>
          <w:tcPr>
            <w:tcW w:w="1304" w:type="dxa"/>
          </w:tcPr>
          <w:p w14:paraId="39F6B30A" w14:textId="77777777" w:rsidR="009B51DE" w:rsidRPr="00633886" w:rsidRDefault="009B51DE" w:rsidP="005D727D">
            <w:pPr>
              <w:rPr>
                <w:rFonts w:cs="Times New Roman"/>
                <w:sz w:val="22"/>
              </w:rPr>
            </w:pPr>
          </w:p>
        </w:tc>
        <w:tc>
          <w:tcPr>
            <w:tcW w:w="1304" w:type="dxa"/>
          </w:tcPr>
          <w:p w14:paraId="483F5EF9" w14:textId="77777777" w:rsidR="009B51DE" w:rsidRPr="00633886" w:rsidRDefault="009B51DE" w:rsidP="005D727D">
            <w:pPr>
              <w:rPr>
                <w:rFonts w:cs="Times New Roman"/>
                <w:sz w:val="22"/>
              </w:rPr>
            </w:pPr>
          </w:p>
        </w:tc>
        <w:tc>
          <w:tcPr>
            <w:tcW w:w="1247" w:type="dxa"/>
          </w:tcPr>
          <w:p w14:paraId="422B5637" w14:textId="77777777" w:rsidR="009B51DE" w:rsidRPr="00633886" w:rsidRDefault="009B51DE" w:rsidP="005D727D">
            <w:pPr>
              <w:rPr>
                <w:rFonts w:cs="Times New Roman"/>
                <w:sz w:val="22"/>
              </w:rPr>
            </w:pPr>
          </w:p>
        </w:tc>
        <w:tc>
          <w:tcPr>
            <w:tcW w:w="1247" w:type="dxa"/>
          </w:tcPr>
          <w:p w14:paraId="13975B11" w14:textId="77777777" w:rsidR="009B51DE" w:rsidRPr="00633886" w:rsidRDefault="009B51DE" w:rsidP="005D727D">
            <w:pPr>
              <w:rPr>
                <w:rFonts w:cs="Times New Roman"/>
                <w:sz w:val="22"/>
              </w:rPr>
            </w:pPr>
          </w:p>
        </w:tc>
        <w:tc>
          <w:tcPr>
            <w:tcW w:w="1814" w:type="dxa"/>
          </w:tcPr>
          <w:p w14:paraId="308D61E9" w14:textId="77777777" w:rsidR="009B51DE" w:rsidRPr="00633886" w:rsidRDefault="009B51DE" w:rsidP="005D727D">
            <w:pPr>
              <w:rPr>
                <w:rFonts w:cs="Times New Roman"/>
                <w:sz w:val="22"/>
              </w:rPr>
            </w:pPr>
          </w:p>
        </w:tc>
        <w:tc>
          <w:tcPr>
            <w:tcW w:w="907" w:type="dxa"/>
          </w:tcPr>
          <w:p w14:paraId="3AF1ED1B" w14:textId="77777777" w:rsidR="009B51DE" w:rsidRPr="00633886" w:rsidRDefault="009B51DE" w:rsidP="005D727D">
            <w:pPr>
              <w:rPr>
                <w:rFonts w:cs="Times New Roman"/>
                <w:sz w:val="22"/>
              </w:rPr>
            </w:pPr>
          </w:p>
        </w:tc>
      </w:tr>
      <w:tr w:rsidR="009B51DE" w:rsidRPr="00633886" w14:paraId="294B6E52" w14:textId="77777777" w:rsidTr="00867DB5">
        <w:trPr>
          <w:jc w:val="center"/>
        </w:trPr>
        <w:tc>
          <w:tcPr>
            <w:tcW w:w="1696" w:type="dxa"/>
          </w:tcPr>
          <w:p w14:paraId="25A3C0FA" w14:textId="77777777" w:rsidR="00DE534A" w:rsidRPr="00633886" w:rsidRDefault="00DD364D">
            <w:r w:rsidRPr="00633886">
              <w:rPr>
                <w:sz w:val="22"/>
              </w:rPr>
              <w:t>72261000-2</w:t>
            </w:r>
          </w:p>
        </w:tc>
        <w:tc>
          <w:tcPr>
            <w:tcW w:w="1708" w:type="dxa"/>
          </w:tcPr>
          <w:p w14:paraId="162EEBF3" w14:textId="1109AAD1" w:rsidR="00DE534A" w:rsidRPr="00633886" w:rsidRDefault="00DD364D">
            <w:r w:rsidRPr="00633886">
              <w:rPr>
                <w:sz w:val="20"/>
              </w:rPr>
              <w:t xml:space="preserve">Servicii de actualizare și securitate FortiGuard cu </w:t>
            </w:r>
            <w:proofErr w:type="spellStart"/>
            <w:r w:rsidRPr="00633886">
              <w:rPr>
                <w:sz w:val="20"/>
              </w:rPr>
              <w:t>suportul</w:t>
            </w:r>
            <w:proofErr w:type="spellEnd"/>
            <w:r w:rsidRPr="00633886">
              <w:rPr>
                <w:sz w:val="20"/>
              </w:rPr>
              <w:t xml:space="preserve"> </w:t>
            </w:r>
            <w:proofErr w:type="spellStart"/>
            <w:r w:rsidRPr="00633886">
              <w:rPr>
                <w:sz w:val="20"/>
              </w:rPr>
              <w:t>producătorului</w:t>
            </w:r>
            <w:proofErr w:type="spellEnd"/>
            <w:r w:rsidRPr="00633886">
              <w:rPr>
                <w:sz w:val="20"/>
              </w:rPr>
              <w:t xml:space="preserve"> </w:t>
            </w:r>
            <w:proofErr w:type="spellStart"/>
            <w:r w:rsidRPr="00633886">
              <w:rPr>
                <w:sz w:val="20"/>
              </w:rPr>
              <w:t>pentru</w:t>
            </w:r>
            <w:proofErr w:type="spellEnd"/>
            <w:r w:rsidRPr="00633886">
              <w:rPr>
                <w:sz w:val="20"/>
              </w:rPr>
              <w:t xml:space="preserve"> </w:t>
            </w:r>
            <w:proofErr w:type="spellStart"/>
            <w:r w:rsidRPr="00633886">
              <w:rPr>
                <w:sz w:val="20"/>
              </w:rPr>
              <w:t>echipamentele</w:t>
            </w:r>
            <w:proofErr w:type="spellEnd"/>
            <w:r w:rsidRPr="00633886">
              <w:rPr>
                <w:sz w:val="20"/>
              </w:rPr>
              <w:t xml:space="preserve"> de </w:t>
            </w:r>
            <w:proofErr w:type="spellStart"/>
            <w:r w:rsidRPr="00633886">
              <w:rPr>
                <w:sz w:val="20"/>
              </w:rPr>
              <w:t>rețea</w:t>
            </w:r>
            <w:proofErr w:type="spellEnd"/>
            <w:r w:rsidRPr="00633886">
              <w:rPr>
                <w:sz w:val="20"/>
              </w:rPr>
              <w:t xml:space="preserve"> Fortinet, </w:t>
            </w:r>
            <w:proofErr w:type="spellStart"/>
            <w:r w:rsidRPr="00633886">
              <w:rPr>
                <w:sz w:val="20"/>
              </w:rPr>
              <w:t>pentru</w:t>
            </w:r>
            <w:proofErr w:type="spellEnd"/>
            <w:r w:rsidRPr="00633886">
              <w:rPr>
                <w:sz w:val="20"/>
              </w:rPr>
              <w:t xml:space="preserve"> </w:t>
            </w:r>
            <w:r w:rsidR="00F52EE4">
              <w:rPr>
                <w:sz w:val="20"/>
              </w:rPr>
              <w:t>12</w:t>
            </w:r>
            <w:r w:rsidRPr="00633886">
              <w:rPr>
                <w:sz w:val="20"/>
              </w:rPr>
              <w:t xml:space="preserve"> </w:t>
            </w:r>
            <w:proofErr w:type="spellStart"/>
            <w:r w:rsidRPr="00633886">
              <w:rPr>
                <w:sz w:val="20"/>
              </w:rPr>
              <w:t>luni</w:t>
            </w:r>
            <w:proofErr w:type="spellEnd"/>
          </w:p>
        </w:tc>
        <w:tc>
          <w:tcPr>
            <w:tcW w:w="1134" w:type="dxa"/>
          </w:tcPr>
          <w:p w14:paraId="211E7470" w14:textId="77777777" w:rsidR="00DE534A" w:rsidRPr="00633886" w:rsidRDefault="00DD364D">
            <w:r w:rsidRPr="00633886">
              <w:rPr>
                <w:sz w:val="22"/>
              </w:rPr>
              <w:t>serviciu / abonament</w:t>
            </w:r>
          </w:p>
        </w:tc>
        <w:tc>
          <w:tcPr>
            <w:tcW w:w="1020" w:type="dxa"/>
          </w:tcPr>
          <w:p w14:paraId="2865B824" w14:textId="77777777" w:rsidR="00DE534A" w:rsidRPr="00633886" w:rsidRDefault="00DD364D">
            <w:r w:rsidRPr="00633886">
              <w:rPr>
                <w:sz w:val="22"/>
              </w:rPr>
              <w:t>1</w:t>
            </w:r>
          </w:p>
        </w:tc>
        <w:tc>
          <w:tcPr>
            <w:tcW w:w="1304" w:type="dxa"/>
          </w:tcPr>
          <w:p w14:paraId="6156138B" w14:textId="77777777" w:rsidR="009B51DE" w:rsidRPr="00633886" w:rsidRDefault="009B51DE" w:rsidP="005D727D">
            <w:pPr>
              <w:rPr>
                <w:rFonts w:cs="Times New Roman"/>
                <w:sz w:val="22"/>
              </w:rPr>
            </w:pPr>
          </w:p>
        </w:tc>
        <w:tc>
          <w:tcPr>
            <w:tcW w:w="1304" w:type="dxa"/>
          </w:tcPr>
          <w:p w14:paraId="3E38ACDD" w14:textId="77777777" w:rsidR="009B51DE" w:rsidRPr="00633886" w:rsidRDefault="009B51DE" w:rsidP="005D727D">
            <w:pPr>
              <w:rPr>
                <w:rFonts w:cs="Times New Roman"/>
                <w:sz w:val="22"/>
              </w:rPr>
            </w:pPr>
          </w:p>
        </w:tc>
        <w:tc>
          <w:tcPr>
            <w:tcW w:w="1247" w:type="dxa"/>
          </w:tcPr>
          <w:p w14:paraId="1F4C6D4F" w14:textId="77777777" w:rsidR="009B51DE" w:rsidRPr="00633886" w:rsidRDefault="009B51DE" w:rsidP="005D727D">
            <w:pPr>
              <w:rPr>
                <w:rFonts w:cs="Times New Roman"/>
                <w:sz w:val="22"/>
              </w:rPr>
            </w:pPr>
          </w:p>
        </w:tc>
        <w:tc>
          <w:tcPr>
            <w:tcW w:w="1247" w:type="dxa"/>
          </w:tcPr>
          <w:p w14:paraId="520A2D11" w14:textId="77777777" w:rsidR="009B51DE" w:rsidRPr="00633886" w:rsidRDefault="009B51DE" w:rsidP="005D727D">
            <w:pPr>
              <w:rPr>
                <w:rFonts w:cs="Times New Roman"/>
                <w:sz w:val="22"/>
              </w:rPr>
            </w:pPr>
          </w:p>
        </w:tc>
        <w:tc>
          <w:tcPr>
            <w:tcW w:w="1814" w:type="dxa"/>
          </w:tcPr>
          <w:p w14:paraId="6B6FB5F2" w14:textId="77777777" w:rsidR="00DE534A" w:rsidRPr="00633886" w:rsidRDefault="00DD364D">
            <w:r w:rsidRPr="00633886">
              <w:rPr>
                <w:sz w:val="22"/>
              </w:rPr>
              <w:t>maximum 5 zile lucrătoare de la intrarea în vigoare a contractului</w:t>
            </w:r>
          </w:p>
        </w:tc>
        <w:tc>
          <w:tcPr>
            <w:tcW w:w="907" w:type="dxa"/>
          </w:tcPr>
          <w:p w14:paraId="37A3FDC6" w14:textId="77777777" w:rsidR="009B51DE" w:rsidRPr="00633886" w:rsidRDefault="009B51DE" w:rsidP="005D727D">
            <w:pPr>
              <w:rPr>
                <w:rFonts w:cs="Times New Roman"/>
                <w:sz w:val="22"/>
              </w:rPr>
            </w:pPr>
          </w:p>
        </w:tc>
      </w:tr>
      <w:tr w:rsidR="009B51DE" w:rsidRPr="00633886" w14:paraId="2F76BCFF" w14:textId="77777777" w:rsidTr="00867DB5">
        <w:trPr>
          <w:jc w:val="center"/>
        </w:trPr>
        <w:tc>
          <w:tcPr>
            <w:tcW w:w="1696" w:type="dxa"/>
          </w:tcPr>
          <w:p w14:paraId="4DD40E04" w14:textId="77777777" w:rsidR="009B51DE" w:rsidRPr="00633886" w:rsidRDefault="00D35CCB" w:rsidP="005D727D">
            <w:pPr>
              <w:rPr>
                <w:rFonts w:cs="Times New Roman"/>
                <w:sz w:val="22"/>
              </w:rPr>
            </w:pPr>
            <w:r w:rsidRPr="00633886">
              <w:rPr>
                <w:rFonts w:cs="Times New Roman"/>
                <w:sz w:val="22"/>
              </w:rPr>
              <w:t>Total lot 1</w:t>
            </w:r>
          </w:p>
        </w:tc>
        <w:tc>
          <w:tcPr>
            <w:tcW w:w="1708" w:type="dxa"/>
          </w:tcPr>
          <w:p w14:paraId="5B2A7B34" w14:textId="77777777" w:rsidR="009B51DE" w:rsidRPr="00633886" w:rsidRDefault="009B51DE" w:rsidP="005D727D">
            <w:pPr>
              <w:rPr>
                <w:rFonts w:cs="Times New Roman"/>
                <w:sz w:val="22"/>
              </w:rPr>
            </w:pPr>
          </w:p>
        </w:tc>
        <w:tc>
          <w:tcPr>
            <w:tcW w:w="1134" w:type="dxa"/>
          </w:tcPr>
          <w:p w14:paraId="07C56C3C" w14:textId="77777777" w:rsidR="009B51DE" w:rsidRPr="00633886" w:rsidRDefault="009B51DE" w:rsidP="005D727D">
            <w:pPr>
              <w:rPr>
                <w:rFonts w:cs="Times New Roman"/>
                <w:sz w:val="22"/>
              </w:rPr>
            </w:pPr>
          </w:p>
        </w:tc>
        <w:tc>
          <w:tcPr>
            <w:tcW w:w="1020" w:type="dxa"/>
          </w:tcPr>
          <w:p w14:paraId="3BD5F451" w14:textId="77777777" w:rsidR="009B51DE" w:rsidRPr="00633886" w:rsidRDefault="009B51DE" w:rsidP="005D727D">
            <w:pPr>
              <w:rPr>
                <w:rFonts w:cs="Times New Roman"/>
                <w:sz w:val="22"/>
              </w:rPr>
            </w:pPr>
          </w:p>
        </w:tc>
        <w:tc>
          <w:tcPr>
            <w:tcW w:w="1304" w:type="dxa"/>
          </w:tcPr>
          <w:p w14:paraId="1A0A9BF3" w14:textId="77777777" w:rsidR="009B51DE" w:rsidRPr="00633886" w:rsidRDefault="009B51DE" w:rsidP="005D727D">
            <w:pPr>
              <w:rPr>
                <w:rFonts w:cs="Times New Roman"/>
                <w:sz w:val="22"/>
              </w:rPr>
            </w:pPr>
          </w:p>
        </w:tc>
        <w:tc>
          <w:tcPr>
            <w:tcW w:w="1304" w:type="dxa"/>
          </w:tcPr>
          <w:p w14:paraId="240D688F" w14:textId="77777777" w:rsidR="009B51DE" w:rsidRPr="00633886" w:rsidRDefault="009B51DE" w:rsidP="005D727D">
            <w:pPr>
              <w:rPr>
                <w:rFonts w:cs="Times New Roman"/>
                <w:sz w:val="22"/>
              </w:rPr>
            </w:pPr>
          </w:p>
        </w:tc>
        <w:tc>
          <w:tcPr>
            <w:tcW w:w="1247" w:type="dxa"/>
          </w:tcPr>
          <w:p w14:paraId="31710107" w14:textId="77777777" w:rsidR="009B51DE" w:rsidRPr="00633886" w:rsidRDefault="009B51DE" w:rsidP="005D727D">
            <w:pPr>
              <w:rPr>
                <w:rFonts w:cs="Times New Roman"/>
                <w:sz w:val="22"/>
              </w:rPr>
            </w:pPr>
          </w:p>
        </w:tc>
        <w:tc>
          <w:tcPr>
            <w:tcW w:w="1247" w:type="dxa"/>
          </w:tcPr>
          <w:p w14:paraId="57414388" w14:textId="77777777" w:rsidR="009B51DE" w:rsidRPr="00633886" w:rsidRDefault="009B51DE" w:rsidP="005D727D">
            <w:pPr>
              <w:rPr>
                <w:rFonts w:cs="Times New Roman"/>
                <w:sz w:val="22"/>
              </w:rPr>
            </w:pPr>
          </w:p>
        </w:tc>
        <w:tc>
          <w:tcPr>
            <w:tcW w:w="1814" w:type="dxa"/>
          </w:tcPr>
          <w:p w14:paraId="7DC89803" w14:textId="77777777" w:rsidR="009B51DE" w:rsidRPr="00633886" w:rsidRDefault="009B51DE" w:rsidP="005D727D">
            <w:pPr>
              <w:rPr>
                <w:rFonts w:cs="Times New Roman"/>
                <w:sz w:val="22"/>
              </w:rPr>
            </w:pPr>
          </w:p>
        </w:tc>
        <w:tc>
          <w:tcPr>
            <w:tcW w:w="907" w:type="dxa"/>
          </w:tcPr>
          <w:p w14:paraId="137CA29B" w14:textId="77777777" w:rsidR="009B51DE" w:rsidRPr="00633886" w:rsidRDefault="009B51DE" w:rsidP="005D727D">
            <w:pPr>
              <w:rPr>
                <w:rFonts w:cs="Times New Roman"/>
                <w:sz w:val="22"/>
              </w:rPr>
            </w:pPr>
          </w:p>
        </w:tc>
      </w:tr>
      <w:tr w:rsidR="009B51DE" w:rsidRPr="00633886" w14:paraId="1B7A3684" w14:textId="77777777" w:rsidTr="00867DB5">
        <w:trPr>
          <w:jc w:val="center"/>
        </w:trPr>
        <w:tc>
          <w:tcPr>
            <w:tcW w:w="1696" w:type="dxa"/>
          </w:tcPr>
          <w:p w14:paraId="793D4E50" w14:textId="77777777" w:rsidR="009B51DE" w:rsidRPr="00633886" w:rsidRDefault="00D35CCB" w:rsidP="005D727D">
            <w:pPr>
              <w:rPr>
                <w:rFonts w:cs="Times New Roman"/>
                <w:sz w:val="22"/>
              </w:rPr>
            </w:pPr>
            <w:r w:rsidRPr="00633886">
              <w:rPr>
                <w:rFonts w:cs="Times New Roman"/>
                <w:sz w:val="22"/>
              </w:rPr>
              <w:t>TOTAL</w:t>
            </w:r>
          </w:p>
        </w:tc>
        <w:tc>
          <w:tcPr>
            <w:tcW w:w="1708" w:type="dxa"/>
          </w:tcPr>
          <w:p w14:paraId="3FF23E6F" w14:textId="77777777" w:rsidR="009B51DE" w:rsidRPr="00633886" w:rsidRDefault="009B51DE" w:rsidP="005D727D">
            <w:pPr>
              <w:rPr>
                <w:rFonts w:cs="Times New Roman"/>
                <w:sz w:val="22"/>
              </w:rPr>
            </w:pPr>
          </w:p>
        </w:tc>
        <w:tc>
          <w:tcPr>
            <w:tcW w:w="1134" w:type="dxa"/>
          </w:tcPr>
          <w:p w14:paraId="4B520D67" w14:textId="77777777" w:rsidR="009B51DE" w:rsidRPr="00633886" w:rsidRDefault="009B51DE" w:rsidP="005D727D">
            <w:pPr>
              <w:rPr>
                <w:rFonts w:cs="Times New Roman"/>
                <w:sz w:val="22"/>
              </w:rPr>
            </w:pPr>
          </w:p>
        </w:tc>
        <w:tc>
          <w:tcPr>
            <w:tcW w:w="1020" w:type="dxa"/>
          </w:tcPr>
          <w:p w14:paraId="25D90388" w14:textId="77777777" w:rsidR="009B51DE" w:rsidRPr="00633886" w:rsidRDefault="009B51DE" w:rsidP="005D727D">
            <w:pPr>
              <w:rPr>
                <w:rFonts w:cs="Times New Roman"/>
                <w:sz w:val="22"/>
              </w:rPr>
            </w:pPr>
          </w:p>
        </w:tc>
        <w:tc>
          <w:tcPr>
            <w:tcW w:w="1304" w:type="dxa"/>
          </w:tcPr>
          <w:p w14:paraId="11694D74" w14:textId="77777777" w:rsidR="009B51DE" w:rsidRPr="00633886" w:rsidRDefault="009B51DE" w:rsidP="005D727D">
            <w:pPr>
              <w:rPr>
                <w:rFonts w:cs="Times New Roman"/>
                <w:sz w:val="22"/>
              </w:rPr>
            </w:pPr>
          </w:p>
        </w:tc>
        <w:tc>
          <w:tcPr>
            <w:tcW w:w="1304" w:type="dxa"/>
          </w:tcPr>
          <w:p w14:paraId="0FCD14D7" w14:textId="77777777" w:rsidR="009B51DE" w:rsidRPr="00633886" w:rsidRDefault="009B51DE" w:rsidP="005D727D">
            <w:pPr>
              <w:rPr>
                <w:rFonts w:cs="Times New Roman"/>
                <w:sz w:val="22"/>
              </w:rPr>
            </w:pPr>
          </w:p>
        </w:tc>
        <w:tc>
          <w:tcPr>
            <w:tcW w:w="1247" w:type="dxa"/>
          </w:tcPr>
          <w:p w14:paraId="49A52A56" w14:textId="77777777" w:rsidR="009B51DE" w:rsidRPr="00633886" w:rsidRDefault="009B51DE" w:rsidP="005D727D">
            <w:pPr>
              <w:rPr>
                <w:rFonts w:cs="Times New Roman"/>
                <w:sz w:val="22"/>
              </w:rPr>
            </w:pPr>
          </w:p>
        </w:tc>
        <w:tc>
          <w:tcPr>
            <w:tcW w:w="1247" w:type="dxa"/>
          </w:tcPr>
          <w:p w14:paraId="605601DA" w14:textId="77777777" w:rsidR="009B51DE" w:rsidRPr="00633886" w:rsidRDefault="009B51DE" w:rsidP="005D727D">
            <w:pPr>
              <w:rPr>
                <w:rFonts w:cs="Times New Roman"/>
                <w:sz w:val="22"/>
              </w:rPr>
            </w:pPr>
          </w:p>
        </w:tc>
        <w:tc>
          <w:tcPr>
            <w:tcW w:w="1814" w:type="dxa"/>
          </w:tcPr>
          <w:p w14:paraId="5E91F584" w14:textId="77777777" w:rsidR="009B51DE" w:rsidRPr="00633886" w:rsidRDefault="009B51DE" w:rsidP="005D727D">
            <w:pPr>
              <w:rPr>
                <w:rFonts w:cs="Times New Roman"/>
                <w:sz w:val="22"/>
              </w:rPr>
            </w:pPr>
          </w:p>
        </w:tc>
        <w:tc>
          <w:tcPr>
            <w:tcW w:w="907" w:type="dxa"/>
          </w:tcPr>
          <w:p w14:paraId="2084A352" w14:textId="77777777" w:rsidR="009B51DE" w:rsidRPr="00633886" w:rsidRDefault="009B51DE" w:rsidP="005D727D">
            <w:pPr>
              <w:rPr>
                <w:rFonts w:cs="Times New Roman"/>
                <w:sz w:val="22"/>
              </w:rPr>
            </w:pPr>
          </w:p>
        </w:tc>
      </w:tr>
    </w:tbl>
    <w:p w14:paraId="3A8A227F" w14:textId="77777777" w:rsidR="009B51DE" w:rsidRPr="00633886" w:rsidRDefault="00D35CCB" w:rsidP="005D727D">
      <w:pPr>
        <w:rPr>
          <w:rFonts w:cs="Times New Roman"/>
          <w:sz w:val="22"/>
        </w:rPr>
      </w:pPr>
      <w:proofErr w:type="spellStart"/>
      <w:proofErr w:type="gramStart"/>
      <w:r w:rsidRPr="00633886">
        <w:rPr>
          <w:rFonts w:cs="Times New Roman"/>
          <w:sz w:val="22"/>
        </w:rPr>
        <w:t>Semnat</w:t>
      </w:r>
      <w:proofErr w:type="spellEnd"/>
      <w:r w:rsidRPr="00633886">
        <w:rPr>
          <w:rFonts w:cs="Times New Roman"/>
          <w:sz w:val="22"/>
        </w:rPr>
        <w:t>:_</w:t>
      </w:r>
      <w:proofErr w:type="gramEnd"/>
      <w:r w:rsidRPr="00633886">
        <w:rPr>
          <w:rFonts w:cs="Times New Roman"/>
          <w:sz w:val="22"/>
        </w:rPr>
        <w:t xml:space="preserve">______________ </w:t>
      </w:r>
      <w:proofErr w:type="spellStart"/>
      <w:r w:rsidRPr="00633886">
        <w:rPr>
          <w:rFonts w:cs="Times New Roman"/>
          <w:sz w:val="22"/>
        </w:rPr>
        <w:t>Numele</w:t>
      </w:r>
      <w:proofErr w:type="spellEnd"/>
      <w:r w:rsidRPr="00633886">
        <w:rPr>
          <w:rFonts w:cs="Times New Roman"/>
          <w:sz w:val="22"/>
        </w:rPr>
        <w:t xml:space="preserve">, </w:t>
      </w:r>
      <w:proofErr w:type="spellStart"/>
      <w:r w:rsidRPr="00633886">
        <w:rPr>
          <w:rFonts w:cs="Times New Roman"/>
          <w:sz w:val="22"/>
        </w:rPr>
        <w:t>Prenumele</w:t>
      </w:r>
      <w:proofErr w:type="spellEnd"/>
      <w:r w:rsidRPr="00633886">
        <w:rPr>
          <w:rFonts w:cs="Times New Roman"/>
          <w:sz w:val="22"/>
        </w:rPr>
        <w:t xml:space="preserve">:_____________________________ </w:t>
      </w:r>
      <w:proofErr w:type="spellStart"/>
      <w:r w:rsidRPr="00633886">
        <w:rPr>
          <w:rFonts w:cs="Times New Roman"/>
          <w:sz w:val="22"/>
        </w:rPr>
        <w:t>În</w:t>
      </w:r>
      <w:proofErr w:type="spellEnd"/>
      <w:r w:rsidRPr="00633886">
        <w:rPr>
          <w:rFonts w:cs="Times New Roman"/>
          <w:sz w:val="22"/>
        </w:rPr>
        <w:t xml:space="preserve"> calitate de: ______________</w:t>
      </w:r>
    </w:p>
    <w:p w14:paraId="605A32FC" w14:textId="77777777" w:rsidR="009B51DE" w:rsidRPr="005D727D" w:rsidRDefault="00D35CCB" w:rsidP="005D727D">
      <w:pPr>
        <w:rPr>
          <w:rFonts w:cs="Times New Roman"/>
          <w:sz w:val="22"/>
        </w:rPr>
      </w:pPr>
      <w:r w:rsidRPr="00633886">
        <w:rPr>
          <w:rFonts w:cs="Times New Roman"/>
          <w:sz w:val="22"/>
        </w:rPr>
        <w:t>Ofertantul: ___________________ Adresa: ________________________________________________________</w:t>
      </w:r>
    </w:p>
    <w:sectPr w:rsidR="009B51DE" w:rsidRPr="005D727D" w:rsidSect="00AE4D39">
      <w:pgSz w:w="16838" w:h="11906" w:orient="landscape"/>
      <w:pgMar w:top="28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0CE7C35"/>
    <w:multiLevelType w:val="multilevel"/>
    <w:tmpl w:val="C34A8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C421ED"/>
    <w:multiLevelType w:val="multilevel"/>
    <w:tmpl w:val="6278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DF4ED8"/>
    <w:multiLevelType w:val="multilevel"/>
    <w:tmpl w:val="E490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815CCC"/>
    <w:multiLevelType w:val="multilevel"/>
    <w:tmpl w:val="B386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404668"/>
    <w:multiLevelType w:val="multilevel"/>
    <w:tmpl w:val="99F0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B3BDE"/>
    <w:multiLevelType w:val="multilevel"/>
    <w:tmpl w:val="FDCA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85AB9"/>
    <w:multiLevelType w:val="multilevel"/>
    <w:tmpl w:val="8AE8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EE4F0E"/>
    <w:multiLevelType w:val="multilevel"/>
    <w:tmpl w:val="18D0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1B0DDD"/>
    <w:multiLevelType w:val="multilevel"/>
    <w:tmpl w:val="0D7C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F01A49"/>
    <w:multiLevelType w:val="multilevel"/>
    <w:tmpl w:val="46B4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CB3178"/>
    <w:multiLevelType w:val="multilevel"/>
    <w:tmpl w:val="1188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F2AE9"/>
    <w:multiLevelType w:val="multilevel"/>
    <w:tmpl w:val="B04A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EB6DD2"/>
    <w:multiLevelType w:val="multilevel"/>
    <w:tmpl w:val="C526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2C6E27"/>
    <w:multiLevelType w:val="multilevel"/>
    <w:tmpl w:val="2B52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7A75FA"/>
    <w:multiLevelType w:val="multilevel"/>
    <w:tmpl w:val="A7B8D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45D35"/>
    <w:multiLevelType w:val="multilevel"/>
    <w:tmpl w:val="E3DA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1B484C"/>
    <w:multiLevelType w:val="multilevel"/>
    <w:tmpl w:val="9950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89233E"/>
    <w:multiLevelType w:val="multilevel"/>
    <w:tmpl w:val="645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DD4BAB"/>
    <w:multiLevelType w:val="multilevel"/>
    <w:tmpl w:val="42EC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FC73DD"/>
    <w:multiLevelType w:val="multilevel"/>
    <w:tmpl w:val="55A2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3D4442"/>
    <w:multiLevelType w:val="multilevel"/>
    <w:tmpl w:val="A12A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B41B73"/>
    <w:multiLevelType w:val="multilevel"/>
    <w:tmpl w:val="6ECA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D04304"/>
    <w:multiLevelType w:val="multilevel"/>
    <w:tmpl w:val="610E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620C10"/>
    <w:multiLevelType w:val="multilevel"/>
    <w:tmpl w:val="F6E2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BC23D0"/>
    <w:multiLevelType w:val="multilevel"/>
    <w:tmpl w:val="1E96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DE1E5E"/>
    <w:multiLevelType w:val="multilevel"/>
    <w:tmpl w:val="5BC8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E37BAF"/>
    <w:multiLevelType w:val="multilevel"/>
    <w:tmpl w:val="9886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0C11AB"/>
    <w:multiLevelType w:val="multilevel"/>
    <w:tmpl w:val="0F9E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E53CB0"/>
    <w:multiLevelType w:val="multilevel"/>
    <w:tmpl w:val="F19A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57670A"/>
    <w:multiLevelType w:val="multilevel"/>
    <w:tmpl w:val="7E0A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563401"/>
    <w:multiLevelType w:val="multilevel"/>
    <w:tmpl w:val="925E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E1F03"/>
    <w:multiLevelType w:val="multilevel"/>
    <w:tmpl w:val="E12E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0A29B6"/>
    <w:multiLevelType w:val="multilevel"/>
    <w:tmpl w:val="BE9A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F77C34"/>
    <w:multiLevelType w:val="multilevel"/>
    <w:tmpl w:val="6170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033148"/>
    <w:multiLevelType w:val="multilevel"/>
    <w:tmpl w:val="A842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235648"/>
    <w:multiLevelType w:val="multilevel"/>
    <w:tmpl w:val="9D20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3D166E"/>
    <w:multiLevelType w:val="multilevel"/>
    <w:tmpl w:val="469E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31439A"/>
    <w:multiLevelType w:val="multilevel"/>
    <w:tmpl w:val="39CA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5F3D80"/>
    <w:multiLevelType w:val="multilevel"/>
    <w:tmpl w:val="1ECA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43"/>
  </w:num>
  <w:num w:numId="12">
    <w:abstractNumId w:val="44"/>
  </w:num>
  <w:num w:numId="13">
    <w:abstractNumId w:val="15"/>
  </w:num>
  <w:num w:numId="14">
    <w:abstractNumId w:val="36"/>
  </w:num>
  <w:num w:numId="15">
    <w:abstractNumId w:val="20"/>
  </w:num>
  <w:num w:numId="16">
    <w:abstractNumId w:val="32"/>
  </w:num>
  <w:num w:numId="17">
    <w:abstractNumId w:val="31"/>
  </w:num>
  <w:num w:numId="18">
    <w:abstractNumId w:val="39"/>
  </w:num>
  <w:num w:numId="19">
    <w:abstractNumId w:val="21"/>
  </w:num>
  <w:num w:numId="20">
    <w:abstractNumId w:val="10"/>
  </w:num>
  <w:num w:numId="21">
    <w:abstractNumId w:val="18"/>
  </w:num>
  <w:num w:numId="22">
    <w:abstractNumId w:val="19"/>
  </w:num>
  <w:num w:numId="23">
    <w:abstractNumId w:val="41"/>
  </w:num>
  <w:num w:numId="24">
    <w:abstractNumId w:val="37"/>
  </w:num>
  <w:num w:numId="25">
    <w:abstractNumId w:val="28"/>
  </w:num>
  <w:num w:numId="26">
    <w:abstractNumId w:val="30"/>
  </w:num>
  <w:num w:numId="27">
    <w:abstractNumId w:val="35"/>
  </w:num>
  <w:num w:numId="28">
    <w:abstractNumId w:val="47"/>
  </w:num>
  <w:num w:numId="29">
    <w:abstractNumId w:val="24"/>
  </w:num>
  <w:num w:numId="30">
    <w:abstractNumId w:val="16"/>
  </w:num>
  <w:num w:numId="31">
    <w:abstractNumId w:val="22"/>
  </w:num>
  <w:num w:numId="32">
    <w:abstractNumId w:val="12"/>
  </w:num>
  <w:num w:numId="33">
    <w:abstractNumId w:val="14"/>
  </w:num>
  <w:num w:numId="34">
    <w:abstractNumId w:val="25"/>
  </w:num>
  <w:num w:numId="35">
    <w:abstractNumId w:val="17"/>
  </w:num>
  <w:num w:numId="36">
    <w:abstractNumId w:val="23"/>
  </w:num>
  <w:num w:numId="37">
    <w:abstractNumId w:val="26"/>
  </w:num>
  <w:num w:numId="38">
    <w:abstractNumId w:val="42"/>
  </w:num>
  <w:num w:numId="39">
    <w:abstractNumId w:val="33"/>
  </w:num>
  <w:num w:numId="40">
    <w:abstractNumId w:val="40"/>
  </w:num>
  <w:num w:numId="41">
    <w:abstractNumId w:val="34"/>
  </w:num>
  <w:num w:numId="42">
    <w:abstractNumId w:val="45"/>
  </w:num>
  <w:num w:numId="43">
    <w:abstractNumId w:val="38"/>
  </w:num>
  <w:num w:numId="44">
    <w:abstractNumId w:val="27"/>
  </w:num>
  <w:num w:numId="45">
    <w:abstractNumId w:val="9"/>
  </w:num>
  <w:num w:numId="46">
    <w:abstractNumId w:val="29"/>
  </w:num>
  <w:num w:numId="47">
    <w:abstractNumId w:val="46"/>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104"/>
    <w:rsid w:val="000E15D7"/>
    <w:rsid w:val="0015074B"/>
    <w:rsid w:val="0029639D"/>
    <w:rsid w:val="00324C53"/>
    <w:rsid w:val="00326F90"/>
    <w:rsid w:val="00367181"/>
    <w:rsid w:val="004A5B52"/>
    <w:rsid w:val="004C2680"/>
    <w:rsid w:val="004D4CF8"/>
    <w:rsid w:val="00503095"/>
    <w:rsid w:val="005D727D"/>
    <w:rsid w:val="00633886"/>
    <w:rsid w:val="00657B4B"/>
    <w:rsid w:val="006D7366"/>
    <w:rsid w:val="006F3B77"/>
    <w:rsid w:val="00725C5D"/>
    <w:rsid w:val="0084253A"/>
    <w:rsid w:val="00867DB5"/>
    <w:rsid w:val="008D59BC"/>
    <w:rsid w:val="009B51DE"/>
    <w:rsid w:val="00A40993"/>
    <w:rsid w:val="00AA1D8D"/>
    <w:rsid w:val="00AC7ACE"/>
    <w:rsid w:val="00AE4D39"/>
    <w:rsid w:val="00B47730"/>
    <w:rsid w:val="00BD787D"/>
    <w:rsid w:val="00CB0664"/>
    <w:rsid w:val="00D207ED"/>
    <w:rsid w:val="00D35CCB"/>
    <w:rsid w:val="00DD364D"/>
    <w:rsid w:val="00DE534A"/>
    <w:rsid w:val="00F52EE4"/>
    <w:rsid w:val="00FC693F"/>
    <w:rsid w:val="00FF61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FEC763"/>
  <w14:defaultImageDpi w14:val="300"/>
  <w15:docId w15:val="{5FEAA8D5-4541-42F2-9A77-51D40248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0B79B-2AE3-4859-84DF-2551D945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4121</Words>
  <Characters>23495</Characters>
  <Application>Microsoft Office Word</Application>
  <DocSecurity>0</DocSecurity>
  <Lines>195</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27561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2</cp:revision>
  <dcterms:created xsi:type="dcterms:W3CDTF">2026-08-21T13:19:00Z</dcterms:created>
  <dcterms:modified xsi:type="dcterms:W3CDTF">2026-08-21T13:19:00Z</dcterms:modified>
  <cp:category/>
</cp:coreProperties>
</file>