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FBC1B" w14:textId="06B66D5E" w:rsidR="000924A6" w:rsidRPr="00F16025" w:rsidRDefault="000924A6" w:rsidP="000924A6">
      <w:pPr>
        <w:pStyle w:val="1"/>
        <w:spacing w:before="120"/>
        <w:jc w:val="right"/>
        <w:rPr>
          <w:rFonts w:ascii="Times New Roman" w:hAnsi="Times New Roman" w:cs="Times New Roman"/>
          <w:color w:val="auto"/>
          <w:sz w:val="24"/>
          <w:szCs w:val="24"/>
        </w:rPr>
      </w:pPr>
      <w:r w:rsidRPr="00F16025">
        <w:rPr>
          <w:rFonts w:ascii="Times New Roman" w:hAnsi="Times New Roman" w:cs="Times New Roman"/>
          <w:color w:val="auto"/>
          <w:sz w:val="24"/>
          <w:szCs w:val="24"/>
        </w:rPr>
        <w:t>APROBAT:</w:t>
      </w:r>
      <w:r w:rsidRPr="00F16025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DFF3FBE" w14:textId="14FB45EE" w:rsidR="000924A6" w:rsidRPr="00F16025" w:rsidRDefault="000924A6" w:rsidP="00F16025">
      <w:pPr>
        <w:pStyle w:val="a9"/>
        <w:rPr>
          <w:b/>
          <w:sz w:val="24"/>
          <w:szCs w:val="24"/>
        </w:rPr>
      </w:pPr>
      <w:r w:rsidRPr="00F16025">
        <w:t xml:space="preserve">                                                                                                    </w:t>
      </w:r>
      <w:proofErr w:type="spellStart"/>
      <w:r w:rsidRPr="00F16025">
        <w:rPr>
          <w:b/>
          <w:sz w:val="24"/>
          <w:szCs w:val="24"/>
        </w:rPr>
        <w:t>Veaceslav</w:t>
      </w:r>
      <w:proofErr w:type="spellEnd"/>
      <w:r w:rsidRPr="00F16025">
        <w:rPr>
          <w:b/>
          <w:sz w:val="24"/>
          <w:szCs w:val="24"/>
        </w:rPr>
        <w:t xml:space="preserve"> </w:t>
      </w:r>
      <w:proofErr w:type="spellStart"/>
      <w:r w:rsidRPr="00F16025">
        <w:rPr>
          <w:b/>
          <w:sz w:val="24"/>
          <w:szCs w:val="24"/>
        </w:rPr>
        <w:t>Rusnac</w:t>
      </w:r>
      <w:proofErr w:type="spellEnd"/>
      <w:r w:rsidRPr="00F16025">
        <w:rPr>
          <w:b/>
          <w:sz w:val="24"/>
          <w:szCs w:val="24"/>
        </w:rPr>
        <w:t xml:space="preserve">, </w:t>
      </w:r>
      <w:r w:rsidRPr="00F16025">
        <w:rPr>
          <w:b/>
          <w:sz w:val="24"/>
          <w:szCs w:val="24"/>
        </w:rPr>
        <w:t>__________________</w:t>
      </w:r>
    </w:p>
    <w:p w14:paraId="2620ED6B" w14:textId="77777777" w:rsidR="00F16025" w:rsidRDefault="000924A6" w:rsidP="00F16025">
      <w:pPr>
        <w:pStyle w:val="a9"/>
        <w:rPr>
          <w:b/>
          <w:sz w:val="24"/>
          <w:szCs w:val="24"/>
        </w:rPr>
      </w:pPr>
      <w:r w:rsidRPr="00F16025">
        <w:rPr>
          <w:b/>
          <w:sz w:val="24"/>
          <w:szCs w:val="24"/>
        </w:rPr>
        <w:t xml:space="preserve">                                                                        </w:t>
      </w:r>
      <w:r w:rsidRPr="00F16025">
        <w:rPr>
          <w:b/>
          <w:sz w:val="24"/>
          <w:szCs w:val="24"/>
        </w:rPr>
        <w:t xml:space="preserve">       </w:t>
      </w:r>
      <w:r w:rsidRPr="00F16025">
        <w:rPr>
          <w:b/>
          <w:sz w:val="24"/>
          <w:szCs w:val="24"/>
        </w:rPr>
        <w:t xml:space="preserve">  </w:t>
      </w:r>
      <w:r w:rsidR="00F16025">
        <w:rPr>
          <w:b/>
          <w:sz w:val="24"/>
          <w:szCs w:val="24"/>
        </w:rPr>
        <w:t xml:space="preserve">           </w:t>
      </w:r>
    </w:p>
    <w:p w14:paraId="3B1E56A8" w14:textId="4CBB0CAE" w:rsidR="000924A6" w:rsidRPr="00F16025" w:rsidRDefault="00F16025" w:rsidP="00F16025">
      <w:pPr>
        <w:pStyle w:val="a9"/>
        <w:rPr>
          <w:rFonts w:eastAsia="Times New Roman"/>
          <w:b/>
          <w:bCs/>
          <w:kern w:val="36"/>
          <w:sz w:val="24"/>
          <w:szCs w:val="24"/>
          <w:lang w:eastAsia="ru-RU"/>
        </w:rPr>
      </w:pPr>
      <w:r>
        <w:rPr>
          <w:b/>
          <w:sz w:val="24"/>
          <w:szCs w:val="24"/>
        </w:rPr>
        <w:t xml:space="preserve">                                                                                            </w:t>
      </w:r>
      <w:proofErr w:type="spellStart"/>
      <w:r w:rsidR="000924A6" w:rsidRPr="00F16025">
        <w:rPr>
          <w:b/>
          <w:sz w:val="24"/>
          <w:szCs w:val="24"/>
        </w:rPr>
        <w:t>Președintele</w:t>
      </w:r>
      <w:proofErr w:type="spellEnd"/>
      <w:r w:rsidR="000924A6" w:rsidRPr="00F16025">
        <w:rPr>
          <w:b/>
          <w:sz w:val="24"/>
          <w:szCs w:val="24"/>
        </w:rPr>
        <w:t xml:space="preserve"> </w:t>
      </w:r>
      <w:proofErr w:type="spellStart"/>
      <w:r w:rsidR="000924A6" w:rsidRPr="00F16025">
        <w:rPr>
          <w:b/>
          <w:sz w:val="24"/>
          <w:szCs w:val="24"/>
        </w:rPr>
        <w:t>raionului</w:t>
      </w:r>
      <w:proofErr w:type="spellEnd"/>
      <w:r w:rsidR="000924A6" w:rsidRPr="00F16025">
        <w:rPr>
          <w:b/>
          <w:sz w:val="24"/>
          <w:szCs w:val="24"/>
        </w:rPr>
        <w:t xml:space="preserve"> </w:t>
      </w:r>
      <w:proofErr w:type="spellStart"/>
      <w:r w:rsidR="000924A6" w:rsidRPr="00F16025">
        <w:rPr>
          <w:b/>
          <w:sz w:val="24"/>
          <w:szCs w:val="24"/>
        </w:rPr>
        <w:t>Soroca</w:t>
      </w:r>
      <w:proofErr w:type="spellEnd"/>
    </w:p>
    <w:p w14:paraId="15EF4A45" w14:textId="77777777" w:rsidR="000924A6" w:rsidRDefault="000924A6" w:rsidP="008F64C4">
      <w:pPr>
        <w:spacing w:after="0"/>
        <w:ind w:left="-284" w:right="-85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</w:p>
    <w:p w14:paraId="09CE4B69" w14:textId="23C4F709" w:rsidR="000924A6" w:rsidRPr="000924A6" w:rsidRDefault="008F64C4" w:rsidP="000924A6">
      <w:pPr>
        <w:spacing w:after="0"/>
        <w:ind w:left="-284" w:right="-858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0924A6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CAIET DE SARCINI</w:t>
      </w:r>
    </w:p>
    <w:p w14:paraId="4202957B" w14:textId="77777777" w:rsidR="008F64C4" w:rsidRDefault="008F64C4" w:rsidP="008F64C4">
      <w:pPr>
        <w:spacing w:after="0"/>
        <w:ind w:left="-284" w:right="-85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Achiziționarea</w:t>
      </w:r>
      <w:proofErr w:type="spellEnd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unei</w:t>
      </w:r>
      <w:proofErr w:type="spellEnd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Holograme</w:t>
      </w:r>
      <w:proofErr w:type="spellEnd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3D </w:t>
      </w: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pentru</w:t>
      </w:r>
      <w:proofErr w:type="spellEnd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Cetatea</w:t>
      </w:r>
      <w:proofErr w:type="spellEnd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0924A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Soroca</w:t>
      </w:r>
      <w:proofErr w:type="spellEnd"/>
    </w:p>
    <w:p w14:paraId="76B81699" w14:textId="77777777" w:rsidR="008F64C4" w:rsidRPr="008F64C4" w:rsidRDefault="008F64C4" w:rsidP="008F64C4">
      <w:pPr>
        <w:spacing w:after="0"/>
        <w:ind w:left="-284" w:right="-85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82D5703" w14:textId="77777777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I. Context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justificare</w:t>
      </w:r>
      <w:proofErr w:type="spellEnd"/>
    </w:p>
    <w:p w14:paraId="7E700B4B" w14:textId="4739DA14" w:rsidR="008F64C4" w:rsidRP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Consiliul</w:t>
      </w:r>
      <w:proofErr w:type="spellEnd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Raional</w:t>
      </w:r>
      <w:proofErr w:type="spellEnd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baza</w:t>
      </w:r>
      <w:proofErr w:type="spellEnd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Acordului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de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Finanțare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încheiat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cu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Consiliul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Județean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Iași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nr</w:t>
      </w:r>
      <w:proofErr w:type="spellEnd"/>
      <w:r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. </w:t>
      </w:r>
      <w:r w:rsidR="00DD3DB1"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35286 </w:t>
      </w:r>
      <w:proofErr w:type="spellStart"/>
      <w:r w:rsidR="00DD3DB1"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și</w:t>
      </w:r>
      <w:proofErr w:type="spellEnd"/>
      <w:r w:rsidR="00DD3DB1" w:rsidRPr="00DD3DB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nr.17 din 01.09.2025</w:t>
      </w:r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i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ntenționează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să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achiziționeze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instaleze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un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3D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valorificarea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patrimoniului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cultural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istoric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al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Cetății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F42C32B" w14:textId="77777777" w:rsidR="00C84CC5" w:rsidRDefault="00C84CC5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val="ro-RO" w:eastAsia="ru-RU"/>
        </w:rPr>
      </w:pPr>
    </w:p>
    <w:p w14:paraId="2B6E2A2B" w14:textId="627AE226" w:rsidR="008F64C4" w:rsidRP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Proiectul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urmărește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</w:t>
      </w:r>
    </w:p>
    <w:p w14:paraId="3C547915" w14:textId="77777777" w:rsidR="008F64C4" w:rsidRPr="008F64C4" w:rsidRDefault="008F64C4" w:rsidP="008F64C4">
      <w:pPr>
        <w:numPr>
          <w:ilvl w:val="0"/>
          <w:numId w:val="10"/>
        </w:numPr>
        <w:spacing w:after="0"/>
        <w:ind w:left="-142" w:right="-858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Sporirea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atractivității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turistice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Cetății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utilizarea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tehnologiilor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inovative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0FB5DCB8" w14:textId="77777777" w:rsidR="008F64C4" w:rsidRPr="008F64C4" w:rsidRDefault="008F64C4" w:rsidP="008F64C4">
      <w:pPr>
        <w:numPr>
          <w:ilvl w:val="0"/>
          <w:numId w:val="10"/>
        </w:numPr>
        <w:spacing w:after="0"/>
        <w:ind w:left="-142" w:right="-858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Crearea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unei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experiențe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interactive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educative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vizitatori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integrarea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conținut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istoric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veridic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atractiv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4EE13A43" w14:textId="77777777" w:rsidR="008F64C4" w:rsidRPr="008F64C4" w:rsidRDefault="008F64C4" w:rsidP="008F64C4">
      <w:pPr>
        <w:numPr>
          <w:ilvl w:val="0"/>
          <w:numId w:val="10"/>
        </w:numPr>
        <w:spacing w:after="0"/>
        <w:ind w:left="-142" w:right="-858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Diversificarea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ofertei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creșterea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fluxului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vizitatori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locali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internaționali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3184F7C1" w14:textId="77777777" w:rsidR="008F64C4" w:rsidRDefault="008F64C4" w:rsidP="008F64C4">
      <w:pPr>
        <w:numPr>
          <w:ilvl w:val="0"/>
          <w:numId w:val="10"/>
        </w:numPr>
        <w:spacing w:after="0"/>
        <w:ind w:left="-142" w:right="-858" w:hanging="142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Promovarea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patrimoniului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cultural material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imaterial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mijloace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moderne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230B22B" w14:textId="77777777" w:rsidR="008F64C4" w:rsidRPr="008F64C4" w:rsidRDefault="008F64C4" w:rsidP="008F64C4">
      <w:pPr>
        <w:spacing w:after="0"/>
        <w:ind w:left="-142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52171AA" w14:textId="77777777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Obiectul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achiziției</w:t>
      </w:r>
      <w:proofErr w:type="spellEnd"/>
    </w:p>
    <w:p w14:paraId="7F127CB1" w14:textId="379D8F46" w:rsid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Achiziționarea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livrarea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punerea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funcțiune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unui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3D conform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specificațiilor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anexate</w:t>
      </w:r>
      <w:proofErr w:type="spellEnd"/>
      <w:r w:rsid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>anexa</w:t>
      </w:r>
      <w:proofErr w:type="spellEnd"/>
      <w:r w:rsidR="00DD3D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1)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072D30" w14:textId="77777777" w:rsid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676275" w14:textId="77777777" w:rsidR="008F64C4" w:rsidRDefault="008F64C4" w:rsidP="008F64C4">
      <w:pPr>
        <w:spacing w:after="0"/>
        <w:ind w:left="-284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III.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Descrierea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proiectului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7B27FF25" w14:textId="283D73E6" w:rsidR="008F64C4" w:rsidRPr="008F64C4" w:rsidRDefault="008F64C4" w:rsidP="008F64C4">
      <w:pPr>
        <w:spacing w:after="0"/>
        <w:ind w:left="-284" w:right="-949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Human Size cu AI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reprezintă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soluție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inovatoare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destinată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promovării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obiectivelor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turistice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raionul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Proiectul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constă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într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-un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dispozitiv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holografic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interactiv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integrat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Inteligență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Artificială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care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servește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drept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ghid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digital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vizitatori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concepută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turiștilor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utile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Cetatea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muzeele</w:t>
      </w:r>
      <w:proofErr w:type="spellEnd"/>
      <w:r w:rsidR="00C84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locale,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precum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evenimente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desfășurate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regiune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Personajul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3D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modelat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forma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unui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ghid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turistic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care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comunică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într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-un mod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atractiv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interactiv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cu </w:t>
      </w:r>
      <w:r w:rsidR="00C84C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vizitatorii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răspunzând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întrebări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prezentând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mai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multe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limbi.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Dispozitivul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poate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afișa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asemenea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materiale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audio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tematice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interviuri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istorici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locali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materiale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multimedia legate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raionului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Soluția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este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complet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personalizabilă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poate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adaptată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ulterior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alte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proiecte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educaționale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03468EC3" w14:textId="24261911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IV.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Condiții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implementare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colaborare</w:t>
      </w:r>
      <w:proofErr w:type="spellEnd"/>
    </w:p>
    <w:p w14:paraId="44DF7714" w14:textId="77777777" w:rsidR="008F64C4" w:rsidRPr="008F64C4" w:rsidRDefault="008F64C4" w:rsidP="008F64C4">
      <w:pPr>
        <w:numPr>
          <w:ilvl w:val="0"/>
          <w:numId w:val="11"/>
        </w:numPr>
        <w:tabs>
          <w:tab w:val="clear" w:pos="720"/>
          <w:tab w:val="num" w:pos="142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câștigător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colabora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tot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parcursul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implementării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cu:</w:t>
      </w:r>
    </w:p>
    <w:p w14:paraId="4BE80280" w14:textId="77777777" w:rsidR="008F64C4" w:rsidRPr="008F64C4" w:rsidRDefault="008F64C4" w:rsidP="008F64C4">
      <w:pPr>
        <w:numPr>
          <w:ilvl w:val="1"/>
          <w:numId w:val="11"/>
        </w:numPr>
        <w:tabs>
          <w:tab w:val="num" w:pos="142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Secția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Consiliului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Raional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14:paraId="1EB4B6E1" w14:textId="77777777" w:rsidR="008F64C4" w:rsidRPr="008F64C4" w:rsidRDefault="008F64C4" w:rsidP="008F64C4">
      <w:pPr>
        <w:numPr>
          <w:ilvl w:val="1"/>
          <w:numId w:val="11"/>
        </w:numPr>
        <w:tabs>
          <w:tab w:val="num" w:pos="142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Muzeul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Etnografie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„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Nicolae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Bulat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” din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5D88911" w14:textId="77777777" w:rsidR="008F64C4" w:rsidRPr="008F64C4" w:rsidRDefault="008F64C4" w:rsidP="008F64C4">
      <w:pPr>
        <w:numPr>
          <w:ilvl w:val="0"/>
          <w:numId w:val="11"/>
        </w:numPr>
        <w:tabs>
          <w:tab w:val="clear" w:pos="720"/>
          <w:tab w:val="num" w:pos="142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cadrul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colaborării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integra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istorii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informații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veridice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Cetatea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despre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personalitățile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istorice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locale, care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incluse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memoria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scenariile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hologramei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F0F14EA" w14:textId="77777777" w:rsidR="008F64C4" w:rsidRDefault="008F64C4" w:rsidP="008F64C4">
      <w:pPr>
        <w:numPr>
          <w:ilvl w:val="0"/>
          <w:numId w:val="11"/>
        </w:numPr>
        <w:tabs>
          <w:tab w:val="clear" w:pos="720"/>
          <w:tab w:val="num" w:pos="142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instruirea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desemnat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către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Beneficiar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utilizarea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mentenanța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bază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C162C57" w14:textId="77777777" w:rsidR="008F64C4" w:rsidRP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0A21046" w14:textId="649C60DD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V.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Cerințe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privind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experiența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ofertanților</w:t>
      </w:r>
      <w:proofErr w:type="spellEnd"/>
    </w:p>
    <w:p w14:paraId="14574146" w14:textId="77777777" w:rsid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prezenta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dovada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experienței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relevante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domeniu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depunerea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minimum 2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contracte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similare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bunuri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servicii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echivalente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furnizare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realitate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augmentată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holograme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instalații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multimedia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culturale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sau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turistice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  <w:proofErr w:type="gramEnd"/>
    </w:p>
    <w:p w14:paraId="5EE49E80" w14:textId="77777777" w:rsidR="008F64C4" w:rsidRP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26FC702" w14:textId="5E3CE742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V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Livrare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instalare</w:t>
      </w:r>
      <w:proofErr w:type="spellEnd"/>
    </w:p>
    <w:p w14:paraId="45329ADA" w14:textId="20224172" w:rsidR="008F64C4" w:rsidRPr="008F64C4" w:rsidRDefault="008F64C4" w:rsidP="003F1B69">
      <w:pPr>
        <w:numPr>
          <w:ilvl w:val="0"/>
          <w:numId w:val="12"/>
        </w:numPr>
        <w:tabs>
          <w:tab w:val="clear" w:pos="720"/>
          <w:tab w:val="num" w:pos="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Termen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maxim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livrare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="00C84CC5">
        <w:rPr>
          <w:rFonts w:ascii="Times New Roman" w:eastAsia="Times New Roman" w:hAnsi="Times New Roman" w:cs="Times New Roman"/>
          <w:sz w:val="24"/>
          <w:szCs w:val="24"/>
          <w:lang w:eastAsia="ru-RU"/>
        </w:rPr>
        <w:t>maxim 60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zile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calendaristice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din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momentul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semnării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16B723D" w14:textId="77777777" w:rsidR="008F64C4" w:rsidRDefault="008F64C4" w:rsidP="003F1B69">
      <w:pPr>
        <w:numPr>
          <w:ilvl w:val="0"/>
          <w:numId w:val="12"/>
        </w:numPr>
        <w:tabs>
          <w:tab w:val="clear" w:pos="720"/>
          <w:tab w:val="num" w:pos="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Produsele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serviciile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livrate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Cetatea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municipiul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Soroca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Republica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Moldova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67993D28" w14:textId="77777777" w:rsidR="008F64C4" w:rsidRPr="008F64C4" w:rsidRDefault="008F64C4" w:rsidP="008F64C4">
      <w:pPr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20A6E38" w14:textId="6180BB2C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VI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Garanție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service</w:t>
      </w:r>
      <w:proofErr w:type="spellEnd"/>
    </w:p>
    <w:p w14:paraId="75332EEF" w14:textId="55D27C74" w:rsidR="008F64C4" w:rsidRPr="008F64C4" w:rsidRDefault="008F64C4" w:rsidP="003F1B69">
      <w:pPr>
        <w:numPr>
          <w:ilvl w:val="0"/>
          <w:numId w:val="13"/>
        </w:numPr>
        <w:tabs>
          <w:tab w:val="clear" w:pos="720"/>
          <w:tab w:val="num" w:pos="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Ofertantul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asigura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o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garanție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minimă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r w:rsidR="00C84CC5">
        <w:rPr>
          <w:rFonts w:ascii="Times New Roman" w:eastAsia="Times New Roman" w:hAnsi="Times New Roman" w:cs="Times New Roman"/>
          <w:sz w:val="24"/>
          <w:szCs w:val="24"/>
          <w:lang w:eastAsia="ru-RU"/>
        </w:rPr>
        <w:t>12</w:t>
      </w: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luni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echipamente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software.</w:t>
      </w:r>
    </w:p>
    <w:p w14:paraId="479C89CC" w14:textId="77777777" w:rsidR="008F64C4" w:rsidRDefault="008F64C4" w:rsidP="003F1B69">
      <w:pPr>
        <w:numPr>
          <w:ilvl w:val="0"/>
          <w:numId w:val="13"/>
        </w:numPr>
        <w:tabs>
          <w:tab w:val="clear" w:pos="720"/>
          <w:tab w:val="num" w:pos="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vor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oferi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servicii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post-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garanție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mentenanță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asistență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la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cerere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59DF915C" w14:textId="77777777" w:rsidR="008F64C4" w:rsidRPr="008F64C4" w:rsidRDefault="008F64C4" w:rsidP="003F1B69">
      <w:pPr>
        <w:tabs>
          <w:tab w:val="num" w:pos="0"/>
        </w:tabs>
        <w:spacing w:after="0"/>
        <w:ind w:left="-284"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5F446E" w14:textId="22996BEA" w:rsidR="008F64C4" w:rsidRPr="008F64C4" w:rsidRDefault="008F64C4" w:rsidP="008F64C4">
      <w:pPr>
        <w:spacing w:after="0"/>
        <w:ind w:left="-284" w:right="-858"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VII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Documente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prezentat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în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ofertă</w:t>
      </w:r>
      <w:proofErr w:type="spellEnd"/>
    </w:p>
    <w:p w14:paraId="70D10A52" w14:textId="3D15A17C" w:rsidR="008F64C4" w:rsidRPr="008F64C4" w:rsidRDefault="008F64C4" w:rsidP="003F1B69">
      <w:pPr>
        <w:numPr>
          <w:ilvl w:val="0"/>
          <w:numId w:val="14"/>
        </w:numPr>
        <w:tabs>
          <w:tab w:val="clear" w:pos="72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Propunerea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detaliată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conform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Anexei</w:t>
      </w:r>
      <w:proofErr w:type="spellEnd"/>
      <w:r w:rsidR="00C84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1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–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Specificații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tehnice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85EE3E" w14:textId="77777777" w:rsidR="008F64C4" w:rsidRPr="008F64C4" w:rsidRDefault="008F64C4" w:rsidP="003F1B69">
      <w:pPr>
        <w:numPr>
          <w:ilvl w:val="0"/>
          <w:numId w:val="14"/>
        </w:numPr>
        <w:tabs>
          <w:tab w:val="clear" w:pos="72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Propunerea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financiară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preț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total,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defalcat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pe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categorii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cheltuieli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14:paraId="13117D25" w14:textId="237B4B5C" w:rsidR="008F64C4" w:rsidRPr="008F64C4" w:rsidRDefault="00557C55" w:rsidP="003F1B69">
      <w:pPr>
        <w:numPr>
          <w:ilvl w:val="0"/>
          <w:numId w:val="14"/>
        </w:numPr>
        <w:tabs>
          <w:tab w:val="clear" w:pos="72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Copii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minimum 2 </w:t>
      </w:r>
      <w:proofErr w:type="spellStart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contracte</w:t>
      </w:r>
      <w:proofErr w:type="spellEnd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similare</w:t>
      </w:r>
      <w:proofErr w:type="spellEnd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executate</w:t>
      </w:r>
      <w:proofErr w:type="spellEnd"/>
      <w:r w:rsidR="008F64C4"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FAA5E5" w14:textId="77777777" w:rsidR="008F64C4" w:rsidRDefault="008F64C4" w:rsidP="003F1B69">
      <w:pPr>
        <w:numPr>
          <w:ilvl w:val="0"/>
          <w:numId w:val="14"/>
        </w:numPr>
        <w:tabs>
          <w:tab w:val="clear" w:pos="720"/>
        </w:tabs>
        <w:spacing w:after="0"/>
        <w:ind w:left="-284" w:right="-858" w:firstLine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Documente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identificare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juridică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a</w:t>
      </w:r>
      <w:proofErr w:type="gram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>operatorului</w:t>
      </w:r>
      <w:proofErr w:type="spellEnd"/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economic.</w:t>
      </w:r>
    </w:p>
    <w:p w14:paraId="486353EA" w14:textId="77777777" w:rsidR="008F64C4" w:rsidRDefault="008F64C4" w:rsidP="008F64C4">
      <w:pPr>
        <w:spacing w:after="0"/>
        <w:ind w:right="-85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58C70E1" w14:textId="77777777" w:rsidR="008F64C4" w:rsidRDefault="008F64C4" w:rsidP="008F64C4">
      <w:pPr>
        <w:spacing w:after="0"/>
        <w:ind w:left="-709" w:right="-858" w:firstLine="425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IX. </w:t>
      </w:r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Mod de </w:t>
      </w:r>
      <w:proofErr w:type="spellStart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funcționare</w:t>
      </w:r>
      <w:proofErr w:type="spellEnd"/>
      <w:r w:rsidRPr="008F64C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30375C99" w14:textId="56E8361E" w:rsidR="003F1B69" w:rsidRPr="003F1B69" w:rsidRDefault="008F64C4" w:rsidP="003F1B69">
      <w:pPr>
        <w:pStyle w:val="ae"/>
        <w:numPr>
          <w:ilvl w:val="0"/>
          <w:numId w:val="27"/>
        </w:numPr>
        <w:tabs>
          <w:tab w:val="left" w:pos="-142"/>
        </w:tabs>
        <w:spacing w:after="0"/>
        <w:ind w:right="-858" w:hanging="55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Dispozitivul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conectează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rețeaua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locală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internet.</w:t>
      </w:r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2.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Toate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componentele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sunt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integrate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într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-o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carcasă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unică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3.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Vizitatorul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interacționează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intermediul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unui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panou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control.</w:t>
      </w:r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4. Se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selectează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limba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dorită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5.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Personajul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3D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răspunde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audio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video,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oferind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informații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relevante</w:t>
      </w:r>
      <w:proofErr w:type="spellEnd"/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0A63A1C" w14:textId="77777777" w:rsidR="003F1B69" w:rsidRDefault="003F1B69" w:rsidP="003F1B69">
      <w:pPr>
        <w:pStyle w:val="ae"/>
        <w:tabs>
          <w:tab w:val="left" w:pos="-426"/>
        </w:tabs>
        <w:spacing w:after="0"/>
        <w:ind w:left="-22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913CDB7" w14:textId="2C552441" w:rsidR="003F1B69" w:rsidRDefault="003F1B69" w:rsidP="003F1B69">
      <w:pPr>
        <w:pStyle w:val="ae"/>
        <w:tabs>
          <w:tab w:val="left" w:pos="-426"/>
        </w:tabs>
        <w:spacing w:after="0"/>
        <w:ind w:left="-22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X. </w:t>
      </w:r>
      <w:proofErr w:type="spellStart"/>
      <w:proofErr w:type="gramStart"/>
      <w:r w:rsidRPr="003F1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Valoare</w:t>
      </w:r>
      <w:proofErr w:type="spellEnd"/>
      <w:r w:rsidRPr="003F1B6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3F1B69">
        <w:rPr>
          <w:b/>
          <w:bCs/>
        </w:rPr>
        <w:t xml:space="preserve"> </w:t>
      </w:r>
      <w:proofErr w:type="spellStart"/>
      <w:r w:rsidRPr="003F1B69">
        <w:rPr>
          <w:b/>
          <w:bCs/>
        </w:rPr>
        <w:t>estimativă</w:t>
      </w:r>
      <w:proofErr w:type="spellEnd"/>
      <w:proofErr w:type="gramEnd"/>
      <w:r w:rsidRPr="003F1B69">
        <w:rPr>
          <w:b/>
          <w:bCs/>
        </w:rPr>
        <w:t xml:space="preserve">: </w:t>
      </w:r>
      <w:r w:rsidRPr="003F1B69">
        <w:rPr>
          <w:b/>
          <w:bCs/>
        </w:rPr>
        <w:br/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Suma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estimativă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achiziției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12 mii Euro,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echivalent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lei MDL, TVA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inclus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7BDDB6F" w14:textId="77777777" w:rsidR="003F1B69" w:rsidRDefault="003F1B69" w:rsidP="003F1B69">
      <w:pPr>
        <w:pStyle w:val="ae"/>
        <w:tabs>
          <w:tab w:val="left" w:pos="-426"/>
        </w:tabs>
        <w:spacing w:after="0"/>
        <w:ind w:left="-22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Achitarea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face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după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livrarea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si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predarea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bunului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către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beneficiar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1EE3EA45" w14:textId="3FEB8395" w:rsidR="003F1B69" w:rsidRPr="003F1B69" w:rsidRDefault="003F1B69" w:rsidP="003F1B69">
      <w:pPr>
        <w:pStyle w:val="ae"/>
        <w:tabs>
          <w:tab w:val="left" w:pos="-426"/>
        </w:tabs>
        <w:spacing w:after="0"/>
        <w:ind w:left="-22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r>
        <w:t xml:space="preserve">Tip </w:t>
      </w:r>
      <w:proofErr w:type="spellStart"/>
      <w:r>
        <w:t>procedură</w:t>
      </w:r>
      <w:proofErr w:type="spellEnd"/>
      <w:r>
        <w:t xml:space="preserve">: </w:t>
      </w:r>
      <w:proofErr w:type="spellStart"/>
      <w:r>
        <w:t>Achiziție</w:t>
      </w:r>
      <w:proofErr w:type="spellEnd"/>
      <w:r>
        <w:t xml:space="preserve"> de mica </w:t>
      </w:r>
      <w:proofErr w:type="spellStart"/>
      <w:r>
        <w:t>valoare</w:t>
      </w:r>
      <w:proofErr w:type="spellEnd"/>
      <w:r>
        <w:br/>
        <w:t xml:space="preserve">4. </w:t>
      </w:r>
      <w:proofErr w:type="spellStart"/>
      <w:r>
        <w:t>Criteriul</w:t>
      </w:r>
      <w:proofErr w:type="spellEnd"/>
      <w:r>
        <w:t xml:space="preserve"> de </w:t>
      </w:r>
      <w:proofErr w:type="spellStart"/>
      <w:r>
        <w:t>atribuire</w:t>
      </w:r>
      <w:proofErr w:type="spellEnd"/>
      <w:r>
        <w:t xml:space="preserve">: </w:t>
      </w:r>
      <w:proofErr w:type="spellStart"/>
      <w:r>
        <w:t>Prețul</w:t>
      </w:r>
      <w:proofErr w:type="spellEnd"/>
      <w:r>
        <w:t xml:space="preserve"> </w:t>
      </w:r>
      <w:proofErr w:type="spellStart"/>
      <w:r>
        <w:t>cel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scăzut</w:t>
      </w:r>
      <w:proofErr w:type="spellEnd"/>
      <w:r>
        <w:t xml:space="preserve">, cu </w:t>
      </w:r>
      <w:proofErr w:type="spellStart"/>
      <w:r>
        <w:t>condiția</w:t>
      </w:r>
      <w:proofErr w:type="spellEnd"/>
      <w:r>
        <w:t xml:space="preserve"> </w:t>
      </w:r>
      <w:proofErr w:type="spellStart"/>
      <w:r>
        <w:t>res</w:t>
      </w:r>
      <w:r w:rsidR="00DC110A">
        <w:t>pectării</w:t>
      </w:r>
      <w:proofErr w:type="spellEnd"/>
      <w:r w:rsidR="00DC110A">
        <w:t xml:space="preserve"> </w:t>
      </w:r>
      <w:proofErr w:type="spellStart"/>
      <w:r w:rsidR="00DC110A">
        <w:t>documentației</w:t>
      </w:r>
      <w:proofErr w:type="spellEnd"/>
      <w:r w:rsidR="00DC110A">
        <w:t xml:space="preserve"> de </w:t>
      </w:r>
      <w:proofErr w:type="spellStart"/>
      <w:r w:rsidR="00DC110A">
        <w:t>atribuire</w:t>
      </w:r>
      <w:proofErr w:type="spellEnd"/>
      <w:r>
        <w:t>.</w:t>
      </w:r>
      <w:r>
        <w:br/>
      </w:r>
    </w:p>
    <w:p w14:paraId="74ADDDF2" w14:textId="5D123764" w:rsidR="00CC47E6" w:rsidRPr="003F1B69" w:rsidRDefault="008F64C4" w:rsidP="003F1B69">
      <w:pPr>
        <w:pStyle w:val="ae"/>
        <w:tabs>
          <w:tab w:val="left" w:pos="-426"/>
        </w:tabs>
        <w:spacing w:after="0"/>
        <w:ind w:left="-22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1B6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</w:p>
    <w:p w14:paraId="1171BC49" w14:textId="77777777" w:rsidR="00CC47E6" w:rsidRDefault="00CC47E6" w:rsidP="003F1B69">
      <w:p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3261A96" w14:textId="77777777" w:rsidR="00DD3DB1" w:rsidRDefault="00DD3DB1" w:rsidP="003F1B69">
      <w:p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47D6DB50" w14:textId="77777777" w:rsidR="00DD3DB1" w:rsidRDefault="00DD3DB1" w:rsidP="003F1B69">
      <w:p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726BCCF6" w14:textId="18A85858" w:rsidR="00CC47E6" w:rsidRPr="00DD3DB1" w:rsidRDefault="003F1B69" w:rsidP="00DD3DB1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val="ro-RO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</w:t>
      </w:r>
      <w:r w:rsidR="00FD6321" w:rsidRPr="00FD63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ANEXA 1</w:t>
      </w:r>
      <w:r w:rsidR="00C84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  <w:proofErr w:type="spellStart"/>
      <w:r w:rsidR="00C84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Specificatii</w:t>
      </w:r>
      <w:proofErr w:type="spellEnd"/>
      <w:r w:rsidR="00C84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C84CC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Tehnice</w:t>
      </w:r>
      <w:proofErr w:type="spellEnd"/>
    </w:p>
    <w:p w14:paraId="444802A8" w14:textId="6C0BC72B" w:rsidR="00CC47E6" w:rsidRPr="007D3D00" w:rsidRDefault="00CC47E6" w:rsidP="00CC47E6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Specificații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Tehnice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—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Asistent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Virtual cu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Proiecție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Holografică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și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Inteligență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Artificială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(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Holograma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3D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interactiva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pentru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Cetatea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Soroca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</w:p>
    <w:p w14:paraId="056FC70A" w14:textId="41ABD07C" w:rsidR="00CC47E6" w:rsidRPr="00CC47E6" w:rsidRDefault="00CC47E6" w:rsidP="00CC47E6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Denumire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echipament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/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soluție</w:t>
      </w:r>
      <w:proofErr w:type="spellEnd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solicitată</w:t>
      </w:r>
      <w:proofErr w:type="spellEnd"/>
      <w:proofErr w:type="gramStart"/>
      <w:r w:rsidRPr="007D3D00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proofErr w:type="gramEnd"/>
      <w:r w:rsidRPr="007D3D00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Asistent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virtual </w:t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interactiv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cu </w:t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proiecție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holografică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>integrare</w:t>
      </w:r>
      <w:proofErr w:type="spellEnd"/>
      <w:r w:rsidRPr="00CC47E6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AI</w:t>
      </w:r>
    </w:p>
    <w:p w14:paraId="32F9053D" w14:textId="5877C28F" w:rsidR="00CC47E6" w:rsidRPr="00CC47E6" w:rsidRDefault="008F64C4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8F64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C47E6"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 </w:t>
      </w:r>
      <w:proofErr w:type="spellStart"/>
      <w:r w:rsidR="00CC47E6"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Componente</w:t>
      </w:r>
      <w:proofErr w:type="spellEnd"/>
      <w:r w:rsidR="00CC47E6"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hardware </w:t>
      </w:r>
      <w:proofErr w:type="spellStart"/>
      <w:r w:rsidR="00CC47E6"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solicitate</w:t>
      </w:r>
      <w:proofErr w:type="spellEnd"/>
    </w:p>
    <w:p w14:paraId="164AC902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1.1.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Dispozitiv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proiecție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holografică</w:t>
      </w:r>
      <w:proofErr w:type="spellEnd"/>
    </w:p>
    <w:p w14:paraId="4E0E0F04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Tip: ventilator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holografic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LED cu minimum 4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brațe</w:t>
      </w:r>
      <w:proofErr w:type="spellEnd"/>
    </w:p>
    <w:p w14:paraId="0C62FCA0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Diametru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minim: 100 cm</w:t>
      </w:r>
    </w:p>
    <w:p w14:paraId="4C823661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Rezoluție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minimă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2048*1440dpi</w:t>
      </w:r>
    </w:p>
    <w:p w14:paraId="3A6D002E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Luminozitate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1870cd/m2</w:t>
      </w:r>
    </w:p>
    <w:p w14:paraId="02ACAF7E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cadre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secundă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(FPS): 24 frames/s</w:t>
      </w:r>
    </w:p>
    <w:p w14:paraId="35D532E4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Capacitate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redare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video: format MP4, MOV, AVI </w:t>
      </w:r>
    </w:p>
    <w:p w14:paraId="4F0E1E8F" w14:textId="77777777" w:rsidR="00CC47E6" w:rsidRPr="00CC47E6" w:rsidRDefault="00CC47E6" w:rsidP="00CC47E6">
      <w:pPr>
        <w:numPr>
          <w:ilvl w:val="0"/>
          <w:numId w:val="1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Conectivitate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WiFi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HDMI / SD card</w:t>
      </w:r>
    </w:p>
    <w:p w14:paraId="6BB73A99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1.2.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Unitate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control (Mini PC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sau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Laptop)</w:t>
      </w:r>
    </w:p>
    <w:p w14:paraId="6F4FF9F0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Laptop:</w:t>
      </w:r>
    </w:p>
    <w:p w14:paraId="6A345DDA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operare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Windows</w:t>
      </w:r>
    </w:p>
    <w:p w14:paraId="76016329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Placă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dedicată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, model NVIDIA</w:t>
      </w: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 </w:t>
      </w: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Seriile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RTX30, RTX40)</w:t>
      </w:r>
    </w:p>
    <w:p w14:paraId="2E461C79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conexiune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directă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placa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dedicată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trebuie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activată</w:t>
      </w:r>
      <w:proofErr w:type="spellEnd"/>
    </w:p>
    <w:p w14:paraId="52BF1C1B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Calculator Desktop:</w:t>
      </w:r>
    </w:p>
    <w:p w14:paraId="08A622F6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operare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Windows</w:t>
      </w:r>
    </w:p>
    <w:p w14:paraId="6897E11A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Placă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video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dedicată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, model NVIDIA</w:t>
      </w:r>
    </w:p>
    <w:p w14:paraId="25A382F4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Minim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seria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GTX10 (GTX10, GTX16, RTX20, RTX30, RTX40)</w:t>
      </w:r>
    </w:p>
    <w:p w14:paraId="0CE3A2AF" w14:textId="77777777" w:rsidR="00CC47E6" w:rsidRPr="00CC47E6" w:rsidRDefault="00CC47E6" w:rsidP="00CC47E6">
      <w:pPr>
        <w:numPr>
          <w:ilvl w:val="0"/>
          <w:numId w:val="16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Conectivitate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HDMI, USB 3.0,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WiFi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, Bluetooth</w:t>
      </w:r>
    </w:p>
    <w:p w14:paraId="13E4D776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1.3.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Microfon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ambient /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direcțional</w:t>
      </w:r>
      <w:proofErr w:type="spellEnd"/>
    </w:p>
    <w:p w14:paraId="4D2A9312" w14:textId="77777777" w:rsidR="00CC47E6" w:rsidRPr="00CC47E6" w:rsidRDefault="00CC47E6" w:rsidP="00CC47E6">
      <w:pPr>
        <w:numPr>
          <w:ilvl w:val="0"/>
          <w:numId w:val="17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Tip: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omnidirecțional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cu noise cancelling</w:t>
      </w:r>
    </w:p>
    <w:p w14:paraId="75590522" w14:textId="77777777" w:rsidR="00CC47E6" w:rsidRPr="00CC47E6" w:rsidRDefault="00CC47E6" w:rsidP="00CC47E6">
      <w:pPr>
        <w:numPr>
          <w:ilvl w:val="0"/>
          <w:numId w:val="17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Lungime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cablu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min 3m</w:t>
      </w:r>
    </w:p>
    <w:p w14:paraId="7326E342" w14:textId="77777777" w:rsidR="00CC47E6" w:rsidRPr="00CC47E6" w:rsidRDefault="00CC47E6" w:rsidP="00CC47E6">
      <w:pPr>
        <w:numPr>
          <w:ilvl w:val="0"/>
          <w:numId w:val="17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Conectare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USB </w:t>
      </w:r>
    </w:p>
    <w:p w14:paraId="35E94932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1.4.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audio</w:t>
      </w:r>
    </w:p>
    <w:p w14:paraId="51A9E47F" w14:textId="77777777" w:rsidR="00CC47E6" w:rsidRPr="00CC47E6" w:rsidRDefault="00CC47E6" w:rsidP="00CC47E6">
      <w:pPr>
        <w:numPr>
          <w:ilvl w:val="0"/>
          <w:numId w:val="18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Tip: 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stereo</w:t>
      </w:r>
    </w:p>
    <w:p w14:paraId="7DAFB419" w14:textId="77777777" w:rsidR="00CC47E6" w:rsidRPr="00CC47E6" w:rsidRDefault="00CC47E6" w:rsidP="00CC47E6">
      <w:pPr>
        <w:numPr>
          <w:ilvl w:val="0"/>
          <w:numId w:val="18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Putere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minimă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30 W</w:t>
      </w:r>
    </w:p>
    <w:p w14:paraId="589D2CB9" w14:textId="77777777" w:rsidR="00CC47E6" w:rsidRPr="00CC47E6" w:rsidRDefault="00CC47E6" w:rsidP="00CC47E6">
      <w:pPr>
        <w:numPr>
          <w:ilvl w:val="0"/>
          <w:numId w:val="18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Conectare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Bluetooth / USB / Jack 3.5 mm</w:t>
      </w:r>
    </w:p>
    <w:p w14:paraId="20C9A8F9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1.5.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Panou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comandă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fizic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(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butoane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)</w:t>
      </w:r>
    </w:p>
    <w:p w14:paraId="73642448" w14:textId="77777777" w:rsidR="00CC47E6" w:rsidRPr="00CC47E6" w:rsidRDefault="00CC47E6" w:rsidP="00CC47E6">
      <w:pPr>
        <w:numPr>
          <w:ilvl w:val="0"/>
          <w:numId w:val="19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Număr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minim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butoane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: 3</w:t>
      </w:r>
    </w:p>
    <w:p w14:paraId="63D0D777" w14:textId="77777777" w:rsidR="00CC47E6" w:rsidRPr="00CC47E6" w:rsidRDefault="00CC47E6" w:rsidP="00CC47E6">
      <w:pPr>
        <w:numPr>
          <w:ilvl w:val="0"/>
          <w:numId w:val="19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Funcționalități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Pornire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asistent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activare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moduri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reluare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răspuns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DE6CD11" w14:textId="77777777" w:rsidR="00CC47E6" w:rsidRPr="00CC47E6" w:rsidRDefault="00CC47E6" w:rsidP="00CC47E6">
      <w:pPr>
        <w:numPr>
          <w:ilvl w:val="0"/>
          <w:numId w:val="19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Tip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conexiune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USB </w:t>
      </w:r>
    </w:p>
    <w:p w14:paraId="7A55E109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1.6.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Carcasă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dispozitiv</w:t>
      </w:r>
      <w:proofErr w:type="spellEnd"/>
    </w:p>
    <w:p w14:paraId="4BA70AA2" w14:textId="77777777" w:rsidR="00CC47E6" w:rsidRPr="00CC47E6" w:rsidRDefault="00CC47E6" w:rsidP="00CC47E6">
      <w:pPr>
        <w:numPr>
          <w:ilvl w:val="0"/>
          <w:numId w:val="2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Material: metal,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plexiglas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plastic ABS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ignifugat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24FC623" w14:textId="77777777" w:rsidR="00CC47E6" w:rsidRPr="00CC47E6" w:rsidRDefault="00CC47E6" w:rsidP="00CC47E6">
      <w:pPr>
        <w:numPr>
          <w:ilvl w:val="0"/>
          <w:numId w:val="2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Design: modern, compact,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protejat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împotriva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accesului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neautorizat</w:t>
      </w:r>
      <w:proofErr w:type="spellEnd"/>
    </w:p>
    <w:p w14:paraId="29710C06" w14:textId="77777777" w:rsidR="00CC47E6" w:rsidRPr="00CC47E6" w:rsidRDefault="00CC47E6" w:rsidP="00CC47E6">
      <w:pPr>
        <w:numPr>
          <w:ilvl w:val="0"/>
          <w:numId w:val="2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Protecție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minim IP40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spații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interioare</w:t>
      </w:r>
      <w:proofErr w:type="spellEnd"/>
    </w:p>
    <w:p w14:paraId="70E71DD0" w14:textId="77777777" w:rsidR="00CC47E6" w:rsidRPr="00CC47E6" w:rsidRDefault="00CC47E6" w:rsidP="00CC47E6">
      <w:pPr>
        <w:numPr>
          <w:ilvl w:val="0"/>
          <w:numId w:val="2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Acces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componente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cu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închidere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securizat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D6FBA62" w14:textId="77777777" w:rsidR="00CC47E6" w:rsidRPr="00CC47E6" w:rsidRDefault="00CC47E6" w:rsidP="00CC47E6">
      <w:pPr>
        <w:numPr>
          <w:ilvl w:val="0"/>
          <w:numId w:val="25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Opțional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iluminare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LED / branding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personalizat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perforații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ventilare</w:t>
      </w:r>
      <w:proofErr w:type="spellEnd"/>
    </w:p>
    <w:p w14:paraId="724E2B53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BE0F462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 Software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funcționalități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AI</w:t>
      </w:r>
    </w:p>
    <w:p w14:paraId="400C165D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2.1.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Interfață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software</w:t>
      </w:r>
    </w:p>
    <w:p w14:paraId="2AC2C18E" w14:textId="77777777" w:rsidR="00CC47E6" w:rsidRPr="00CC47E6" w:rsidRDefault="00CC47E6" w:rsidP="00CC47E6">
      <w:pPr>
        <w:numPr>
          <w:ilvl w:val="0"/>
          <w:numId w:val="20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Interfață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grafică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personalizabilă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limba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Română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Rusă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Engleză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0C884147" w14:textId="77777777" w:rsidR="00CC47E6" w:rsidRPr="00CC47E6" w:rsidRDefault="00CC47E6" w:rsidP="00CC47E6">
      <w:pPr>
        <w:numPr>
          <w:ilvl w:val="0"/>
          <w:numId w:val="20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Posibilitatea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edita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textul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/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răspunsurile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oferite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asistent</w:t>
      </w:r>
      <w:proofErr w:type="spellEnd"/>
    </w:p>
    <w:p w14:paraId="623CE85A" w14:textId="77777777" w:rsidR="00CC47E6" w:rsidRPr="00CC47E6" w:rsidRDefault="00CC47E6" w:rsidP="00CC47E6">
      <w:pPr>
        <w:numPr>
          <w:ilvl w:val="0"/>
          <w:numId w:val="20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management al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conținutului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55AAC14D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2.2. Mod de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operare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AI</w:t>
      </w:r>
    </w:p>
    <w:p w14:paraId="12C68370" w14:textId="77777777" w:rsidR="00CC47E6" w:rsidRPr="00CC47E6" w:rsidRDefault="00CC47E6" w:rsidP="00CC47E6">
      <w:pPr>
        <w:numPr>
          <w:ilvl w:val="0"/>
          <w:numId w:val="21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Tehnologie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NLP: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OpenAI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Azure AI, Google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DialogFlow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4AD18B5" w14:textId="77777777" w:rsidR="00CC47E6" w:rsidRPr="00CC47E6" w:rsidRDefault="00CC47E6" w:rsidP="00CC47E6">
      <w:pPr>
        <w:numPr>
          <w:ilvl w:val="0"/>
          <w:numId w:val="21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Recunoaștere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vocală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online </w:t>
      </w:r>
    </w:p>
    <w:p w14:paraId="5F99BA5C" w14:textId="77777777" w:rsidR="00CC47E6" w:rsidRPr="00CC47E6" w:rsidRDefault="00CC47E6" w:rsidP="00CC47E6">
      <w:pPr>
        <w:numPr>
          <w:ilvl w:val="0"/>
          <w:numId w:val="21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Suport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interacțiune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vocală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bidirecțională</w:t>
      </w:r>
      <w:proofErr w:type="spellEnd"/>
    </w:p>
    <w:p w14:paraId="278F36C3" w14:textId="77777777" w:rsidR="00CC47E6" w:rsidRPr="00CC47E6" w:rsidRDefault="00CC47E6" w:rsidP="00CC47E6">
      <w:pPr>
        <w:numPr>
          <w:ilvl w:val="0"/>
          <w:numId w:val="21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Posibilitate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învățare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adaptare</w:t>
      </w:r>
      <w:proofErr w:type="spellEnd"/>
    </w:p>
    <w:p w14:paraId="3C349A6D" w14:textId="77777777" w:rsidR="00CC47E6" w:rsidRPr="00CC47E6" w:rsidRDefault="00CC47E6" w:rsidP="00CC47E6">
      <w:pPr>
        <w:numPr>
          <w:ilvl w:val="0"/>
          <w:numId w:val="21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Integrare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cu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baze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date / API extern</w:t>
      </w:r>
    </w:p>
    <w:p w14:paraId="49151B4B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2.3.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Tipuri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răspuns</w:t>
      </w:r>
      <w:proofErr w:type="spellEnd"/>
    </w:p>
    <w:p w14:paraId="49C4E1F7" w14:textId="77777777" w:rsidR="00CC47E6" w:rsidRPr="00CC47E6" w:rsidRDefault="00CC47E6" w:rsidP="00CC47E6">
      <w:pPr>
        <w:numPr>
          <w:ilvl w:val="0"/>
          <w:numId w:val="22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Text-to-Speech (TTS): limbi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suportate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engleza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rusa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romana</w:t>
      </w:r>
      <w:proofErr w:type="spellEnd"/>
    </w:p>
    <w:p w14:paraId="211D92C7" w14:textId="77777777" w:rsidR="00CC47E6" w:rsidRPr="00CC47E6" w:rsidRDefault="00CC47E6" w:rsidP="00CC47E6">
      <w:pPr>
        <w:numPr>
          <w:ilvl w:val="0"/>
          <w:numId w:val="22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Comportament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avatar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animat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personalizat</w:t>
      </w:r>
      <w:proofErr w:type="spellEnd"/>
    </w:p>
    <w:p w14:paraId="0694B22A" w14:textId="77777777" w:rsidR="00CC47E6" w:rsidRPr="00CC47E6" w:rsidRDefault="00CC47E6" w:rsidP="00CC47E6">
      <w:pPr>
        <w:numPr>
          <w:ilvl w:val="0"/>
          <w:numId w:val="22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Mișcare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sincronizată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buze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gestică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avatar</w:t>
      </w:r>
    </w:p>
    <w:p w14:paraId="1183AEE1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D8BB5E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3.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Cerinte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suplimentare</w:t>
      </w:r>
      <w:proofErr w:type="spellEnd"/>
    </w:p>
    <w:p w14:paraId="2C98BF85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Alimentare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generală</w:t>
      </w:r>
      <w:proofErr w:type="spellEnd"/>
    </w:p>
    <w:p w14:paraId="7AF817E5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backup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pornire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automată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pornirea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curentului</w:t>
      </w:r>
      <w:proofErr w:type="spellEnd"/>
    </w:p>
    <w:p w14:paraId="1AB9B071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Sistem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prindere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stand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inclus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</w:p>
    <w:p w14:paraId="60B2A974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Garanție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minimă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12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luni</w:t>
      </w:r>
      <w:proofErr w:type="spellEnd"/>
    </w:p>
    <w:p w14:paraId="411BAF24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Instruire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personal: minim 3 ore</w:t>
      </w:r>
    </w:p>
    <w:p w14:paraId="5E1AD669" w14:textId="77777777" w:rsidR="00CC47E6" w:rsidRPr="00CC47E6" w:rsidRDefault="00CC47E6" w:rsidP="00CC47E6">
      <w:pPr>
        <w:numPr>
          <w:ilvl w:val="0"/>
          <w:numId w:val="23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Asistență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tehnică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12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luni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prin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telefon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email /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fizic</w:t>
      </w:r>
      <w:proofErr w:type="spellEnd"/>
    </w:p>
    <w:p w14:paraId="46A06E49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3B3AED4" w14:textId="77777777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4.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Livrare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instalare</w:t>
      </w:r>
      <w:proofErr w:type="spellEnd"/>
    </w:p>
    <w:p w14:paraId="6F46B95A" w14:textId="77777777" w:rsidR="00CC47E6" w:rsidRPr="00CC47E6" w:rsidRDefault="00CC47E6" w:rsidP="00CC47E6">
      <w:pPr>
        <w:numPr>
          <w:ilvl w:val="0"/>
          <w:numId w:val="24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Livrare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în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maxim 60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zile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de la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semnarea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contractului</w:t>
      </w:r>
      <w:proofErr w:type="spellEnd"/>
    </w:p>
    <w:p w14:paraId="0741B6B2" w14:textId="77777777" w:rsidR="00CC47E6" w:rsidRPr="00CC47E6" w:rsidRDefault="00CC47E6" w:rsidP="00CC47E6">
      <w:pPr>
        <w:numPr>
          <w:ilvl w:val="0"/>
          <w:numId w:val="24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Instalare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locație</w:t>
      </w:r>
      <w:proofErr w:type="spellEnd"/>
    </w:p>
    <w:p w14:paraId="7F0A8E05" w14:textId="77777777" w:rsidR="00CC47E6" w:rsidRPr="00CC47E6" w:rsidRDefault="00CC47E6" w:rsidP="00CC47E6">
      <w:pPr>
        <w:numPr>
          <w:ilvl w:val="0"/>
          <w:numId w:val="24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Configurare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completă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funcțională</w:t>
      </w:r>
      <w:proofErr w:type="spellEnd"/>
    </w:p>
    <w:p w14:paraId="52F76155" w14:textId="77777777" w:rsidR="00CC47E6" w:rsidRDefault="00CC47E6" w:rsidP="00CC47E6">
      <w:pPr>
        <w:numPr>
          <w:ilvl w:val="0"/>
          <w:numId w:val="24"/>
        </w:num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Instruire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testare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funcțională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la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fața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locului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7366D192" w14:textId="77777777" w:rsidR="00CC47E6" w:rsidRPr="00CC47E6" w:rsidRDefault="00CC47E6" w:rsidP="00CC47E6">
      <w:pPr>
        <w:tabs>
          <w:tab w:val="left" w:pos="-426"/>
        </w:tabs>
        <w:spacing w:after="0"/>
        <w:ind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18643F8" w14:textId="5E6F81E1" w:rsidR="00CC47E6" w:rsidRPr="00CC47E6" w:rsidRDefault="00CC47E6" w:rsidP="00CC47E6">
      <w:pPr>
        <w:tabs>
          <w:tab w:val="left" w:pos="-426"/>
        </w:tabs>
        <w:spacing w:after="0"/>
        <w:ind w:left="-567" w:right="-858" w:hanging="14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5.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Mențiuni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suplimentare</w:t>
      </w:r>
      <w:proofErr w:type="spellEnd"/>
      <w:r w:rsidRPr="00CC47E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66EA47F9" w14:textId="04002D4D" w:rsidR="00CC47E6" w:rsidRPr="00CC47E6" w:rsidRDefault="00CC47E6" w:rsidP="00CC47E6">
      <w:pPr>
        <w:pStyle w:val="ae"/>
        <w:numPr>
          <w:ilvl w:val="0"/>
          <w:numId w:val="26"/>
        </w:numPr>
        <w:spacing w:after="0"/>
        <w:ind w:left="70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Personajul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3D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personalizat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44D81537" w14:textId="415A0F75" w:rsidR="00CC47E6" w:rsidRPr="00CC47E6" w:rsidRDefault="00CC47E6" w:rsidP="00CC47E6">
      <w:pPr>
        <w:pStyle w:val="ae"/>
        <w:numPr>
          <w:ilvl w:val="0"/>
          <w:numId w:val="26"/>
        </w:numPr>
        <w:spacing w:after="0"/>
        <w:ind w:left="70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Conținutul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audio-video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poate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fi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extins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periodic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30B2BF31" w14:textId="73BF948A" w:rsidR="00CC47E6" w:rsidRPr="00CC47E6" w:rsidRDefault="00CC47E6" w:rsidP="00CC47E6">
      <w:pPr>
        <w:pStyle w:val="ae"/>
        <w:numPr>
          <w:ilvl w:val="0"/>
          <w:numId w:val="26"/>
        </w:numPr>
        <w:spacing w:after="0"/>
        <w:ind w:left="70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Include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garanție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an.</w:t>
      </w:r>
    </w:p>
    <w:p w14:paraId="545D76F8" w14:textId="58B3D1E4" w:rsidR="00CC47E6" w:rsidRPr="00CC47E6" w:rsidRDefault="00CC47E6" w:rsidP="00CC47E6">
      <w:pPr>
        <w:pStyle w:val="ae"/>
        <w:numPr>
          <w:ilvl w:val="0"/>
          <w:numId w:val="26"/>
        </w:numPr>
        <w:spacing w:after="0"/>
        <w:ind w:left="70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Contractul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pentru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service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și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utilizarea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lunară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serverului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se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negociază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separat</w:t>
      </w:r>
      <w:proofErr w:type="spellEnd"/>
      <w:r w:rsidRPr="00CC47E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14:paraId="2DCDBD16" w14:textId="2DCAA6E2" w:rsidR="006800EC" w:rsidRPr="00C84CC5" w:rsidRDefault="00C84CC5" w:rsidP="00C84CC5">
      <w:pPr>
        <w:pStyle w:val="ae"/>
        <w:numPr>
          <w:ilvl w:val="0"/>
          <w:numId w:val="26"/>
        </w:numPr>
        <w:tabs>
          <w:tab w:val="left" w:pos="-426"/>
        </w:tabs>
        <w:spacing w:after="0"/>
        <w:ind w:left="709" w:right="-85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sz w:val="24"/>
          <w:szCs w:val="24"/>
        </w:rPr>
        <w:t xml:space="preserve">Se </w:t>
      </w:r>
      <w:proofErr w:type="spellStart"/>
      <w:proofErr w:type="gramStart"/>
      <w:r>
        <w:rPr>
          <w:sz w:val="24"/>
          <w:szCs w:val="24"/>
        </w:rPr>
        <w:t>va</w:t>
      </w:r>
      <w:proofErr w:type="spellEnd"/>
      <w:proofErr w:type="gram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prezenta</w:t>
      </w:r>
      <w:proofErr w:type="spellEnd"/>
      <w:r>
        <w:rPr>
          <w:sz w:val="24"/>
          <w:szCs w:val="24"/>
        </w:rPr>
        <w:t xml:space="preserve"> cu </w:t>
      </w:r>
      <w:proofErr w:type="spellStart"/>
      <w:r>
        <w:rPr>
          <w:sz w:val="24"/>
          <w:szCs w:val="24"/>
        </w:rPr>
        <w:t>oferta</w:t>
      </w:r>
      <w:proofErr w:type="spellEnd"/>
      <w:r>
        <w:rPr>
          <w:sz w:val="24"/>
          <w:szCs w:val="24"/>
        </w:rPr>
        <w:t xml:space="preserve"> - </w:t>
      </w:r>
      <w:r w:rsidRPr="00C84CC5">
        <w:rPr>
          <w:sz w:val="24"/>
          <w:szCs w:val="24"/>
        </w:rPr>
        <w:t xml:space="preserve">Poster </w:t>
      </w:r>
      <w:proofErr w:type="spellStart"/>
      <w:r>
        <w:rPr>
          <w:sz w:val="24"/>
          <w:szCs w:val="24"/>
        </w:rPr>
        <w:t>demonstrativ</w:t>
      </w:r>
      <w:proofErr w:type="spellEnd"/>
      <w:r>
        <w:rPr>
          <w:sz w:val="24"/>
          <w:szCs w:val="24"/>
        </w:rPr>
        <w:t>.</w:t>
      </w:r>
    </w:p>
    <w:p w14:paraId="48DBCB0C" w14:textId="370FD1AC" w:rsidR="006800EC" w:rsidRDefault="006800EC" w:rsidP="008F64C4">
      <w:pPr>
        <w:spacing w:after="0"/>
        <w:ind w:left="-284" w:right="-858"/>
        <w:jc w:val="both"/>
        <w:rPr>
          <w:sz w:val="24"/>
          <w:szCs w:val="24"/>
        </w:rPr>
      </w:pPr>
    </w:p>
    <w:p w14:paraId="62F1686C" w14:textId="47690A8A" w:rsidR="000F2CF8" w:rsidRPr="000F2CF8" w:rsidRDefault="000F2CF8" w:rsidP="008F64C4">
      <w:pPr>
        <w:spacing w:after="0"/>
        <w:ind w:left="-284" w:right="-858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F2CF8">
        <w:rPr>
          <w:rFonts w:ascii="Times New Roman" w:hAnsi="Times New Roman" w:cs="Times New Roman"/>
          <w:b/>
          <w:sz w:val="24"/>
          <w:szCs w:val="24"/>
        </w:rPr>
        <w:t xml:space="preserve"> Natalia </w:t>
      </w:r>
      <w:proofErr w:type="spellStart"/>
      <w:r w:rsidRPr="000F2CF8">
        <w:rPr>
          <w:rFonts w:ascii="Times New Roman" w:hAnsi="Times New Roman" w:cs="Times New Roman"/>
          <w:b/>
          <w:sz w:val="24"/>
          <w:szCs w:val="24"/>
        </w:rPr>
        <w:t>Popovici</w:t>
      </w:r>
      <w:proofErr w:type="spellEnd"/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___________    </w:t>
      </w: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CF8">
        <w:rPr>
          <w:rFonts w:ascii="Times New Roman" w:hAnsi="Times New Roman" w:cs="Times New Roman"/>
          <w:b/>
          <w:sz w:val="24"/>
          <w:szCs w:val="24"/>
        </w:rPr>
        <w:t>Șefa</w:t>
      </w:r>
      <w:proofErr w:type="spellEnd"/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CF8">
        <w:rPr>
          <w:rFonts w:ascii="Times New Roman" w:hAnsi="Times New Roman" w:cs="Times New Roman"/>
          <w:b/>
          <w:sz w:val="24"/>
          <w:szCs w:val="24"/>
        </w:rPr>
        <w:t>Serviciului</w:t>
      </w:r>
      <w:proofErr w:type="spellEnd"/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CF8">
        <w:rPr>
          <w:rFonts w:ascii="Times New Roman" w:hAnsi="Times New Roman" w:cs="Times New Roman"/>
          <w:b/>
          <w:sz w:val="24"/>
          <w:szCs w:val="24"/>
        </w:rPr>
        <w:t>Proiecte</w:t>
      </w:r>
      <w:proofErr w:type="spellEnd"/>
      <w:r w:rsidRPr="000F2CF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0F2CF8">
        <w:rPr>
          <w:rFonts w:ascii="Times New Roman" w:hAnsi="Times New Roman" w:cs="Times New Roman"/>
          <w:b/>
          <w:sz w:val="24"/>
          <w:szCs w:val="24"/>
        </w:rPr>
        <w:t>Investiționale</w:t>
      </w:r>
      <w:proofErr w:type="spellEnd"/>
    </w:p>
    <w:sectPr w:rsidR="000F2CF8" w:rsidRPr="000F2CF8" w:rsidSect="000924A6">
      <w:pgSz w:w="12240" w:h="15840"/>
      <w:pgMar w:top="709" w:right="1608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>
    <w:nsid w:val="024D019D"/>
    <w:multiLevelType w:val="multilevel"/>
    <w:tmpl w:val="1E6201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06C84F22"/>
    <w:multiLevelType w:val="multilevel"/>
    <w:tmpl w:val="0BA4F5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088464B4"/>
    <w:multiLevelType w:val="multilevel"/>
    <w:tmpl w:val="51E412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10350773"/>
    <w:multiLevelType w:val="multilevel"/>
    <w:tmpl w:val="EE889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1FEC4B91"/>
    <w:multiLevelType w:val="multilevel"/>
    <w:tmpl w:val="9646A6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CCF4183"/>
    <w:multiLevelType w:val="multilevel"/>
    <w:tmpl w:val="E41212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66F6FA3"/>
    <w:multiLevelType w:val="multilevel"/>
    <w:tmpl w:val="3E186D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75320EC"/>
    <w:multiLevelType w:val="multilevel"/>
    <w:tmpl w:val="80547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42963C4B"/>
    <w:multiLevelType w:val="multilevel"/>
    <w:tmpl w:val="AA3066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6C400A1"/>
    <w:multiLevelType w:val="hybridMultilevel"/>
    <w:tmpl w:val="87F69022"/>
    <w:lvl w:ilvl="0" w:tplc="8CC6FD00">
      <w:start w:val="1"/>
      <w:numFmt w:val="decimal"/>
      <w:lvlText w:val="%1."/>
      <w:lvlJc w:val="left"/>
      <w:pPr>
        <w:ind w:left="-2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91" w:hanging="360"/>
      </w:pPr>
    </w:lvl>
    <w:lvl w:ilvl="2" w:tplc="0419001B" w:tentative="1">
      <w:start w:val="1"/>
      <w:numFmt w:val="lowerRoman"/>
      <w:lvlText w:val="%3."/>
      <w:lvlJc w:val="right"/>
      <w:pPr>
        <w:ind w:left="1211" w:hanging="180"/>
      </w:pPr>
    </w:lvl>
    <w:lvl w:ilvl="3" w:tplc="0419000F" w:tentative="1">
      <w:start w:val="1"/>
      <w:numFmt w:val="decimal"/>
      <w:lvlText w:val="%4."/>
      <w:lvlJc w:val="left"/>
      <w:pPr>
        <w:ind w:left="1931" w:hanging="360"/>
      </w:pPr>
    </w:lvl>
    <w:lvl w:ilvl="4" w:tplc="04190019" w:tentative="1">
      <w:start w:val="1"/>
      <w:numFmt w:val="lowerLetter"/>
      <w:lvlText w:val="%5."/>
      <w:lvlJc w:val="left"/>
      <w:pPr>
        <w:ind w:left="2651" w:hanging="360"/>
      </w:pPr>
    </w:lvl>
    <w:lvl w:ilvl="5" w:tplc="0419001B" w:tentative="1">
      <w:start w:val="1"/>
      <w:numFmt w:val="lowerRoman"/>
      <w:lvlText w:val="%6."/>
      <w:lvlJc w:val="right"/>
      <w:pPr>
        <w:ind w:left="3371" w:hanging="180"/>
      </w:pPr>
    </w:lvl>
    <w:lvl w:ilvl="6" w:tplc="0419000F" w:tentative="1">
      <w:start w:val="1"/>
      <w:numFmt w:val="decimal"/>
      <w:lvlText w:val="%7."/>
      <w:lvlJc w:val="left"/>
      <w:pPr>
        <w:ind w:left="4091" w:hanging="360"/>
      </w:pPr>
    </w:lvl>
    <w:lvl w:ilvl="7" w:tplc="04190019" w:tentative="1">
      <w:start w:val="1"/>
      <w:numFmt w:val="lowerLetter"/>
      <w:lvlText w:val="%8."/>
      <w:lvlJc w:val="left"/>
      <w:pPr>
        <w:ind w:left="4811" w:hanging="360"/>
      </w:pPr>
    </w:lvl>
    <w:lvl w:ilvl="8" w:tplc="0419001B" w:tentative="1">
      <w:start w:val="1"/>
      <w:numFmt w:val="lowerRoman"/>
      <w:lvlText w:val="%9."/>
      <w:lvlJc w:val="right"/>
      <w:pPr>
        <w:ind w:left="5531" w:hanging="180"/>
      </w:pPr>
    </w:lvl>
  </w:abstractNum>
  <w:abstractNum w:abstractNumId="19">
    <w:nsid w:val="48D30E45"/>
    <w:multiLevelType w:val="hybridMultilevel"/>
    <w:tmpl w:val="48124BE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CFB08E7"/>
    <w:multiLevelType w:val="multilevel"/>
    <w:tmpl w:val="759C4F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2B65DCC"/>
    <w:multiLevelType w:val="multilevel"/>
    <w:tmpl w:val="4EB031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4D773F2"/>
    <w:multiLevelType w:val="multilevel"/>
    <w:tmpl w:val="BF9EC6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C5A3341"/>
    <w:multiLevelType w:val="multilevel"/>
    <w:tmpl w:val="0B02B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36B5A54"/>
    <w:multiLevelType w:val="multilevel"/>
    <w:tmpl w:val="28FEF8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83C7146"/>
    <w:multiLevelType w:val="multilevel"/>
    <w:tmpl w:val="D05E64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D22502F"/>
    <w:multiLevelType w:val="multilevel"/>
    <w:tmpl w:val="E0A0D9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25"/>
  </w:num>
  <w:num w:numId="11">
    <w:abstractNumId w:val="26"/>
  </w:num>
  <w:num w:numId="12">
    <w:abstractNumId w:val="22"/>
  </w:num>
  <w:num w:numId="13">
    <w:abstractNumId w:val="9"/>
  </w:num>
  <w:num w:numId="14">
    <w:abstractNumId w:val="17"/>
  </w:num>
  <w:num w:numId="15">
    <w:abstractNumId w:val="24"/>
  </w:num>
  <w:num w:numId="16">
    <w:abstractNumId w:val="12"/>
  </w:num>
  <w:num w:numId="17">
    <w:abstractNumId w:val="13"/>
  </w:num>
  <w:num w:numId="18">
    <w:abstractNumId w:val="16"/>
  </w:num>
  <w:num w:numId="19">
    <w:abstractNumId w:val="14"/>
  </w:num>
  <w:num w:numId="20">
    <w:abstractNumId w:val="20"/>
  </w:num>
  <w:num w:numId="21">
    <w:abstractNumId w:val="21"/>
  </w:num>
  <w:num w:numId="22">
    <w:abstractNumId w:val="23"/>
  </w:num>
  <w:num w:numId="23">
    <w:abstractNumId w:val="10"/>
  </w:num>
  <w:num w:numId="24">
    <w:abstractNumId w:val="11"/>
  </w:num>
  <w:num w:numId="25">
    <w:abstractNumId w:val="15"/>
  </w:num>
  <w:num w:numId="26">
    <w:abstractNumId w:val="19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924A6"/>
    <w:rsid w:val="000F2CF8"/>
    <w:rsid w:val="0015074B"/>
    <w:rsid w:val="0029639D"/>
    <w:rsid w:val="00326F90"/>
    <w:rsid w:val="003F1B69"/>
    <w:rsid w:val="004B4C8F"/>
    <w:rsid w:val="00557C55"/>
    <w:rsid w:val="0061401D"/>
    <w:rsid w:val="006800EC"/>
    <w:rsid w:val="007D3D00"/>
    <w:rsid w:val="008F64C4"/>
    <w:rsid w:val="00AA1D8D"/>
    <w:rsid w:val="00B47730"/>
    <w:rsid w:val="00BE29DA"/>
    <w:rsid w:val="00C84CC5"/>
    <w:rsid w:val="00CB0664"/>
    <w:rsid w:val="00CC47E6"/>
    <w:rsid w:val="00DC110A"/>
    <w:rsid w:val="00DD3DB1"/>
    <w:rsid w:val="00F16025"/>
    <w:rsid w:val="00FC693F"/>
    <w:rsid w:val="00FD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B281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Название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376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1648F5C-4816-413F-A123-9102CDC044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4</Pages>
  <Words>1141</Words>
  <Characters>6504</Characters>
  <Application>Microsoft Office Word</Application>
  <DocSecurity>0</DocSecurity>
  <Lines>54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7630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Пользователь Windows</cp:lastModifiedBy>
  <cp:revision>10</cp:revision>
  <dcterms:created xsi:type="dcterms:W3CDTF">2013-12-23T23:15:00Z</dcterms:created>
  <dcterms:modified xsi:type="dcterms:W3CDTF">2025-09-04T07:02:00Z</dcterms:modified>
  <cp:category/>
</cp:coreProperties>
</file>