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C38D9" w14:textId="77777777" w:rsidR="007A04A9" w:rsidRPr="006C2580" w:rsidRDefault="00F954C6">
      <w:pPr>
        <w:spacing w:after="120"/>
        <w:jc w:val="center"/>
        <w:rPr>
          <w:noProof/>
          <w:lang w:val="ro-RO"/>
        </w:rPr>
      </w:pPr>
      <w:r w:rsidRPr="006C2580">
        <w:rPr>
          <w:b/>
          <w:noProof/>
          <w:sz w:val="26"/>
          <w:lang w:val="ro-RO"/>
        </w:rPr>
        <w:t>ANUNŢ DE PARTICIPARE SIMPLIFICAT (REPETAT)</w:t>
      </w:r>
    </w:p>
    <w:p w14:paraId="6E5DB5D8" w14:textId="77777777" w:rsidR="007A04A9" w:rsidRPr="006C2580" w:rsidRDefault="00F954C6">
      <w:pPr>
        <w:spacing w:after="120"/>
        <w:jc w:val="center"/>
        <w:rPr>
          <w:noProof/>
          <w:lang w:val="ro-RO"/>
        </w:rPr>
      </w:pPr>
      <w:r w:rsidRPr="006C2580">
        <w:rPr>
          <w:b/>
          <w:noProof/>
          <w:sz w:val="24"/>
          <w:lang w:val="ro-RO"/>
        </w:rPr>
        <w:t>PENTRU ACHIZIȚIA DE VALOARE MICĂ</w:t>
      </w:r>
    </w:p>
    <w:p w14:paraId="1C161795" w14:textId="77777777" w:rsidR="007A04A9" w:rsidRPr="006C2580" w:rsidRDefault="00F954C6">
      <w:pPr>
        <w:spacing w:after="120"/>
        <w:jc w:val="center"/>
        <w:rPr>
          <w:noProof/>
          <w:lang w:val="ro-RO"/>
        </w:rPr>
      </w:pPr>
      <w:r w:rsidRPr="006C2580">
        <w:rPr>
          <w:b/>
          <w:noProof/>
          <w:sz w:val="24"/>
          <w:lang w:val="ro-RO"/>
        </w:rPr>
        <w:t>privind achiziționarea „Materiale de construcție”</w:t>
      </w:r>
    </w:p>
    <w:p w14:paraId="16936934" w14:textId="77777777" w:rsidR="007A04A9" w:rsidRPr="006C2580" w:rsidRDefault="00F954C6">
      <w:pPr>
        <w:spacing w:after="120"/>
        <w:jc w:val="center"/>
        <w:rPr>
          <w:noProof/>
          <w:lang w:val="ro-RO"/>
        </w:rPr>
      </w:pPr>
      <w:r w:rsidRPr="006C2580">
        <w:rPr>
          <w:noProof/>
          <w:sz w:val="24"/>
          <w:lang w:val="ro-RO"/>
        </w:rPr>
        <w:t>prin achiziție publică de valoare mică</w:t>
      </w:r>
    </w:p>
    <w:p w14:paraId="30379A9A" w14:textId="42C34DBD" w:rsidR="007A04A9" w:rsidRPr="006C2580" w:rsidRDefault="00F954C6">
      <w:pPr>
        <w:spacing w:after="120"/>
        <w:jc w:val="center"/>
        <w:rPr>
          <w:noProof/>
          <w:lang w:val="ro-RO"/>
        </w:rPr>
      </w:pPr>
      <w:r w:rsidRPr="006C2580">
        <w:rPr>
          <w:i/>
          <w:noProof/>
          <w:sz w:val="20"/>
          <w:lang w:val="ro-RO"/>
        </w:rPr>
        <w:t xml:space="preserve">Procedură repetată, ca urmare a anulării procedurii precedente Nr. </w:t>
      </w:r>
      <w:r w:rsidR="00166855">
        <w:rPr>
          <w:i/>
          <w:noProof/>
          <w:sz w:val="20"/>
          <w:lang w:val="ro-RO"/>
        </w:rPr>
        <w:t xml:space="preserve">48 </w:t>
      </w:r>
      <w:r w:rsidRPr="006C2580">
        <w:rPr>
          <w:i/>
          <w:noProof/>
          <w:sz w:val="20"/>
          <w:lang w:val="ro-RO"/>
        </w:rPr>
        <w:t xml:space="preserve"> din „</w:t>
      </w:r>
      <w:r w:rsidR="00166855">
        <w:rPr>
          <w:i/>
          <w:noProof/>
          <w:sz w:val="20"/>
          <w:lang w:val="ro-RO"/>
        </w:rPr>
        <w:t>30</w:t>
      </w:r>
      <w:r w:rsidRPr="006C2580">
        <w:rPr>
          <w:i/>
          <w:noProof/>
          <w:sz w:val="20"/>
          <w:lang w:val="ro-RO"/>
        </w:rPr>
        <w:t xml:space="preserve">” </w:t>
      </w:r>
      <w:r w:rsidR="00166855">
        <w:rPr>
          <w:i/>
          <w:noProof/>
          <w:sz w:val="20"/>
          <w:lang w:val="ro-RO"/>
        </w:rPr>
        <w:t>iulie</w:t>
      </w:r>
      <w:r w:rsidRPr="006C2580">
        <w:rPr>
          <w:i/>
          <w:noProof/>
          <w:sz w:val="20"/>
          <w:lang w:val="ro-RO"/>
        </w:rPr>
        <w:t xml:space="preserve"> 2026, în temeiul art. 71 alin. (1) lit. a) din Legea nr. 131/2015 – nu a fost depusă nicio ofertă.</w:t>
      </w:r>
    </w:p>
    <w:p w14:paraId="6032CDF3" w14:textId="77777777" w:rsidR="007A04A9" w:rsidRPr="006C2580" w:rsidRDefault="007A04A9">
      <w:pPr>
        <w:spacing w:after="80"/>
        <w:rPr>
          <w:noProof/>
          <w:lang w:val="ro-RO"/>
        </w:rPr>
      </w:pPr>
    </w:p>
    <w:p w14:paraId="1813D279" w14:textId="77777777" w:rsidR="007A04A9" w:rsidRPr="006C2580" w:rsidRDefault="00F954C6">
      <w:pPr>
        <w:spacing w:after="80"/>
        <w:rPr>
          <w:noProof/>
          <w:lang w:val="ro-RO"/>
        </w:rPr>
      </w:pPr>
      <w:r w:rsidRPr="006C2580">
        <w:rPr>
          <w:noProof/>
          <w:sz w:val="24"/>
          <w:lang w:val="ro-RO"/>
        </w:rPr>
        <w:t>1. Denumirea autorității contractante: Penitenciarul nr. 16-Pruncul.</w:t>
      </w:r>
    </w:p>
    <w:p w14:paraId="4B7E34B6" w14:textId="77777777" w:rsidR="007A04A9" w:rsidRPr="006C2580" w:rsidRDefault="00F954C6">
      <w:pPr>
        <w:spacing w:after="80"/>
        <w:rPr>
          <w:noProof/>
          <w:lang w:val="ro-RO"/>
        </w:rPr>
      </w:pPr>
      <w:r w:rsidRPr="006C2580">
        <w:rPr>
          <w:noProof/>
          <w:sz w:val="24"/>
          <w:lang w:val="ro-RO"/>
        </w:rPr>
        <w:t>2. IDNO: 1006601000945.</w:t>
      </w:r>
    </w:p>
    <w:p w14:paraId="43B91245" w14:textId="77777777" w:rsidR="007A04A9" w:rsidRPr="006C2580" w:rsidRDefault="00F954C6">
      <w:pPr>
        <w:spacing w:after="80"/>
        <w:rPr>
          <w:noProof/>
          <w:lang w:val="ro-RO"/>
        </w:rPr>
      </w:pPr>
      <w:r w:rsidRPr="006C2580">
        <w:rPr>
          <w:noProof/>
          <w:sz w:val="24"/>
          <w:lang w:val="ro-RO"/>
        </w:rPr>
        <w:t>3. Adresa: mun. Chișinău, str. Ion Pruncul 44.</w:t>
      </w:r>
    </w:p>
    <w:p w14:paraId="2DFEA6FA" w14:textId="77777777" w:rsidR="007A04A9" w:rsidRPr="006C2580" w:rsidRDefault="00F954C6">
      <w:pPr>
        <w:spacing w:after="80"/>
        <w:rPr>
          <w:noProof/>
          <w:lang w:val="ro-RO"/>
        </w:rPr>
      </w:pPr>
      <w:r w:rsidRPr="006C2580">
        <w:rPr>
          <w:noProof/>
          <w:sz w:val="24"/>
          <w:lang w:val="ro-RO"/>
        </w:rPr>
        <w:t>4. Numărul de telefon/fax: 022 - 615 - 351 / 022 - 615 - 486.</w:t>
      </w:r>
    </w:p>
    <w:p w14:paraId="1D588A5B" w14:textId="77777777" w:rsidR="007A04A9" w:rsidRPr="006C2580" w:rsidRDefault="00F954C6">
      <w:pPr>
        <w:spacing w:after="80"/>
        <w:rPr>
          <w:noProof/>
          <w:lang w:val="ro-RO"/>
        </w:rPr>
      </w:pPr>
      <w:r w:rsidRPr="006C2580">
        <w:rPr>
          <w:noProof/>
          <w:sz w:val="24"/>
          <w:lang w:val="ro-RO"/>
        </w:rPr>
        <w:t>5. Adresa de e-mail și pagina web oficială ale autorității contractante: p16secretariat@anp.gov.md.</w:t>
      </w:r>
    </w:p>
    <w:p w14:paraId="68C08E1D" w14:textId="77777777" w:rsidR="007A04A9" w:rsidRPr="006C2580" w:rsidRDefault="00F954C6">
      <w:pPr>
        <w:spacing w:after="80"/>
        <w:rPr>
          <w:noProof/>
          <w:lang w:val="ro-RO"/>
        </w:rPr>
      </w:pPr>
      <w:r w:rsidRPr="006C2580">
        <w:rPr>
          <w:noProof/>
          <w:sz w:val="24"/>
          <w:lang w:val="ro-RO"/>
        </w:rPr>
        <w:t>6. Adresa de e-mail sau pagina web oficială de la care se va putea obține accesul la documentația de atribuire: documentația de atribuire este anexată în cadrul procedurii în SIA „RSAP”: p16achizitie@anp.gov.md.</w:t>
      </w:r>
    </w:p>
    <w:p w14:paraId="3E18CC32" w14:textId="77777777" w:rsidR="007A04A9" w:rsidRPr="006C2580" w:rsidRDefault="00F954C6">
      <w:pPr>
        <w:spacing w:after="80"/>
        <w:rPr>
          <w:noProof/>
          <w:lang w:val="ro-RO"/>
        </w:rPr>
      </w:pPr>
      <w:r w:rsidRPr="006C2580">
        <w:rPr>
          <w:noProof/>
          <w:sz w:val="24"/>
          <w:lang w:val="ro-RO"/>
        </w:rPr>
        <w:t>7. Tipul autorității contractante și obiectul principal de activitate: Instituție de stat cu statut special.</w:t>
      </w:r>
    </w:p>
    <w:p w14:paraId="585E75F3" w14:textId="77777777" w:rsidR="007A04A9" w:rsidRPr="006C2580" w:rsidRDefault="00F954C6">
      <w:pPr>
        <w:spacing w:after="80"/>
        <w:rPr>
          <w:noProof/>
          <w:lang w:val="ro-RO"/>
        </w:rPr>
      </w:pPr>
      <w:r w:rsidRPr="006C2580">
        <w:rPr>
          <w:noProof/>
          <w:sz w:val="24"/>
          <w:lang w:val="ro-RO"/>
        </w:rPr>
        <w:t>8. Procedura a fost inclusă în planul de achiziții publice a autorității contractante: Da.</w:t>
      </w:r>
    </w:p>
    <w:p w14:paraId="3ADFD8AC" w14:textId="77777777" w:rsidR="007A04A9" w:rsidRPr="006C2580" w:rsidRDefault="00F954C6">
      <w:pPr>
        <w:spacing w:after="80"/>
        <w:rPr>
          <w:noProof/>
          <w:lang w:val="ro-RO"/>
        </w:rPr>
      </w:pPr>
      <w:r w:rsidRPr="006C2580">
        <w:rPr>
          <w:noProof/>
          <w:sz w:val="24"/>
          <w:lang w:val="ro-RO"/>
        </w:rPr>
        <w:t>9. Cumpărătorul invită operatorii economici interesați, care îi pot satisface necesitățile, să participe la procedura de achiziție privind livrarea următoarelor bunuri:</w:t>
      </w:r>
    </w:p>
    <w:p w14:paraId="38881FD1" w14:textId="77777777" w:rsidR="007A04A9" w:rsidRPr="006C2580" w:rsidRDefault="007A04A9">
      <w:pPr>
        <w:spacing w:after="60"/>
        <w:rPr>
          <w:noProof/>
          <w:lang w:val="ro-RO"/>
        </w:rPr>
      </w:pPr>
    </w:p>
    <w:tbl>
      <w:tblPr>
        <w:tblStyle w:val="Tabelgril"/>
        <w:tblW w:w="0" w:type="auto"/>
        <w:tblLook w:val="04A0" w:firstRow="1" w:lastRow="0" w:firstColumn="1" w:lastColumn="0" w:noHBand="0" w:noVBand="1"/>
      </w:tblPr>
      <w:tblGrid>
        <w:gridCol w:w="1154"/>
        <w:gridCol w:w="1361"/>
        <w:gridCol w:w="3402"/>
        <w:gridCol w:w="1332"/>
        <w:gridCol w:w="5386"/>
        <w:gridCol w:w="1587"/>
      </w:tblGrid>
      <w:tr w:rsidR="007A04A9" w:rsidRPr="00166855" w14:paraId="3181BF6B" w14:textId="77777777" w:rsidTr="00B72783">
        <w:tc>
          <w:tcPr>
            <w:tcW w:w="1154" w:type="dxa"/>
            <w:shd w:val="clear" w:color="auto" w:fill="D9E1F2"/>
          </w:tcPr>
          <w:p w14:paraId="59396CE4" w14:textId="77777777" w:rsidR="007A04A9" w:rsidRPr="006C2580" w:rsidRDefault="00F954C6">
            <w:pPr>
              <w:jc w:val="center"/>
              <w:rPr>
                <w:noProof/>
                <w:lang w:val="ro-RO"/>
              </w:rPr>
            </w:pPr>
            <w:r w:rsidRPr="006C2580">
              <w:rPr>
                <w:b/>
                <w:noProof/>
                <w:sz w:val="16"/>
                <w:lang w:val="ro-RO"/>
              </w:rPr>
              <w:t>Nr.d/o</w:t>
            </w:r>
          </w:p>
        </w:tc>
        <w:tc>
          <w:tcPr>
            <w:tcW w:w="1361" w:type="dxa"/>
            <w:shd w:val="clear" w:color="auto" w:fill="D9E1F2"/>
          </w:tcPr>
          <w:p w14:paraId="0B134A1D" w14:textId="77777777" w:rsidR="007A04A9" w:rsidRPr="006C2580" w:rsidRDefault="00F954C6">
            <w:pPr>
              <w:jc w:val="center"/>
              <w:rPr>
                <w:noProof/>
                <w:lang w:val="ro-RO"/>
              </w:rPr>
            </w:pPr>
            <w:r w:rsidRPr="006C2580">
              <w:rPr>
                <w:b/>
                <w:noProof/>
                <w:sz w:val="16"/>
                <w:lang w:val="ro-RO"/>
              </w:rPr>
              <w:t>Cod CPV</w:t>
            </w:r>
          </w:p>
        </w:tc>
        <w:tc>
          <w:tcPr>
            <w:tcW w:w="3402" w:type="dxa"/>
            <w:shd w:val="clear" w:color="auto" w:fill="D9E1F2"/>
          </w:tcPr>
          <w:p w14:paraId="7E0EE17F" w14:textId="77777777" w:rsidR="007A04A9" w:rsidRPr="006C2580" w:rsidRDefault="00F954C6">
            <w:pPr>
              <w:jc w:val="center"/>
              <w:rPr>
                <w:noProof/>
                <w:lang w:val="ro-RO"/>
              </w:rPr>
            </w:pPr>
            <w:r w:rsidRPr="006C2580">
              <w:rPr>
                <w:b/>
                <w:noProof/>
                <w:sz w:val="16"/>
                <w:lang w:val="ro-RO"/>
              </w:rPr>
              <w:t>Denumirea bunurilor solicitate</w:t>
            </w:r>
          </w:p>
        </w:tc>
        <w:tc>
          <w:tcPr>
            <w:tcW w:w="1332" w:type="dxa"/>
            <w:shd w:val="clear" w:color="auto" w:fill="D9E1F2"/>
          </w:tcPr>
          <w:p w14:paraId="1BEDB05D" w14:textId="77777777" w:rsidR="007A04A9" w:rsidRPr="006C2580" w:rsidRDefault="00F954C6">
            <w:pPr>
              <w:jc w:val="center"/>
              <w:rPr>
                <w:noProof/>
                <w:lang w:val="ro-RO"/>
              </w:rPr>
            </w:pPr>
            <w:r w:rsidRPr="006C2580">
              <w:rPr>
                <w:b/>
                <w:noProof/>
                <w:sz w:val="16"/>
                <w:lang w:val="ro-RO"/>
              </w:rPr>
              <w:t>Cantitatea/un.m</w:t>
            </w:r>
          </w:p>
        </w:tc>
        <w:tc>
          <w:tcPr>
            <w:tcW w:w="5386" w:type="dxa"/>
            <w:shd w:val="clear" w:color="auto" w:fill="D9E1F2"/>
          </w:tcPr>
          <w:p w14:paraId="08939091" w14:textId="77777777" w:rsidR="007A04A9" w:rsidRPr="006C2580" w:rsidRDefault="00F954C6">
            <w:pPr>
              <w:jc w:val="center"/>
              <w:rPr>
                <w:noProof/>
                <w:lang w:val="ro-RO"/>
              </w:rPr>
            </w:pPr>
            <w:r w:rsidRPr="006C2580">
              <w:rPr>
                <w:b/>
                <w:noProof/>
                <w:sz w:val="16"/>
                <w:lang w:val="ro-RO"/>
              </w:rPr>
              <w:t>Specificarea tehnică deplină solicitată</w:t>
            </w:r>
          </w:p>
        </w:tc>
        <w:tc>
          <w:tcPr>
            <w:tcW w:w="1587" w:type="dxa"/>
            <w:shd w:val="clear" w:color="auto" w:fill="D9E1F2"/>
          </w:tcPr>
          <w:p w14:paraId="201DC7AB" w14:textId="77777777" w:rsidR="007A04A9" w:rsidRPr="006C2580" w:rsidRDefault="00F954C6">
            <w:pPr>
              <w:jc w:val="center"/>
              <w:rPr>
                <w:noProof/>
                <w:lang w:val="ro-RO"/>
              </w:rPr>
            </w:pPr>
            <w:r w:rsidRPr="006C2580">
              <w:rPr>
                <w:b/>
                <w:noProof/>
                <w:sz w:val="16"/>
                <w:lang w:val="ro-RO"/>
              </w:rPr>
              <w:t>Valoarea estimată lei,(fără TVA)</w:t>
            </w:r>
          </w:p>
        </w:tc>
      </w:tr>
      <w:tr w:rsidR="007A04A9" w:rsidRPr="00166855" w14:paraId="23D54EBE" w14:textId="77777777" w:rsidTr="00B72783">
        <w:tc>
          <w:tcPr>
            <w:tcW w:w="1154" w:type="dxa"/>
          </w:tcPr>
          <w:p w14:paraId="59992C9C" w14:textId="77777777" w:rsidR="007A04A9" w:rsidRPr="006C2580" w:rsidRDefault="00F954C6">
            <w:pPr>
              <w:rPr>
                <w:noProof/>
                <w:lang w:val="ro-RO"/>
              </w:rPr>
            </w:pPr>
            <w:r w:rsidRPr="006C2580">
              <w:rPr>
                <w:b/>
                <w:noProof/>
                <w:sz w:val="16"/>
                <w:lang w:val="ro-RO"/>
              </w:rPr>
              <w:t>Lotul nr. 1 – Materiale de construcție</w:t>
            </w:r>
          </w:p>
        </w:tc>
        <w:tc>
          <w:tcPr>
            <w:tcW w:w="1361" w:type="dxa"/>
          </w:tcPr>
          <w:p w14:paraId="6451341C" w14:textId="77777777" w:rsidR="007A04A9" w:rsidRPr="006C2580" w:rsidRDefault="007A04A9">
            <w:pPr>
              <w:rPr>
                <w:noProof/>
                <w:lang w:val="ro-RO"/>
              </w:rPr>
            </w:pPr>
          </w:p>
        </w:tc>
        <w:tc>
          <w:tcPr>
            <w:tcW w:w="3402" w:type="dxa"/>
          </w:tcPr>
          <w:p w14:paraId="1A491567" w14:textId="77777777" w:rsidR="007A04A9" w:rsidRPr="006C2580" w:rsidRDefault="007A04A9">
            <w:pPr>
              <w:rPr>
                <w:noProof/>
                <w:lang w:val="ro-RO"/>
              </w:rPr>
            </w:pPr>
          </w:p>
        </w:tc>
        <w:tc>
          <w:tcPr>
            <w:tcW w:w="1332" w:type="dxa"/>
          </w:tcPr>
          <w:p w14:paraId="00C6D43B" w14:textId="77777777" w:rsidR="007A04A9" w:rsidRPr="006C2580" w:rsidRDefault="007A04A9">
            <w:pPr>
              <w:rPr>
                <w:noProof/>
                <w:lang w:val="ro-RO"/>
              </w:rPr>
            </w:pPr>
          </w:p>
        </w:tc>
        <w:tc>
          <w:tcPr>
            <w:tcW w:w="5386" w:type="dxa"/>
          </w:tcPr>
          <w:p w14:paraId="66C89DAB" w14:textId="77777777" w:rsidR="007A04A9" w:rsidRPr="006C2580" w:rsidRDefault="007A04A9">
            <w:pPr>
              <w:rPr>
                <w:noProof/>
                <w:lang w:val="ro-RO"/>
              </w:rPr>
            </w:pPr>
          </w:p>
        </w:tc>
        <w:tc>
          <w:tcPr>
            <w:tcW w:w="1587" w:type="dxa"/>
          </w:tcPr>
          <w:p w14:paraId="395598D7" w14:textId="77777777" w:rsidR="007A04A9" w:rsidRPr="006C2580" w:rsidRDefault="007A04A9">
            <w:pPr>
              <w:rPr>
                <w:noProof/>
                <w:lang w:val="ro-RO"/>
              </w:rPr>
            </w:pPr>
          </w:p>
        </w:tc>
      </w:tr>
      <w:tr w:rsidR="007A04A9" w:rsidRPr="006C2580" w14:paraId="1B2C276A" w14:textId="77777777" w:rsidTr="00B72783">
        <w:tc>
          <w:tcPr>
            <w:tcW w:w="1154" w:type="dxa"/>
          </w:tcPr>
          <w:p w14:paraId="493A924F" w14:textId="77777777" w:rsidR="007A04A9" w:rsidRPr="006C2580" w:rsidRDefault="00F954C6">
            <w:pPr>
              <w:jc w:val="center"/>
              <w:rPr>
                <w:noProof/>
                <w:lang w:val="ro-RO"/>
              </w:rPr>
            </w:pPr>
            <w:r w:rsidRPr="006C2580">
              <w:rPr>
                <w:noProof/>
                <w:sz w:val="16"/>
                <w:lang w:val="ro-RO"/>
              </w:rPr>
              <w:t>1.1</w:t>
            </w:r>
          </w:p>
        </w:tc>
        <w:tc>
          <w:tcPr>
            <w:tcW w:w="1361" w:type="dxa"/>
          </w:tcPr>
          <w:p w14:paraId="670BBEE2" w14:textId="77777777" w:rsidR="007A04A9" w:rsidRPr="006C2580" w:rsidRDefault="00F954C6">
            <w:pPr>
              <w:jc w:val="center"/>
              <w:rPr>
                <w:noProof/>
                <w:lang w:val="ro-RO"/>
              </w:rPr>
            </w:pPr>
            <w:r w:rsidRPr="006C2580">
              <w:rPr>
                <w:noProof/>
                <w:sz w:val="16"/>
                <w:lang w:val="ro-RO"/>
              </w:rPr>
              <w:t>44100000-1</w:t>
            </w:r>
          </w:p>
        </w:tc>
        <w:tc>
          <w:tcPr>
            <w:tcW w:w="3402" w:type="dxa"/>
          </w:tcPr>
          <w:p w14:paraId="48A6CA4E" w14:textId="77777777" w:rsidR="007A04A9" w:rsidRPr="006C2580" w:rsidRDefault="00F954C6">
            <w:pPr>
              <w:rPr>
                <w:noProof/>
                <w:lang w:val="ro-RO"/>
              </w:rPr>
            </w:pPr>
            <w:r w:rsidRPr="006C2580">
              <w:rPr>
                <w:noProof/>
                <w:sz w:val="16"/>
                <w:lang w:val="ro-RO"/>
              </w:rPr>
              <w:t>Nisip cernut pentru tencuială</w:t>
            </w:r>
          </w:p>
        </w:tc>
        <w:tc>
          <w:tcPr>
            <w:tcW w:w="1332" w:type="dxa"/>
          </w:tcPr>
          <w:p w14:paraId="41ABE2E2" w14:textId="77777777" w:rsidR="007A04A9" w:rsidRPr="006C2580" w:rsidRDefault="00F954C6">
            <w:pPr>
              <w:jc w:val="center"/>
              <w:rPr>
                <w:noProof/>
                <w:lang w:val="ro-RO"/>
              </w:rPr>
            </w:pPr>
            <w:r w:rsidRPr="006C2580">
              <w:rPr>
                <w:noProof/>
                <w:sz w:val="16"/>
                <w:lang w:val="ro-RO"/>
              </w:rPr>
              <w:t>10 tone</w:t>
            </w:r>
          </w:p>
        </w:tc>
        <w:tc>
          <w:tcPr>
            <w:tcW w:w="5386" w:type="dxa"/>
          </w:tcPr>
          <w:p w14:paraId="7A2BDC0D" w14:textId="77777777" w:rsidR="007A04A9" w:rsidRPr="006C2580" w:rsidRDefault="00F954C6">
            <w:pPr>
              <w:rPr>
                <w:noProof/>
                <w:lang w:val="ro-RO"/>
              </w:rPr>
            </w:pPr>
            <w:r w:rsidRPr="006C2580">
              <w:rPr>
                <w:noProof/>
                <w:sz w:val="14"/>
                <w:lang w:val="ro-RO"/>
              </w:rPr>
              <w:t>Nisip cernut pentru tencuială cu transportul inclus la adresa beneficiarului</w:t>
            </w:r>
          </w:p>
        </w:tc>
        <w:tc>
          <w:tcPr>
            <w:tcW w:w="1587" w:type="dxa"/>
          </w:tcPr>
          <w:p w14:paraId="7FA5EAC3" w14:textId="77777777" w:rsidR="007A04A9" w:rsidRPr="006C2580" w:rsidRDefault="00F954C6">
            <w:pPr>
              <w:jc w:val="center"/>
              <w:rPr>
                <w:noProof/>
                <w:lang w:val="ro-RO"/>
              </w:rPr>
            </w:pPr>
            <w:r w:rsidRPr="006C2580">
              <w:rPr>
                <w:noProof/>
                <w:sz w:val="16"/>
                <w:lang w:val="ro-RO"/>
              </w:rPr>
              <w:t>4 000,00</w:t>
            </w:r>
          </w:p>
        </w:tc>
      </w:tr>
      <w:tr w:rsidR="007A04A9" w:rsidRPr="006C2580" w14:paraId="2C53309C" w14:textId="77777777" w:rsidTr="00B72783">
        <w:tc>
          <w:tcPr>
            <w:tcW w:w="1154" w:type="dxa"/>
          </w:tcPr>
          <w:p w14:paraId="07F0C8A1" w14:textId="77777777" w:rsidR="007A04A9" w:rsidRPr="006C2580" w:rsidRDefault="00F954C6">
            <w:pPr>
              <w:jc w:val="center"/>
              <w:rPr>
                <w:noProof/>
                <w:lang w:val="ro-RO"/>
              </w:rPr>
            </w:pPr>
            <w:r w:rsidRPr="006C2580">
              <w:rPr>
                <w:noProof/>
                <w:sz w:val="16"/>
                <w:lang w:val="ro-RO"/>
              </w:rPr>
              <w:t>1.2</w:t>
            </w:r>
          </w:p>
        </w:tc>
        <w:tc>
          <w:tcPr>
            <w:tcW w:w="1361" w:type="dxa"/>
          </w:tcPr>
          <w:p w14:paraId="3B4D8807" w14:textId="77777777" w:rsidR="007A04A9" w:rsidRPr="006C2580" w:rsidRDefault="007A04A9">
            <w:pPr>
              <w:jc w:val="center"/>
              <w:rPr>
                <w:noProof/>
                <w:lang w:val="ro-RO"/>
              </w:rPr>
            </w:pPr>
          </w:p>
        </w:tc>
        <w:tc>
          <w:tcPr>
            <w:tcW w:w="3402" w:type="dxa"/>
          </w:tcPr>
          <w:p w14:paraId="28684F95" w14:textId="77777777" w:rsidR="007A04A9" w:rsidRPr="006C2580" w:rsidRDefault="00F954C6">
            <w:pPr>
              <w:rPr>
                <w:noProof/>
                <w:lang w:val="ro-RO"/>
              </w:rPr>
            </w:pPr>
            <w:r w:rsidRPr="006C2580">
              <w:rPr>
                <w:noProof/>
                <w:sz w:val="16"/>
                <w:lang w:val="ro-RO"/>
              </w:rPr>
              <w:t>Spuma poliuretanică.</w:t>
            </w:r>
          </w:p>
        </w:tc>
        <w:tc>
          <w:tcPr>
            <w:tcW w:w="1332" w:type="dxa"/>
          </w:tcPr>
          <w:p w14:paraId="44C1D534" w14:textId="77777777" w:rsidR="007A04A9" w:rsidRPr="006C2580" w:rsidRDefault="00F954C6">
            <w:pPr>
              <w:jc w:val="center"/>
              <w:rPr>
                <w:noProof/>
                <w:lang w:val="ro-RO"/>
              </w:rPr>
            </w:pPr>
            <w:r w:rsidRPr="006C2580">
              <w:rPr>
                <w:noProof/>
                <w:sz w:val="16"/>
                <w:lang w:val="ro-RO"/>
              </w:rPr>
              <w:t>10 buc</w:t>
            </w:r>
          </w:p>
        </w:tc>
        <w:tc>
          <w:tcPr>
            <w:tcW w:w="5386" w:type="dxa"/>
          </w:tcPr>
          <w:p w14:paraId="5B1D1012" w14:textId="77777777" w:rsidR="007A04A9" w:rsidRPr="006C2580" w:rsidRDefault="00F954C6">
            <w:pPr>
              <w:rPr>
                <w:noProof/>
                <w:lang w:val="ro-RO"/>
              </w:rPr>
            </w:pPr>
            <w:r w:rsidRPr="006C2580">
              <w:rPr>
                <w:noProof/>
                <w:sz w:val="14"/>
                <w:lang w:val="ro-RO"/>
              </w:rPr>
              <w:t>Baza: PoliuretanicaDensitatea: (kg/m3) – 12,15.Domeniul de utilizare: Exterior si interiorMod de aplicare: PistolTip: Pentru toate anotimpurileVolum: 850ml</w:t>
            </w:r>
          </w:p>
        </w:tc>
        <w:tc>
          <w:tcPr>
            <w:tcW w:w="1587" w:type="dxa"/>
          </w:tcPr>
          <w:p w14:paraId="04FE56C3" w14:textId="77777777" w:rsidR="007A04A9" w:rsidRPr="006C2580" w:rsidRDefault="00F954C6">
            <w:pPr>
              <w:jc w:val="center"/>
              <w:rPr>
                <w:noProof/>
                <w:lang w:val="ro-RO"/>
              </w:rPr>
            </w:pPr>
            <w:r w:rsidRPr="006C2580">
              <w:rPr>
                <w:noProof/>
                <w:sz w:val="16"/>
                <w:lang w:val="ro-RO"/>
              </w:rPr>
              <w:t>1 000,00</w:t>
            </w:r>
          </w:p>
        </w:tc>
      </w:tr>
      <w:tr w:rsidR="007A04A9" w:rsidRPr="006C2580" w14:paraId="57BFAC5A" w14:textId="77777777" w:rsidTr="00B72783">
        <w:tc>
          <w:tcPr>
            <w:tcW w:w="1154" w:type="dxa"/>
          </w:tcPr>
          <w:p w14:paraId="0E7CAC3D" w14:textId="77777777" w:rsidR="007A04A9" w:rsidRPr="006C2580" w:rsidRDefault="00F954C6">
            <w:pPr>
              <w:jc w:val="center"/>
              <w:rPr>
                <w:noProof/>
                <w:lang w:val="ro-RO"/>
              </w:rPr>
            </w:pPr>
            <w:r w:rsidRPr="006C2580">
              <w:rPr>
                <w:noProof/>
                <w:sz w:val="16"/>
                <w:lang w:val="ro-RO"/>
              </w:rPr>
              <w:t>1.3</w:t>
            </w:r>
          </w:p>
        </w:tc>
        <w:tc>
          <w:tcPr>
            <w:tcW w:w="1361" w:type="dxa"/>
          </w:tcPr>
          <w:p w14:paraId="5FE85249" w14:textId="77777777" w:rsidR="007A04A9" w:rsidRPr="006C2580" w:rsidRDefault="007A04A9">
            <w:pPr>
              <w:jc w:val="center"/>
              <w:rPr>
                <w:noProof/>
                <w:lang w:val="ro-RO"/>
              </w:rPr>
            </w:pPr>
          </w:p>
        </w:tc>
        <w:tc>
          <w:tcPr>
            <w:tcW w:w="3402" w:type="dxa"/>
          </w:tcPr>
          <w:p w14:paraId="6EA9A836" w14:textId="77777777" w:rsidR="007A04A9" w:rsidRPr="006C2580" w:rsidRDefault="00F954C6">
            <w:pPr>
              <w:rPr>
                <w:noProof/>
                <w:lang w:val="ro-RO"/>
              </w:rPr>
            </w:pPr>
            <w:r w:rsidRPr="006C2580">
              <w:rPr>
                <w:noProof/>
                <w:sz w:val="16"/>
                <w:lang w:val="ro-RO"/>
              </w:rPr>
              <w:t>Diblu cu guler cu șurub cui</w:t>
            </w:r>
          </w:p>
        </w:tc>
        <w:tc>
          <w:tcPr>
            <w:tcW w:w="1332" w:type="dxa"/>
          </w:tcPr>
          <w:p w14:paraId="7DA71CD2" w14:textId="77777777" w:rsidR="007A04A9" w:rsidRPr="006C2580" w:rsidRDefault="00F954C6">
            <w:pPr>
              <w:jc w:val="center"/>
              <w:rPr>
                <w:noProof/>
                <w:lang w:val="ro-RO"/>
              </w:rPr>
            </w:pPr>
            <w:r w:rsidRPr="006C2580">
              <w:rPr>
                <w:noProof/>
                <w:sz w:val="16"/>
                <w:lang w:val="ro-RO"/>
              </w:rPr>
              <w:t>2 cut</w:t>
            </w:r>
          </w:p>
        </w:tc>
        <w:tc>
          <w:tcPr>
            <w:tcW w:w="5386" w:type="dxa"/>
          </w:tcPr>
          <w:p w14:paraId="0F099236" w14:textId="77777777" w:rsidR="007A04A9" w:rsidRPr="006C2580" w:rsidRDefault="00F954C6">
            <w:pPr>
              <w:rPr>
                <w:noProof/>
                <w:lang w:val="ro-RO"/>
              </w:rPr>
            </w:pPr>
            <w:r w:rsidRPr="006C2580">
              <w:rPr>
                <w:noProof/>
                <w:sz w:val="14"/>
                <w:lang w:val="ro-RO"/>
              </w:rPr>
              <w:t>SM 8*80/4,9*85 mmAmbalaj: a câte 100 buc.</w:t>
            </w:r>
          </w:p>
        </w:tc>
        <w:tc>
          <w:tcPr>
            <w:tcW w:w="1587" w:type="dxa"/>
          </w:tcPr>
          <w:p w14:paraId="7D3AE713" w14:textId="77777777" w:rsidR="007A04A9" w:rsidRPr="006C2580" w:rsidRDefault="00F954C6">
            <w:pPr>
              <w:jc w:val="center"/>
              <w:rPr>
                <w:noProof/>
                <w:lang w:val="ro-RO"/>
              </w:rPr>
            </w:pPr>
            <w:r w:rsidRPr="006C2580">
              <w:rPr>
                <w:noProof/>
                <w:sz w:val="16"/>
                <w:lang w:val="ro-RO"/>
              </w:rPr>
              <w:t>330,00</w:t>
            </w:r>
          </w:p>
        </w:tc>
      </w:tr>
      <w:tr w:rsidR="007A04A9" w:rsidRPr="006C2580" w14:paraId="2BB1A70C" w14:textId="77777777" w:rsidTr="00B72783">
        <w:tc>
          <w:tcPr>
            <w:tcW w:w="1154" w:type="dxa"/>
          </w:tcPr>
          <w:p w14:paraId="6F43DAA0" w14:textId="77777777" w:rsidR="007A04A9" w:rsidRPr="006C2580" w:rsidRDefault="00F954C6">
            <w:pPr>
              <w:jc w:val="center"/>
              <w:rPr>
                <w:noProof/>
                <w:lang w:val="ro-RO"/>
              </w:rPr>
            </w:pPr>
            <w:r w:rsidRPr="006C2580">
              <w:rPr>
                <w:noProof/>
                <w:sz w:val="16"/>
                <w:lang w:val="ro-RO"/>
              </w:rPr>
              <w:t>1.4</w:t>
            </w:r>
          </w:p>
        </w:tc>
        <w:tc>
          <w:tcPr>
            <w:tcW w:w="1361" w:type="dxa"/>
          </w:tcPr>
          <w:p w14:paraId="1927157A" w14:textId="77777777" w:rsidR="007A04A9" w:rsidRPr="006C2580" w:rsidRDefault="007A04A9">
            <w:pPr>
              <w:jc w:val="center"/>
              <w:rPr>
                <w:noProof/>
                <w:lang w:val="ro-RO"/>
              </w:rPr>
            </w:pPr>
          </w:p>
        </w:tc>
        <w:tc>
          <w:tcPr>
            <w:tcW w:w="3402" w:type="dxa"/>
          </w:tcPr>
          <w:p w14:paraId="0B6FABC9" w14:textId="77777777" w:rsidR="007A04A9" w:rsidRPr="006C2580" w:rsidRDefault="00F954C6">
            <w:pPr>
              <w:rPr>
                <w:noProof/>
                <w:lang w:val="ro-RO"/>
              </w:rPr>
            </w:pPr>
            <w:r w:rsidRPr="006C2580">
              <w:rPr>
                <w:noProof/>
                <w:sz w:val="16"/>
                <w:lang w:val="ro-RO"/>
              </w:rPr>
              <w:t>Diblu cu cap hexagonal</w:t>
            </w:r>
          </w:p>
        </w:tc>
        <w:tc>
          <w:tcPr>
            <w:tcW w:w="1332" w:type="dxa"/>
          </w:tcPr>
          <w:p w14:paraId="561DF5EA" w14:textId="77777777" w:rsidR="007A04A9" w:rsidRPr="006C2580" w:rsidRDefault="00F954C6">
            <w:pPr>
              <w:jc w:val="center"/>
              <w:rPr>
                <w:noProof/>
                <w:lang w:val="ro-RO"/>
              </w:rPr>
            </w:pPr>
            <w:r w:rsidRPr="006C2580">
              <w:rPr>
                <w:noProof/>
                <w:sz w:val="16"/>
                <w:lang w:val="ro-RO"/>
              </w:rPr>
              <w:t>50 buc</w:t>
            </w:r>
          </w:p>
        </w:tc>
        <w:tc>
          <w:tcPr>
            <w:tcW w:w="5386" w:type="dxa"/>
          </w:tcPr>
          <w:p w14:paraId="566FFF2D" w14:textId="77777777" w:rsidR="007A04A9" w:rsidRPr="006C2580" w:rsidRDefault="00F954C6">
            <w:pPr>
              <w:rPr>
                <w:noProof/>
                <w:lang w:val="ro-RO"/>
              </w:rPr>
            </w:pPr>
            <w:r w:rsidRPr="006C2580">
              <w:rPr>
                <w:noProof/>
                <w:sz w:val="14"/>
                <w:lang w:val="ro-RO"/>
              </w:rPr>
              <w:t>Ambalaj: Cu bucataDiametru diblu (mm):</w:t>
            </w:r>
            <w:r w:rsidRPr="006C2580">
              <w:rPr>
                <w:noProof/>
                <w:sz w:val="14"/>
                <w:lang w:val="ro-RO"/>
              </w:rPr>
              <w:tab/>
              <w:t>12mmDiametru șurub (mm):  8mmLungime diblu (mm):</w:t>
            </w:r>
            <w:r w:rsidRPr="006C2580">
              <w:rPr>
                <w:noProof/>
                <w:sz w:val="14"/>
                <w:lang w:val="ro-RO"/>
              </w:rPr>
              <w:tab/>
              <w:t>80mmLungime șurub (mm):</w:t>
            </w:r>
            <w:r w:rsidRPr="006C2580">
              <w:rPr>
                <w:noProof/>
                <w:sz w:val="14"/>
                <w:lang w:val="ro-RO"/>
              </w:rPr>
              <w:tab/>
              <w:t>120mmMaterial diblu:</w:t>
            </w:r>
            <w:r w:rsidRPr="006C2580">
              <w:rPr>
                <w:noProof/>
                <w:sz w:val="14"/>
                <w:lang w:val="ro-RO"/>
              </w:rPr>
              <w:tab/>
              <w:t xml:space="preserve"> PolipropilenaMaterial șurub: Otel zincatTip: Diblu cu șurub</w:t>
            </w:r>
          </w:p>
        </w:tc>
        <w:tc>
          <w:tcPr>
            <w:tcW w:w="1587" w:type="dxa"/>
          </w:tcPr>
          <w:p w14:paraId="219D5424" w14:textId="77777777" w:rsidR="007A04A9" w:rsidRPr="006C2580" w:rsidRDefault="00F954C6">
            <w:pPr>
              <w:jc w:val="center"/>
              <w:rPr>
                <w:noProof/>
                <w:lang w:val="ro-RO"/>
              </w:rPr>
            </w:pPr>
            <w:r w:rsidRPr="006C2580">
              <w:rPr>
                <w:noProof/>
                <w:sz w:val="16"/>
                <w:lang w:val="ro-RO"/>
              </w:rPr>
              <w:t>450,00</w:t>
            </w:r>
          </w:p>
        </w:tc>
      </w:tr>
      <w:tr w:rsidR="007A04A9" w:rsidRPr="006C2580" w14:paraId="3EAAD22E" w14:textId="77777777" w:rsidTr="00B72783">
        <w:tc>
          <w:tcPr>
            <w:tcW w:w="1154" w:type="dxa"/>
          </w:tcPr>
          <w:p w14:paraId="59623327" w14:textId="77777777" w:rsidR="007A04A9" w:rsidRPr="006C2580" w:rsidRDefault="00F954C6">
            <w:pPr>
              <w:jc w:val="center"/>
              <w:rPr>
                <w:noProof/>
                <w:lang w:val="ro-RO"/>
              </w:rPr>
            </w:pPr>
            <w:r w:rsidRPr="006C2580">
              <w:rPr>
                <w:noProof/>
                <w:sz w:val="16"/>
                <w:lang w:val="ro-RO"/>
              </w:rPr>
              <w:t>1.5</w:t>
            </w:r>
          </w:p>
        </w:tc>
        <w:tc>
          <w:tcPr>
            <w:tcW w:w="1361" w:type="dxa"/>
          </w:tcPr>
          <w:p w14:paraId="27513710" w14:textId="77777777" w:rsidR="007A04A9" w:rsidRPr="006C2580" w:rsidRDefault="007A04A9">
            <w:pPr>
              <w:jc w:val="center"/>
              <w:rPr>
                <w:noProof/>
                <w:lang w:val="ro-RO"/>
              </w:rPr>
            </w:pPr>
          </w:p>
        </w:tc>
        <w:tc>
          <w:tcPr>
            <w:tcW w:w="3402" w:type="dxa"/>
          </w:tcPr>
          <w:p w14:paraId="71BA16C2" w14:textId="77777777" w:rsidR="007A04A9" w:rsidRPr="006C2580" w:rsidRDefault="00F954C6">
            <w:pPr>
              <w:rPr>
                <w:noProof/>
                <w:lang w:val="ro-RO"/>
              </w:rPr>
            </w:pPr>
            <w:r w:rsidRPr="006C2580">
              <w:rPr>
                <w:noProof/>
                <w:sz w:val="16"/>
                <w:lang w:val="ro-RO"/>
              </w:rPr>
              <w:t>Șpaclu pentru zugrăvit</w:t>
            </w:r>
          </w:p>
        </w:tc>
        <w:tc>
          <w:tcPr>
            <w:tcW w:w="1332" w:type="dxa"/>
          </w:tcPr>
          <w:p w14:paraId="0B08084A" w14:textId="77777777" w:rsidR="007A04A9" w:rsidRPr="006C2580" w:rsidRDefault="00F954C6">
            <w:pPr>
              <w:jc w:val="center"/>
              <w:rPr>
                <w:noProof/>
                <w:lang w:val="ro-RO"/>
              </w:rPr>
            </w:pPr>
            <w:r w:rsidRPr="006C2580">
              <w:rPr>
                <w:noProof/>
                <w:sz w:val="16"/>
                <w:lang w:val="ro-RO"/>
              </w:rPr>
              <w:t>2 buc</w:t>
            </w:r>
          </w:p>
        </w:tc>
        <w:tc>
          <w:tcPr>
            <w:tcW w:w="5386" w:type="dxa"/>
          </w:tcPr>
          <w:p w14:paraId="4E32C371" w14:textId="77777777" w:rsidR="007A04A9" w:rsidRPr="006C2580" w:rsidRDefault="00F954C6">
            <w:pPr>
              <w:rPr>
                <w:noProof/>
                <w:lang w:val="ro-RO"/>
              </w:rPr>
            </w:pPr>
            <w:r w:rsidRPr="006C2580">
              <w:rPr>
                <w:noProof/>
                <w:sz w:val="14"/>
                <w:lang w:val="ro-RO"/>
              </w:rPr>
              <w:t>Lățime: 600mmTip: ȘpacluMaterial: Otel inoxidabil</w:t>
            </w:r>
          </w:p>
        </w:tc>
        <w:tc>
          <w:tcPr>
            <w:tcW w:w="1587" w:type="dxa"/>
          </w:tcPr>
          <w:p w14:paraId="0C80A79C" w14:textId="77777777" w:rsidR="007A04A9" w:rsidRPr="006C2580" w:rsidRDefault="00F954C6">
            <w:pPr>
              <w:jc w:val="center"/>
              <w:rPr>
                <w:noProof/>
                <w:lang w:val="ro-RO"/>
              </w:rPr>
            </w:pPr>
            <w:r w:rsidRPr="006C2580">
              <w:rPr>
                <w:noProof/>
                <w:sz w:val="16"/>
                <w:lang w:val="ro-RO"/>
              </w:rPr>
              <w:t>140,00</w:t>
            </w:r>
          </w:p>
        </w:tc>
      </w:tr>
      <w:tr w:rsidR="007A04A9" w:rsidRPr="006C2580" w14:paraId="517C27FE" w14:textId="77777777" w:rsidTr="00B72783">
        <w:tc>
          <w:tcPr>
            <w:tcW w:w="1154" w:type="dxa"/>
          </w:tcPr>
          <w:p w14:paraId="3A4E05A1" w14:textId="77777777" w:rsidR="007A04A9" w:rsidRPr="006C2580" w:rsidRDefault="00F954C6">
            <w:pPr>
              <w:jc w:val="center"/>
              <w:rPr>
                <w:noProof/>
                <w:lang w:val="ro-RO"/>
              </w:rPr>
            </w:pPr>
            <w:r w:rsidRPr="006C2580">
              <w:rPr>
                <w:noProof/>
                <w:sz w:val="16"/>
                <w:lang w:val="ro-RO"/>
              </w:rPr>
              <w:t>1.6</w:t>
            </w:r>
          </w:p>
        </w:tc>
        <w:tc>
          <w:tcPr>
            <w:tcW w:w="1361" w:type="dxa"/>
          </w:tcPr>
          <w:p w14:paraId="5E3ABFF0" w14:textId="77777777" w:rsidR="007A04A9" w:rsidRPr="006C2580" w:rsidRDefault="007A04A9">
            <w:pPr>
              <w:jc w:val="center"/>
              <w:rPr>
                <w:noProof/>
                <w:lang w:val="ro-RO"/>
              </w:rPr>
            </w:pPr>
          </w:p>
        </w:tc>
        <w:tc>
          <w:tcPr>
            <w:tcW w:w="3402" w:type="dxa"/>
          </w:tcPr>
          <w:p w14:paraId="0EE23AD9" w14:textId="77777777" w:rsidR="007A04A9" w:rsidRPr="006C2580" w:rsidRDefault="00F954C6">
            <w:pPr>
              <w:rPr>
                <w:noProof/>
                <w:lang w:val="ro-RO"/>
              </w:rPr>
            </w:pPr>
            <w:r w:rsidRPr="006C2580">
              <w:rPr>
                <w:noProof/>
                <w:sz w:val="16"/>
                <w:lang w:val="ro-RO"/>
              </w:rPr>
              <w:t>Șpaclu pentru zugrăvit</w:t>
            </w:r>
          </w:p>
        </w:tc>
        <w:tc>
          <w:tcPr>
            <w:tcW w:w="1332" w:type="dxa"/>
          </w:tcPr>
          <w:p w14:paraId="17F85673" w14:textId="77777777" w:rsidR="007A04A9" w:rsidRPr="006C2580" w:rsidRDefault="00F954C6">
            <w:pPr>
              <w:jc w:val="center"/>
              <w:rPr>
                <w:noProof/>
                <w:lang w:val="ro-RO"/>
              </w:rPr>
            </w:pPr>
            <w:r w:rsidRPr="006C2580">
              <w:rPr>
                <w:noProof/>
                <w:sz w:val="16"/>
                <w:lang w:val="ro-RO"/>
              </w:rPr>
              <w:t>2 buc</w:t>
            </w:r>
          </w:p>
        </w:tc>
        <w:tc>
          <w:tcPr>
            <w:tcW w:w="5386" w:type="dxa"/>
          </w:tcPr>
          <w:p w14:paraId="2D19356C" w14:textId="77777777" w:rsidR="007A04A9" w:rsidRPr="006C2580" w:rsidRDefault="00F954C6">
            <w:pPr>
              <w:rPr>
                <w:noProof/>
                <w:lang w:val="ro-RO"/>
              </w:rPr>
            </w:pPr>
            <w:r w:rsidRPr="006C2580">
              <w:rPr>
                <w:noProof/>
                <w:sz w:val="14"/>
                <w:lang w:val="ro-RO"/>
              </w:rPr>
              <w:t>Lățime: 10mmTip: ȘpacluMaterial: Oțel inoxidabil</w:t>
            </w:r>
          </w:p>
        </w:tc>
        <w:tc>
          <w:tcPr>
            <w:tcW w:w="1587" w:type="dxa"/>
          </w:tcPr>
          <w:p w14:paraId="3B233A30" w14:textId="77777777" w:rsidR="007A04A9" w:rsidRPr="006C2580" w:rsidRDefault="00F954C6">
            <w:pPr>
              <w:jc w:val="center"/>
              <w:rPr>
                <w:noProof/>
                <w:lang w:val="ro-RO"/>
              </w:rPr>
            </w:pPr>
            <w:r w:rsidRPr="006C2580">
              <w:rPr>
                <w:noProof/>
                <w:sz w:val="16"/>
                <w:lang w:val="ro-RO"/>
              </w:rPr>
              <w:t>30,00</w:t>
            </w:r>
          </w:p>
        </w:tc>
      </w:tr>
      <w:tr w:rsidR="007A04A9" w:rsidRPr="006C2580" w14:paraId="4669153C" w14:textId="77777777" w:rsidTr="00B72783">
        <w:tc>
          <w:tcPr>
            <w:tcW w:w="1154" w:type="dxa"/>
          </w:tcPr>
          <w:p w14:paraId="23170BF9" w14:textId="77777777" w:rsidR="007A04A9" w:rsidRPr="006C2580" w:rsidRDefault="00F954C6">
            <w:pPr>
              <w:jc w:val="center"/>
              <w:rPr>
                <w:noProof/>
                <w:lang w:val="ro-RO"/>
              </w:rPr>
            </w:pPr>
            <w:r w:rsidRPr="006C2580">
              <w:rPr>
                <w:noProof/>
                <w:sz w:val="16"/>
                <w:lang w:val="ro-RO"/>
              </w:rPr>
              <w:t>1.7</w:t>
            </w:r>
          </w:p>
        </w:tc>
        <w:tc>
          <w:tcPr>
            <w:tcW w:w="1361" w:type="dxa"/>
          </w:tcPr>
          <w:p w14:paraId="46331AFC" w14:textId="77777777" w:rsidR="007A04A9" w:rsidRPr="006C2580" w:rsidRDefault="007A04A9">
            <w:pPr>
              <w:jc w:val="center"/>
              <w:rPr>
                <w:noProof/>
                <w:lang w:val="ro-RO"/>
              </w:rPr>
            </w:pPr>
          </w:p>
        </w:tc>
        <w:tc>
          <w:tcPr>
            <w:tcW w:w="3402" w:type="dxa"/>
          </w:tcPr>
          <w:p w14:paraId="319F12FC" w14:textId="77777777" w:rsidR="007A04A9" w:rsidRPr="006C2580" w:rsidRDefault="00F954C6">
            <w:pPr>
              <w:rPr>
                <w:noProof/>
                <w:lang w:val="ro-RO"/>
              </w:rPr>
            </w:pPr>
            <w:r w:rsidRPr="006C2580">
              <w:rPr>
                <w:noProof/>
                <w:sz w:val="16"/>
                <w:lang w:val="ro-RO"/>
              </w:rPr>
              <w:t>Dreptar trapezoidal</w:t>
            </w:r>
          </w:p>
        </w:tc>
        <w:tc>
          <w:tcPr>
            <w:tcW w:w="1332" w:type="dxa"/>
          </w:tcPr>
          <w:p w14:paraId="3EA8146E" w14:textId="77777777" w:rsidR="007A04A9" w:rsidRPr="006C2580" w:rsidRDefault="00F954C6">
            <w:pPr>
              <w:jc w:val="center"/>
              <w:rPr>
                <w:noProof/>
                <w:lang w:val="ro-RO"/>
              </w:rPr>
            </w:pPr>
            <w:r w:rsidRPr="006C2580">
              <w:rPr>
                <w:noProof/>
                <w:sz w:val="16"/>
                <w:lang w:val="ro-RO"/>
              </w:rPr>
              <w:t>1 buc</w:t>
            </w:r>
          </w:p>
        </w:tc>
        <w:tc>
          <w:tcPr>
            <w:tcW w:w="5386" w:type="dxa"/>
          </w:tcPr>
          <w:p w14:paraId="5124935B" w14:textId="77777777" w:rsidR="007A04A9" w:rsidRPr="006C2580" w:rsidRDefault="00F954C6">
            <w:pPr>
              <w:rPr>
                <w:noProof/>
                <w:lang w:val="ro-RO"/>
              </w:rPr>
            </w:pPr>
            <w:r w:rsidRPr="006C2580">
              <w:rPr>
                <w:noProof/>
                <w:sz w:val="14"/>
                <w:lang w:val="ro-RO"/>
              </w:rPr>
              <w:t>Material: aluminiuLungimea: 2000mm</w:t>
            </w:r>
          </w:p>
        </w:tc>
        <w:tc>
          <w:tcPr>
            <w:tcW w:w="1587" w:type="dxa"/>
          </w:tcPr>
          <w:p w14:paraId="0335EA45" w14:textId="77777777" w:rsidR="007A04A9" w:rsidRPr="006C2580" w:rsidRDefault="00F954C6">
            <w:pPr>
              <w:jc w:val="center"/>
              <w:rPr>
                <w:noProof/>
                <w:lang w:val="ro-RO"/>
              </w:rPr>
            </w:pPr>
            <w:r w:rsidRPr="006C2580">
              <w:rPr>
                <w:noProof/>
                <w:sz w:val="16"/>
                <w:lang w:val="ro-RO"/>
              </w:rPr>
              <w:t>230,00</w:t>
            </w:r>
          </w:p>
        </w:tc>
      </w:tr>
      <w:tr w:rsidR="007A04A9" w:rsidRPr="006C2580" w14:paraId="69AC9109" w14:textId="77777777" w:rsidTr="00B72783">
        <w:tc>
          <w:tcPr>
            <w:tcW w:w="1154" w:type="dxa"/>
          </w:tcPr>
          <w:p w14:paraId="4860732B" w14:textId="77777777" w:rsidR="007A04A9" w:rsidRPr="006C2580" w:rsidRDefault="00F954C6">
            <w:pPr>
              <w:jc w:val="center"/>
              <w:rPr>
                <w:noProof/>
                <w:lang w:val="ro-RO"/>
              </w:rPr>
            </w:pPr>
            <w:r w:rsidRPr="006C2580">
              <w:rPr>
                <w:noProof/>
                <w:sz w:val="16"/>
                <w:lang w:val="ro-RO"/>
              </w:rPr>
              <w:t>1.8</w:t>
            </w:r>
          </w:p>
        </w:tc>
        <w:tc>
          <w:tcPr>
            <w:tcW w:w="1361" w:type="dxa"/>
          </w:tcPr>
          <w:p w14:paraId="372F1755" w14:textId="77777777" w:rsidR="007A04A9" w:rsidRPr="006C2580" w:rsidRDefault="007A04A9">
            <w:pPr>
              <w:jc w:val="center"/>
              <w:rPr>
                <w:noProof/>
                <w:lang w:val="ro-RO"/>
              </w:rPr>
            </w:pPr>
          </w:p>
        </w:tc>
        <w:tc>
          <w:tcPr>
            <w:tcW w:w="3402" w:type="dxa"/>
          </w:tcPr>
          <w:p w14:paraId="249EE223" w14:textId="77777777" w:rsidR="007A04A9" w:rsidRPr="006C2580" w:rsidRDefault="00F954C6">
            <w:pPr>
              <w:rPr>
                <w:noProof/>
                <w:lang w:val="ro-RO"/>
              </w:rPr>
            </w:pPr>
            <w:r w:rsidRPr="006C2580">
              <w:rPr>
                <w:noProof/>
                <w:sz w:val="16"/>
                <w:lang w:val="ro-RO"/>
              </w:rPr>
              <w:t>Filtru tip Y</w:t>
            </w:r>
          </w:p>
        </w:tc>
        <w:tc>
          <w:tcPr>
            <w:tcW w:w="1332" w:type="dxa"/>
          </w:tcPr>
          <w:p w14:paraId="7E560C69" w14:textId="77777777" w:rsidR="007A04A9" w:rsidRPr="006C2580" w:rsidRDefault="00F954C6">
            <w:pPr>
              <w:jc w:val="center"/>
              <w:rPr>
                <w:noProof/>
                <w:lang w:val="ro-RO"/>
              </w:rPr>
            </w:pPr>
            <w:r w:rsidRPr="006C2580">
              <w:rPr>
                <w:noProof/>
                <w:sz w:val="16"/>
                <w:lang w:val="ro-RO"/>
              </w:rPr>
              <w:t>8 buc</w:t>
            </w:r>
          </w:p>
        </w:tc>
        <w:tc>
          <w:tcPr>
            <w:tcW w:w="5386" w:type="dxa"/>
          </w:tcPr>
          <w:p w14:paraId="46272516" w14:textId="77777777" w:rsidR="007A04A9" w:rsidRPr="006C2580" w:rsidRDefault="00F954C6">
            <w:pPr>
              <w:rPr>
                <w:noProof/>
                <w:lang w:val="ro-RO"/>
              </w:rPr>
            </w:pPr>
            <w:r w:rsidRPr="006C2580">
              <w:rPr>
                <w:noProof/>
                <w:sz w:val="14"/>
                <w:lang w:val="ro-RO"/>
              </w:rPr>
              <w:t>Denumire: Filtru tip YTip: DN40 PN20Material: alamă cu sita din INOX</w:t>
            </w:r>
          </w:p>
        </w:tc>
        <w:tc>
          <w:tcPr>
            <w:tcW w:w="1587" w:type="dxa"/>
          </w:tcPr>
          <w:p w14:paraId="66C68A17" w14:textId="77777777" w:rsidR="007A04A9" w:rsidRPr="006C2580" w:rsidRDefault="00F954C6">
            <w:pPr>
              <w:jc w:val="center"/>
              <w:rPr>
                <w:noProof/>
                <w:lang w:val="ro-RO"/>
              </w:rPr>
            </w:pPr>
            <w:r w:rsidRPr="006C2580">
              <w:rPr>
                <w:noProof/>
                <w:sz w:val="16"/>
                <w:lang w:val="ro-RO"/>
              </w:rPr>
              <w:t>2 800,00</w:t>
            </w:r>
          </w:p>
        </w:tc>
      </w:tr>
      <w:tr w:rsidR="007A04A9" w:rsidRPr="006C2580" w14:paraId="2D8FBEE7" w14:textId="77777777" w:rsidTr="00B72783">
        <w:tc>
          <w:tcPr>
            <w:tcW w:w="1154" w:type="dxa"/>
          </w:tcPr>
          <w:p w14:paraId="1C44E9B4" w14:textId="77777777" w:rsidR="007A04A9" w:rsidRPr="006C2580" w:rsidRDefault="00F954C6">
            <w:pPr>
              <w:jc w:val="center"/>
              <w:rPr>
                <w:noProof/>
                <w:lang w:val="ro-RO"/>
              </w:rPr>
            </w:pPr>
            <w:r w:rsidRPr="006C2580">
              <w:rPr>
                <w:noProof/>
                <w:sz w:val="16"/>
                <w:lang w:val="ro-RO"/>
              </w:rPr>
              <w:lastRenderedPageBreak/>
              <w:t>1.9</w:t>
            </w:r>
          </w:p>
        </w:tc>
        <w:tc>
          <w:tcPr>
            <w:tcW w:w="1361" w:type="dxa"/>
          </w:tcPr>
          <w:p w14:paraId="1AC6534B" w14:textId="77777777" w:rsidR="007A04A9" w:rsidRPr="006C2580" w:rsidRDefault="007A04A9">
            <w:pPr>
              <w:jc w:val="center"/>
              <w:rPr>
                <w:noProof/>
                <w:lang w:val="ro-RO"/>
              </w:rPr>
            </w:pPr>
          </w:p>
        </w:tc>
        <w:tc>
          <w:tcPr>
            <w:tcW w:w="3402" w:type="dxa"/>
          </w:tcPr>
          <w:p w14:paraId="457620DD" w14:textId="77777777" w:rsidR="007A04A9" w:rsidRPr="006C2580" w:rsidRDefault="00F954C6">
            <w:pPr>
              <w:rPr>
                <w:noProof/>
                <w:lang w:val="ro-RO"/>
              </w:rPr>
            </w:pPr>
            <w:r w:rsidRPr="006C2580">
              <w:rPr>
                <w:noProof/>
                <w:sz w:val="16"/>
                <w:lang w:val="ro-RO"/>
              </w:rPr>
              <w:t>Pensulă</w:t>
            </w:r>
          </w:p>
        </w:tc>
        <w:tc>
          <w:tcPr>
            <w:tcW w:w="1332" w:type="dxa"/>
          </w:tcPr>
          <w:p w14:paraId="5FD79619" w14:textId="77777777" w:rsidR="007A04A9" w:rsidRPr="006C2580" w:rsidRDefault="00F954C6">
            <w:pPr>
              <w:jc w:val="center"/>
              <w:rPr>
                <w:noProof/>
                <w:lang w:val="ro-RO"/>
              </w:rPr>
            </w:pPr>
            <w:r w:rsidRPr="006C2580">
              <w:rPr>
                <w:noProof/>
                <w:sz w:val="16"/>
                <w:lang w:val="ro-RO"/>
              </w:rPr>
              <w:t>10 buc</w:t>
            </w:r>
          </w:p>
        </w:tc>
        <w:tc>
          <w:tcPr>
            <w:tcW w:w="5386" w:type="dxa"/>
          </w:tcPr>
          <w:p w14:paraId="6CA638C9" w14:textId="77777777" w:rsidR="007A04A9" w:rsidRPr="006C2580" w:rsidRDefault="00F954C6">
            <w:pPr>
              <w:rPr>
                <w:noProof/>
                <w:lang w:val="ro-RO"/>
              </w:rPr>
            </w:pPr>
            <w:r w:rsidRPr="006C2580">
              <w:rPr>
                <w:noProof/>
                <w:sz w:val="14"/>
                <w:lang w:val="ro-RO"/>
              </w:rPr>
              <w:t>Dimensiuni:Grosime: 20 mmLungimea: 200 mm</w:t>
            </w:r>
          </w:p>
        </w:tc>
        <w:tc>
          <w:tcPr>
            <w:tcW w:w="1587" w:type="dxa"/>
          </w:tcPr>
          <w:p w14:paraId="3FDD72F4" w14:textId="77777777" w:rsidR="007A04A9" w:rsidRPr="006C2580" w:rsidRDefault="00F954C6">
            <w:pPr>
              <w:jc w:val="center"/>
              <w:rPr>
                <w:noProof/>
                <w:lang w:val="ro-RO"/>
              </w:rPr>
            </w:pPr>
            <w:r w:rsidRPr="006C2580">
              <w:rPr>
                <w:noProof/>
                <w:sz w:val="16"/>
                <w:lang w:val="ro-RO"/>
              </w:rPr>
              <w:t>80,00</w:t>
            </w:r>
          </w:p>
        </w:tc>
      </w:tr>
      <w:tr w:rsidR="007A04A9" w:rsidRPr="006C2580" w14:paraId="7ECCDE02" w14:textId="77777777" w:rsidTr="00B72783">
        <w:tc>
          <w:tcPr>
            <w:tcW w:w="1154" w:type="dxa"/>
          </w:tcPr>
          <w:p w14:paraId="7E9B6999" w14:textId="77777777" w:rsidR="007A04A9" w:rsidRPr="006C2580" w:rsidRDefault="00F954C6">
            <w:pPr>
              <w:jc w:val="center"/>
              <w:rPr>
                <w:noProof/>
                <w:lang w:val="ro-RO"/>
              </w:rPr>
            </w:pPr>
            <w:r w:rsidRPr="006C2580">
              <w:rPr>
                <w:noProof/>
                <w:sz w:val="16"/>
                <w:lang w:val="ro-RO"/>
              </w:rPr>
              <w:t>1.10</w:t>
            </w:r>
          </w:p>
        </w:tc>
        <w:tc>
          <w:tcPr>
            <w:tcW w:w="1361" w:type="dxa"/>
          </w:tcPr>
          <w:p w14:paraId="2B2F0FF0" w14:textId="77777777" w:rsidR="007A04A9" w:rsidRPr="006C2580" w:rsidRDefault="007A04A9">
            <w:pPr>
              <w:jc w:val="center"/>
              <w:rPr>
                <w:noProof/>
                <w:lang w:val="ro-RO"/>
              </w:rPr>
            </w:pPr>
          </w:p>
        </w:tc>
        <w:tc>
          <w:tcPr>
            <w:tcW w:w="3402" w:type="dxa"/>
          </w:tcPr>
          <w:p w14:paraId="47833FAE" w14:textId="77777777" w:rsidR="007A04A9" w:rsidRPr="006C2580" w:rsidRDefault="00F954C6">
            <w:pPr>
              <w:rPr>
                <w:noProof/>
                <w:lang w:val="ro-RO"/>
              </w:rPr>
            </w:pPr>
            <w:r w:rsidRPr="006C2580">
              <w:rPr>
                <w:noProof/>
                <w:sz w:val="16"/>
                <w:lang w:val="ro-RO"/>
              </w:rPr>
              <w:t>Pensulă</w:t>
            </w:r>
          </w:p>
        </w:tc>
        <w:tc>
          <w:tcPr>
            <w:tcW w:w="1332" w:type="dxa"/>
          </w:tcPr>
          <w:p w14:paraId="112ED9B8" w14:textId="77777777" w:rsidR="007A04A9" w:rsidRPr="006C2580" w:rsidRDefault="00F954C6">
            <w:pPr>
              <w:jc w:val="center"/>
              <w:rPr>
                <w:noProof/>
                <w:lang w:val="ro-RO"/>
              </w:rPr>
            </w:pPr>
            <w:r w:rsidRPr="006C2580">
              <w:rPr>
                <w:noProof/>
                <w:sz w:val="16"/>
                <w:lang w:val="ro-RO"/>
              </w:rPr>
              <w:t>10 buc</w:t>
            </w:r>
          </w:p>
        </w:tc>
        <w:tc>
          <w:tcPr>
            <w:tcW w:w="5386" w:type="dxa"/>
          </w:tcPr>
          <w:p w14:paraId="4D6323B6" w14:textId="77777777" w:rsidR="007A04A9" w:rsidRPr="006C2580" w:rsidRDefault="00F954C6">
            <w:pPr>
              <w:rPr>
                <w:noProof/>
                <w:lang w:val="ro-RO"/>
              </w:rPr>
            </w:pPr>
            <w:r w:rsidRPr="006C2580">
              <w:rPr>
                <w:noProof/>
                <w:sz w:val="14"/>
                <w:lang w:val="ro-RO"/>
              </w:rPr>
              <w:t>Dimensiune:Grosime: 15 mmLățime: 60 mm</w:t>
            </w:r>
          </w:p>
        </w:tc>
        <w:tc>
          <w:tcPr>
            <w:tcW w:w="1587" w:type="dxa"/>
          </w:tcPr>
          <w:p w14:paraId="6F5DDBF9" w14:textId="77777777" w:rsidR="007A04A9" w:rsidRPr="006C2580" w:rsidRDefault="00F954C6">
            <w:pPr>
              <w:jc w:val="center"/>
              <w:rPr>
                <w:noProof/>
                <w:lang w:val="ro-RO"/>
              </w:rPr>
            </w:pPr>
            <w:r w:rsidRPr="006C2580">
              <w:rPr>
                <w:noProof/>
                <w:sz w:val="16"/>
                <w:lang w:val="ro-RO"/>
              </w:rPr>
              <w:t>200,00</w:t>
            </w:r>
          </w:p>
        </w:tc>
      </w:tr>
      <w:tr w:rsidR="007A04A9" w:rsidRPr="006C2580" w14:paraId="2F65D419" w14:textId="77777777" w:rsidTr="00B72783">
        <w:tc>
          <w:tcPr>
            <w:tcW w:w="1154" w:type="dxa"/>
          </w:tcPr>
          <w:p w14:paraId="146DEAFD" w14:textId="77777777" w:rsidR="007A04A9" w:rsidRPr="006C2580" w:rsidRDefault="00F954C6">
            <w:pPr>
              <w:jc w:val="center"/>
              <w:rPr>
                <w:noProof/>
                <w:lang w:val="ro-RO"/>
              </w:rPr>
            </w:pPr>
            <w:r w:rsidRPr="006C2580">
              <w:rPr>
                <w:noProof/>
                <w:sz w:val="16"/>
                <w:lang w:val="ro-RO"/>
              </w:rPr>
              <w:t>1.11</w:t>
            </w:r>
          </w:p>
        </w:tc>
        <w:tc>
          <w:tcPr>
            <w:tcW w:w="1361" w:type="dxa"/>
          </w:tcPr>
          <w:p w14:paraId="57DCB3EA" w14:textId="77777777" w:rsidR="007A04A9" w:rsidRPr="006C2580" w:rsidRDefault="007A04A9">
            <w:pPr>
              <w:jc w:val="center"/>
              <w:rPr>
                <w:noProof/>
                <w:lang w:val="ro-RO"/>
              </w:rPr>
            </w:pPr>
          </w:p>
        </w:tc>
        <w:tc>
          <w:tcPr>
            <w:tcW w:w="3402" w:type="dxa"/>
          </w:tcPr>
          <w:p w14:paraId="48EF0734" w14:textId="77777777" w:rsidR="007A04A9" w:rsidRPr="006C2580" w:rsidRDefault="00F954C6">
            <w:pPr>
              <w:rPr>
                <w:noProof/>
                <w:lang w:val="ro-RO"/>
              </w:rPr>
            </w:pPr>
            <w:r w:rsidRPr="006C2580">
              <w:rPr>
                <w:noProof/>
                <w:sz w:val="16"/>
                <w:lang w:val="ro-RO"/>
              </w:rPr>
              <w:t>Pensulă</w:t>
            </w:r>
          </w:p>
        </w:tc>
        <w:tc>
          <w:tcPr>
            <w:tcW w:w="1332" w:type="dxa"/>
          </w:tcPr>
          <w:p w14:paraId="14F41EA6" w14:textId="77777777" w:rsidR="007A04A9" w:rsidRPr="006C2580" w:rsidRDefault="00F954C6">
            <w:pPr>
              <w:jc w:val="center"/>
              <w:rPr>
                <w:noProof/>
                <w:lang w:val="ro-RO"/>
              </w:rPr>
            </w:pPr>
            <w:r w:rsidRPr="006C2580">
              <w:rPr>
                <w:noProof/>
                <w:sz w:val="16"/>
                <w:lang w:val="ro-RO"/>
              </w:rPr>
              <w:t>10 buc</w:t>
            </w:r>
          </w:p>
        </w:tc>
        <w:tc>
          <w:tcPr>
            <w:tcW w:w="5386" w:type="dxa"/>
          </w:tcPr>
          <w:p w14:paraId="74488817" w14:textId="77777777" w:rsidR="007A04A9" w:rsidRPr="006C2580" w:rsidRDefault="00F954C6">
            <w:pPr>
              <w:rPr>
                <w:noProof/>
                <w:lang w:val="ro-RO"/>
              </w:rPr>
            </w:pPr>
            <w:r w:rsidRPr="006C2580">
              <w:rPr>
                <w:noProof/>
                <w:sz w:val="14"/>
                <w:lang w:val="ro-RO"/>
              </w:rPr>
              <w:t>Dimensiune:Grosime: 70 mmLățime: 170 mm</w:t>
            </w:r>
          </w:p>
        </w:tc>
        <w:tc>
          <w:tcPr>
            <w:tcW w:w="1587" w:type="dxa"/>
          </w:tcPr>
          <w:p w14:paraId="1D99C6A1" w14:textId="77777777" w:rsidR="007A04A9" w:rsidRPr="006C2580" w:rsidRDefault="00F954C6">
            <w:pPr>
              <w:jc w:val="center"/>
              <w:rPr>
                <w:noProof/>
                <w:lang w:val="ro-RO"/>
              </w:rPr>
            </w:pPr>
            <w:r w:rsidRPr="006C2580">
              <w:rPr>
                <w:noProof/>
                <w:sz w:val="16"/>
                <w:lang w:val="ro-RO"/>
              </w:rPr>
              <w:t>390,00</w:t>
            </w:r>
          </w:p>
        </w:tc>
      </w:tr>
      <w:tr w:rsidR="007A04A9" w:rsidRPr="006C2580" w14:paraId="2D62EEA2" w14:textId="77777777" w:rsidTr="00B72783">
        <w:tc>
          <w:tcPr>
            <w:tcW w:w="1154" w:type="dxa"/>
          </w:tcPr>
          <w:p w14:paraId="7086931A" w14:textId="77777777" w:rsidR="007A04A9" w:rsidRPr="006C2580" w:rsidRDefault="00F954C6">
            <w:pPr>
              <w:jc w:val="center"/>
              <w:rPr>
                <w:noProof/>
                <w:lang w:val="ro-RO"/>
              </w:rPr>
            </w:pPr>
            <w:r w:rsidRPr="006C2580">
              <w:rPr>
                <w:noProof/>
                <w:sz w:val="16"/>
                <w:lang w:val="ro-RO"/>
              </w:rPr>
              <w:t>1.12</w:t>
            </w:r>
          </w:p>
        </w:tc>
        <w:tc>
          <w:tcPr>
            <w:tcW w:w="1361" w:type="dxa"/>
          </w:tcPr>
          <w:p w14:paraId="75C64C58" w14:textId="77777777" w:rsidR="007A04A9" w:rsidRPr="006C2580" w:rsidRDefault="007A04A9">
            <w:pPr>
              <w:jc w:val="center"/>
              <w:rPr>
                <w:noProof/>
                <w:lang w:val="ro-RO"/>
              </w:rPr>
            </w:pPr>
          </w:p>
        </w:tc>
        <w:tc>
          <w:tcPr>
            <w:tcW w:w="3402" w:type="dxa"/>
          </w:tcPr>
          <w:p w14:paraId="536BCE91" w14:textId="77777777" w:rsidR="007A04A9" w:rsidRPr="006C2580" w:rsidRDefault="00F954C6">
            <w:pPr>
              <w:rPr>
                <w:noProof/>
                <w:lang w:val="ro-RO"/>
              </w:rPr>
            </w:pPr>
            <w:r w:rsidRPr="006C2580">
              <w:rPr>
                <w:noProof/>
                <w:sz w:val="16"/>
                <w:lang w:val="ro-RO"/>
              </w:rPr>
              <w:t>Șurub autofiletant pentru lemn</w:t>
            </w:r>
          </w:p>
        </w:tc>
        <w:tc>
          <w:tcPr>
            <w:tcW w:w="1332" w:type="dxa"/>
          </w:tcPr>
          <w:p w14:paraId="69E08197" w14:textId="77777777" w:rsidR="007A04A9" w:rsidRPr="006C2580" w:rsidRDefault="00F954C6">
            <w:pPr>
              <w:jc w:val="center"/>
              <w:rPr>
                <w:noProof/>
                <w:lang w:val="ro-RO"/>
              </w:rPr>
            </w:pPr>
            <w:r w:rsidRPr="006C2580">
              <w:rPr>
                <w:noProof/>
                <w:sz w:val="16"/>
                <w:lang w:val="ro-RO"/>
              </w:rPr>
              <w:t>2 cut</w:t>
            </w:r>
          </w:p>
        </w:tc>
        <w:tc>
          <w:tcPr>
            <w:tcW w:w="5386" w:type="dxa"/>
          </w:tcPr>
          <w:p w14:paraId="64D873CA" w14:textId="77777777" w:rsidR="007A04A9" w:rsidRPr="006C2580" w:rsidRDefault="00F954C6">
            <w:pPr>
              <w:rPr>
                <w:noProof/>
                <w:lang w:val="ro-RO"/>
              </w:rPr>
            </w:pPr>
            <w:r w:rsidRPr="006C2580">
              <w:rPr>
                <w:noProof/>
                <w:sz w:val="14"/>
                <w:lang w:val="ro-RO"/>
              </w:rPr>
              <w:t>Model: KGDLungime: 55 mmGrosimea: 3,5 mmAmbalaj: a câte 500 buc.</w:t>
            </w:r>
          </w:p>
        </w:tc>
        <w:tc>
          <w:tcPr>
            <w:tcW w:w="1587" w:type="dxa"/>
          </w:tcPr>
          <w:p w14:paraId="5EDF08D6" w14:textId="77777777" w:rsidR="007A04A9" w:rsidRPr="006C2580" w:rsidRDefault="00F954C6">
            <w:pPr>
              <w:jc w:val="center"/>
              <w:rPr>
                <w:noProof/>
                <w:lang w:val="ro-RO"/>
              </w:rPr>
            </w:pPr>
            <w:r w:rsidRPr="006C2580">
              <w:rPr>
                <w:noProof/>
                <w:sz w:val="16"/>
                <w:lang w:val="ro-RO"/>
              </w:rPr>
              <w:t>280,00</w:t>
            </w:r>
          </w:p>
        </w:tc>
      </w:tr>
      <w:tr w:rsidR="007A04A9" w:rsidRPr="006C2580" w14:paraId="12F43CBE" w14:textId="77777777" w:rsidTr="00B72783">
        <w:tc>
          <w:tcPr>
            <w:tcW w:w="1154" w:type="dxa"/>
          </w:tcPr>
          <w:p w14:paraId="47697E1D" w14:textId="77777777" w:rsidR="007A04A9" w:rsidRPr="006C2580" w:rsidRDefault="00F954C6">
            <w:pPr>
              <w:jc w:val="center"/>
              <w:rPr>
                <w:noProof/>
                <w:lang w:val="ro-RO"/>
              </w:rPr>
            </w:pPr>
            <w:r w:rsidRPr="006C2580">
              <w:rPr>
                <w:noProof/>
                <w:sz w:val="16"/>
                <w:lang w:val="ro-RO"/>
              </w:rPr>
              <w:t>1.13</w:t>
            </w:r>
          </w:p>
        </w:tc>
        <w:tc>
          <w:tcPr>
            <w:tcW w:w="1361" w:type="dxa"/>
          </w:tcPr>
          <w:p w14:paraId="35180064" w14:textId="77777777" w:rsidR="007A04A9" w:rsidRPr="006C2580" w:rsidRDefault="007A04A9">
            <w:pPr>
              <w:jc w:val="center"/>
              <w:rPr>
                <w:noProof/>
                <w:lang w:val="ro-RO"/>
              </w:rPr>
            </w:pPr>
          </w:p>
        </w:tc>
        <w:tc>
          <w:tcPr>
            <w:tcW w:w="3402" w:type="dxa"/>
          </w:tcPr>
          <w:p w14:paraId="74D3DEB5" w14:textId="77777777" w:rsidR="007A04A9" w:rsidRPr="006C2580" w:rsidRDefault="00F954C6">
            <w:pPr>
              <w:rPr>
                <w:noProof/>
                <w:lang w:val="ro-RO"/>
              </w:rPr>
            </w:pPr>
            <w:r w:rsidRPr="006C2580">
              <w:rPr>
                <w:noProof/>
                <w:sz w:val="16"/>
                <w:lang w:val="ro-RO"/>
              </w:rPr>
              <w:t>Șurub autofiletant pentru lemn</w:t>
            </w:r>
          </w:p>
        </w:tc>
        <w:tc>
          <w:tcPr>
            <w:tcW w:w="1332" w:type="dxa"/>
          </w:tcPr>
          <w:p w14:paraId="7F13B28C" w14:textId="77777777" w:rsidR="007A04A9" w:rsidRPr="006C2580" w:rsidRDefault="00F954C6">
            <w:pPr>
              <w:jc w:val="center"/>
              <w:rPr>
                <w:noProof/>
                <w:lang w:val="ro-RO"/>
              </w:rPr>
            </w:pPr>
            <w:r w:rsidRPr="006C2580">
              <w:rPr>
                <w:noProof/>
                <w:sz w:val="16"/>
                <w:lang w:val="ro-RO"/>
              </w:rPr>
              <w:t>3 cut</w:t>
            </w:r>
          </w:p>
        </w:tc>
        <w:tc>
          <w:tcPr>
            <w:tcW w:w="5386" w:type="dxa"/>
          </w:tcPr>
          <w:p w14:paraId="31B59B2C" w14:textId="77777777" w:rsidR="007A04A9" w:rsidRPr="006C2580" w:rsidRDefault="00F954C6">
            <w:pPr>
              <w:rPr>
                <w:noProof/>
                <w:lang w:val="ro-RO"/>
              </w:rPr>
            </w:pPr>
            <w:r w:rsidRPr="006C2580">
              <w:rPr>
                <w:noProof/>
                <w:sz w:val="14"/>
                <w:lang w:val="ro-RO"/>
              </w:rPr>
              <w:t>Model: KGDLungime: 35 mmGrosimea: 3,5 mmAmbalaj: a câte 200 buc.</w:t>
            </w:r>
          </w:p>
        </w:tc>
        <w:tc>
          <w:tcPr>
            <w:tcW w:w="1587" w:type="dxa"/>
          </w:tcPr>
          <w:p w14:paraId="1F0EB9A2" w14:textId="77777777" w:rsidR="007A04A9" w:rsidRPr="006C2580" w:rsidRDefault="00F954C6">
            <w:pPr>
              <w:jc w:val="center"/>
              <w:rPr>
                <w:noProof/>
                <w:lang w:val="ro-RO"/>
              </w:rPr>
            </w:pPr>
            <w:r w:rsidRPr="006C2580">
              <w:rPr>
                <w:noProof/>
                <w:sz w:val="16"/>
                <w:lang w:val="ro-RO"/>
              </w:rPr>
              <w:t>126,00</w:t>
            </w:r>
          </w:p>
        </w:tc>
      </w:tr>
      <w:tr w:rsidR="007A04A9" w:rsidRPr="006C2580" w14:paraId="5C8BC467" w14:textId="77777777" w:rsidTr="00B72783">
        <w:tc>
          <w:tcPr>
            <w:tcW w:w="1154" w:type="dxa"/>
          </w:tcPr>
          <w:p w14:paraId="3ECB040A" w14:textId="77777777" w:rsidR="007A04A9" w:rsidRPr="006C2580" w:rsidRDefault="00F954C6">
            <w:pPr>
              <w:jc w:val="center"/>
              <w:rPr>
                <w:noProof/>
                <w:lang w:val="ro-RO"/>
              </w:rPr>
            </w:pPr>
            <w:r w:rsidRPr="006C2580">
              <w:rPr>
                <w:noProof/>
                <w:sz w:val="16"/>
                <w:lang w:val="ro-RO"/>
              </w:rPr>
              <w:t>1.14</w:t>
            </w:r>
          </w:p>
        </w:tc>
        <w:tc>
          <w:tcPr>
            <w:tcW w:w="1361" w:type="dxa"/>
          </w:tcPr>
          <w:p w14:paraId="0D66C442" w14:textId="77777777" w:rsidR="007A04A9" w:rsidRPr="006C2580" w:rsidRDefault="007A04A9">
            <w:pPr>
              <w:jc w:val="center"/>
              <w:rPr>
                <w:noProof/>
                <w:lang w:val="ro-RO"/>
              </w:rPr>
            </w:pPr>
          </w:p>
        </w:tc>
        <w:tc>
          <w:tcPr>
            <w:tcW w:w="3402" w:type="dxa"/>
          </w:tcPr>
          <w:p w14:paraId="3A83DC89" w14:textId="77777777" w:rsidR="007A04A9" w:rsidRPr="006C2580" w:rsidRDefault="00F954C6">
            <w:pPr>
              <w:rPr>
                <w:noProof/>
                <w:lang w:val="ro-RO"/>
              </w:rPr>
            </w:pPr>
            <w:r w:rsidRPr="006C2580">
              <w:rPr>
                <w:noProof/>
                <w:sz w:val="16"/>
                <w:lang w:val="ro-RO"/>
              </w:rPr>
              <w:t>Șurub autoforant, cu cap plat și șaibă, pentru metal</w:t>
            </w:r>
          </w:p>
        </w:tc>
        <w:tc>
          <w:tcPr>
            <w:tcW w:w="1332" w:type="dxa"/>
          </w:tcPr>
          <w:p w14:paraId="6FB05553" w14:textId="77777777" w:rsidR="007A04A9" w:rsidRPr="006C2580" w:rsidRDefault="00F954C6">
            <w:pPr>
              <w:jc w:val="center"/>
              <w:rPr>
                <w:noProof/>
                <w:lang w:val="ro-RO"/>
              </w:rPr>
            </w:pPr>
            <w:r w:rsidRPr="006C2580">
              <w:rPr>
                <w:noProof/>
                <w:sz w:val="16"/>
                <w:lang w:val="ro-RO"/>
              </w:rPr>
              <w:t>1 cut</w:t>
            </w:r>
          </w:p>
        </w:tc>
        <w:tc>
          <w:tcPr>
            <w:tcW w:w="5386" w:type="dxa"/>
          </w:tcPr>
          <w:p w14:paraId="5AC63E06" w14:textId="77777777" w:rsidR="007A04A9" w:rsidRPr="006C2580" w:rsidRDefault="00F954C6">
            <w:pPr>
              <w:rPr>
                <w:noProof/>
                <w:lang w:val="ro-RO"/>
              </w:rPr>
            </w:pPr>
            <w:r w:rsidRPr="006C2580">
              <w:rPr>
                <w:noProof/>
                <w:sz w:val="14"/>
                <w:lang w:val="ro-RO"/>
              </w:rPr>
              <w:t>Tip fundație: metalMaterialul de producere: oțelAcoperire: zincat albTip cap: plat cu șaibăTip vârf: autoforantLungime: 25mmGrosime: 4,2 mmAmbalaj: a câte 200 buc.</w:t>
            </w:r>
          </w:p>
        </w:tc>
        <w:tc>
          <w:tcPr>
            <w:tcW w:w="1587" w:type="dxa"/>
          </w:tcPr>
          <w:p w14:paraId="0246432D" w14:textId="77777777" w:rsidR="007A04A9" w:rsidRPr="006C2580" w:rsidRDefault="00F954C6">
            <w:pPr>
              <w:jc w:val="center"/>
              <w:rPr>
                <w:noProof/>
                <w:lang w:val="ro-RO"/>
              </w:rPr>
            </w:pPr>
            <w:r w:rsidRPr="006C2580">
              <w:rPr>
                <w:noProof/>
                <w:sz w:val="16"/>
                <w:lang w:val="ro-RO"/>
              </w:rPr>
              <w:t>60,00</w:t>
            </w:r>
          </w:p>
        </w:tc>
      </w:tr>
      <w:tr w:rsidR="007A04A9" w:rsidRPr="006C2580" w14:paraId="5589DCD8" w14:textId="77777777" w:rsidTr="00B72783">
        <w:tc>
          <w:tcPr>
            <w:tcW w:w="1154" w:type="dxa"/>
          </w:tcPr>
          <w:p w14:paraId="78FA7FF4" w14:textId="77777777" w:rsidR="007A04A9" w:rsidRPr="006C2580" w:rsidRDefault="00F954C6">
            <w:pPr>
              <w:jc w:val="center"/>
              <w:rPr>
                <w:noProof/>
                <w:lang w:val="ro-RO"/>
              </w:rPr>
            </w:pPr>
            <w:r w:rsidRPr="006C2580">
              <w:rPr>
                <w:noProof/>
                <w:sz w:val="16"/>
                <w:lang w:val="ro-RO"/>
              </w:rPr>
              <w:t>1.15</w:t>
            </w:r>
          </w:p>
        </w:tc>
        <w:tc>
          <w:tcPr>
            <w:tcW w:w="1361" w:type="dxa"/>
          </w:tcPr>
          <w:p w14:paraId="3D0BB0FF" w14:textId="77777777" w:rsidR="007A04A9" w:rsidRPr="006C2580" w:rsidRDefault="007A04A9">
            <w:pPr>
              <w:jc w:val="center"/>
              <w:rPr>
                <w:noProof/>
                <w:lang w:val="ro-RO"/>
              </w:rPr>
            </w:pPr>
          </w:p>
        </w:tc>
        <w:tc>
          <w:tcPr>
            <w:tcW w:w="3402" w:type="dxa"/>
          </w:tcPr>
          <w:p w14:paraId="0491FC22" w14:textId="77777777" w:rsidR="007A04A9" w:rsidRPr="006C2580" w:rsidRDefault="00F954C6">
            <w:pPr>
              <w:rPr>
                <w:noProof/>
                <w:lang w:val="ro-RO"/>
              </w:rPr>
            </w:pPr>
            <w:r w:rsidRPr="006C2580">
              <w:rPr>
                <w:noProof/>
                <w:sz w:val="16"/>
                <w:lang w:val="ro-RO"/>
              </w:rPr>
              <w:t>Rulou pentru vopsea</w:t>
            </w:r>
          </w:p>
        </w:tc>
        <w:tc>
          <w:tcPr>
            <w:tcW w:w="1332" w:type="dxa"/>
          </w:tcPr>
          <w:p w14:paraId="6F82617E" w14:textId="77777777" w:rsidR="007A04A9" w:rsidRPr="006C2580" w:rsidRDefault="00F954C6">
            <w:pPr>
              <w:jc w:val="center"/>
              <w:rPr>
                <w:noProof/>
                <w:lang w:val="ro-RO"/>
              </w:rPr>
            </w:pPr>
            <w:r w:rsidRPr="006C2580">
              <w:rPr>
                <w:noProof/>
                <w:sz w:val="16"/>
                <w:lang w:val="ro-RO"/>
              </w:rPr>
              <w:t>10 buc</w:t>
            </w:r>
          </w:p>
        </w:tc>
        <w:tc>
          <w:tcPr>
            <w:tcW w:w="5386" w:type="dxa"/>
          </w:tcPr>
          <w:p w14:paraId="77E30100" w14:textId="77777777" w:rsidR="007A04A9" w:rsidRPr="006C2580" w:rsidRDefault="00F954C6">
            <w:pPr>
              <w:rPr>
                <w:noProof/>
                <w:lang w:val="ro-RO"/>
              </w:rPr>
            </w:pPr>
            <w:r w:rsidRPr="006C2580">
              <w:rPr>
                <w:noProof/>
                <w:sz w:val="14"/>
                <w:lang w:val="ro-RO"/>
              </w:rPr>
              <w:t>Material: poliacrilDimensiuni: 230x45x8 mmLungimea firului: nu mai mic de 12 mm</w:t>
            </w:r>
          </w:p>
        </w:tc>
        <w:tc>
          <w:tcPr>
            <w:tcW w:w="1587" w:type="dxa"/>
          </w:tcPr>
          <w:p w14:paraId="5AAA624C" w14:textId="77777777" w:rsidR="007A04A9" w:rsidRPr="006C2580" w:rsidRDefault="00F954C6">
            <w:pPr>
              <w:jc w:val="center"/>
              <w:rPr>
                <w:noProof/>
                <w:lang w:val="ro-RO"/>
              </w:rPr>
            </w:pPr>
            <w:r w:rsidRPr="006C2580">
              <w:rPr>
                <w:noProof/>
                <w:sz w:val="16"/>
                <w:lang w:val="ro-RO"/>
              </w:rPr>
              <w:t>350,00</w:t>
            </w:r>
          </w:p>
        </w:tc>
      </w:tr>
      <w:tr w:rsidR="007A04A9" w:rsidRPr="006C2580" w14:paraId="28A3F94E" w14:textId="77777777" w:rsidTr="00B72783">
        <w:tc>
          <w:tcPr>
            <w:tcW w:w="1154" w:type="dxa"/>
          </w:tcPr>
          <w:p w14:paraId="24EA1F24" w14:textId="77777777" w:rsidR="007A04A9" w:rsidRPr="006C2580" w:rsidRDefault="00F954C6">
            <w:pPr>
              <w:jc w:val="center"/>
              <w:rPr>
                <w:noProof/>
                <w:lang w:val="ro-RO"/>
              </w:rPr>
            </w:pPr>
            <w:r w:rsidRPr="006C2580">
              <w:rPr>
                <w:noProof/>
                <w:sz w:val="16"/>
                <w:lang w:val="ro-RO"/>
              </w:rPr>
              <w:t>1.16</w:t>
            </w:r>
          </w:p>
        </w:tc>
        <w:tc>
          <w:tcPr>
            <w:tcW w:w="1361" w:type="dxa"/>
          </w:tcPr>
          <w:p w14:paraId="44B9654B" w14:textId="77777777" w:rsidR="007A04A9" w:rsidRPr="006C2580" w:rsidRDefault="007A04A9">
            <w:pPr>
              <w:jc w:val="center"/>
              <w:rPr>
                <w:noProof/>
                <w:lang w:val="ro-RO"/>
              </w:rPr>
            </w:pPr>
          </w:p>
        </w:tc>
        <w:tc>
          <w:tcPr>
            <w:tcW w:w="3402" w:type="dxa"/>
          </w:tcPr>
          <w:p w14:paraId="176FD773" w14:textId="77777777" w:rsidR="007A04A9" w:rsidRPr="006C2580" w:rsidRDefault="00F954C6">
            <w:pPr>
              <w:rPr>
                <w:noProof/>
                <w:lang w:val="ro-RO"/>
              </w:rPr>
            </w:pPr>
            <w:r w:rsidRPr="006C2580">
              <w:rPr>
                <w:noProof/>
                <w:sz w:val="16"/>
                <w:lang w:val="ro-RO"/>
              </w:rPr>
              <w:t>Hârtie abrazivă</w:t>
            </w:r>
          </w:p>
        </w:tc>
        <w:tc>
          <w:tcPr>
            <w:tcW w:w="1332" w:type="dxa"/>
          </w:tcPr>
          <w:p w14:paraId="38A90B27" w14:textId="77777777" w:rsidR="007A04A9" w:rsidRPr="006C2580" w:rsidRDefault="00F954C6">
            <w:pPr>
              <w:jc w:val="center"/>
              <w:rPr>
                <w:noProof/>
                <w:lang w:val="ro-RO"/>
              </w:rPr>
            </w:pPr>
            <w:r w:rsidRPr="006C2580">
              <w:rPr>
                <w:noProof/>
                <w:sz w:val="16"/>
                <w:lang w:val="ro-RO"/>
              </w:rPr>
              <w:t>10 m</w:t>
            </w:r>
          </w:p>
        </w:tc>
        <w:tc>
          <w:tcPr>
            <w:tcW w:w="5386" w:type="dxa"/>
          </w:tcPr>
          <w:p w14:paraId="481DAFBC" w14:textId="77777777" w:rsidR="007A04A9" w:rsidRPr="006C2580" w:rsidRDefault="00F954C6">
            <w:pPr>
              <w:rPr>
                <w:noProof/>
                <w:lang w:val="ro-RO"/>
              </w:rPr>
            </w:pPr>
            <w:r w:rsidRPr="006C2580">
              <w:rPr>
                <w:noProof/>
                <w:sz w:val="14"/>
                <w:lang w:val="ro-RO"/>
              </w:rPr>
              <w:t>A120</w:t>
            </w:r>
          </w:p>
        </w:tc>
        <w:tc>
          <w:tcPr>
            <w:tcW w:w="1587" w:type="dxa"/>
          </w:tcPr>
          <w:p w14:paraId="35EB8D99" w14:textId="77777777" w:rsidR="007A04A9" w:rsidRPr="006C2580" w:rsidRDefault="00F954C6">
            <w:pPr>
              <w:jc w:val="center"/>
              <w:rPr>
                <w:noProof/>
                <w:lang w:val="ro-RO"/>
              </w:rPr>
            </w:pPr>
            <w:r w:rsidRPr="006C2580">
              <w:rPr>
                <w:noProof/>
                <w:sz w:val="16"/>
                <w:lang w:val="ro-RO"/>
              </w:rPr>
              <w:t>100,00</w:t>
            </w:r>
          </w:p>
        </w:tc>
      </w:tr>
      <w:tr w:rsidR="007A04A9" w:rsidRPr="006C2580" w14:paraId="72B45E91" w14:textId="77777777" w:rsidTr="00B72783">
        <w:tc>
          <w:tcPr>
            <w:tcW w:w="1154" w:type="dxa"/>
          </w:tcPr>
          <w:p w14:paraId="359FED31" w14:textId="77777777" w:rsidR="007A04A9" w:rsidRPr="006C2580" w:rsidRDefault="00F954C6">
            <w:pPr>
              <w:jc w:val="center"/>
              <w:rPr>
                <w:noProof/>
                <w:lang w:val="ro-RO"/>
              </w:rPr>
            </w:pPr>
            <w:r w:rsidRPr="006C2580">
              <w:rPr>
                <w:noProof/>
                <w:sz w:val="16"/>
                <w:lang w:val="ro-RO"/>
              </w:rPr>
              <w:t>1.17</w:t>
            </w:r>
          </w:p>
        </w:tc>
        <w:tc>
          <w:tcPr>
            <w:tcW w:w="1361" w:type="dxa"/>
          </w:tcPr>
          <w:p w14:paraId="535B520F" w14:textId="77777777" w:rsidR="007A04A9" w:rsidRPr="006C2580" w:rsidRDefault="007A04A9">
            <w:pPr>
              <w:jc w:val="center"/>
              <w:rPr>
                <w:noProof/>
                <w:lang w:val="ro-RO"/>
              </w:rPr>
            </w:pPr>
          </w:p>
        </w:tc>
        <w:tc>
          <w:tcPr>
            <w:tcW w:w="3402" w:type="dxa"/>
          </w:tcPr>
          <w:p w14:paraId="7167DA72" w14:textId="77777777" w:rsidR="007A04A9" w:rsidRPr="006C2580" w:rsidRDefault="00F954C6">
            <w:pPr>
              <w:rPr>
                <w:noProof/>
                <w:lang w:val="ro-RO"/>
              </w:rPr>
            </w:pPr>
            <w:r w:rsidRPr="006C2580">
              <w:rPr>
                <w:noProof/>
                <w:sz w:val="16"/>
                <w:lang w:val="ro-RO"/>
              </w:rPr>
              <w:t>Perie de sarma din otel 5 rânduri</w:t>
            </w:r>
          </w:p>
        </w:tc>
        <w:tc>
          <w:tcPr>
            <w:tcW w:w="1332" w:type="dxa"/>
          </w:tcPr>
          <w:p w14:paraId="38342ED1" w14:textId="77777777" w:rsidR="007A04A9" w:rsidRPr="006C2580" w:rsidRDefault="00F954C6">
            <w:pPr>
              <w:jc w:val="center"/>
              <w:rPr>
                <w:noProof/>
                <w:lang w:val="ro-RO"/>
              </w:rPr>
            </w:pPr>
            <w:r w:rsidRPr="006C2580">
              <w:rPr>
                <w:noProof/>
                <w:sz w:val="16"/>
                <w:lang w:val="ro-RO"/>
              </w:rPr>
              <w:t>5 buc</w:t>
            </w:r>
          </w:p>
        </w:tc>
        <w:tc>
          <w:tcPr>
            <w:tcW w:w="5386" w:type="dxa"/>
          </w:tcPr>
          <w:p w14:paraId="44F4D4E1" w14:textId="77777777" w:rsidR="007A04A9" w:rsidRPr="006C2580" w:rsidRDefault="00F954C6">
            <w:pPr>
              <w:rPr>
                <w:noProof/>
                <w:lang w:val="ro-RO"/>
              </w:rPr>
            </w:pPr>
            <w:r w:rsidRPr="006C2580">
              <w:rPr>
                <w:noProof/>
                <w:sz w:val="14"/>
                <w:lang w:val="ro-RO"/>
              </w:rPr>
              <w:t>Durabilitate ridicată: Fir din oțel inoxidabil rezistent la uzurăDomeniu de aplicare:Prelucrarea manuală a zonelor greu accesibile.Curățarea pieselor metalice, inclusiv a pieselor auto.Îndepărtarea murdăriei, ruginii sau a stratului de vopsea.</w:t>
            </w:r>
          </w:p>
        </w:tc>
        <w:tc>
          <w:tcPr>
            <w:tcW w:w="1587" w:type="dxa"/>
          </w:tcPr>
          <w:p w14:paraId="7F97841E" w14:textId="77777777" w:rsidR="007A04A9" w:rsidRPr="006C2580" w:rsidRDefault="00F954C6">
            <w:pPr>
              <w:jc w:val="center"/>
              <w:rPr>
                <w:noProof/>
                <w:lang w:val="ro-RO"/>
              </w:rPr>
            </w:pPr>
            <w:r w:rsidRPr="006C2580">
              <w:rPr>
                <w:noProof/>
                <w:sz w:val="16"/>
                <w:lang w:val="ro-RO"/>
              </w:rPr>
              <w:t>175,00</w:t>
            </w:r>
          </w:p>
        </w:tc>
      </w:tr>
      <w:tr w:rsidR="007A04A9" w:rsidRPr="006C2580" w14:paraId="15F692BF" w14:textId="77777777" w:rsidTr="00B72783">
        <w:tc>
          <w:tcPr>
            <w:tcW w:w="1154" w:type="dxa"/>
          </w:tcPr>
          <w:p w14:paraId="0C9CE1A1" w14:textId="77777777" w:rsidR="007A04A9" w:rsidRPr="006C2580" w:rsidRDefault="00F954C6">
            <w:pPr>
              <w:jc w:val="center"/>
              <w:rPr>
                <w:noProof/>
                <w:lang w:val="ro-RO"/>
              </w:rPr>
            </w:pPr>
            <w:r w:rsidRPr="006C2580">
              <w:rPr>
                <w:noProof/>
                <w:sz w:val="16"/>
                <w:lang w:val="ro-RO"/>
              </w:rPr>
              <w:t>1.18</w:t>
            </w:r>
          </w:p>
        </w:tc>
        <w:tc>
          <w:tcPr>
            <w:tcW w:w="1361" w:type="dxa"/>
          </w:tcPr>
          <w:p w14:paraId="7988A830" w14:textId="77777777" w:rsidR="007A04A9" w:rsidRPr="006C2580" w:rsidRDefault="007A04A9">
            <w:pPr>
              <w:jc w:val="center"/>
              <w:rPr>
                <w:noProof/>
                <w:lang w:val="ro-RO"/>
              </w:rPr>
            </w:pPr>
          </w:p>
        </w:tc>
        <w:tc>
          <w:tcPr>
            <w:tcW w:w="3402" w:type="dxa"/>
          </w:tcPr>
          <w:p w14:paraId="0AA93D51" w14:textId="77777777" w:rsidR="007A04A9" w:rsidRPr="006C2580" w:rsidRDefault="00F954C6">
            <w:pPr>
              <w:rPr>
                <w:noProof/>
                <w:lang w:val="ro-RO"/>
              </w:rPr>
            </w:pPr>
            <w:r w:rsidRPr="006C2580">
              <w:rPr>
                <w:noProof/>
                <w:sz w:val="16"/>
                <w:lang w:val="ro-RO"/>
              </w:rPr>
              <w:t>Drișcă din poliuretan pentruTencuieli</w:t>
            </w:r>
          </w:p>
        </w:tc>
        <w:tc>
          <w:tcPr>
            <w:tcW w:w="1332" w:type="dxa"/>
          </w:tcPr>
          <w:p w14:paraId="19A1F3EA" w14:textId="77777777" w:rsidR="007A04A9" w:rsidRPr="006C2580" w:rsidRDefault="00F954C6">
            <w:pPr>
              <w:jc w:val="center"/>
              <w:rPr>
                <w:noProof/>
                <w:lang w:val="ro-RO"/>
              </w:rPr>
            </w:pPr>
            <w:r w:rsidRPr="006C2580">
              <w:rPr>
                <w:noProof/>
                <w:sz w:val="16"/>
                <w:lang w:val="ro-RO"/>
              </w:rPr>
              <w:t>2 buc</w:t>
            </w:r>
          </w:p>
        </w:tc>
        <w:tc>
          <w:tcPr>
            <w:tcW w:w="5386" w:type="dxa"/>
          </w:tcPr>
          <w:p w14:paraId="75172747" w14:textId="77777777" w:rsidR="007A04A9" w:rsidRPr="006C2580" w:rsidRDefault="00F954C6">
            <w:pPr>
              <w:rPr>
                <w:noProof/>
                <w:lang w:val="ro-RO"/>
              </w:rPr>
            </w:pPr>
            <w:r w:rsidRPr="006C2580">
              <w:rPr>
                <w:noProof/>
                <w:sz w:val="14"/>
                <w:lang w:val="ro-RO"/>
              </w:rPr>
              <w:t>Materialul de producere: poliuretanLungimea produsului, mm: 320Lățimea produsului, mm: 180Tip instrument: drișcă</w:t>
            </w:r>
          </w:p>
        </w:tc>
        <w:tc>
          <w:tcPr>
            <w:tcW w:w="1587" w:type="dxa"/>
          </w:tcPr>
          <w:p w14:paraId="144AD5BE" w14:textId="77777777" w:rsidR="007A04A9" w:rsidRPr="006C2580" w:rsidRDefault="00F954C6">
            <w:pPr>
              <w:jc w:val="center"/>
              <w:rPr>
                <w:noProof/>
                <w:lang w:val="ro-RO"/>
              </w:rPr>
            </w:pPr>
            <w:r w:rsidRPr="006C2580">
              <w:rPr>
                <w:noProof/>
                <w:sz w:val="16"/>
                <w:lang w:val="ro-RO"/>
              </w:rPr>
              <w:t>100,00</w:t>
            </w:r>
          </w:p>
        </w:tc>
      </w:tr>
      <w:tr w:rsidR="007A04A9" w:rsidRPr="006C2580" w14:paraId="031D9CFE" w14:textId="77777777" w:rsidTr="00B72783">
        <w:tc>
          <w:tcPr>
            <w:tcW w:w="1154" w:type="dxa"/>
          </w:tcPr>
          <w:p w14:paraId="2F68701F" w14:textId="77777777" w:rsidR="007A04A9" w:rsidRPr="006C2580" w:rsidRDefault="00F954C6">
            <w:pPr>
              <w:jc w:val="center"/>
              <w:rPr>
                <w:noProof/>
                <w:lang w:val="ro-RO"/>
              </w:rPr>
            </w:pPr>
            <w:r w:rsidRPr="006C2580">
              <w:rPr>
                <w:noProof/>
                <w:sz w:val="16"/>
                <w:lang w:val="ro-RO"/>
              </w:rPr>
              <w:t>1.19</w:t>
            </w:r>
          </w:p>
        </w:tc>
        <w:tc>
          <w:tcPr>
            <w:tcW w:w="1361" w:type="dxa"/>
          </w:tcPr>
          <w:p w14:paraId="54A21AB8" w14:textId="77777777" w:rsidR="007A04A9" w:rsidRPr="006C2580" w:rsidRDefault="007A04A9">
            <w:pPr>
              <w:jc w:val="center"/>
              <w:rPr>
                <w:noProof/>
                <w:lang w:val="ro-RO"/>
              </w:rPr>
            </w:pPr>
          </w:p>
        </w:tc>
        <w:tc>
          <w:tcPr>
            <w:tcW w:w="3402" w:type="dxa"/>
          </w:tcPr>
          <w:p w14:paraId="69E7ED4B" w14:textId="77777777" w:rsidR="007A04A9" w:rsidRPr="006C2580" w:rsidRDefault="00F954C6">
            <w:pPr>
              <w:rPr>
                <w:noProof/>
                <w:lang w:val="ro-RO"/>
              </w:rPr>
            </w:pPr>
            <w:r w:rsidRPr="006C2580">
              <w:rPr>
                <w:noProof/>
                <w:sz w:val="16"/>
                <w:lang w:val="ro-RO"/>
              </w:rPr>
              <w:t>Cauciuc și cameră pentru roabă</w:t>
            </w:r>
          </w:p>
        </w:tc>
        <w:tc>
          <w:tcPr>
            <w:tcW w:w="1332" w:type="dxa"/>
          </w:tcPr>
          <w:p w14:paraId="01873808" w14:textId="77777777" w:rsidR="007A04A9" w:rsidRPr="006C2580" w:rsidRDefault="00F954C6">
            <w:pPr>
              <w:jc w:val="center"/>
              <w:rPr>
                <w:noProof/>
                <w:lang w:val="ro-RO"/>
              </w:rPr>
            </w:pPr>
            <w:r w:rsidRPr="006C2580">
              <w:rPr>
                <w:noProof/>
                <w:sz w:val="16"/>
                <w:lang w:val="ro-RO"/>
              </w:rPr>
              <w:t>5 buc</w:t>
            </w:r>
          </w:p>
        </w:tc>
        <w:tc>
          <w:tcPr>
            <w:tcW w:w="5386" w:type="dxa"/>
          </w:tcPr>
          <w:p w14:paraId="3B7D3FF5" w14:textId="77777777" w:rsidR="007A04A9" w:rsidRPr="006C2580" w:rsidRDefault="00F954C6">
            <w:pPr>
              <w:rPr>
                <w:noProof/>
                <w:lang w:val="ro-RO"/>
              </w:rPr>
            </w:pPr>
            <w:r w:rsidRPr="006C2580">
              <w:rPr>
                <w:noProof/>
                <w:sz w:val="14"/>
                <w:lang w:val="ro-RO"/>
              </w:rPr>
              <w:t>Cauciuc și cameră pentru roabă diametru 4.80/4.00-8</w:t>
            </w:r>
          </w:p>
        </w:tc>
        <w:tc>
          <w:tcPr>
            <w:tcW w:w="1587" w:type="dxa"/>
          </w:tcPr>
          <w:p w14:paraId="4F0B648F" w14:textId="77777777" w:rsidR="007A04A9" w:rsidRPr="006C2580" w:rsidRDefault="00F954C6">
            <w:pPr>
              <w:jc w:val="center"/>
              <w:rPr>
                <w:noProof/>
                <w:lang w:val="ro-RO"/>
              </w:rPr>
            </w:pPr>
            <w:r w:rsidRPr="006C2580">
              <w:rPr>
                <w:noProof/>
                <w:sz w:val="16"/>
                <w:lang w:val="ro-RO"/>
              </w:rPr>
              <w:t>640,00</w:t>
            </w:r>
          </w:p>
        </w:tc>
      </w:tr>
      <w:tr w:rsidR="007A04A9" w:rsidRPr="006C2580" w14:paraId="214E6008" w14:textId="77777777" w:rsidTr="00B72783">
        <w:tc>
          <w:tcPr>
            <w:tcW w:w="1154" w:type="dxa"/>
          </w:tcPr>
          <w:p w14:paraId="221C63FD" w14:textId="77777777" w:rsidR="007A04A9" w:rsidRPr="006C2580" w:rsidRDefault="00F954C6">
            <w:pPr>
              <w:jc w:val="center"/>
              <w:rPr>
                <w:noProof/>
                <w:lang w:val="ro-RO"/>
              </w:rPr>
            </w:pPr>
            <w:r w:rsidRPr="006C2580">
              <w:rPr>
                <w:noProof/>
                <w:sz w:val="16"/>
                <w:lang w:val="ro-RO"/>
              </w:rPr>
              <w:t>1.20</w:t>
            </w:r>
          </w:p>
        </w:tc>
        <w:tc>
          <w:tcPr>
            <w:tcW w:w="1361" w:type="dxa"/>
          </w:tcPr>
          <w:p w14:paraId="36349EBB" w14:textId="77777777" w:rsidR="007A04A9" w:rsidRPr="006C2580" w:rsidRDefault="007A04A9">
            <w:pPr>
              <w:jc w:val="center"/>
              <w:rPr>
                <w:noProof/>
                <w:lang w:val="ro-RO"/>
              </w:rPr>
            </w:pPr>
          </w:p>
        </w:tc>
        <w:tc>
          <w:tcPr>
            <w:tcW w:w="3402" w:type="dxa"/>
          </w:tcPr>
          <w:p w14:paraId="1BBA30CC" w14:textId="77777777" w:rsidR="007A04A9" w:rsidRPr="006C2580" w:rsidRDefault="00F954C6">
            <w:pPr>
              <w:rPr>
                <w:noProof/>
                <w:lang w:val="ro-RO"/>
              </w:rPr>
            </w:pPr>
            <w:r w:rsidRPr="006C2580">
              <w:rPr>
                <w:noProof/>
                <w:sz w:val="16"/>
                <w:lang w:val="ro-RO"/>
              </w:rPr>
              <w:t>Balamale metal pentru porții</w:t>
            </w:r>
          </w:p>
        </w:tc>
        <w:tc>
          <w:tcPr>
            <w:tcW w:w="1332" w:type="dxa"/>
          </w:tcPr>
          <w:p w14:paraId="50EEB2D0" w14:textId="77777777" w:rsidR="007A04A9" w:rsidRPr="006C2580" w:rsidRDefault="00F954C6">
            <w:pPr>
              <w:jc w:val="center"/>
              <w:rPr>
                <w:noProof/>
                <w:lang w:val="ro-RO"/>
              </w:rPr>
            </w:pPr>
            <w:r w:rsidRPr="006C2580">
              <w:rPr>
                <w:noProof/>
                <w:sz w:val="16"/>
                <w:lang w:val="ro-RO"/>
              </w:rPr>
              <w:t>8 buc</w:t>
            </w:r>
          </w:p>
        </w:tc>
        <w:tc>
          <w:tcPr>
            <w:tcW w:w="5386" w:type="dxa"/>
          </w:tcPr>
          <w:p w14:paraId="704EB1F2" w14:textId="77777777" w:rsidR="007A04A9" w:rsidRPr="006C2580" w:rsidRDefault="00F954C6">
            <w:pPr>
              <w:rPr>
                <w:noProof/>
                <w:lang w:val="ro-RO"/>
              </w:rPr>
            </w:pPr>
            <w:r w:rsidRPr="006C2580">
              <w:rPr>
                <w:noProof/>
                <w:sz w:val="14"/>
                <w:lang w:val="ro-RO"/>
              </w:rPr>
              <w:t>Dimensiune:Grosime: 20 mmLungimea: 120 mm</w:t>
            </w:r>
          </w:p>
        </w:tc>
        <w:tc>
          <w:tcPr>
            <w:tcW w:w="1587" w:type="dxa"/>
          </w:tcPr>
          <w:p w14:paraId="160D8FB2" w14:textId="77777777" w:rsidR="007A04A9" w:rsidRPr="006C2580" w:rsidRDefault="00F954C6">
            <w:pPr>
              <w:jc w:val="center"/>
              <w:rPr>
                <w:noProof/>
                <w:lang w:val="ro-RO"/>
              </w:rPr>
            </w:pPr>
            <w:r w:rsidRPr="006C2580">
              <w:rPr>
                <w:noProof/>
                <w:sz w:val="16"/>
                <w:lang w:val="ro-RO"/>
              </w:rPr>
              <w:t>400,00</w:t>
            </w:r>
          </w:p>
        </w:tc>
      </w:tr>
      <w:tr w:rsidR="007A04A9" w:rsidRPr="006C2580" w14:paraId="058D4A24" w14:textId="77777777" w:rsidTr="00B72783">
        <w:tc>
          <w:tcPr>
            <w:tcW w:w="1154" w:type="dxa"/>
          </w:tcPr>
          <w:p w14:paraId="56C6C781" w14:textId="77777777" w:rsidR="007A04A9" w:rsidRPr="006C2580" w:rsidRDefault="00F954C6">
            <w:pPr>
              <w:jc w:val="center"/>
              <w:rPr>
                <w:noProof/>
                <w:lang w:val="ro-RO"/>
              </w:rPr>
            </w:pPr>
            <w:r w:rsidRPr="006C2580">
              <w:rPr>
                <w:noProof/>
                <w:sz w:val="16"/>
                <w:lang w:val="ro-RO"/>
              </w:rPr>
              <w:t>1.21</w:t>
            </w:r>
          </w:p>
        </w:tc>
        <w:tc>
          <w:tcPr>
            <w:tcW w:w="1361" w:type="dxa"/>
          </w:tcPr>
          <w:p w14:paraId="22E08D56" w14:textId="77777777" w:rsidR="007A04A9" w:rsidRPr="006C2580" w:rsidRDefault="007A04A9">
            <w:pPr>
              <w:jc w:val="center"/>
              <w:rPr>
                <w:noProof/>
                <w:lang w:val="ro-RO"/>
              </w:rPr>
            </w:pPr>
          </w:p>
        </w:tc>
        <w:tc>
          <w:tcPr>
            <w:tcW w:w="3402" w:type="dxa"/>
          </w:tcPr>
          <w:p w14:paraId="1B9ADE2E" w14:textId="77777777" w:rsidR="007A04A9" w:rsidRPr="006C2580" w:rsidRDefault="00F954C6">
            <w:pPr>
              <w:rPr>
                <w:noProof/>
                <w:lang w:val="ro-RO"/>
              </w:rPr>
            </w:pPr>
            <w:r w:rsidRPr="006C2580">
              <w:rPr>
                <w:noProof/>
                <w:sz w:val="16"/>
                <w:lang w:val="ro-RO"/>
              </w:rPr>
              <w:t>Șpaclu pentru zugrăvit</w:t>
            </w:r>
          </w:p>
        </w:tc>
        <w:tc>
          <w:tcPr>
            <w:tcW w:w="1332" w:type="dxa"/>
          </w:tcPr>
          <w:p w14:paraId="1F4A5E8F" w14:textId="77777777" w:rsidR="007A04A9" w:rsidRPr="006C2580" w:rsidRDefault="00F954C6">
            <w:pPr>
              <w:jc w:val="center"/>
              <w:rPr>
                <w:noProof/>
                <w:lang w:val="ro-RO"/>
              </w:rPr>
            </w:pPr>
            <w:r w:rsidRPr="006C2580">
              <w:rPr>
                <w:noProof/>
                <w:sz w:val="16"/>
                <w:lang w:val="ro-RO"/>
              </w:rPr>
              <w:t>4 buc</w:t>
            </w:r>
          </w:p>
        </w:tc>
        <w:tc>
          <w:tcPr>
            <w:tcW w:w="5386" w:type="dxa"/>
          </w:tcPr>
          <w:p w14:paraId="031A513F" w14:textId="77777777" w:rsidR="007A04A9" w:rsidRPr="006C2580" w:rsidRDefault="00F954C6">
            <w:pPr>
              <w:rPr>
                <w:noProof/>
                <w:lang w:val="ro-RO"/>
              </w:rPr>
            </w:pPr>
            <w:r w:rsidRPr="006C2580">
              <w:rPr>
                <w:noProof/>
                <w:sz w:val="14"/>
                <w:lang w:val="ro-RO"/>
              </w:rPr>
              <w:t>Lățime: 100mmTip: ȘpacluMaterial: Otel inoxidabil</w:t>
            </w:r>
          </w:p>
        </w:tc>
        <w:tc>
          <w:tcPr>
            <w:tcW w:w="1587" w:type="dxa"/>
          </w:tcPr>
          <w:p w14:paraId="23AB8154" w14:textId="77777777" w:rsidR="007A04A9" w:rsidRPr="006C2580" w:rsidRDefault="00F954C6">
            <w:pPr>
              <w:jc w:val="center"/>
              <w:rPr>
                <w:noProof/>
                <w:lang w:val="ro-RO"/>
              </w:rPr>
            </w:pPr>
            <w:r w:rsidRPr="006C2580">
              <w:rPr>
                <w:noProof/>
                <w:sz w:val="16"/>
                <w:lang w:val="ro-RO"/>
              </w:rPr>
              <w:t>92,00</w:t>
            </w:r>
          </w:p>
        </w:tc>
      </w:tr>
      <w:tr w:rsidR="007A04A9" w:rsidRPr="006C2580" w14:paraId="2826FE99" w14:textId="77777777" w:rsidTr="00B72783">
        <w:tc>
          <w:tcPr>
            <w:tcW w:w="1154" w:type="dxa"/>
          </w:tcPr>
          <w:p w14:paraId="1861EA4C" w14:textId="77777777" w:rsidR="007A04A9" w:rsidRPr="006C2580" w:rsidRDefault="00F954C6">
            <w:pPr>
              <w:jc w:val="center"/>
              <w:rPr>
                <w:noProof/>
                <w:lang w:val="ro-RO"/>
              </w:rPr>
            </w:pPr>
            <w:r w:rsidRPr="006C2580">
              <w:rPr>
                <w:noProof/>
                <w:sz w:val="16"/>
                <w:lang w:val="ro-RO"/>
              </w:rPr>
              <w:t>1.22</w:t>
            </w:r>
          </w:p>
        </w:tc>
        <w:tc>
          <w:tcPr>
            <w:tcW w:w="1361" w:type="dxa"/>
          </w:tcPr>
          <w:p w14:paraId="7F662751" w14:textId="77777777" w:rsidR="007A04A9" w:rsidRPr="006C2580" w:rsidRDefault="007A04A9">
            <w:pPr>
              <w:jc w:val="center"/>
              <w:rPr>
                <w:noProof/>
                <w:lang w:val="ro-RO"/>
              </w:rPr>
            </w:pPr>
          </w:p>
        </w:tc>
        <w:tc>
          <w:tcPr>
            <w:tcW w:w="3402" w:type="dxa"/>
          </w:tcPr>
          <w:p w14:paraId="0CFF5A18" w14:textId="77777777" w:rsidR="007A04A9" w:rsidRPr="006C2580" w:rsidRDefault="00F954C6">
            <w:pPr>
              <w:rPr>
                <w:noProof/>
                <w:lang w:val="ro-RO"/>
              </w:rPr>
            </w:pPr>
            <w:r w:rsidRPr="006C2580">
              <w:rPr>
                <w:noProof/>
                <w:sz w:val="16"/>
                <w:lang w:val="ro-RO"/>
              </w:rPr>
              <w:t>Arc flexibil</w:t>
            </w:r>
          </w:p>
        </w:tc>
        <w:tc>
          <w:tcPr>
            <w:tcW w:w="1332" w:type="dxa"/>
          </w:tcPr>
          <w:p w14:paraId="3B301460" w14:textId="77777777" w:rsidR="007A04A9" w:rsidRPr="006C2580" w:rsidRDefault="00F954C6">
            <w:pPr>
              <w:jc w:val="center"/>
              <w:rPr>
                <w:noProof/>
                <w:lang w:val="ro-RO"/>
              </w:rPr>
            </w:pPr>
            <w:r w:rsidRPr="006C2580">
              <w:rPr>
                <w:noProof/>
                <w:sz w:val="16"/>
                <w:lang w:val="ro-RO"/>
              </w:rPr>
              <w:t>27 buc</w:t>
            </w:r>
          </w:p>
        </w:tc>
        <w:tc>
          <w:tcPr>
            <w:tcW w:w="5386" w:type="dxa"/>
          </w:tcPr>
          <w:p w14:paraId="3E8A6F8E" w14:textId="77777777" w:rsidR="007A04A9" w:rsidRPr="006C2580" w:rsidRDefault="00F954C6">
            <w:pPr>
              <w:rPr>
                <w:noProof/>
                <w:lang w:val="ro-RO"/>
              </w:rPr>
            </w:pPr>
            <w:r w:rsidRPr="006C2580">
              <w:rPr>
                <w:noProof/>
                <w:sz w:val="14"/>
                <w:lang w:val="ro-RO"/>
              </w:rPr>
              <w:t>Arc flexibil dublu D4 Industry</w:t>
            </w:r>
          </w:p>
        </w:tc>
        <w:tc>
          <w:tcPr>
            <w:tcW w:w="1587" w:type="dxa"/>
          </w:tcPr>
          <w:p w14:paraId="5FE67BC4" w14:textId="77777777" w:rsidR="007A04A9" w:rsidRPr="006C2580" w:rsidRDefault="00F954C6">
            <w:pPr>
              <w:jc w:val="center"/>
              <w:rPr>
                <w:noProof/>
                <w:lang w:val="ro-RO"/>
              </w:rPr>
            </w:pPr>
            <w:r w:rsidRPr="006C2580">
              <w:rPr>
                <w:noProof/>
                <w:sz w:val="16"/>
                <w:lang w:val="ro-RO"/>
              </w:rPr>
              <w:t>137,43</w:t>
            </w:r>
          </w:p>
        </w:tc>
      </w:tr>
      <w:tr w:rsidR="007A04A9" w:rsidRPr="006C2580" w14:paraId="3DEC9BE7" w14:textId="77777777" w:rsidTr="00B72783">
        <w:tc>
          <w:tcPr>
            <w:tcW w:w="1154" w:type="dxa"/>
          </w:tcPr>
          <w:p w14:paraId="7B01F8BD" w14:textId="77777777" w:rsidR="007A04A9" w:rsidRPr="006C2580" w:rsidRDefault="00F954C6">
            <w:pPr>
              <w:jc w:val="center"/>
              <w:rPr>
                <w:noProof/>
                <w:lang w:val="ro-RO"/>
              </w:rPr>
            </w:pPr>
            <w:r w:rsidRPr="006C2580">
              <w:rPr>
                <w:noProof/>
                <w:sz w:val="16"/>
                <w:lang w:val="ro-RO"/>
              </w:rPr>
              <w:t>1.23</w:t>
            </w:r>
          </w:p>
        </w:tc>
        <w:tc>
          <w:tcPr>
            <w:tcW w:w="1361" w:type="dxa"/>
          </w:tcPr>
          <w:p w14:paraId="15B05D9A" w14:textId="77777777" w:rsidR="007A04A9" w:rsidRPr="006C2580" w:rsidRDefault="007A04A9">
            <w:pPr>
              <w:jc w:val="center"/>
              <w:rPr>
                <w:noProof/>
                <w:lang w:val="ro-RO"/>
              </w:rPr>
            </w:pPr>
          </w:p>
        </w:tc>
        <w:tc>
          <w:tcPr>
            <w:tcW w:w="3402" w:type="dxa"/>
          </w:tcPr>
          <w:p w14:paraId="2A03A900" w14:textId="77777777" w:rsidR="007A04A9" w:rsidRPr="006C2580" w:rsidRDefault="00F954C6">
            <w:pPr>
              <w:rPr>
                <w:noProof/>
                <w:lang w:val="ro-RO"/>
              </w:rPr>
            </w:pPr>
            <w:r w:rsidRPr="006C2580">
              <w:rPr>
                <w:noProof/>
                <w:sz w:val="16"/>
                <w:lang w:val="ro-RO"/>
              </w:rPr>
              <w:t>Corp de iluminat Led</w:t>
            </w:r>
          </w:p>
        </w:tc>
        <w:tc>
          <w:tcPr>
            <w:tcW w:w="1332" w:type="dxa"/>
          </w:tcPr>
          <w:p w14:paraId="6977267C" w14:textId="77777777" w:rsidR="007A04A9" w:rsidRPr="006C2580" w:rsidRDefault="00F954C6">
            <w:pPr>
              <w:jc w:val="center"/>
              <w:rPr>
                <w:noProof/>
                <w:lang w:val="ro-RO"/>
              </w:rPr>
            </w:pPr>
            <w:r w:rsidRPr="006C2580">
              <w:rPr>
                <w:noProof/>
                <w:sz w:val="16"/>
                <w:lang w:val="ro-RO"/>
              </w:rPr>
              <w:t>3 buc</w:t>
            </w:r>
          </w:p>
        </w:tc>
        <w:tc>
          <w:tcPr>
            <w:tcW w:w="5386" w:type="dxa"/>
          </w:tcPr>
          <w:p w14:paraId="1B0C59D0" w14:textId="77777777" w:rsidR="007A04A9" w:rsidRPr="006C2580" w:rsidRDefault="00F954C6">
            <w:pPr>
              <w:rPr>
                <w:noProof/>
                <w:lang w:val="ro-RO"/>
              </w:rPr>
            </w:pPr>
            <w:r w:rsidRPr="006C2580">
              <w:rPr>
                <w:noProof/>
                <w:sz w:val="14"/>
                <w:lang w:val="ro-RO"/>
              </w:rPr>
              <w:t>Corp de iluminat led 4*9W incastrat Eloms folosit pentru panouri armstrong cu 60*60 cm cu becuri inclus</w:t>
            </w:r>
          </w:p>
        </w:tc>
        <w:tc>
          <w:tcPr>
            <w:tcW w:w="1587" w:type="dxa"/>
          </w:tcPr>
          <w:p w14:paraId="43DE3038" w14:textId="77777777" w:rsidR="007A04A9" w:rsidRPr="006C2580" w:rsidRDefault="00F954C6">
            <w:pPr>
              <w:jc w:val="center"/>
              <w:rPr>
                <w:noProof/>
                <w:lang w:val="ro-RO"/>
              </w:rPr>
            </w:pPr>
            <w:r w:rsidRPr="006C2580">
              <w:rPr>
                <w:noProof/>
                <w:sz w:val="16"/>
                <w:lang w:val="ro-RO"/>
              </w:rPr>
              <w:t>1 020,00</w:t>
            </w:r>
          </w:p>
        </w:tc>
      </w:tr>
      <w:tr w:rsidR="007A04A9" w:rsidRPr="006C2580" w14:paraId="0BAA2707" w14:textId="77777777" w:rsidTr="00B72783">
        <w:tc>
          <w:tcPr>
            <w:tcW w:w="1154" w:type="dxa"/>
          </w:tcPr>
          <w:p w14:paraId="3925B24D" w14:textId="77777777" w:rsidR="007A04A9" w:rsidRPr="006C2580" w:rsidRDefault="00F954C6">
            <w:pPr>
              <w:jc w:val="center"/>
              <w:rPr>
                <w:noProof/>
                <w:lang w:val="ro-RO"/>
              </w:rPr>
            </w:pPr>
            <w:r w:rsidRPr="006C2580">
              <w:rPr>
                <w:noProof/>
                <w:sz w:val="16"/>
                <w:lang w:val="ro-RO"/>
              </w:rPr>
              <w:t>1.24</w:t>
            </w:r>
          </w:p>
        </w:tc>
        <w:tc>
          <w:tcPr>
            <w:tcW w:w="1361" w:type="dxa"/>
          </w:tcPr>
          <w:p w14:paraId="76361574" w14:textId="77777777" w:rsidR="007A04A9" w:rsidRPr="006C2580" w:rsidRDefault="007A04A9">
            <w:pPr>
              <w:jc w:val="center"/>
              <w:rPr>
                <w:noProof/>
                <w:lang w:val="ro-RO"/>
              </w:rPr>
            </w:pPr>
          </w:p>
        </w:tc>
        <w:tc>
          <w:tcPr>
            <w:tcW w:w="3402" w:type="dxa"/>
          </w:tcPr>
          <w:p w14:paraId="13E1E90C" w14:textId="77777777" w:rsidR="007A04A9" w:rsidRPr="006C2580" w:rsidRDefault="00F954C6">
            <w:pPr>
              <w:rPr>
                <w:noProof/>
                <w:lang w:val="ro-RO"/>
              </w:rPr>
            </w:pPr>
            <w:r w:rsidRPr="006C2580">
              <w:rPr>
                <w:noProof/>
                <w:sz w:val="16"/>
                <w:lang w:val="ro-RO"/>
              </w:rPr>
              <w:t>Placa tavan casetat</w:t>
            </w:r>
          </w:p>
        </w:tc>
        <w:tc>
          <w:tcPr>
            <w:tcW w:w="1332" w:type="dxa"/>
          </w:tcPr>
          <w:p w14:paraId="5CB62608" w14:textId="77777777" w:rsidR="007A04A9" w:rsidRPr="006C2580" w:rsidRDefault="00F954C6">
            <w:pPr>
              <w:jc w:val="center"/>
              <w:rPr>
                <w:noProof/>
                <w:lang w:val="ro-RO"/>
              </w:rPr>
            </w:pPr>
            <w:r w:rsidRPr="006C2580">
              <w:rPr>
                <w:noProof/>
                <w:sz w:val="16"/>
                <w:lang w:val="ro-RO"/>
              </w:rPr>
              <w:t>91 buc</w:t>
            </w:r>
          </w:p>
        </w:tc>
        <w:tc>
          <w:tcPr>
            <w:tcW w:w="5386" w:type="dxa"/>
          </w:tcPr>
          <w:p w14:paraId="52DDF558" w14:textId="77777777" w:rsidR="007A04A9" w:rsidRPr="006C2580" w:rsidRDefault="00F954C6">
            <w:pPr>
              <w:rPr>
                <w:noProof/>
                <w:lang w:val="ro-RO"/>
              </w:rPr>
            </w:pPr>
            <w:r w:rsidRPr="006C2580">
              <w:rPr>
                <w:noProof/>
                <w:sz w:val="14"/>
                <w:lang w:val="ro-RO"/>
              </w:rPr>
              <w:t>Placa tavan casetat 8*595*595mmMA01</w:t>
            </w:r>
          </w:p>
        </w:tc>
        <w:tc>
          <w:tcPr>
            <w:tcW w:w="1587" w:type="dxa"/>
          </w:tcPr>
          <w:p w14:paraId="281A1526" w14:textId="77777777" w:rsidR="007A04A9" w:rsidRPr="006C2580" w:rsidRDefault="00F954C6">
            <w:pPr>
              <w:jc w:val="center"/>
              <w:rPr>
                <w:noProof/>
                <w:lang w:val="ro-RO"/>
              </w:rPr>
            </w:pPr>
            <w:r w:rsidRPr="006C2580">
              <w:rPr>
                <w:noProof/>
                <w:sz w:val="16"/>
                <w:lang w:val="ro-RO"/>
              </w:rPr>
              <w:t>3 731,00</w:t>
            </w:r>
          </w:p>
        </w:tc>
      </w:tr>
      <w:tr w:rsidR="007A04A9" w:rsidRPr="006C2580" w14:paraId="149518B6" w14:textId="77777777" w:rsidTr="00B72783">
        <w:tc>
          <w:tcPr>
            <w:tcW w:w="1154" w:type="dxa"/>
          </w:tcPr>
          <w:p w14:paraId="19A7F151" w14:textId="77777777" w:rsidR="007A04A9" w:rsidRPr="006C2580" w:rsidRDefault="00F954C6">
            <w:pPr>
              <w:jc w:val="center"/>
              <w:rPr>
                <w:noProof/>
                <w:lang w:val="ro-RO"/>
              </w:rPr>
            </w:pPr>
            <w:r w:rsidRPr="006C2580">
              <w:rPr>
                <w:noProof/>
                <w:sz w:val="16"/>
                <w:lang w:val="ro-RO"/>
              </w:rPr>
              <w:t>1.25</w:t>
            </w:r>
          </w:p>
        </w:tc>
        <w:tc>
          <w:tcPr>
            <w:tcW w:w="1361" w:type="dxa"/>
          </w:tcPr>
          <w:p w14:paraId="5AE165A0" w14:textId="77777777" w:rsidR="007A04A9" w:rsidRPr="006C2580" w:rsidRDefault="007A04A9">
            <w:pPr>
              <w:jc w:val="center"/>
              <w:rPr>
                <w:noProof/>
                <w:lang w:val="ro-RO"/>
              </w:rPr>
            </w:pPr>
          </w:p>
        </w:tc>
        <w:tc>
          <w:tcPr>
            <w:tcW w:w="3402" w:type="dxa"/>
          </w:tcPr>
          <w:p w14:paraId="1404839E" w14:textId="77777777" w:rsidR="007A04A9" w:rsidRPr="006C2580" w:rsidRDefault="00F954C6">
            <w:pPr>
              <w:rPr>
                <w:noProof/>
                <w:lang w:val="ro-RO"/>
              </w:rPr>
            </w:pPr>
            <w:r w:rsidRPr="006C2580">
              <w:rPr>
                <w:noProof/>
                <w:sz w:val="16"/>
                <w:lang w:val="ro-RO"/>
              </w:rPr>
              <w:t>Profil perimetral tavan</w:t>
            </w:r>
          </w:p>
        </w:tc>
        <w:tc>
          <w:tcPr>
            <w:tcW w:w="1332" w:type="dxa"/>
          </w:tcPr>
          <w:p w14:paraId="0C3A0BBC" w14:textId="77777777" w:rsidR="007A04A9" w:rsidRPr="006C2580" w:rsidRDefault="00F954C6">
            <w:pPr>
              <w:jc w:val="center"/>
              <w:rPr>
                <w:noProof/>
                <w:lang w:val="ro-RO"/>
              </w:rPr>
            </w:pPr>
            <w:r w:rsidRPr="006C2580">
              <w:rPr>
                <w:noProof/>
                <w:sz w:val="16"/>
                <w:lang w:val="ro-RO"/>
              </w:rPr>
              <w:t>15 buc</w:t>
            </w:r>
          </w:p>
        </w:tc>
        <w:tc>
          <w:tcPr>
            <w:tcW w:w="5386" w:type="dxa"/>
          </w:tcPr>
          <w:p w14:paraId="29E0DBC7" w14:textId="77777777" w:rsidR="007A04A9" w:rsidRPr="006C2580" w:rsidRDefault="00F954C6">
            <w:pPr>
              <w:rPr>
                <w:noProof/>
                <w:lang w:val="ro-RO"/>
              </w:rPr>
            </w:pPr>
            <w:r w:rsidRPr="006C2580">
              <w:rPr>
                <w:noProof/>
                <w:sz w:val="14"/>
                <w:lang w:val="ro-RO"/>
              </w:rPr>
              <w:t>Profil perimetral tavan casetat 3,0m Deckon</w:t>
            </w:r>
          </w:p>
        </w:tc>
        <w:tc>
          <w:tcPr>
            <w:tcW w:w="1587" w:type="dxa"/>
          </w:tcPr>
          <w:p w14:paraId="325C28C7" w14:textId="77777777" w:rsidR="007A04A9" w:rsidRPr="006C2580" w:rsidRDefault="00F954C6">
            <w:pPr>
              <w:jc w:val="center"/>
              <w:rPr>
                <w:noProof/>
                <w:lang w:val="ro-RO"/>
              </w:rPr>
            </w:pPr>
            <w:r w:rsidRPr="006C2580">
              <w:rPr>
                <w:noProof/>
                <w:sz w:val="16"/>
                <w:lang w:val="ro-RO"/>
              </w:rPr>
              <w:t>600,00</w:t>
            </w:r>
          </w:p>
        </w:tc>
      </w:tr>
      <w:tr w:rsidR="007A04A9" w:rsidRPr="006C2580" w14:paraId="47DAB857" w14:textId="77777777" w:rsidTr="00B72783">
        <w:tc>
          <w:tcPr>
            <w:tcW w:w="1154" w:type="dxa"/>
          </w:tcPr>
          <w:p w14:paraId="36E1BD5C" w14:textId="77777777" w:rsidR="007A04A9" w:rsidRPr="006C2580" w:rsidRDefault="00F954C6">
            <w:pPr>
              <w:jc w:val="center"/>
              <w:rPr>
                <w:noProof/>
                <w:lang w:val="ro-RO"/>
              </w:rPr>
            </w:pPr>
            <w:r w:rsidRPr="006C2580">
              <w:rPr>
                <w:noProof/>
                <w:sz w:val="16"/>
                <w:lang w:val="ro-RO"/>
              </w:rPr>
              <w:t>1.26</w:t>
            </w:r>
          </w:p>
        </w:tc>
        <w:tc>
          <w:tcPr>
            <w:tcW w:w="1361" w:type="dxa"/>
          </w:tcPr>
          <w:p w14:paraId="0D2A3197" w14:textId="77777777" w:rsidR="007A04A9" w:rsidRPr="006C2580" w:rsidRDefault="007A04A9">
            <w:pPr>
              <w:jc w:val="center"/>
              <w:rPr>
                <w:noProof/>
                <w:lang w:val="ro-RO"/>
              </w:rPr>
            </w:pPr>
          </w:p>
        </w:tc>
        <w:tc>
          <w:tcPr>
            <w:tcW w:w="3402" w:type="dxa"/>
          </w:tcPr>
          <w:p w14:paraId="26BD260E" w14:textId="77777777" w:rsidR="007A04A9" w:rsidRPr="006C2580" w:rsidRDefault="00F954C6">
            <w:pPr>
              <w:rPr>
                <w:noProof/>
                <w:lang w:val="ro-RO"/>
              </w:rPr>
            </w:pPr>
            <w:r w:rsidRPr="006C2580">
              <w:rPr>
                <w:noProof/>
                <w:sz w:val="16"/>
                <w:lang w:val="ro-RO"/>
              </w:rPr>
              <w:t>Profil principal tavan</w:t>
            </w:r>
          </w:p>
        </w:tc>
        <w:tc>
          <w:tcPr>
            <w:tcW w:w="1332" w:type="dxa"/>
          </w:tcPr>
          <w:p w14:paraId="4169A367" w14:textId="77777777" w:rsidR="007A04A9" w:rsidRPr="006C2580" w:rsidRDefault="00F954C6">
            <w:pPr>
              <w:jc w:val="center"/>
              <w:rPr>
                <w:noProof/>
                <w:lang w:val="ro-RO"/>
              </w:rPr>
            </w:pPr>
            <w:r w:rsidRPr="006C2580">
              <w:rPr>
                <w:noProof/>
                <w:sz w:val="16"/>
                <w:lang w:val="ro-RO"/>
              </w:rPr>
              <w:t>9 buc</w:t>
            </w:r>
          </w:p>
        </w:tc>
        <w:tc>
          <w:tcPr>
            <w:tcW w:w="5386" w:type="dxa"/>
          </w:tcPr>
          <w:p w14:paraId="0CAE88BA" w14:textId="77777777" w:rsidR="007A04A9" w:rsidRPr="006C2580" w:rsidRDefault="00F954C6">
            <w:pPr>
              <w:rPr>
                <w:noProof/>
                <w:lang w:val="ro-RO"/>
              </w:rPr>
            </w:pPr>
            <w:r w:rsidRPr="006C2580">
              <w:rPr>
                <w:noProof/>
                <w:sz w:val="14"/>
                <w:lang w:val="ro-RO"/>
              </w:rPr>
              <w:t>Profil principal tavan casetat 3,6m Deckon</w:t>
            </w:r>
          </w:p>
        </w:tc>
        <w:tc>
          <w:tcPr>
            <w:tcW w:w="1587" w:type="dxa"/>
          </w:tcPr>
          <w:p w14:paraId="1EC00709" w14:textId="77777777" w:rsidR="007A04A9" w:rsidRPr="006C2580" w:rsidRDefault="00F954C6">
            <w:pPr>
              <w:jc w:val="center"/>
              <w:rPr>
                <w:noProof/>
                <w:lang w:val="ro-RO"/>
              </w:rPr>
            </w:pPr>
            <w:r w:rsidRPr="006C2580">
              <w:rPr>
                <w:noProof/>
                <w:sz w:val="16"/>
                <w:lang w:val="ro-RO"/>
              </w:rPr>
              <w:t>594,00</w:t>
            </w:r>
          </w:p>
        </w:tc>
      </w:tr>
      <w:tr w:rsidR="007A04A9" w:rsidRPr="006C2580" w14:paraId="3921B6D4" w14:textId="77777777" w:rsidTr="00B72783">
        <w:tc>
          <w:tcPr>
            <w:tcW w:w="1154" w:type="dxa"/>
          </w:tcPr>
          <w:p w14:paraId="2CDEB3CE" w14:textId="77777777" w:rsidR="007A04A9" w:rsidRPr="006C2580" w:rsidRDefault="00F954C6">
            <w:pPr>
              <w:jc w:val="center"/>
              <w:rPr>
                <w:noProof/>
                <w:lang w:val="ro-RO"/>
              </w:rPr>
            </w:pPr>
            <w:r w:rsidRPr="006C2580">
              <w:rPr>
                <w:noProof/>
                <w:sz w:val="16"/>
                <w:lang w:val="ro-RO"/>
              </w:rPr>
              <w:t>1.27</w:t>
            </w:r>
          </w:p>
        </w:tc>
        <w:tc>
          <w:tcPr>
            <w:tcW w:w="1361" w:type="dxa"/>
          </w:tcPr>
          <w:p w14:paraId="76A4A346" w14:textId="77777777" w:rsidR="007A04A9" w:rsidRPr="006C2580" w:rsidRDefault="007A04A9">
            <w:pPr>
              <w:jc w:val="center"/>
              <w:rPr>
                <w:noProof/>
                <w:lang w:val="ro-RO"/>
              </w:rPr>
            </w:pPr>
          </w:p>
        </w:tc>
        <w:tc>
          <w:tcPr>
            <w:tcW w:w="3402" w:type="dxa"/>
          </w:tcPr>
          <w:p w14:paraId="2518B289" w14:textId="77777777" w:rsidR="007A04A9" w:rsidRPr="006C2580" w:rsidRDefault="00F954C6">
            <w:pPr>
              <w:rPr>
                <w:noProof/>
                <w:lang w:val="ro-RO"/>
              </w:rPr>
            </w:pPr>
            <w:r w:rsidRPr="006C2580">
              <w:rPr>
                <w:noProof/>
                <w:sz w:val="16"/>
                <w:lang w:val="ro-RO"/>
              </w:rPr>
              <w:t>Profil secundar tavan</w:t>
            </w:r>
          </w:p>
        </w:tc>
        <w:tc>
          <w:tcPr>
            <w:tcW w:w="1332" w:type="dxa"/>
          </w:tcPr>
          <w:p w14:paraId="3F860038" w14:textId="77777777" w:rsidR="007A04A9" w:rsidRPr="006C2580" w:rsidRDefault="00F954C6">
            <w:pPr>
              <w:jc w:val="center"/>
              <w:rPr>
                <w:noProof/>
                <w:lang w:val="ro-RO"/>
              </w:rPr>
            </w:pPr>
            <w:r w:rsidRPr="006C2580">
              <w:rPr>
                <w:noProof/>
                <w:sz w:val="16"/>
                <w:lang w:val="ro-RO"/>
              </w:rPr>
              <w:t>51 buc</w:t>
            </w:r>
          </w:p>
        </w:tc>
        <w:tc>
          <w:tcPr>
            <w:tcW w:w="5386" w:type="dxa"/>
          </w:tcPr>
          <w:p w14:paraId="12C34501" w14:textId="77777777" w:rsidR="007A04A9" w:rsidRPr="006C2580" w:rsidRDefault="00F954C6">
            <w:pPr>
              <w:rPr>
                <w:noProof/>
                <w:lang w:val="ro-RO"/>
              </w:rPr>
            </w:pPr>
            <w:r w:rsidRPr="006C2580">
              <w:rPr>
                <w:noProof/>
                <w:sz w:val="14"/>
                <w:lang w:val="ro-RO"/>
              </w:rPr>
              <w:t>Profil principal tavan casetat 24*26*1200mm</w:t>
            </w:r>
          </w:p>
        </w:tc>
        <w:tc>
          <w:tcPr>
            <w:tcW w:w="1587" w:type="dxa"/>
          </w:tcPr>
          <w:p w14:paraId="683AF6FA" w14:textId="77777777" w:rsidR="007A04A9" w:rsidRPr="006C2580" w:rsidRDefault="00F954C6">
            <w:pPr>
              <w:jc w:val="center"/>
              <w:rPr>
                <w:noProof/>
                <w:lang w:val="ro-RO"/>
              </w:rPr>
            </w:pPr>
            <w:r w:rsidRPr="006C2580">
              <w:rPr>
                <w:noProof/>
                <w:sz w:val="16"/>
                <w:lang w:val="ro-RO"/>
              </w:rPr>
              <w:t>867,00</w:t>
            </w:r>
          </w:p>
        </w:tc>
      </w:tr>
      <w:tr w:rsidR="007A04A9" w:rsidRPr="006C2580" w14:paraId="49C64909" w14:textId="77777777" w:rsidTr="00B72783">
        <w:tc>
          <w:tcPr>
            <w:tcW w:w="1154" w:type="dxa"/>
          </w:tcPr>
          <w:p w14:paraId="5D6FACF8" w14:textId="77777777" w:rsidR="007A04A9" w:rsidRPr="006C2580" w:rsidRDefault="00F954C6">
            <w:pPr>
              <w:jc w:val="center"/>
              <w:rPr>
                <w:noProof/>
                <w:lang w:val="ro-RO"/>
              </w:rPr>
            </w:pPr>
            <w:r w:rsidRPr="006C2580">
              <w:rPr>
                <w:noProof/>
                <w:sz w:val="16"/>
                <w:lang w:val="ro-RO"/>
              </w:rPr>
              <w:t>1.28</w:t>
            </w:r>
          </w:p>
        </w:tc>
        <w:tc>
          <w:tcPr>
            <w:tcW w:w="1361" w:type="dxa"/>
          </w:tcPr>
          <w:p w14:paraId="204B8AA6" w14:textId="77777777" w:rsidR="007A04A9" w:rsidRPr="006C2580" w:rsidRDefault="007A04A9">
            <w:pPr>
              <w:jc w:val="center"/>
              <w:rPr>
                <w:noProof/>
                <w:lang w:val="ro-RO"/>
              </w:rPr>
            </w:pPr>
          </w:p>
        </w:tc>
        <w:tc>
          <w:tcPr>
            <w:tcW w:w="3402" w:type="dxa"/>
          </w:tcPr>
          <w:p w14:paraId="0D12D302" w14:textId="77777777" w:rsidR="007A04A9" w:rsidRPr="006C2580" w:rsidRDefault="00F954C6">
            <w:pPr>
              <w:rPr>
                <w:noProof/>
                <w:lang w:val="ro-RO"/>
              </w:rPr>
            </w:pPr>
            <w:r w:rsidRPr="006C2580">
              <w:rPr>
                <w:noProof/>
                <w:sz w:val="16"/>
                <w:lang w:val="ro-RO"/>
              </w:rPr>
              <w:t>Profil secundar tavan</w:t>
            </w:r>
          </w:p>
        </w:tc>
        <w:tc>
          <w:tcPr>
            <w:tcW w:w="1332" w:type="dxa"/>
          </w:tcPr>
          <w:p w14:paraId="263598E5" w14:textId="77777777" w:rsidR="007A04A9" w:rsidRPr="006C2580" w:rsidRDefault="00F954C6">
            <w:pPr>
              <w:jc w:val="center"/>
              <w:rPr>
                <w:noProof/>
                <w:lang w:val="ro-RO"/>
              </w:rPr>
            </w:pPr>
            <w:r w:rsidRPr="006C2580">
              <w:rPr>
                <w:noProof/>
                <w:sz w:val="16"/>
                <w:lang w:val="ro-RO"/>
              </w:rPr>
              <w:t>68 buc</w:t>
            </w:r>
          </w:p>
        </w:tc>
        <w:tc>
          <w:tcPr>
            <w:tcW w:w="5386" w:type="dxa"/>
          </w:tcPr>
          <w:p w14:paraId="71374043" w14:textId="77777777" w:rsidR="007A04A9" w:rsidRPr="006C2580" w:rsidRDefault="00F954C6">
            <w:pPr>
              <w:rPr>
                <w:noProof/>
                <w:lang w:val="ro-RO"/>
              </w:rPr>
            </w:pPr>
            <w:r w:rsidRPr="006C2580">
              <w:rPr>
                <w:noProof/>
                <w:sz w:val="14"/>
                <w:lang w:val="ro-RO"/>
              </w:rPr>
              <w:t>Profil principal tavan casetat 24*26*600mm</w:t>
            </w:r>
          </w:p>
        </w:tc>
        <w:tc>
          <w:tcPr>
            <w:tcW w:w="1587" w:type="dxa"/>
          </w:tcPr>
          <w:p w14:paraId="6FA93795" w14:textId="77777777" w:rsidR="007A04A9" w:rsidRPr="006C2580" w:rsidRDefault="00F954C6">
            <w:pPr>
              <w:jc w:val="center"/>
              <w:rPr>
                <w:noProof/>
                <w:lang w:val="ro-RO"/>
              </w:rPr>
            </w:pPr>
            <w:r w:rsidRPr="006C2580">
              <w:rPr>
                <w:noProof/>
                <w:sz w:val="16"/>
                <w:lang w:val="ro-RO"/>
              </w:rPr>
              <w:t>680,00</w:t>
            </w:r>
          </w:p>
        </w:tc>
      </w:tr>
      <w:tr w:rsidR="007A04A9" w:rsidRPr="006C2580" w14:paraId="3B1FECFE" w14:textId="77777777" w:rsidTr="00B72783">
        <w:tc>
          <w:tcPr>
            <w:tcW w:w="1154" w:type="dxa"/>
          </w:tcPr>
          <w:p w14:paraId="56ECCC7D" w14:textId="77777777" w:rsidR="007A04A9" w:rsidRPr="006C2580" w:rsidRDefault="00F954C6">
            <w:pPr>
              <w:jc w:val="center"/>
              <w:rPr>
                <w:noProof/>
                <w:lang w:val="ro-RO"/>
              </w:rPr>
            </w:pPr>
            <w:r w:rsidRPr="006C2580">
              <w:rPr>
                <w:noProof/>
                <w:sz w:val="16"/>
                <w:lang w:val="ro-RO"/>
              </w:rPr>
              <w:t>1.29</w:t>
            </w:r>
          </w:p>
        </w:tc>
        <w:tc>
          <w:tcPr>
            <w:tcW w:w="1361" w:type="dxa"/>
          </w:tcPr>
          <w:p w14:paraId="556DB8AB" w14:textId="77777777" w:rsidR="007A04A9" w:rsidRPr="006C2580" w:rsidRDefault="007A04A9">
            <w:pPr>
              <w:jc w:val="center"/>
              <w:rPr>
                <w:noProof/>
                <w:lang w:val="ro-RO"/>
              </w:rPr>
            </w:pPr>
          </w:p>
        </w:tc>
        <w:tc>
          <w:tcPr>
            <w:tcW w:w="3402" w:type="dxa"/>
          </w:tcPr>
          <w:p w14:paraId="6D52491E" w14:textId="77777777" w:rsidR="007A04A9" w:rsidRPr="006C2580" w:rsidRDefault="00F954C6">
            <w:pPr>
              <w:rPr>
                <w:noProof/>
                <w:lang w:val="ro-RO"/>
              </w:rPr>
            </w:pPr>
            <w:r w:rsidRPr="006C2580">
              <w:rPr>
                <w:noProof/>
                <w:sz w:val="16"/>
                <w:lang w:val="ro-RO"/>
              </w:rPr>
              <w:t>Tija suspendare</w:t>
            </w:r>
          </w:p>
        </w:tc>
        <w:tc>
          <w:tcPr>
            <w:tcW w:w="1332" w:type="dxa"/>
          </w:tcPr>
          <w:p w14:paraId="08CBEB4E" w14:textId="77777777" w:rsidR="007A04A9" w:rsidRPr="006C2580" w:rsidRDefault="00F954C6">
            <w:pPr>
              <w:jc w:val="center"/>
              <w:rPr>
                <w:noProof/>
                <w:lang w:val="ro-RO"/>
              </w:rPr>
            </w:pPr>
            <w:r w:rsidRPr="006C2580">
              <w:rPr>
                <w:noProof/>
                <w:sz w:val="16"/>
                <w:lang w:val="ro-RO"/>
              </w:rPr>
              <w:t>27 buc</w:t>
            </w:r>
          </w:p>
        </w:tc>
        <w:tc>
          <w:tcPr>
            <w:tcW w:w="5386" w:type="dxa"/>
          </w:tcPr>
          <w:p w14:paraId="120EB5ED" w14:textId="77777777" w:rsidR="007A04A9" w:rsidRPr="006C2580" w:rsidRDefault="00F954C6">
            <w:pPr>
              <w:rPr>
                <w:noProof/>
                <w:lang w:val="ro-RO"/>
              </w:rPr>
            </w:pPr>
            <w:r w:rsidRPr="006C2580">
              <w:rPr>
                <w:noProof/>
                <w:sz w:val="14"/>
                <w:lang w:val="ro-RO"/>
              </w:rPr>
              <w:t>Tija suspendare cu bucla 250mm</w:t>
            </w:r>
          </w:p>
        </w:tc>
        <w:tc>
          <w:tcPr>
            <w:tcW w:w="1587" w:type="dxa"/>
          </w:tcPr>
          <w:p w14:paraId="59660D7A" w14:textId="77777777" w:rsidR="007A04A9" w:rsidRPr="006C2580" w:rsidRDefault="00F954C6">
            <w:pPr>
              <w:jc w:val="center"/>
              <w:rPr>
                <w:noProof/>
                <w:lang w:val="ro-RO"/>
              </w:rPr>
            </w:pPr>
            <w:r w:rsidRPr="006C2580">
              <w:rPr>
                <w:noProof/>
                <w:sz w:val="16"/>
                <w:lang w:val="ro-RO"/>
              </w:rPr>
              <w:t>98,55</w:t>
            </w:r>
          </w:p>
        </w:tc>
      </w:tr>
      <w:tr w:rsidR="007A04A9" w:rsidRPr="006C2580" w14:paraId="77FACE9D" w14:textId="77777777" w:rsidTr="00B72783">
        <w:tc>
          <w:tcPr>
            <w:tcW w:w="1154" w:type="dxa"/>
          </w:tcPr>
          <w:p w14:paraId="52D3A6C9" w14:textId="77777777" w:rsidR="007A04A9" w:rsidRPr="006C2580" w:rsidRDefault="00F954C6">
            <w:pPr>
              <w:jc w:val="center"/>
              <w:rPr>
                <w:noProof/>
                <w:lang w:val="ro-RO"/>
              </w:rPr>
            </w:pPr>
            <w:r w:rsidRPr="006C2580">
              <w:rPr>
                <w:noProof/>
                <w:sz w:val="16"/>
                <w:lang w:val="ro-RO"/>
              </w:rPr>
              <w:t>1.30</w:t>
            </w:r>
          </w:p>
        </w:tc>
        <w:tc>
          <w:tcPr>
            <w:tcW w:w="1361" w:type="dxa"/>
          </w:tcPr>
          <w:p w14:paraId="1CB2570C" w14:textId="77777777" w:rsidR="007A04A9" w:rsidRPr="006C2580" w:rsidRDefault="007A04A9">
            <w:pPr>
              <w:jc w:val="center"/>
              <w:rPr>
                <w:noProof/>
                <w:lang w:val="ro-RO"/>
              </w:rPr>
            </w:pPr>
          </w:p>
        </w:tc>
        <w:tc>
          <w:tcPr>
            <w:tcW w:w="3402" w:type="dxa"/>
          </w:tcPr>
          <w:p w14:paraId="00C21BAA" w14:textId="77777777" w:rsidR="007A04A9" w:rsidRPr="006C2580" w:rsidRDefault="00F954C6">
            <w:pPr>
              <w:rPr>
                <w:noProof/>
                <w:lang w:val="ro-RO"/>
              </w:rPr>
            </w:pPr>
            <w:r w:rsidRPr="006C2580">
              <w:rPr>
                <w:noProof/>
                <w:sz w:val="16"/>
                <w:lang w:val="ro-RO"/>
              </w:rPr>
              <w:t>Tija suspendare</w:t>
            </w:r>
          </w:p>
        </w:tc>
        <w:tc>
          <w:tcPr>
            <w:tcW w:w="1332" w:type="dxa"/>
          </w:tcPr>
          <w:p w14:paraId="31ABF3FE" w14:textId="77777777" w:rsidR="007A04A9" w:rsidRPr="006C2580" w:rsidRDefault="00F954C6">
            <w:pPr>
              <w:jc w:val="center"/>
              <w:rPr>
                <w:noProof/>
                <w:lang w:val="ro-RO"/>
              </w:rPr>
            </w:pPr>
            <w:r w:rsidRPr="006C2580">
              <w:rPr>
                <w:noProof/>
                <w:sz w:val="16"/>
                <w:lang w:val="ro-RO"/>
              </w:rPr>
              <w:t>27 buc</w:t>
            </w:r>
          </w:p>
        </w:tc>
        <w:tc>
          <w:tcPr>
            <w:tcW w:w="5386" w:type="dxa"/>
          </w:tcPr>
          <w:p w14:paraId="2CBC29B2" w14:textId="77777777" w:rsidR="007A04A9" w:rsidRPr="006C2580" w:rsidRDefault="00F954C6">
            <w:pPr>
              <w:rPr>
                <w:noProof/>
                <w:lang w:val="ro-RO"/>
              </w:rPr>
            </w:pPr>
            <w:r w:rsidRPr="006C2580">
              <w:rPr>
                <w:noProof/>
                <w:sz w:val="14"/>
                <w:lang w:val="ro-RO"/>
              </w:rPr>
              <w:t>Tija suspendare cu bucla 250mm</w:t>
            </w:r>
          </w:p>
        </w:tc>
        <w:tc>
          <w:tcPr>
            <w:tcW w:w="1587" w:type="dxa"/>
          </w:tcPr>
          <w:p w14:paraId="49986F83" w14:textId="77777777" w:rsidR="007A04A9" w:rsidRPr="006C2580" w:rsidRDefault="00F954C6">
            <w:pPr>
              <w:jc w:val="center"/>
              <w:rPr>
                <w:noProof/>
                <w:lang w:val="ro-RO"/>
              </w:rPr>
            </w:pPr>
            <w:r w:rsidRPr="006C2580">
              <w:rPr>
                <w:noProof/>
                <w:sz w:val="16"/>
                <w:lang w:val="ro-RO"/>
              </w:rPr>
              <w:t>88,02</w:t>
            </w:r>
          </w:p>
        </w:tc>
      </w:tr>
      <w:tr w:rsidR="007A04A9" w:rsidRPr="006C2580" w14:paraId="3356D5CF" w14:textId="77777777" w:rsidTr="00B72783">
        <w:tc>
          <w:tcPr>
            <w:tcW w:w="1154" w:type="dxa"/>
          </w:tcPr>
          <w:p w14:paraId="6BD55345" w14:textId="77777777" w:rsidR="007A04A9" w:rsidRPr="006C2580" w:rsidRDefault="00F954C6">
            <w:pPr>
              <w:jc w:val="center"/>
              <w:rPr>
                <w:noProof/>
                <w:lang w:val="ro-RO"/>
              </w:rPr>
            </w:pPr>
            <w:r w:rsidRPr="006C2580">
              <w:rPr>
                <w:noProof/>
                <w:sz w:val="16"/>
                <w:lang w:val="ro-RO"/>
              </w:rPr>
              <w:t>1.31</w:t>
            </w:r>
          </w:p>
        </w:tc>
        <w:tc>
          <w:tcPr>
            <w:tcW w:w="1361" w:type="dxa"/>
          </w:tcPr>
          <w:p w14:paraId="71E8702E" w14:textId="77777777" w:rsidR="007A04A9" w:rsidRPr="006C2580" w:rsidRDefault="007A04A9">
            <w:pPr>
              <w:jc w:val="center"/>
              <w:rPr>
                <w:noProof/>
                <w:lang w:val="ro-RO"/>
              </w:rPr>
            </w:pPr>
          </w:p>
        </w:tc>
        <w:tc>
          <w:tcPr>
            <w:tcW w:w="3402" w:type="dxa"/>
          </w:tcPr>
          <w:p w14:paraId="7D24871F" w14:textId="77777777" w:rsidR="007A04A9" w:rsidRPr="006C2580" w:rsidRDefault="00F954C6">
            <w:pPr>
              <w:rPr>
                <w:noProof/>
                <w:lang w:val="ro-RO"/>
              </w:rPr>
            </w:pPr>
            <w:r w:rsidRPr="006C2580">
              <w:rPr>
                <w:noProof/>
                <w:sz w:val="16"/>
                <w:lang w:val="ro-RO"/>
              </w:rPr>
              <w:t>Prelungitor pe tambur 16A</w:t>
            </w:r>
          </w:p>
        </w:tc>
        <w:tc>
          <w:tcPr>
            <w:tcW w:w="1332" w:type="dxa"/>
          </w:tcPr>
          <w:p w14:paraId="7D60BE8C" w14:textId="77777777" w:rsidR="007A04A9" w:rsidRPr="006C2580" w:rsidRDefault="00F954C6">
            <w:pPr>
              <w:jc w:val="center"/>
              <w:rPr>
                <w:noProof/>
                <w:lang w:val="ro-RO"/>
              </w:rPr>
            </w:pPr>
            <w:r w:rsidRPr="006C2580">
              <w:rPr>
                <w:noProof/>
                <w:sz w:val="16"/>
                <w:lang w:val="ro-RO"/>
              </w:rPr>
              <w:t>1 buc</w:t>
            </w:r>
          </w:p>
        </w:tc>
        <w:tc>
          <w:tcPr>
            <w:tcW w:w="5386" w:type="dxa"/>
          </w:tcPr>
          <w:p w14:paraId="037AFEAB" w14:textId="77777777" w:rsidR="007A04A9" w:rsidRPr="006C2580" w:rsidRDefault="00F954C6">
            <w:pPr>
              <w:rPr>
                <w:noProof/>
                <w:lang w:val="ro-RO"/>
              </w:rPr>
            </w:pPr>
            <w:r w:rsidRPr="006C2580">
              <w:rPr>
                <w:noProof/>
                <w:sz w:val="14"/>
                <w:lang w:val="ro-RO"/>
              </w:rPr>
              <w:t>Secțiune. 2.5 mm²Număr prize: 4 prizeNumărul de fire: 2 *Lungimea cablului: minim 30 mCurent (A): 16 A</w:t>
            </w:r>
          </w:p>
        </w:tc>
        <w:tc>
          <w:tcPr>
            <w:tcW w:w="1587" w:type="dxa"/>
          </w:tcPr>
          <w:p w14:paraId="208898B3" w14:textId="77777777" w:rsidR="007A04A9" w:rsidRPr="006C2580" w:rsidRDefault="00F954C6">
            <w:pPr>
              <w:jc w:val="center"/>
              <w:rPr>
                <w:noProof/>
                <w:lang w:val="ro-RO"/>
              </w:rPr>
            </w:pPr>
            <w:r w:rsidRPr="006C2580">
              <w:rPr>
                <w:noProof/>
                <w:sz w:val="16"/>
                <w:lang w:val="ro-RO"/>
              </w:rPr>
              <w:t>850,00</w:t>
            </w:r>
          </w:p>
        </w:tc>
      </w:tr>
      <w:tr w:rsidR="007A04A9" w:rsidRPr="006C2580" w14:paraId="6E62B012" w14:textId="77777777" w:rsidTr="00B72783">
        <w:tc>
          <w:tcPr>
            <w:tcW w:w="1154" w:type="dxa"/>
          </w:tcPr>
          <w:p w14:paraId="25552451" w14:textId="77777777" w:rsidR="007A04A9" w:rsidRPr="006C2580" w:rsidRDefault="00F954C6">
            <w:pPr>
              <w:jc w:val="center"/>
              <w:rPr>
                <w:noProof/>
                <w:lang w:val="ro-RO"/>
              </w:rPr>
            </w:pPr>
            <w:r w:rsidRPr="006C2580">
              <w:rPr>
                <w:noProof/>
                <w:sz w:val="16"/>
                <w:lang w:val="ro-RO"/>
              </w:rPr>
              <w:t>1.32</w:t>
            </w:r>
          </w:p>
        </w:tc>
        <w:tc>
          <w:tcPr>
            <w:tcW w:w="1361" w:type="dxa"/>
          </w:tcPr>
          <w:p w14:paraId="4E5F0128" w14:textId="77777777" w:rsidR="007A04A9" w:rsidRPr="006C2580" w:rsidRDefault="007A04A9">
            <w:pPr>
              <w:jc w:val="center"/>
              <w:rPr>
                <w:noProof/>
                <w:lang w:val="ro-RO"/>
              </w:rPr>
            </w:pPr>
          </w:p>
        </w:tc>
        <w:tc>
          <w:tcPr>
            <w:tcW w:w="3402" w:type="dxa"/>
          </w:tcPr>
          <w:p w14:paraId="2DBC2B2E" w14:textId="77777777" w:rsidR="007A04A9" w:rsidRPr="006C2580" w:rsidRDefault="00F954C6">
            <w:pPr>
              <w:rPr>
                <w:noProof/>
                <w:lang w:val="ro-RO"/>
              </w:rPr>
            </w:pPr>
            <w:r w:rsidRPr="006C2580">
              <w:rPr>
                <w:noProof/>
                <w:sz w:val="16"/>
                <w:lang w:val="ro-RO"/>
              </w:rPr>
              <w:t>Lacăt suspendat 70 mm</w:t>
            </w:r>
          </w:p>
        </w:tc>
        <w:tc>
          <w:tcPr>
            <w:tcW w:w="1332" w:type="dxa"/>
          </w:tcPr>
          <w:p w14:paraId="26D160C6" w14:textId="77777777" w:rsidR="007A04A9" w:rsidRPr="006C2580" w:rsidRDefault="00F954C6">
            <w:pPr>
              <w:jc w:val="center"/>
              <w:rPr>
                <w:noProof/>
                <w:lang w:val="ro-RO"/>
              </w:rPr>
            </w:pPr>
            <w:r w:rsidRPr="006C2580">
              <w:rPr>
                <w:noProof/>
                <w:sz w:val="16"/>
                <w:lang w:val="ro-RO"/>
              </w:rPr>
              <w:t>10 buc</w:t>
            </w:r>
          </w:p>
        </w:tc>
        <w:tc>
          <w:tcPr>
            <w:tcW w:w="5386" w:type="dxa"/>
          </w:tcPr>
          <w:p w14:paraId="497A5655" w14:textId="77777777" w:rsidR="007A04A9" w:rsidRPr="006C2580" w:rsidRDefault="00F954C6">
            <w:pPr>
              <w:rPr>
                <w:noProof/>
                <w:lang w:val="ro-RO"/>
              </w:rPr>
            </w:pPr>
            <w:r w:rsidRPr="006C2580">
              <w:rPr>
                <w:noProof/>
                <w:sz w:val="14"/>
                <w:lang w:val="ro-RO"/>
              </w:rPr>
              <w:t>Tipul de produs: LacătDestinație: Pentru stradăCuloare: GriMaterial: OțelTipul de lacăt: MecanicăDimensiunea carcasei, mm: 70Număr de chei: 4</w:t>
            </w:r>
          </w:p>
        </w:tc>
        <w:tc>
          <w:tcPr>
            <w:tcW w:w="1587" w:type="dxa"/>
          </w:tcPr>
          <w:p w14:paraId="754EE2E0" w14:textId="77777777" w:rsidR="007A04A9" w:rsidRPr="006C2580" w:rsidRDefault="00F954C6">
            <w:pPr>
              <w:jc w:val="center"/>
              <w:rPr>
                <w:noProof/>
                <w:lang w:val="ro-RO"/>
              </w:rPr>
            </w:pPr>
            <w:r w:rsidRPr="006C2580">
              <w:rPr>
                <w:noProof/>
                <w:sz w:val="16"/>
                <w:lang w:val="ro-RO"/>
              </w:rPr>
              <w:t>950,00</w:t>
            </w:r>
          </w:p>
        </w:tc>
      </w:tr>
      <w:tr w:rsidR="007A04A9" w:rsidRPr="006C2580" w14:paraId="342276FF" w14:textId="77777777" w:rsidTr="00B72783">
        <w:tc>
          <w:tcPr>
            <w:tcW w:w="1154" w:type="dxa"/>
          </w:tcPr>
          <w:p w14:paraId="5B0996C0" w14:textId="77777777" w:rsidR="007A04A9" w:rsidRPr="006C2580" w:rsidRDefault="00F954C6">
            <w:pPr>
              <w:jc w:val="center"/>
              <w:rPr>
                <w:noProof/>
                <w:lang w:val="ro-RO"/>
              </w:rPr>
            </w:pPr>
            <w:r w:rsidRPr="006C2580">
              <w:rPr>
                <w:noProof/>
                <w:sz w:val="16"/>
                <w:lang w:val="ro-RO"/>
              </w:rPr>
              <w:t>1.33</w:t>
            </w:r>
          </w:p>
        </w:tc>
        <w:tc>
          <w:tcPr>
            <w:tcW w:w="1361" w:type="dxa"/>
          </w:tcPr>
          <w:p w14:paraId="19E93977" w14:textId="77777777" w:rsidR="007A04A9" w:rsidRPr="006C2580" w:rsidRDefault="007A04A9">
            <w:pPr>
              <w:jc w:val="center"/>
              <w:rPr>
                <w:noProof/>
                <w:lang w:val="ro-RO"/>
              </w:rPr>
            </w:pPr>
          </w:p>
        </w:tc>
        <w:tc>
          <w:tcPr>
            <w:tcW w:w="3402" w:type="dxa"/>
          </w:tcPr>
          <w:p w14:paraId="234E4B6C" w14:textId="77777777" w:rsidR="007A04A9" w:rsidRPr="006C2580" w:rsidRDefault="00F954C6">
            <w:pPr>
              <w:rPr>
                <w:noProof/>
                <w:lang w:val="ro-RO"/>
              </w:rPr>
            </w:pPr>
            <w:r w:rsidRPr="006C2580">
              <w:rPr>
                <w:noProof/>
                <w:sz w:val="16"/>
                <w:lang w:val="ro-RO"/>
              </w:rPr>
              <w:t>Cot metal sudură</w:t>
            </w:r>
          </w:p>
        </w:tc>
        <w:tc>
          <w:tcPr>
            <w:tcW w:w="1332" w:type="dxa"/>
          </w:tcPr>
          <w:p w14:paraId="0DB022C3" w14:textId="77777777" w:rsidR="007A04A9" w:rsidRPr="006C2580" w:rsidRDefault="00F954C6">
            <w:pPr>
              <w:jc w:val="center"/>
              <w:rPr>
                <w:noProof/>
                <w:lang w:val="ro-RO"/>
              </w:rPr>
            </w:pPr>
            <w:r w:rsidRPr="006C2580">
              <w:rPr>
                <w:noProof/>
                <w:sz w:val="16"/>
                <w:lang w:val="ro-RO"/>
              </w:rPr>
              <w:t>10 buc</w:t>
            </w:r>
          </w:p>
        </w:tc>
        <w:tc>
          <w:tcPr>
            <w:tcW w:w="5386" w:type="dxa"/>
          </w:tcPr>
          <w:p w14:paraId="393252FB" w14:textId="77777777" w:rsidR="007A04A9" w:rsidRPr="006C2580" w:rsidRDefault="00F954C6">
            <w:pPr>
              <w:rPr>
                <w:noProof/>
                <w:lang w:val="ro-RO"/>
              </w:rPr>
            </w:pPr>
            <w:r w:rsidRPr="006C2580">
              <w:rPr>
                <w:noProof/>
                <w:sz w:val="14"/>
                <w:lang w:val="ro-RO"/>
              </w:rPr>
              <w:t>Diametru: Ø 50Material: oțelTip: 90ᵒ</w:t>
            </w:r>
          </w:p>
        </w:tc>
        <w:tc>
          <w:tcPr>
            <w:tcW w:w="1587" w:type="dxa"/>
          </w:tcPr>
          <w:p w14:paraId="5AA62D3E" w14:textId="77777777" w:rsidR="007A04A9" w:rsidRPr="006C2580" w:rsidRDefault="00F954C6">
            <w:pPr>
              <w:jc w:val="center"/>
              <w:rPr>
                <w:noProof/>
                <w:lang w:val="ro-RO"/>
              </w:rPr>
            </w:pPr>
            <w:r w:rsidRPr="006C2580">
              <w:rPr>
                <w:noProof/>
                <w:sz w:val="16"/>
                <w:lang w:val="ro-RO"/>
              </w:rPr>
              <w:t>350,00</w:t>
            </w:r>
          </w:p>
        </w:tc>
      </w:tr>
      <w:tr w:rsidR="007A04A9" w:rsidRPr="006C2580" w14:paraId="7011CE83" w14:textId="77777777" w:rsidTr="00B72783">
        <w:tc>
          <w:tcPr>
            <w:tcW w:w="1154" w:type="dxa"/>
          </w:tcPr>
          <w:p w14:paraId="293BD574" w14:textId="77777777" w:rsidR="007A04A9" w:rsidRPr="006C2580" w:rsidRDefault="00F954C6">
            <w:pPr>
              <w:jc w:val="center"/>
              <w:rPr>
                <w:noProof/>
                <w:lang w:val="ro-RO"/>
              </w:rPr>
            </w:pPr>
            <w:r w:rsidRPr="006C2580">
              <w:rPr>
                <w:noProof/>
                <w:sz w:val="16"/>
                <w:lang w:val="ro-RO"/>
              </w:rPr>
              <w:t>1.34</w:t>
            </w:r>
          </w:p>
        </w:tc>
        <w:tc>
          <w:tcPr>
            <w:tcW w:w="1361" w:type="dxa"/>
          </w:tcPr>
          <w:p w14:paraId="77787B2F" w14:textId="77777777" w:rsidR="007A04A9" w:rsidRPr="006C2580" w:rsidRDefault="007A04A9">
            <w:pPr>
              <w:jc w:val="center"/>
              <w:rPr>
                <w:noProof/>
                <w:lang w:val="ro-RO"/>
              </w:rPr>
            </w:pPr>
          </w:p>
        </w:tc>
        <w:tc>
          <w:tcPr>
            <w:tcW w:w="3402" w:type="dxa"/>
          </w:tcPr>
          <w:p w14:paraId="641AB52E" w14:textId="77777777" w:rsidR="007A04A9" w:rsidRPr="006C2580" w:rsidRDefault="00F954C6">
            <w:pPr>
              <w:rPr>
                <w:noProof/>
                <w:lang w:val="ro-RO"/>
              </w:rPr>
            </w:pPr>
            <w:r w:rsidRPr="006C2580">
              <w:rPr>
                <w:noProof/>
                <w:sz w:val="16"/>
                <w:lang w:val="ro-RO"/>
              </w:rPr>
              <w:t>Cot metal sudură</w:t>
            </w:r>
          </w:p>
        </w:tc>
        <w:tc>
          <w:tcPr>
            <w:tcW w:w="1332" w:type="dxa"/>
          </w:tcPr>
          <w:p w14:paraId="6FA59055" w14:textId="77777777" w:rsidR="007A04A9" w:rsidRPr="006C2580" w:rsidRDefault="00F954C6">
            <w:pPr>
              <w:jc w:val="center"/>
              <w:rPr>
                <w:noProof/>
                <w:lang w:val="ro-RO"/>
              </w:rPr>
            </w:pPr>
            <w:r w:rsidRPr="006C2580">
              <w:rPr>
                <w:noProof/>
                <w:sz w:val="16"/>
                <w:lang w:val="ro-RO"/>
              </w:rPr>
              <w:t>15 buc</w:t>
            </w:r>
          </w:p>
        </w:tc>
        <w:tc>
          <w:tcPr>
            <w:tcW w:w="5386" w:type="dxa"/>
          </w:tcPr>
          <w:p w14:paraId="3D9EF8ED" w14:textId="77777777" w:rsidR="007A04A9" w:rsidRPr="006C2580" w:rsidRDefault="00F954C6">
            <w:pPr>
              <w:rPr>
                <w:noProof/>
                <w:lang w:val="ro-RO"/>
              </w:rPr>
            </w:pPr>
            <w:r w:rsidRPr="006C2580">
              <w:rPr>
                <w:noProof/>
                <w:sz w:val="14"/>
                <w:lang w:val="ro-RO"/>
              </w:rPr>
              <w:t>Diametru: Ø 40Material: oțelTip: 90ᵒ</w:t>
            </w:r>
          </w:p>
        </w:tc>
        <w:tc>
          <w:tcPr>
            <w:tcW w:w="1587" w:type="dxa"/>
          </w:tcPr>
          <w:p w14:paraId="16C0733E" w14:textId="77777777" w:rsidR="007A04A9" w:rsidRPr="006C2580" w:rsidRDefault="00F954C6">
            <w:pPr>
              <w:jc w:val="center"/>
              <w:rPr>
                <w:noProof/>
                <w:lang w:val="ro-RO"/>
              </w:rPr>
            </w:pPr>
            <w:r w:rsidRPr="006C2580">
              <w:rPr>
                <w:noProof/>
                <w:sz w:val="16"/>
                <w:lang w:val="ro-RO"/>
              </w:rPr>
              <w:t>450,00</w:t>
            </w:r>
          </w:p>
        </w:tc>
      </w:tr>
      <w:tr w:rsidR="007A04A9" w:rsidRPr="006C2580" w14:paraId="12FE3A11" w14:textId="77777777" w:rsidTr="00B72783">
        <w:tc>
          <w:tcPr>
            <w:tcW w:w="1154" w:type="dxa"/>
          </w:tcPr>
          <w:p w14:paraId="762C723F" w14:textId="77777777" w:rsidR="007A04A9" w:rsidRPr="006C2580" w:rsidRDefault="00F954C6">
            <w:pPr>
              <w:jc w:val="center"/>
              <w:rPr>
                <w:noProof/>
                <w:lang w:val="ro-RO"/>
              </w:rPr>
            </w:pPr>
            <w:r w:rsidRPr="006C2580">
              <w:rPr>
                <w:noProof/>
                <w:sz w:val="16"/>
                <w:lang w:val="ro-RO"/>
              </w:rPr>
              <w:t>1.35</w:t>
            </w:r>
          </w:p>
        </w:tc>
        <w:tc>
          <w:tcPr>
            <w:tcW w:w="1361" w:type="dxa"/>
          </w:tcPr>
          <w:p w14:paraId="2227C211" w14:textId="77777777" w:rsidR="007A04A9" w:rsidRPr="006C2580" w:rsidRDefault="007A04A9">
            <w:pPr>
              <w:jc w:val="center"/>
              <w:rPr>
                <w:noProof/>
                <w:lang w:val="ro-RO"/>
              </w:rPr>
            </w:pPr>
          </w:p>
        </w:tc>
        <w:tc>
          <w:tcPr>
            <w:tcW w:w="3402" w:type="dxa"/>
          </w:tcPr>
          <w:p w14:paraId="6A4CBE4B" w14:textId="77777777" w:rsidR="007A04A9" w:rsidRPr="006C2580" w:rsidRDefault="00F954C6">
            <w:pPr>
              <w:rPr>
                <w:noProof/>
                <w:lang w:val="ro-RO"/>
              </w:rPr>
            </w:pPr>
            <w:r w:rsidRPr="006C2580">
              <w:rPr>
                <w:noProof/>
                <w:sz w:val="16"/>
                <w:lang w:val="ro-RO"/>
              </w:rPr>
              <w:t>Cot metal sudură</w:t>
            </w:r>
          </w:p>
        </w:tc>
        <w:tc>
          <w:tcPr>
            <w:tcW w:w="1332" w:type="dxa"/>
          </w:tcPr>
          <w:p w14:paraId="1D2D4553" w14:textId="77777777" w:rsidR="007A04A9" w:rsidRPr="006C2580" w:rsidRDefault="00F954C6">
            <w:pPr>
              <w:jc w:val="center"/>
              <w:rPr>
                <w:noProof/>
                <w:lang w:val="ro-RO"/>
              </w:rPr>
            </w:pPr>
            <w:r w:rsidRPr="006C2580">
              <w:rPr>
                <w:noProof/>
                <w:sz w:val="16"/>
                <w:lang w:val="ro-RO"/>
              </w:rPr>
              <w:t>10 buc</w:t>
            </w:r>
          </w:p>
        </w:tc>
        <w:tc>
          <w:tcPr>
            <w:tcW w:w="5386" w:type="dxa"/>
          </w:tcPr>
          <w:p w14:paraId="6CC94137" w14:textId="77777777" w:rsidR="007A04A9" w:rsidRPr="006C2580" w:rsidRDefault="00F954C6">
            <w:pPr>
              <w:rPr>
                <w:noProof/>
                <w:lang w:val="ro-RO"/>
              </w:rPr>
            </w:pPr>
            <w:r w:rsidRPr="006C2580">
              <w:rPr>
                <w:noProof/>
                <w:sz w:val="14"/>
                <w:lang w:val="ro-RO"/>
              </w:rPr>
              <w:t>Diametru: Ø 32Material: oțelTip: 90ᵒ</w:t>
            </w:r>
          </w:p>
        </w:tc>
        <w:tc>
          <w:tcPr>
            <w:tcW w:w="1587" w:type="dxa"/>
          </w:tcPr>
          <w:p w14:paraId="7FD7C06E" w14:textId="77777777" w:rsidR="007A04A9" w:rsidRPr="006C2580" w:rsidRDefault="00F954C6">
            <w:pPr>
              <w:jc w:val="center"/>
              <w:rPr>
                <w:noProof/>
                <w:lang w:val="ro-RO"/>
              </w:rPr>
            </w:pPr>
            <w:r w:rsidRPr="006C2580">
              <w:rPr>
                <w:noProof/>
                <w:sz w:val="16"/>
                <w:lang w:val="ro-RO"/>
              </w:rPr>
              <w:t>250,00</w:t>
            </w:r>
          </w:p>
        </w:tc>
      </w:tr>
      <w:tr w:rsidR="007A04A9" w:rsidRPr="006C2580" w14:paraId="71B9E928" w14:textId="77777777" w:rsidTr="00B72783">
        <w:tc>
          <w:tcPr>
            <w:tcW w:w="1154" w:type="dxa"/>
          </w:tcPr>
          <w:p w14:paraId="3E066CA0" w14:textId="77777777" w:rsidR="007A04A9" w:rsidRPr="006C2580" w:rsidRDefault="00F954C6">
            <w:pPr>
              <w:jc w:val="center"/>
              <w:rPr>
                <w:noProof/>
                <w:lang w:val="ro-RO"/>
              </w:rPr>
            </w:pPr>
            <w:r w:rsidRPr="006C2580">
              <w:rPr>
                <w:noProof/>
                <w:sz w:val="16"/>
                <w:lang w:val="ro-RO"/>
              </w:rPr>
              <w:t>1.36</w:t>
            </w:r>
          </w:p>
        </w:tc>
        <w:tc>
          <w:tcPr>
            <w:tcW w:w="1361" w:type="dxa"/>
          </w:tcPr>
          <w:p w14:paraId="178216C9" w14:textId="77777777" w:rsidR="007A04A9" w:rsidRPr="006C2580" w:rsidRDefault="007A04A9">
            <w:pPr>
              <w:jc w:val="center"/>
              <w:rPr>
                <w:noProof/>
                <w:lang w:val="ro-RO"/>
              </w:rPr>
            </w:pPr>
          </w:p>
        </w:tc>
        <w:tc>
          <w:tcPr>
            <w:tcW w:w="3402" w:type="dxa"/>
          </w:tcPr>
          <w:p w14:paraId="74B0DCA1" w14:textId="77777777" w:rsidR="007A04A9" w:rsidRPr="006C2580" w:rsidRDefault="00F954C6">
            <w:pPr>
              <w:rPr>
                <w:noProof/>
                <w:lang w:val="ro-RO"/>
              </w:rPr>
            </w:pPr>
            <w:r w:rsidRPr="006C2580">
              <w:rPr>
                <w:noProof/>
                <w:sz w:val="16"/>
                <w:lang w:val="ro-RO"/>
              </w:rPr>
              <w:t>Disc debitat metal</w:t>
            </w:r>
          </w:p>
        </w:tc>
        <w:tc>
          <w:tcPr>
            <w:tcW w:w="1332" w:type="dxa"/>
          </w:tcPr>
          <w:p w14:paraId="400D14DC" w14:textId="77777777" w:rsidR="007A04A9" w:rsidRPr="006C2580" w:rsidRDefault="00F954C6">
            <w:pPr>
              <w:jc w:val="center"/>
              <w:rPr>
                <w:noProof/>
                <w:lang w:val="ro-RO"/>
              </w:rPr>
            </w:pPr>
            <w:r w:rsidRPr="006C2580">
              <w:rPr>
                <w:noProof/>
                <w:sz w:val="16"/>
                <w:lang w:val="ro-RO"/>
              </w:rPr>
              <w:t>50 buc</w:t>
            </w:r>
          </w:p>
        </w:tc>
        <w:tc>
          <w:tcPr>
            <w:tcW w:w="5386" w:type="dxa"/>
          </w:tcPr>
          <w:p w14:paraId="50E605E0" w14:textId="77777777" w:rsidR="007A04A9" w:rsidRPr="006C2580" w:rsidRDefault="00F954C6">
            <w:pPr>
              <w:rPr>
                <w:noProof/>
                <w:lang w:val="ro-RO"/>
              </w:rPr>
            </w:pPr>
            <w:r w:rsidRPr="006C2580">
              <w:rPr>
                <w:noProof/>
                <w:sz w:val="14"/>
                <w:lang w:val="ro-RO"/>
              </w:rPr>
              <w:t>Destinație: Pentru metalDiametru alezaj (mm): 22.23Diametrul (mm): 125Grosime (mm): 1,2Tip: Pentru debitare</w:t>
            </w:r>
          </w:p>
        </w:tc>
        <w:tc>
          <w:tcPr>
            <w:tcW w:w="1587" w:type="dxa"/>
          </w:tcPr>
          <w:p w14:paraId="237C46EE" w14:textId="77777777" w:rsidR="007A04A9" w:rsidRPr="006C2580" w:rsidRDefault="00F954C6">
            <w:pPr>
              <w:jc w:val="center"/>
              <w:rPr>
                <w:noProof/>
                <w:lang w:val="ro-RO"/>
              </w:rPr>
            </w:pPr>
            <w:r w:rsidRPr="006C2580">
              <w:rPr>
                <w:noProof/>
                <w:sz w:val="16"/>
                <w:lang w:val="ro-RO"/>
              </w:rPr>
              <w:t>500,00</w:t>
            </w:r>
          </w:p>
        </w:tc>
      </w:tr>
      <w:tr w:rsidR="007A04A9" w:rsidRPr="006C2580" w14:paraId="45FE682E" w14:textId="77777777" w:rsidTr="00B72783">
        <w:tc>
          <w:tcPr>
            <w:tcW w:w="1154" w:type="dxa"/>
          </w:tcPr>
          <w:p w14:paraId="0432956D" w14:textId="77777777" w:rsidR="007A04A9" w:rsidRPr="006C2580" w:rsidRDefault="00F954C6">
            <w:pPr>
              <w:jc w:val="center"/>
              <w:rPr>
                <w:noProof/>
                <w:lang w:val="ro-RO"/>
              </w:rPr>
            </w:pPr>
            <w:r w:rsidRPr="006C2580">
              <w:rPr>
                <w:noProof/>
                <w:sz w:val="16"/>
                <w:lang w:val="ro-RO"/>
              </w:rPr>
              <w:t>1.37</w:t>
            </w:r>
          </w:p>
        </w:tc>
        <w:tc>
          <w:tcPr>
            <w:tcW w:w="1361" w:type="dxa"/>
          </w:tcPr>
          <w:p w14:paraId="239B2DAC" w14:textId="77777777" w:rsidR="007A04A9" w:rsidRPr="006C2580" w:rsidRDefault="007A04A9">
            <w:pPr>
              <w:jc w:val="center"/>
              <w:rPr>
                <w:noProof/>
                <w:lang w:val="ro-RO"/>
              </w:rPr>
            </w:pPr>
          </w:p>
        </w:tc>
        <w:tc>
          <w:tcPr>
            <w:tcW w:w="3402" w:type="dxa"/>
          </w:tcPr>
          <w:p w14:paraId="1333E65F" w14:textId="77777777" w:rsidR="007A04A9" w:rsidRPr="006C2580" w:rsidRDefault="00F954C6">
            <w:pPr>
              <w:rPr>
                <w:noProof/>
                <w:lang w:val="ro-RO"/>
              </w:rPr>
            </w:pPr>
            <w:r w:rsidRPr="006C2580">
              <w:rPr>
                <w:noProof/>
                <w:sz w:val="16"/>
                <w:lang w:val="ro-RO"/>
              </w:rPr>
              <w:t>Silicon sanitar</w:t>
            </w:r>
          </w:p>
        </w:tc>
        <w:tc>
          <w:tcPr>
            <w:tcW w:w="1332" w:type="dxa"/>
          </w:tcPr>
          <w:p w14:paraId="4919778B" w14:textId="77777777" w:rsidR="007A04A9" w:rsidRPr="006C2580" w:rsidRDefault="00F954C6">
            <w:pPr>
              <w:jc w:val="center"/>
              <w:rPr>
                <w:noProof/>
                <w:lang w:val="ro-RO"/>
              </w:rPr>
            </w:pPr>
            <w:r w:rsidRPr="006C2580">
              <w:rPr>
                <w:noProof/>
                <w:sz w:val="16"/>
                <w:lang w:val="ro-RO"/>
              </w:rPr>
              <w:t>10 buc.</w:t>
            </w:r>
          </w:p>
        </w:tc>
        <w:tc>
          <w:tcPr>
            <w:tcW w:w="5386" w:type="dxa"/>
          </w:tcPr>
          <w:p w14:paraId="710BEFB4" w14:textId="77777777" w:rsidR="007A04A9" w:rsidRPr="006C2580" w:rsidRDefault="00F954C6">
            <w:pPr>
              <w:rPr>
                <w:noProof/>
                <w:lang w:val="ro-RO"/>
              </w:rPr>
            </w:pPr>
            <w:r w:rsidRPr="006C2580">
              <w:rPr>
                <w:noProof/>
                <w:sz w:val="14"/>
                <w:lang w:val="ro-RO"/>
              </w:rPr>
              <w:t>Capacitate:280mlCuloare:alb</w:t>
            </w:r>
          </w:p>
        </w:tc>
        <w:tc>
          <w:tcPr>
            <w:tcW w:w="1587" w:type="dxa"/>
          </w:tcPr>
          <w:p w14:paraId="71F7AEEB" w14:textId="77777777" w:rsidR="007A04A9" w:rsidRPr="006C2580" w:rsidRDefault="00F954C6">
            <w:pPr>
              <w:jc w:val="center"/>
              <w:rPr>
                <w:noProof/>
                <w:lang w:val="ro-RO"/>
              </w:rPr>
            </w:pPr>
            <w:r w:rsidRPr="006C2580">
              <w:rPr>
                <w:noProof/>
                <w:sz w:val="16"/>
                <w:lang w:val="ro-RO"/>
              </w:rPr>
              <w:t>610,00</w:t>
            </w:r>
          </w:p>
        </w:tc>
      </w:tr>
      <w:tr w:rsidR="007A04A9" w:rsidRPr="006C2580" w14:paraId="4ECBA54E" w14:textId="77777777" w:rsidTr="00B72783">
        <w:tc>
          <w:tcPr>
            <w:tcW w:w="1154" w:type="dxa"/>
          </w:tcPr>
          <w:p w14:paraId="4BEF7B76" w14:textId="77777777" w:rsidR="007A04A9" w:rsidRPr="006C2580" w:rsidRDefault="00F954C6">
            <w:pPr>
              <w:jc w:val="center"/>
              <w:rPr>
                <w:noProof/>
                <w:lang w:val="ro-RO"/>
              </w:rPr>
            </w:pPr>
            <w:r w:rsidRPr="006C2580">
              <w:rPr>
                <w:noProof/>
                <w:sz w:val="16"/>
                <w:lang w:val="ro-RO"/>
              </w:rPr>
              <w:t>1.38</w:t>
            </w:r>
          </w:p>
        </w:tc>
        <w:tc>
          <w:tcPr>
            <w:tcW w:w="1361" w:type="dxa"/>
          </w:tcPr>
          <w:p w14:paraId="3D603409" w14:textId="77777777" w:rsidR="007A04A9" w:rsidRPr="006C2580" w:rsidRDefault="007A04A9">
            <w:pPr>
              <w:jc w:val="center"/>
              <w:rPr>
                <w:noProof/>
                <w:lang w:val="ro-RO"/>
              </w:rPr>
            </w:pPr>
          </w:p>
        </w:tc>
        <w:tc>
          <w:tcPr>
            <w:tcW w:w="3402" w:type="dxa"/>
          </w:tcPr>
          <w:p w14:paraId="2EB912C4" w14:textId="77777777" w:rsidR="007A04A9" w:rsidRPr="006C2580" w:rsidRDefault="00F954C6">
            <w:pPr>
              <w:rPr>
                <w:noProof/>
                <w:lang w:val="ro-RO"/>
              </w:rPr>
            </w:pPr>
            <w:r w:rsidRPr="006C2580">
              <w:rPr>
                <w:noProof/>
                <w:sz w:val="16"/>
                <w:lang w:val="ro-RO"/>
              </w:rPr>
              <w:t>Țeavă PP</w:t>
            </w:r>
          </w:p>
        </w:tc>
        <w:tc>
          <w:tcPr>
            <w:tcW w:w="1332" w:type="dxa"/>
          </w:tcPr>
          <w:p w14:paraId="0D11A659" w14:textId="77777777" w:rsidR="007A04A9" w:rsidRPr="006C2580" w:rsidRDefault="00F954C6">
            <w:pPr>
              <w:jc w:val="center"/>
              <w:rPr>
                <w:noProof/>
                <w:lang w:val="ro-RO"/>
              </w:rPr>
            </w:pPr>
            <w:r w:rsidRPr="006C2580">
              <w:rPr>
                <w:noProof/>
                <w:sz w:val="16"/>
                <w:lang w:val="ro-RO"/>
              </w:rPr>
              <w:t>5 buc</w:t>
            </w:r>
          </w:p>
        </w:tc>
        <w:tc>
          <w:tcPr>
            <w:tcW w:w="5386" w:type="dxa"/>
          </w:tcPr>
          <w:p w14:paraId="79276032" w14:textId="77777777" w:rsidR="007A04A9" w:rsidRPr="006C2580" w:rsidRDefault="00F954C6">
            <w:pPr>
              <w:rPr>
                <w:noProof/>
                <w:lang w:val="ro-RO"/>
              </w:rPr>
            </w:pPr>
            <w:r w:rsidRPr="006C2580">
              <w:rPr>
                <w:noProof/>
                <w:sz w:val="14"/>
                <w:lang w:val="ro-RO"/>
              </w:rPr>
              <w:t>d.110 lungimea 2 metri</w:t>
            </w:r>
          </w:p>
        </w:tc>
        <w:tc>
          <w:tcPr>
            <w:tcW w:w="1587" w:type="dxa"/>
          </w:tcPr>
          <w:p w14:paraId="76A26362" w14:textId="77777777" w:rsidR="007A04A9" w:rsidRPr="006C2580" w:rsidRDefault="00F954C6">
            <w:pPr>
              <w:jc w:val="center"/>
              <w:rPr>
                <w:noProof/>
                <w:lang w:val="ro-RO"/>
              </w:rPr>
            </w:pPr>
            <w:r w:rsidRPr="006C2580">
              <w:rPr>
                <w:noProof/>
                <w:sz w:val="16"/>
                <w:lang w:val="ro-RO"/>
              </w:rPr>
              <w:t>750,00</w:t>
            </w:r>
          </w:p>
        </w:tc>
      </w:tr>
      <w:tr w:rsidR="007A04A9" w:rsidRPr="006C2580" w14:paraId="393E3A9B" w14:textId="77777777" w:rsidTr="00B72783">
        <w:tc>
          <w:tcPr>
            <w:tcW w:w="1154" w:type="dxa"/>
          </w:tcPr>
          <w:p w14:paraId="7591812B" w14:textId="77777777" w:rsidR="007A04A9" w:rsidRPr="006C2580" w:rsidRDefault="00F954C6">
            <w:pPr>
              <w:jc w:val="center"/>
              <w:rPr>
                <w:noProof/>
                <w:lang w:val="ro-RO"/>
              </w:rPr>
            </w:pPr>
            <w:r w:rsidRPr="006C2580">
              <w:rPr>
                <w:noProof/>
                <w:sz w:val="16"/>
                <w:lang w:val="ro-RO"/>
              </w:rPr>
              <w:t>1.39</w:t>
            </w:r>
          </w:p>
        </w:tc>
        <w:tc>
          <w:tcPr>
            <w:tcW w:w="1361" w:type="dxa"/>
          </w:tcPr>
          <w:p w14:paraId="6A1534AC" w14:textId="77777777" w:rsidR="007A04A9" w:rsidRPr="006C2580" w:rsidRDefault="007A04A9">
            <w:pPr>
              <w:jc w:val="center"/>
              <w:rPr>
                <w:noProof/>
                <w:lang w:val="ro-RO"/>
              </w:rPr>
            </w:pPr>
          </w:p>
        </w:tc>
        <w:tc>
          <w:tcPr>
            <w:tcW w:w="3402" w:type="dxa"/>
          </w:tcPr>
          <w:p w14:paraId="4A92939C" w14:textId="77777777" w:rsidR="007A04A9" w:rsidRPr="006C2580" w:rsidRDefault="00F954C6">
            <w:pPr>
              <w:rPr>
                <w:noProof/>
                <w:lang w:val="ro-RO"/>
              </w:rPr>
            </w:pPr>
            <w:r w:rsidRPr="006C2580">
              <w:rPr>
                <w:noProof/>
                <w:sz w:val="16"/>
                <w:lang w:val="ro-RO"/>
              </w:rPr>
              <w:t>Ramificație canalizare</w:t>
            </w:r>
          </w:p>
        </w:tc>
        <w:tc>
          <w:tcPr>
            <w:tcW w:w="1332" w:type="dxa"/>
          </w:tcPr>
          <w:p w14:paraId="74359B70" w14:textId="77777777" w:rsidR="007A04A9" w:rsidRPr="006C2580" w:rsidRDefault="00F954C6">
            <w:pPr>
              <w:jc w:val="center"/>
              <w:rPr>
                <w:noProof/>
                <w:lang w:val="ro-RO"/>
              </w:rPr>
            </w:pPr>
            <w:r w:rsidRPr="006C2580">
              <w:rPr>
                <w:noProof/>
                <w:sz w:val="16"/>
                <w:lang w:val="ro-RO"/>
              </w:rPr>
              <w:t>5 buc</w:t>
            </w:r>
          </w:p>
        </w:tc>
        <w:tc>
          <w:tcPr>
            <w:tcW w:w="5386" w:type="dxa"/>
          </w:tcPr>
          <w:p w14:paraId="47991ABD" w14:textId="77777777" w:rsidR="007A04A9" w:rsidRPr="006C2580" w:rsidRDefault="00F954C6">
            <w:pPr>
              <w:rPr>
                <w:noProof/>
                <w:lang w:val="ro-RO"/>
              </w:rPr>
            </w:pPr>
            <w:r w:rsidRPr="006C2580">
              <w:rPr>
                <w:noProof/>
                <w:sz w:val="14"/>
                <w:lang w:val="ro-RO"/>
              </w:rPr>
              <w:t>PP d 110x50x110/90ᵒ</w:t>
            </w:r>
          </w:p>
        </w:tc>
        <w:tc>
          <w:tcPr>
            <w:tcW w:w="1587" w:type="dxa"/>
          </w:tcPr>
          <w:p w14:paraId="57A392A9" w14:textId="77777777" w:rsidR="007A04A9" w:rsidRPr="006C2580" w:rsidRDefault="00F954C6">
            <w:pPr>
              <w:jc w:val="center"/>
              <w:rPr>
                <w:noProof/>
                <w:lang w:val="ro-RO"/>
              </w:rPr>
            </w:pPr>
            <w:r w:rsidRPr="006C2580">
              <w:rPr>
                <w:noProof/>
                <w:sz w:val="16"/>
                <w:lang w:val="ro-RO"/>
              </w:rPr>
              <w:t>175,00</w:t>
            </w:r>
          </w:p>
        </w:tc>
      </w:tr>
      <w:tr w:rsidR="007A04A9" w:rsidRPr="006C2580" w14:paraId="1C6A58F7" w14:textId="77777777" w:rsidTr="00B72783">
        <w:tc>
          <w:tcPr>
            <w:tcW w:w="1154" w:type="dxa"/>
          </w:tcPr>
          <w:p w14:paraId="235B24A7" w14:textId="77777777" w:rsidR="007A04A9" w:rsidRPr="006C2580" w:rsidRDefault="00F954C6">
            <w:pPr>
              <w:jc w:val="center"/>
              <w:rPr>
                <w:noProof/>
                <w:lang w:val="ro-RO"/>
              </w:rPr>
            </w:pPr>
            <w:r w:rsidRPr="006C2580">
              <w:rPr>
                <w:noProof/>
                <w:sz w:val="16"/>
                <w:lang w:val="ro-RO"/>
              </w:rPr>
              <w:t>1.40</w:t>
            </w:r>
          </w:p>
        </w:tc>
        <w:tc>
          <w:tcPr>
            <w:tcW w:w="1361" w:type="dxa"/>
          </w:tcPr>
          <w:p w14:paraId="7A99D40F" w14:textId="77777777" w:rsidR="007A04A9" w:rsidRPr="006C2580" w:rsidRDefault="007A04A9">
            <w:pPr>
              <w:jc w:val="center"/>
              <w:rPr>
                <w:noProof/>
                <w:lang w:val="ro-RO"/>
              </w:rPr>
            </w:pPr>
          </w:p>
        </w:tc>
        <w:tc>
          <w:tcPr>
            <w:tcW w:w="3402" w:type="dxa"/>
          </w:tcPr>
          <w:p w14:paraId="7A6948E5" w14:textId="77777777" w:rsidR="007A04A9" w:rsidRPr="006C2580" w:rsidRDefault="00F954C6">
            <w:pPr>
              <w:rPr>
                <w:noProof/>
                <w:lang w:val="ro-RO"/>
              </w:rPr>
            </w:pPr>
            <w:r w:rsidRPr="006C2580">
              <w:rPr>
                <w:noProof/>
                <w:sz w:val="16"/>
                <w:lang w:val="ro-RO"/>
              </w:rPr>
              <w:t>Ramificație canalizare</w:t>
            </w:r>
          </w:p>
        </w:tc>
        <w:tc>
          <w:tcPr>
            <w:tcW w:w="1332" w:type="dxa"/>
          </w:tcPr>
          <w:p w14:paraId="341E665D" w14:textId="77777777" w:rsidR="007A04A9" w:rsidRPr="006C2580" w:rsidRDefault="00F954C6">
            <w:pPr>
              <w:jc w:val="center"/>
              <w:rPr>
                <w:noProof/>
                <w:lang w:val="ro-RO"/>
              </w:rPr>
            </w:pPr>
            <w:r w:rsidRPr="006C2580">
              <w:rPr>
                <w:noProof/>
                <w:sz w:val="16"/>
                <w:lang w:val="ro-RO"/>
              </w:rPr>
              <w:t>4 buc</w:t>
            </w:r>
          </w:p>
        </w:tc>
        <w:tc>
          <w:tcPr>
            <w:tcW w:w="5386" w:type="dxa"/>
          </w:tcPr>
          <w:p w14:paraId="0D49CA4A" w14:textId="77777777" w:rsidR="007A04A9" w:rsidRPr="006C2580" w:rsidRDefault="00F954C6">
            <w:pPr>
              <w:rPr>
                <w:noProof/>
                <w:lang w:val="ro-RO"/>
              </w:rPr>
            </w:pPr>
            <w:r w:rsidRPr="006C2580">
              <w:rPr>
                <w:noProof/>
                <w:sz w:val="14"/>
                <w:lang w:val="ro-RO"/>
              </w:rPr>
              <w:t>PP d 110x50x90ᵒ</w:t>
            </w:r>
          </w:p>
        </w:tc>
        <w:tc>
          <w:tcPr>
            <w:tcW w:w="1587" w:type="dxa"/>
          </w:tcPr>
          <w:p w14:paraId="62E23DD1" w14:textId="77777777" w:rsidR="007A04A9" w:rsidRPr="006C2580" w:rsidRDefault="00F954C6">
            <w:pPr>
              <w:jc w:val="center"/>
              <w:rPr>
                <w:noProof/>
                <w:lang w:val="ro-RO"/>
              </w:rPr>
            </w:pPr>
            <w:r w:rsidRPr="006C2580">
              <w:rPr>
                <w:noProof/>
                <w:sz w:val="16"/>
                <w:lang w:val="ro-RO"/>
              </w:rPr>
              <w:t>140,00</w:t>
            </w:r>
          </w:p>
        </w:tc>
      </w:tr>
      <w:tr w:rsidR="007A04A9" w:rsidRPr="006C2580" w14:paraId="303F7141" w14:textId="77777777" w:rsidTr="00B72783">
        <w:tc>
          <w:tcPr>
            <w:tcW w:w="1154" w:type="dxa"/>
          </w:tcPr>
          <w:p w14:paraId="36E3ADA2" w14:textId="77777777" w:rsidR="007A04A9" w:rsidRPr="006C2580" w:rsidRDefault="00F954C6">
            <w:pPr>
              <w:jc w:val="center"/>
              <w:rPr>
                <w:noProof/>
                <w:lang w:val="ro-RO"/>
              </w:rPr>
            </w:pPr>
            <w:r w:rsidRPr="006C2580">
              <w:rPr>
                <w:noProof/>
                <w:sz w:val="16"/>
                <w:lang w:val="ro-RO"/>
              </w:rPr>
              <w:t>1.41</w:t>
            </w:r>
          </w:p>
        </w:tc>
        <w:tc>
          <w:tcPr>
            <w:tcW w:w="1361" w:type="dxa"/>
          </w:tcPr>
          <w:p w14:paraId="5788F8A4" w14:textId="77777777" w:rsidR="007A04A9" w:rsidRPr="006C2580" w:rsidRDefault="007A04A9">
            <w:pPr>
              <w:jc w:val="center"/>
              <w:rPr>
                <w:noProof/>
                <w:lang w:val="ro-RO"/>
              </w:rPr>
            </w:pPr>
          </w:p>
        </w:tc>
        <w:tc>
          <w:tcPr>
            <w:tcW w:w="3402" w:type="dxa"/>
          </w:tcPr>
          <w:p w14:paraId="3CB78EC9" w14:textId="77777777" w:rsidR="007A04A9" w:rsidRPr="006C2580" w:rsidRDefault="00F954C6">
            <w:pPr>
              <w:rPr>
                <w:noProof/>
                <w:lang w:val="ro-RO"/>
              </w:rPr>
            </w:pPr>
            <w:r w:rsidRPr="006C2580">
              <w:rPr>
                <w:noProof/>
                <w:sz w:val="16"/>
                <w:lang w:val="ro-RO"/>
              </w:rPr>
              <w:t>Cot PP</w:t>
            </w:r>
          </w:p>
        </w:tc>
        <w:tc>
          <w:tcPr>
            <w:tcW w:w="1332" w:type="dxa"/>
          </w:tcPr>
          <w:p w14:paraId="68ED7B60" w14:textId="77777777" w:rsidR="007A04A9" w:rsidRPr="006C2580" w:rsidRDefault="00F954C6">
            <w:pPr>
              <w:jc w:val="center"/>
              <w:rPr>
                <w:noProof/>
                <w:lang w:val="ro-RO"/>
              </w:rPr>
            </w:pPr>
            <w:r w:rsidRPr="006C2580">
              <w:rPr>
                <w:noProof/>
                <w:sz w:val="16"/>
                <w:lang w:val="ro-RO"/>
              </w:rPr>
              <w:t>2 buc</w:t>
            </w:r>
          </w:p>
        </w:tc>
        <w:tc>
          <w:tcPr>
            <w:tcW w:w="5386" w:type="dxa"/>
          </w:tcPr>
          <w:p w14:paraId="79A30137" w14:textId="77777777" w:rsidR="007A04A9" w:rsidRPr="006C2580" w:rsidRDefault="00F954C6">
            <w:pPr>
              <w:rPr>
                <w:noProof/>
                <w:lang w:val="ro-RO"/>
              </w:rPr>
            </w:pPr>
            <w:r w:rsidRPr="006C2580">
              <w:rPr>
                <w:noProof/>
                <w:sz w:val="14"/>
                <w:lang w:val="ro-RO"/>
              </w:rPr>
              <w:t>PP d 110x50x90ᵒ</w:t>
            </w:r>
          </w:p>
        </w:tc>
        <w:tc>
          <w:tcPr>
            <w:tcW w:w="1587" w:type="dxa"/>
          </w:tcPr>
          <w:p w14:paraId="7D729808" w14:textId="77777777" w:rsidR="007A04A9" w:rsidRPr="006C2580" w:rsidRDefault="00F954C6">
            <w:pPr>
              <w:jc w:val="center"/>
              <w:rPr>
                <w:noProof/>
                <w:lang w:val="ro-RO"/>
              </w:rPr>
            </w:pPr>
            <w:r w:rsidRPr="006C2580">
              <w:rPr>
                <w:noProof/>
                <w:sz w:val="16"/>
                <w:lang w:val="ro-RO"/>
              </w:rPr>
              <w:t>94,00</w:t>
            </w:r>
          </w:p>
        </w:tc>
      </w:tr>
      <w:tr w:rsidR="007A04A9" w:rsidRPr="006C2580" w14:paraId="714BBE8D" w14:textId="77777777" w:rsidTr="00B72783">
        <w:tc>
          <w:tcPr>
            <w:tcW w:w="1154" w:type="dxa"/>
          </w:tcPr>
          <w:p w14:paraId="0CE89851" w14:textId="77777777" w:rsidR="007A04A9" w:rsidRPr="006C2580" w:rsidRDefault="00F954C6">
            <w:pPr>
              <w:jc w:val="center"/>
              <w:rPr>
                <w:noProof/>
                <w:lang w:val="ro-RO"/>
              </w:rPr>
            </w:pPr>
            <w:r w:rsidRPr="006C2580">
              <w:rPr>
                <w:noProof/>
                <w:sz w:val="16"/>
                <w:lang w:val="ro-RO"/>
              </w:rPr>
              <w:t>1.42</w:t>
            </w:r>
          </w:p>
        </w:tc>
        <w:tc>
          <w:tcPr>
            <w:tcW w:w="1361" w:type="dxa"/>
          </w:tcPr>
          <w:p w14:paraId="52281CC3" w14:textId="77777777" w:rsidR="007A04A9" w:rsidRPr="006C2580" w:rsidRDefault="007A04A9">
            <w:pPr>
              <w:jc w:val="center"/>
              <w:rPr>
                <w:noProof/>
                <w:lang w:val="ro-RO"/>
              </w:rPr>
            </w:pPr>
          </w:p>
        </w:tc>
        <w:tc>
          <w:tcPr>
            <w:tcW w:w="3402" w:type="dxa"/>
          </w:tcPr>
          <w:p w14:paraId="67E44DAA" w14:textId="77777777" w:rsidR="007A04A9" w:rsidRPr="006C2580" w:rsidRDefault="00F954C6">
            <w:pPr>
              <w:rPr>
                <w:noProof/>
                <w:lang w:val="ro-RO"/>
              </w:rPr>
            </w:pPr>
            <w:r w:rsidRPr="006C2580">
              <w:rPr>
                <w:noProof/>
                <w:sz w:val="16"/>
                <w:lang w:val="ro-RO"/>
              </w:rPr>
              <w:t>Ramificație canalizare</w:t>
            </w:r>
          </w:p>
        </w:tc>
        <w:tc>
          <w:tcPr>
            <w:tcW w:w="1332" w:type="dxa"/>
          </w:tcPr>
          <w:p w14:paraId="3C845105" w14:textId="77777777" w:rsidR="007A04A9" w:rsidRPr="006C2580" w:rsidRDefault="00F954C6">
            <w:pPr>
              <w:jc w:val="center"/>
              <w:rPr>
                <w:noProof/>
                <w:lang w:val="ro-RO"/>
              </w:rPr>
            </w:pPr>
            <w:r w:rsidRPr="006C2580">
              <w:rPr>
                <w:noProof/>
                <w:sz w:val="16"/>
                <w:lang w:val="ro-RO"/>
              </w:rPr>
              <w:t>10 buc</w:t>
            </w:r>
          </w:p>
        </w:tc>
        <w:tc>
          <w:tcPr>
            <w:tcW w:w="5386" w:type="dxa"/>
          </w:tcPr>
          <w:p w14:paraId="3B24F3A0" w14:textId="77777777" w:rsidR="007A04A9" w:rsidRPr="006C2580" w:rsidRDefault="00F954C6">
            <w:pPr>
              <w:rPr>
                <w:noProof/>
                <w:lang w:val="ro-RO"/>
              </w:rPr>
            </w:pPr>
            <w:r w:rsidRPr="006C2580">
              <w:rPr>
                <w:noProof/>
                <w:sz w:val="14"/>
                <w:lang w:val="ro-RO"/>
              </w:rPr>
              <w:t>PP d 110x110/90ᵒ</w:t>
            </w:r>
          </w:p>
        </w:tc>
        <w:tc>
          <w:tcPr>
            <w:tcW w:w="1587" w:type="dxa"/>
          </w:tcPr>
          <w:p w14:paraId="13A30D8E" w14:textId="77777777" w:rsidR="007A04A9" w:rsidRPr="006C2580" w:rsidRDefault="00F954C6">
            <w:pPr>
              <w:jc w:val="center"/>
              <w:rPr>
                <w:noProof/>
                <w:lang w:val="ro-RO"/>
              </w:rPr>
            </w:pPr>
            <w:r w:rsidRPr="006C2580">
              <w:rPr>
                <w:noProof/>
                <w:sz w:val="16"/>
                <w:lang w:val="ro-RO"/>
              </w:rPr>
              <w:t>350,00</w:t>
            </w:r>
          </w:p>
        </w:tc>
      </w:tr>
      <w:tr w:rsidR="007A04A9" w:rsidRPr="006C2580" w14:paraId="2B9A282B" w14:textId="77777777" w:rsidTr="00B72783">
        <w:tc>
          <w:tcPr>
            <w:tcW w:w="1154" w:type="dxa"/>
          </w:tcPr>
          <w:p w14:paraId="01DA0962" w14:textId="77777777" w:rsidR="007A04A9" w:rsidRPr="006C2580" w:rsidRDefault="00F954C6">
            <w:pPr>
              <w:jc w:val="center"/>
              <w:rPr>
                <w:noProof/>
                <w:lang w:val="ro-RO"/>
              </w:rPr>
            </w:pPr>
            <w:r w:rsidRPr="006C2580">
              <w:rPr>
                <w:noProof/>
                <w:sz w:val="16"/>
                <w:lang w:val="ro-RO"/>
              </w:rPr>
              <w:t>1.43</w:t>
            </w:r>
          </w:p>
        </w:tc>
        <w:tc>
          <w:tcPr>
            <w:tcW w:w="1361" w:type="dxa"/>
          </w:tcPr>
          <w:p w14:paraId="24A6A648" w14:textId="77777777" w:rsidR="007A04A9" w:rsidRPr="006C2580" w:rsidRDefault="007A04A9">
            <w:pPr>
              <w:jc w:val="center"/>
              <w:rPr>
                <w:noProof/>
                <w:lang w:val="ro-RO"/>
              </w:rPr>
            </w:pPr>
          </w:p>
        </w:tc>
        <w:tc>
          <w:tcPr>
            <w:tcW w:w="3402" w:type="dxa"/>
          </w:tcPr>
          <w:p w14:paraId="2845DC0C" w14:textId="77777777" w:rsidR="007A04A9" w:rsidRPr="006C2580" w:rsidRDefault="00F954C6">
            <w:pPr>
              <w:rPr>
                <w:noProof/>
                <w:lang w:val="ro-RO"/>
              </w:rPr>
            </w:pPr>
            <w:r w:rsidRPr="006C2580">
              <w:rPr>
                <w:noProof/>
                <w:sz w:val="16"/>
                <w:lang w:val="ro-RO"/>
              </w:rPr>
              <w:t>Cot PP pentru canalizare</w:t>
            </w:r>
          </w:p>
        </w:tc>
        <w:tc>
          <w:tcPr>
            <w:tcW w:w="1332" w:type="dxa"/>
          </w:tcPr>
          <w:p w14:paraId="1B177235" w14:textId="77777777" w:rsidR="007A04A9" w:rsidRPr="006C2580" w:rsidRDefault="00F954C6">
            <w:pPr>
              <w:jc w:val="center"/>
              <w:rPr>
                <w:noProof/>
                <w:lang w:val="ro-RO"/>
              </w:rPr>
            </w:pPr>
            <w:r w:rsidRPr="006C2580">
              <w:rPr>
                <w:noProof/>
                <w:sz w:val="16"/>
                <w:lang w:val="ro-RO"/>
              </w:rPr>
              <w:t>20 buc</w:t>
            </w:r>
          </w:p>
        </w:tc>
        <w:tc>
          <w:tcPr>
            <w:tcW w:w="5386" w:type="dxa"/>
          </w:tcPr>
          <w:p w14:paraId="6D85176B" w14:textId="77777777" w:rsidR="007A04A9" w:rsidRPr="006C2580" w:rsidRDefault="00F954C6">
            <w:pPr>
              <w:rPr>
                <w:noProof/>
                <w:lang w:val="ro-RO"/>
              </w:rPr>
            </w:pPr>
            <w:r w:rsidRPr="006C2580">
              <w:rPr>
                <w:noProof/>
                <w:sz w:val="14"/>
                <w:lang w:val="ro-RO"/>
              </w:rPr>
              <w:t>d 110 mm. 90 grade</w:t>
            </w:r>
          </w:p>
        </w:tc>
        <w:tc>
          <w:tcPr>
            <w:tcW w:w="1587" w:type="dxa"/>
          </w:tcPr>
          <w:p w14:paraId="25E05E9B" w14:textId="77777777" w:rsidR="007A04A9" w:rsidRPr="006C2580" w:rsidRDefault="00F954C6">
            <w:pPr>
              <w:jc w:val="center"/>
              <w:rPr>
                <w:noProof/>
                <w:lang w:val="ro-RO"/>
              </w:rPr>
            </w:pPr>
            <w:r w:rsidRPr="006C2580">
              <w:rPr>
                <w:noProof/>
                <w:sz w:val="16"/>
                <w:lang w:val="ro-RO"/>
              </w:rPr>
              <w:t>460,00</w:t>
            </w:r>
          </w:p>
        </w:tc>
      </w:tr>
      <w:tr w:rsidR="007A04A9" w:rsidRPr="006C2580" w14:paraId="4FDC4EB8" w14:textId="77777777" w:rsidTr="00B72783">
        <w:tc>
          <w:tcPr>
            <w:tcW w:w="1154" w:type="dxa"/>
          </w:tcPr>
          <w:p w14:paraId="5403B484" w14:textId="77777777" w:rsidR="007A04A9" w:rsidRPr="006C2580" w:rsidRDefault="00F954C6">
            <w:pPr>
              <w:jc w:val="center"/>
              <w:rPr>
                <w:noProof/>
                <w:lang w:val="ro-RO"/>
              </w:rPr>
            </w:pPr>
            <w:r w:rsidRPr="006C2580">
              <w:rPr>
                <w:noProof/>
                <w:sz w:val="16"/>
                <w:lang w:val="ro-RO"/>
              </w:rPr>
              <w:t>1.44</w:t>
            </w:r>
          </w:p>
        </w:tc>
        <w:tc>
          <w:tcPr>
            <w:tcW w:w="1361" w:type="dxa"/>
          </w:tcPr>
          <w:p w14:paraId="2D30FCF4" w14:textId="77777777" w:rsidR="007A04A9" w:rsidRPr="006C2580" w:rsidRDefault="007A04A9">
            <w:pPr>
              <w:jc w:val="center"/>
              <w:rPr>
                <w:noProof/>
                <w:lang w:val="ro-RO"/>
              </w:rPr>
            </w:pPr>
          </w:p>
        </w:tc>
        <w:tc>
          <w:tcPr>
            <w:tcW w:w="3402" w:type="dxa"/>
          </w:tcPr>
          <w:p w14:paraId="4B64DDAE" w14:textId="77777777" w:rsidR="007A04A9" w:rsidRPr="006C2580" w:rsidRDefault="00F954C6">
            <w:pPr>
              <w:rPr>
                <w:noProof/>
                <w:lang w:val="ro-RO"/>
              </w:rPr>
            </w:pPr>
            <w:r w:rsidRPr="006C2580">
              <w:rPr>
                <w:noProof/>
                <w:sz w:val="16"/>
                <w:lang w:val="ro-RO"/>
              </w:rPr>
              <w:t>Cot PP pentru canalizare</w:t>
            </w:r>
          </w:p>
        </w:tc>
        <w:tc>
          <w:tcPr>
            <w:tcW w:w="1332" w:type="dxa"/>
          </w:tcPr>
          <w:p w14:paraId="77992929" w14:textId="77777777" w:rsidR="007A04A9" w:rsidRPr="006C2580" w:rsidRDefault="00F954C6">
            <w:pPr>
              <w:jc w:val="center"/>
              <w:rPr>
                <w:noProof/>
                <w:lang w:val="ro-RO"/>
              </w:rPr>
            </w:pPr>
            <w:r w:rsidRPr="006C2580">
              <w:rPr>
                <w:noProof/>
                <w:sz w:val="16"/>
                <w:lang w:val="ro-RO"/>
              </w:rPr>
              <w:t>5 buc</w:t>
            </w:r>
          </w:p>
        </w:tc>
        <w:tc>
          <w:tcPr>
            <w:tcW w:w="5386" w:type="dxa"/>
          </w:tcPr>
          <w:p w14:paraId="49CCF8A3" w14:textId="77777777" w:rsidR="007A04A9" w:rsidRPr="006C2580" w:rsidRDefault="00F954C6">
            <w:pPr>
              <w:rPr>
                <w:noProof/>
                <w:lang w:val="ro-RO"/>
              </w:rPr>
            </w:pPr>
            <w:r w:rsidRPr="006C2580">
              <w:rPr>
                <w:noProof/>
                <w:sz w:val="14"/>
                <w:lang w:val="ro-RO"/>
              </w:rPr>
              <w:t>d 110 mm. 45 grade</w:t>
            </w:r>
          </w:p>
        </w:tc>
        <w:tc>
          <w:tcPr>
            <w:tcW w:w="1587" w:type="dxa"/>
          </w:tcPr>
          <w:p w14:paraId="576B7109" w14:textId="77777777" w:rsidR="007A04A9" w:rsidRPr="006C2580" w:rsidRDefault="00F954C6">
            <w:pPr>
              <w:jc w:val="center"/>
              <w:rPr>
                <w:noProof/>
                <w:lang w:val="ro-RO"/>
              </w:rPr>
            </w:pPr>
            <w:r w:rsidRPr="006C2580">
              <w:rPr>
                <w:noProof/>
                <w:sz w:val="16"/>
                <w:lang w:val="ro-RO"/>
              </w:rPr>
              <w:t>125,00</w:t>
            </w:r>
          </w:p>
        </w:tc>
      </w:tr>
      <w:tr w:rsidR="007A04A9" w:rsidRPr="006C2580" w14:paraId="15BACBB6" w14:textId="77777777" w:rsidTr="00B72783">
        <w:tc>
          <w:tcPr>
            <w:tcW w:w="1154" w:type="dxa"/>
          </w:tcPr>
          <w:p w14:paraId="51C4CAA0" w14:textId="77777777" w:rsidR="007A04A9" w:rsidRPr="006C2580" w:rsidRDefault="00F954C6">
            <w:pPr>
              <w:jc w:val="center"/>
              <w:rPr>
                <w:noProof/>
                <w:lang w:val="ro-RO"/>
              </w:rPr>
            </w:pPr>
            <w:r w:rsidRPr="006C2580">
              <w:rPr>
                <w:noProof/>
                <w:sz w:val="16"/>
                <w:lang w:val="ro-RO"/>
              </w:rPr>
              <w:t>1.45</w:t>
            </w:r>
          </w:p>
        </w:tc>
        <w:tc>
          <w:tcPr>
            <w:tcW w:w="1361" w:type="dxa"/>
          </w:tcPr>
          <w:p w14:paraId="059E378B" w14:textId="77777777" w:rsidR="007A04A9" w:rsidRPr="006C2580" w:rsidRDefault="007A04A9">
            <w:pPr>
              <w:jc w:val="center"/>
              <w:rPr>
                <w:noProof/>
                <w:lang w:val="ro-RO"/>
              </w:rPr>
            </w:pPr>
          </w:p>
        </w:tc>
        <w:tc>
          <w:tcPr>
            <w:tcW w:w="3402" w:type="dxa"/>
          </w:tcPr>
          <w:p w14:paraId="21C573B0" w14:textId="77777777" w:rsidR="007A04A9" w:rsidRPr="006C2580" w:rsidRDefault="00F954C6">
            <w:pPr>
              <w:rPr>
                <w:noProof/>
                <w:lang w:val="ro-RO"/>
              </w:rPr>
            </w:pPr>
            <w:r w:rsidRPr="006C2580">
              <w:rPr>
                <w:noProof/>
                <w:sz w:val="16"/>
                <w:lang w:val="ro-RO"/>
              </w:rPr>
              <w:t>Mufa PP pentru canalizare</w:t>
            </w:r>
          </w:p>
        </w:tc>
        <w:tc>
          <w:tcPr>
            <w:tcW w:w="1332" w:type="dxa"/>
          </w:tcPr>
          <w:p w14:paraId="2EF3F683" w14:textId="77777777" w:rsidR="007A04A9" w:rsidRPr="006C2580" w:rsidRDefault="00F954C6">
            <w:pPr>
              <w:jc w:val="center"/>
              <w:rPr>
                <w:noProof/>
                <w:lang w:val="ro-RO"/>
              </w:rPr>
            </w:pPr>
            <w:r w:rsidRPr="006C2580">
              <w:rPr>
                <w:noProof/>
                <w:sz w:val="16"/>
                <w:lang w:val="ro-RO"/>
              </w:rPr>
              <w:t>20 buc</w:t>
            </w:r>
          </w:p>
        </w:tc>
        <w:tc>
          <w:tcPr>
            <w:tcW w:w="5386" w:type="dxa"/>
          </w:tcPr>
          <w:p w14:paraId="6044D5AE" w14:textId="77777777" w:rsidR="007A04A9" w:rsidRPr="006C2580" w:rsidRDefault="00F954C6">
            <w:pPr>
              <w:rPr>
                <w:noProof/>
                <w:lang w:val="ro-RO"/>
              </w:rPr>
            </w:pPr>
            <w:r w:rsidRPr="006C2580">
              <w:rPr>
                <w:noProof/>
                <w:sz w:val="14"/>
                <w:lang w:val="ro-RO"/>
              </w:rPr>
              <w:t>d 110 mm</w:t>
            </w:r>
          </w:p>
        </w:tc>
        <w:tc>
          <w:tcPr>
            <w:tcW w:w="1587" w:type="dxa"/>
          </w:tcPr>
          <w:p w14:paraId="4BC66919" w14:textId="77777777" w:rsidR="007A04A9" w:rsidRPr="006C2580" w:rsidRDefault="00F954C6">
            <w:pPr>
              <w:jc w:val="center"/>
              <w:rPr>
                <w:noProof/>
                <w:lang w:val="ro-RO"/>
              </w:rPr>
            </w:pPr>
            <w:r w:rsidRPr="006C2580">
              <w:rPr>
                <w:noProof/>
                <w:sz w:val="16"/>
                <w:lang w:val="ro-RO"/>
              </w:rPr>
              <w:t>600,00</w:t>
            </w:r>
          </w:p>
        </w:tc>
      </w:tr>
      <w:tr w:rsidR="007A04A9" w:rsidRPr="006C2580" w14:paraId="7821DF9D" w14:textId="77777777" w:rsidTr="00B72783">
        <w:tc>
          <w:tcPr>
            <w:tcW w:w="1154" w:type="dxa"/>
          </w:tcPr>
          <w:p w14:paraId="3A25C09C" w14:textId="77777777" w:rsidR="007A04A9" w:rsidRPr="006C2580" w:rsidRDefault="00F954C6">
            <w:pPr>
              <w:jc w:val="center"/>
              <w:rPr>
                <w:noProof/>
                <w:lang w:val="ro-RO"/>
              </w:rPr>
            </w:pPr>
            <w:r w:rsidRPr="006C2580">
              <w:rPr>
                <w:noProof/>
                <w:sz w:val="16"/>
                <w:lang w:val="ro-RO"/>
              </w:rPr>
              <w:lastRenderedPageBreak/>
              <w:t>1.46</w:t>
            </w:r>
          </w:p>
        </w:tc>
        <w:tc>
          <w:tcPr>
            <w:tcW w:w="1361" w:type="dxa"/>
          </w:tcPr>
          <w:p w14:paraId="555B030D" w14:textId="77777777" w:rsidR="007A04A9" w:rsidRPr="006C2580" w:rsidRDefault="007A04A9">
            <w:pPr>
              <w:jc w:val="center"/>
              <w:rPr>
                <w:noProof/>
                <w:lang w:val="ro-RO"/>
              </w:rPr>
            </w:pPr>
          </w:p>
        </w:tc>
        <w:tc>
          <w:tcPr>
            <w:tcW w:w="3402" w:type="dxa"/>
          </w:tcPr>
          <w:p w14:paraId="1F90F685" w14:textId="77777777" w:rsidR="007A04A9" w:rsidRPr="006C2580" w:rsidRDefault="00F954C6">
            <w:pPr>
              <w:rPr>
                <w:noProof/>
                <w:lang w:val="ro-RO"/>
              </w:rPr>
            </w:pPr>
            <w:r w:rsidRPr="006C2580">
              <w:rPr>
                <w:noProof/>
                <w:sz w:val="16"/>
                <w:lang w:val="ro-RO"/>
              </w:rPr>
              <w:t>Mufa PP pentru canalizare</w:t>
            </w:r>
          </w:p>
        </w:tc>
        <w:tc>
          <w:tcPr>
            <w:tcW w:w="1332" w:type="dxa"/>
          </w:tcPr>
          <w:p w14:paraId="174E1C45" w14:textId="77777777" w:rsidR="007A04A9" w:rsidRPr="006C2580" w:rsidRDefault="00F954C6">
            <w:pPr>
              <w:jc w:val="center"/>
              <w:rPr>
                <w:noProof/>
                <w:lang w:val="ro-RO"/>
              </w:rPr>
            </w:pPr>
            <w:r w:rsidRPr="006C2580">
              <w:rPr>
                <w:noProof/>
                <w:sz w:val="16"/>
                <w:lang w:val="ro-RO"/>
              </w:rPr>
              <w:t>15 buc</w:t>
            </w:r>
          </w:p>
        </w:tc>
        <w:tc>
          <w:tcPr>
            <w:tcW w:w="5386" w:type="dxa"/>
          </w:tcPr>
          <w:p w14:paraId="2A9F2F47" w14:textId="77777777" w:rsidR="007A04A9" w:rsidRPr="006C2580" w:rsidRDefault="00F954C6">
            <w:pPr>
              <w:rPr>
                <w:noProof/>
                <w:lang w:val="ro-RO"/>
              </w:rPr>
            </w:pPr>
            <w:r w:rsidRPr="006C2580">
              <w:rPr>
                <w:noProof/>
                <w:sz w:val="14"/>
                <w:lang w:val="ro-RO"/>
              </w:rPr>
              <w:t>d 50 mm</w:t>
            </w:r>
          </w:p>
        </w:tc>
        <w:tc>
          <w:tcPr>
            <w:tcW w:w="1587" w:type="dxa"/>
          </w:tcPr>
          <w:p w14:paraId="37E570B7" w14:textId="77777777" w:rsidR="007A04A9" w:rsidRPr="006C2580" w:rsidRDefault="00F954C6">
            <w:pPr>
              <w:jc w:val="center"/>
              <w:rPr>
                <w:noProof/>
                <w:lang w:val="ro-RO"/>
              </w:rPr>
            </w:pPr>
            <w:r w:rsidRPr="006C2580">
              <w:rPr>
                <w:noProof/>
                <w:sz w:val="16"/>
                <w:lang w:val="ro-RO"/>
              </w:rPr>
              <w:t>165,00</w:t>
            </w:r>
          </w:p>
        </w:tc>
      </w:tr>
      <w:tr w:rsidR="007A04A9" w:rsidRPr="006C2580" w14:paraId="6B954756" w14:textId="77777777" w:rsidTr="00B72783">
        <w:tc>
          <w:tcPr>
            <w:tcW w:w="1154" w:type="dxa"/>
          </w:tcPr>
          <w:p w14:paraId="468C80A6" w14:textId="77777777" w:rsidR="007A04A9" w:rsidRPr="006C2580" w:rsidRDefault="00F954C6">
            <w:pPr>
              <w:jc w:val="center"/>
              <w:rPr>
                <w:noProof/>
                <w:lang w:val="ro-RO"/>
              </w:rPr>
            </w:pPr>
            <w:r w:rsidRPr="006C2580">
              <w:rPr>
                <w:noProof/>
                <w:sz w:val="16"/>
                <w:lang w:val="ro-RO"/>
              </w:rPr>
              <w:t>1.47</w:t>
            </w:r>
          </w:p>
        </w:tc>
        <w:tc>
          <w:tcPr>
            <w:tcW w:w="1361" w:type="dxa"/>
          </w:tcPr>
          <w:p w14:paraId="17302877" w14:textId="77777777" w:rsidR="007A04A9" w:rsidRPr="006C2580" w:rsidRDefault="007A04A9">
            <w:pPr>
              <w:jc w:val="center"/>
              <w:rPr>
                <w:noProof/>
                <w:lang w:val="ro-RO"/>
              </w:rPr>
            </w:pPr>
          </w:p>
        </w:tc>
        <w:tc>
          <w:tcPr>
            <w:tcW w:w="3402" w:type="dxa"/>
          </w:tcPr>
          <w:p w14:paraId="2D8D0DA3" w14:textId="77777777" w:rsidR="007A04A9" w:rsidRPr="006C2580" w:rsidRDefault="00F954C6">
            <w:pPr>
              <w:rPr>
                <w:noProof/>
                <w:lang w:val="ro-RO"/>
              </w:rPr>
            </w:pPr>
            <w:r w:rsidRPr="006C2580">
              <w:rPr>
                <w:noProof/>
                <w:sz w:val="16"/>
                <w:lang w:val="ro-RO"/>
              </w:rPr>
              <w:t>Rigola de duș cu grătar</w:t>
            </w:r>
          </w:p>
        </w:tc>
        <w:tc>
          <w:tcPr>
            <w:tcW w:w="1332" w:type="dxa"/>
          </w:tcPr>
          <w:p w14:paraId="1750E6BB" w14:textId="77777777" w:rsidR="007A04A9" w:rsidRPr="006C2580" w:rsidRDefault="00F954C6">
            <w:pPr>
              <w:jc w:val="center"/>
              <w:rPr>
                <w:noProof/>
                <w:lang w:val="ro-RO"/>
              </w:rPr>
            </w:pPr>
            <w:r w:rsidRPr="006C2580">
              <w:rPr>
                <w:noProof/>
                <w:sz w:val="16"/>
                <w:lang w:val="ro-RO"/>
              </w:rPr>
              <w:t>10 buc</w:t>
            </w:r>
          </w:p>
        </w:tc>
        <w:tc>
          <w:tcPr>
            <w:tcW w:w="5386" w:type="dxa"/>
          </w:tcPr>
          <w:p w14:paraId="15B05679" w14:textId="77777777" w:rsidR="007A04A9" w:rsidRPr="006C2580" w:rsidRDefault="00F954C6">
            <w:pPr>
              <w:rPr>
                <w:noProof/>
                <w:lang w:val="ro-RO"/>
              </w:rPr>
            </w:pPr>
            <w:r w:rsidRPr="006C2580">
              <w:rPr>
                <w:noProof/>
                <w:sz w:val="14"/>
                <w:lang w:val="ro-RO"/>
              </w:rPr>
              <w:t>Dimensiuni: 150*150*110mmMaterial sifon: plastic</w:t>
            </w:r>
          </w:p>
        </w:tc>
        <w:tc>
          <w:tcPr>
            <w:tcW w:w="1587" w:type="dxa"/>
          </w:tcPr>
          <w:p w14:paraId="28F21ED3" w14:textId="77777777" w:rsidR="007A04A9" w:rsidRPr="006C2580" w:rsidRDefault="00F954C6">
            <w:pPr>
              <w:jc w:val="center"/>
              <w:rPr>
                <w:noProof/>
                <w:lang w:val="ro-RO"/>
              </w:rPr>
            </w:pPr>
            <w:r w:rsidRPr="006C2580">
              <w:rPr>
                <w:noProof/>
                <w:sz w:val="16"/>
                <w:lang w:val="ro-RO"/>
              </w:rPr>
              <w:t>530,00</w:t>
            </w:r>
          </w:p>
        </w:tc>
      </w:tr>
      <w:tr w:rsidR="007A04A9" w:rsidRPr="006C2580" w14:paraId="4F1AC373" w14:textId="77777777" w:rsidTr="00B72783">
        <w:tc>
          <w:tcPr>
            <w:tcW w:w="1154" w:type="dxa"/>
          </w:tcPr>
          <w:p w14:paraId="58DEA168" w14:textId="77777777" w:rsidR="007A04A9" w:rsidRPr="006C2580" w:rsidRDefault="00F954C6">
            <w:pPr>
              <w:jc w:val="center"/>
              <w:rPr>
                <w:noProof/>
                <w:lang w:val="ro-RO"/>
              </w:rPr>
            </w:pPr>
            <w:r w:rsidRPr="006C2580">
              <w:rPr>
                <w:noProof/>
                <w:sz w:val="16"/>
                <w:lang w:val="ro-RO"/>
              </w:rPr>
              <w:t>1.48</w:t>
            </w:r>
          </w:p>
        </w:tc>
        <w:tc>
          <w:tcPr>
            <w:tcW w:w="1361" w:type="dxa"/>
          </w:tcPr>
          <w:p w14:paraId="6FE2F3A9" w14:textId="77777777" w:rsidR="007A04A9" w:rsidRPr="006C2580" w:rsidRDefault="007A04A9">
            <w:pPr>
              <w:jc w:val="center"/>
              <w:rPr>
                <w:noProof/>
                <w:lang w:val="ro-RO"/>
              </w:rPr>
            </w:pPr>
          </w:p>
        </w:tc>
        <w:tc>
          <w:tcPr>
            <w:tcW w:w="3402" w:type="dxa"/>
          </w:tcPr>
          <w:p w14:paraId="70AA9546" w14:textId="77777777" w:rsidR="007A04A9" w:rsidRPr="006C2580" w:rsidRDefault="00F954C6">
            <w:pPr>
              <w:rPr>
                <w:noProof/>
                <w:lang w:val="ro-RO"/>
              </w:rPr>
            </w:pPr>
            <w:r w:rsidRPr="006C2580">
              <w:rPr>
                <w:noProof/>
                <w:sz w:val="16"/>
                <w:lang w:val="ro-RO"/>
              </w:rPr>
              <w:t>Lopata din metal</w:t>
            </w:r>
          </w:p>
        </w:tc>
        <w:tc>
          <w:tcPr>
            <w:tcW w:w="1332" w:type="dxa"/>
          </w:tcPr>
          <w:p w14:paraId="5B2D9A6F" w14:textId="77777777" w:rsidR="007A04A9" w:rsidRPr="006C2580" w:rsidRDefault="00F954C6">
            <w:pPr>
              <w:jc w:val="center"/>
              <w:rPr>
                <w:noProof/>
                <w:lang w:val="ro-RO"/>
              </w:rPr>
            </w:pPr>
            <w:r w:rsidRPr="006C2580">
              <w:rPr>
                <w:noProof/>
                <w:sz w:val="16"/>
                <w:lang w:val="ro-RO"/>
              </w:rPr>
              <w:t>6 buc</w:t>
            </w:r>
          </w:p>
        </w:tc>
        <w:tc>
          <w:tcPr>
            <w:tcW w:w="5386" w:type="dxa"/>
          </w:tcPr>
          <w:p w14:paraId="7F8A85D6" w14:textId="77777777" w:rsidR="007A04A9" w:rsidRPr="006C2580" w:rsidRDefault="00F954C6">
            <w:pPr>
              <w:rPr>
                <w:noProof/>
                <w:lang w:val="ro-RO"/>
              </w:rPr>
            </w:pPr>
            <w:r w:rsidRPr="006C2580">
              <w:rPr>
                <w:noProof/>
                <w:sz w:val="14"/>
                <w:lang w:val="ro-RO"/>
              </w:rPr>
              <w:t>Material: OtelTip: LopețiSet: fără coadă</w:t>
            </w:r>
          </w:p>
        </w:tc>
        <w:tc>
          <w:tcPr>
            <w:tcW w:w="1587" w:type="dxa"/>
          </w:tcPr>
          <w:p w14:paraId="003D6A11" w14:textId="77777777" w:rsidR="007A04A9" w:rsidRPr="006C2580" w:rsidRDefault="00F954C6">
            <w:pPr>
              <w:jc w:val="center"/>
              <w:rPr>
                <w:noProof/>
                <w:lang w:val="ro-RO"/>
              </w:rPr>
            </w:pPr>
            <w:r w:rsidRPr="006C2580">
              <w:rPr>
                <w:noProof/>
                <w:sz w:val="16"/>
                <w:lang w:val="ro-RO"/>
              </w:rPr>
              <w:t>450,00</w:t>
            </w:r>
          </w:p>
        </w:tc>
      </w:tr>
      <w:tr w:rsidR="007A04A9" w:rsidRPr="006C2580" w14:paraId="0194BD0B" w14:textId="77777777" w:rsidTr="00B72783">
        <w:tc>
          <w:tcPr>
            <w:tcW w:w="1154" w:type="dxa"/>
          </w:tcPr>
          <w:p w14:paraId="50C8F23D" w14:textId="77777777" w:rsidR="007A04A9" w:rsidRPr="006C2580" w:rsidRDefault="00F954C6">
            <w:pPr>
              <w:jc w:val="center"/>
              <w:rPr>
                <w:noProof/>
                <w:lang w:val="ro-RO"/>
              </w:rPr>
            </w:pPr>
            <w:r w:rsidRPr="006C2580">
              <w:rPr>
                <w:noProof/>
                <w:sz w:val="16"/>
                <w:lang w:val="ro-RO"/>
              </w:rPr>
              <w:t>1.49</w:t>
            </w:r>
          </w:p>
        </w:tc>
        <w:tc>
          <w:tcPr>
            <w:tcW w:w="1361" w:type="dxa"/>
          </w:tcPr>
          <w:p w14:paraId="4801DFC2" w14:textId="77777777" w:rsidR="007A04A9" w:rsidRPr="006C2580" w:rsidRDefault="007A04A9">
            <w:pPr>
              <w:jc w:val="center"/>
              <w:rPr>
                <w:noProof/>
                <w:lang w:val="ro-RO"/>
              </w:rPr>
            </w:pPr>
          </w:p>
        </w:tc>
        <w:tc>
          <w:tcPr>
            <w:tcW w:w="3402" w:type="dxa"/>
          </w:tcPr>
          <w:p w14:paraId="0AF1E7E7" w14:textId="77777777" w:rsidR="007A04A9" w:rsidRPr="006C2580" w:rsidRDefault="00F954C6">
            <w:pPr>
              <w:rPr>
                <w:noProof/>
                <w:lang w:val="ro-RO"/>
              </w:rPr>
            </w:pPr>
            <w:r w:rsidRPr="006C2580">
              <w:rPr>
                <w:noProof/>
                <w:sz w:val="16"/>
                <w:lang w:val="ro-RO"/>
              </w:rPr>
              <w:t>Lacăt suspendat 50 mm</w:t>
            </w:r>
          </w:p>
        </w:tc>
        <w:tc>
          <w:tcPr>
            <w:tcW w:w="1332" w:type="dxa"/>
          </w:tcPr>
          <w:p w14:paraId="7D5A34E6" w14:textId="77777777" w:rsidR="007A04A9" w:rsidRPr="006C2580" w:rsidRDefault="00F954C6">
            <w:pPr>
              <w:jc w:val="center"/>
              <w:rPr>
                <w:noProof/>
                <w:lang w:val="ro-RO"/>
              </w:rPr>
            </w:pPr>
            <w:r w:rsidRPr="006C2580">
              <w:rPr>
                <w:noProof/>
                <w:sz w:val="16"/>
                <w:lang w:val="ro-RO"/>
              </w:rPr>
              <w:t>10 buc</w:t>
            </w:r>
          </w:p>
        </w:tc>
        <w:tc>
          <w:tcPr>
            <w:tcW w:w="5386" w:type="dxa"/>
          </w:tcPr>
          <w:p w14:paraId="08AC4D4D" w14:textId="77777777" w:rsidR="007A04A9" w:rsidRPr="006C2580" w:rsidRDefault="00F954C6">
            <w:pPr>
              <w:rPr>
                <w:noProof/>
                <w:lang w:val="ro-RO"/>
              </w:rPr>
            </w:pPr>
            <w:r w:rsidRPr="006C2580">
              <w:rPr>
                <w:noProof/>
                <w:sz w:val="14"/>
                <w:lang w:val="ro-RO"/>
              </w:rPr>
              <w:t>Tipul de produs: LacătDestinație: Pentru stradăCuloare: GriMaterial: OțelTipul de lacăt: MecanicăDimensiunea carcasei, mm: 50Număr de chei: 4</w:t>
            </w:r>
          </w:p>
        </w:tc>
        <w:tc>
          <w:tcPr>
            <w:tcW w:w="1587" w:type="dxa"/>
          </w:tcPr>
          <w:p w14:paraId="551E2C42" w14:textId="77777777" w:rsidR="007A04A9" w:rsidRPr="006C2580" w:rsidRDefault="00F954C6">
            <w:pPr>
              <w:jc w:val="center"/>
              <w:rPr>
                <w:noProof/>
                <w:lang w:val="ro-RO"/>
              </w:rPr>
            </w:pPr>
            <w:r w:rsidRPr="006C2580">
              <w:rPr>
                <w:noProof/>
                <w:sz w:val="16"/>
                <w:lang w:val="ro-RO"/>
              </w:rPr>
              <w:t>750,00</w:t>
            </w:r>
          </w:p>
        </w:tc>
      </w:tr>
      <w:tr w:rsidR="007A04A9" w:rsidRPr="006C2580" w14:paraId="53BDADC6" w14:textId="77777777" w:rsidTr="00B72783">
        <w:tc>
          <w:tcPr>
            <w:tcW w:w="1154" w:type="dxa"/>
          </w:tcPr>
          <w:p w14:paraId="4224F309" w14:textId="77777777" w:rsidR="007A04A9" w:rsidRPr="006C2580" w:rsidRDefault="00F954C6">
            <w:pPr>
              <w:jc w:val="center"/>
              <w:rPr>
                <w:noProof/>
                <w:lang w:val="ro-RO"/>
              </w:rPr>
            </w:pPr>
            <w:r w:rsidRPr="006C2580">
              <w:rPr>
                <w:noProof/>
                <w:sz w:val="16"/>
                <w:lang w:val="ro-RO"/>
              </w:rPr>
              <w:t>1.50</w:t>
            </w:r>
          </w:p>
        </w:tc>
        <w:tc>
          <w:tcPr>
            <w:tcW w:w="1361" w:type="dxa"/>
          </w:tcPr>
          <w:p w14:paraId="1E8C8846" w14:textId="77777777" w:rsidR="007A04A9" w:rsidRPr="006C2580" w:rsidRDefault="007A04A9">
            <w:pPr>
              <w:jc w:val="center"/>
              <w:rPr>
                <w:noProof/>
                <w:lang w:val="ro-RO"/>
              </w:rPr>
            </w:pPr>
          </w:p>
        </w:tc>
        <w:tc>
          <w:tcPr>
            <w:tcW w:w="3402" w:type="dxa"/>
          </w:tcPr>
          <w:p w14:paraId="1054A8DE" w14:textId="77777777" w:rsidR="007A04A9" w:rsidRPr="006C2580" w:rsidRDefault="00F954C6">
            <w:pPr>
              <w:rPr>
                <w:noProof/>
                <w:lang w:val="ro-RO"/>
              </w:rPr>
            </w:pPr>
            <w:r w:rsidRPr="006C2580">
              <w:rPr>
                <w:noProof/>
                <w:sz w:val="16"/>
                <w:lang w:val="ro-RO"/>
              </w:rPr>
              <w:t>Zgon complet Ø 40</w:t>
            </w:r>
          </w:p>
        </w:tc>
        <w:tc>
          <w:tcPr>
            <w:tcW w:w="1332" w:type="dxa"/>
          </w:tcPr>
          <w:p w14:paraId="1ADF1269" w14:textId="77777777" w:rsidR="007A04A9" w:rsidRPr="006C2580" w:rsidRDefault="00F954C6">
            <w:pPr>
              <w:jc w:val="center"/>
              <w:rPr>
                <w:noProof/>
                <w:lang w:val="ro-RO"/>
              </w:rPr>
            </w:pPr>
            <w:r w:rsidRPr="006C2580">
              <w:rPr>
                <w:noProof/>
                <w:sz w:val="16"/>
                <w:lang w:val="ro-RO"/>
              </w:rPr>
              <w:t>10 buc</w:t>
            </w:r>
          </w:p>
        </w:tc>
        <w:tc>
          <w:tcPr>
            <w:tcW w:w="5386" w:type="dxa"/>
          </w:tcPr>
          <w:p w14:paraId="7AD1FDBD" w14:textId="77777777" w:rsidR="007A04A9" w:rsidRPr="006C2580" w:rsidRDefault="00F954C6">
            <w:pPr>
              <w:rPr>
                <w:noProof/>
                <w:lang w:val="ro-RO"/>
              </w:rPr>
            </w:pPr>
            <w:r w:rsidRPr="006C2580">
              <w:rPr>
                <w:noProof/>
                <w:sz w:val="14"/>
                <w:lang w:val="ro-RO"/>
              </w:rPr>
              <w:t>Produs: zgon  Material: oțelTip filet: MM</w:t>
            </w:r>
            <w:r w:rsidRPr="006C2580">
              <w:rPr>
                <w:noProof/>
                <w:sz w:val="14"/>
                <w:lang w:val="ro-RO"/>
              </w:rPr>
              <w:tab/>
              <w:t>Dimensiuni: 2 inch x 150 mm</w:t>
            </w:r>
          </w:p>
        </w:tc>
        <w:tc>
          <w:tcPr>
            <w:tcW w:w="1587" w:type="dxa"/>
          </w:tcPr>
          <w:p w14:paraId="65003352" w14:textId="77777777" w:rsidR="007A04A9" w:rsidRPr="006C2580" w:rsidRDefault="00F954C6">
            <w:pPr>
              <w:jc w:val="center"/>
              <w:rPr>
                <w:noProof/>
                <w:lang w:val="ro-RO"/>
              </w:rPr>
            </w:pPr>
            <w:r w:rsidRPr="006C2580">
              <w:rPr>
                <w:noProof/>
                <w:sz w:val="16"/>
                <w:lang w:val="ro-RO"/>
              </w:rPr>
              <w:t>800,00</w:t>
            </w:r>
          </w:p>
        </w:tc>
      </w:tr>
      <w:tr w:rsidR="007A04A9" w:rsidRPr="006C2580" w14:paraId="2A393A63" w14:textId="77777777" w:rsidTr="00B72783">
        <w:tc>
          <w:tcPr>
            <w:tcW w:w="1154" w:type="dxa"/>
          </w:tcPr>
          <w:p w14:paraId="2EC06EBB" w14:textId="77777777" w:rsidR="007A04A9" w:rsidRPr="006C2580" w:rsidRDefault="00F954C6">
            <w:pPr>
              <w:jc w:val="center"/>
              <w:rPr>
                <w:noProof/>
                <w:lang w:val="ro-RO"/>
              </w:rPr>
            </w:pPr>
            <w:r w:rsidRPr="006C2580">
              <w:rPr>
                <w:noProof/>
                <w:sz w:val="16"/>
                <w:lang w:val="ro-RO"/>
              </w:rPr>
              <w:t>1.51</w:t>
            </w:r>
          </w:p>
        </w:tc>
        <w:tc>
          <w:tcPr>
            <w:tcW w:w="1361" w:type="dxa"/>
          </w:tcPr>
          <w:p w14:paraId="2764C1B2" w14:textId="77777777" w:rsidR="007A04A9" w:rsidRPr="006C2580" w:rsidRDefault="007A04A9">
            <w:pPr>
              <w:jc w:val="center"/>
              <w:rPr>
                <w:noProof/>
                <w:lang w:val="ro-RO"/>
              </w:rPr>
            </w:pPr>
          </w:p>
        </w:tc>
        <w:tc>
          <w:tcPr>
            <w:tcW w:w="3402" w:type="dxa"/>
          </w:tcPr>
          <w:p w14:paraId="5F678142" w14:textId="77777777" w:rsidR="007A04A9" w:rsidRPr="006C2580" w:rsidRDefault="00F954C6">
            <w:pPr>
              <w:rPr>
                <w:noProof/>
                <w:lang w:val="ro-RO"/>
              </w:rPr>
            </w:pPr>
            <w:r w:rsidRPr="006C2580">
              <w:rPr>
                <w:noProof/>
                <w:sz w:val="16"/>
                <w:lang w:val="ro-RO"/>
              </w:rPr>
              <w:t>Zgon complet Ø 50.</w:t>
            </w:r>
          </w:p>
        </w:tc>
        <w:tc>
          <w:tcPr>
            <w:tcW w:w="1332" w:type="dxa"/>
          </w:tcPr>
          <w:p w14:paraId="20D6B8A4" w14:textId="77777777" w:rsidR="007A04A9" w:rsidRPr="006C2580" w:rsidRDefault="00F954C6">
            <w:pPr>
              <w:jc w:val="center"/>
              <w:rPr>
                <w:noProof/>
                <w:lang w:val="ro-RO"/>
              </w:rPr>
            </w:pPr>
            <w:r w:rsidRPr="006C2580">
              <w:rPr>
                <w:noProof/>
                <w:sz w:val="16"/>
                <w:lang w:val="ro-RO"/>
              </w:rPr>
              <w:t>15 buc</w:t>
            </w:r>
          </w:p>
        </w:tc>
        <w:tc>
          <w:tcPr>
            <w:tcW w:w="5386" w:type="dxa"/>
          </w:tcPr>
          <w:p w14:paraId="68762220" w14:textId="77777777" w:rsidR="007A04A9" w:rsidRPr="006C2580" w:rsidRDefault="00F954C6">
            <w:pPr>
              <w:rPr>
                <w:noProof/>
                <w:lang w:val="ro-RO"/>
              </w:rPr>
            </w:pPr>
            <w:r w:rsidRPr="006C2580">
              <w:rPr>
                <w:noProof/>
                <w:sz w:val="14"/>
                <w:lang w:val="ro-RO"/>
              </w:rPr>
              <w:t>Produs: zgon  Material: oțelTip filet: MM</w:t>
            </w:r>
            <w:r w:rsidRPr="006C2580">
              <w:rPr>
                <w:noProof/>
                <w:sz w:val="14"/>
                <w:lang w:val="ro-RO"/>
              </w:rPr>
              <w:tab/>
              <w:t>Dimensiuni: 2 inch x 150 mm</w:t>
            </w:r>
          </w:p>
        </w:tc>
        <w:tc>
          <w:tcPr>
            <w:tcW w:w="1587" w:type="dxa"/>
          </w:tcPr>
          <w:p w14:paraId="17080875" w14:textId="77777777" w:rsidR="007A04A9" w:rsidRPr="006C2580" w:rsidRDefault="00F954C6">
            <w:pPr>
              <w:jc w:val="center"/>
              <w:rPr>
                <w:noProof/>
                <w:lang w:val="ro-RO"/>
              </w:rPr>
            </w:pPr>
            <w:r w:rsidRPr="006C2580">
              <w:rPr>
                <w:noProof/>
                <w:sz w:val="16"/>
                <w:lang w:val="ro-RO"/>
              </w:rPr>
              <w:t>1 395,00</w:t>
            </w:r>
          </w:p>
        </w:tc>
      </w:tr>
      <w:tr w:rsidR="007A04A9" w:rsidRPr="006C2580" w14:paraId="4E898E01" w14:textId="77777777" w:rsidTr="00B72783">
        <w:tc>
          <w:tcPr>
            <w:tcW w:w="1154" w:type="dxa"/>
          </w:tcPr>
          <w:p w14:paraId="70819F2F" w14:textId="77777777" w:rsidR="007A04A9" w:rsidRPr="006C2580" w:rsidRDefault="00F954C6">
            <w:pPr>
              <w:jc w:val="center"/>
              <w:rPr>
                <w:noProof/>
                <w:lang w:val="ro-RO"/>
              </w:rPr>
            </w:pPr>
            <w:r w:rsidRPr="006C2580">
              <w:rPr>
                <w:noProof/>
                <w:sz w:val="16"/>
                <w:lang w:val="ro-RO"/>
              </w:rPr>
              <w:t>1.52</w:t>
            </w:r>
          </w:p>
        </w:tc>
        <w:tc>
          <w:tcPr>
            <w:tcW w:w="1361" w:type="dxa"/>
          </w:tcPr>
          <w:p w14:paraId="37C4C942" w14:textId="77777777" w:rsidR="007A04A9" w:rsidRPr="006C2580" w:rsidRDefault="007A04A9">
            <w:pPr>
              <w:jc w:val="center"/>
              <w:rPr>
                <w:noProof/>
                <w:lang w:val="ro-RO"/>
              </w:rPr>
            </w:pPr>
          </w:p>
        </w:tc>
        <w:tc>
          <w:tcPr>
            <w:tcW w:w="3402" w:type="dxa"/>
          </w:tcPr>
          <w:p w14:paraId="1369B422" w14:textId="77777777" w:rsidR="007A04A9" w:rsidRPr="006C2580" w:rsidRDefault="00F954C6">
            <w:pPr>
              <w:rPr>
                <w:noProof/>
                <w:lang w:val="ro-RO"/>
              </w:rPr>
            </w:pPr>
            <w:r w:rsidRPr="006C2580">
              <w:rPr>
                <w:noProof/>
                <w:sz w:val="16"/>
                <w:lang w:val="ro-RO"/>
              </w:rPr>
              <w:t>Mufă PPR Ø20</w:t>
            </w:r>
          </w:p>
        </w:tc>
        <w:tc>
          <w:tcPr>
            <w:tcW w:w="1332" w:type="dxa"/>
          </w:tcPr>
          <w:p w14:paraId="593036F2" w14:textId="77777777" w:rsidR="007A04A9" w:rsidRPr="006C2580" w:rsidRDefault="00F954C6">
            <w:pPr>
              <w:jc w:val="center"/>
              <w:rPr>
                <w:noProof/>
                <w:lang w:val="ro-RO"/>
              </w:rPr>
            </w:pPr>
            <w:r w:rsidRPr="006C2580">
              <w:rPr>
                <w:noProof/>
                <w:sz w:val="16"/>
                <w:lang w:val="ro-RO"/>
              </w:rPr>
              <w:t>15 buc</w:t>
            </w:r>
          </w:p>
        </w:tc>
        <w:tc>
          <w:tcPr>
            <w:tcW w:w="5386" w:type="dxa"/>
          </w:tcPr>
          <w:p w14:paraId="29B8BD67" w14:textId="77777777" w:rsidR="007A04A9" w:rsidRPr="006C2580" w:rsidRDefault="00F954C6">
            <w:pPr>
              <w:rPr>
                <w:noProof/>
                <w:lang w:val="ro-RO"/>
              </w:rPr>
            </w:pPr>
            <w:r w:rsidRPr="006C2580">
              <w:rPr>
                <w:noProof/>
                <w:sz w:val="14"/>
                <w:lang w:val="ro-RO"/>
              </w:rPr>
              <w:t>Mufă PPR Ø20*1/2M</w:t>
            </w:r>
          </w:p>
        </w:tc>
        <w:tc>
          <w:tcPr>
            <w:tcW w:w="1587" w:type="dxa"/>
          </w:tcPr>
          <w:p w14:paraId="2F46E9F1" w14:textId="77777777" w:rsidR="007A04A9" w:rsidRPr="006C2580" w:rsidRDefault="00F954C6">
            <w:pPr>
              <w:jc w:val="center"/>
              <w:rPr>
                <w:noProof/>
                <w:lang w:val="ro-RO"/>
              </w:rPr>
            </w:pPr>
            <w:r w:rsidRPr="006C2580">
              <w:rPr>
                <w:noProof/>
                <w:sz w:val="16"/>
                <w:lang w:val="ro-RO"/>
              </w:rPr>
              <w:t>180,00</w:t>
            </w:r>
          </w:p>
        </w:tc>
      </w:tr>
      <w:tr w:rsidR="007A04A9" w:rsidRPr="006C2580" w14:paraId="1B019644" w14:textId="77777777" w:rsidTr="00B72783">
        <w:tc>
          <w:tcPr>
            <w:tcW w:w="1154" w:type="dxa"/>
          </w:tcPr>
          <w:p w14:paraId="0E1992D5" w14:textId="77777777" w:rsidR="007A04A9" w:rsidRPr="006C2580" w:rsidRDefault="00F954C6">
            <w:pPr>
              <w:jc w:val="center"/>
              <w:rPr>
                <w:noProof/>
                <w:lang w:val="ro-RO"/>
              </w:rPr>
            </w:pPr>
            <w:r w:rsidRPr="006C2580">
              <w:rPr>
                <w:noProof/>
                <w:sz w:val="16"/>
                <w:lang w:val="ro-RO"/>
              </w:rPr>
              <w:t>1.53</w:t>
            </w:r>
          </w:p>
        </w:tc>
        <w:tc>
          <w:tcPr>
            <w:tcW w:w="1361" w:type="dxa"/>
          </w:tcPr>
          <w:p w14:paraId="0622C063" w14:textId="77777777" w:rsidR="007A04A9" w:rsidRPr="006C2580" w:rsidRDefault="007A04A9">
            <w:pPr>
              <w:jc w:val="center"/>
              <w:rPr>
                <w:noProof/>
                <w:lang w:val="ro-RO"/>
              </w:rPr>
            </w:pPr>
          </w:p>
        </w:tc>
        <w:tc>
          <w:tcPr>
            <w:tcW w:w="3402" w:type="dxa"/>
          </w:tcPr>
          <w:p w14:paraId="7E3B429E" w14:textId="77777777" w:rsidR="007A04A9" w:rsidRPr="006C2580" w:rsidRDefault="00F954C6">
            <w:pPr>
              <w:rPr>
                <w:noProof/>
                <w:lang w:val="ro-RO"/>
              </w:rPr>
            </w:pPr>
            <w:r w:rsidRPr="006C2580">
              <w:rPr>
                <w:noProof/>
                <w:sz w:val="16"/>
                <w:lang w:val="ro-RO"/>
              </w:rPr>
              <w:t>Mufă reducție</w:t>
            </w:r>
          </w:p>
        </w:tc>
        <w:tc>
          <w:tcPr>
            <w:tcW w:w="1332" w:type="dxa"/>
          </w:tcPr>
          <w:p w14:paraId="4277B17E" w14:textId="77777777" w:rsidR="007A04A9" w:rsidRPr="006C2580" w:rsidRDefault="00F954C6">
            <w:pPr>
              <w:jc w:val="center"/>
              <w:rPr>
                <w:noProof/>
                <w:lang w:val="ro-RO"/>
              </w:rPr>
            </w:pPr>
            <w:r w:rsidRPr="006C2580">
              <w:rPr>
                <w:noProof/>
                <w:sz w:val="16"/>
                <w:lang w:val="ro-RO"/>
              </w:rPr>
              <w:t>5 buc</w:t>
            </w:r>
          </w:p>
        </w:tc>
        <w:tc>
          <w:tcPr>
            <w:tcW w:w="5386" w:type="dxa"/>
          </w:tcPr>
          <w:p w14:paraId="04E0FFA0" w14:textId="77777777" w:rsidR="007A04A9" w:rsidRPr="006C2580" w:rsidRDefault="00F954C6">
            <w:pPr>
              <w:rPr>
                <w:noProof/>
                <w:lang w:val="ro-RO"/>
              </w:rPr>
            </w:pPr>
            <w:r w:rsidRPr="006C2580">
              <w:rPr>
                <w:noProof/>
                <w:sz w:val="14"/>
                <w:lang w:val="ro-RO"/>
              </w:rPr>
              <w:t>Mufă reducție PPR 50-32 mm</w:t>
            </w:r>
          </w:p>
        </w:tc>
        <w:tc>
          <w:tcPr>
            <w:tcW w:w="1587" w:type="dxa"/>
          </w:tcPr>
          <w:p w14:paraId="46BB503A" w14:textId="77777777" w:rsidR="007A04A9" w:rsidRPr="006C2580" w:rsidRDefault="00F954C6">
            <w:pPr>
              <w:jc w:val="center"/>
              <w:rPr>
                <w:noProof/>
                <w:lang w:val="ro-RO"/>
              </w:rPr>
            </w:pPr>
            <w:r w:rsidRPr="006C2580">
              <w:rPr>
                <w:noProof/>
                <w:sz w:val="16"/>
                <w:lang w:val="ro-RO"/>
              </w:rPr>
              <w:t>45,00</w:t>
            </w:r>
          </w:p>
        </w:tc>
      </w:tr>
      <w:tr w:rsidR="007A04A9" w:rsidRPr="006C2580" w14:paraId="15DA522E" w14:textId="77777777" w:rsidTr="00B72783">
        <w:tc>
          <w:tcPr>
            <w:tcW w:w="1154" w:type="dxa"/>
          </w:tcPr>
          <w:p w14:paraId="26EE7656" w14:textId="77777777" w:rsidR="007A04A9" w:rsidRPr="006C2580" w:rsidRDefault="00F954C6">
            <w:pPr>
              <w:jc w:val="center"/>
              <w:rPr>
                <w:noProof/>
                <w:lang w:val="ro-RO"/>
              </w:rPr>
            </w:pPr>
            <w:r w:rsidRPr="006C2580">
              <w:rPr>
                <w:noProof/>
                <w:sz w:val="16"/>
                <w:lang w:val="ro-RO"/>
              </w:rPr>
              <w:t>1.54</w:t>
            </w:r>
          </w:p>
        </w:tc>
        <w:tc>
          <w:tcPr>
            <w:tcW w:w="1361" w:type="dxa"/>
          </w:tcPr>
          <w:p w14:paraId="253E8D99" w14:textId="77777777" w:rsidR="007A04A9" w:rsidRPr="006C2580" w:rsidRDefault="007A04A9">
            <w:pPr>
              <w:jc w:val="center"/>
              <w:rPr>
                <w:noProof/>
                <w:lang w:val="ro-RO"/>
              </w:rPr>
            </w:pPr>
          </w:p>
        </w:tc>
        <w:tc>
          <w:tcPr>
            <w:tcW w:w="3402" w:type="dxa"/>
          </w:tcPr>
          <w:p w14:paraId="6BCADD94" w14:textId="77777777" w:rsidR="007A04A9" w:rsidRPr="006C2580" w:rsidRDefault="00F954C6">
            <w:pPr>
              <w:rPr>
                <w:noProof/>
                <w:lang w:val="ro-RO"/>
              </w:rPr>
            </w:pPr>
            <w:r w:rsidRPr="006C2580">
              <w:rPr>
                <w:noProof/>
                <w:sz w:val="16"/>
                <w:lang w:val="ro-RO"/>
              </w:rPr>
              <w:t>Piuliță</w:t>
            </w:r>
          </w:p>
        </w:tc>
        <w:tc>
          <w:tcPr>
            <w:tcW w:w="1332" w:type="dxa"/>
          </w:tcPr>
          <w:p w14:paraId="60A35D0B" w14:textId="77777777" w:rsidR="007A04A9" w:rsidRPr="006C2580" w:rsidRDefault="00F954C6">
            <w:pPr>
              <w:jc w:val="center"/>
              <w:rPr>
                <w:noProof/>
                <w:lang w:val="ro-RO"/>
              </w:rPr>
            </w:pPr>
            <w:r w:rsidRPr="006C2580">
              <w:rPr>
                <w:noProof/>
                <w:sz w:val="16"/>
                <w:lang w:val="ro-RO"/>
              </w:rPr>
              <w:t>20 buc</w:t>
            </w:r>
          </w:p>
        </w:tc>
        <w:tc>
          <w:tcPr>
            <w:tcW w:w="5386" w:type="dxa"/>
          </w:tcPr>
          <w:p w14:paraId="76354696" w14:textId="77777777" w:rsidR="007A04A9" w:rsidRPr="006C2580" w:rsidRDefault="00F954C6">
            <w:pPr>
              <w:rPr>
                <w:noProof/>
                <w:lang w:val="ro-RO"/>
              </w:rPr>
            </w:pPr>
            <w:r w:rsidRPr="006C2580">
              <w:rPr>
                <w:noProof/>
                <w:sz w:val="14"/>
                <w:lang w:val="ro-RO"/>
              </w:rPr>
              <w:t>Piuliță din fontă Ø20</w:t>
            </w:r>
          </w:p>
        </w:tc>
        <w:tc>
          <w:tcPr>
            <w:tcW w:w="1587" w:type="dxa"/>
          </w:tcPr>
          <w:p w14:paraId="74E1CF4A" w14:textId="77777777" w:rsidR="007A04A9" w:rsidRPr="006C2580" w:rsidRDefault="00F954C6">
            <w:pPr>
              <w:jc w:val="center"/>
              <w:rPr>
                <w:noProof/>
                <w:lang w:val="ro-RO"/>
              </w:rPr>
            </w:pPr>
            <w:r w:rsidRPr="006C2580">
              <w:rPr>
                <w:noProof/>
                <w:sz w:val="16"/>
                <w:lang w:val="ro-RO"/>
              </w:rPr>
              <w:t>180,00</w:t>
            </w:r>
          </w:p>
        </w:tc>
      </w:tr>
      <w:tr w:rsidR="007A04A9" w:rsidRPr="006C2580" w14:paraId="45AB4DAB" w14:textId="77777777" w:rsidTr="00B72783">
        <w:tc>
          <w:tcPr>
            <w:tcW w:w="1154" w:type="dxa"/>
          </w:tcPr>
          <w:p w14:paraId="738F71C5" w14:textId="77777777" w:rsidR="007A04A9" w:rsidRPr="006C2580" w:rsidRDefault="00F954C6">
            <w:pPr>
              <w:jc w:val="center"/>
              <w:rPr>
                <w:noProof/>
                <w:lang w:val="ro-RO"/>
              </w:rPr>
            </w:pPr>
            <w:r w:rsidRPr="006C2580">
              <w:rPr>
                <w:noProof/>
                <w:sz w:val="16"/>
                <w:lang w:val="ro-RO"/>
              </w:rPr>
              <w:t>1.55</w:t>
            </w:r>
          </w:p>
        </w:tc>
        <w:tc>
          <w:tcPr>
            <w:tcW w:w="1361" w:type="dxa"/>
          </w:tcPr>
          <w:p w14:paraId="610C8235" w14:textId="77777777" w:rsidR="007A04A9" w:rsidRPr="006C2580" w:rsidRDefault="007A04A9">
            <w:pPr>
              <w:jc w:val="center"/>
              <w:rPr>
                <w:noProof/>
                <w:lang w:val="ro-RO"/>
              </w:rPr>
            </w:pPr>
          </w:p>
        </w:tc>
        <w:tc>
          <w:tcPr>
            <w:tcW w:w="3402" w:type="dxa"/>
          </w:tcPr>
          <w:p w14:paraId="37EC1DF8" w14:textId="77777777" w:rsidR="007A04A9" w:rsidRPr="006C2580" w:rsidRDefault="00F954C6">
            <w:pPr>
              <w:rPr>
                <w:noProof/>
                <w:lang w:val="ro-RO"/>
              </w:rPr>
            </w:pPr>
            <w:r w:rsidRPr="006C2580">
              <w:rPr>
                <w:noProof/>
                <w:sz w:val="16"/>
                <w:lang w:val="ro-RO"/>
              </w:rPr>
              <w:t>Mufă</w:t>
            </w:r>
          </w:p>
        </w:tc>
        <w:tc>
          <w:tcPr>
            <w:tcW w:w="1332" w:type="dxa"/>
          </w:tcPr>
          <w:p w14:paraId="78469074" w14:textId="77777777" w:rsidR="007A04A9" w:rsidRPr="006C2580" w:rsidRDefault="00F954C6">
            <w:pPr>
              <w:jc w:val="center"/>
              <w:rPr>
                <w:noProof/>
                <w:lang w:val="ro-RO"/>
              </w:rPr>
            </w:pPr>
            <w:r w:rsidRPr="006C2580">
              <w:rPr>
                <w:noProof/>
                <w:sz w:val="16"/>
                <w:lang w:val="ro-RO"/>
              </w:rPr>
              <w:t>20 buc</w:t>
            </w:r>
          </w:p>
        </w:tc>
        <w:tc>
          <w:tcPr>
            <w:tcW w:w="5386" w:type="dxa"/>
          </w:tcPr>
          <w:p w14:paraId="4620986B" w14:textId="77777777" w:rsidR="007A04A9" w:rsidRPr="006C2580" w:rsidRDefault="00F954C6">
            <w:pPr>
              <w:rPr>
                <w:noProof/>
                <w:lang w:val="ro-RO"/>
              </w:rPr>
            </w:pPr>
            <w:r w:rsidRPr="006C2580">
              <w:rPr>
                <w:noProof/>
                <w:sz w:val="14"/>
                <w:lang w:val="ro-RO"/>
              </w:rPr>
              <w:t>Mufă ¾ din fontă Ø20</w:t>
            </w:r>
          </w:p>
        </w:tc>
        <w:tc>
          <w:tcPr>
            <w:tcW w:w="1587" w:type="dxa"/>
          </w:tcPr>
          <w:p w14:paraId="6B841876" w14:textId="77777777" w:rsidR="007A04A9" w:rsidRPr="006C2580" w:rsidRDefault="00F954C6">
            <w:pPr>
              <w:jc w:val="center"/>
              <w:rPr>
                <w:noProof/>
                <w:lang w:val="ro-RO"/>
              </w:rPr>
            </w:pPr>
            <w:r w:rsidRPr="006C2580">
              <w:rPr>
                <w:noProof/>
                <w:sz w:val="16"/>
                <w:lang w:val="ro-RO"/>
              </w:rPr>
              <w:t>160,00</w:t>
            </w:r>
          </w:p>
        </w:tc>
      </w:tr>
      <w:tr w:rsidR="007A04A9" w:rsidRPr="006C2580" w14:paraId="7B0C3319" w14:textId="77777777" w:rsidTr="00B72783">
        <w:tc>
          <w:tcPr>
            <w:tcW w:w="1154" w:type="dxa"/>
          </w:tcPr>
          <w:p w14:paraId="57CF7B0D" w14:textId="77777777" w:rsidR="007A04A9" w:rsidRPr="006C2580" w:rsidRDefault="00F954C6">
            <w:pPr>
              <w:jc w:val="center"/>
              <w:rPr>
                <w:noProof/>
                <w:lang w:val="ro-RO"/>
              </w:rPr>
            </w:pPr>
            <w:r w:rsidRPr="006C2580">
              <w:rPr>
                <w:noProof/>
                <w:sz w:val="16"/>
                <w:lang w:val="ro-RO"/>
              </w:rPr>
              <w:t>1.56</w:t>
            </w:r>
          </w:p>
        </w:tc>
        <w:tc>
          <w:tcPr>
            <w:tcW w:w="1361" w:type="dxa"/>
          </w:tcPr>
          <w:p w14:paraId="4DB08B12" w14:textId="77777777" w:rsidR="007A04A9" w:rsidRPr="006C2580" w:rsidRDefault="007A04A9">
            <w:pPr>
              <w:jc w:val="center"/>
              <w:rPr>
                <w:noProof/>
                <w:lang w:val="ro-RO"/>
              </w:rPr>
            </w:pPr>
          </w:p>
        </w:tc>
        <w:tc>
          <w:tcPr>
            <w:tcW w:w="3402" w:type="dxa"/>
          </w:tcPr>
          <w:p w14:paraId="08D41A38" w14:textId="77777777" w:rsidR="007A04A9" w:rsidRPr="006C2580" w:rsidRDefault="00F954C6">
            <w:pPr>
              <w:rPr>
                <w:noProof/>
                <w:lang w:val="ro-RO"/>
              </w:rPr>
            </w:pPr>
            <w:r w:rsidRPr="006C2580">
              <w:rPr>
                <w:noProof/>
                <w:sz w:val="16"/>
                <w:lang w:val="ro-RO"/>
              </w:rPr>
              <w:t>Cartuș</w:t>
            </w:r>
          </w:p>
        </w:tc>
        <w:tc>
          <w:tcPr>
            <w:tcW w:w="1332" w:type="dxa"/>
          </w:tcPr>
          <w:p w14:paraId="4BFE804E" w14:textId="77777777" w:rsidR="007A04A9" w:rsidRPr="006C2580" w:rsidRDefault="00F954C6">
            <w:pPr>
              <w:jc w:val="center"/>
              <w:rPr>
                <w:noProof/>
                <w:lang w:val="ro-RO"/>
              </w:rPr>
            </w:pPr>
            <w:r w:rsidRPr="006C2580">
              <w:rPr>
                <w:noProof/>
                <w:sz w:val="16"/>
                <w:lang w:val="ro-RO"/>
              </w:rPr>
              <w:t>6 buc</w:t>
            </w:r>
          </w:p>
        </w:tc>
        <w:tc>
          <w:tcPr>
            <w:tcW w:w="5386" w:type="dxa"/>
          </w:tcPr>
          <w:p w14:paraId="7D8CFF62" w14:textId="77777777" w:rsidR="007A04A9" w:rsidRPr="006C2580" w:rsidRDefault="00F954C6">
            <w:pPr>
              <w:rPr>
                <w:noProof/>
                <w:lang w:val="ro-RO"/>
              </w:rPr>
            </w:pPr>
            <w:r w:rsidRPr="006C2580">
              <w:rPr>
                <w:noProof/>
                <w:sz w:val="14"/>
                <w:lang w:val="ro-RO"/>
              </w:rPr>
              <w:t>Cartuș CPP-5A fibra de poliester</w:t>
            </w:r>
          </w:p>
        </w:tc>
        <w:tc>
          <w:tcPr>
            <w:tcW w:w="1587" w:type="dxa"/>
          </w:tcPr>
          <w:p w14:paraId="252E44A5" w14:textId="77777777" w:rsidR="007A04A9" w:rsidRPr="006C2580" w:rsidRDefault="00F954C6">
            <w:pPr>
              <w:jc w:val="center"/>
              <w:rPr>
                <w:noProof/>
                <w:lang w:val="ro-RO"/>
              </w:rPr>
            </w:pPr>
            <w:r w:rsidRPr="006C2580">
              <w:rPr>
                <w:noProof/>
                <w:sz w:val="16"/>
                <w:lang w:val="ro-RO"/>
              </w:rPr>
              <w:t>162,00</w:t>
            </w:r>
          </w:p>
        </w:tc>
      </w:tr>
      <w:tr w:rsidR="007A04A9" w:rsidRPr="006C2580" w14:paraId="4BFEDFD9" w14:textId="77777777" w:rsidTr="00B72783">
        <w:tc>
          <w:tcPr>
            <w:tcW w:w="1154" w:type="dxa"/>
          </w:tcPr>
          <w:p w14:paraId="1E113906" w14:textId="77777777" w:rsidR="007A04A9" w:rsidRPr="006C2580" w:rsidRDefault="00F954C6">
            <w:pPr>
              <w:jc w:val="center"/>
              <w:rPr>
                <w:noProof/>
                <w:lang w:val="ro-RO"/>
              </w:rPr>
            </w:pPr>
            <w:r w:rsidRPr="006C2580">
              <w:rPr>
                <w:noProof/>
                <w:sz w:val="16"/>
                <w:lang w:val="ro-RO"/>
              </w:rPr>
              <w:t>1.57</w:t>
            </w:r>
          </w:p>
        </w:tc>
        <w:tc>
          <w:tcPr>
            <w:tcW w:w="1361" w:type="dxa"/>
          </w:tcPr>
          <w:p w14:paraId="15C5673C" w14:textId="77777777" w:rsidR="007A04A9" w:rsidRPr="006C2580" w:rsidRDefault="007A04A9">
            <w:pPr>
              <w:jc w:val="center"/>
              <w:rPr>
                <w:noProof/>
                <w:lang w:val="ro-RO"/>
              </w:rPr>
            </w:pPr>
          </w:p>
        </w:tc>
        <w:tc>
          <w:tcPr>
            <w:tcW w:w="3402" w:type="dxa"/>
          </w:tcPr>
          <w:p w14:paraId="51162A49" w14:textId="77777777" w:rsidR="007A04A9" w:rsidRPr="006C2580" w:rsidRDefault="00F954C6">
            <w:pPr>
              <w:rPr>
                <w:noProof/>
                <w:lang w:val="ro-RO"/>
              </w:rPr>
            </w:pPr>
            <w:r w:rsidRPr="006C2580">
              <w:rPr>
                <w:noProof/>
                <w:sz w:val="16"/>
                <w:lang w:val="ro-RO"/>
              </w:rPr>
              <w:t>Robinet</w:t>
            </w:r>
          </w:p>
        </w:tc>
        <w:tc>
          <w:tcPr>
            <w:tcW w:w="1332" w:type="dxa"/>
          </w:tcPr>
          <w:p w14:paraId="5A6102EB" w14:textId="77777777" w:rsidR="007A04A9" w:rsidRPr="006C2580" w:rsidRDefault="00F954C6">
            <w:pPr>
              <w:jc w:val="center"/>
              <w:rPr>
                <w:noProof/>
                <w:lang w:val="ro-RO"/>
              </w:rPr>
            </w:pPr>
            <w:r w:rsidRPr="006C2580">
              <w:rPr>
                <w:noProof/>
                <w:sz w:val="16"/>
                <w:lang w:val="ro-RO"/>
              </w:rPr>
              <w:t>10 buc</w:t>
            </w:r>
          </w:p>
        </w:tc>
        <w:tc>
          <w:tcPr>
            <w:tcW w:w="5386" w:type="dxa"/>
          </w:tcPr>
          <w:p w14:paraId="56B9C763" w14:textId="77777777" w:rsidR="007A04A9" w:rsidRPr="006C2580" w:rsidRDefault="00F954C6">
            <w:pPr>
              <w:rPr>
                <w:noProof/>
                <w:lang w:val="ro-RO"/>
              </w:rPr>
            </w:pPr>
            <w:r w:rsidRPr="006C2580">
              <w:rPr>
                <w:noProof/>
                <w:sz w:val="14"/>
                <w:lang w:val="ro-RO"/>
              </w:rPr>
              <w:t>Robinet cu bila pentru apă 1/2 FF  Ø15</w:t>
            </w:r>
          </w:p>
        </w:tc>
        <w:tc>
          <w:tcPr>
            <w:tcW w:w="1587" w:type="dxa"/>
          </w:tcPr>
          <w:p w14:paraId="30230EE3" w14:textId="77777777" w:rsidR="007A04A9" w:rsidRPr="006C2580" w:rsidRDefault="00F954C6">
            <w:pPr>
              <w:jc w:val="center"/>
              <w:rPr>
                <w:noProof/>
                <w:lang w:val="ro-RO"/>
              </w:rPr>
            </w:pPr>
            <w:r w:rsidRPr="006C2580">
              <w:rPr>
                <w:noProof/>
                <w:sz w:val="16"/>
                <w:lang w:val="ro-RO"/>
              </w:rPr>
              <w:t>280,00</w:t>
            </w:r>
          </w:p>
        </w:tc>
      </w:tr>
      <w:tr w:rsidR="007A04A9" w:rsidRPr="006C2580" w14:paraId="618C6E26" w14:textId="77777777" w:rsidTr="00B72783">
        <w:tc>
          <w:tcPr>
            <w:tcW w:w="1154" w:type="dxa"/>
          </w:tcPr>
          <w:p w14:paraId="0BDE6951" w14:textId="77777777" w:rsidR="007A04A9" w:rsidRPr="006C2580" w:rsidRDefault="00F954C6">
            <w:pPr>
              <w:jc w:val="center"/>
              <w:rPr>
                <w:noProof/>
                <w:lang w:val="ro-RO"/>
              </w:rPr>
            </w:pPr>
            <w:r w:rsidRPr="006C2580">
              <w:rPr>
                <w:noProof/>
                <w:sz w:val="16"/>
                <w:lang w:val="ro-RO"/>
              </w:rPr>
              <w:t>1.58</w:t>
            </w:r>
          </w:p>
        </w:tc>
        <w:tc>
          <w:tcPr>
            <w:tcW w:w="1361" w:type="dxa"/>
          </w:tcPr>
          <w:p w14:paraId="6E7B07F6" w14:textId="77777777" w:rsidR="007A04A9" w:rsidRPr="006C2580" w:rsidRDefault="007A04A9">
            <w:pPr>
              <w:jc w:val="center"/>
              <w:rPr>
                <w:noProof/>
                <w:lang w:val="ro-RO"/>
              </w:rPr>
            </w:pPr>
          </w:p>
        </w:tc>
        <w:tc>
          <w:tcPr>
            <w:tcW w:w="3402" w:type="dxa"/>
          </w:tcPr>
          <w:p w14:paraId="00ED69C6" w14:textId="77777777" w:rsidR="007A04A9" w:rsidRPr="006C2580" w:rsidRDefault="00F954C6">
            <w:pPr>
              <w:rPr>
                <w:noProof/>
                <w:lang w:val="ro-RO"/>
              </w:rPr>
            </w:pPr>
            <w:r w:rsidRPr="006C2580">
              <w:rPr>
                <w:noProof/>
                <w:sz w:val="16"/>
                <w:lang w:val="ro-RO"/>
              </w:rPr>
              <w:t>Robinet</w:t>
            </w:r>
          </w:p>
        </w:tc>
        <w:tc>
          <w:tcPr>
            <w:tcW w:w="1332" w:type="dxa"/>
          </w:tcPr>
          <w:p w14:paraId="2EFF78B8" w14:textId="77777777" w:rsidR="007A04A9" w:rsidRPr="006C2580" w:rsidRDefault="00F954C6">
            <w:pPr>
              <w:jc w:val="center"/>
              <w:rPr>
                <w:noProof/>
                <w:lang w:val="ro-RO"/>
              </w:rPr>
            </w:pPr>
            <w:r w:rsidRPr="006C2580">
              <w:rPr>
                <w:noProof/>
                <w:sz w:val="16"/>
                <w:lang w:val="ro-RO"/>
              </w:rPr>
              <w:t>10 buc</w:t>
            </w:r>
          </w:p>
        </w:tc>
        <w:tc>
          <w:tcPr>
            <w:tcW w:w="5386" w:type="dxa"/>
          </w:tcPr>
          <w:p w14:paraId="19C6EFA2" w14:textId="77777777" w:rsidR="007A04A9" w:rsidRPr="006C2580" w:rsidRDefault="00F954C6">
            <w:pPr>
              <w:rPr>
                <w:noProof/>
                <w:lang w:val="ro-RO"/>
              </w:rPr>
            </w:pPr>
            <w:r w:rsidRPr="006C2580">
              <w:rPr>
                <w:noProof/>
                <w:sz w:val="14"/>
                <w:lang w:val="ro-RO"/>
              </w:rPr>
              <w:t>Robinet cu bila pentru apă 1/2 FM  Ø15</w:t>
            </w:r>
          </w:p>
        </w:tc>
        <w:tc>
          <w:tcPr>
            <w:tcW w:w="1587" w:type="dxa"/>
          </w:tcPr>
          <w:p w14:paraId="7FE3CF16" w14:textId="77777777" w:rsidR="007A04A9" w:rsidRPr="006C2580" w:rsidRDefault="00F954C6">
            <w:pPr>
              <w:jc w:val="center"/>
              <w:rPr>
                <w:noProof/>
                <w:lang w:val="ro-RO"/>
              </w:rPr>
            </w:pPr>
            <w:r w:rsidRPr="006C2580">
              <w:rPr>
                <w:noProof/>
                <w:sz w:val="16"/>
                <w:lang w:val="ro-RO"/>
              </w:rPr>
              <w:t>280,00</w:t>
            </w:r>
          </w:p>
        </w:tc>
      </w:tr>
      <w:tr w:rsidR="007A04A9" w:rsidRPr="006C2580" w14:paraId="19D33E95" w14:textId="77777777" w:rsidTr="00B72783">
        <w:tc>
          <w:tcPr>
            <w:tcW w:w="1154" w:type="dxa"/>
          </w:tcPr>
          <w:p w14:paraId="636A804B" w14:textId="77777777" w:rsidR="007A04A9" w:rsidRPr="006C2580" w:rsidRDefault="00F954C6">
            <w:pPr>
              <w:jc w:val="center"/>
              <w:rPr>
                <w:noProof/>
                <w:lang w:val="ro-RO"/>
              </w:rPr>
            </w:pPr>
            <w:r w:rsidRPr="006C2580">
              <w:rPr>
                <w:noProof/>
                <w:sz w:val="16"/>
                <w:lang w:val="ro-RO"/>
              </w:rPr>
              <w:t>1.59</w:t>
            </w:r>
          </w:p>
        </w:tc>
        <w:tc>
          <w:tcPr>
            <w:tcW w:w="1361" w:type="dxa"/>
          </w:tcPr>
          <w:p w14:paraId="07C8AAF2" w14:textId="77777777" w:rsidR="007A04A9" w:rsidRPr="006C2580" w:rsidRDefault="007A04A9">
            <w:pPr>
              <w:jc w:val="center"/>
              <w:rPr>
                <w:noProof/>
                <w:lang w:val="ro-RO"/>
              </w:rPr>
            </w:pPr>
          </w:p>
        </w:tc>
        <w:tc>
          <w:tcPr>
            <w:tcW w:w="3402" w:type="dxa"/>
          </w:tcPr>
          <w:p w14:paraId="3852B665" w14:textId="77777777" w:rsidR="007A04A9" w:rsidRPr="006C2580" w:rsidRDefault="00F954C6">
            <w:pPr>
              <w:rPr>
                <w:noProof/>
                <w:lang w:val="ro-RO"/>
              </w:rPr>
            </w:pPr>
            <w:r w:rsidRPr="006C2580">
              <w:rPr>
                <w:noProof/>
                <w:sz w:val="16"/>
                <w:lang w:val="ro-RO"/>
              </w:rPr>
              <w:t>Robinet</w:t>
            </w:r>
          </w:p>
        </w:tc>
        <w:tc>
          <w:tcPr>
            <w:tcW w:w="1332" w:type="dxa"/>
          </w:tcPr>
          <w:p w14:paraId="582C082C" w14:textId="77777777" w:rsidR="007A04A9" w:rsidRPr="006C2580" w:rsidRDefault="00F954C6">
            <w:pPr>
              <w:jc w:val="center"/>
              <w:rPr>
                <w:noProof/>
                <w:lang w:val="ro-RO"/>
              </w:rPr>
            </w:pPr>
            <w:r w:rsidRPr="006C2580">
              <w:rPr>
                <w:noProof/>
                <w:sz w:val="16"/>
                <w:lang w:val="ro-RO"/>
              </w:rPr>
              <w:t>10 buc</w:t>
            </w:r>
          </w:p>
        </w:tc>
        <w:tc>
          <w:tcPr>
            <w:tcW w:w="5386" w:type="dxa"/>
          </w:tcPr>
          <w:p w14:paraId="2C4264C4" w14:textId="77777777" w:rsidR="007A04A9" w:rsidRPr="006C2580" w:rsidRDefault="00F954C6">
            <w:pPr>
              <w:rPr>
                <w:noProof/>
                <w:lang w:val="ro-RO"/>
              </w:rPr>
            </w:pPr>
            <w:r w:rsidRPr="006C2580">
              <w:rPr>
                <w:noProof/>
                <w:sz w:val="14"/>
                <w:lang w:val="ro-RO"/>
              </w:rPr>
              <w:t>Robinet cu ventil 1/2 FM  Ø20</w:t>
            </w:r>
          </w:p>
        </w:tc>
        <w:tc>
          <w:tcPr>
            <w:tcW w:w="1587" w:type="dxa"/>
          </w:tcPr>
          <w:p w14:paraId="0A207272" w14:textId="77777777" w:rsidR="007A04A9" w:rsidRPr="006C2580" w:rsidRDefault="00F954C6">
            <w:pPr>
              <w:jc w:val="center"/>
              <w:rPr>
                <w:noProof/>
                <w:lang w:val="ro-RO"/>
              </w:rPr>
            </w:pPr>
            <w:r w:rsidRPr="006C2580">
              <w:rPr>
                <w:noProof/>
                <w:sz w:val="16"/>
                <w:lang w:val="ro-RO"/>
              </w:rPr>
              <w:t>750,00</w:t>
            </w:r>
          </w:p>
        </w:tc>
      </w:tr>
      <w:tr w:rsidR="007A04A9" w:rsidRPr="006C2580" w14:paraId="46CB8027" w14:textId="77777777" w:rsidTr="00B72783">
        <w:tc>
          <w:tcPr>
            <w:tcW w:w="1154" w:type="dxa"/>
          </w:tcPr>
          <w:p w14:paraId="58149253" w14:textId="77777777" w:rsidR="007A04A9" w:rsidRPr="006C2580" w:rsidRDefault="00F954C6">
            <w:pPr>
              <w:jc w:val="center"/>
              <w:rPr>
                <w:noProof/>
                <w:lang w:val="ro-RO"/>
              </w:rPr>
            </w:pPr>
            <w:r w:rsidRPr="006C2580">
              <w:rPr>
                <w:noProof/>
                <w:sz w:val="16"/>
                <w:lang w:val="ro-RO"/>
              </w:rPr>
              <w:t>1.60</w:t>
            </w:r>
          </w:p>
        </w:tc>
        <w:tc>
          <w:tcPr>
            <w:tcW w:w="1361" w:type="dxa"/>
          </w:tcPr>
          <w:p w14:paraId="283E5CD6" w14:textId="77777777" w:rsidR="007A04A9" w:rsidRPr="006C2580" w:rsidRDefault="007A04A9">
            <w:pPr>
              <w:jc w:val="center"/>
              <w:rPr>
                <w:noProof/>
                <w:lang w:val="ro-RO"/>
              </w:rPr>
            </w:pPr>
          </w:p>
        </w:tc>
        <w:tc>
          <w:tcPr>
            <w:tcW w:w="3402" w:type="dxa"/>
          </w:tcPr>
          <w:p w14:paraId="7B7C39AE" w14:textId="77777777" w:rsidR="007A04A9" w:rsidRPr="006C2580" w:rsidRDefault="00F954C6">
            <w:pPr>
              <w:rPr>
                <w:noProof/>
                <w:lang w:val="ro-RO"/>
              </w:rPr>
            </w:pPr>
            <w:r w:rsidRPr="006C2580">
              <w:rPr>
                <w:noProof/>
                <w:sz w:val="16"/>
                <w:lang w:val="ro-RO"/>
              </w:rPr>
              <w:t>Robinet</w:t>
            </w:r>
          </w:p>
        </w:tc>
        <w:tc>
          <w:tcPr>
            <w:tcW w:w="1332" w:type="dxa"/>
          </w:tcPr>
          <w:p w14:paraId="67BDD466" w14:textId="77777777" w:rsidR="007A04A9" w:rsidRPr="006C2580" w:rsidRDefault="00F954C6">
            <w:pPr>
              <w:jc w:val="center"/>
              <w:rPr>
                <w:noProof/>
                <w:lang w:val="ro-RO"/>
              </w:rPr>
            </w:pPr>
            <w:r w:rsidRPr="006C2580">
              <w:rPr>
                <w:noProof/>
                <w:sz w:val="16"/>
                <w:lang w:val="ro-RO"/>
              </w:rPr>
              <w:t>10 buc</w:t>
            </w:r>
          </w:p>
        </w:tc>
        <w:tc>
          <w:tcPr>
            <w:tcW w:w="5386" w:type="dxa"/>
          </w:tcPr>
          <w:p w14:paraId="788A478F" w14:textId="77777777" w:rsidR="007A04A9" w:rsidRPr="006C2580" w:rsidRDefault="00F954C6">
            <w:pPr>
              <w:rPr>
                <w:noProof/>
                <w:lang w:val="ro-RO"/>
              </w:rPr>
            </w:pPr>
            <w:r w:rsidRPr="006C2580">
              <w:rPr>
                <w:noProof/>
                <w:sz w:val="14"/>
                <w:lang w:val="ro-RO"/>
              </w:rPr>
              <w:t>Robinet dublu serviciu 1/2 plastic cu piulița</w:t>
            </w:r>
          </w:p>
        </w:tc>
        <w:tc>
          <w:tcPr>
            <w:tcW w:w="1587" w:type="dxa"/>
          </w:tcPr>
          <w:p w14:paraId="6BE8387A" w14:textId="77777777" w:rsidR="007A04A9" w:rsidRPr="006C2580" w:rsidRDefault="00F954C6">
            <w:pPr>
              <w:jc w:val="center"/>
              <w:rPr>
                <w:noProof/>
                <w:lang w:val="ro-RO"/>
              </w:rPr>
            </w:pPr>
            <w:r w:rsidRPr="006C2580">
              <w:rPr>
                <w:noProof/>
                <w:sz w:val="16"/>
                <w:lang w:val="ro-RO"/>
              </w:rPr>
              <w:t>160,00</w:t>
            </w:r>
          </w:p>
        </w:tc>
      </w:tr>
      <w:tr w:rsidR="007A04A9" w:rsidRPr="006C2580" w14:paraId="08CEA3ED" w14:textId="77777777" w:rsidTr="00B72783">
        <w:tc>
          <w:tcPr>
            <w:tcW w:w="1154" w:type="dxa"/>
          </w:tcPr>
          <w:p w14:paraId="08003E4D" w14:textId="77777777" w:rsidR="007A04A9" w:rsidRPr="006C2580" w:rsidRDefault="00F954C6">
            <w:pPr>
              <w:jc w:val="center"/>
              <w:rPr>
                <w:noProof/>
                <w:lang w:val="ro-RO"/>
              </w:rPr>
            </w:pPr>
            <w:r w:rsidRPr="006C2580">
              <w:rPr>
                <w:noProof/>
                <w:sz w:val="16"/>
                <w:lang w:val="ro-RO"/>
              </w:rPr>
              <w:t>1.61</w:t>
            </w:r>
          </w:p>
        </w:tc>
        <w:tc>
          <w:tcPr>
            <w:tcW w:w="1361" w:type="dxa"/>
          </w:tcPr>
          <w:p w14:paraId="0C62B331" w14:textId="77777777" w:rsidR="007A04A9" w:rsidRPr="006C2580" w:rsidRDefault="007A04A9">
            <w:pPr>
              <w:jc w:val="center"/>
              <w:rPr>
                <w:noProof/>
                <w:lang w:val="ro-RO"/>
              </w:rPr>
            </w:pPr>
          </w:p>
        </w:tc>
        <w:tc>
          <w:tcPr>
            <w:tcW w:w="3402" w:type="dxa"/>
          </w:tcPr>
          <w:p w14:paraId="41812083" w14:textId="77777777" w:rsidR="007A04A9" w:rsidRPr="006C2580" w:rsidRDefault="00F954C6">
            <w:pPr>
              <w:rPr>
                <w:noProof/>
                <w:lang w:val="ro-RO"/>
              </w:rPr>
            </w:pPr>
            <w:r w:rsidRPr="006C2580">
              <w:rPr>
                <w:noProof/>
                <w:sz w:val="16"/>
                <w:lang w:val="ro-RO"/>
              </w:rPr>
              <w:t>Robinet</w:t>
            </w:r>
          </w:p>
        </w:tc>
        <w:tc>
          <w:tcPr>
            <w:tcW w:w="1332" w:type="dxa"/>
          </w:tcPr>
          <w:p w14:paraId="11C926E5" w14:textId="77777777" w:rsidR="007A04A9" w:rsidRPr="006C2580" w:rsidRDefault="00F954C6">
            <w:pPr>
              <w:jc w:val="center"/>
              <w:rPr>
                <w:noProof/>
                <w:lang w:val="ro-RO"/>
              </w:rPr>
            </w:pPr>
            <w:r w:rsidRPr="006C2580">
              <w:rPr>
                <w:noProof/>
                <w:sz w:val="16"/>
                <w:lang w:val="ro-RO"/>
              </w:rPr>
              <w:t>10 buc</w:t>
            </w:r>
          </w:p>
        </w:tc>
        <w:tc>
          <w:tcPr>
            <w:tcW w:w="5386" w:type="dxa"/>
          </w:tcPr>
          <w:p w14:paraId="6CE5E8D8" w14:textId="77777777" w:rsidR="007A04A9" w:rsidRPr="006C2580" w:rsidRDefault="00F954C6">
            <w:pPr>
              <w:rPr>
                <w:noProof/>
                <w:lang w:val="ro-RO"/>
              </w:rPr>
            </w:pPr>
            <w:r w:rsidRPr="006C2580">
              <w:rPr>
                <w:noProof/>
                <w:sz w:val="14"/>
                <w:lang w:val="ro-RO"/>
              </w:rPr>
              <w:t>Robinet maevschi 1/2  Ø15</w:t>
            </w:r>
          </w:p>
        </w:tc>
        <w:tc>
          <w:tcPr>
            <w:tcW w:w="1587" w:type="dxa"/>
          </w:tcPr>
          <w:p w14:paraId="4B229583" w14:textId="77777777" w:rsidR="007A04A9" w:rsidRPr="006C2580" w:rsidRDefault="00F954C6">
            <w:pPr>
              <w:jc w:val="center"/>
              <w:rPr>
                <w:noProof/>
                <w:lang w:val="ro-RO"/>
              </w:rPr>
            </w:pPr>
            <w:r w:rsidRPr="006C2580">
              <w:rPr>
                <w:noProof/>
                <w:sz w:val="16"/>
                <w:lang w:val="ro-RO"/>
              </w:rPr>
              <w:t>130,00</w:t>
            </w:r>
          </w:p>
        </w:tc>
      </w:tr>
      <w:tr w:rsidR="007A04A9" w:rsidRPr="006C2580" w14:paraId="02E9581D" w14:textId="77777777" w:rsidTr="00B72783">
        <w:tc>
          <w:tcPr>
            <w:tcW w:w="1154" w:type="dxa"/>
          </w:tcPr>
          <w:p w14:paraId="7A736CB2" w14:textId="77777777" w:rsidR="007A04A9" w:rsidRPr="006C2580" w:rsidRDefault="00F954C6">
            <w:pPr>
              <w:jc w:val="center"/>
              <w:rPr>
                <w:noProof/>
                <w:lang w:val="ro-RO"/>
              </w:rPr>
            </w:pPr>
            <w:r w:rsidRPr="006C2580">
              <w:rPr>
                <w:noProof/>
                <w:sz w:val="16"/>
                <w:lang w:val="ro-RO"/>
              </w:rPr>
              <w:t>1.62</w:t>
            </w:r>
          </w:p>
        </w:tc>
        <w:tc>
          <w:tcPr>
            <w:tcW w:w="1361" w:type="dxa"/>
          </w:tcPr>
          <w:p w14:paraId="391DF24F" w14:textId="77777777" w:rsidR="007A04A9" w:rsidRPr="006C2580" w:rsidRDefault="007A04A9">
            <w:pPr>
              <w:jc w:val="center"/>
              <w:rPr>
                <w:noProof/>
                <w:lang w:val="ro-RO"/>
              </w:rPr>
            </w:pPr>
          </w:p>
        </w:tc>
        <w:tc>
          <w:tcPr>
            <w:tcW w:w="3402" w:type="dxa"/>
          </w:tcPr>
          <w:p w14:paraId="4CE58E1A" w14:textId="77777777" w:rsidR="007A04A9" w:rsidRPr="006C2580" w:rsidRDefault="00F954C6">
            <w:pPr>
              <w:rPr>
                <w:noProof/>
                <w:lang w:val="ro-RO"/>
              </w:rPr>
            </w:pPr>
            <w:r w:rsidRPr="006C2580">
              <w:rPr>
                <w:noProof/>
                <w:sz w:val="16"/>
                <w:lang w:val="ro-RO"/>
              </w:rPr>
              <w:t>Robinet</w:t>
            </w:r>
          </w:p>
        </w:tc>
        <w:tc>
          <w:tcPr>
            <w:tcW w:w="1332" w:type="dxa"/>
          </w:tcPr>
          <w:p w14:paraId="1D894746" w14:textId="77777777" w:rsidR="007A04A9" w:rsidRPr="006C2580" w:rsidRDefault="00F954C6">
            <w:pPr>
              <w:jc w:val="center"/>
              <w:rPr>
                <w:noProof/>
                <w:lang w:val="ro-RO"/>
              </w:rPr>
            </w:pPr>
            <w:r w:rsidRPr="006C2580">
              <w:rPr>
                <w:noProof/>
                <w:sz w:val="16"/>
                <w:lang w:val="ro-RO"/>
              </w:rPr>
              <w:t>10 buc</w:t>
            </w:r>
          </w:p>
        </w:tc>
        <w:tc>
          <w:tcPr>
            <w:tcW w:w="5386" w:type="dxa"/>
          </w:tcPr>
          <w:p w14:paraId="36801B60" w14:textId="77777777" w:rsidR="007A04A9" w:rsidRPr="006C2580" w:rsidRDefault="00F954C6">
            <w:pPr>
              <w:rPr>
                <w:noProof/>
                <w:lang w:val="ro-RO"/>
              </w:rPr>
            </w:pPr>
            <w:r w:rsidRPr="006C2580">
              <w:rPr>
                <w:noProof/>
                <w:sz w:val="14"/>
                <w:lang w:val="ro-RO"/>
              </w:rPr>
              <w:t>Robinet maevschi 1/2  Ø20</w:t>
            </w:r>
          </w:p>
        </w:tc>
        <w:tc>
          <w:tcPr>
            <w:tcW w:w="1587" w:type="dxa"/>
          </w:tcPr>
          <w:p w14:paraId="6BA70EA2" w14:textId="77777777" w:rsidR="007A04A9" w:rsidRPr="006C2580" w:rsidRDefault="00F954C6">
            <w:pPr>
              <w:jc w:val="center"/>
              <w:rPr>
                <w:noProof/>
                <w:lang w:val="ro-RO"/>
              </w:rPr>
            </w:pPr>
            <w:r w:rsidRPr="006C2580">
              <w:rPr>
                <w:noProof/>
                <w:sz w:val="16"/>
                <w:lang w:val="ro-RO"/>
              </w:rPr>
              <w:t>160,00</w:t>
            </w:r>
          </w:p>
        </w:tc>
      </w:tr>
      <w:tr w:rsidR="007A04A9" w:rsidRPr="006C2580" w14:paraId="73B89310" w14:textId="77777777" w:rsidTr="00B72783">
        <w:tc>
          <w:tcPr>
            <w:tcW w:w="1154" w:type="dxa"/>
          </w:tcPr>
          <w:p w14:paraId="4CE5FC5E" w14:textId="77777777" w:rsidR="007A04A9" w:rsidRPr="006C2580" w:rsidRDefault="00F954C6">
            <w:pPr>
              <w:jc w:val="center"/>
              <w:rPr>
                <w:noProof/>
                <w:lang w:val="ro-RO"/>
              </w:rPr>
            </w:pPr>
            <w:r w:rsidRPr="006C2580">
              <w:rPr>
                <w:noProof/>
                <w:sz w:val="16"/>
                <w:lang w:val="ro-RO"/>
              </w:rPr>
              <w:t>1.63</w:t>
            </w:r>
          </w:p>
        </w:tc>
        <w:tc>
          <w:tcPr>
            <w:tcW w:w="1361" w:type="dxa"/>
          </w:tcPr>
          <w:p w14:paraId="2E0F85F5" w14:textId="77777777" w:rsidR="007A04A9" w:rsidRPr="006C2580" w:rsidRDefault="007A04A9">
            <w:pPr>
              <w:jc w:val="center"/>
              <w:rPr>
                <w:noProof/>
                <w:lang w:val="ro-RO"/>
              </w:rPr>
            </w:pPr>
          </w:p>
        </w:tc>
        <w:tc>
          <w:tcPr>
            <w:tcW w:w="3402" w:type="dxa"/>
          </w:tcPr>
          <w:p w14:paraId="2492D063" w14:textId="77777777" w:rsidR="007A04A9" w:rsidRPr="006C2580" w:rsidRDefault="00F954C6">
            <w:pPr>
              <w:rPr>
                <w:noProof/>
                <w:lang w:val="ro-RO"/>
              </w:rPr>
            </w:pPr>
            <w:r w:rsidRPr="006C2580">
              <w:rPr>
                <w:noProof/>
                <w:sz w:val="16"/>
                <w:lang w:val="ro-RO"/>
              </w:rPr>
              <w:t>Siguranța ППН - 33</w:t>
            </w:r>
          </w:p>
        </w:tc>
        <w:tc>
          <w:tcPr>
            <w:tcW w:w="1332" w:type="dxa"/>
          </w:tcPr>
          <w:p w14:paraId="2F512B46" w14:textId="77777777" w:rsidR="007A04A9" w:rsidRPr="006C2580" w:rsidRDefault="00F954C6">
            <w:pPr>
              <w:jc w:val="center"/>
              <w:rPr>
                <w:noProof/>
                <w:lang w:val="ro-RO"/>
              </w:rPr>
            </w:pPr>
            <w:r w:rsidRPr="006C2580">
              <w:rPr>
                <w:noProof/>
                <w:sz w:val="16"/>
                <w:lang w:val="ro-RO"/>
              </w:rPr>
              <w:t>20 buc</w:t>
            </w:r>
          </w:p>
        </w:tc>
        <w:tc>
          <w:tcPr>
            <w:tcW w:w="5386" w:type="dxa"/>
          </w:tcPr>
          <w:p w14:paraId="57F5F6F1" w14:textId="77777777" w:rsidR="007A04A9" w:rsidRPr="006C2580" w:rsidRDefault="00F954C6">
            <w:pPr>
              <w:rPr>
                <w:noProof/>
                <w:lang w:val="ro-RO"/>
              </w:rPr>
            </w:pPr>
            <w:r w:rsidRPr="006C2580">
              <w:rPr>
                <w:noProof/>
                <w:sz w:val="14"/>
                <w:lang w:val="ro-RO"/>
              </w:rPr>
              <w:t>Curent nominal(A) – 63ADimensiunea constructivă – 00(NH00)Gradul de protecție (IP) – IP00Tensiune nominală(V) – 660VTemperatura – de la -450C pînă la +600C</w:t>
            </w:r>
          </w:p>
        </w:tc>
        <w:tc>
          <w:tcPr>
            <w:tcW w:w="1587" w:type="dxa"/>
          </w:tcPr>
          <w:p w14:paraId="120F6594" w14:textId="77777777" w:rsidR="007A04A9" w:rsidRPr="006C2580" w:rsidRDefault="00F954C6">
            <w:pPr>
              <w:jc w:val="center"/>
              <w:rPr>
                <w:noProof/>
                <w:lang w:val="ro-RO"/>
              </w:rPr>
            </w:pPr>
            <w:r w:rsidRPr="006C2580">
              <w:rPr>
                <w:noProof/>
                <w:sz w:val="16"/>
                <w:lang w:val="ro-RO"/>
              </w:rPr>
              <w:t>1 260,00</w:t>
            </w:r>
          </w:p>
        </w:tc>
      </w:tr>
      <w:tr w:rsidR="007A04A9" w:rsidRPr="006C2580" w14:paraId="5C47FF8D" w14:textId="77777777" w:rsidTr="00B72783">
        <w:tc>
          <w:tcPr>
            <w:tcW w:w="1154" w:type="dxa"/>
          </w:tcPr>
          <w:p w14:paraId="0AEEC4C7" w14:textId="77777777" w:rsidR="007A04A9" w:rsidRPr="006C2580" w:rsidRDefault="00F954C6">
            <w:pPr>
              <w:jc w:val="center"/>
              <w:rPr>
                <w:noProof/>
                <w:lang w:val="ro-RO"/>
              </w:rPr>
            </w:pPr>
            <w:r w:rsidRPr="006C2580">
              <w:rPr>
                <w:noProof/>
                <w:sz w:val="16"/>
                <w:lang w:val="ro-RO"/>
              </w:rPr>
              <w:t>1.64</w:t>
            </w:r>
          </w:p>
        </w:tc>
        <w:tc>
          <w:tcPr>
            <w:tcW w:w="1361" w:type="dxa"/>
          </w:tcPr>
          <w:p w14:paraId="04FFB26E" w14:textId="77777777" w:rsidR="007A04A9" w:rsidRPr="006C2580" w:rsidRDefault="007A04A9">
            <w:pPr>
              <w:jc w:val="center"/>
              <w:rPr>
                <w:noProof/>
                <w:lang w:val="ro-RO"/>
              </w:rPr>
            </w:pPr>
          </w:p>
        </w:tc>
        <w:tc>
          <w:tcPr>
            <w:tcW w:w="3402" w:type="dxa"/>
          </w:tcPr>
          <w:p w14:paraId="606CD8E9" w14:textId="77777777" w:rsidR="007A04A9" w:rsidRPr="006C2580" w:rsidRDefault="00F954C6">
            <w:pPr>
              <w:rPr>
                <w:noProof/>
                <w:lang w:val="ro-RO"/>
              </w:rPr>
            </w:pPr>
            <w:r w:rsidRPr="006C2580">
              <w:rPr>
                <w:noProof/>
                <w:sz w:val="16"/>
                <w:lang w:val="ro-RO"/>
              </w:rPr>
              <w:t>Siguranța ППН - 33</w:t>
            </w:r>
          </w:p>
        </w:tc>
        <w:tc>
          <w:tcPr>
            <w:tcW w:w="1332" w:type="dxa"/>
          </w:tcPr>
          <w:p w14:paraId="4ACA5044" w14:textId="77777777" w:rsidR="007A04A9" w:rsidRPr="006C2580" w:rsidRDefault="00F954C6">
            <w:pPr>
              <w:jc w:val="center"/>
              <w:rPr>
                <w:noProof/>
                <w:lang w:val="ro-RO"/>
              </w:rPr>
            </w:pPr>
            <w:r w:rsidRPr="006C2580">
              <w:rPr>
                <w:noProof/>
                <w:sz w:val="16"/>
                <w:lang w:val="ro-RO"/>
              </w:rPr>
              <w:t>20 buc</w:t>
            </w:r>
          </w:p>
        </w:tc>
        <w:tc>
          <w:tcPr>
            <w:tcW w:w="5386" w:type="dxa"/>
          </w:tcPr>
          <w:p w14:paraId="4E761093" w14:textId="77777777" w:rsidR="007A04A9" w:rsidRPr="006C2580" w:rsidRDefault="00F954C6">
            <w:pPr>
              <w:rPr>
                <w:noProof/>
                <w:lang w:val="ro-RO"/>
              </w:rPr>
            </w:pPr>
            <w:r w:rsidRPr="006C2580">
              <w:rPr>
                <w:noProof/>
                <w:sz w:val="14"/>
                <w:lang w:val="ro-RO"/>
              </w:rPr>
              <w:t>Curent nominal(A) – 80ADimensiunea constructivă – 00(NH00)Gradul de protecție (IP) – IP00Tensiune nominală(V) – 660VTemperatura – de la -450C pînă la +600C</w:t>
            </w:r>
          </w:p>
        </w:tc>
        <w:tc>
          <w:tcPr>
            <w:tcW w:w="1587" w:type="dxa"/>
          </w:tcPr>
          <w:p w14:paraId="2266C95F" w14:textId="77777777" w:rsidR="007A04A9" w:rsidRPr="006C2580" w:rsidRDefault="00F954C6">
            <w:pPr>
              <w:jc w:val="center"/>
              <w:rPr>
                <w:noProof/>
                <w:lang w:val="ro-RO"/>
              </w:rPr>
            </w:pPr>
            <w:r w:rsidRPr="006C2580">
              <w:rPr>
                <w:noProof/>
                <w:sz w:val="16"/>
                <w:lang w:val="ro-RO"/>
              </w:rPr>
              <w:t>1 260,00</w:t>
            </w:r>
          </w:p>
        </w:tc>
      </w:tr>
      <w:tr w:rsidR="00B72783" w:rsidRPr="00166855" w14:paraId="7B939750" w14:textId="77777777" w:rsidTr="00E41DC9">
        <w:tc>
          <w:tcPr>
            <w:tcW w:w="14222" w:type="dxa"/>
            <w:gridSpan w:val="6"/>
          </w:tcPr>
          <w:p w14:paraId="53C65ABB" w14:textId="6699B79D" w:rsidR="00B72783" w:rsidRPr="006C2580" w:rsidRDefault="00B72783">
            <w:pPr>
              <w:rPr>
                <w:noProof/>
                <w:lang w:val="ro-RO"/>
              </w:rPr>
            </w:pPr>
            <w:r w:rsidRPr="006C2580">
              <w:rPr>
                <w:i/>
                <w:noProof/>
                <w:sz w:val="16"/>
                <w:lang w:val="ro-RO"/>
              </w:rPr>
              <w:t>Notă: Prețurile includ transportul până la adresa beneficiarului.</w:t>
            </w:r>
          </w:p>
        </w:tc>
      </w:tr>
      <w:tr w:rsidR="00B72783" w:rsidRPr="006C2580" w14:paraId="40D882CB" w14:textId="77777777" w:rsidTr="000E48D6">
        <w:tc>
          <w:tcPr>
            <w:tcW w:w="12635" w:type="dxa"/>
            <w:gridSpan w:val="5"/>
          </w:tcPr>
          <w:p w14:paraId="6C2AA875" w14:textId="701007B1" w:rsidR="00B72783" w:rsidRPr="006C2580" w:rsidRDefault="00B72783">
            <w:pPr>
              <w:rPr>
                <w:noProof/>
                <w:lang w:val="ro-RO"/>
              </w:rPr>
            </w:pPr>
            <w:r w:rsidRPr="006C2580">
              <w:rPr>
                <w:b/>
                <w:noProof/>
                <w:sz w:val="18"/>
                <w:lang w:val="ro-RO"/>
              </w:rPr>
              <w:t>Total lot nr. 1</w:t>
            </w:r>
          </w:p>
        </w:tc>
        <w:tc>
          <w:tcPr>
            <w:tcW w:w="1587" w:type="dxa"/>
          </w:tcPr>
          <w:p w14:paraId="3B8D8FF5" w14:textId="77777777" w:rsidR="00B72783" w:rsidRPr="006C2580" w:rsidRDefault="00B72783">
            <w:pPr>
              <w:jc w:val="center"/>
              <w:rPr>
                <w:noProof/>
                <w:lang w:val="ro-RO"/>
              </w:rPr>
            </w:pPr>
            <w:r w:rsidRPr="006C2580">
              <w:rPr>
                <w:b/>
                <w:noProof/>
                <w:sz w:val="18"/>
                <w:lang w:val="ro-RO"/>
              </w:rPr>
              <w:t>35 540,19</w:t>
            </w:r>
          </w:p>
        </w:tc>
      </w:tr>
      <w:tr w:rsidR="00B72783" w:rsidRPr="006C2580" w14:paraId="65873133" w14:textId="77777777" w:rsidTr="00D06AE1">
        <w:tc>
          <w:tcPr>
            <w:tcW w:w="12635" w:type="dxa"/>
            <w:gridSpan w:val="5"/>
          </w:tcPr>
          <w:p w14:paraId="65D8FB48" w14:textId="7BB6B277" w:rsidR="00B72783" w:rsidRPr="006C2580" w:rsidRDefault="00B72783">
            <w:pPr>
              <w:rPr>
                <w:noProof/>
                <w:lang w:val="ro-RO"/>
              </w:rPr>
            </w:pPr>
            <w:r w:rsidRPr="006C2580">
              <w:rPr>
                <w:b/>
                <w:noProof/>
                <w:sz w:val="18"/>
                <w:lang w:val="ro-RO"/>
              </w:rPr>
              <w:t>Valoarea totală estimată lei, fără TVA</w:t>
            </w:r>
          </w:p>
        </w:tc>
        <w:tc>
          <w:tcPr>
            <w:tcW w:w="1587" w:type="dxa"/>
          </w:tcPr>
          <w:p w14:paraId="502CE62D" w14:textId="77777777" w:rsidR="00B72783" w:rsidRPr="006C2580" w:rsidRDefault="00B72783">
            <w:pPr>
              <w:jc w:val="center"/>
              <w:rPr>
                <w:noProof/>
                <w:lang w:val="ro-RO"/>
              </w:rPr>
            </w:pPr>
            <w:r w:rsidRPr="006C2580">
              <w:rPr>
                <w:b/>
                <w:noProof/>
                <w:sz w:val="18"/>
                <w:lang w:val="ro-RO"/>
              </w:rPr>
              <w:t>35 540,19</w:t>
            </w:r>
          </w:p>
        </w:tc>
      </w:tr>
    </w:tbl>
    <w:p w14:paraId="0E775E1A" w14:textId="77777777" w:rsidR="007A04A9" w:rsidRPr="006C2580" w:rsidRDefault="007A04A9">
      <w:pPr>
        <w:spacing w:after="60"/>
        <w:rPr>
          <w:noProof/>
          <w:lang w:val="ro-RO"/>
        </w:rPr>
      </w:pPr>
    </w:p>
    <w:p w14:paraId="1461C67E" w14:textId="77777777" w:rsidR="007A04A9" w:rsidRPr="006C2580" w:rsidRDefault="00F954C6">
      <w:pPr>
        <w:spacing w:after="80"/>
        <w:ind w:firstLine="709"/>
        <w:jc w:val="both"/>
        <w:rPr>
          <w:noProof/>
          <w:lang w:val="ro-RO"/>
        </w:rPr>
      </w:pPr>
      <w:r w:rsidRPr="006C2580">
        <w:rPr>
          <w:noProof/>
          <w:sz w:val="24"/>
          <w:lang w:val="ro-RO"/>
        </w:rPr>
        <w:t>Notă*: După etapa finalizării licitației electronice, dacă aceasta a avut loc, în cazul micșorării prețurilor inițiale, conform rundelor desfăşurate, urmează a fi prezentată oferta actualizată în format electronic, cu aplicarea semnăturii electronice, la adresa de email indicată în documentația de atribuire.</w:t>
      </w:r>
    </w:p>
    <w:p w14:paraId="06088859" w14:textId="77777777" w:rsidR="007A04A9" w:rsidRPr="006C2580" w:rsidRDefault="00F954C6">
      <w:pPr>
        <w:spacing w:after="80"/>
        <w:ind w:firstLine="709"/>
        <w:jc w:val="both"/>
        <w:rPr>
          <w:noProof/>
          <w:lang w:val="ro-RO"/>
        </w:rPr>
      </w:pPr>
      <w:r w:rsidRPr="006C2580">
        <w:rPr>
          <w:noProof/>
          <w:sz w:val="24"/>
          <w:lang w:val="ro-RO"/>
        </w:rPr>
        <w:t>Prețurile pentru bunurile solicitate se indică în lei moldovenești, cu două cifre după virgulă.</w:t>
      </w:r>
    </w:p>
    <w:p w14:paraId="10637722" w14:textId="77777777" w:rsidR="007A04A9" w:rsidRPr="006C2580" w:rsidRDefault="00F954C6">
      <w:pPr>
        <w:spacing w:after="80"/>
        <w:ind w:firstLine="709"/>
        <w:jc w:val="both"/>
        <w:rPr>
          <w:noProof/>
          <w:lang w:val="ro-RO"/>
        </w:rPr>
      </w:pPr>
      <w:r w:rsidRPr="006C2580">
        <w:rPr>
          <w:noProof/>
          <w:sz w:val="24"/>
          <w:lang w:val="ro-RO"/>
        </w:rPr>
        <w:t>În situația identificării de către autoritatea contractantă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p>
    <w:p w14:paraId="52DDFAB0" w14:textId="77777777" w:rsidR="007A04A9" w:rsidRPr="006C2580" w:rsidRDefault="00F954C6">
      <w:pPr>
        <w:spacing w:after="80"/>
        <w:ind w:firstLine="709"/>
        <w:jc w:val="both"/>
        <w:rPr>
          <w:noProof/>
          <w:lang w:val="ro-RO"/>
        </w:rPr>
      </w:pPr>
      <w:r w:rsidRPr="006C2580">
        <w:rPr>
          <w:noProof/>
          <w:sz w:val="24"/>
          <w:lang w:val="ro-RO"/>
        </w:rPr>
        <w:t>În temeiul art. 19 alin. 3 lit. d) din Legea nr. 131/2015 privind achizițiile publice, autoritatea contractantă va exclude din procedura de atribuire a contractului de achiziții publice orice ofertant în cazul prezentării informațiilor false sau neprezentării informațiilor solicitate, în scopul demonstrării îndeplinirii criteriilor de calificare și selecție.</w:t>
      </w:r>
    </w:p>
    <w:p w14:paraId="28E719A4" w14:textId="77777777" w:rsidR="007A04A9" w:rsidRPr="006C2580" w:rsidRDefault="00F954C6">
      <w:pPr>
        <w:spacing w:after="80"/>
        <w:rPr>
          <w:noProof/>
          <w:lang w:val="ro-RO"/>
        </w:rPr>
      </w:pPr>
      <w:r w:rsidRPr="006C2580">
        <w:rPr>
          <w:noProof/>
          <w:sz w:val="24"/>
          <w:lang w:val="ro-RO"/>
        </w:rPr>
        <w:t>10. În cazul în care contractul este împărțit pe loturi, un operator economic poate depune oferta (se va selecta): pentru mai multe loturi cumulate.</w:t>
      </w:r>
    </w:p>
    <w:p w14:paraId="44CF6B0A" w14:textId="77777777" w:rsidR="007A04A9" w:rsidRPr="006C2580" w:rsidRDefault="00F954C6">
      <w:pPr>
        <w:spacing w:after="80"/>
        <w:rPr>
          <w:noProof/>
          <w:lang w:val="ro-RO"/>
        </w:rPr>
      </w:pPr>
      <w:r w:rsidRPr="006C2580">
        <w:rPr>
          <w:noProof/>
          <w:sz w:val="24"/>
          <w:lang w:val="ro-RO"/>
        </w:rPr>
        <w:t>11. Evaluarea va fi efectuată: pe fiecare lot în parte.</w:t>
      </w:r>
    </w:p>
    <w:p w14:paraId="644A3CE4" w14:textId="77777777" w:rsidR="007A04A9" w:rsidRPr="006C2580" w:rsidRDefault="00F954C6">
      <w:pPr>
        <w:spacing w:after="80"/>
        <w:rPr>
          <w:noProof/>
          <w:lang w:val="ro-RO"/>
        </w:rPr>
      </w:pPr>
      <w:r w:rsidRPr="006C2580">
        <w:rPr>
          <w:noProof/>
          <w:sz w:val="24"/>
          <w:lang w:val="ro-RO"/>
        </w:rPr>
        <w:lastRenderedPageBreak/>
        <w:t>12. Termenele și condițiile de livrare solicitate: până la data de 30.11.2026. Livrarea se efectuează din contul ofertantului, la adresa autorității contractante, conform unui grafic stabilit prealabil cu administrația Penitenciarul nr. 16-Pruncul. Timpul de livrare: luni – vineri, ora 8:00 – 16:00.</w:t>
      </w:r>
    </w:p>
    <w:p w14:paraId="0F0EE401" w14:textId="77777777" w:rsidR="007A04A9" w:rsidRPr="006C2580" w:rsidRDefault="00F954C6">
      <w:pPr>
        <w:spacing w:after="80"/>
        <w:rPr>
          <w:noProof/>
          <w:lang w:val="ro-RO"/>
        </w:rPr>
      </w:pPr>
      <w:r w:rsidRPr="006C2580">
        <w:rPr>
          <w:noProof/>
          <w:sz w:val="24"/>
          <w:lang w:val="ro-RO"/>
        </w:rPr>
        <w:t>13. Termenul de valabilitate a contractului: 31.12.2026.</w:t>
      </w:r>
    </w:p>
    <w:p w14:paraId="494DA06D" w14:textId="77777777" w:rsidR="007A04A9" w:rsidRPr="006C2580" w:rsidRDefault="00F954C6">
      <w:pPr>
        <w:spacing w:after="80"/>
        <w:rPr>
          <w:noProof/>
          <w:lang w:val="ro-RO"/>
        </w:rPr>
      </w:pPr>
      <w:r w:rsidRPr="006C2580">
        <w:rPr>
          <w:noProof/>
          <w:sz w:val="24"/>
          <w:lang w:val="ro-RO"/>
        </w:rPr>
        <w:t>14. Scurtă descriere (indicați după caz) a criteriilor de calificare:</w:t>
      </w:r>
    </w:p>
    <w:p w14:paraId="421059ED" w14:textId="77777777" w:rsidR="007A04A9" w:rsidRPr="006C2580" w:rsidRDefault="007A04A9">
      <w:pPr>
        <w:spacing w:after="60"/>
        <w:rPr>
          <w:noProof/>
          <w:lang w:val="ro-RO"/>
        </w:rPr>
      </w:pPr>
    </w:p>
    <w:tbl>
      <w:tblPr>
        <w:tblStyle w:val="Tabelgril"/>
        <w:tblW w:w="0" w:type="auto"/>
        <w:tblLook w:val="04A0" w:firstRow="1" w:lastRow="0" w:firstColumn="1" w:lastColumn="0" w:noHBand="0" w:noVBand="1"/>
      </w:tblPr>
      <w:tblGrid>
        <w:gridCol w:w="850"/>
        <w:gridCol w:w="3685"/>
        <w:gridCol w:w="7370"/>
        <w:gridCol w:w="1916"/>
      </w:tblGrid>
      <w:tr w:rsidR="007A04A9" w:rsidRPr="006C2580" w14:paraId="06D86D9A" w14:textId="77777777">
        <w:tc>
          <w:tcPr>
            <w:tcW w:w="850" w:type="dxa"/>
            <w:shd w:val="clear" w:color="auto" w:fill="D9E1F2"/>
          </w:tcPr>
          <w:p w14:paraId="0856BB42" w14:textId="77777777" w:rsidR="007A04A9" w:rsidRPr="006C2580" w:rsidRDefault="00F954C6">
            <w:pPr>
              <w:jc w:val="center"/>
              <w:rPr>
                <w:noProof/>
                <w:lang w:val="ro-RO"/>
              </w:rPr>
            </w:pPr>
            <w:r w:rsidRPr="006C2580">
              <w:rPr>
                <w:b/>
                <w:noProof/>
                <w:sz w:val="18"/>
                <w:lang w:val="ro-RO"/>
              </w:rPr>
              <w:t>Nr. d/o</w:t>
            </w:r>
          </w:p>
        </w:tc>
        <w:tc>
          <w:tcPr>
            <w:tcW w:w="3685" w:type="dxa"/>
            <w:shd w:val="clear" w:color="auto" w:fill="D9E1F2"/>
          </w:tcPr>
          <w:p w14:paraId="025A8482" w14:textId="77777777" w:rsidR="007A04A9" w:rsidRPr="006C2580" w:rsidRDefault="00F954C6">
            <w:pPr>
              <w:jc w:val="center"/>
              <w:rPr>
                <w:noProof/>
                <w:lang w:val="ro-RO"/>
              </w:rPr>
            </w:pPr>
            <w:r w:rsidRPr="006C2580">
              <w:rPr>
                <w:b/>
                <w:noProof/>
                <w:sz w:val="18"/>
                <w:lang w:val="ro-RO"/>
              </w:rPr>
              <w:t>Criteriile de calificare și de selecție (descrierea criteriului/cerinței)</w:t>
            </w:r>
          </w:p>
        </w:tc>
        <w:tc>
          <w:tcPr>
            <w:tcW w:w="7370" w:type="dxa"/>
            <w:shd w:val="clear" w:color="auto" w:fill="D9E1F2"/>
          </w:tcPr>
          <w:p w14:paraId="659A252C" w14:textId="77777777" w:rsidR="007A04A9" w:rsidRPr="006C2580" w:rsidRDefault="00F954C6">
            <w:pPr>
              <w:jc w:val="center"/>
              <w:rPr>
                <w:noProof/>
                <w:lang w:val="ro-RO"/>
              </w:rPr>
            </w:pPr>
            <w:r w:rsidRPr="006C2580">
              <w:rPr>
                <w:b/>
                <w:noProof/>
                <w:sz w:val="18"/>
                <w:lang w:val="ro-RO"/>
              </w:rPr>
              <w:t>Mod de demonstrare a îndeplinirii criteriului/cerinței</w:t>
            </w:r>
          </w:p>
        </w:tc>
        <w:tc>
          <w:tcPr>
            <w:tcW w:w="1701" w:type="dxa"/>
            <w:shd w:val="clear" w:color="auto" w:fill="D9E1F2"/>
          </w:tcPr>
          <w:p w14:paraId="659100CC" w14:textId="77777777" w:rsidR="007A04A9" w:rsidRPr="006C2580" w:rsidRDefault="00F954C6">
            <w:pPr>
              <w:jc w:val="center"/>
              <w:rPr>
                <w:noProof/>
                <w:lang w:val="ro-RO"/>
              </w:rPr>
            </w:pPr>
            <w:r w:rsidRPr="006C2580">
              <w:rPr>
                <w:b/>
                <w:noProof/>
                <w:sz w:val="18"/>
                <w:lang w:val="ro-RO"/>
              </w:rPr>
              <w:t>Nivelul minim/Obligativitatea</w:t>
            </w:r>
          </w:p>
        </w:tc>
      </w:tr>
      <w:tr w:rsidR="007A04A9" w:rsidRPr="006C2580" w14:paraId="6DF218E9" w14:textId="77777777">
        <w:tc>
          <w:tcPr>
            <w:tcW w:w="850" w:type="dxa"/>
          </w:tcPr>
          <w:p w14:paraId="37F1581B" w14:textId="77777777" w:rsidR="007A04A9" w:rsidRPr="006C2580" w:rsidRDefault="00F954C6">
            <w:pPr>
              <w:jc w:val="center"/>
              <w:rPr>
                <w:noProof/>
                <w:lang w:val="ro-RO"/>
              </w:rPr>
            </w:pPr>
            <w:r w:rsidRPr="006C2580">
              <w:rPr>
                <w:noProof/>
                <w:sz w:val="18"/>
                <w:lang w:val="ro-RO"/>
              </w:rPr>
              <w:t>1</w:t>
            </w:r>
          </w:p>
        </w:tc>
        <w:tc>
          <w:tcPr>
            <w:tcW w:w="3685" w:type="dxa"/>
          </w:tcPr>
          <w:p w14:paraId="40CDCF43" w14:textId="77777777" w:rsidR="007A04A9" w:rsidRPr="006C2580" w:rsidRDefault="00F954C6">
            <w:pPr>
              <w:rPr>
                <w:noProof/>
                <w:lang w:val="ro-RO"/>
              </w:rPr>
            </w:pPr>
            <w:r w:rsidRPr="006C2580">
              <w:rPr>
                <w:noProof/>
                <w:sz w:val="18"/>
                <w:lang w:val="ro-RO"/>
              </w:rPr>
              <w:t>Cerere de participare</w:t>
            </w:r>
          </w:p>
        </w:tc>
        <w:tc>
          <w:tcPr>
            <w:tcW w:w="7370" w:type="dxa"/>
          </w:tcPr>
          <w:p w14:paraId="329513CF" w14:textId="77777777" w:rsidR="007A04A9" w:rsidRPr="006C2580" w:rsidRDefault="00F954C6">
            <w:pPr>
              <w:rPr>
                <w:noProof/>
                <w:lang w:val="ro-RO"/>
              </w:rPr>
            </w:pPr>
            <w:r w:rsidRPr="006C2580">
              <w:rPr>
                <w:noProof/>
                <w:sz w:val="18"/>
                <w:lang w:val="ro-RO"/>
              </w:rPr>
              <w:t>Completat în conformitate cu Anexa nr. 7 din Documentația standard nr. 115 din 15.09.2021 – confirmat prin semnătură electronică.</w:t>
            </w:r>
          </w:p>
        </w:tc>
        <w:tc>
          <w:tcPr>
            <w:tcW w:w="1701" w:type="dxa"/>
          </w:tcPr>
          <w:p w14:paraId="1C25B734" w14:textId="77777777" w:rsidR="007A04A9" w:rsidRPr="006C2580" w:rsidRDefault="00F954C6">
            <w:pPr>
              <w:jc w:val="center"/>
              <w:rPr>
                <w:noProof/>
                <w:lang w:val="ro-RO"/>
              </w:rPr>
            </w:pPr>
            <w:r w:rsidRPr="006C2580">
              <w:rPr>
                <w:noProof/>
                <w:sz w:val="18"/>
                <w:lang w:val="ro-RO"/>
              </w:rPr>
              <w:t>Obligatoriu</w:t>
            </w:r>
          </w:p>
        </w:tc>
      </w:tr>
      <w:tr w:rsidR="007A04A9" w:rsidRPr="006C2580" w14:paraId="37239ABC" w14:textId="77777777">
        <w:tc>
          <w:tcPr>
            <w:tcW w:w="850" w:type="dxa"/>
          </w:tcPr>
          <w:p w14:paraId="7BB2865F" w14:textId="77777777" w:rsidR="007A04A9" w:rsidRPr="006C2580" w:rsidRDefault="00F954C6">
            <w:pPr>
              <w:jc w:val="center"/>
              <w:rPr>
                <w:noProof/>
                <w:lang w:val="ro-RO"/>
              </w:rPr>
            </w:pPr>
            <w:r w:rsidRPr="006C2580">
              <w:rPr>
                <w:noProof/>
                <w:sz w:val="18"/>
                <w:lang w:val="ro-RO"/>
              </w:rPr>
              <w:t>2</w:t>
            </w:r>
          </w:p>
        </w:tc>
        <w:tc>
          <w:tcPr>
            <w:tcW w:w="3685" w:type="dxa"/>
          </w:tcPr>
          <w:p w14:paraId="0AD9E1BA" w14:textId="77777777" w:rsidR="007A04A9" w:rsidRPr="006C2580" w:rsidRDefault="00F954C6">
            <w:pPr>
              <w:rPr>
                <w:noProof/>
                <w:lang w:val="ro-RO"/>
              </w:rPr>
            </w:pPr>
            <w:r w:rsidRPr="006C2580">
              <w:rPr>
                <w:noProof/>
                <w:sz w:val="18"/>
                <w:lang w:val="ro-RO"/>
              </w:rPr>
              <w:t>Declarație privind valabilitatea ofertei</w:t>
            </w:r>
          </w:p>
        </w:tc>
        <w:tc>
          <w:tcPr>
            <w:tcW w:w="7370" w:type="dxa"/>
          </w:tcPr>
          <w:p w14:paraId="63B54FBF" w14:textId="77777777" w:rsidR="007A04A9" w:rsidRPr="006C2580" w:rsidRDefault="00F954C6">
            <w:pPr>
              <w:rPr>
                <w:noProof/>
                <w:lang w:val="ro-RO"/>
              </w:rPr>
            </w:pPr>
            <w:r w:rsidRPr="006C2580">
              <w:rPr>
                <w:noProof/>
                <w:sz w:val="18"/>
                <w:lang w:val="ro-RO"/>
              </w:rPr>
              <w:t>Completat în conformitate cu Anexa nr. 8 din Documentația standard nr. 115 din 15.09.2021 – confirmat prin semnătură electronică.</w:t>
            </w:r>
          </w:p>
        </w:tc>
        <w:tc>
          <w:tcPr>
            <w:tcW w:w="1701" w:type="dxa"/>
          </w:tcPr>
          <w:p w14:paraId="3DC12E8D" w14:textId="77777777" w:rsidR="007A04A9" w:rsidRPr="006C2580" w:rsidRDefault="00F954C6">
            <w:pPr>
              <w:jc w:val="center"/>
              <w:rPr>
                <w:noProof/>
                <w:lang w:val="ro-RO"/>
              </w:rPr>
            </w:pPr>
            <w:r w:rsidRPr="006C2580">
              <w:rPr>
                <w:noProof/>
                <w:sz w:val="18"/>
                <w:lang w:val="ro-RO"/>
              </w:rPr>
              <w:t>Obligatoriu</w:t>
            </w:r>
          </w:p>
        </w:tc>
      </w:tr>
      <w:tr w:rsidR="007A04A9" w:rsidRPr="006C2580" w14:paraId="2F8B2897" w14:textId="77777777">
        <w:tc>
          <w:tcPr>
            <w:tcW w:w="850" w:type="dxa"/>
          </w:tcPr>
          <w:p w14:paraId="6BF3EB05" w14:textId="77777777" w:rsidR="007A04A9" w:rsidRPr="006C2580" w:rsidRDefault="00F954C6">
            <w:pPr>
              <w:jc w:val="center"/>
              <w:rPr>
                <w:noProof/>
                <w:lang w:val="ro-RO"/>
              </w:rPr>
            </w:pPr>
            <w:r w:rsidRPr="006C2580">
              <w:rPr>
                <w:noProof/>
                <w:sz w:val="18"/>
                <w:lang w:val="ro-RO"/>
              </w:rPr>
              <w:t>3</w:t>
            </w:r>
          </w:p>
        </w:tc>
        <w:tc>
          <w:tcPr>
            <w:tcW w:w="3685" w:type="dxa"/>
          </w:tcPr>
          <w:p w14:paraId="078C1F06" w14:textId="77777777" w:rsidR="007A04A9" w:rsidRPr="006C2580" w:rsidRDefault="00F954C6">
            <w:pPr>
              <w:rPr>
                <w:noProof/>
                <w:lang w:val="ro-RO"/>
              </w:rPr>
            </w:pPr>
            <w:r w:rsidRPr="006C2580">
              <w:rPr>
                <w:noProof/>
                <w:sz w:val="18"/>
                <w:lang w:val="ro-RO"/>
              </w:rPr>
              <w:t>Declarație de eligibilitate</w:t>
            </w:r>
          </w:p>
        </w:tc>
        <w:tc>
          <w:tcPr>
            <w:tcW w:w="7370" w:type="dxa"/>
          </w:tcPr>
          <w:p w14:paraId="258ED491" w14:textId="77777777" w:rsidR="007A04A9" w:rsidRPr="006C2580" w:rsidRDefault="00F954C6">
            <w:pPr>
              <w:rPr>
                <w:noProof/>
                <w:lang w:val="ro-RO"/>
              </w:rPr>
            </w:pPr>
            <w:r w:rsidRPr="006C2580">
              <w:rPr>
                <w:noProof/>
                <w:sz w:val="18"/>
                <w:lang w:val="ro-RO"/>
              </w:rPr>
              <w:t>Completată în conformitate cu Anexa nr. 2 la Regulamentul cu privire la achizițiile publice de valoare mică, aprobat prin HG nr. 870/2022 – confirmată prin semnătură electronică.</w:t>
            </w:r>
          </w:p>
        </w:tc>
        <w:tc>
          <w:tcPr>
            <w:tcW w:w="1701" w:type="dxa"/>
          </w:tcPr>
          <w:p w14:paraId="737D78AB" w14:textId="77777777" w:rsidR="007A04A9" w:rsidRPr="006C2580" w:rsidRDefault="00F954C6">
            <w:pPr>
              <w:jc w:val="center"/>
              <w:rPr>
                <w:noProof/>
                <w:lang w:val="ro-RO"/>
              </w:rPr>
            </w:pPr>
            <w:r w:rsidRPr="006C2580">
              <w:rPr>
                <w:noProof/>
                <w:sz w:val="18"/>
                <w:lang w:val="ro-RO"/>
              </w:rPr>
              <w:t>Obligatoriu</w:t>
            </w:r>
          </w:p>
        </w:tc>
      </w:tr>
      <w:tr w:rsidR="007A04A9" w:rsidRPr="006C2580" w14:paraId="1CC402DD" w14:textId="77777777">
        <w:tc>
          <w:tcPr>
            <w:tcW w:w="850" w:type="dxa"/>
          </w:tcPr>
          <w:p w14:paraId="08A0F510" w14:textId="77777777" w:rsidR="007A04A9" w:rsidRPr="006C2580" w:rsidRDefault="00F954C6">
            <w:pPr>
              <w:jc w:val="center"/>
              <w:rPr>
                <w:noProof/>
                <w:lang w:val="ro-RO"/>
              </w:rPr>
            </w:pPr>
            <w:r w:rsidRPr="006C2580">
              <w:rPr>
                <w:noProof/>
                <w:sz w:val="18"/>
                <w:lang w:val="ro-RO"/>
              </w:rPr>
              <w:t>4</w:t>
            </w:r>
          </w:p>
        </w:tc>
        <w:tc>
          <w:tcPr>
            <w:tcW w:w="3685" w:type="dxa"/>
          </w:tcPr>
          <w:p w14:paraId="21E60FE0" w14:textId="77777777" w:rsidR="007A04A9" w:rsidRPr="006C2580" w:rsidRDefault="00F954C6">
            <w:pPr>
              <w:rPr>
                <w:noProof/>
                <w:lang w:val="ro-RO"/>
              </w:rPr>
            </w:pPr>
            <w:r w:rsidRPr="006C2580">
              <w:rPr>
                <w:noProof/>
                <w:sz w:val="18"/>
                <w:lang w:val="ro-RO"/>
              </w:rPr>
              <w:t>Specificaţii tehnice</w:t>
            </w:r>
          </w:p>
        </w:tc>
        <w:tc>
          <w:tcPr>
            <w:tcW w:w="7370" w:type="dxa"/>
          </w:tcPr>
          <w:p w14:paraId="11FBCC89" w14:textId="77777777" w:rsidR="007A04A9" w:rsidRPr="006C2580" w:rsidRDefault="00F954C6">
            <w:pPr>
              <w:rPr>
                <w:noProof/>
                <w:lang w:val="ro-RO"/>
              </w:rPr>
            </w:pPr>
            <w:r w:rsidRPr="006C2580">
              <w:rPr>
                <w:noProof/>
                <w:sz w:val="18"/>
                <w:lang w:val="ro-RO"/>
              </w:rPr>
              <w:t>Completate în conformitate cu Anexa nr. 22 din Documentația standard nr. 115 din 15.09.2021 – confirmate prin semnătură electronică.</w:t>
            </w:r>
          </w:p>
        </w:tc>
        <w:tc>
          <w:tcPr>
            <w:tcW w:w="1701" w:type="dxa"/>
          </w:tcPr>
          <w:p w14:paraId="03E2542D" w14:textId="77777777" w:rsidR="007A04A9" w:rsidRPr="006C2580" w:rsidRDefault="00F954C6">
            <w:pPr>
              <w:jc w:val="center"/>
              <w:rPr>
                <w:noProof/>
                <w:lang w:val="ro-RO"/>
              </w:rPr>
            </w:pPr>
            <w:r w:rsidRPr="006C2580">
              <w:rPr>
                <w:noProof/>
                <w:sz w:val="18"/>
                <w:lang w:val="ro-RO"/>
              </w:rPr>
              <w:t>Obligatoriu</w:t>
            </w:r>
          </w:p>
        </w:tc>
      </w:tr>
      <w:tr w:rsidR="007A04A9" w:rsidRPr="006C2580" w14:paraId="4538F711" w14:textId="77777777">
        <w:tc>
          <w:tcPr>
            <w:tcW w:w="850" w:type="dxa"/>
          </w:tcPr>
          <w:p w14:paraId="26AE9AD3" w14:textId="77777777" w:rsidR="007A04A9" w:rsidRPr="006C2580" w:rsidRDefault="00F954C6">
            <w:pPr>
              <w:jc w:val="center"/>
              <w:rPr>
                <w:noProof/>
                <w:lang w:val="ro-RO"/>
              </w:rPr>
            </w:pPr>
            <w:r w:rsidRPr="006C2580">
              <w:rPr>
                <w:noProof/>
                <w:sz w:val="18"/>
                <w:lang w:val="ro-RO"/>
              </w:rPr>
              <w:t>5</w:t>
            </w:r>
          </w:p>
        </w:tc>
        <w:tc>
          <w:tcPr>
            <w:tcW w:w="3685" w:type="dxa"/>
          </w:tcPr>
          <w:p w14:paraId="13764F85" w14:textId="77777777" w:rsidR="007A04A9" w:rsidRPr="006C2580" w:rsidRDefault="00F954C6">
            <w:pPr>
              <w:rPr>
                <w:noProof/>
                <w:lang w:val="ro-RO"/>
              </w:rPr>
            </w:pPr>
            <w:r w:rsidRPr="006C2580">
              <w:rPr>
                <w:noProof/>
                <w:sz w:val="18"/>
                <w:lang w:val="ro-RO"/>
              </w:rPr>
              <w:t>Specificaţii de preț</w:t>
            </w:r>
          </w:p>
        </w:tc>
        <w:tc>
          <w:tcPr>
            <w:tcW w:w="7370" w:type="dxa"/>
          </w:tcPr>
          <w:p w14:paraId="3CD56401" w14:textId="77777777" w:rsidR="007A04A9" w:rsidRPr="006C2580" w:rsidRDefault="00F954C6">
            <w:pPr>
              <w:rPr>
                <w:noProof/>
                <w:lang w:val="ro-RO"/>
              </w:rPr>
            </w:pPr>
            <w:r w:rsidRPr="006C2580">
              <w:rPr>
                <w:noProof/>
                <w:sz w:val="18"/>
                <w:lang w:val="ro-RO"/>
              </w:rPr>
              <w:t>Completate în conformitate cu Anexa nr. 23 din Documentația standard nr. 115 din 15.09.2021 – confirmate prin semnătură electronică.</w:t>
            </w:r>
          </w:p>
        </w:tc>
        <w:tc>
          <w:tcPr>
            <w:tcW w:w="1701" w:type="dxa"/>
          </w:tcPr>
          <w:p w14:paraId="616A472A" w14:textId="77777777" w:rsidR="007A04A9" w:rsidRPr="006C2580" w:rsidRDefault="00F954C6">
            <w:pPr>
              <w:jc w:val="center"/>
              <w:rPr>
                <w:noProof/>
                <w:lang w:val="ro-RO"/>
              </w:rPr>
            </w:pPr>
            <w:r w:rsidRPr="006C2580">
              <w:rPr>
                <w:noProof/>
                <w:sz w:val="18"/>
                <w:lang w:val="ro-RO"/>
              </w:rPr>
              <w:t>Obligatoriu</w:t>
            </w:r>
          </w:p>
        </w:tc>
      </w:tr>
      <w:tr w:rsidR="007A04A9" w:rsidRPr="006C2580" w14:paraId="1A88E673" w14:textId="77777777">
        <w:tc>
          <w:tcPr>
            <w:tcW w:w="850" w:type="dxa"/>
          </w:tcPr>
          <w:p w14:paraId="356B14BA" w14:textId="77777777" w:rsidR="007A04A9" w:rsidRPr="006C2580" w:rsidRDefault="00F954C6">
            <w:pPr>
              <w:jc w:val="center"/>
              <w:rPr>
                <w:noProof/>
                <w:lang w:val="ro-RO"/>
              </w:rPr>
            </w:pPr>
            <w:r w:rsidRPr="006C2580">
              <w:rPr>
                <w:noProof/>
                <w:sz w:val="18"/>
                <w:lang w:val="ro-RO"/>
              </w:rPr>
              <w:t>6</w:t>
            </w:r>
          </w:p>
        </w:tc>
        <w:tc>
          <w:tcPr>
            <w:tcW w:w="3685" w:type="dxa"/>
          </w:tcPr>
          <w:p w14:paraId="6806FD55" w14:textId="77777777" w:rsidR="007A04A9" w:rsidRPr="006C2580" w:rsidRDefault="00F954C6">
            <w:pPr>
              <w:rPr>
                <w:noProof/>
                <w:lang w:val="ro-RO"/>
              </w:rPr>
            </w:pPr>
            <w:r w:rsidRPr="006C2580">
              <w:rPr>
                <w:noProof/>
                <w:sz w:val="18"/>
                <w:lang w:val="ro-RO"/>
              </w:rPr>
              <w:t>Informații generale despre ofertant (sediul ofertantului şi al filialelor acestuia)</w:t>
            </w:r>
          </w:p>
        </w:tc>
        <w:tc>
          <w:tcPr>
            <w:tcW w:w="7370" w:type="dxa"/>
          </w:tcPr>
          <w:p w14:paraId="6F3196F1" w14:textId="77777777" w:rsidR="007A04A9" w:rsidRPr="006C2580" w:rsidRDefault="00F954C6">
            <w:pPr>
              <w:rPr>
                <w:noProof/>
                <w:lang w:val="ro-RO"/>
              </w:rPr>
            </w:pPr>
            <w:r w:rsidRPr="006C2580">
              <w:rPr>
                <w:noProof/>
                <w:sz w:val="18"/>
                <w:lang w:val="ro-RO"/>
              </w:rPr>
              <w:t>Format liber – confirmat prin semnătură electronică.</w:t>
            </w:r>
          </w:p>
        </w:tc>
        <w:tc>
          <w:tcPr>
            <w:tcW w:w="1701" w:type="dxa"/>
          </w:tcPr>
          <w:p w14:paraId="5C789F6C" w14:textId="77777777" w:rsidR="007A04A9" w:rsidRPr="006C2580" w:rsidRDefault="00F954C6">
            <w:pPr>
              <w:jc w:val="center"/>
              <w:rPr>
                <w:noProof/>
                <w:lang w:val="ro-RO"/>
              </w:rPr>
            </w:pPr>
            <w:r w:rsidRPr="006C2580">
              <w:rPr>
                <w:noProof/>
                <w:sz w:val="18"/>
                <w:lang w:val="ro-RO"/>
              </w:rPr>
              <w:t>Obligatoriu</w:t>
            </w:r>
          </w:p>
        </w:tc>
      </w:tr>
      <w:tr w:rsidR="007A04A9" w:rsidRPr="006C2580" w14:paraId="7864D5A9" w14:textId="77777777">
        <w:tc>
          <w:tcPr>
            <w:tcW w:w="850" w:type="dxa"/>
          </w:tcPr>
          <w:p w14:paraId="10FD990E" w14:textId="77777777" w:rsidR="007A04A9" w:rsidRPr="006C2580" w:rsidRDefault="00F954C6">
            <w:pPr>
              <w:jc w:val="center"/>
              <w:rPr>
                <w:noProof/>
                <w:lang w:val="ro-RO"/>
              </w:rPr>
            </w:pPr>
            <w:r w:rsidRPr="006C2580">
              <w:rPr>
                <w:noProof/>
                <w:sz w:val="18"/>
                <w:lang w:val="ro-RO"/>
              </w:rPr>
              <w:t>7</w:t>
            </w:r>
          </w:p>
        </w:tc>
        <w:tc>
          <w:tcPr>
            <w:tcW w:w="3685" w:type="dxa"/>
          </w:tcPr>
          <w:p w14:paraId="6BE5684E" w14:textId="77777777" w:rsidR="007A04A9" w:rsidRPr="006C2580" w:rsidRDefault="00F954C6">
            <w:pPr>
              <w:rPr>
                <w:noProof/>
                <w:lang w:val="ro-RO"/>
              </w:rPr>
            </w:pPr>
            <w:r w:rsidRPr="006C2580">
              <w:rPr>
                <w:noProof/>
                <w:sz w:val="18"/>
                <w:lang w:val="ro-RO"/>
              </w:rPr>
              <w:t>Dovada înregistrării juridice</w:t>
            </w:r>
          </w:p>
        </w:tc>
        <w:tc>
          <w:tcPr>
            <w:tcW w:w="7370" w:type="dxa"/>
          </w:tcPr>
          <w:p w14:paraId="5ADF5758" w14:textId="77777777" w:rsidR="007A04A9" w:rsidRPr="006C2580" w:rsidRDefault="00F954C6">
            <w:pPr>
              <w:rPr>
                <w:noProof/>
                <w:lang w:val="ro-RO"/>
              </w:rPr>
            </w:pPr>
            <w:r w:rsidRPr="006C2580">
              <w:rPr>
                <w:noProof/>
                <w:sz w:val="18"/>
                <w:lang w:val="ro-RO"/>
              </w:rPr>
              <w:t>Certificat / decizie de înregistrare a întreprinderii / extras din Registrul de Stat al persoanelor juridice – copie, confirmată prin semnătură electronică.</w:t>
            </w:r>
          </w:p>
        </w:tc>
        <w:tc>
          <w:tcPr>
            <w:tcW w:w="1701" w:type="dxa"/>
          </w:tcPr>
          <w:p w14:paraId="4526B119" w14:textId="77777777" w:rsidR="007A04A9" w:rsidRPr="006C2580" w:rsidRDefault="00F954C6">
            <w:pPr>
              <w:jc w:val="center"/>
              <w:rPr>
                <w:noProof/>
                <w:lang w:val="ro-RO"/>
              </w:rPr>
            </w:pPr>
            <w:r w:rsidRPr="006C2580">
              <w:rPr>
                <w:noProof/>
                <w:sz w:val="18"/>
                <w:lang w:val="ro-RO"/>
              </w:rPr>
              <w:t>Obligatoriu</w:t>
            </w:r>
          </w:p>
        </w:tc>
      </w:tr>
      <w:tr w:rsidR="007A04A9" w:rsidRPr="006C2580" w14:paraId="42A3B9FF" w14:textId="77777777">
        <w:tc>
          <w:tcPr>
            <w:tcW w:w="850" w:type="dxa"/>
          </w:tcPr>
          <w:p w14:paraId="4F659C78" w14:textId="77777777" w:rsidR="007A04A9" w:rsidRPr="006C2580" w:rsidRDefault="00F954C6">
            <w:pPr>
              <w:jc w:val="center"/>
              <w:rPr>
                <w:noProof/>
                <w:lang w:val="ro-RO"/>
              </w:rPr>
            </w:pPr>
            <w:r w:rsidRPr="006C2580">
              <w:rPr>
                <w:noProof/>
                <w:sz w:val="18"/>
                <w:lang w:val="ro-RO"/>
              </w:rPr>
              <w:t>8</w:t>
            </w:r>
          </w:p>
        </w:tc>
        <w:tc>
          <w:tcPr>
            <w:tcW w:w="3685" w:type="dxa"/>
          </w:tcPr>
          <w:p w14:paraId="08308CFA" w14:textId="77777777" w:rsidR="007A04A9" w:rsidRPr="006C2580" w:rsidRDefault="00F954C6">
            <w:pPr>
              <w:rPr>
                <w:noProof/>
                <w:lang w:val="ro-RO"/>
              </w:rPr>
            </w:pPr>
            <w:r w:rsidRPr="006C2580">
              <w:rPr>
                <w:noProof/>
                <w:sz w:val="18"/>
                <w:lang w:val="ro-RO"/>
              </w:rPr>
              <w:t>Certificat de atribuire a contului bancar</w:t>
            </w:r>
          </w:p>
        </w:tc>
        <w:tc>
          <w:tcPr>
            <w:tcW w:w="7370" w:type="dxa"/>
          </w:tcPr>
          <w:p w14:paraId="499CFD14" w14:textId="77777777" w:rsidR="007A04A9" w:rsidRPr="006C2580" w:rsidRDefault="00F954C6">
            <w:pPr>
              <w:rPr>
                <w:noProof/>
                <w:lang w:val="ro-RO"/>
              </w:rPr>
            </w:pPr>
            <w:r w:rsidRPr="006C2580">
              <w:rPr>
                <w:noProof/>
                <w:sz w:val="18"/>
                <w:lang w:val="ro-RO"/>
              </w:rPr>
              <w:t>Eliberat de banca deținătoare de cont – copie, confirmată prin semnătură electronică.</w:t>
            </w:r>
          </w:p>
        </w:tc>
        <w:tc>
          <w:tcPr>
            <w:tcW w:w="1701" w:type="dxa"/>
          </w:tcPr>
          <w:p w14:paraId="26A5D331" w14:textId="77777777" w:rsidR="007A04A9" w:rsidRPr="006C2580" w:rsidRDefault="00F954C6">
            <w:pPr>
              <w:jc w:val="center"/>
              <w:rPr>
                <w:noProof/>
                <w:lang w:val="ro-RO"/>
              </w:rPr>
            </w:pPr>
            <w:r w:rsidRPr="006C2580">
              <w:rPr>
                <w:noProof/>
                <w:sz w:val="18"/>
                <w:lang w:val="ro-RO"/>
              </w:rPr>
              <w:t>Obligatoriu</w:t>
            </w:r>
          </w:p>
        </w:tc>
      </w:tr>
      <w:tr w:rsidR="007A04A9" w:rsidRPr="006C2580" w14:paraId="1A3B101A" w14:textId="77777777">
        <w:tc>
          <w:tcPr>
            <w:tcW w:w="850" w:type="dxa"/>
          </w:tcPr>
          <w:p w14:paraId="1E233226" w14:textId="77777777" w:rsidR="007A04A9" w:rsidRPr="006C2580" w:rsidRDefault="00F954C6">
            <w:pPr>
              <w:jc w:val="center"/>
              <w:rPr>
                <w:noProof/>
                <w:lang w:val="ro-RO"/>
              </w:rPr>
            </w:pPr>
            <w:r w:rsidRPr="006C2580">
              <w:rPr>
                <w:noProof/>
                <w:sz w:val="18"/>
                <w:lang w:val="ro-RO"/>
              </w:rPr>
              <w:t>9</w:t>
            </w:r>
          </w:p>
        </w:tc>
        <w:tc>
          <w:tcPr>
            <w:tcW w:w="3685" w:type="dxa"/>
          </w:tcPr>
          <w:p w14:paraId="47478C5C" w14:textId="77777777" w:rsidR="007A04A9" w:rsidRPr="006C2580" w:rsidRDefault="00F954C6">
            <w:pPr>
              <w:rPr>
                <w:noProof/>
                <w:lang w:val="ro-RO"/>
              </w:rPr>
            </w:pPr>
            <w:r w:rsidRPr="006C2580">
              <w:rPr>
                <w:noProof/>
                <w:sz w:val="18"/>
                <w:lang w:val="ro-RO"/>
              </w:rPr>
              <w:t>Dovada garanției pentru bunurile propuse</w:t>
            </w:r>
          </w:p>
        </w:tc>
        <w:tc>
          <w:tcPr>
            <w:tcW w:w="7370" w:type="dxa"/>
          </w:tcPr>
          <w:p w14:paraId="1EE073E0" w14:textId="77777777" w:rsidR="007A04A9" w:rsidRPr="006C2580" w:rsidRDefault="00F954C6">
            <w:pPr>
              <w:rPr>
                <w:noProof/>
                <w:lang w:val="ro-RO"/>
              </w:rPr>
            </w:pPr>
            <w:r w:rsidRPr="006C2580">
              <w:rPr>
                <w:noProof/>
                <w:sz w:val="18"/>
                <w:lang w:val="ro-RO"/>
              </w:rPr>
              <w:t>Pentru bunurile pentru care producătorul acordă garanție (scule, corpuri de iluminat, robinete, lacăte, prelungitor) – minimum 12 luni, confirmată prin semnătură electronică.</w:t>
            </w:r>
          </w:p>
        </w:tc>
        <w:tc>
          <w:tcPr>
            <w:tcW w:w="1701" w:type="dxa"/>
          </w:tcPr>
          <w:p w14:paraId="23CA12AC" w14:textId="77777777" w:rsidR="007A04A9" w:rsidRPr="006C2580" w:rsidRDefault="00F954C6">
            <w:pPr>
              <w:jc w:val="center"/>
              <w:rPr>
                <w:noProof/>
                <w:lang w:val="ro-RO"/>
              </w:rPr>
            </w:pPr>
            <w:r w:rsidRPr="006C2580">
              <w:rPr>
                <w:noProof/>
                <w:sz w:val="18"/>
                <w:lang w:val="ro-RO"/>
              </w:rPr>
              <w:t>Obligatoriu</w:t>
            </w:r>
          </w:p>
        </w:tc>
      </w:tr>
      <w:tr w:rsidR="007A04A9" w:rsidRPr="006C2580" w14:paraId="74D19E96" w14:textId="77777777">
        <w:tc>
          <w:tcPr>
            <w:tcW w:w="850" w:type="dxa"/>
          </w:tcPr>
          <w:p w14:paraId="66E57116" w14:textId="77777777" w:rsidR="007A04A9" w:rsidRPr="006C2580" w:rsidRDefault="00F954C6">
            <w:pPr>
              <w:jc w:val="center"/>
              <w:rPr>
                <w:noProof/>
                <w:lang w:val="ro-RO"/>
              </w:rPr>
            </w:pPr>
            <w:r w:rsidRPr="006C2580">
              <w:rPr>
                <w:noProof/>
                <w:sz w:val="18"/>
                <w:lang w:val="ro-RO"/>
              </w:rPr>
              <w:t>10</w:t>
            </w:r>
          </w:p>
        </w:tc>
        <w:tc>
          <w:tcPr>
            <w:tcW w:w="3685" w:type="dxa"/>
          </w:tcPr>
          <w:p w14:paraId="0B304950" w14:textId="77777777" w:rsidR="007A04A9" w:rsidRPr="006C2580" w:rsidRDefault="00F954C6">
            <w:pPr>
              <w:rPr>
                <w:noProof/>
                <w:lang w:val="ro-RO"/>
              </w:rPr>
            </w:pPr>
            <w:r w:rsidRPr="006C2580">
              <w:rPr>
                <w:noProof/>
                <w:sz w:val="18"/>
                <w:lang w:val="ro-RO"/>
              </w:rPr>
              <w:t>Certificat de calitate/conformitate al bunurilor propuse</w:t>
            </w:r>
          </w:p>
        </w:tc>
        <w:tc>
          <w:tcPr>
            <w:tcW w:w="7370" w:type="dxa"/>
          </w:tcPr>
          <w:p w14:paraId="56794040" w14:textId="77777777" w:rsidR="007A04A9" w:rsidRPr="006C2580" w:rsidRDefault="00F954C6">
            <w:pPr>
              <w:rPr>
                <w:noProof/>
                <w:lang w:val="ro-RO"/>
              </w:rPr>
            </w:pPr>
            <w:r w:rsidRPr="006C2580">
              <w:rPr>
                <w:noProof/>
                <w:sz w:val="18"/>
                <w:lang w:val="ro-RO"/>
              </w:rPr>
              <w:t>Copie, confirmată prin semnătură electronică.</w:t>
            </w:r>
          </w:p>
        </w:tc>
        <w:tc>
          <w:tcPr>
            <w:tcW w:w="1701" w:type="dxa"/>
          </w:tcPr>
          <w:p w14:paraId="04A2CE51" w14:textId="77777777" w:rsidR="007A04A9" w:rsidRPr="006C2580" w:rsidRDefault="00F954C6">
            <w:pPr>
              <w:jc w:val="center"/>
              <w:rPr>
                <w:noProof/>
                <w:lang w:val="ro-RO"/>
              </w:rPr>
            </w:pPr>
            <w:r w:rsidRPr="006C2580">
              <w:rPr>
                <w:noProof/>
                <w:sz w:val="18"/>
                <w:lang w:val="ro-RO"/>
              </w:rPr>
              <w:t>Obligatoriu</w:t>
            </w:r>
          </w:p>
        </w:tc>
      </w:tr>
      <w:tr w:rsidR="007A04A9" w:rsidRPr="006C2580" w14:paraId="29750FEF" w14:textId="77777777">
        <w:tc>
          <w:tcPr>
            <w:tcW w:w="850" w:type="dxa"/>
          </w:tcPr>
          <w:p w14:paraId="28BDE44B" w14:textId="77777777" w:rsidR="007A04A9" w:rsidRPr="006C2580" w:rsidRDefault="00F954C6">
            <w:pPr>
              <w:jc w:val="center"/>
              <w:rPr>
                <w:noProof/>
                <w:lang w:val="ro-RO"/>
              </w:rPr>
            </w:pPr>
            <w:r w:rsidRPr="006C2580">
              <w:rPr>
                <w:noProof/>
                <w:sz w:val="18"/>
                <w:lang w:val="ro-RO"/>
              </w:rPr>
              <w:t>11</w:t>
            </w:r>
          </w:p>
        </w:tc>
        <w:tc>
          <w:tcPr>
            <w:tcW w:w="3685" w:type="dxa"/>
          </w:tcPr>
          <w:p w14:paraId="17EBD835" w14:textId="77777777" w:rsidR="007A04A9" w:rsidRPr="006C2580" w:rsidRDefault="00F954C6">
            <w:pPr>
              <w:rPr>
                <w:noProof/>
                <w:lang w:val="ro-RO"/>
              </w:rPr>
            </w:pPr>
            <w:r w:rsidRPr="006C2580">
              <w:rPr>
                <w:noProof/>
                <w:sz w:val="18"/>
                <w:lang w:val="ro-RO"/>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7370" w:type="dxa"/>
          </w:tcPr>
          <w:p w14:paraId="4DD21D41" w14:textId="77777777" w:rsidR="007A04A9" w:rsidRPr="006C2580" w:rsidRDefault="00F954C6">
            <w:pPr>
              <w:rPr>
                <w:noProof/>
                <w:lang w:val="ro-RO"/>
              </w:rPr>
            </w:pPr>
            <w:r w:rsidRPr="006C2580">
              <w:rPr>
                <w:noProof/>
                <w:sz w:val="18"/>
                <w:lang w:val="ro-RO"/>
              </w:rPr>
              <w:t>În termen de 3 zile de la data comunicării rezultatelor procedurii de achiziție publică, ofertantul desemnat câștigător va prezenta Declarația autorității contractante, în conformitate cu Ordinul Ministrului Finanțelor nr. 145 din 24 noiembrie 2020.</w:t>
            </w:r>
          </w:p>
        </w:tc>
        <w:tc>
          <w:tcPr>
            <w:tcW w:w="1701" w:type="dxa"/>
          </w:tcPr>
          <w:p w14:paraId="10B922B4" w14:textId="77777777" w:rsidR="007A04A9" w:rsidRPr="006C2580" w:rsidRDefault="00F954C6">
            <w:pPr>
              <w:jc w:val="center"/>
              <w:rPr>
                <w:noProof/>
                <w:lang w:val="ro-RO"/>
              </w:rPr>
            </w:pPr>
            <w:r w:rsidRPr="006C2580">
              <w:rPr>
                <w:noProof/>
                <w:sz w:val="18"/>
                <w:lang w:val="ro-RO"/>
              </w:rPr>
              <w:t>Obligatoriu</w:t>
            </w:r>
          </w:p>
        </w:tc>
      </w:tr>
      <w:tr w:rsidR="007A04A9" w:rsidRPr="006C2580" w14:paraId="70F7F834" w14:textId="77777777">
        <w:tc>
          <w:tcPr>
            <w:tcW w:w="850" w:type="dxa"/>
          </w:tcPr>
          <w:p w14:paraId="0AF114AD" w14:textId="77777777" w:rsidR="007A04A9" w:rsidRPr="006C2580" w:rsidRDefault="00F954C6">
            <w:pPr>
              <w:jc w:val="center"/>
              <w:rPr>
                <w:noProof/>
                <w:lang w:val="ro-RO"/>
              </w:rPr>
            </w:pPr>
            <w:r w:rsidRPr="006C2580">
              <w:rPr>
                <w:noProof/>
                <w:sz w:val="18"/>
                <w:lang w:val="ro-RO"/>
              </w:rPr>
              <w:t>12</w:t>
            </w:r>
          </w:p>
        </w:tc>
        <w:tc>
          <w:tcPr>
            <w:tcW w:w="3685" w:type="dxa"/>
          </w:tcPr>
          <w:p w14:paraId="5DB2E3F3" w14:textId="77777777" w:rsidR="007A04A9" w:rsidRPr="006C2580" w:rsidRDefault="00F954C6">
            <w:pPr>
              <w:rPr>
                <w:noProof/>
                <w:lang w:val="ro-RO"/>
              </w:rPr>
            </w:pPr>
            <w:r w:rsidRPr="006C2580">
              <w:rPr>
                <w:noProof/>
                <w:sz w:val="18"/>
                <w:lang w:val="ro-RO"/>
              </w:rPr>
              <w:t>Mostre</w:t>
            </w:r>
          </w:p>
        </w:tc>
        <w:tc>
          <w:tcPr>
            <w:tcW w:w="7370" w:type="dxa"/>
          </w:tcPr>
          <w:p w14:paraId="32DFB679" w14:textId="77777777" w:rsidR="007A04A9" w:rsidRPr="006C2580" w:rsidRDefault="00F954C6">
            <w:pPr>
              <w:rPr>
                <w:noProof/>
                <w:lang w:val="ro-RO"/>
              </w:rPr>
            </w:pPr>
            <w:r w:rsidRPr="006C2580">
              <w:rPr>
                <w:noProof/>
                <w:sz w:val="18"/>
                <w:lang w:val="ro-RO"/>
              </w:rPr>
              <w:t>Doar pentru pozițiile solicitate expres de autoritatea contractantă. Ofertantul clasat pe primul loc va prezenta mostrele solicitate în termen de 3 zile de la comunicare; în caz de neconformitate cu oferta prezentată, operatorul economic va fi descalificat.</w:t>
            </w:r>
          </w:p>
        </w:tc>
        <w:tc>
          <w:tcPr>
            <w:tcW w:w="1701" w:type="dxa"/>
          </w:tcPr>
          <w:p w14:paraId="4B680797" w14:textId="77777777" w:rsidR="007A04A9" w:rsidRPr="006C2580" w:rsidRDefault="00F954C6">
            <w:pPr>
              <w:jc w:val="center"/>
              <w:rPr>
                <w:noProof/>
                <w:lang w:val="ro-RO"/>
              </w:rPr>
            </w:pPr>
            <w:r w:rsidRPr="006C2580">
              <w:rPr>
                <w:noProof/>
                <w:sz w:val="18"/>
                <w:lang w:val="ro-RO"/>
              </w:rPr>
              <w:t>Obligatoriu</w:t>
            </w:r>
          </w:p>
        </w:tc>
      </w:tr>
    </w:tbl>
    <w:p w14:paraId="73F9E69D" w14:textId="77777777" w:rsidR="007A04A9" w:rsidRPr="006C2580" w:rsidRDefault="007A04A9">
      <w:pPr>
        <w:spacing w:after="60"/>
        <w:rPr>
          <w:noProof/>
          <w:lang w:val="ro-RO"/>
        </w:rPr>
      </w:pPr>
    </w:p>
    <w:p w14:paraId="5510FB76" w14:textId="77777777" w:rsidR="007A04A9" w:rsidRPr="006C2580" w:rsidRDefault="00F954C6">
      <w:pPr>
        <w:spacing w:after="80"/>
        <w:rPr>
          <w:noProof/>
          <w:lang w:val="ro-RO"/>
        </w:rPr>
      </w:pPr>
      <w:r w:rsidRPr="006C2580">
        <w:rPr>
          <w:noProof/>
          <w:sz w:val="24"/>
          <w:lang w:val="ro-RO"/>
        </w:rPr>
        <w:t>15. Tehnici și instrumente specifice de atribuire: licitația electronică în 3 runde cu pasul minim – 1%.</w:t>
      </w:r>
    </w:p>
    <w:p w14:paraId="078BC366" w14:textId="77777777" w:rsidR="007A04A9" w:rsidRPr="006C2580" w:rsidRDefault="00F954C6">
      <w:pPr>
        <w:spacing w:after="80"/>
        <w:rPr>
          <w:noProof/>
          <w:lang w:val="ro-RO"/>
        </w:rPr>
      </w:pPr>
      <w:r w:rsidRPr="006C2580">
        <w:rPr>
          <w:noProof/>
          <w:sz w:val="24"/>
          <w:lang w:val="ro-RO"/>
        </w:rPr>
        <w:t>16. Condiții speciale de care depinde îndeplinirea contractului: -</w:t>
      </w:r>
    </w:p>
    <w:p w14:paraId="17D3D841" w14:textId="77777777" w:rsidR="007A04A9" w:rsidRPr="006C2580" w:rsidRDefault="00F954C6">
      <w:pPr>
        <w:spacing w:after="80"/>
        <w:rPr>
          <w:noProof/>
          <w:lang w:val="ro-RO"/>
        </w:rPr>
      </w:pPr>
      <w:r w:rsidRPr="006C2580">
        <w:rPr>
          <w:noProof/>
          <w:sz w:val="24"/>
          <w:lang w:val="ro-RO"/>
        </w:rPr>
        <w:t>17. Ofertele se prezintă în valuta: leu, MDL.</w:t>
      </w:r>
    </w:p>
    <w:p w14:paraId="351BF1EE" w14:textId="77777777" w:rsidR="007A04A9" w:rsidRPr="006C2580" w:rsidRDefault="00F954C6">
      <w:pPr>
        <w:spacing w:after="80"/>
        <w:rPr>
          <w:noProof/>
          <w:lang w:val="ro-RO"/>
        </w:rPr>
      </w:pPr>
      <w:r w:rsidRPr="006C2580">
        <w:rPr>
          <w:noProof/>
          <w:sz w:val="24"/>
          <w:lang w:val="ro-RO"/>
        </w:rPr>
        <w:t>18. Criteriul de evaluare aplicat pentru atribuirea contractului: cel mai mic preț fără TVA și corespunderea specificațiilor tehnice solicitate.</w:t>
      </w:r>
    </w:p>
    <w:p w14:paraId="0C1D19C5" w14:textId="77777777" w:rsidR="007A04A9" w:rsidRPr="006C2580" w:rsidRDefault="00F954C6">
      <w:pPr>
        <w:spacing w:after="80"/>
        <w:rPr>
          <w:noProof/>
          <w:lang w:val="ro-RO"/>
        </w:rPr>
      </w:pPr>
      <w:r w:rsidRPr="006C2580">
        <w:rPr>
          <w:noProof/>
          <w:sz w:val="24"/>
          <w:lang w:val="ro-RO"/>
        </w:rPr>
        <w:t>19. Factorii de evaluare a ofertei celei mai avantajoase din punct de vedere economic, precum și ponderile lor: -</w:t>
      </w:r>
    </w:p>
    <w:p w14:paraId="53725A08" w14:textId="77777777" w:rsidR="007A04A9" w:rsidRPr="006C2580" w:rsidRDefault="00F954C6">
      <w:pPr>
        <w:spacing w:after="80"/>
        <w:rPr>
          <w:noProof/>
          <w:lang w:val="ro-RO"/>
        </w:rPr>
      </w:pPr>
      <w:r w:rsidRPr="006C2580">
        <w:rPr>
          <w:noProof/>
          <w:sz w:val="24"/>
          <w:lang w:val="ro-RO"/>
        </w:rPr>
        <w:lastRenderedPageBreak/>
        <w:t>20. Termenul-limită de depunere/deschidere a ofertelor: conform SIA „RSAP” MTender (achiziții.md).</w:t>
      </w:r>
    </w:p>
    <w:p w14:paraId="64F4B8F9" w14:textId="77777777" w:rsidR="007A04A9" w:rsidRPr="006C2580" w:rsidRDefault="00F954C6">
      <w:pPr>
        <w:spacing w:after="80"/>
        <w:rPr>
          <w:noProof/>
          <w:lang w:val="ro-RO"/>
        </w:rPr>
      </w:pPr>
      <w:r w:rsidRPr="006C2580">
        <w:rPr>
          <w:noProof/>
          <w:sz w:val="24"/>
          <w:lang w:val="ro-RO"/>
        </w:rPr>
        <w:t>21. Adresa la care trebuie transmise ofertele sau cererile de participare: ofertele sau cererile de participare vor fi depuse electronic prin intermediul SIA „RSAP”.</w:t>
      </w:r>
    </w:p>
    <w:p w14:paraId="1B692105" w14:textId="77777777" w:rsidR="007A04A9" w:rsidRPr="006C2580" w:rsidRDefault="00F954C6">
      <w:pPr>
        <w:spacing w:after="80"/>
        <w:rPr>
          <w:noProof/>
          <w:lang w:val="ro-RO"/>
        </w:rPr>
      </w:pPr>
      <w:r w:rsidRPr="006C2580">
        <w:rPr>
          <w:noProof/>
          <w:sz w:val="24"/>
          <w:lang w:val="ro-RO"/>
        </w:rPr>
        <w:t>22. Termenul de valabilitate a ofertelor: 30 zile din data limită de depunere a ofertelor.</w:t>
      </w:r>
    </w:p>
    <w:p w14:paraId="2B247A42" w14:textId="77777777" w:rsidR="007A04A9" w:rsidRPr="006C2580" w:rsidRDefault="00F954C6">
      <w:pPr>
        <w:spacing w:after="80"/>
        <w:rPr>
          <w:noProof/>
          <w:lang w:val="ro-RO"/>
        </w:rPr>
      </w:pPr>
      <w:r w:rsidRPr="006C2580">
        <w:rPr>
          <w:noProof/>
          <w:sz w:val="24"/>
          <w:lang w:val="ro-RO"/>
        </w:rPr>
        <w:t>23. Locul deschiderii ofertelor: SIA „RSAP” MTender (achiziții.md). Ofertele întârziate vor fi respinse.</w:t>
      </w:r>
    </w:p>
    <w:p w14:paraId="31730DB8" w14:textId="77777777" w:rsidR="007A04A9" w:rsidRPr="006C2580" w:rsidRDefault="00F954C6">
      <w:pPr>
        <w:spacing w:after="80"/>
        <w:rPr>
          <w:noProof/>
          <w:lang w:val="ro-RO"/>
        </w:rPr>
      </w:pPr>
      <w:r w:rsidRPr="006C2580">
        <w:rPr>
          <w:noProof/>
          <w:sz w:val="24"/>
          <w:lang w:val="ro-RO"/>
        </w:rPr>
        <w:t>24. Limba sau limbile în care trebuie redactate ofertele sau cererile de participare: română.</w:t>
      </w:r>
    </w:p>
    <w:p w14:paraId="25E21A38" w14:textId="77777777" w:rsidR="007A04A9" w:rsidRPr="006C2580" w:rsidRDefault="00F954C6">
      <w:pPr>
        <w:spacing w:after="80"/>
        <w:rPr>
          <w:noProof/>
          <w:lang w:val="ro-RO"/>
        </w:rPr>
      </w:pPr>
      <w:r w:rsidRPr="006C2580">
        <w:rPr>
          <w:noProof/>
          <w:sz w:val="24"/>
          <w:lang w:val="ro-RO"/>
        </w:rPr>
        <w:t>25. Denumirea și adresa organismului competent de soluționare a contestațiilor: Agenția Națională pentru Soluționarea Contestațiilor, mun. Chișinău, bd. Ștefan cel Mare și Sfânt nr. 124 (et. 4), MD-2001; tel/fax: 022-820 652, 022-820 651; e-mail: contestatii@ansc.md.</w:t>
      </w:r>
    </w:p>
    <w:p w14:paraId="6E14B008" w14:textId="77777777" w:rsidR="007A04A9" w:rsidRPr="006C2580" w:rsidRDefault="00F954C6">
      <w:pPr>
        <w:spacing w:after="80"/>
        <w:rPr>
          <w:noProof/>
          <w:lang w:val="ro-RO"/>
        </w:rPr>
      </w:pPr>
      <w:r w:rsidRPr="006C2580">
        <w:rPr>
          <w:noProof/>
          <w:sz w:val="24"/>
          <w:lang w:val="ro-RO"/>
        </w:rPr>
        <w:t>26. Alte informații relevante: -</w:t>
      </w:r>
    </w:p>
    <w:p w14:paraId="2AB20D02" w14:textId="77777777" w:rsidR="007A04A9" w:rsidRPr="006C2580" w:rsidRDefault="007A04A9">
      <w:pPr>
        <w:spacing w:after="120"/>
        <w:rPr>
          <w:noProof/>
          <w:lang w:val="ro-RO"/>
        </w:rPr>
      </w:pPr>
    </w:p>
    <w:p w14:paraId="0BA9C100" w14:textId="77777777" w:rsidR="007A04A9" w:rsidRPr="006C2580" w:rsidRDefault="00F954C6">
      <w:pPr>
        <w:spacing w:after="120"/>
        <w:rPr>
          <w:noProof/>
          <w:lang w:val="ro-RO"/>
        </w:rPr>
      </w:pPr>
      <w:r w:rsidRPr="006C2580">
        <w:rPr>
          <w:noProof/>
          <w:sz w:val="24"/>
          <w:lang w:val="ro-RO"/>
        </w:rPr>
        <w:t xml:space="preserve">Conducătorul grupului de lucru:  ______________________________  </w:t>
      </w:r>
      <w:r w:rsidRPr="006C2580">
        <w:rPr>
          <w:b/>
          <w:noProof/>
          <w:sz w:val="24"/>
          <w:lang w:val="ro-RO"/>
        </w:rPr>
        <w:t>Ion NOROC</w:t>
      </w:r>
    </w:p>
    <w:sectPr w:rsidR="007A04A9" w:rsidRPr="006C2580" w:rsidSect="00034616">
      <w:pgSz w:w="16838" w:h="11906" w:orient="landscape"/>
      <w:pgMar w:top="680" w:right="794" w:bottom="680" w:left="79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num w:numId="1" w16cid:durableId="1764302507">
    <w:abstractNumId w:val="8"/>
  </w:num>
  <w:num w:numId="2" w16cid:durableId="1323700041">
    <w:abstractNumId w:val="6"/>
  </w:num>
  <w:num w:numId="3" w16cid:durableId="455758826">
    <w:abstractNumId w:val="5"/>
  </w:num>
  <w:num w:numId="4" w16cid:durableId="1286043586">
    <w:abstractNumId w:val="4"/>
  </w:num>
  <w:num w:numId="5" w16cid:durableId="1943877358">
    <w:abstractNumId w:val="7"/>
  </w:num>
  <w:num w:numId="6" w16cid:durableId="1222181524">
    <w:abstractNumId w:val="3"/>
  </w:num>
  <w:num w:numId="7" w16cid:durableId="1540509794">
    <w:abstractNumId w:val="2"/>
  </w:num>
  <w:num w:numId="8" w16cid:durableId="1139153807">
    <w:abstractNumId w:val="1"/>
  </w:num>
  <w:num w:numId="9" w16cid:durableId="96993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66855"/>
    <w:rsid w:val="0029639D"/>
    <w:rsid w:val="00326F90"/>
    <w:rsid w:val="006C2580"/>
    <w:rsid w:val="007A04A9"/>
    <w:rsid w:val="00901F9D"/>
    <w:rsid w:val="00924BB0"/>
    <w:rsid w:val="00AA1D8D"/>
    <w:rsid w:val="00B47730"/>
    <w:rsid w:val="00B72783"/>
    <w:rsid w:val="00CB0664"/>
    <w:rsid w:val="00F954C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3FEC87"/>
  <w14:defaultImageDpi w14:val="300"/>
  <w15:docId w15:val="{136E5FC9-EE15-4050-A298-C72944C38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2024</Words>
  <Characters>11742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13739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achizitii</cp:lastModifiedBy>
  <cp:revision>4</cp:revision>
  <cp:lastPrinted>2026-08-20T06:49:00Z</cp:lastPrinted>
  <dcterms:created xsi:type="dcterms:W3CDTF">2013-12-23T23:15:00Z</dcterms:created>
  <dcterms:modified xsi:type="dcterms:W3CDTF">2026-08-20T06:49:00Z</dcterms:modified>
  <cp:category/>
</cp:coreProperties>
</file>