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right"/>
      </w:pPr>
      <w:r>
        <w:rPr>
          <w:rFonts w:ascii="Times New Roman" w:hAnsi="Times New Roman"/>
          <w:b w:val="0"/>
          <w:i w:val="0"/>
          <w:sz w:val="22"/>
        </w:rPr>
        <w:t>Anexa nr. 22</w:t>
      </w:r>
    </w:p>
    <w:p>
      <w:pPr>
        <w:spacing w:after="200"/>
        <w:jc w:val="right"/>
      </w:pPr>
      <w:r>
        <w:rPr>
          <w:rFonts w:ascii="Times New Roman" w:hAnsi="Times New Roman"/>
          <w:b w:val="0"/>
          <w:i w:val="0"/>
          <w:sz w:val="22"/>
        </w:rPr>
        <w:t>la Documentația standard</w:t>
      </w:r>
    </w:p>
    <w:p>
      <w:pPr>
        <w:spacing w:after="120"/>
        <w:jc w:val="center"/>
      </w:pPr>
      <w:r>
        <w:rPr>
          <w:rFonts w:ascii="Times New Roman" w:hAnsi="Times New Roman"/>
          <w:b/>
          <w:i w:val="0"/>
          <w:sz w:val="28"/>
        </w:rPr>
        <w:t>Specificații de preț</w:t>
      </w:r>
    </w:p>
    <w:p>
      <w:pPr>
        <w:spacing w:after="120"/>
        <w:jc w:val="center"/>
      </w:pPr>
      <w:r>
        <w:rPr>
          <w:rFonts w:ascii="Times New Roman" w:hAnsi="Times New Roman"/>
          <w:b w:val="0"/>
          <w:i/>
          <w:sz w:val="18"/>
        </w:rPr>
        <w:t>[Acest tabel va fi completat de către ofertant în coloanele 5, 6, 7, 8 și 11 la necesitate, iar de către autoritatea contractantă – în coloanele 1, 2, 3, 4, 9, 10]</w:t>
      </w:r>
    </w:p>
    <w:p>
      <w:pPr>
        <w:spacing w:after="0"/>
      </w:pPr>
      <w:r>
        <w:rPr>
          <w:rFonts w:ascii="Times New Roman" w:hAnsi="Times New Roman"/>
          <w:b w:val="0"/>
          <w:i w:val="0"/>
          <w:sz w:val="22"/>
        </w:rPr>
        <w:t>Numărul procedurii de achiziție: ______________________________</w:t>
      </w:r>
    </w:p>
    <w:p>
      <w:pPr>
        <w:spacing w:after="160"/>
      </w:pPr>
      <w:r>
        <w:rPr>
          <w:rFonts w:ascii="Times New Roman" w:hAnsi="Times New Roman"/>
          <w:b w:val="0"/>
          <w:i w:val="0"/>
          <w:sz w:val="22"/>
        </w:rPr>
        <w:t>Obiectul achiziției: Coșuri de fum pentru cazangeriile nr. 1 și nr. 2</w:t>
      </w:r>
    </w:p>
    <w:tbl>
      <w:tblPr>
        <w:tblStyle w:val="TableGrid"/>
        <w:tblW w:type="auto" w:w="0"/>
        <w:tblLook w:firstColumn="1" w:firstRow="1" w:lastColumn="0" w:lastRow="0" w:noHBand="0" w:noVBand="1" w:val="04A0"/>
        <w:tblLayout w:type="fixed"/>
      </w:tblPr>
      <w:tblGrid>
        <w:gridCol w:w="1134"/>
        <w:gridCol w:w="2608"/>
        <w:gridCol w:w="793"/>
        <w:gridCol w:w="793"/>
        <w:gridCol w:w="1247"/>
        <w:gridCol w:w="1247"/>
        <w:gridCol w:w="1247"/>
        <w:gridCol w:w="1247"/>
        <w:gridCol w:w="2835"/>
        <w:gridCol w:w="1360"/>
      </w:tblGrid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Cod CPV</w:t>
            </w:r>
          </w:p>
        </w:tc>
        <w:tc>
          <w:tcPr>
            <w:tcW w:type="dxa" w:w="2608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Denumirea bunurilor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Unitatea de măsură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Cantitatea</w:t>
            </w:r>
          </w:p>
        </w:tc>
        <w:tc>
          <w:tcPr>
            <w:tcW w:type="dxa" w:w="124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Preţ unitar (fără TVA)</w:t>
            </w:r>
          </w:p>
        </w:tc>
        <w:tc>
          <w:tcPr>
            <w:tcW w:type="dxa" w:w="124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Preţ unitar (cu TVA)</w:t>
            </w:r>
          </w:p>
        </w:tc>
        <w:tc>
          <w:tcPr>
            <w:tcW w:type="dxa" w:w="124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Suma fără TVA</w:t>
            </w:r>
          </w:p>
        </w:tc>
        <w:tc>
          <w:tcPr>
            <w:tcW w:type="dxa" w:w="124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Suma cu TVA</w:t>
            </w:r>
          </w:p>
        </w:tc>
        <w:tc>
          <w:tcPr>
            <w:tcW w:type="dxa" w:w="2835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Termenul de livrare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Clasificație bugetară (IBAN)</w:t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1</w:t>
            </w:r>
          </w:p>
        </w:tc>
        <w:tc>
          <w:tcPr>
            <w:tcW w:type="dxa" w:w="2608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2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3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4</w:t>
            </w:r>
          </w:p>
        </w:tc>
        <w:tc>
          <w:tcPr>
            <w:tcW w:type="dxa" w:w="124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5</w:t>
            </w:r>
          </w:p>
        </w:tc>
        <w:tc>
          <w:tcPr>
            <w:tcW w:type="dxa" w:w="124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6</w:t>
            </w:r>
          </w:p>
        </w:tc>
        <w:tc>
          <w:tcPr>
            <w:tcW w:type="dxa" w:w="124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7</w:t>
            </w:r>
          </w:p>
        </w:tc>
        <w:tc>
          <w:tcPr>
            <w:tcW w:type="dxa" w:w="124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8</w:t>
            </w:r>
          </w:p>
        </w:tc>
        <w:tc>
          <w:tcPr>
            <w:tcW w:type="dxa" w:w="2835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9</w:t>
            </w:r>
          </w:p>
        </w:tc>
        <w:tc>
          <w:tcPr>
            <w:tcW w:type="dxa" w:w="136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10</w:t>
            </w:r>
          </w:p>
        </w:tc>
      </w:tr>
      <w:tr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/>
                <w:sz w:val="16"/>
              </w:rPr>
              <w:t>Cod CPV: 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/>
                <w:sz w:val="16"/>
              </w:rPr>
              <w:t>Lotul 1 – Coș de fum, cazangeria nr. 1</w:t>
            </w:r>
          </w:p>
        </w:tc>
        <w:tc>
          <w:tcPr>
            <w:tcW w:type="dxa" w:w="7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7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Ø 350-430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Ø 400-480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Ø 450-530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Ø 500-580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13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Cot 90° Ø 500-580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Cot 45° Ø 500-580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Trecere sandwich Ø 350-430 / 400-480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Trecere sandwich Ø 400-480 / 450-530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Trecere sandwich Ø 450-530 / 500-580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Teu 90° Ø 350-430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Teu 90° Ø 400-480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Teu 90° Ø 450-530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Teu 90° Ø 500-580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Colector de condens Ø 500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Dop pentru izolație Ø 350-430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Dop pentru izolație Ø 300-380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Dop pentru izolație Ø 500-580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Capac Ø 350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Terminație conică Ø 500-580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Platformă de descărcare Ø 500-580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Suport bază perete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6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Colier de perete (3 urechi) Ø 580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/>
                <w:sz w:val="16"/>
              </w:rPr>
              <w:t>Total Lotul 1 – Coș de fum, cazangeria nr. 1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X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X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/>
                <w:sz w:val="16"/>
              </w:rPr>
              <w:t>Cod CPV: 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/>
                <w:sz w:val="16"/>
              </w:rPr>
              <w:t>Lotul 2 – Coș de fum, cazangeria nr. 2</w:t>
            </w:r>
          </w:p>
        </w:tc>
        <w:tc>
          <w:tcPr>
            <w:tcW w:type="dxa" w:w="7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7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Ø 250-330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3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Ø 350-430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8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Cot 90° Ø 250-330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Teu 90° Ø 350-430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Teu 45° Ø 350-430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Colector de condens Ø 350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Dop pentru izolație Ø 250-330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2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Dop pentru izolație Ø 350-430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Trecere pentru acoperiș Ø 430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Colier conic Ø 430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Terminație conică Ø 346-430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Colier de perete (1 ureche) Ø 430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Platformă de descărcare Ø 350-430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Suport armat 800 mm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45262610-0</w:t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Suport bază perete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buc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1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Livrare și instalare până la 30.09.2026, conform graficului stabilit cu administrația P-16 Pruncul</w:t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/>
                <w:sz w:val="16"/>
              </w:rPr>
              <w:t>Total Lotul 2 – Coș de fum, cazangeria nr. 2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X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 w:val="0"/>
                <w:sz w:val="16"/>
              </w:rPr>
              <w:t>X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608"/>
          </w:tcPr>
          <w:p>
            <w:pPr>
              <w:spacing w:after="0"/>
            </w:pPr>
            <w:r/>
            <w:r>
              <w:rPr>
                <w:rFonts w:ascii="Times New Roman" w:hAnsi="Times New Roman"/>
                <w:b/>
                <w:sz w:val="18"/>
              </w:rPr>
              <w:t>TOTAL GENERAL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X</w:t>
            </w:r>
          </w:p>
        </w:tc>
        <w:tc>
          <w:tcPr>
            <w:tcW w:type="dxa" w:w="7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X</w:t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36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</w:tbl>
    <w:p>
      <w:pPr>
        <w:spacing w:after="200"/>
      </w:pPr>
      <w:r>
        <w:rPr>
          <w:rFonts w:ascii="Times New Roman" w:hAnsi="Times New Roman"/>
          <w:b w:val="0"/>
          <w:i w:val="0"/>
          <w:sz w:val="24"/>
        </w:rPr>
      </w:r>
    </w:p>
    <w:p>
      <w:pPr>
        <w:spacing w:after="80"/>
      </w:pPr>
      <w:r>
        <w:rPr>
          <w:rFonts w:ascii="Times New Roman" w:hAnsi="Times New Roman"/>
          <w:b w:val="0"/>
          <w:i w:val="0"/>
          <w:sz w:val="22"/>
        </w:rPr>
        <w:t>Semnat: _______________  Numele, Prenumele: _____________________________  În calitate de: ________________</w:t>
      </w:r>
    </w:p>
    <w:p>
      <w:pPr>
        <w:spacing w:after="120"/>
      </w:pPr>
      <w:r>
        <w:rPr>
          <w:rFonts w:ascii="Times New Roman" w:hAnsi="Times New Roman"/>
          <w:b w:val="0"/>
          <w:i w:val="0"/>
          <w:sz w:val="22"/>
        </w:rPr>
        <w:t>Ofertantul: _______________________  Adresa: ______________________________</w:t>
      </w:r>
    </w:p>
    <w:p>
      <w:r>
        <w:br w:type="page"/>
      </w:r>
    </w:p>
    <w:p>
      <w:pPr>
        <w:spacing w:after="0"/>
        <w:jc w:val="right"/>
      </w:pPr>
      <w:r>
        <w:rPr>
          <w:rFonts w:ascii="Times New Roman" w:hAnsi="Times New Roman"/>
          <w:b w:val="0"/>
          <w:i w:val="0"/>
          <w:sz w:val="22"/>
        </w:rPr>
        <w:t>Anexa nr. 23</w:t>
      </w:r>
    </w:p>
    <w:p>
      <w:pPr>
        <w:spacing w:after="200"/>
        <w:jc w:val="right"/>
      </w:pPr>
      <w:r>
        <w:rPr>
          <w:rFonts w:ascii="Times New Roman" w:hAnsi="Times New Roman"/>
          <w:b w:val="0"/>
          <w:i w:val="0"/>
          <w:sz w:val="22"/>
        </w:rPr>
        <w:t>la Documentația standard</w:t>
      </w:r>
    </w:p>
    <w:p>
      <w:pPr>
        <w:spacing w:after="120"/>
        <w:jc w:val="center"/>
      </w:pPr>
      <w:r>
        <w:rPr>
          <w:rFonts w:ascii="Times New Roman" w:hAnsi="Times New Roman"/>
          <w:b/>
          <w:i w:val="0"/>
          <w:sz w:val="28"/>
        </w:rPr>
        <w:t>Specificații tehnice</w:t>
      </w:r>
    </w:p>
    <w:p>
      <w:pPr>
        <w:spacing w:after="120"/>
        <w:jc w:val="center"/>
      </w:pPr>
      <w:r>
        <w:rPr>
          <w:rFonts w:ascii="Times New Roman" w:hAnsi="Times New Roman"/>
          <w:b w:val="0"/>
          <w:i/>
          <w:sz w:val="18"/>
        </w:rPr>
        <w:t>[Acest tabel va fi completat de către ofertant în coloanele 2, 3, 4, 6, 7, iar de către autoritatea contractantă – în coloanele 1, 5]</w:t>
      </w:r>
    </w:p>
    <w:p>
      <w:pPr>
        <w:spacing w:after="0"/>
      </w:pPr>
      <w:r>
        <w:rPr>
          <w:rFonts w:ascii="Times New Roman" w:hAnsi="Times New Roman"/>
          <w:b w:val="0"/>
          <w:i w:val="0"/>
          <w:sz w:val="22"/>
        </w:rPr>
        <w:t>Numărul procedurii de achiziție: ______________________________</w:t>
      </w:r>
    </w:p>
    <w:p>
      <w:pPr>
        <w:spacing w:after="160"/>
      </w:pPr>
      <w:r>
        <w:rPr>
          <w:rFonts w:ascii="Times New Roman" w:hAnsi="Times New Roman"/>
          <w:b w:val="0"/>
          <w:i w:val="0"/>
          <w:sz w:val="22"/>
        </w:rPr>
        <w:t>Obiectul achiziției: Coșuri de fum pentru cazangeriile nr. 1 și nr. 2</w:t>
      </w:r>
    </w:p>
    <w:tbl>
      <w:tblPr>
        <w:tblStyle w:val="TableGrid"/>
        <w:tblW w:type="auto" w:w="0"/>
        <w:tblLook w:firstColumn="1" w:firstRow="1" w:lastColumn="0" w:lastRow="0" w:noHBand="0" w:noVBand="1" w:val="04A0"/>
        <w:tblLayout w:type="fixed"/>
      </w:tblPr>
      <w:tblGrid>
        <w:gridCol w:w="2835"/>
        <w:gridCol w:w="1701"/>
        <w:gridCol w:w="1247"/>
        <w:gridCol w:w="1474"/>
        <w:gridCol w:w="4762"/>
        <w:gridCol w:w="2494"/>
        <w:gridCol w:w="1134"/>
      </w:tblGrid>
      <w:tr>
        <w:tc>
          <w:tcPr>
            <w:tcW w:type="dxa" w:w="2835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Denumirea bunurilor</w:t>
            </w:r>
          </w:p>
        </w:tc>
        <w:tc>
          <w:tcPr>
            <w:tcW w:type="dxa" w:w="170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Denumirea modelului bunului</w:t>
            </w:r>
          </w:p>
        </w:tc>
        <w:tc>
          <w:tcPr>
            <w:tcW w:type="dxa" w:w="124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Ţara de origine</w:t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Producătorul</w:t>
            </w:r>
          </w:p>
        </w:tc>
        <w:tc>
          <w:tcPr>
            <w:tcW w:type="dxa" w:w="476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Specificarea tehnică deplină solicitată de către autoritatea contractantă</w:t>
            </w:r>
          </w:p>
        </w:tc>
        <w:tc>
          <w:tcPr>
            <w:tcW w:type="dxa" w:w="24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Specificarea tehnică deplină propusă de către ofertant</w:t>
            </w:r>
          </w:p>
        </w:tc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Standarde de referinţă</w:t>
            </w:r>
          </w:p>
        </w:tc>
      </w:tr>
      <w:tr>
        <w:tc>
          <w:tcPr>
            <w:tcW w:type="dxa" w:w="2835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1</w:t>
            </w:r>
          </w:p>
        </w:tc>
        <w:tc>
          <w:tcPr>
            <w:tcW w:type="dxa" w:w="1701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2</w:t>
            </w:r>
          </w:p>
        </w:tc>
        <w:tc>
          <w:tcPr>
            <w:tcW w:type="dxa" w:w="1247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3</w:t>
            </w:r>
          </w:p>
        </w:tc>
        <w:tc>
          <w:tcPr>
            <w:tcW w:type="dxa" w:w="147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4</w:t>
            </w:r>
          </w:p>
        </w:tc>
        <w:tc>
          <w:tcPr>
            <w:tcW w:type="dxa" w:w="4762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5</w:t>
            </w:r>
          </w:p>
        </w:tc>
        <w:tc>
          <w:tcPr>
            <w:tcW w:type="dxa" w:w="249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6</w:t>
            </w:r>
          </w:p>
        </w:tc>
        <w:tc>
          <w:tcPr>
            <w:tcW w:type="dxa" w:w="1134"/>
          </w:tcPr>
          <w:p>
            <w:pPr>
              <w:spacing w:after="0"/>
              <w:jc w:val="center"/>
            </w:pPr>
            <w:r/>
            <w:r>
              <w:rPr>
                <w:rFonts w:ascii="Times New Roman" w:hAnsi="Times New Roman"/>
                <w:b/>
                <w:sz w:val="16"/>
              </w:rPr>
              <w:t>7</w:t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/>
                <w:sz w:val="16"/>
              </w:rPr>
              <w:t>Lotul 1 – Coș de fum, cazangeria nr. 1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Ø 350-430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Țeavă pentru coș de fum dublu perete; Material: Oțel inoxidabil, interior AISI 304, exterior AISI 430; Grosimea oțelului: interior minimum 1 mm, exterior minimum 0,5 mm; Izolația: vată minerală bazaltică minim 40 mm/650°C; Destinat a fi utilizat la cazane cu combustibil solid (cărbune). Diametru: interior 350 mm, exterior 430 mm; Lungimea: 500 mm. Prețul propus trebuie să fie pentru un metru.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Ø 400-480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Țeavă pentru coș de fum dublu perete; Material: Oțel inoxidabil, interior AISI 304, exterior AISI 430; Grosimea oțelului: interior minimum 1 mm, exterior minimum 0,5 mm; Izolația: vată minerală bazaltică minim 40 mm/650°C; Destinat a fi utilizat la cazane cu combustibil solid (cărbune). Diametru: interior 400 mm, exterior 480 mm; Lungimea: 500 mm. Prețul propus trebuie să fie pentru un metru.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Ø 450-530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Țeavă pentru coș de fum dublu perete; Material: Oțel inoxidabil, interior AISI 304, exterior AISI 430; Grosimea oțelului: interior minimum 1 mm, exterior minimum 0,5 mm; Izolația: vată minerală bazaltică minim 40 mm/650°C; Destinat a fi utilizat la cazane cu combustibil solid (cărbune). Diametru: interior 450 mm, exterior 530 mm; Lungimea: 500 mm. Prețul propus trebuie să fie pentru un metru.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Ø 500-580 mm – 13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Țeavă pentru coș de fum dublu perete; Material: Oțel inoxidabil, interior AISI 304, exterior AISI 430; Grosimea oțelului: interior minimum 1 mm, exterior minimum 0,5 mm; Izolația: vată minerală bazaltică minim 40 mm/650°C; Destinat a fi utilizat la cazane cu combustibil solid (cărbune). Diametru: interior 500 mm, exterior 580 mm; Lungimea: 1 m. Prețul propus trebuie să fie pentru un metru.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Cot 90° Ø 500-580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Cot 90° dublu perete; Material: Oțel inoxidabil, interior AISI 304, exterior AISI 430; Grosimea oțelului: interior minimum 1 mm, exterior minimum 0,5 mm; Izolația: vată minerală bazaltică minim 40 mm/650°C; Destinat a fi utilizat la cazane cu combustibil solid (cărbune). Diametru: interior 500 mm, exterior 580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Cot 45° Ø 500-580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Cot 45° dublu perete; Material: Oțel inoxidabil, interior AISI 304, exterior AISI 430; Grosimea oțelului: interior minimum 1 mm, exterior minimum 0,5 mm; Izolația: vată minerală bazaltică minim 40 mm/650°C; Destinat a fi utilizat la cazane cu combustibil solid (cărbune). Diametru: interior 500 mm, exterior 580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Trecere sandwich Ø 350-430 / 400-480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Trecere sandwich; Material: Oțel inoxidabil, interior AISI 304, exterior AISI 430; Grosimea oțelului: interior minimum 1 mm, exterior minimum 0,5 mm; Izolația: vată minerală bazaltică minim 40 mm/650°C; Destinat a fi utilizat la cazane cu combustibil solid (cărbune). Lungimea: minim 300, maxim 500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Trecere sandwich Ø 400-480 / 450-530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Trecere sandwich; Material: Oțel inoxidabil, interior AISI 304, exterior AISI 430; Grosimea oțelului: interior minimum 1 mm, exterior minimum 0,5 mm; Izolația: vată minerală bazaltică minim 40 mm/650°C; Destinat a fi utilizat la cazane cu combustibil solid (cărbune). Lungimea: minim 300, maxim 500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Trecere sandwich Ø 450-530 / 500-580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Trecere sandwich; Material: Oțel inoxidabil, interior AISI 304, exterior AISI 430; Grosimea oțelului: interior minimum 1 mm, exterior minimum 0,5 mm; Izolația: vată minerală bazaltică minim 40 mm/650°C; Destinat a fi utilizat la cazane cu combustibil solid (cărbune). Lungimea: minim 300, maxim 500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Teu 90° Ø 350-430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Teu 90° dublu perete; Material: Oțel inoxidabil, interior AISI 304, exterior AISI 430; Grosimea oțelului: interior minimum 1 mm, exterior minimum 0,5 mm; Izolația: vată minerală bazaltică minim 40 mm/650°C; Destinat a fi utilizat la cazane cu combustibil solid (cărbune). Lungimea: 500 mm; Diametru: interior 350 mm, exterior 430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Teu 90° Ø 400-480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Teu 90° dublu perete; Material: Oțel inoxidabil, interior AISI 304, exterior AISI 430; Grosimea oțelului: interior minimum 1 mm, exterior minimum 0,5 mm; Izolația: vată minerală bazaltică minim 40 mm/650°C; Destinat a fi utilizat la cazane cu combustibil solid (cărbune). Lungimea: 500 mm; Diametru: interior 400 mm, exterior 480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Teu 90° Ø 450-530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Teu 90° dublu perete; Material: Oțel inoxidabil, interior AISI 304, exterior AISI 430; Grosimea oțelului: interior minimum 1 mm, exterior minimum 0,5 mm; Izolația: vată minerală bazaltică minim 40 mm/650°C; Destinat a fi utilizat la cazane cu combustibil solid (cărbune). Lungimea: 500 mm; Diametru: interior 450 mm, exterior 530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Teu 90° Ø 500-580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Teu 90° dublu perete; Material: Oțel inoxidabil, interior AISI 304, exterior AISI 430; Grosimea oțelului: interior minimum 1 mm, exterior minimum 0,5 mm; Izolația: vată minerală bazaltică minim 40 mm/650°C; Destinat a fi utilizat la cazane cu combustibil solid (cărbune). Lungimea: 500 mm; Diametru: interior 500 mm, exterior 580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Colector de condens Ø 500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Colector de condens inox; Material: Oțel inoxidabil AISI 304/AISI 430; Grosimea oțelului: minimum 0,5 mm. Diametru: 500 mm.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Dop pentru izolație Ø 350-430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Dop pentru izolație; Material: Oțel inoxidabil AISI 304/AISI 430; Grosimea oțelului: minimum 0,5 mm. Diametru: interior 350 mm, exterior 430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Dop pentru izolație Ø 300-380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Dop pentru izolație; Material: Oțel inoxidabil AISI 304/AISI 430; Grosimea oțelului: minimum 0,5 mm. Diametru: interior 300 mm, exterior 380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Dop pentru izolație Ø 500-580 mm – 3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Dop pentru izolație; Material: Oțel inoxidabil AISI 304/AISI 430; Grosimea oțelului: minimum 0,5 mm. Diametru: interior 500 mm, exterior 580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Capac Ø 350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Capac coș de fum; Material: Oțel inoxidabil AISI 304/AISI 430; Grosimea oțelului: minimum 0,5 mm. Diametru: 350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Terminație conică Ø 500-580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Terminație conică; Material: Oțel inoxidabil, interior AISI 304, exterior AISI 430; Grosimea oțelului: interior minimum 1 mm, exterior minimum 0,5 mm; Diametru: interior 500 mm, exterior 580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Platformă de descărcare Ø 500-580 mm – 6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Platformă de descărcare; Material: Oțel inoxidabil, interior AISI 304, exterior AISI 430; Grosimea oțelului: interior minimum 1 mm, exterior minimum 0,5 mm; Diametru: interior 500 mm, exterior 580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Suport bază perete – 6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Suport bază perete; Material: Profil oțel inoxidabil 30x30 mm; Grosimea oțelului: minimum 1 mm; Lungimea: 1200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Colier de perete (3 urechi) Ø 580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Colier de perete (3 urechi); Material: Oțel inoxidabil; Grosimea oțelului: minimum 1 mm. Diametru: 580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/>
                <w:sz w:val="16"/>
              </w:rPr>
              <w:t>Lotul 2 – Coș de fum, cazangeria nr. 2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Ø 250-330 mm – 3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Țeavă pentru coș de fum dublu perete; Material: Oțel inoxidabil, interior AISI 304, exterior AISI 430; Grosimea oțelului: interior minimum 1 mm, exterior minimum 0,5 mm; Izolația: vată minerală bazaltică minim 40 mm/650°C; Destinat a fi utilizat la cazane cu combustibil solid (cărbune). Diametru: interior 250 mm, exterior 330 mm; Lungimea: 1000 mm. Prețul propus trebuie să fie pentru un metru.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Țeavă Ø 350-430 mm – 8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Țeavă pentru coș de fum dublu perete; Material: Oțel inoxidabil, interior AISI 304, exterior AISI 430; Grosimea oțelului: interior minimum 1 mm, exterior minimum 0,5 mm; Izolația: vată minerală bazaltică minim 40 mm/650°C; Destinat a fi utilizat la cazane cu combustibil solid (cărbune). Diametru: interior 350 mm, exterior 430 mm; Lungimea: 1000 mm. Prețul propus trebuie să fie pentru un metru.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Cot 90° Ø 250-330 mm – 2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Cot 90° dublu perete; Material: Oțel inoxidabil, interior AISI 304, exterior AISI 430; Grosimea oțelului: interior minimum 1 mm, exterior minimum 0,5 mm; Izolația: vată minerală bazaltică minim 40 mm/650°C; Destinat a fi utilizat la cazane cu combustibil solid (cărbune). Diametru: interior 250 mm, exterior 330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Teu 90° Ø 350-430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Teu 90° dublu perete; Material: Oțel inoxidabil, interior AISI 304, exterior AISI 430; Grosimea oțelului: interior minimum 1 mm, exterior minimum 0,5 mm; Izolația: vată minerală bazaltică minim 40 mm/650°C; Destinat a fi utilizat la cazane cu combustibil solid (cărbune). Lungimea: 500 mm; Diametru: interior 350 mm, exterior 430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Teu 45° Ø 350-430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Teu 45° dublu perete; Material: Oțel inoxidabil, interior AISI 304, exterior AISI 430; Grosimea oțelului: interior minimum 1 mm, exterior minimum 0,5 mm; Izolația: vată minerală bazaltică minim 40 mm/650°C; Destinat a fi utilizat la cazane cu combustibil solid (cărbune). Lungimea: 500 mm; Diametru: interior 350 mm, exterior 430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Colector de condens Ø 350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Colector de condens inox; Material: Oțel inoxidabil AISI 304/AISI 430; Grosimea oțelului: minimum 0,5 mm. Diametru: 350 mm.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Dop pentru izolație Ø 250-330 mm – 2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Dop pentru izolație; Material: Oțel inoxidabil AISI 304/AISI 430; Grosimea oțelului: minimum 0,5 mm. Diametru: interior 250 mm, exterior 330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Dop pentru izolație Ø 350-430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Dop pentru izolație; Material: Oțel inoxidabil AISI 304/AISI 430; Grosimea oțelului: minimum 0,5 mm. Diametru: interior 350 mm, exterior 430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Trecere pentru acoperiș Ø 430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Trecere pentru acoperiș; Material: Oțel inoxidabil AISI 304/AISI 430; Grosimea oțelului: minimum 0,5 mm. Diametru: 430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Colier conic Ø 430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Colier conic; Material: Oțel inoxidabil; Grosimea oțelului: minimum 1 mm. Diametru: 430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Terminație conică Ø 346-430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Terminație conică; Material: Oțel inoxidabil, interior AISI 304, exterior AISI 430; Grosimea oțelului: interior minimum 1 mm, exterior minimum 0,5 mm; Diametru: interior 346 mm, exterior 430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Colier de perete (1 ureche) Ø 430 mm – 4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Colier de perete (1 ureche); Material: Oțel inoxidabil; Grosimea oțelului: minimum 1 mm. Diametru: 430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Platformă de descărcare Ø 350-430 mm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Platformă de descărcare; Material: Oțel inoxidabil, interior AISI 304, exterior AISI 430; Grosimea oțelului: interior minimum 1 mm, exterior minimum 0,5 mm; Diametru: interior 350 mm, exterior 430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Suport armat 800 mm – 4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Suport armat; Material: Oțel inoxidabil; Grosimea oțelului: minimum 1 mm. Lungimea: 800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  <w:t>Suport bază perete – 1 buc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4"/>
              </w:rPr>
              <w:t>Tip: Suport bază perete; Material: Profil oțel inoxidabil 30x30 mm; Grosimea oțelului: minimum 1 mm; Lungimea: 1000/1200 mm. Prețul propus trebuie să fie pentru un element.</w:t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  <w:tr>
        <w:tc>
          <w:tcPr>
            <w:tcW w:type="dxa" w:w="2835"/>
          </w:tcPr>
          <w:p>
            <w:pPr>
              <w:spacing w:after="0"/>
            </w:pPr>
            <w:r/>
            <w:r>
              <w:rPr>
                <w:rFonts w:ascii="Times New Roman" w:hAnsi="Times New Roman"/>
                <w:b/>
                <w:sz w:val="18"/>
              </w:rPr>
              <w:t>TOTAL</w:t>
            </w:r>
          </w:p>
        </w:tc>
        <w:tc>
          <w:tcPr>
            <w:tcW w:type="dxa" w:w="1701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247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47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4762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249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  <w:tc>
          <w:tcPr>
            <w:tcW w:type="dxa" w:w="1134"/>
          </w:tcPr>
          <w:p>
            <w:pPr>
              <w:spacing w:after="0"/>
            </w:pPr>
            <w:r/>
            <w:r>
              <w:rPr>
                <w:rFonts w:ascii="Times New Roman" w:hAnsi="Times New Roman"/>
                <w:b w:val="0"/>
                <w:sz w:val="16"/>
              </w:rPr>
            </w:r>
          </w:p>
        </w:tc>
      </w:tr>
    </w:tbl>
    <w:p>
      <w:pPr>
        <w:spacing w:after="160"/>
      </w:pPr>
      <w:r>
        <w:rPr>
          <w:rFonts w:ascii="Times New Roman" w:hAnsi="Times New Roman"/>
          <w:b w:val="0"/>
          <w:i w:val="0"/>
          <w:sz w:val="24"/>
        </w:rPr>
      </w:r>
    </w:p>
    <w:p>
      <w:pPr>
        <w:spacing w:after="200"/>
        <w:jc w:val="both"/>
      </w:pPr>
      <w:r>
        <w:rPr>
          <w:rFonts w:ascii="Times New Roman" w:hAnsi="Times New Roman"/>
          <w:b w:val="0"/>
          <w:i/>
          <w:sz w:val="20"/>
        </w:rPr>
        <w:t>Cerințe generale obligatorii: bunurile vor fi noi, nefolosite; garanție minim 12 luni; livrarea și instalarea se efectuează din contul ofertantului; se prezintă certificat de calitate/conformitate care confirmă materialul AISI 304 (interior) / AISI 430 (exterior) și izolația din vată minerală bazaltică minim 40 mm/650°C; îmbinare tip mufă, sudură TIG.</w:t>
      </w:r>
    </w:p>
    <w:p>
      <w:pPr>
        <w:spacing w:after="80"/>
      </w:pPr>
      <w:r>
        <w:rPr>
          <w:rFonts w:ascii="Times New Roman" w:hAnsi="Times New Roman"/>
          <w:b w:val="0"/>
          <w:i w:val="0"/>
          <w:sz w:val="22"/>
        </w:rPr>
        <w:t>Semnat: _______________  Numele, Prenumele: _____________________________  În calitate de: ________________</w:t>
      </w:r>
    </w:p>
    <w:p>
      <w:pPr>
        <w:spacing w:after="120"/>
      </w:pPr>
      <w:r>
        <w:rPr>
          <w:rFonts w:ascii="Times New Roman" w:hAnsi="Times New Roman"/>
          <w:b w:val="0"/>
          <w:i w:val="0"/>
          <w:sz w:val="22"/>
        </w:rPr>
        <w:t>Ofertantul: _______________________  Adresa: ______________________________</w:t>
      </w:r>
    </w:p>
    <w:sectPr w:rsidR="00FC693F" w:rsidRPr="0006063C" w:rsidSect="00034616">
      <w:pgSz w:w="16838" w:h="11906" w:orient="landscape"/>
      <w:pgMar w:top="850" w:right="850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