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05FFB" w14:textId="77777777" w:rsidR="00E56A57" w:rsidRDefault="00000000" w:rsidP="00B34E0F">
      <w:pPr>
        <w:jc w:val="center"/>
      </w:pPr>
      <w:r>
        <w:rPr>
          <w:b/>
          <w:sz w:val="28"/>
        </w:rPr>
        <w:t>CONCLUZII DESPRE MERSUL EXAMINĂRII / INVESTIGĂRII</w:t>
      </w:r>
    </w:p>
    <w:p w14:paraId="003DED77" w14:textId="77777777" w:rsidR="00B34E0F" w:rsidRDefault="00000000" w:rsidP="00B34E0F">
      <w:pPr>
        <w:spacing w:after="0"/>
      </w:pPr>
      <w:proofErr w:type="spellStart"/>
      <w:r>
        <w:t>Dreptul</w:t>
      </w:r>
      <w:proofErr w:type="spellEnd"/>
      <w:r>
        <w:t xml:space="preserve"> </w:t>
      </w:r>
      <w:proofErr w:type="spellStart"/>
      <w:r>
        <w:t>încălcat</w:t>
      </w:r>
      <w:proofErr w:type="spellEnd"/>
      <w:r>
        <w:t>:</w:t>
      </w:r>
    </w:p>
    <w:p w14:paraId="1BACC7FD" w14:textId="5A1ED346" w:rsidR="00E56A57" w:rsidRDefault="00B34E0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AB2ED47" w14:textId="77777777" w:rsidR="00B34E0F" w:rsidRDefault="00000000" w:rsidP="00B34E0F">
      <w:pPr>
        <w:spacing w:after="0"/>
      </w:pPr>
      <w:proofErr w:type="spellStart"/>
      <w:r>
        <w:t>Expunerea</w:t>
      </w:r>
      <w:proofErr w:type="spellEnd"/>
      <w:r>
        <w:t xml:space="preserve"> </w:t>
      </w:r>
      <w:proofErr w:type="spellStart"/>
      <w:r>
        <w:t>succintă</w:t>
      </w:r>
      <w:proofErr w:type="spellEnd"/>
      <w:r>
        <w:t xml:space="preserve"> a </w:t>
      </w:r>
      <w:proofErr w:type="spellStart"/>
      <w:r>
        <w:t>problemei</w:t>
      </w:r>
      <w:proofErr w:type="spellEnd"/>
      <w:r>
        <w:t>:</w:t>
      </w:r>
    </w:p>
    <w:p w14:paraId="4279CE79" w14:textId="395DB343" w:rsidR="00E56A57" w:rsidRDefault="00B34E0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F2D29F" w14:textId="77777777" w:rsidR="00E56A57" w:rsidRDefault="00000000" w:rsidP="00B34E0F">
      <w:pPr>
        <w:spacing w:after="0"/>
        <w:rPr>
          <w:lang w:val="it-IT"/>
        </w:rPr>
      </w:pPr>
      <w:r w:rsidRPr="00B34E0F">
        <w:rPr>
          <w:lang w:val="it-IT"/>
        </w:rPr>
        <w:t>Probleme și dificultăți întâmpinate în procesul investigării:</w:t>
      </w:r>
    </w:p>
    <w:p w14:paraId="5F86EF5B" w14:textId="559263B2" w:rsidR="00E56A57" w:rsidRPr="00B34E0F" w:rsidRDefault="00B34E0F">
      <w:pPr>
        <w:rPr>
          <w:lang w:val="it-IT"/>
        </w:rPr>
      </w:pPr>
      <w:r>
        <w:rPr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996ED8" w14:textId="77777777" w:rsidR="00E56A57" w:rsidRDefault="00000000" w:rsidP="00B34E0F">
      <w:pPr>
        <w:spacing w:after="0"/>
      </w:pPr>
      <w:proofErr w:type="spellStart"/>
      <w:r>
        <w:t>Concluzii</w:t>
      </w:r>
      <w:proofErr w:type="spellEnd"/>
      <w:r>
        <w:t xml:space="preserve"> / </w:t>
      </w:r>
      <w:proofErr w:type="spellStart"/>
      <w:r>
        <w:t>propuneri</w:t>
      </w:r>
      <w:proofErr w:type="spellEnd"/>
      <w:r>
        <w:t>:</w:t>
      </w:r>
    </w:p>
    <w:p w14:paraId="773E25D5" w14:textId="71B95A8F" w:rsidR="00B34E0F" w:rsidRDefault="00B34E0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3E26D0" w14:textId="77777777" w:rsidR="00E56A57" w:rsidRDefault="00E56A57"/>
    <w:p w14:paraId="0663EB4F" w14:textId="2099CC7A" w:rsidR="00E56A57" w:rsidRDefault="00000000">
      <w:proofErr w:type="spellStart"/>
      <w:r>
        <w:t>Încetarea</w:t>
      </w:r>
      <w:proofErr w:type="spellEnd"/>
      <w:r>
        <w:t xml:space="preserve"> </w:t>
      </w:r>
      <w:proofErr w:type="spellStart"/>
      <w:r>
        <w:t>examinării</w:t>
      </w:r>
      <w:proofErr w:type="spellEnd"/>
      <w:r>
        <w:t xml:space="preserve"> „_____</w:t>
      </w:r>
      <w:r w:rsidR="00B34E0F">
        <w:t>_________</w:t>
      </w:r>
      <w:r>
        <w:t>” __________</w:t>
      </w:r>
      <w:r w:rsidR="00B34E0F">
        <w:t xml:space="preserve">______________________ </w:t>
      </w:r>
      <w:r>
        <w:t>20____</w:t>
      </w:r>
      <w:r w:rsidR="00B34E0F">
        <w:t>___</w:t>
      </w:r>
    </w:p>
    <w:p w14:paraId="4246DED6" w14:textId="37590534" w:rsidR="00E56A57" w:rsidRDefault="00000000">
      <w:r>
        <w:t xml:space="preserve">☐ </w:t>
      </w:r>
      <w:proofErr w:type="spellStart"/>
      <w:r>
        <w:t>Satisfăcută</w:t>
      </w:r>
      <w:proofErr w:type="spellEnd"/>
      <w:r>
        <w:t xml:space="preserve">    </w:t>
      </w:r>
      <w:r w:rsidR="00B34E0F">
        <w:t xml:space="preserve">          </w:t>
      </w:r>
      <w:r>
        <w:t xml:space="preserve"> ☐ </w:t>
      </w:r>
      <w:proofErr w:type="spellStart"/>
      <w:r>
        <w:t>Satisfăcută</w:t>
      </w:r>
      <w:proofErr w:type="spellEnd"/>
      <w:r>
        <w:t xml:space="preserve"> </w:t>
      </w:r>
      <w:proofErr w:type="spellStart"/>
      <w:r>
        <w:t>parțial</w:t>
      </w:r>
      <w:proofErr w:type="spellEnd"/>
      <w:r>
        <w:t xml:space="preserve">     </w:t>
      </w:r>
      <w:r w:rsidR="00B34E0F">
        <w:t xml:space="preserve">       </w:t>
      </w:r>
      <w:r>
        <w:t xml:space="preserve">☐ </w:t>
      </w:r>
      <w:proofErr w:type="spellStart"/>
      <w:r>
        <w:t>Nesatisfăcută</w:t>
      </w:r>
      <w:proofErr w:type="spellEnd"/>
    </w:p>
    <w:p w14:paraId="33DF86DE" w14:textId="080EDFDA" w:rsidR="00E56A57" w:rsidRDefault="00000000" w:rsidP="00B34E0F">
      <w:pPr>
        <w:spacing w:after="0"/>
        <w:rPr>
          <w:lang w:val="it-IT"/>
        </w:rPr>
      </w:pPr>
      <w:r w:rsidRPr="00B34E0F">
        <w:rPr>
          <w:lang w:val="it-IT"/>
        </w:rPr>
        <w:t>____________________</w:t>
      </w:r>
      <w:r w:rsidR="00B34E0F">
        <w:rPr>
          <w:lang w:val="it-IT"/>
        </w:rPr>
        <w:t>_______________________________</w:t>
      </w:r>
    </w:p>
    <w:p w14:paraId="3B63DA8B" w14:textId="00C3CFDB" w:rsidR="00B34E0F" w:rsidRDefault="00B34E0F">
      <w:pPr>
        <w:rPr>
          <w:lang w:val="it-IT"/>
        </w:rPr>
      </w:pPr>
      <w:r w:rsidRPr="00B34E0F">
        <w:rPr>
          <w:lang w:val="it-IT"/>
        </w:rPr>
        <w:t>(șef subdiviziune)</w:t>
      </w:r>
    </w:p>
    <w:p w14:paraId="38F4F95C" w14:textId="77777777" w:rsidR="00B34E0F" w:rsidRPr="00B34E0F" w:rsidRDefault="00B34E0F">
      <w:pPr>
        <w:rPr>
          <w:lang w:val="it-IT"/>
        </w:rPr>
      </w:pPr>
    </w:p>
    <w:p w14:paraId="2145C54C" w14:textId="40EBB887" w:rsidR="00E56A57" w:rsidRPr="00B34E0F" w:rsidRDefault="00000000">
      <w:pPr>
        <w:rPr>
          <w:lang w:val="it-IT"/>
        </w:rPr>
      </w:pPr>
      <w:r w:rsidRPr="00B34E0F">
        <w:rPr>
          <w:lang w:val="it-IT"/>
        </w:rPr>
        <w:t>Transmis la DGDA „_____</w:t>
      </w:r>
      <w:r w:rsidR="00B34E0F">
        <w:rPr>
          <w:lang w:val="it-IT"/>
        </w:rPr>
        <w:t>_______</w:t>
      </w:r>
      <w:r w:rsidRPr="00B34E0F">
        <w:rPr>
          <w:lang w:val="it-IT"/>
        </w:rPr>
        <w:t>” __________</w:t>
      </w:r>
      <w:r w:rsidR="00B34E0F">
        <w:rPr>
          <w:lang w:val="it-IT"/>
        </w:rPr>
        <w:t>___________</w:t>
      </w:r>
      <w:r w:rsidRPr="00B34E0F">
        <w:rPr>
          <w:lang w:val="it-IT"/>
        </w:rPr>
        <w:t xml:space="preserve"> 20____</w:t>
      </w:r>
      <w:r w:rsidR="00B34E0F">
        <w:rPr>
          <w:lang w:val="it-IT"/>
        </w:rPr>
        <w:t>______</w:t>
      </w:r>
    </w:p>
    <w:p w14:paraId="0CAEB580" w14:textId="77777777" w:rsidR="00E56A57" w:rsidRPr="00B34E0F" w:rsidRDefault="00000000">
      <w:pPr>
        <w:rPr>
          <w:lang w:val="it-IT"/>
        </w:rPr>
      </w:pPr>
      <w:r w:rsidRPr="00B34E0F">
        <w:rPr>
          <w:lang w:val="it-IT"/>
        </w:rPr>
        <w:t>Număr file __________</w:t>
      </w:r>
    </w:p>
    <w:p w14:paraId="250E232F" w14:textId="34F985F6" w:rsidR="00B34E0F" w:rsidRDefault="00000000" w:rsidP="00B34E0F">
      <w:pPr>
        <w:spacing w:after="0"/>
        <w:rPr>
          <w:lang w:val="it-IT"/>
        </w:rPr>
      </w:pPr>
      <w:r w:rsidRPr="00B34E0F">
        <w:rPr>
          <w:lang w:val="it-IT"/>
        </w:rPr>
        <w:t>Reprezentant DGDA ____________________</w:t>
      </w:r>
      <w:r w:rsidR="00B34E0F">
        <w:rPr>
          <w:lang w:val="it-IT"/>
        </w:rPr>
        <w:t>________________________________________________________</w:t>
      </w:r>
    </w:p>
    <w:p w14:paraId="2575AE84" w14:textId="2E12DF52" w:rsidR="00E56A57" w:rsidRPr="00B34E0F" w:rsidRDefault="00000000" w:rsidP="00B34E0F">
      <w:pPr>
        <w:jc w:val="center"/>
        <w:rPr>
          <w:lang w:val="it-IT"/>
        </w:rPr>
      </w:pPr>
      <w:r w:rsidRPr="00B34E0F">
        <w:rPr>
          <w:lang w:val="it-IT"/>
        </w:rPr>
        <w:t>(nume, prenume, semnătura)</w:t>
      </w:r>
    </w:p>
    <w:p w14:paraId="2EB4CE94" w14:textId="61B2465A" w:rsidR="00E56A57" w:rsidRPr="00B34E0F" w:rsidRDefault="00000000">
      <w:pPr>
        <w:rPr>
          <w:lang w:val="it-IT"/>
        </w:rPr>
      </w:pPr>
      <w:r w:rsidRPr="00B34E0F">
        <w:rPr>
          <w:lang w:val="it-IT"/>
        </w:rPr>
        <w:t>Termen de păstrare __________</w:t>
      </w:r>
      <w:r w:rsidR="00B34E0F">
        <w:rPr>
          <w:lang w:val="it-IT"/>
        </w:rPr>
        <w:t>_______</w:t>
      </w:r>
      <w:r w:rsidRPr="00B34E0F">
        <w:rPr>
          <w:lang w:val="it-IT"/>
        </w:rPr>
        <w:t>ani</w:t>
      </w:r>
    </w:p>
    <w:p w14:paraId="00C2F9B7" w14:textId="77777777" w:rsidR="00E56A57" w:rsidRDefault="00000000" w:rsidP="00BA41D8">
      <w:pPr>
        <w:spacing w:after="0"/>
        <w:jc w:val="center"/>
        <w:rPr>
          <w:b/>
          <w:sz w:val="28"/>
          <w:lang w:val="it-IT"/>
        </w:rPr>
      </w:pPr>
      <w:r w:rsidRPr="00B34E0F">
        <w:rPr>
          <w:b/>
          <w:sz w:val="28"/>
          <w:lang w:val="it-IT"/>
        </w:rPr>
        <w:lastRenderedPageBreak/>
        <w:t>PARTICIPAREA LA ȘEDINȚELE DE JUDECATĂ</w:t>
      </w:r>
    </w:p>
    <w:p w14:paraId="45997C6D" w14:textId="02112B3A" w:rsidR="00BA41D8" w:rsidRPr="00B34E0F" w:rsidRDefault="00BA41D8" w:rsidP="00BA41D8">
      <w:pPr>
        <w:jc w:val="center"/>
        <w:rPr>
          <w:lang w:val="it-IT"/>
        </w:rPr>
      </w:pPr>
      <w:r>
        <w:rPr>
          <w:lang w:val="it-IT"/>
        </w:rPr>
        <w:t>(În cazul în care reclamant este Avocatul Poporului)</w:t>
      </w:r>
    </w:p>
    <w:tbl>
      <w:tblPr>
        <w:tblStyle w:val="Tabelgril"/>
        <w:tblW w:w="8642" w:type="dxa"/>
        <w:tblLook w:val="04A0" w:firstRow="1" w:lastRow="0" w:firstColumn="1" w:lastColumn="0" w:noHBand="0" w:noVBand="1"/>
      </w:tblPr>
      <w:tblGrid>
        <w:gridCol w:w="2122"/>
        <w:gridCol w:w="3402"/>
        <w:gridCol w:w="3118"/>
      </w:tblGrid>
      <w:tr w:rsidR="00E56A57" w14:paraId="6A078448" w14:textId="77777777" w:rsidTr="00BA41D8">
        <w:tc>
          <w:tcPr>
            <w:tcW w:w="2122" w:type="dxa"/>
          </w:tcPr>
          <w:p w14:paraId="52F281A0" w14:textId="77777777" w:rsidR="00E56A57" w:rsidRDefault="00000000" w:rsidP="00BA41D8">
            <w:pPr>
              <w:jc w:val="center"/>
            </w:pPr>
            <w:r>
              <w:t>Data</w:t>
            </w:r>
          </w:p>
        </w:tc>
        <w:tc>
          <w:tcPr>
            <w:tcW w:w="3402" w:type="dxa"/>
          </w:tcPr>
          <w:p w14:paraId="3C63AE0B" w14:textId="77777777" w:rsidR="00E56A57" w:rsidRDefault="00000000" w:rsidP="00BA41D8">
            <w:pPr>
              <w:jc w:val="center"/>
            </w:pPr>
            <w:r>
              <w:t>Instanța de judecată</w:t>
            </w:r>
          </w:p>
        </w:tc>
        <w:tc>
          <w:tcPr>
            <w:tcW w:w="3118" w:type="dxa"/>
          </w:tcPr>
          <w:p w14:paraId="5718B5E9" w14:textId="77777777" w:rsidR="00E56A57" w:rsidRDefault="00000000" w:rsidP="00BA41D8">
            <w:pPr>
              <w:jc w:val="center"/>
            </w:pPr>
            <w:r>
              <w:t>Note</w:t>
            </w:r>
          </w:p>
        </w:tc>
      </w:tr>
      <w:tr w:rsidR="00E56A57" w14:paraId="5A9FB707" w14:textId="77777777" w:rsidTr="00BA41D8">
        <w:tc>
          <w:tcPr>
            <w:tcW w:w="2122" w:type="dxa"/>
          </w:tcPr>
          <w:p w14:paraId="3D6AB9CA" w14:textId="77777777" w:rsidR="00E56A57" w:rsidRDefault="00E56A57" w:rsidP="00BA41D8">
            <w:pPr>
              <w:jc w:val="center"/>
            </w:pPr>
          </w:p>
        </w:tc>
        <w:tc>
          <w:tcPr>
            <w:tcW w:w="3402" w:type="dxa"/>
          </w:tcPr>
          <w:p w14:paraId="426648FC" w14:textId="77777777" w:rsidR="00E56A57" w:rsidRDefault="00E56A57" w:rsidP="00BA41D8">
            <w:pPr>
              <w:jc w:val="center"/>
            </w:pPr>
          </w:p>
        </w:tc>
        <w:tc>
          <w:tcPr>
            <w:tcW w:w="3118" w:type="dxa"/>
          </w:tcPr>
          <w:p w14:paraId="690AB3C7" w14:textId="77777777" w:rsidR="00E56A57" w:rsidRDefault="00E56A57" w:rsidP="00BA41D8">
            <w:pPr>
              <w:jc w:val="center"/>
            </w:pPr>
          </w:p>
        </w:tc>
      </w:tr>
      <w:tr w:rsidR="00E56A57" w14:paraId="5BB3FAA4" w14:textId="77777777" w:rsidTr="00BA41D8">
        <w:tc>
          <w:tcPr>
            <w:tcW w:w="2122" w:type="dxa"/>
          </w:tcPr>
          <w:p w14:paraId="3C3D6A4D" w14:textId="77777777" w:rsidR="00E56A57" w:rsidRDefault="00E56A57" w:rsidP="00BA41D8">
            <w:pPr>
              <w:jc w:val="center"/>
            </w:pPr>
          </w:p>
        </w:tc>
        <w:tc>
          <w:tcPr>
            <w:tcW w:w="3402" w:type="dxa"/>
          </w:tcPr>
          <w:p w14:paraId="1B23CEE3" w14:textId="77777777" w:rsidR="00E56A57" w:rsidRDefault="00E56A57" w:rsidP="00BA41D8">
            <w:pPr>
              <w:jc w:val="center"/>
            </w:pPr>
          </w:p>
        </w:tc>
        <w:tc>
          <w:tcPr>
            <w:tcW w:w="3118" w:type="dxa"/>
          </w:tcPr>
          <w:p w14:paraId="47C495CF" w14:textId="77777777" w:rsidR="00E56A57" w:rsidRDefault="00E56A57" w:rsidP="00BA41D8">
            <w:pPr>
              <w:jc w:val="center"/>
            </w:pPr>
          </w:p>
        </w:tc>
      </w:tr>
      <w:tr w:rsidR="00E56A57" w14:paraId="034FCA4C" w14:textId="77777777" w:rsidTr="00BA41D8">
        <w:tc>
          <w:tcPr>
            <w:tcW w:w="2122" w:type="dxa"/>
          </w:tcPr>
          <w:p w14:paraId="22A35A9E" w14:textId="77777777" w:rsidR="00E56A57" w:rsidRDefault="00E56A57" w:rsidP="00BA41D8">
            <w:pPr>
              <w:jc w:val="center"/>
            </w:pPr>
          </w:p>
        </w:tc>
        <w:tc>
          <w:tcPr>
            <w:tcW w:w="3402" w:type="dxa"/>
          </w:tcPr>
          <w:p w14:paraId="6FD82E98" w14:textId="77777777" w:rsidR="00E56A57" w:rsidRDefault="00E56A57" w:rsidP="00BA41D8">
            <w:pPr>
              <w:jc w:val="center"/>
            </w:pPr>
          </w:p>
        </w:tc>
        <w:tc>
          <w:tcPr>
            <w:tcW w:w="3118" w:type="dxa"/>
          </w:tcPr>
          <w:p w14:paraId="53807D32" w14:textId="77777777" w:rsidR="00E56A57" w:rsidRDefault="00E56A57" w:rsidP="00BA41D8">
            <w:pPr>
              <w:jc w:val="center"/>
            </w:pPr>
          </w:p>
        </w:tc>
      </w:tr>
      <w:tr w:rsidR="00BA41D8" w14:paraId="7271BD36" w14:textId="77777777" w:rsidTr="00BA41D8">
        <w:tc>
          <w:tcPr>
            <w:tcW w:w="2122" w:type="dxa"/>
          </w:tcPr>
          <w:p w14:paraId="52729281" w14:textId="77777777" w:rsidR="00BA41D8" w:rsidRDefault="00BA41D8" w:rsidP="00BA41D8">
            <w:pPr>
              <w:jc w:val="center"/>
            </w:pPr>
          </w:p>
        </w:tc>
        <w:tc>
          <w:tcPr>
            <w:tcW w:w="3402" w:type="dxa"/>
          </w:tcPr>
          <w:p w14:paraId="106B2FCA" w14:textId="77777777" w:rsidR="00BA41D8" w:rsidRDefault="00BA41D8" w:rsidP="00BA41D8">
            <w:pPr>
              <w:jc w:val="center"/>
            </w:pPr>
          </w:p>
        </w:tc>
        <w:tc>
          <w:tcPr>
            <w:tcW w:w="3118" w:type="dxa"/>
          </w:tcPr>
          <w:p w14:paraId="7B151273" w14:textId="77777777" w:rsidR="00BA41D8" w:rsidRDefault="00BA41D8" w:rsidP="00BA41D8">
            <w:pPr>
              <w:jc w:val="center"/>
            </w:pPr>
          </w:p>
        </w:tc>
      </w:tr>
      <w:tr w:rsidR="00BA41D8" w14:paraId="3DCA95E5" w14:textId="77777777" w:rsidTr="00BA41D8">
        <w:tc>
          <w:tcPr>
            <w:tcW w:w="2122" w:type="dxa"/>
          </w:tcPr>
          <w:p w14:paraId="605AAF31" w14:textId="77777777" w:rsidR="00BA41D8" w:rsidRDefault="00BA41D8" w:rsidP="00BA41D8">
            <w:pPr>
              <w:jc w:val="center"/>
            </w:pPr>
          </w:p>
        </w:tc>
        <w:tc>
          <w:tcPr>
            <w:tcW w:w="3402" w:type="dxa"/>
          </w:tcPr>
          <w:p w14:paraId="11FFCF6F" w14:textId="77777777" w:rsidR="00BA41D8" w:rsidRDefault="00BA41D8" w:rsidP="00BA41D8">
            <w:pPr>
              <w:jc w:val="center"/>
            </w:pPr>
          </w:p>
        </w:tc>
        <w:tc>
          <w:tcPr>
            <w:tcW w:w="3118" w:type="dxa"/>
          </w:tcPr>
          <w:p w14:paraId="1DC586A1" w14:textId="77777777" w:rsidR="00BA41D8" w:rsidRDefault="00BA41D8" w:rsidP="00BA41D8">
            <w:pPr>
              <w:jc w:val="center"/>
            </w:pPr>
          </w:p>
        </w:tc>
      </w:tr>
    </w:tbl>
    <w:p w14:paraId="27108500" w14:textId="77777777" w:rsidR="00E56A57" w:rsidRDefault="00E56A57" w:rsidP="00BA41D8">
      <w:pPr>
        <w:jc w:val="center"/>
      </w:pPr>
    </w:p>
    <w:p w14:paraId="3FCB1E1B" w14:textId="77777777" w:rsidR="00E56A57" w:rsidRPr="00B34E0F" w:rsidRDefault="00000000" w:rsidP="00BA41D8">
      <w:pPr>
        <w:jc w:val="center"/>
        <w:rPr>
          <w:lang w:val="it-IT"/>
        </w:rPr>
      </w:pPr>
      <w:r w:rsidRPr="00B34E0F">
        <w:rPr>
          <w:b/>
          <w:sz w:val="28"/>
          <w:lang w:val="it-IT"/>
        </w:rPr>
        <w:t>CONVORBIRI TELEFONICE / CITAȚII / DEPLASĂRI ÎN TERITORIU</w:t>
      </w:r>
    </w:p>
    <w:tbl>
      <w:tblPr>
        <w:tblStyle w:val="Tabelgril"/>
        <w:tblW w:w="8642" w:type="dxa"/>
        <w:tblLook w:val="04A0" w:firstRow="1" w:lastRow="0" w:firstColumn="1" w:lastColumn="0" w:noHBand="0" w:noVBand="1"/>
      </w:tblPr>
      <w:tblGrid>
        <w:gridCol w:w="2122"/>
        <w:gridCol w:w="3402"/>
        <w:gridCol w:w="3118"/>
      </w:tblGrid>
      <w:tr w:rsidR="00E56A57" w14:paraId="6F89B27C" w14:textId="77777777" w:rsidTr="00BA41D8">
        <w:tc>
          <w:tcPr>
            <w:tcW w:w="2122" w:type="dxa"/>
          </w:tcPr>
          <w:p w14:paraId="6E4EB8C3" w14:textId="77777777" w:rsidR="00E56A57" w:rsidRDefault="00000000" w:rsidP="00BA41D8">
            <w:pPr>
              <w:jc w:val="center"/>
            </w:pPr>
            <w:r>
              <w:t>Data</w:t>
            </w:r>
          </w:p>
        </w:tc>
        <w:tc>
          <w:tcPr>
            <w:tcW w:w="3402" w:type="dxa"/>
          </w:tcPr>
          <w:p w14:paraId="5D131191" w14:textId="77777777" w:rsidR="00E56A57" w:rsidRDefault="00000000" w:rsidP="00BA41D8">
            <w:pPr>
              <w:jc w:val="center"/>
            </w:pPr>
            <w:r>
              <w:t>Acțiunea întreprinsă</w:t>
            </w:r>
          </w:p>
        </w:tc>
        <w:tc>
          <w:tcPr>
            <w:tcW w:w="3118" w:type="dxa"/>
          </w:tcPr>
          <w:p w14:paraId="3F95C3EA" w14:textId="77777777" w:rsidR="00E56A57" w:rsidRDefault="00000000" w:rsidP="00BA41D8">
            <w:pPr>
              <w:jc w:val="center"/>
            </w:pPr>
            <w:r>
              <w:t>Note</w:t>
            </w:r>
          </w:p>
        </w:tc>
      </w:tr>
      <w:tr w:rsidR="00E56A57" w14:paraId="3BE3D31B" w14:textId="77777777" w:rsidTr="00BA41D8">
        <w:tc>
          <w:tcPr>
            <w:tcW w:w="2122" w:type="dxa"/>
          </w:tcPr>
          <w:p w14:paraId="10912E05" w14:textId="77777777" w:rsidR="00E56A57" w:rsidRDefault="00E56A57" w:rsidP="00BA41D8">
            <w:pPr>
              <w:jc w:val="center"/>
            </w:pPr>
          </w:p>
        </w:tc>
        <w:tc>
          <w:tcPr>
            <w:tcW w:w="3402" w:type="dxa"/>
          </w:tcPr>
          <w:p w14:paraId="2C9F29BE" w14:textId="77777777" w:rsidR="00E56A57" w:rsidRDefault="00E56A57" w:rsidP="00BA41D8">
            <w:pPr>
              <w:jc w:val="center"/>
            </w:pPr>
          </w:p>
        </w:tc>
        <w:tc>
          <w:tcPr>
            <w:tcW w:w="3118" w:type="dxa"/>
          </w:tcPr>
          <w:p w14:paraId="71113324" w14:textId="77777777" w:rsidR="00E56A57" w:rsidRDefault="00E56A57" w:rsidP="00BA41D8">
            <w:pPr>
              <w:jc w:val="center"/>
            </w:pPr>
          </w:p>
        </w:tc>
      </w:tr>
      <w:tr w:rsidR="00E56A57" w14:paraId="76AAD1B2" w14:textId="77777777" w:rsidTr="00BA41D8">
        <w:tc>
          <w:tcPr>
            <w:tcW w:w="2122" w:type="dxa"/>
          </w:tcPr>
          <w:p w14:paraId="2E26835C" w14:textId="77777777" w:rsidR="00E56A57" w:rsidRDefault="00E56A57" w:rsidP="00BA41D8">
            <w:pPr>
              <w:jc w:val="center"/>
            </w:pPr>
          </w:p>
        </w:tc>
        <w:tc>
          <w:tcPr>
            <w:tcW w:w="3402" w:type="dxa"/>
          </w:tcPr>
          <w:p w14:paraId="168A1E04" w14:textId="77777777" w:rsidR="00E56A57" w:rsidRDefault="00E56A57" w:rsidP="00BA41D8">
            <w:pPr>
              <w:jc w:val="center"/>
            </w:pPr>
          </w:p>
        </w:tc>
        <w:tc>
          <w:tcPr>
            <w:tcW w:w="3118" w:type="dxa"/>
          </w:tcPr>
          <w:p w14:paraId="4BAE3EC4" w14:textId="77777777" w:rsidR="00E56A57" w:rsidRDefault="00E56A57" w:rsidP="00BA41D8">
            <w:pPr>
              <w:jc w:val="center"/>
            </w:pPr>
          </w:p>
        </w:tc>
      </w:tr>
      <w:tr w:rsidR="00E56A57" w14:paraId="042F9874" w14:textId="77777777" w:rsidTr="00BA41D8">
        <w:tc>
          <w:tcPr>
            <w:tcW w:w="2122" w:type="dxa"/>
          </w:tcPr>
          <w:p w14:paraId="123B9A78" w14:textId="77777777" w:rsidR="00E56A57" w:rsidRDefault="00E56A57" w:rsidP="00BA41D8">
            <w:pPr>
              <w:jc w:val="center"/>
            </w:pPr>
          </w:p>
        </w:tc>
        <w:tc>
          <w:tcPr>
            <w:tcW w:w="3402" w:type="dxa"/>
          </w:tcPr>
          <w:p w14:paraId="13A1AA5D" w14:textId="77777777" w:rsidR="00E56A57" w:rsidRDefault="00E56A57" w:rsidP="00BA41D8">
            <w:pPr>
              <w:jc w:val="center"/>
            </w:pPr>
          </w:p>
        </w:tc>
        <w:tc>
          <w:tcPr>
            <w:tcW w:w="3118" w:type="dxa"/>
          </w:tcPr>
          <w:p w14:paraId="3C11712D" w14:textId="77777777" w:rsidR="00E56A57" w:rsidRDefault="00E56A57" w:rsidP="00BA41D8">
            <w:pPr>
              <w:jc w:val="center"/>
            </w:pPr>
          </w:p>
        </w:tc>
      </w:tr>
      <w:tr w:rsidR="00BA41D8" w14:paraId="0E6017C3" w14:textId="77777777" w:rsidTr="00BA41D8">
        <w:tc>
          <w:tcPr>
            <w:tcW w:w="2122" w:type="dxa"/>
          </w:tcPr>
          <w:p w14:paraId="2DD94AE5" w14:textId="77777777" w:rsidR="00BA41D8" w:rsidRDefault="00BA41D8" w:rsidP="00BA41D8">
            <w:pPr>
              <w:jc w:val="center"/>
            </w:pPr>
          </w:p>
        </w:tc>
        <w:tc>
          <w:tcPr>
            <w:tcW w:w="3402" w:type="dxa"/>
          </w:tcPr>
          <w:p w14:paraId="041B00F9" w14:textId="77777777" w:rsidR="00BA41D8" w:rsidRDefault="00BA41D8" w:rsidP="00BA41D8">
            <w:pPr>
              <w:jc w:val="center"/>
            </w:pPr>
          </w:p>
        </w:tc>
        <w:tc>
          <w:tcPr>
            <w:tcW w:w="3118" w:type="dxa"/>
          </w:tcPr>
          <w:p w14:paraId="1B00F267" w14:textId="77777777" w:rsidR="00BA41D8" w:rsidRDefault="00BA41D8" w:rsidP="00BA41D8">
            <w:pPr>
              <w:jc w:val="center"/>
            </w:pPr>
          </w:p>
        </w:tc>
      </w:tr>
      <w:tr w:rsidR="00BA41D8" w14:paraId="7A439B34" w14:textId="77777777" w:rsidTr="00BA41D8">
        <w:tc>
          <w:tcPr>
            <w:tcW w:w="2122" w:type="dxa"/>
          </w:tcPr>
          <w:p w14:paraId="081B89BE" w14:textId="77777777" w:rsidR="00BA41D8" w:rsidRDefault="00BA41D8" w:rsidP="00BA41D8">
            <w:pPr>
              <w:jc w:val="center"/>
            </w:pPr>
          </w:p>
        </w:tc>
        <w:tc>
          <w:tcPr>
            <w:tcW w:w="3402" w:type="dxa"/>
          </w:tcPr>
          <w:p w14:paraId="237FFD44" w14:textId="77777777" w:rsidR="00BA41D8" w:rsidRDefault="00BA41D8" w:rsidP="00BA41D8">
            <w:pPr>
              <w:jc w:val="center"/>
            </w:pPr>
          </w:p>
        </w:tc>
        <w:tc>
          <w:tcPr>
            <w:tcW w:w="3118" w:type="dxa"/>
          </w:tcPr>
          <w:p w14:paraId="0023D8DF" w14:textId="77777777" w:rsidR="00BA41D8" w:rsidRDefault="00BA41D8" w:rsidP="00BA41D8">
            <w:pPr>
              <w:jc w:val="center"/>
            </w:pPr>
          </w:p>
        </w:tc>
      </w:tr>
    </w:tbl>
    <w:p w14:paraId="30F84A19" w14:textId="5A58F88B" w:rsidR="00E56A57" w:rsidRDefault="00E56A57" w:rsidP="00BA41D8">
      <w:pPr>
        <w:jc w:val="center"/>
      </w:pPr>
    </w:p>
    <w:p w14:paraId="403F5E26" w14:textId="77777777" w:rsidR="00E56A57" w:rsidRDefault="00000000" w:rsidP="00BA41D8">
      <w:pPr>
        <w:jc w:val="center"/>
      </w:pPr>
      <w:r>
        <w:rPr>
          <w:b/>
          <w:sz w:val="28"/>
        </w:rPr>
        <w:t>INFORMAREA PETIȚIONARULUI</w:t>
      </w:r>
    </w:p>
    <w:tbl>
      <w:tblPr>
        <w:tblStyle w:val="Tabelgril"/>
        <w:tblW w:w="8642" w:type="dxa"/>
        <w:tblLook w:val="04A0" w:firstRow="1" w:lastRow="0" w:firstColumn="1" w:lastColumn="0" w:noHBand="0" w:noVBand="1"/>
      </w:tblPr>
      <w:tblGrid>
        <w:gridCol w:w="2122"/>
        <w:gridCol w:w="3402"/>
        <w:gridCol w:w="3118"/>
      </w:tblGrid>
      <w:tr w:rsidR="00E56A57" w14:paraId="20D98FAD" w14:textId="77777777" w:rsidTr="00BA41D8">
        <w:tc>
          <w:tcPr>
            <w:tcW w:w="2122" w:type="dxa"/>
          </w:tcPr>
          <w:p w14:paraId="51915AC2" w14:textId="77777777" w:rsidR="00BA41D8" w:rsidRDefault="00000000" w:rsidP="00BA41D8">
            <w:pPr>
              <w:jc w:val="center"/>
            </w:pPr>
            <w:r>
              <w:t xml:space="preserve">Data </w:t>
            </w:r>
          </w:p>
          <w:p w14:paraId="5A0BB311" w14:textId="546F6C0F" w:rsidR="00E56A57" w:rsidRDefault="00000000" w:rsidP="00BA41D8">
            <w:pPr>
              <w:jc w:val="center"/>
            </w:pPr>
            <w:proofErr w:type="spellStart"/>
            <w:r>
              <w:t>informării</w:t>
            </w:r>
            <w:proofErr w:type="spellEnd"/>
          </w:p>
        </w:tc>
        <w:tc>
          <w:tcPr>
            <w:tcW w:w="3402" w:type="dxa"/>
          </w:tcPr>
          <w:p w14:paraId="0DE17629" w14:textId="77777777" w:rsidR="00E56A57" w:rsidRDefault="00000000" w:rsidP="00BA41D8">
            <w:pPr>
              <w:jc w:val="center"/>
            </w:pPr>
            <w:r>
              <w:t>Nr. de ieșire</w:t>
            </w:r>
          </w:p>
        </w:tc>
        <w:tc>
          <w:tcPr>
            <w:tcW w:w="3118" w:type="dxa"/>
          </w:tcPr>
          <w:p w14:paraId="1D7EB45A" w14:textId="77777777" w:rsidR="00E56A57" w:rsidRDefault="00000000" w:rsidP="00BA41D8">
            <w:pPr>
              <w:jc w:val="center"/>
            </w:pPr>
            <w:r>
              <w:t>Note</w:t>
            </w:r>
          </w:p>
        </w:tc>
      </w:tr>
      <w:tr w:rsidR="00E56A57" w14:paraId="2A61807B" w14:textId="77777777" w:rsidTr="00BA41D8">
        <w:tc>
          <w:tcPr>
            <w:tcW w:w="2122" w:type="dxa"/>
          </w:tcPr>
          <w:p w14:paraId="5569B56A" w14:textId="77777777" w:rsidR="00E56A57" w:rsidRDefault="00E56A57" w:rsidP="00BA41D8">
            <w:pPr>
              <w:jc w:val="center"/>
            </w:pPr>
          </w:p>
        </w:tc>
        <w:tc>
          <w:tcPr>
            <w:tcW w:w="3402" w:type="dxa"/>
          </w:tcPr>
          <w:p w14:paraId="53618DFB" w14:textId="77777777" w:rsidR="00E56A57" w:rsidRDefault="00E56A57" w:rsidP="00BA41D8">
            <w:pPr>
              <w:jc w:val="center"/>
            </w:pPr>
          </w:p>
        </w:tc>
        <w:tc>
          <w:tcPr>
            <w:tcW w:w="3118" w:type="dxa"/>
          </w:tcPr>
          <w:p w14:paraId="6090B44B" w14:textId="77777777" w:rsidR="00E56A57" w:rsidRDefault="00E56A57" w:rsidP="00BA41D8">
            <w:pPr>
              <w:jc w:val="center"/>
            </w:pPr>
          </w:p>
        </w:tc>
      </w:tr>
      <w:tr w:rsidR="00E56A57" w14:paraId="4D6F1819" w14:textId="77777777" w:rsidTr="00BA41D8">
        <w:tc>
          <w:tcPr>
            <w:tcW w:w="2122" w:type="dxa"/>
          </w:tcPr>
          <w:p w14:paraId="798AC359" w14:textId="77777777" w:rsidR="00E56A57" w:rsidRDefault="00E56A57" w:rsidP="00BA41D8">
            <w:pPr>
              <w:jc w:val="center"/>
            </w:pPr>
          </w:p>
        </w:tc>
        <w:tc>
          <w:tcPr>
            <w:tcW w:w="3402" w:type="dxa"/>
          </w:tcPr>
          <w:p w14:paraId="5B753746" w14:textId="77777777" w:rsidR="00E56A57" w:rsidRDefault="00E56A57" w:rsidP="00BA41D8">
            <w:pPr>
              <w:jc w:val="center"/>
            </w:pPr>
          </w:p>
        </w:tc>
        <w:tc>
          <w:tcPr>
            <w:tcW w:w="3118" w:type="dxa"/>
          </w:tcPr>
          <w:p w14:paraId="3AD661B4" w14:textId="77777777" w:rsidR="00E56A57" w:rsidRDefault="00E56A57" w:rsidP="00BA41D8">
            <w:pPr>
              <w:jc w:val="center"/>
            </w:pPr>
          </w:p>
        </w:tc>
      </w:tr>
      <w:tr w:rsidR="00E56A57" w14:paraId="6C60A19C" w14:textId="77777777" w:rsidTr="00BA41D8">
        <w:tc>
          <w:tcPr>
            <w:tcW w:w="2122" w:type="dxa"/>
          </w:tcPr>
          <w:p w14:paraId="39FC4B87" w14:textId="77777777" w:rsidR="00E56A57" w:rsidRDefault="00E56A57" w:rsidP="00BA41D8">
            <w:pPr>
              <w:jc w:val="center"/>
            </w:pPr>
          </w:p>
        </w:tc>
        <w:tc>
          <w:tcPr>
            <w:tcW w:w="3402" w:type="dxa"/>
          </w:tcPr>
          <w:p w14:paraId="1EEA48B8" w14:textId="77777777" w:rsidR="00E56A57" w:rsidRDefault="00E56A57" w:rsidP="00BA41D8">
            <w:pPr>
              <w:jc w:val="center"/>
            </w:pPr>
          </w:p>
        </w:tc>
        <w:tc>
          <w:tcPr>
            <w:tcW w:w="3118" w:type="dxa"/>
          </w:tcPr>
          <w:p w14:paraId="1CF48A0C" w14:textId="77777777" w:rsidR="00E56A57" w:rsidRDefault="00E56A57" w:rsidP="00BA41D8">
            <w:pPr>
              <w:jc w:val="center"/>
            </w:pPr>
          </w:p>
        </w:tc>
      </w:tr>
      <w:tr w:rsidR="00BA41D8" w14:paraId="4F2CD90A" w14:textId="77777777" w:rsidTr="00BA41D8">
        <w:tc>
          <w:tcPr>
            <w:tcW w:w="2122" w:type="dxa"/>
          </w:tcPr>
          <w:p w14:paraId="4A28F529" w14:textId="77777777" w:rsidR="00BA41D8" w:rsidRDefault="00BA41D8" w:rsidP="00BA41D8">
            <w:pPr>
              <w:jc w:val="center"/>
            </w:pPr>
          </w:p>
        </w:tc>
        <w:tc>
          <w:tcPr>
            <w:tcW w:w="3402" w:type="dxa"/>
          </w:tcPr>
          <w:p w14:paraId="2051F672" w14:textId="77777777" w:rsidR="00BA41D8" w:rsidRDefault="00BA41D8" w:rsidP="00BA41D8">
            <w:pPr>
              <w:jc w:val="center"/>
            </w:pPr>
          </w:p>
        </w:tc>
        <w:tc>
          <w:tcPr>
            <w:tcW w:w="3118" w:type="dxa"/>
          </w:tcPr>
          <w:p w14:paraId="03683102" w14:textId="77777777" w:rsidR="00BA41D8" w:rsidRDefault="00BA41D8" w:rsidP="00BA41D8">
            <w:pPr>
              <w:jc w:val="center"/>
            </w:pPr>
          </w:p>
        </w:tc>
      </w:tr>
      <w:tr w:rsidR="00BA41D8" w14:paraId="5BE3497D" w14:textId="77777777" w:rsidTr="00BA41D8">
        <w:tc>
          <w:tcPr>
            <w:tcW w:w="2122" w:type="dxa"/>
          </w:tcPr>
          <w:p w14:paraId="023CAE75" w14:textId="77777777" w:rsidR="00BA41D8" w:rsidRDefault="00BA41D8" w:rsidP="00BA41D8">
            <w:pPr>
              <w:jc w:val="center"/>
            </w:pPr>
          </w:p>
        </w:tc>
        <w:tc>
          <w:tcPr>
            <w:tcW w:w="3402" w:type="dxa"/>
          </w:tcPr>
          <w:p w14:paraId="6CFD696F" w14:textId="77777777" w:rsidR="00BA41D8" w:rsidRDefault="00BA41D8" w:rsidP="00BA41D8">
            <w:pPr>
              <w:jc w:val="center"/>
            </w:pPr>
          </w:p>
        </w:tc>
        <w:tc>
          <w:tcPr>
            <w:tcW w:w="3118" w:type="dxa"/>
          </w:tcPr>
          <w:p w14:paraId="50C2CA9A" w14:textId="77777777" w:rsidR="00BA41D8" w:rsidRDefault="00BA41D8" w:rsidP="00BA41D8">
            <w:pPr>
              <w:jc w:val="center"/>
            </w:pPr>
          </w:p>
        </w:tc>
      </w:tr>
    </w:tbl>
    <w:p w14:paraId="5224C0CD" w14:textId="77777777" w:rsidR="00E56A57" w:rsidRDefault="00E56A57" w:rsidP="00BA41D8">
      <w:pPr>
        <w:jc w:val="center"/>
      </w:pPr>
    </w:p>
    <w:p w14:paraId="67055E4C" w14:textId="77777777" w:rsidR="00E56A57" w:rsidRDefault="00000000" w:rsidP="00BA41D8">
      <w:pPr>
        <w:jc w:val="center"/>
      </w:pPr>
      <w:r>
        <w:rPr>
          <w:b/>
          <w:sz w:val="28"/>
        </w:rPr>
        <w:t>IMPLEMENTAREA RECOMANDĂRILOR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E56A57" w:rsidRPr="00B34E0F" w14:paraId="2805BA19" w14:textId="77777777" w:rsidTr="00BA41D8">
        <w:tc>
          <w:tcPr>
            <w:tcW w:w="2157" w:type="dxa"/>
          </w:tcPr>
          <w:p w14:paraId="53FF840B" w14:textId="77777777" w:rsidR="00E56A57" w:rsidRDefault="00000000" w:rsidP="00BA41D8">
            <w:pPr>
              <w:jc w:val="center"/>
            </w:pPr>
            <w:r>
              <w:t>Instituția</w:t>
            </w:r>
          </w:p>
        </w:tc>
        <w:tc>
          <w:tcPr>
            <w:tcW w:w="2157" w:type="dxa"/>
          </w:tcPr>
          <w:p w14:paraId="0C796C32" w14:textId="77777777" w:rsidR="00E56A57" w:rsidRPr="00B34E0F" w:rsidRDefault="00000000" w:rsidP="00BA41D8">
            <w:pPr>
              <w:jc w:val="center"/>
              <w:rPr>
                <w:lang w:val="it-IT"/>
              </w:rPr>
            </w:pPr>
            <w:r w:rsidRPr="00B34E0F">
              <w:rPr>
                <w:lang w:val="it-IT"/>
              </w:rPr>
              <w:t>Termenul limită de informare OAP</w:t>
            </w:r>
          </w:p>
        </w:tc>
        <w:tc>
          <w:tcPr>
            <w:tcW w:w="2158" w:type="dxa"/>
          </w:tcPr>
          <w:p w14:paraId="2938779B" w14:textId="77777777" w:rsidR="00E56A57" w:rsidRPr="00B34E0F" w:rsidRDefault="00000000" w:rsidP="00BA41D8">
            <w:pPr>
              <w:jc w:val="center"/>
              <w:rPr>
                <w:lang w:val="it-IT"/>
              </w:rPr>
            </w:pPr>
            <w:r w:rsidRPr="00B34E0F">
              <w:rPr>
                <w:lang w:val="it-IT"/>
              </w:rPr>
              <w:t>Termenul de control al realizării recomandărilor</w:t>
            </w:r>
          </w:p>
        </w:tc>
        <w:tc>
          <w:tcPr>
            <w:tcW w:w="2158" w:type="dxa"/>
          </w:tcPr>
          <w:p w14:paraId="76514D0C" w14:textId="77777777" w:rsidR="00E56A57" w:rsidRPr="00B34E0F" w:rsidRDefault="00000000" w:rsidP="00BA41D8">
            <w:pPr>
              <w:jc w:val="center"/>
              <w:rPr>
                <w:lang w:val="it-IT"/>
              </w:rPr>
            </w:pPr>
            <w:r w:rsidRPr="00B34E0F">
              <w:rPr>
                <w:lang w:val="it-IT"/>
              </w:rPr>
              <w:t>Gradul de realizare a recomandărilor</w:t>
            </w:r>
          </w:p>
        </w:tc>
      </w:tr>
      <w:tr w:rsidR="00E56A57" w:rsidRPr="00B34E0F" w14:paraId="245A2127" w14:textId="77777777" w:rsidTr="00BA41D8">
        <w:tc>
          <w:tcPr>
            <w:tcW w:w="2157" w:type="dxa"/>
          </w:tcPr>
          <w:p w14:paraId="7EC12AEB" w14:textId="77777777" w:rsidR="00E56A57" w:rsidRPr="00B34E0F" w:rsidRDefault="00E56A57" w:rsidP="00BA41D8">
            <w:pPr>
              <w:jc w:val="center"/>
              <w:rPr>
                <w:lang w:val="it-IT"/>
              </w:rPr>
            </w:pPr>
          </w:p>
        </w:tc>
        <w:tc>
          <w:tcPr>
            <w:tcW w:w="2157" w:type="dxa"/>
          </w:tcPr>
          <w:p w14:paraId="53987168" w14:textId="77777777" w:rsidR="00E56A57" w:rsidRPr="00B34E0F" w:rsidRDefault="00E56A57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1A437C53" w14:textId="77777777" w:rsidR="00E56A57" w:rsidRPr="00B34E0F" w:rsidRDefault="00E56A57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2A0531F4" w14:textId="77777777" w:rsidR="00E56A57" w:rsidRPr="00B34E0F" w:rsidRDefault="00E56A57" w:rsidP="00BA41D8">
            <w:pPr>
              <w:jc w:val="center"/>
              <w:rPr>
                <w:lang w:val="it-IT"/>
              </w:rPr>
            </w:pPr>
          </w:p>
        </w:tc>
      </w:tr>
      <w:tr w:rsidR="00E56A57" w:rsidRPr="00B34E0F" w14:paraId="6F2FC3C1" w14:textId="77777777" w:rsidTr="00BA41D8">
        <w:tc>
          <w:tcPr>
            <w:tcW w:w="2157" w:type="dxa"/>
          </w:tcPr>
          <w:p w14:paraId="30B6A1E5" w14:textId="77777777" w:rsidR="00E56A57" w:rsidRPr="00B34E0F" w:rsidRDefault="00E56A57" w:rsidP="00BA41D8">
            <w:pPr>
              <w:jc w:val="center"/>
              <w:rPr>
                <w:lang w:val="it-IT"/>
              </w:rPr>
            </w:pPr>
          </w:p>
        </w:tc>
        <w:tc>
          <w:tcPr>
            <w:tcW w:w="2157" w:type="dxa"/>
          </w:tcPr>
          <w:p w14:paraId="696DA807" w14:textId="77777777" w:rsidR="00E56A57" w:rsidRPr="00B34E0F" w:rsidRDefault="00E56A57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2ED40C94" w14:textId="77777777" w:rsidR="00E56A57" w:rsidRPr="00B34E0F" w:rsidRDefault="00E56A57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17F36328" w14:textId="77777777" w:rsidR="00E56A57" w:rsidRPr="00B34E0F" w:rsidRDefault="00E56A57" w:rsidP="00BA41D8">
            <w:pPr>
              <w:jc w:val="center"/>
              <w:rPr>
                <w:lang w:val="it-IT"/>
              </w:rPr>
            </w:pPr>
          </w:p>
        </w:tc>
      </w:tr>
      <w:tr w:rsidR="00BA41D8" w:rsidRPr="00B34E0F" w14:paraId="44BF89F6" w14:textId="77777777" w:rsidTr="00BA41D8">
        <w:tc>
          <w:tcPr>
            <w:tcW w:w="2157" w:type="dxa"/>
          </w:tcPr>
          <w:p w14:paraId="5F7479F2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  <w:tc>
          <w:tcPr>
            <w:tcW w:w="2157" w:type="dxa"/>
          </w:tcPr>
          <w:p w14:paraId="127715E7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7D90025A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18B722D2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</w:tr>
      <w:tr w:rsidR="00BA41D8" w:rsidRPr="00B34E0F" w14:paraId="2739168E" w14:textId="77777777" w:rsidTr="00BA41D8">
        <w:tc>
          <w:tcPr>
            <w:tcW w:w="2157" w:type="dxa"/>
          </w:tcPr>
          <w:p w14:paraId="31F2B676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  <w:tc>
          <w:tcPr>
            <w:tcW w:w="2157" w:type="dxa"/>
          </w:tcPr>
          <w:p w14:paraId="474EA73B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2F725E86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51A0F739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</w:tr>
      <w:tr w:rsidR="00BA41D8" w:rsidRPr="00B34E0F" w14:paraId="20BA02FD" w14:textId="77777777" w:rsidTr="00BA41D8">
        <w:tc>
          <w:tcPr>
            <w:tcW w:w="2157" w:type="dxa"/>
          </w:tcPr>
          <w:p w14:paraId="2DA19CD8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  <w:tc>
          <w:tcPr>
            <w:tcW w:w="2157" w:type="dxa"/>
          </w:tcPr>
          <w:p w14:paraId="2C0ACA62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3502E91E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  <w:tc>
          <w:tcPr>
            <w:tcW w:w="2158" w:type="dxa"/>
          </w:tcPr>
          <w:p w14:paraId="4BB603BB" w14:textId="77777777" w:rsidR="00BA41D8" w:rsidRPr="00B34E0F" w:rsidRDefault="00BA41D8" w:rsidP="00BA41D8">
            <w:pPr>
              <w:jc w:val="center"/>
              <w:rPr>
                <w:lang w:val="it-IT"/>
              </w:rPr>
            </w:pPr>
          </w:p>
        </w:tc>
      </w:tr>
    </w:tbl>
    <w:p w14:paraId="1C1D9D25" w14:textId="77777777" w:rsidR="00BA41D8" w:rsidRDefault="00BA41D8">
      <w:pPr>
        <w:rPr>
          <w:b/>
          <w:sz w:val="28"/>
          <w:lang w:val="it-IT"/>
        </w:rPr>
      </w:pPr>
    </w:p>
    <w:p w14:paraId="0596E884" w14:textId="77777777" w:rsidR="00BA41D8" w:rsidRDefault="00BA41D8">
      <w:pPr>
        <w:rPr>
          <w:b/>
          <w:sz w:val="28"/>
        </w:rPr>
      </w:pPr>
    </w:p>
    <w:p w14:paraId="2E99917E" w14:textId="77777777" w:rsidR="00BA41D8" w:rsidRDefault="00BA41D8">
      <w:pPr>
        <w:rPr>
          <w:b/>
          <w:sz w:val="28"/>
        </w:rPr>
      </w:pPr>
    </w:p>
    <w:p w14:paraId="3CB6647D" w14:textId="0962CE86" w:rsidR="00E56A57" w:rsidRDefault="00000000" w:rsidP="00BA41D8">
      <w:pPr>
        <w:jc w:val="center"/>
      </w:pPr>
      <w:r>
        <w:rPr>
          <w:b/>
          <w:sz w:val="28"/>
        </w:rPr>
        <w:lastRenderedPageBreak/>
        <w:t>MERSUL EXAMINĂRII / INVESTIGĂRII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59"/>
        <w:gridCol w:w="2156"/>
        <w:gridCol w:w="2157"/>
        <w:gridCol w:w="2158"/>
      </w:tblGrid>
      <w:tr w:rsidR="00E56A57" w14:paraId="76431105" w14:textId="77777777" w:rsidTr="00BA41D8">
        <w:tc>
          <w:tcPr>
            <w:tcW w:w="2159" w:type="dxa"/>
          </w:tcPr>
          <w:p w14:paraId="3C39D0E6" w14:textId="77777777" w:rsidR="00E56A57" w:rsidRDefault="00000000" w:rsidP="00BA41D8">
            <w:pPr>
              <w:jc w:val="center"/>
            </w:pPr>
            <w:r>
              <w:t>Acțiuni procesuale / corespondență</w:t>
            </w:r>
          </w:p>
        </w:tc>
        <w:tc>
          <w:tcPr>
            <w:tcW w:w="2156" w:type="dxa"/>
          </w:tcPr>
          <w:p w14:paraId="110FD7F5" w14:textId="77777777" w:rsidR="00E56A57" w:rsidRPr="00B34E0F" w:rsidRDefault="00000000" w:rsidP="00BA41D8">
            <w:pPr>
              <w:jc w:val="center"/>
              <w:rPr>
                <w:lang w:val="it-IT"/>
              </w:rPr>
            </w:pPr>
            <w:r w:rsidRPr="00B34E0F">
              <w:rPr>
                <w:lang w:val="it-IT"/>
              </w:rPr>
              <w:t>Data și nr. de ieșire</w:t>
            </w:r>
          </w:p>
        </w:tc>
        <w:tc>
          <w:tcPr>
            <w:tcW w:w="2157" w:type="dxa"/>
          </w:tcPr>
          <w:p w14:paraId="27DC81A9" w14:textId="77777777" w:rsidR="00E56A57" w:rsidRDefault="00000000" w:rsidP="00BA41D8">
            <w:pPr>
              <w:jc w:val="center"/>
            </w:pPr>
            <w:proofErr w:type="spellStart"/>
            <w:r>
              <w:t>Instituția</w:t>
            </w:r>
            <w:proofErr w:type="spellEnd"/>
          </w:p>
        </w:tc>
        <w:tc>
          <w:tcPr>
            <w:tcW w:w="2158" w:type="dxa"/>
          </w:tcPr>
          <w:p w14:paraId="5166F7F3" w14:textId="77777777" w:rsidR="00E56A57" w:rsidRDefault="00000000" w:rsidP="00BA41D8">
            <w:pPr>
              <w:jc w:val="center"/>
            </w:pPr>
            <w:r>
              <w:t>Destinatar</w:t>
            </w:r>
          </w:p>
        </w:tc>
      </w:tr>
      <w:tr w:rsidR="00E56A57" w14:paraId="2BE4F29F" w14:textId="77777777" w:rsidTr="00BA41D8">
        <w:tc>
          <w:tcPr>
            <w:tcW w:w="2159" w:type="dxa"/>
          </w:tcPr>
          <w:p w14:paraId="05F0F4AA" w14:textId="77777777" w:rsidR="00E56A57" w:rsidRDefault="00E56A57" w:rsidP="00BA41D8">
            <w:pPr>
              <w:jc w:val="center"/>
            </w:pPr>
          </w:p>
        </w:tc>
        <w:tc>
          <w:tcPr>
            <w:tcW w:w="2156" w:type="dxa"/>
          </w:tcPr>
          <w:p w14:paraId="07E6DD60" w14:textId="77777777" w:rsidR="00E56A57" w:rsidRDefault="00E56A57" w:rsidP="00BA41D8">
            <w:pPr>
              <w:jc w:val="center"/>
            </w:pPr>
          </w:p>
        </w:tc>
        <w:tc>
          <w:tcPr>
            <w:tcW w:w="2157" w:type="dxa"/>
          </w:tcPr>
          <w:p w14:paraId="3EC76785" w14:textId="77777777" w:rsidR="00E56A57" w:rsidRDefault="00E56A57" w:rsidP="00BA41D8">
            <w:pPr>
              <w:jc w:val="center"/>
            </w:pPr>
          </w:p>
        </w:tc>
        <w:tc>
          <w:tcPr>
            <w:tcW w:w="2158" w:type="dxa"/>
          </w:tcPr>
          <w:p w14:paraId="02DB2346" w14:textId="77777777" w:rsidR="00E56A57" w:rsidRDefault="00E56A57" w:rsidP="00BA41D8">
            <w:pPr>
              <w:jc w:val="center"/>
            </w:pPr>
          </w:p>
        </w:tc>
      </w:tr>
      <w:tr w:rsidR="00E56A57" w14:paraId="07EE5467" w14:textId="77777777" w:rsidTr="00BA41D8">
        <w:tc>
          <w:tcPr>
            <w:tcW w:w="2159" w:type="dxa"/>
          </w:tcPr>
          <w:p w14:paraId="093C8E77" w14:textId="77777777" w:rsidR="00E56A57" w:rsidRDefault="00E56A57" w:rsidP="00BA41D8">
            <w:pPr>
              <w:jc w:val="center"/>
            </w:pPr>
          </w:p>
        </w:tc>
        <w:tc>
          <w:tcPr>
            <w:tcW w:w="2156" w:type="dxa"/>
          </w:tcPr>
          <w:p w14:paraId="73322765" w14:textId="77777777" w:rsidR="00E56A57" w:rsidRDefault="00E56A57" w:rsidP="00BA41D8">
            <w:pPr>
              <w:jc w:val="center"/>
            </w:pPr>
          </w:p>
        </w:tc>
        <w:tc>
          <w:tcPr>
            <w:tcW w:w="2157" w:type="dxa"/>
          </w:tcPr>
          <w:p w14:paraId="661E486C" w14:textId="77777777" w:rsidR="00E56A57" w:rsidRDefault="00E56A57" w:rsidP="00BA41D8">
            <w:pPr>
              <w:jc w:val="center"/>
            </w:pPr>
          </w:p>
        </w:tc>
        <w:tc>
          <w:tcPr>
            <w:tcW w:w="2158" w:type="dxa"/>
          </w:tcPr>
          <w:p w14:paraId="32CD4574" w14:textId="77777777" w:rsidR="00E56A57" w:rsidRDefault="00E56A57" w:rsidP="00BA41D8">
            <w:pPr>
              <w:jc w:val="center"/>
            </w:pPr>
          </w:p>
        </w:tc>
      </w:tr>
      <w:tr w:rsidR="00E56A57" w14:paraId="42AA4CFC" w14:textId="77777777" w:rsidTr="00BA41D8">
        <w:tc>
          <w:tcPr>
            <w:tcW w:w="2159" w:type="dxa"/>
          </w:tcPr>
          <w:p w14:paraId="5D289E0D" w14:textId="77777777" w:rsidR="00E56A57" w:rsidRDefault="00E56A57" w:rsidP="00BA41D8">
            <w:pPr>
              <w:jc w:val="center"/>
            </w:pPr>
          </w:p>
        </w:tc>
        <w:tc>
          <w:tcPr>
            <w:tcW w:w="2156" w:type="dxa"/>
          </w:tcPr>
          <w:p w14:paraId="7A44401F" w14:textId="77777777" w:rsidR="00E56A57" w:rsidRDefault="00E56A57" w:rsidP="00BA41D8">
            <w:pPr>
              <w:jc w:val="center"/>
            </w:pPr>
          </w:p>
        </w:tc>
        <w:tc>
          <w:tcPr>
            <w:tcW w:w="2157" w:type="dxa"/>
          </w:tcPr>
          <w:p w14:paraId="275CD894" w14:textId="77777777" w:rsidR="00E56A57" w:rsidRDefault="00E56A57" w:rsidP="00BA41D8">
            <w:pPr>
              <w:jc w:val="center"/>
            </w:pPr>
          </w:p>
        </w:tc>
        <w:tc>
          <w:tcPr>
            <w:tcW w:w="2158" w:type="dxa"/>
          </w:tcPr>
          <w:p w14:paraId="2FED6E39" w14:textId="77777777" w:rsidR="00E56A57" w:rsidRDefault="00E56A57" w:rsidP="00BA41D8">
            <w:pPr>
              <w:jc w:val="center"/>
            </w:pPr>
          </w:p>
        </w:tc>
      </w:tr>
      <w:tr w:rsidR="00BA41D8" w14:paraId="74961FB5" w14:textId="77777777" w:rsidTr="00BA41D8">
        <w:tc>
          <w:tcPr>
            <w:tcW w:w="2159" w:type="dxa"/>
          </w:tcPr>
          <w:p w14:paraId="18232C63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186AA357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4E08FE1F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4A09C9F9" w14:textId="77777777" w:rsidR="00BA41D8" w:rsidRDefault="00BA41D8" w:rsidP="00BA41D8">
            <w:pPr>
              <w:jc w:val="center"/>
            </w:pPr>
          </w:p>
        </w:tc>
      </w:tr>
      <w:tr w:rsidR="00BA41D8" w14:paraId="48062CCD" w14:textId="77777777" w:rsidTr="00BA41D8">
        <w:tc>
          <w:tcPr>
            <w:tcW w:w="2159" w:type="dxa"/>
          </w:tcPr>
          <w:p w14:paraId="38B118FD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7D18724E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2DE616B8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6F025866" w14:textId="77777777" w:rsidR="00BA41D8" w:rsidRDefault="00BA41D8" w:rsidP="00BA41D8">
            <w:pPr>
              <w:jc w:val="center"/>
            </w:pPr>
          </w:p>
        </w:tc>
      </w:tr>
      <w:tr w:rsidR="00BA41D8" w14:paraId="3F18AA09" w14:textId="77777777" w:rsidTr="00BA41D8">
        <w:tc>
          <w:tcPr>
            <w:tcW w:w="2159" w:type="dxa"/>
          </w:tcPr>
          <w:p w14:paraId="2D402E5B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123F2125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1AE731E1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32714960" w14:textId="77777777" w:rsidR="00BA41D8" w:rsidRDefault="00BA41D8" w:rsidP="00BA41D8">
            <w:pPr>
              <w:jc w:val="center"/>
            </w:pPr>
          </w:p>
        </w:tc>
      </w:tr>
      <w:tr w:rsidR="00BA41D8" w14:paraId="4F64596E" w14:textId="77777777" w:rsidTr="00BA41D8">
        <w:tc>
          <w:tcPr>
            <w:tcW w:w="2159" w:type="dxa"/>
          </w:tcPr>
          <w:p w14:paraId="4EDF833C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6FBA735B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5EE84CBD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10D4D10B" w14:textId="77777777" w:rsidR="00BA41D8" w:rsidRDefault="00BA41D8" w:rsidP="00BA41D8">
            <w:pPr>
              <w:jc w:val="center"/>
            </w:pPr>
          </w:p>
        </w:tc>
      </w:tr>
      <w:tr w:rsidR="00BA41D8" w14:paraId="678A1538" w14:textId="77777777" w:rsidTr="00BA41D8">
        <w:tc>
          <w:tcPr>
            <w:tcW w:w="2159" w:type="dxa"/>
          </w:tcPr>
          <w:p w14:paraId="1A75D2D4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3525C171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047AEF43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7B397D55" w14:textId="77777777" w:rsidR="00BA41D8" w:rsidRDefault="00BA41D8" w:rsidP="00BA41D8">
            <w:pPr>
              <w:jc w:val="center"/>
            </w:pPr>
          </w:p>
        </w:tc>
      </w:tr>
      <w:tr w:rsidR="00BA41D8" w14:paraId="5C937EA9" w14:textId="77777777" w:rsidTr="00BA41D8">
        <w:tc>
          <w:tcPr>
            <w:tcW w:w="2159" w:type="dxa"/>
          </w:tcPr>
          <w:p w14:paraId="2501D098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51AC0FB7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50E3B7AC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4B0A134E" w14:textId="77777777" w:rsidR="00BA41D8" w:rsidRDefault="00BA41D8" w:rsidP="00BA41D8">
            <w:pPr>
              <w:jc w:val="center"/>
            </w:pPr>
          </w:p>
        </w:tc>
      </w:tr>
      <w:tr w:rsidR="00BA41D8" w14:paraId="2198F1A2" w14:textId="77777777" w:rsidTr="00BA41D8">
        <w:tc>
          <w:tcPr>
            <w:tcW w:w="2159" w:type="dxa"/>
          </w:tcPr>
          <w:p w14:paraId="6C661985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23EDE6E6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78BFC876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707A5EEF" w14:textId="77777777" w:rsidR="00BA41D8" w:rsidRDefault="00BA41D8" w:rsidP="00BA41D8">
            <w:pPr>
              <w:jc w:val="center"/>
            </w:pPr>
          </w:p>
        </w:tc>
      </w:tr>
      <w:tr w:rsidR="00BA41D8" w14:paraId="59668341" w14:textId="77777777" w:rsidTr="00BA41D8">
        <w:tc>
          <w:tcPr>
            <w:tcW w:w="2159" w:type="dxa"/>
          </w:tcPr>
          <w:p w14:paraId="20BFC133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77638F26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4177ABE7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270A8394" w14:textId="77777777" w:rsidR="00BA41D8" w:rsidRDefault="00BA41D8" w:rsidP="00BA41D8">
            <w:pPr>
              <w:jc w:val="center"/>
            </w:pPr>
          </w:p>
        </w:tc>
      </w:tr>
      <w:tr w:rsidR="00BA41D8" w14:paraId="0264CB87" w14:textId="77777777" w:rsidTr="00BA41D8">
        <w:tc>
          <w:tcPr>
            <w:tcW w:w="2159" w:type="dxa"/>
          </w:tcPr>
          <w:p w14:paraId="1BA6F7E3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6F807C4E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2F2DA90F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05BB6D82" w14:textId="77777777" w:rsidR="00BA41D8" w:rsidRDefault="00BA41D8" w:rsidP="00BA41D8">
            <w:pPr>
              <w:jc w:val="center"/>
            </w:pPr>
          </w:p>
        </w:tc>
      </w:tr>
      <w:tr w:rsidR="00BA41D8" w14:paraId="4E09372A" w14:textId="77777777" w:rsidTr="00BA41D8">
        <w:tc>
          <w:tcPr>
            <w:tcW w:w="2159" w:type="dxa"/>
          </w:tcPr>
          <w:p w14:paraId="60FF88B6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462C9239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36F261F5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0BA4D843" w14:textId="77777777" w:rsidR="00BA41D8" w:rsidRDefault="00BA41D8" w:rsidP="00BA41D8">
            <w:pPr>
              <w:jc w:val="center"/>
            </w:pPr>
          </w:p>
        </w:tc>
      </w:tr>
      <w:tr w:rsidR="00BA41D8" w14:paraId="5EDA298F" w14:textId="77777777" w:rsidTr="00BA41D8">
        <w:tc>
          <w:tcPr>
            <w:tcW w:w="2159" w:type="dxa"/>
          </w:tcPr>
          <w:p w14:paraId="53DE0359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07333F15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5407C29F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48C23E3B" w14:textId="77777777" w:rsidR="00BA41D8" w:rsidRDefault="00BA41D8" w:rsidP="00BA41D8">
            <w:pPr>
              <w:jc w:val="center"/>
            </w:pPr>
          </w:p>
        </w:tc>
      </w:tr>
      <w:tr w:rsidR="00BA41D8" w14:paraId="48894B5D" w14:textId="77777777" w:rsidTr="00BA41D8">
        <w:tc>
          <w:tcPr>
            <w:tcW w:w="2159" w:type="dxa"/>
          </w:tcPr>
          <w:p w14:paraId="7C6F1B51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4D77F866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0E814097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0F97AB0A" w14:textId="77777777" w:rsidR="00BA41D8" w:rsidRDefault="00BA41D8" w:rsidP="00BA41D8">
            <w:pPr>
              <w:jc w:val="center"/>
            </w:pPr>
          </w:p>
        </w:tc>
      </w:tr>
      <w:tr w:rsidR="00BA41D8" w14:paraId="2C797CD1" w14:textId="77777777" w:rsidTr="00BA41D8">
        <w:tc>
          <w:tcPr>
            <w:tcW w:w="2159" w:type="dxa"/>
          </w:tcPr>
          <w:p w14:paraId="4B2E94F4" w14:textId="77777777" w:rsidR="00BA41D8" w:rsidRDefault="00BA41D8" w:rsidP="00BA41D8">
            <w:pPr>
              <w:jc w:val="center"/>
            </w:pPr>
          </w:p>
        </w:tc>
        <w:tc>
          <w:tcPr>
            <w:tcW w:w="2156" w:type="dxa"/>
          </w:tcPr>
          <w:p w14:paraId="55152EC7" w14:textId="77777777" w:rsidR="00BA41D8" w:rsidRDefault="00BA41D8" w:rsidP="00BA41D8">
            <w:pPr>
              <w:jc w:val="center"/>
            </w:pPr>
          </w:p>
        </w:tc>
        <w:tc>
          <w:tcPr>
            <w:tcW w:w="2157" w:type="dxa"/>
          </w:tcPr>
          <w:p w14:paraId="28B075D7" w14:textId="77777777" w:rsidR="00BA41D8" w:rsidRDefault="00BA41D8" w:rsidP="00BA41D8">
            <w:pPr>
              <w:jc w:val="center"/>
            </w:pPr>
          </w:p>
        </w:tc>
        <w:tc>
          <w:tcPr>
            <w:tcW w:w="2158" w:type="dxa"/>
          </w:tcPr>
          <w:p w14:paraId="14A58203" w14:textId="77777777" w:rsidR="00BA41D8" w:rsidRDefault="00BA41D8" w:rsidP="00BA41D8">
            <w:pPr>
              <w:jc w:val="center"/>
            </w:pPr>
          </w:p>
        </w:tc>
      </w:tr>
    </w:tbl>
    <w:p w14:paraId="1A5835F1" w14:textId="77777777" w:rsidR="00E56A57" w:rsidRDefault="00E56A57" w:rsidP="00BA41D8">
      <w:pPr>
        <w:jc w:val="center"/>
      </w:pPr>
    </w:p>
    <w:p w14:paraId="60FDDD6B" w14:textId="77777777" w:rsidR="00BA41D8" w:rsidRDefault="00BA41D8" w:rsidP="00BA41D8">
      <w:pPr>
        <w:jc w:val="center"/>
        <w:rPr>
          <w:b/>
          <w:sz w:val="28"/>
        </w:rPr>
      </w:pPr>
    </w:p>
    <w:p w14:paraId="451A2296" w14:textId="048798CF" w:rsidR="00E56A57" w:rsidRPr="00BA41D8" w:rsidRDefault="00000000" w:rsidP="00BA41D8">
      <w:pPr>
        <w:jc w:val="center"/>
        <w:rPr>
          <w:lang w:val="it-IT"/>
        </w:rPr>
      </w:pPr>
      <w:r w:rsidRPr="00BA41D8">
        <w:rPr>
          <w:b/>
          <w:sz w:val="28"/>
          <w:lang w:val="it-IT"/>
        </w:rPr>
        <w:t>RĂSPUNSUL LA ACȚIUNILE PROCESUALE / CORESPONDENȚĂ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E56A57" w14:paraId="2D17C3F6" w14:textId="77777777" w:rsidTr="00BA41D8">
        <w:tc>
          <w:tcPr>
            <w:tcW w:w="2876" w:type="dxa"/>
          </w:tcPr>
          <w:p w14:paraId="16ADABA3" w14:textId="77777777" w:rsidR="00E56A57" w:rsidRPr="00B34E0F" w:rsidRDefault="00000000" w:rsidP="00BA41D8">
            <w:pPr>
              <w:jc w:val="center"/>
              <w:rPr>
                <w:lang w:val="it-IT"/>
              </w:rPr>
            </w:pPr>
            <w:r w:rsidRPr="00B34E0F">
              <w:rPr>
                <w:lang w:val="it-IT"/>
              </w:rPr>
              <w:t>Data primirii și nr. de ieșire</w:t>
            </w:r>
          </w:p>
        </w:tc>
        <w:tc>
          <w:tcPr>
            <w:tcW w:w="2877" w:type="dxa"/>
          </w:tcPr>
          <w:p w14:paraId="1F9E4935" w14:textId="77777777" w:rsidR="00E56A57" w:rsidRDefault="00000000" w:rsidP="00BA41D8">
            <w:pPr>
              <w:jc w:val="center"/>
            </w:pPr>
            <w:proofErr w:type="spellStart"/>
            <w:r>
              <w:t>Conținutul</w:t>
            </w:r>
            <w:proofErr w:type="spellEnd"/>
            <w:r>
              <w:t xml:space="preserve"> </w:t>
            </w:r>
            <w:proofErr w:type="spellStart"/>
            <w:r>
              <w:t>răspunsului</w:t>
            </w:r>
            <w:proofErr w:type="spellEnd"/>
          </w:p>
        </w:tc>
        <w:tc>
          <w:tcPr>
            <w:tcW w:w="2877" w:type="dxa"/>
          </w:tcPr>
          <w:p w14:paraId="166B4A8D" w14:textId="77777777" w:rsidR="00E56A57" w:rsidRDefault="00000000" w:rsidP="00BA41D8">
            <w:pPr>
              <w:jc w:val="center"/>
            </w:pPr>
            <w:r>
              <w:t>Semnatarul răspunsului</w:t>
            </w:r>
          </w:p>
        </w:tc>
      </w:tr>
      <w:tr w:rsidR="00E56A57" w14:paraId="08476427" w14:textId="77777777" w:rsidTr="00BA41D8">
        <w:tc>
          <w:tcPr>
            <w:tcW w:w="2876" w:type="dxa"/>
          </w:tcPr>
          <w:p w14:paraId="03C58BD0" w14:textId="77777777" w:rsidR="00E56A57" w:rsidRDefault="00E56A57" w:rsidP="00BA41D8">
            <w:pPr>
              <w:jc w:val="center"/>
            </w:pPr>
          </w:p>
        </w:tc>
        <w:tc>
          <w:tcPr>
            <w:tcW w:w="2877" w:type="dxa"/>
          </w:tcPr>
          <w:p w14:paraId="4C915D10" w14:textId="77777777" w:rsidR="00E56A57" w:rsidRDefault="00E56A57" w:rsidP="00BA41D8">
            <w:pPr>
              <w:jc w:val="center"/>
            </w:pPr>
          </w:p>
        </w:tc>
        <w:tc>
          <w:tcPr>
            <w:tcW w:w="2877" w:type="dxa"/>
          </w:tcPr>
          <w:p w14:paraId="7FAC18FB" w14:textId="77777777" w:rsidR="00E56A57" w:rsidRDefault="00E56A57" w:rsidP="00BA41D8">
            <w:pPr>
              <w:jc w:val="center"/>
            </w:pPr>
          </w:p>
        </w:tc>
      </w:tr>
      <w:tr w:rsidR="00E56A57" w14:paraId="5591954A" w14:textId="77777777" w:rsidTr="00BA41D8">
        <w:tc>
          <w:tcPr>
            <w:tcW w:w="2876" w:type="dxa"/>
          </w:tcPr>
          <w:p w14:paraId="35D9CF29" w14:textId="77777777" w:rsidR="00E56A57" w:rsidRDefault="00E56A57" w:rsidP="00BA41D8">
            <w:pPr>
              <w:jc w:val="center"/>
            </w:pPr>
          </w:p>
        </w:tc>
        <w:tc>
          <w:tcPr>
            <w:tcW w:w="2877" w:type="dxa"/>
          </w:tcPr>
          <w:p w14:paraId="7FED2B10" w14:textId="77777777" w:rsidR="00E56A57" w:rsidRDefault="00E56A57" w:rsidP="00BA41D8">
            <w:pPr>
              <w:jc w:val="center"/>
            </w:pPr>
          </w:p>
        </w:tc>
        <w:tc>
          <w:tcPr>
            <w:tcW w:w="2877" w:type="dxa"/>
          </w:tcPr>
          <w:p w14:paraId="4899F67B" w14:textId="77777777" w:rsidR="00E56A57" w:rsidRDefault="00E56A57" w:rsidP="00BA41D8">
            <w:pPr>
              <w:jc w:val="center"/>
            </w:pPr>
          </w:p>
        </w:tc>
      </w:tr>
      <w:tr w:rsidR="00BA41D8" w14:paraId="0EBF0CD4" w14:textId="77777777" w:rsidTr="00BA41D8">
        <w:tc>
          <w:tcPr>
            <w:tcW w:w="2876" w:type="dxa"/>
          </w:tcPr>
          <w:p w14:paraId="725254A5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5B8623FE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441FB066" w14:textId="77777777" w:rsidR="00BA41D8" w:rsidRDefault="00BA41D8" w:rsidP="00BA41D8">
            <w:pPr>
              <w:jc w:val="center"/>
            </w:pPr>
          </w:p>
        </w:tc>
      </w:tr>
      <w:tr w:rsidR="00BA41D8" w14:paraId="00876AD8" w14:textId="77777777" w:rsidTr="00BA41D8">
        <w:tc>
          <w:tcPr>
            <w:tcW w:w="2876" w:type="dxa"/>
          </w:tcPr>
          <w:p w14:paraId="221F500B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264E7AA2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2BC35B04" w14:textId="77777777" w:rsidR="00BA41D8" w:rsidRDefault="00BA41D8" w:rsidP="00BA41D8">
            <w:pPr>
              <w:jc w:val="center"/>
            </w:pPr>
          </w:p>
        </w:tc>
      </w:tr>
      <w:tr w:rsidR="00BA41D8" w14:paraId="1CAA46BE" w14:textId="77777777" w:rsidTr="00BA41D8">
        <w:tc>
          <w:tcPr>
            <w:tcW w:w="2876" w:type="dxa"/>
          </w:tcPr>
          <w:p w14:paraId="39D53019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42A2F6B7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00DF96D6" w14:textId="77777777" w:rsidR="00BA41D8" w:rsidRDefault="00BA41D8" w:rsidP="00BA41D8">
            <w:pPr>
              <w:jc w:val="center"/>
            </w:pPr>
          </w:p>
        </w:tc>
      </w:tr>
      <w:tr w:rsidR="00BA41D8" w14:paraId="7AE71963" w14:textId="77777777" w:rsidTr="00BA41D8">
        <w:tc>
          <w:tcPr>
            <w:tcW w:w="2876" w:type="dxa"/>
          </w:tcPr>
          <w:p w14:paraId="08985DC3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5851B1F1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51245BEB" w14:textId="77777777" w:rsidR="00BA41D8" w:rsidRDefault="00BA41D8" w:rsidP="00BA41D8">
            <w:pPr>
              <w:jc w:val="center"/>
            </w:pPr>
          </w:p>
        </w:tc>
      </w:tr>
      <w:tr w:rsidR="00BA41D8" w14:paraId="6D149823" w14:textId="77777777" w:rsidTr="00BA41D8">
        <w:tc>
          <w:tcPr>
            <w:tcW w:w="2876" w:type="dxa"/>
          </w:tcPr>
          <w:p w14:paraId="5460C1B6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1EF45037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1DB61371" w14:textId="77777777" w:rsidR="00BA41D8" w:rsidRDefault="00BA41D8" w:rsidP="00BA41D8">
            <w:pPr>
              <w:jc w:val="center"/>
            </w:pPr>
          </w:p>
        </w:tc>
      </w:tr>
      <w:tr w:rsidR="00BA41D8" w14:paraId="18AED3AB" w14:textId="77777777" w:rsidTr="00BA41D8">
        <w:tc>
          <w:tcPr>
            <w:tcW w:w="2876" w:type="dxa"/>
          </w:tcPr>
          <w:p w14:paraId="5B9B6568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738E40E9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335D2DB2" w14:textId="77777777" w:rsidR="00BA41D8" w:rsidRDefault="00BA41D8" w:rsidP="00BA41D8">
            <w:pPr>
              <w:jc w:val="center"/>
            </w:pPr>
          </w:p>
        </w:tc>
      </w:tr>
      <w:tr w:rsidR="00BA41D8" w14:paraId="67337A71" w14:textId="77777777" w:rsidTr="00BA41D8">
        <w:tc>
          <w:tcPr>
            <w:tcW w:w="2876" w:type="dxa"/>
          </w:tcPr>
          <w:p w14:paraId="6F1A8C71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688AC27C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2E53FD91" w14:textId="77777777" w:rsidR="00BA41D8" w:rsidRDefault="00BA41D8" w:rsidP="00BA41D8">
            <w:pPr>
              <w:jc w:val="center"/>
            </w:pPr>
          </w:p>
        </w:tc>
      </w:tr>
      <w:tr w:rsidR="00BA41D8" w14:paraId="17DAB158" w14:textId="77777777" w:rsidTr="00BA41D8">
        <w:tc>
          <w:tcPr>
            <w:tcW w:w="2876" w:type="dxa"/>
          </w:tcPr>
          <w:p w14:paraId="48976D3A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744625B4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42217036" w14:textId="77777777" w:rsidR="00BA41D8" w:rsidRDefault="00BA41D8" w:rsidP="00BA41D8">
            <w:pPr>
              <w:jc w:val="center"/>
            </w:pPr>
          </w:p>
        </w:tc>
      </w:tr>
      <w:tr w:rsidR="00BA41D8" w14:paraId="6900697B" w14:textId="77777777" w:rsidTr="00BA41D8">
        <w:tc>
          <w:tcPr>
            <w:tcW w:w="2876" w:type="dxa"/>
          </w:tcPr>
          <w:p w14:paraId="0EFA0972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29490ABF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722DFAEE" w14:textId="77777777" w:rsidR="00BA41D8" w:rsidRDefault="00BA41D8" w:rsidP="00BA41D8">
            <w:pPr>
              <w:jc w:val="center"/>
            </w:pPr>
          </w:p>
        </w:tc>
      </w:tr>
      <w:tr w:rsidR="00BA41D8" w14:paraId="27D1498B" w14:textId="77777777" w:rsidTr="00BA41D8">
        <w:tc>
          <w:tcPr>
            <w:tcW w:w="2876" w:type="dxa"/>
          </w:tcPr>
          <w:p w14:paraId="72C32600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4395BAF2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6231B3F3" w14:textId="77777777" w:rsidR="00BA41D8" w:rsidRDefault="00BA41D8" w:rsidP="00BA41D8">
            <w:pPr>
              <w:jc w:val="center"/>
            </w:pPr>
          </w:p>
        </w:tc>
      </w:tr>
      <w:tr w:rsidR="00BA41D8" w14:paraId="248AFD02" w14:textId="77777777" w:rsidTr="00BA41D8">
        <w:tc>
          <w:tcPr>
            <w:tcW w:w="2876" w:type="dxa"/>
          </w:tcPr>
          <w:p w14:paraId="18461BEF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54AA5D1D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26C311B4" w14:textId="77777777" w:rsidR="00BA41D8" w:rsidRDefault="00BA41D8" w:rsidP="00BA41D8">
            <w:pPr>
              <w:jc w:val="center"/>
            </w:pPr>
          </w:p>
        </w:tc>
      </w:tr>
      <w:tr w:rsidR="00BA41D8" w14:paraId="012BB33B" w14:textId="77777777" w:rsidTr="00BA41D8">
        <w:tc>
          <w:tcPr>
            <w:tcW w:w="2876" w:type="dxa"/>
          </w:tcPr>
          <w:p w14:paraId="5D7042C0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36BD959E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2221AE62" w14:textId="77777777" w:rsidR="00BA41D8" w:rsidRDefault="00BA41D8" w:rsidP="00BA41D8">
            <w:pPr>
              <w:jc w:val="center"/>
            </w:pPr>
          </w:p>
        </w:tc>
      </w:tr>
      <w:tr w:rsidR="00BA41D8" w14:paraId="65FBAE6B" w14:textId="77777777" w:rsidTr="00BA41D8">
        <w:tc>
          <w:tcPr>
            <w:tcW w:w="2876" w:type="dxa"/>
          </w:tcPr>
          <w:p w14:paraId="3928B9C4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6A6B7396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373E2419" w14:textId="77777777" w:rsidR="00BA41D8" w:rsidRDefault="00BA41D8" w:rsidP="00BA41D8">
            <w:pPr>
              <w:jc w:val="center"/>
            </w:pPr>
          </w:p>
        </w:tc>
      </w:tr>
      <w:tr w:rsidR="00BA41D8" w14:paraId="0CACBDA3" w14:textId="77777777" w:rsidTr="00BA41D8">
        <w:tc>
          <w:tcPr>
            <w:tcW w:w="2876" w:type="dxa"/>
          </w:tcPr>
          <w:p w14:paraId="30666E24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649C3152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571CF340" w14:textId="77777777" w:rsidR="00BA41D8" w:rsidRDefault="00BA41D8" w:rsidP="00BA41D8">
            <w:pPr>
              <w:jc w:val="center"/>
            </w:pPr>
          </w:p>
        </w:tc>
      </w:tr>
      <w:tr w:rsidR="00BA41D8" w14:paraId="2F8328DB" w14:textId="77777777" w:rsidTr="00BA41D8">
        <w:tc>
          <w:tcPr>
            <w:tcW w:w="2876" w:type="dxa"/>
          </w:tcPr>
          <w:p w14:paraId="655656EC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3C5191F9" w14:textId="77777777" w:rsidR="00BA41D8" w:rsidRDefault="00BA41D8" w:rsidP="00BA41D8">
            <w:pPr>
              <w:jc w:val="center"/>
            </w:pPr>
          </w:p>
        </w:tc>
        <w:tc>
          <w:tcPr>
            <w:tcW w:w="2877" w:type="dxa"/>
          </w:tcPr>
          <w:p w14:paraId="2059C910" w14:textId="77777777" w:rsidR="00BA41D8" w:rsidRDefault="00BA41D8" w:rsidP="00BA41D8">
            <w:pPr>
              <w:jc w:val="center"/>
            </w:pPr>
          </w:p>
        </w:tc>
      </w:tr>
    </w:tbl>
    <w:p w14:paraId="244D5C81" w14:textId="77777777" w:rsidR="00BA41D8" w:rsidRDefault="00BA41D8"/>
    <w:p w14:paraId="7AC3A62F" w14:textId="77777777" w:rsidR="00BA41D8" w:rsidRDefault="00BA41D8"/>
    <w:p w14:paraId="55D8173B" w14:textId="6AB51DBC" w:rsidR="00E56A57" w:rsidRPr="00BA41D8" w:rsidRDefault="004A00CC">
      <w:pPr>
        <w:rPr>
          <w:lang w:val="it-IT"/>
        </w:rPr>
      </w:pPr>
      <w:r>
        <w:rPr>
          <w:b/>
          <w:sz w:val="28"/>
          <w:lang w:val="it-IT"/>
        </w:rPr>
        <w:lastRenderedPageBreak/>
        <w:t xml:space="preserve">    </w:t>
      </w:r>
      <w:r>
        <w:rPr>
          <w:b/>
          <w:noProof/>
          <w:sz w:val="28"/>
          <w:lang w:val="it-IT"/>
        </w:rPr>
        <w:drawing>
          <wp:inline distT="0" distB="0" distL="0" distR="0" wp14:anchorId="60CD1BF4" wp14:editId="52053508">
            <wp:extent cx="937895" cy="447675"/>
            <wp:effectExtent l="0" t="0" r="0" b="0"/>
            <wp:docPr id="86139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39927" name="Picture 8613992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41D8">
        <w:rPr>
          <w:b/>
          <w:sz w:val="28"/>
          <w:lang w:val="it-IT"/>
        </w:rPr>
        <w:t>OFICIUL AVOCATULUI POPORULUI</w:t>
      </w:r>
    </w:p>
    <w:p w14:paraId="5E001D94" w14:textId="7971DE17" w:rsidR="00E56A57" w:rsidRPr="00B34E0F" w:rsidRDefault="00000000">
      <w:pPr>
        <w:rPr>
          <w:lang w:val="it-IT"/>
        </w:rPr>
      </w:pPr>
      <w:r w:rsidRPr="00B34E0F">
        <w:rPr>
          <w:lang w:val="it-IT"/>
        </w:rPr>
        <w:t>Data înregistrării „_____” __________</w:t>
      </w:r>
      <w:r w:rsidR="00BA41D8">
        <w:rPr>
          <w:lang w:val="it-IT"/>
        </w:rPr>
        <w:t>____</w:t>
      </w:r>
      <w:r w:rsidRPr="00B34E0F">
        <w:rPr>
          <w:lang w:val="it-IT"/>
        </w:rPr>
        <w:t xml:space="preserve"> 20____</w:t>
      </w:r>
      <w:r w:rsidR="00BA41D8">
        <w:rPr>
          <w:lang w:val="it-IT"/>
        </w:rPr>
        <w:t xml:space="preserve">______      </w:t>
      </w:r>
      <w:r w:rsidRPr="00B34E0F">
        <w:rPr>
          <w:lang w:val="it-IT"/>
        </w:rPr>
        <w:t>Nr. de înregistrare __________</w:t>
      </w:r>
      <w:r w:rsidR="00BA41D8">
        <w:rPr>
          <w:lang w:val="it-IT"/>
        </w:rPr>
        <w:t>______________</w:t>
      </w:r>
    </w:p>
    <w:p w14:paraId="457BAD3A" w14:textId="18C91441" w:rsidR="00E56A57" w:rsidRPr="00B34E0F" w:rsidRDefault="00000000">
      <w:pPr>
        <w:rPr>
          <w:lang w:val="it-IT"/>
        </w:rPr>
      </w:pPr>
      <w:r w:rsidRPr="00B34E0F">
        <w:rPr>
          <w:lang w:val="it-IT"/>
        </w:rPr>
        <w:t>Solicitant (nume, prenume) ______________________________</w:t>
      </w:r>
      <w:r w:rsidR="00BA41D8">
        <w:rPr>
          <w:lang w:val="it-IT"/>
        </w:rPr>
        <w:t>___________________________________________</w:t>
      </w:r>
    </w:p>
    <w:p w14:paraId="34B16A94" w14:textId="2194337E" w:rsidR="00E56A57" w:rsidRPr="00B34E0F" w:rsidRDefault="00000000">
      <w:pPr>
        <w:rPr>
          <w:lang w:val="it-IT"/>
        </w:rPr>
      </w:pPr>
      <w:r w:rsidRPr="00B34E0F">
        <w:rPr>
          <w:lang w:val="it-IT"/>
        </w:rPr>
        <w:t>Date de contact _________________________________________</w:t>
      </w:r>
      <w:r w:rsidR="00BA41D8">
        <w:rPr>
          <w:lang w:val="it-IT"/>
        </w:rPr>
        <w:t>______________________________________________</w:t>
      </w:r>
    </w:p>
    <w:p w14:paraId="155287CF" w14:textId="739D907D" w:rsidR="00E56A57" w:rsidRPr="00B34E0F" w:rsidRDefault="00000000">
      <w:pPr>
        <w:rPr>
          <w:lang w:val="it-IT"/>
        </w:rPr>
      </w:pPr>
      <w:r w:rsidRPr="00B34E0F">
        <w:rPr>
          <w:lang w:val="it-IT"/>
        </w:rPr>
        <w:t>Sex __________   Cetățenie __________</w:t>
      </w:r>
      <w:r w:rsidR="00BA41D8">
        <w:rPr>
          <w:lang w:val="it-IT"/>
        </w:rPr>
        <w:t>____</w:t>
      </w:r>
      <w:r w:rsidRPr="00B34E0F">
        <w:rPr>
          <w:lang w:val="it-IT"/>
        </w:rPr>
        <w:t xml:space="preserve">   Statutul solicitantului __________</w:t>
      </w:r>
      <w:r w:rsidR="00BA41D8">
        <w:rPr>
          <w:lang w:val="it-IT"/>
        </w:rPr>
        <w:t>__________________________</w:t>
      </w:r>
    </w:p>
    <w:p w14:paraId="1A30D416" w14:textId="49324B12" w:rsidR="00E56A57" w:rsidRPr="00B34E0F" w:rsidRDefault="00000000">
      <w:pPr>
        <w:rPr>
          <w:lang w:val="it-IT"/>
        </w:rPr>
      </w:pPr>
      <w:r w:rsidRPr="00B34E0F">
        <w:rPr>
          <w:lang w:val="it-IT"/>
        </w:rPr>
        <w:t>Reclamat __________</w:t>
      </w:r>
      <w:r w:rsidR="00BA41D8">
        <w:rPr>
          <w:lang w:val="it-IT"/>
        </w:rPr>
        <w:t xml:space="preserve">__________ </w:t>
      </w:r>
      <w:r w:rsidRPr="00B34E0F">
        <w:rPr>
          <w:lang w:val="it-IT"/>
        </w:rPr>
        <w:t xml:space="preserve">  Recepționată __________</w:t>
      </w:r>
      <w:r w:rsidR="00BA41D8">
        <w:rPr>
          <w:lang w:val="it-IT"/>
        </w:rPr>
        <w:t>_________</w:t>
      </w:r>
      <w:r w:rsidRPr="00B34E0F">
        <w:rPr>
          <w:lang w:val="it-IT"/>
        </w:rPr>
        <w:t xml:space="preserve">   Tip cerere __________</w:t>
      </w:r>
      <w:r w:rsidR="00BA41D8">
        <w:rPr>
          <w:lang w:val="it-IT"/>
        </w:rPr>
        <w:t>_____________</w:t>
      </w:r>
    </w:p>
    <w:p w14:paraId="1BE47EC3" w14:textId="0279B145" w:rsidR="00E56A57" w:rsidRDefault="00000000" w:rsidP="00BA41D8">
      <w:pPr>
        <w:spacing w:after="0"/>
        <w:rPr>
          <w:lang w:val="it-IT"/>
        </w:rPr>
      </w:pPr>
      <w:r w:rsidRPr="00B34E0F">
        <w:rPr>
          <w:lang w:val="it-IT"/>
        </w:rPr>
        <w:t>Conținutul succint:</w:t>
      </w:r>
      <w:r w:rsidR="00BA41D8">
        <w:rPr>
          <w:lang w:val="it-IT"/>
        </w:rPr>
        <w:t>____________________________________________________________________________________</w:t>
      </w:r>
    </w:p>
    <w:p w14:paraId="75FDBBFA" w14:textId="09F31EBB" w:rsidR="00BA41D8" w:rsidRPr="00B34E0F" w:rsidRDefault="00BA41D8">
      <w:pPr>
        <w:rPr>
          <w:lang w:val="it-IT"/>
        </w:rPr>
      </w:pPr>
      <w:r>
        <w:rPr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DFD263" w14:textId="79B9D3FD" w:rsidR="00E56A57" w:rsidRPr="00B34E0F" w:rsidRDefault="00000000">
      <w:pPr>
        <w:rPr>
          <w:lang w:val="it-IT"/>
        </w:rPr>
      </w:pPr>
      <w:r w:rsidRPr="00B34E0F">
        <w:rPr>
          <w:lang w:val="it-IT"/>
        </w:rPr>
        <w:t>Dreptul pretins încălcat ________________________________</w:t>
      </w:r>
      <w:r w:rsidR="00BA41D8">
        <w:rPr>
          <w:lang w:val="it-IT"/>
        </w:rPr>
        <w:t>______________________________________________</w:t>
      </w:r>
    </w:p>
    <w:p w14:paraId="5096E7BF" w14:textId="697C497D" w:rsidR="00E56A57" w:rsidRPr="00B34E0F" w:rsidRDefault="00000000">
      <w:pPr>
        <w:rPr>
          <w:lang w:val="it-IT"/>
        </w:rPr>
      </w:pPr>
      <w:r w:rsidRPr="00B34E0F">
        <w:rPr>
          <w:lang w:val="it-IT"/>
        </w:rPr>
        <w:t>Avocatul Poporului _____________________________________</w:t>
      </w:r>
      <w:r w:rsidR="00BA41D8">
        <w:rPr>
          <w:lang w:val="it-IT"/>
        </w:rPr>
        <w:t>______________________________________________</w:t>
      </w:r>
    </w:p>
    <w:p w14:paraId="484564AD" w14:textId="731EDE22" w:rsidR="00E56A57" w:rsidRPr="00B34E0F" w:rsidRDefault="00000000">
      <w:pPr>
        <w:rPr>
          <w:lang w:val="it-IT"/>
        </w:rPr>
      </w:pPr>
      <w:r w:rsidRPr="00B34E0F">
        <w:rPr>
          <w:lang w:val="it-IT"/>
        </w:rPr>
        <w:t>Executor __________</w:t>
      </w:r>
      <w:r w:rsidR="00BA41D8">
        <w:rPr>
          <w:lang w:val="it-IT"/>
        </w:rPr>
        <w:t>________________________</w:t>
      </w:r>
      <w:r w:rsidRPr="00B34E0F">
        <w:rPr>
          <w:lang w:val="it-IT"/>
        </w:rPr>
        <w:t xml:space="preserve">   Semnătura __________</w:t>
      </w:r>
      <w:r w:rsidR="00BA41D8">
        <w:rPr>
          <w:lang w:val="it-IT"/>
        </w:rPr>
        <w:t>____________</w:t>
      </w:r>
      <w:r w:rsidRPr="00B34E0F">
        <w:rPr>
          <w:lang w:val="it-IT"/>
        </w:rPr>
        <w:t xml:space="preserve">   Data _________</w:t>
      </w:r>
      <w:r w:rsidR="00BA41D8">
        <w:rPr>
          <w:lang w:val="it-IT"/>
        </w:rPr>
        <w:t>______</w:t>
      </w:r>
      <w:r w:rsidRPr="00B34E0F">
        <w:rPr>
          <w:lang w:val="it-IT"/>
        </w:rPr>
        <w:t>_</w:t>
      </w:r>
    </w:p>
    <w:p w14:paraId="293415F8" w14:textId="6BACCA44" w:rsidR="00E56A57" w:rsidRPr="00B34E0F" w:rsidRDefault="00000000">
      <w:pPr>
        <w:rPr>
          <w:lang w:val="it-IT"/>
        </w:rPr>
      </w:pPr>
      <w:r w:rsidRPr="00B34E0F">
        <w:rPr>
          <w:lang w:val="it-IT"/>
        </w:rPr>
        <w:t>Solicitarea materialelor suplimentare</w:t>
      </w:r>
      <w:r w:rsidR="00BA41D8">
        <w:rPr>
          <w:lang w:val="it-IT"/>
        </w:rPr>
        <w:t>:</w:t>
      </w:r>
      <w:r w:rsidRPr="00B34E0F">
        <w:rPr>
          <w:lang w:val="it-IT"/>
        </w:rPr>
        <w:t>☐</w:t>
      </w:r>
    </w:p>
    <w:p w14:paraId="4E3B8BC2" w14:textId="5A5E1ECA" w:rsidR="00E56A57" w:rsidRPr="00B34E0F" w:rsidRDefault="00000000">
      <w:pPr>
        <w:rPr>
          <w:lang w:val="it-IT"/>
        </w:rPr>
      </w:pPr>
      <w:r w:rsidRPr="00B34E0F">
        <w:rPr>
          <w:lang w:val="it-IT"/>
        </w:rPr>
        <w:t>Decizia adoptată ☐</w:t>
      </w:r>
      <w:r w:rsidR="004A00CC">
        <w:rPr>
          <w:lang w:val="it-IT"/>
        </w:rPr>
        <w:t xml:space="preserve">      </w:t>
      </w:r>
      <w:r w:rsidRPr="00B34E0F">
        <w:rPr>
          <w:lang w:val="it-IT"/>
        </w:rPr>
        <w:t xml:space="preserve"> acceptată</w:t>
      </w:r>
      <w:r w:rsidR="004A00CC">
        <w:rPr>
          <w:lang w:val="it-IT"/>
        </w:rPr>
        <w:t xml:space="preserve"> </w:t>
      </w:r>
      <w:r w:rsidRPr="00B34E0F">
        <w:rPr>
          <w:lang w:val="it-IT"/>
        </w:rPr>
        <w:t xml:space="preserve">☐ </w:t>
      </w:r>
      <w:r w:rsidR="004A00CC">
        <w:rPr>
          <w:lang w:val="it-IT"/>
        </w:rPr>
        <w:t xml:space="preserve">           </w:t>
      </w:r>
      <w:r w:rsidRPr="00B34E0F">
        <w:rPr>
          <w:lang w:val="it-IT"/>
        </w:rPr>
        <w:t>restituită</w:t>
      </w:r>
      <w:r w:rsidR="004A00CC" w:rsidRPr="00B34E0F">
        <w:rPr>
          <w:lang w:val="it-IT"/>
        </w:rPr>
        <w:t xml:space="preserve"> ☐ </w:t>
      </w:r>
      <w:r w:rsidRPr="00B34E0F">
        <w:rPr>
          <w:lang w:val="it-IT"/>
        </w:rPr>
        <w:t xml:space="preserve"> </w:t>
      </w:r>
      <w:r w:rsidR="004A00CC">
        <w:rPr>
          <w:lang w:val="it-IT"/>
        </w:rPr>
        <w:t xml:space="preserve">       </w:t>
      </w:r>
      <w:r w:rsidRPr="00B34E0F">
        <w:rPr>
          <w:lang w:val="it-IT"/>
        </w:rPr>
        <w:t xml:space="preserve">   respinsă</w:t>
      </w:r>
      <w:r w:rsidR="004A00CC">
        <w:rPr>
          <w:lang w:val="it-IT"/>
        </w:rPr>
        <w:t xml:space="preserve"> </w:t>
      </w:r>
      <w:r w:rsidR="004A00CC" w:rsidRPr="00B34E0F">
        <w:rPr>
          <w:lang w:val="it-IT"/>
        </w:rPr>
        <w:t>☐</w:t>
      </w:r>
      <w:r w:rsidRPr="00B34E0F">
        <w:rPr>
          <w:lang w:val="it-IT"/>
        </w:rPr>
        <w:t xml:space="preserve"> </w:t>
      </w:r>
      <w:r w:rsidR="004A00CC">
        <w:rPr>
          <w:lang w:val="it-IT"/>
        </w:rPr>
        <w:t xml:space="preserve">       </w:t>
      </w:r>
      <w:r w:rsidRPr="00B34E0F">
        <w:rPr>
          <w:lang w:val="it-IT"/>
        </w:rPr>
        <w:t xml:space="preserve">  transmisă</w:t>
      </w:r>
      <w:r w:rsidR="004A00CC">
        <w:rPr>
          <w:lang w:val="it-IT"/>
        </w:rPr>
        <w:t xml:space="preserve"> </w:t>
      </w:r>
      <w:r w:rsidR="004A00CC" w:rsidRPr="00B34E0F">
        <w:rPr>
          <w:lang w:val="it-IT"/>
        </w:rPr>
        <w:t>☐</w:t>
      </w:r>
    </w:p>
    <w:p w14:paraId="5D6D61F3" w14:textId="3D586507" w:rsidR="00E56A57" w:rsidRPr="00B34E0F" w:rsidRDefault="00000000">
      <w:pPr>
        <w:rPr>
          <w:lang w:val="it-IT"/>
        </w:rPr>
      </w:pPr>
      <w:r w:rsidRPr="00B34E0F">
        <w:rPr>
          <w:lang w:val="it-IT"/>
        </w:rPr>
        <w:t>Termen de examinare „_____</w:t>
      </w:r>
      <w:r w:rsidR="004A00CC">
        <w:rPr>
          <w:lang w:val="it-IT"/>
        </w:rPr>
        <w:t>_____</w:t>
      </w:r>
      <w:r w:rsidRPr="00B34E0F">
        <w:rPr>
          <w:lang w:val="it-IT"/>
        </w:rPr>
        <w:t>” __________</w:t>
      </w:r>
      <w:r w:rsidR="004A00CC">
        <w:rPr>
          <w:lang w:val="it-IT"/>
        </w:rPr>
        <w:t>________________</w:t>
      </w:r>
      <w:r w:rsidRPr="00B34E0F">
        <w:rPr>
          <w:lang w:val="it-IT"/>
        </w:rPr>
        <w:t xml:space="preserve"> 20____</w:t>
      </w:r>
      <w:r w:rsidR="004A00CC">
        <w:rPr>
          <w:lang w:val="it-IT"/>
        </w:rPr>
        <w:t>______</w:t>
      </w:r>
    </w:p>
    <w:p w14:paraId="48538443" w14:textId="74B53D35" w:rsidR="00E56A57" w:rsidRPr="00B34E0F" w:rsidRDefault="00000000">
      <w:pPr>
        <w:rPr>
          <w:lang w:val="it-IT"/>
        </w:rPr>
      </w:pPr>
      <w:r w:rsidRPr="00B34E0F">
        <w:rPr>
          <w:lang w:val="it-IT"/>
        </w:rPr>
        <w:t>Redistribuită executorului _________</w:t>
      </w:r>
      <w:r w:rsidR="004A00CC">
        <w:rPr>
          <w:lang w:val="it-IT"/>
        </w:rPr>
        <w:t>_____________</w:t>
      </w:r>
      <w:r w:rsidRPr="00B34E0F">
        <w:rPr>
          <w:lang w:val="it-IT"/>
        </w:rPr>
        <w:t>_   Semnătura __________</w:t>
      </w:r>
      <w:r w:rsidR="004A00CC">
        <w:rPr>
          <w:lang w:val="it-IT"/>
        </w:rPr>
        <w:t>_______</w:t>
      </w:r>
      <w:r w:rsidRPr="00B34E0F">
        <w:rPr>
          <w:lang w:val="it-IT"/>
        </w:rPr>
        <w:t xml:space="preserve">   Data __________</w:t>
      </w:r>
      <w:r w:rsidR="004A00CC">
        <w:rPr>
          <w:lang w:val="it-IT"/>
        </w:rPr>
        <w:t>__</w:t>
      </w:r>
    </w:p>
    <w:p w14:paraId="4705E823" w14:textId="6CA9CEDD" w:rsidR="00E56A57" w:rsidRPr="00B34E0F" w:rsidRDefault="00000000">
      <w:pPr>
        <w:rPr>
          <w:lang w:val="it-IT"/>
        </w:rPr>
      </w:pPr>
      <w:r w:rsidRPr="00B34E0F">
        <w:rPr>
          <w:lang w:val="it-IT"/>
        </w:rPr>
        <w:t>Document de bază __________</w:t>
      </w:r>
      <w:r w:rsidR="004A00CC">
        <w:rPr>
          <w:lang w:val="it-IT"/>
        </w:rPr>
        <w:t>____________</w:t>
      </w:r>
      <w:r w:rsidRPr="00B34E0F">
        <w:rPr>
          <w:lang w:val="it-IT"/>
        </w:rPr>
        <w:t xml:space="preserve">file     </w:t>
      </w:r>
      <w:r w:rsidR="004A00CC">
        <w:rPr>
          <w:lang w:val="it-IT"/>
        </w:rPr>
        <w:t xml:space="preserve">                                           </w:t>
      </w:r>
      <w:r w:rsidRPr="00B34E0F">
        <w:rPr>
          <w:lang w:val="it-IT"/>
        </w:rPr>
        <w:t>Anexă __________</w:t>
      </w:r>
      <w:r w:rsidR="004A00CC">
        <w:rPr>
          <w:lang w:val="it-IT"/>
        </w:rPr>
        <w:t>________</w:t>
      </w:r>
      <w:r w:rsidRPr="00B34E0F">
        <w:rPr>
          <w:lang w:val="it-IT"/>
        </w:rPr>
        <w:t xml:space="preserve"> file</w:t>
      </w:r>
    </w:p>
    <w:p w14:paraId="4F2C3F95" w14:textId="77777777" w:rsidR="004A00CC" w:rsidRDefault="004A00CC">
      <w:pPr>
        <w:rPr>
          <w:lang w:val="it-IT"/>
        </w:rPr>
      </w:pPr>
    </w:p>
    <w:p w14:paraId="48A772D6" w14:textId="2CD053D1" w:rsidR="00E56A57" w:rsidRPr="00B34E0F" w:rsidRDefault="00000000">
      <w:pPr>
        <w:rPr>
          <w:lang w:val="it-IT"/>
        </w:rPr>
      </w:pPr>
      <w:r w:rsidRPr="00B34E0F">
        <w:rPr>
          <w:lang w:val="it-IT"/>
        </w:rPr>
        <w:t>Subdiviziunea:</w:t>
      </w:r>
    </w:p>
    <w:p w14:paraId="2F0027BC" w14:textId="3CC86B77" w:rsidR="004A00CC" w:rsidRDefault="00000000" w:rsidP="004A00CC">
      <w:pPr>
        <w:spacing w:after="0"/>
      </w:pPr>
      <w:r>
        <w:t xml:space="preserve">DGDA </w:t>
      </w:r>
      <w:r w:rsidR="004A00CC">
        <w:t xml:space="preserve">                             DECPP                              DDC                           </w:t>
      </w:r>
      <w:proofErr w:type="spellStart"/>
      <w:r w:rsidR="004A00CC">
        <w:t>Reprezentanța</w:t>
      </w:r>
      <w:proofErr w:type="spellEnd"/>
      <w:r w:rsidR="004A00CC">
        <w:t xml:space="preserve"> __________</w:t>
      </w:r>
    </w:p>
    <w:p w14:paraId="09BACC82" w14:textId="3C219961" w:rsidR="004A00CC" w:rsidRPr="004A00CC" w:rsidRDefault="004A00CC" w:rsidP="004A00CC">
      <w:pPr>
        <w:spacing w:after="0"/>
        <w:rPr>
          <w:i/>
          <w:iCs/>
          <w:sz w:val="18"/>
          <w:szCs w:val="18"/>
        </w:rPr>
      </w:pPr>
      <w:r w:rsidRPr="004A00CC">
        <w:rPr>
          <w:i/>
          <w:iCs/>
          <w:sz w:val="18"/>
          <w:szCs w:val="18"/>
        </w:rPr>
        <w:t xml:space="preserve">data </w:t>
      </w:r>
      <w:proofErr w:type="spellStart"/>
      <w:r w:rsidRPr="004A00CC">
        <w:rPr>
          <w:i/>
          <w:iCs/>
          <w:sz w:val="18"/>
          <w:szCs w:val="18"/>
        </w:rPr>
        <w:t>transmiterii</w:t>
      </w:r>
      <w:proofErr w:type="spellEnd"/>
      <w:r>
        <w:rPr>
          <w:i/>
          <w:iCs/>
          <w:sz w:val="18"/>
          <w:szCs w:val="18"/>
        </w:rPr>
        <w:t xml:space="preserve">                </w:t>
      </w:r>
      <w:r w:rsidRPr="004A00CC">
        <w:rPr>
          <w:i/>
          <w:iCs/>
          <w:sz w:val="18"/>
          <w:szCs w:val="18"/>
        </w:rPr>
        <w:t xml:space="preserve">data </w:t>
      </w:r>
      <w:proofErr w:type="spellStart"/>
      <w:r w:rsidRPr="004A00CC">
        <w:rPr>
          <w:i/>
          <w:iCs/>
          <w:sz w:val="18"/>
          <w:szCs w:val="18"/>
        </w:rPr>
        <w:t>transmiterii</w:t>
      </w:r>
      <w:proofErr w:type="spellEnd"/>
      <w:r>
        <w:rPr>
          <w:i/>
          <w:iCs/>
          <w:sz w:val="18"/>
          <w:szCs w:val="18"/>
        </w:rPr>
        <w:t xml:space="preserve">                     </w:t>
      </w:r>
      <w:r w:rsidRPr="004A00CC">
        <w:rPr>
          <w:i/>
          <w:iCs/>
          <w:sz w:val="18"/>
          <w:szCs w:val="18"/>
        </w:rPr>
        <w:t xml:space="preserve">data </w:t>
      </w:r>
      <w:proofErr w:type="spellStart"/>
      <w:r w:rsidRPr="004A00CC">
        <w:rPr>
          <w:i/>
          <w:iCs/>
          <w:sz w:val="18"/>
          <w:szCs w:val="18"/>
        </w:rPr>
        <w:t>transmiterii</w:t>
      </w:r>
      <w:proofErr w:type="spellEnd"/>
      <w:r>
        <w:rPr>
          <w:i/>
          <w:iCs/>
          <w:sz w:val="18"/>
          <w:szCs w:val="18"/>
        </w:rPr>
        <w:t xml:space="preserve">            </w:t>
      </w:r>
      <w:r w:rsidRPr="004A00CC">
        <w:rPr>
          <w:i/>
          <w:iCs/>
          <w:sz w:val="18"/>
          <w:szCs w:val="18"/>
        </w:rPr>
        <w:t xml:space="preserve">data </w:t>
      </w:r>
      <w:proofErr w:type="spellStart"/>
      <w:r w:rsidRPr="004A00CC">
        <w:rPr>
          <w:i/>
          <w:iCs/>
          <w:sz w:val="18"/>
          <w:szCs w:val="18"/>
        </w:rPr>
        <w:t>transmiterii</w:t>
      </w:r>
      <w:proofErr w:type="spellEnd"/>
    </w:p>
    <w:p w14:paraId="2D84260A" w14:textId="34F046A0" w:rsidR="004A00CC" w:rsidRDefault="00000000">
      <w:r>
        <w:t>__________</w:t>
      </w:r>
      <w:r w:rsidR="004A00CC">
        <w:t>______             _______________                  ________________          __________________</w:t>
      </w:r>
    </w:p>
    <w:p w14:paraId="5AED59B3" w14:textId="11600640" w:rsidR="00E56A57" w:rsidRDefault="00E56A57"/>
    <w:sectPr w:rsidR="00E56A5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96899529">
    <w:abstractNumId w:val="8"/>
  </w:num>
  <w:num w:numId="2" w16cid:durableId="995496464">
    <w:abstractNumId w:val="6"/>
  </w:num>
  <w:num w:numId="3" w16cid:durableId="603614162">
    <w:abstractNumId w:val="5"/>
  </w:num>
  <w:num w:numId="4" w16cid:durableId="580989360">
    <w:abstractNumId w:val="4"/>
  </w:num>
  <w:num w:numId="5" w16cid:durableId="960768576">
    <w:abstractNumId w:val="7"/>
  </w:num>
  <w:num w:numId="6" w16cid:durableId="1023558642">
    <w:abstractNumId w:val="3"/>
  </w:num>
  <w:num w:numId="7" w16cid:durableId="1431583916">
    <w:abstractNumId w:val="2"/>
  </w:num>
  <w:num w:numId="8" w16cid:durableId="515267656">
    <w:abstractNumId w:val="1"/>
  </w:num>
  <w:num w:numId="9" w16cid:durableId="971061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0D29"/>
    <w:rsid w:val="0015074B"/>
    <w:rsid w:val="0029639D"/>
    <w:rsid w:val="00326F90"/>
    <w:rsid w:val="004A00CC"/>
    <w:rsid w:val="00721C83"/>
    <w:rsid w:val="00AA1D8D"/>
    <w:rsid w:val="00B34E0F"/>
    <w:rsid w:val="00B47730"/>
    <w:rsid w:val="00BA110E"/>
    <w:rsid w:val="00BA41D8"/>
    <w:rsid w:val="00C53882"/>
    <w:rsid w:val="00CB0664"/>
    <w:rsid w:val="00E56A5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3465A3"/>
  <w14:defaultImageDpi w14:val="300"/>
  <w15:docId w15:val="{1CE41A4C-6D78-4057-A3BA-0B691869A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849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2026-02-09T10:57:00Z</dcterms:created>
  <dcterms:modified xsi:type="dcterms:W3CDTF">2026-02-09T10:57:00Z</dcterms:modified>
  <cp:category/>
</cp:coreProperties>
</file>