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35BD9" w14:textId="5EC13EF0" w:rsidR="0071308F" w:rsidRDefault="00DF0354">
      <w:pPr>
        <w:spacing w:after="0" w:line="240" w:lineRule="auto"/>
        <w:jc w:val="right"/>
      </w:pPr>
      <w:r>
        <w:rPr>
          <w:sz w:val="18"/>
        </w:rPr>
        <w:t>Formular Nr.</w:t>
      </w:r>
      <w:r w:rsidR="005C0FC1">
        <w:rPr>
          <w:sz w:val="18"/>
        </w:rPr>
        <w:t>1a</w:t>
      </w:r>
      <w:r>
        <w:rPr>
          <w:sz w:val="18"/>
        </w:rPr>
        <w:br/>
      </w:r>
      <w:r>
        <w:rPr>
          <w:sz w:val="14"/>
        </w:rPr>
        <w:t>WinCmeta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99"/>
        <w:gridCol w:w="5499"/>
      </w:tblGrid>
      <w:tr w:rsidR="0071308F" w14:paraId="5EAA9834" w14:textId="77777777">
        <w:trPr>
          <w:jc w:val="center"/>
        </w:trPr>
        <w:tc>
          <w:tcPr>
            <w:tcW w:w="5499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7541F" w14:textId="77777777" w:rsidR="0071308F" w:rsidRDefault="00DF0354">
            <w:pPr>
              <w:spacing w:after="0" w:line="240" w:lineRule="auto"/>
            </w:pPr>
            <w:r>
              <w:rPr>
                <w:b/>
                <w:sz w:val="18"/>
              </w:rPr>
              <w:t xml:space="preserve">Obiect: Reparatia curenta </w:t>
            </w:r>
            <w:proofErr w:type="gramStart"/>
            <w:r>
              <w:rPr>
                <w:b/>
                <w:sz w:val="18"/>
              </w:rPr>
              <w:t>a</w:t>
            </w:r>
            <w:proofErr w:type="gramEnd"/>
            <w:r>
              <w:rPr>
                <w:b/>
                <w:sz w:val="18"/>
              </w:rPr>
              <w:t xml:space="preserve"> acoperisului a</w:t>
            </w:r>
            <w:r>
              <w:br/>
            </w:r>
            <w:r>
              <w:rPr>
                <w:b/>
                <w:sz w:val="18"/>
              </w:rPr>
              <w:t>blocului din str. Alecu Russo 59/3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2FD42" w14:textId="77777777" w:rsidR="0071308F" w:rsidRDefault="00DF0354">
            <w:pPr>
              <w:spacing w:after="0" w:line="240" w:lineRule="auto"/>
              <w:jc w:val="right"/>
            </w:pPr>
            <w:r>
              <w:rPr>
                <w:b/>
                <w:sz w:val="18"/>
              </w:rPr>
              <w:t>Investitor: Pretura sectorului Ciocana</w:t>
            </w:r>
          </w:p>
        </w:tc>
      </w:tr>
    </w:tbl>
    <w:p w14:paraId="519DEAD1" w14:textId="77777777" w:rsidR="0071308F" w:rsidRDefault="0071308F">
      <w:pPr>
        <w:spacing w:after="40" w:line="240" w:lineRule="auto"/>
      </w:pPr>
    </w:p>
    <w:p w14:paraId="32462B4B" w14:textId="77777777" w:rsidR="0071308F" w:rsidRDefault="00DF0354">
      <w:pPr>
        <w:spacing w:after="160" w:line="240" w:lineRule="auto"/>
        <w:jc w:val="center"/>
      </w:pPr>
      <w:r>
        <w:rPr>
          <w:b/>
          <w:sz w:val="28"/>
        </w:rPr>
        <w:t>Catalog de preţuri unitare pentru obiectul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4"/>
        <w:gridCol w:w="2087"/>
        <w:gridCol w:w="4725"/>
        <w:gridCol w:w="607"/>
        <w:gridCol w:w="1720"/>
      </w:tblGrid>
      <w:tr w:rsidR="00E413F2" w:rsidRPr="00E413F2" w14:paraId="3ACC2006" w14:textId="77777777" w:rsidTr="00E413F2">
        <w:trPr>
          <w:tblHeader/>
          <w:jc w:val="center"/>
        </w:trPr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8F7AE2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№</w:t>
            </w:r>
            <w:r w:rsidRPr="00E413F2">
              <w:rPr>
                <w:rFonts w:cs="Times New Roman"/>
                <w:sz w:val="24"/>
                <w:szCs w:val="24"/>
              </w:rPr>
              <w:br/>
              <w:t>crt.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0E0895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Simbol norme şi Cod</w:t>
            </w:r>
            <w:r w:rsidRPr="00E413F2">
              <w:rPr>
                <w:rFonts w:cs="Times New Roman"/>
                <w:sz w:val="24"/>
                <w:szCs w:val="24"/>
              </w:rPr>
              <w:br/>
              <w:t>resurse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102E9B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Denumire lucrări, cheltuieli şi resurse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7CDC48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U.M.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BF9A38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Consum de</w:t>
            </w:r>
            <w:r w:rsidRPr="00E413F2">
              <w:rPr>
                <w:rFonts w:cs="Times New Roman"/>
                <w:sz w:val="24"/>
                <w:szCs w:val="24"/>
              </w:rPr>
              <w:br/>
              <w:t>resurse pe unitate</w:t>
            </w:r>
            <w:r w:rsidRPr="00E413F2">
              <w:rPr>
                <w:rFonts w:cs="Times New Roman"/>
                <w:sz w:val="24"/>
                <w:szCs w:val="24"/>
              </w:rPr>
              <w:br/>
              <w:t>de măsură</w:t>
            </w:r>
          </w:p>
        </w:tc>
      </w:tr>
      <w:tr w:rsidR="00E413F2" w:rsidRPr="00E413F2" w14:paraId="72F366F6" w14:textId="77777777" w:rsidTr="00E413F2">
        <w:trPr>
          <w:tblHeader/>
          <w:jc w:val="center"/>
        </w:trPr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3F54D5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4A5B1B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39EA30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7E1013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DF83AE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413F2" w:rsidRPr="00E413F2" w14:paraId="1C7BCFD2" w14:textId="77777777" w:rsidTr="00E413F2">
        <w:trPr>
          <w:tblHeader/>
          <w:jc w:val="center"/>
        </w:trPr>
        <w:tc>
          <w:tcPr>
            <w:tcW w:w="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EC1DBE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E1E4CE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B78992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C991EC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93F74F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5</w:t>
            </w:r>
          </w:p>
        </w:tc>
      </w:tr>
      <w:tr w:rsidR="0071308F" w:rsidRPr="00E413F2" w14:paraId="41FA26F1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4E07CE3" w14:textId="77777777" w:rsidR="0071308F" w:rsidRPr="00E413F2" w:rsidRDefault="0071308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323E2E3" w14:textId="77777777" w:rsidR="0071308F" w:rsidRPr="00E413F2" w:rsidRDefault="0071308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2C3F0CF" w14:textId="77777777" w:rsidR="0071308F" w:rsidRPr="00E413F2" w:rsidRDefault="00DF035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1. Lucrari de demontare</w:t>
            </w:r>
          </w:p>
        </w:tc>
      </w:tr>
      <w:tr w:rsidR="00E413F2" w:rsidRPr="00E413F2" w14:paraId="3BD3A3B4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4B4BB0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478B0D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RpCI42F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525477A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Demontarea elementelor de acoperis -</w:t>
            </w:r>
            <w:r w:rsidRPr="00E413F2">
              <w:rPr>
                <w:rFonts w:cs="Times New Roman"/>
                <w:sz w:val="24"/>
                <w:szCs w:val="24"/>
              </w:rPr>
              <w:br/>
              <w:t>membrane bituminoase in unul sau doua</w:t>
            </w:r>
            <w:r w:rsidRPr="00E413F2">
              <w:rPr>
                <w:rFonts w:cs="Times New Roman"/>
                <w:sz w:val="24"/>
                <w:szCs w:val="24"/>
              </w:rPr>
              <w:br/>
              <w:t>straturi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233FA9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F209892" w14:textId="29DF86ED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330.000</w:t>
            </w:r>
          </w:p>
        </w:tc>
      </w:tr>
      <w:tr w:rsidR="00E413F2" w:rsidRPr="00E413F2" w14:paraId="25B8F316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13BF6E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47BAC7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7213050013100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7946C69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Tinichigiu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40FB27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93D58A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0,4700</w:t>
            </w:r>
          </w:p>
        </w:tc>
      </w:tr>
      <w:tr w:rsidR="00E413F2" w:rsidRPr="00E413F2" w14:paraId="11506D43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35263B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AC748D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9310060019920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A41CA73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Muncitor deservire CM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9008B0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4E2389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0,2000</w:t>
            </w:r>
          </w:p>
        </w:tc>
      </w:tr>
      <w:tr w:rsidR="00E413F2" w:rsidRPr="00E413F2" w14:paraId="363C96AE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57C6B0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1237EA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2922140006703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9BFB273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Macara fereastra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A2DCC6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A086BF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0,0600</w:t>
            </w:r>
          </w:p>
        </w:tc>
      </w:tr>
      <w:tr w:rsidR="00E413F2" w:rsidRPr="00E413F2" w14:paraId="16C70607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D6D637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88E677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RpCK42A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A23E46D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Desfacerea pardoselilor reci din beton sau</w:t>
            </w:r>
            <w:r w:rsidRPr="00E413F2">
              <w:rPr>
                <w:rFonts w:cs="Times New Roman"/>
                <w:sz w:val="24"/>
                <w:szCs w:val="24"/>
              </w:rPr>
              <w:br/>
              <w:t>mortar de ciment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DFED2E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3ED0529" w14:textId="23EF7E76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20.000</w:t>
            </w:r>
          </w:p>
        </w:tc>
      </w:tr>
      <w:tr w:rsidR="00E413F2" w:rsidRPr="00E413F2" w14:paraId="28F199BC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C3F085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92EFA1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7132040012700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A3D4F80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Parchetar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D1FA0B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166583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0,1500</w:t>
            </w:r>
          </w:p>
        </w:tc>
      </w:tr>
      <w:tr w:rsidR="00E413F2" w:rsidRPr="00E413F2" w14:paraId="7E2DEF6A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7A380C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68F8CE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9310060019920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C1D98D7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Muncitor deservire CM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67D53E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108E96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0,1500</w:t>
            </w:r>
          </w:p>
        </w:tc>
      </w:tr>
      <w:tr w:rsidR="00E413F2" w:rsidRPr="00E413F2" w14:paraId="74E0512F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346C47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CEC1F5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4100126202818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97A133B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Apa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B40B01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BB09DF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0,0500</w:t>
            </w:r>
          </w:p>
        </w:tc>
      </w:tr>
      <w:tr w:rsidR="00E413F2" w:rsidRPr="00E413F2" w14:paraId="3458FD01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C977D8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AB7447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2922140006703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3CB3BD7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Macara fereastra de 0,0015 MN (0,15 tf)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6C3651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10945B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0,0400</w:t>
            </w:r>
          </w:p>
        </w:tc>
      </w:tr>
      <w:tr w:rsidR="00E413F2" w:rsidRPr="00E413F2" w14:paraId="690CD796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4EED3D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942066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RpCE28A</w:t>
            </w:r>
            <w:r w:rsidRPr="00E413F2">
              <w:rPr>
                <w:rFonts w:cs="Times New Roman"/>
                <w:sz w:val="24"/>
                <w:szCs w:val="24"/>
              </w:rPr>
              <w:br/>
            </w:r>
            <w:r w:rsidRPr="00E413F2">
              <w:rPr>
                <w:rFonts w:cs="Times New Roman"/>
                <w:b/>
                <w:sz w:val="24"/>
                <w:szCs w:val="24"/>
              </w:rPr>
              <w:t>aplicativ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4FD27DD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 xml:space="preserve">Demontarea cuvelor de colectare </w:t>
            </w:r>
            <w:proofErr w:type="gramStart"/>
            <w:r w:rsidRPr="00E413F2">
              <w:rPr>
                <w:rFonts w:cs="Times New Roman"/>
                <w:sz w:val="24"/>
                <w:szCs w:val="24"/>
              </w:rPr>
              <w:t>a</w:t>
            </w:r>
            <w:proofErr w:type="gramEnd"/>
            <w:r w:rsidRPr="00E413F2">
              <w:rPr>
                <w:rFonts w:cs="Times New Roman"/>
                <w:sz w:val="24"/>
                <w:szCs w:val="24"/>
              </w:rPr>
              <w:t xml:space="preserve"> apelor</w:t>
            </w:r>
            <w:r w:rsidRPr="00E413F2">
              <w:rPr>
                <w:rFonts w:cs="Times New Roman"/>
                <w:sz w:val="24"/>
                <w:szCs w:val="24"/>
              </w:rPr>
              <w:br/>
              <w:t>pluviale (toate materialele se exclud,</w:t>
            </w:r>
            <w:r w:rsidRPr="00E413F2">
              <w:rPr>
                <w:rFonts w:cs="Times New Roman"/>
                <w:sz w:val="24"/>
                <w:szCs w:val="24"/>
              </w:rPr>
              <w:br/>
              <w:t>Coeficient manopera = 0.5)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EEF1FD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6A4D9FC" w14:textId="69DE3DBA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20.000</w:t>
            </w:r>
          </w:p>
        </w:tc>
      </w:tr>
      <w:tr w:rsidR="00E413F2" w:rsidRPr="00E413F2" w14:paraId="2CA6BEE5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CB779B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5C66F9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7134030012200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8B33669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Izolator hidrofug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E3B5C7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656567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1,8800</w:t>
            </w:r>
          </w:p>
        </w:tc>
      </w:tr>
      <w:tr w:rsidR="00E413F2" w:rsidRPr="00E413F2" w14:paraId="5ED57270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3F61E2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3EF722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9310060019920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3FBB7B5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Muncitor deservire CM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AC37DA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8B88D3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0,9200</w:t>
            </w:r>
          </w:p>
        </w:tc>
      </w:tr>
      <w:tr w:rsidR="00E413F2" w:rsidRPr="00E413F2" w14:paraId="5BB44785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D94256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76BBDC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2922140006702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B5C6191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Macara de fereastra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217F5A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C37085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0,0200</w:t>
            </w:r>
          </w:p>
        </w:tc>
      </w:tr>
      <w:tr w:rsidR="00E413F2" w:rsidRPr="00E413F2" w14:paraId="2DA65197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E28AC7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96DCB7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2952270004029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4246E53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Topitor bitum de 500 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4A93FE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C05E51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0,0300</w:t>
            </w:r>
          </w:p>
        </w:tc>
      </w:tr>
      <w:tr w:rsidR="00E413F2" w:rsidRPr="00E413F2" w14:paraId="1EA0954C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094C88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6DD9F2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TrB05A2-9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F2ECF1E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Transportul, prin purtare directa, al</w:t>
            </w:r>
            <w:r w:rsidRPr="00E413F2">
              <w:rPr>
                <w:rFonts w:cs="Times New Roman"/>
                <w:sz w:val="24"/>
                <w:szCs w:val="24"/>
              </w:rPr>
              <w:br/>
              <w:t>materialelor incomode, avind sub 25 kg, pe</w:t>
            </w:r>
            <w:r w:rsidRPr="00E413F2">
              <w:rPr>
                <w:rFonts w:cs="Times New Roman"/>
                <w:sz w:val="24"/>
                <w:szCs w:val="24"/>
              </w:rPr>
              <w:br/>
              <w:t>distanta de 90 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1CC7DB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D001B85" w14:textId="6757D512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5.500</w:t>
            </w:r>
          </w:p>
        </w:tc>
      </w:tr>
      <w:tr w:rsidR="00E413F2" w:rsidRPr="00E413F2" w14:paraId="14DF044B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18C3BE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BE30F1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9310060019900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0C5EC92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Muncitor necalificat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4117E5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E29DA7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5,8600</w:t>
            </w:r>
          </w:p>
        </w:tc>
      </w:tr>
      <w:tr w:rsidR="00E413F2" w:rsidRPr="00E413F2" w14:paraId="54706B17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AB461F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51E8F2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TsH92B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067255D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Incarcarea in auto deseuri de constructie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01111D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9E72426" w14:textId="23B458A3" w:rsidR="00E413F2" w:rsidRPr="00E413F2" w:rsidRDefault="004236D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5.500</w:t>
            </w:r>
          </w:p>
        </w:tc>
      </w:tr>
      <w:tr w:rsidR="00E413F2" w:rsidRPr="00E413F2" w14:paraId="496F4AF3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7C93B6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DF7D2E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9310060019900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762B9AB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Muncitor necalificat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1798F3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F771BD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1,1100</w:t>
            </w:r>
          </w:p>
        </w:tc>
      </w:tr>
      <w:tr w:rsidR="00E413F2" w:rsidRPr="00E413F2" w14:paraId="55C16D68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D9B304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5990CF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TsI50A5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B93E18E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Transportarea pamintului cu autobasculanta</w:t>
            </w:r>
            <w:r w:rsidRPr="00E413F2">
              <w:rPr>
                <w:rFonts w:cs="Times New Roman"/>
                <w:sz w:val="24"/>
                <w:szCs w:val="24"/>
              </w:rPr>
              <w:br/>
              <w:t>de 5 t la distanta de 5 km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34105C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086E960" w14:textId="74689945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5.500</w:t>
            </w:r>
          </w:p>
        </w:tc>
      </w:tr>
      <w:tr w:rsidR="00E413F2" w:rsidRPr="00E413F2" w14:paraId="3D346F6D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88F21C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61061F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3410540000006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D8BB020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Autobasculanta-5t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2F0A29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499D14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0,1060</w:t>
            </w:r>
          </w:p>
        </w:tc>
      </w:tr>
      <w:tr w:rsidR="0071308F" w:rsidRPr="00E413F2" w14:paraId="22EDE34B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FA374F4" w14:textId="77777777" w:rsidR="0071308F" w:rsidRPr="00E413F2" w:rsidRDefault="0071308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CCA6BA3" w14:textId="77777777" w:rsidR="0071308F" w:rsidRPr="00E413F2" w:rsidRDefault="0071308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C90327E" w14:textId="77777777" w:rsidR="0071308F" w:rsidRPr="00E413F2" w:rsidRDefault="00DF035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2. Cuve de colectare ape pluviale</w:t>
            </w:r>
          </w:p>
        </w:tc>
      </w:tr>
      <w:tr w:rsidR="00E413F2" w:rsidRPr="00E413F2" w14:paraId="095AA7CD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B356DB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BBEEB8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CG01A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65EA962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Strat suport pentru pardoseli executat din</w:t>
            </w:r>
            <w:r w:rsidRPr="00E413F2">
              <w:rPr>
                <w:rFonts w:cs="Times New Roman"/>
                <w:sz w:val="24"/>
                <w:szCs w:val="24"/>
              </w:rPr>
              <w:br/>
              <w:t>mortar din ciment M 100-T de 3 cm grosime</w:t>
            </w:r>
            <w:r w:rsidRPr="00E413F2">
              <w:rPr>
                <w:rFonts w:cs="Times New Roman"/>
                <w:sz w:val="24"/>
                <w:szCs w:val="24"/>
              </w:rPr>
              <w:br/>
              <w:t>cu fata driscuita fin (partial)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894DA8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18F9920" w14:textId="7D5EA6A2" w:rsidR="00E413F2" w:rsidRPr="00E413F2" w:rsidRDefault="004236D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20.000</w:t>
            </w:r>
          </w:p>
        </w:tc>
      </w:tr>
      <w:tr w:rsidR="00E413F2" w:rsidRPr="00E413F2" w14:paraId="0DC0F557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5E42A8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D3F83B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7132030012600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8AC2A65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Mozaicar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FE3194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64E195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0,6000</w:t>
            </w:r>
          </w:p>
        </w:tc>
      </w:tr>
      <w:tr w:rsidR="00E413F2" w:rsidRPr="00E413F2" w14:paraId="1A41F1AD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E90D46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531A24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9310060019920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C2ACBE3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Muncitor deservire CM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0DCC4B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073870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0,1000</w:t>
            </w:r>
          </w:p>
        </w:tc>
      </w:tr>
      <w:tr w:rsidR="00E413F2" w:rsidRPr="00E413F2" w14:paraId="2C457734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EE12E8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FC298C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2664102102010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76B0870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Mortar ciment 100-T(</w:t>
            </w:r>
            <w:proofErr w:type="gramStart"/>
            <w:r w:rsidRPr="00E413F2">
              <w:rPr>
                <w:rFonts w:cs="Times New Roman"/>
                <w:sz w:val="24"/>
                <w:szCs w:val="24"/>
              </w:rPr>
              <w:t>pt.informatie</w:t>
            </w:r>
            <w:proofErr w:type="gramEnd"/>
            <w:r w:rsidRPr="00E413F2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02FB93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1E0FE4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0,0330</w:t>
            </w:r>
          </w:p>
        </w:tc>
      </w:tr>
      <w:tr w:rsidR="00E413F2" w:rsidRPr="00E413F2" w14:paraId="79960F50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FFAD96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574657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2651122100402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D658708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Ciment metalurgic cu adaosuri M 30 saci S1500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AFA20F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kg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8CF5C4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13,0000</w:t>
            </w:r>
          </w:p>
        </w:tc>
      </w:tr>
      <w:tr w:rsidR="00E413F2" w:rsidRPr="00E413F2" w14:paraId="1662DF8A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CD6594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62B3A1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1421102200513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35FE9D5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Nisip sortat nespalat de riu si lacuri 0,0-3,0 mm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19A5EA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A2F0BE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0,0420</w:t>
            </w:r>
          </w:p>
        </w:tc>
      </w:tr>
      <w:tr w:rsidR="00E413F2" w:rsidRPr="00E413F2" w14:paraId="5A1E3A74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A26750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0640A0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4100116202818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8E14D69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Apa pentru mortare si betoane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663AF0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93F73F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0,0100</w:t>
            </w:r>
          </w:p>
        </w:tc>
      </w:tr>
      <w:tr w:rsidR="00E413F2" w:rsidRPr="00E413F2" w14:paraId="1882F257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4B567D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E5D1B3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2952160007200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4EACA3A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Utilaj de ridicat pentru lucrari de finisaj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E5CEF7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E5B33E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0,0300</w:t>
            </w:r>
          </w:p>
        </w:tc>
      </w:tr>
      <w:tr w:rsidR="00E413F2" w:rsidRPr="00E413F2" w14:paraId="6AE39484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297B16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07E507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2952270003817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8E15246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Malaxor pentru mortar de 200 L actionat electric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71E22F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A3142C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0,0120</w:t>
            </w:r>
          </w:p>
        </w:tc>
      </w:tr>
      <w:tr w:rsidR="00E413F2" w:rsidRPr="00E413F2" w14:paraId="202FE4D6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7C570E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C885B5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CG01A1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6256FF4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Strat suport pentru pardoseli executat din</w:t>
            </w:r>
            <w:r w:rsidRPr="00E413F2">
              <w:rPr>
                <w:rFonts w:cs="Times New Roman"/>
                <w:sz w:val="24"/>
                <w:szCs w:val="24"/>
              </w:rPr>
              <w:br/>
              <w:t>mortar din ciment M 100-T de 3 cm grosime</w:t>
            </w:r>
            <w:r w:rsidRPr="00E413F2">
              <w:rPr>
                <w:rFonts w:cs="Times New Roman"/>
                <w:sz w:val="24"/>
                <w:szCs w:val="24"/>
              </w:rPr>
              <w:br/>
              <w:t>cu fata driscuita fin. Diferenta in plus sau in</w:t>
            </w:r>
            <w:r w:rsidRPr="00E413F2">
              <w:rPr>
                <w:rFonts w:cs="Times New Roman"/>
                <w:sz w:val="24"/>
                <w:szCs w:val="24"/>
              </w:rPr>
              <w:br/>
              <w:t>minus pentru fiecare 0,5 cm de strat suport</w:t>
            </w:r>
            <w:r w:rsidRPr="00E413F2">
              <w:rPr>
                <w:rFonts w:cs="Times New Roman"/>
                <w:sz w:val="24"/>
                <w:szCs w:val="24"/>
              </w:rPr>
              <w:br/>
              <w:t>din mortar M 100-T, se adauga sau se scade</w:t>
            </w:r>
            <w:r w:rsidRPr="00E413F2">
              <w:rPr>
                <w:rFonts w:cs="Times New Roman"/>
                <w:sz w:val="24"/>
                <w:szCs w:val="24"/>
              </w:rPr>
              <w:br/>
              <w:t>(k=4, gr. +2cm)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544987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399E93F" w14:textId="4ADEC73D" w:rsidR="00E413F2" w:rsidRPr="00E413F2" w:rsidRDefault="004236D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20.000</w:t>
            </w:r>
          </w:p>
        </w:tc>
      </w:tr>
      <w:tr w:rsidR="00E413F2" w:rsidRPr="00E413F2" w14:paraId="0158356F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86A981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C59ACF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7132030012600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74CFD7B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Mozaicar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FA546A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2944EF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0,1000</w:t>
            </w:r>
          </w:p>
        </w:tc>
      </w:tr>
      <w:tr w:rsidR="00E413F2" w:rsidRPr="00E413F2" w14:paraId="1699C74D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006A0F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95AF69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9310060019920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1B19977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Muncitor deservire CM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5592D5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92CCF7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0,0200</w:t>
            </w:r>
          </w:p>
        </w:tc>
      </w:tr>
      <w:tr w:rsidR="00E413F2" w:rsidRPr="00E413F2" w14:paraId="33850BD9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47F9DE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ED8907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2664102102010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52AE2E5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Mortar ciment 100-T(</w:t>
            </w:r>
            <w:proofErr w:type="gramStart"/>
            <w:r w:rsidRPr="00E413F2">
              <w:rPr>
                <w:rFonts w:cs="Times New Roman"/>
                <w:sz w:val="24"/>
                <w:szCs w:val="24"/>
              </w:rPr>
              <w:t>pt.informatie</w:t>
            </w:r>
            <w:proofErr w:type="gramEnd"/>
            <w:r w:rsidRPr="00E413F2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94F57D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3E9951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0,0055</w:t>
            </w:r>
          </w:p>
        </w:tc>
      </w:tr>
      <w:tr w:rsidR="00E413F2" w:rsidRPr="00E413F2" w14:paraId="0E512570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22456E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727ACC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2651122100402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81CDAC2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Ciment metalurgic cu adaosuri M 30 saci S1500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6013DB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kg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8A944E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2,1500</w:t>
            </w:r>
          </w:p>
        </w:tc>
      </w:tr>
      <w:tr w:rsidR="00E413F2" w:rsidRPr="00E413F2" w14:paraId="7389F079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A1603F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9A20E9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1421102200513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917839C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Nisip sortat nespalat de riu si lacuri 0,0-3,0 mm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620EB1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7E6942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0,0070</w:t>
            </w:r>
          </w:p>
        </w:tc>
      </w:tr>
      <w:tr w:rsidR="00E413F2" w:rsidRPr="00E413F2" w14:paraId="63B2FE39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DDB3E6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EF4E2C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4100116202818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3AD00CE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Apa pentru mortare si betoane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F0492C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D7F17F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0,0020</w:t>
            </w:r>
          </w:p>
        </w:tc>
      </w:tr>
      <w:tr w:rsidR="00E413F2" w:rsidRPr="00E413F2" w14:paraId="1A93F6BC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4CFBA9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035B2D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2952160007200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71B5565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Utilaj de ridicat pentru lucrari de finisaj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EA7FBB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D70E81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0,0030</w:t>
            </w:r>
          </w:p>
        </w:tc>
      </w:tr>
      <w:tr w:rsidR="00E413F2" w:rsidRPr="00E413F2" w14:paraId="5644B96A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96D3E2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EF605F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2952270003817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F4F4CCA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Malaxor pentru mortar de 200 L actionat electric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041B17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3429C3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0,0015</w:t>
            </w:r>
          </w:p>
        </w:tc>
      </w:tr>
      <w:tr w:rsidR="00E413F2" w:rsidRPr="00E413F2" w14:paraId="54C8528D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589EAA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6FCE08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RpCE28A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E3DF07C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Izolarea gurilor de scurgere interioare sau</w:t>
            </w:r>
            <w:r w:rsidRPr="00E413F2">
              <w:rPr>
                <w:rFonts w:cs="Times New Roman"/>
                <w:sz w:val="24"/>
                <w:szCs w:val="24"/>
              </w:rPr>
              <w:br/>
              <w:t>exterioare, executata la repararea teraselor sau</w:t>
            </w:r>
            <w:r w:rsidRPr="00E413F2">
              <w:rPr>
                <w:rFonts w:cs="Times New Roman"/>
                <w:sz w:val="24"/>
                <w:szCs w:val="24"/>
              </w:rPr>
              <w:br/>
              <w:t>balcoanelor, cu tabla de plumb de 2 mm</w:t>
            </w:r>
            <w:r w:rsidRPr="00E413F2">
              <w:rPr>
                <w:rFonts w:cs="Times New Roman"/>
                <w:sz w:val="24"/>
                <w:szCs w:val="24"/>
              </w:rPr>
              <w:br/>
              <w:t>grosime, pinza bitumata, bitum topit,</w:t>
            </w:r>
            <w:r w:rsidRPr="00E413F2">
              <w:rPr>
                <w:rFonts w:cs="Times New Roman"/>
                <w:sz w:val="24"/>
                <w:szCs w:val="24"/>
              </w:rPr>
              <w:br/>
              <w:t>executate cu tabla de plumb, 1 strat de pinza</w:t>
            </w:r>
            <w:r w:rsidRPr="00E413F2">
              <w:rPr>
                <w:rFonts w:cs="Times New Roman"/>
                <w:sz w:val="24"/>
                <w:szCs w:val="24"/>
              </w:rPr>
              <w:br/>
              <w:t>bitumata si 2 straturi de bitum topit (se</w:t>
            </w:r>
            <w:r w:rsidRPr="00E413F2">
              <w:rPr>
                <w:rFonts w:cs="Times New Roman"/>
                <w:sz w:val="24"/>
                <w:szCs w:val="24"/>
              </w:rPr>
              <w:br/>
              <w:t>exclude: tabla de plumb si aliajul de lipit; se</w:t>
            </w:r>
            <w:r w:rsidRPr="00E413F2">
              <w:rPr>
                <w:rFonts w:cs="Times New Roman"/>
                <w:sz w:val="24"/>
                <w:szCs w:val="24"/>
              </w:rPr>
              <w:br/>
              <w:t>include: scurgere verticala PVC Dn160 -</w:t>
            </w:r>
            <w:r w:rsidRPr="00E413F2">
              <w:rPr>
                <w:rFonts w:cs="Times New Roman"/>
                <w:sz w:val="24"/>
                <w:szCs w:val="24"/>
              </w:rPr>
              <w:br/>
              <w:t>20buc)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93F984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7C24785" w14:textId="0DD40193" w:rsidR="00E413F2" w:rsidRPr="00E413F2" w:rsidRDefault="004236D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20.000</w:t>
            </w:r>
          </w:p>
        </w:tc>
      </w:tr>
      <w:tr w:rsidR="00E413F2" w:rsidRPr="00E413F2" w14:paraId="6E749B26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413C17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4F1CEB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7134030012200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B933BAF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Izolator hidrofug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A658B2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4993F0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1,8800</w:t>
            </w:r>
          </w:p>
        </w:tc>
      </w:tr>
      <w:tr w:rsidR="00E413F2" w:rsidRPr="00E413F2" w14:paraId="000BE6F7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A70F0F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9D9572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9310060019920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1F12CB7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Muncitor deservire CM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C4D2F2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816369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0,9200</w:t>
            </w:r>
          </w:p>
        </w:tc>
      </w:tr>
      <w:tr w:rsidR="00E413F2" w:rsidRPr="00E413F2" w14:paraId="44427D7F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3A84B4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A5CA97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2682122600713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FDD9344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 xml:space="preserve">Pinza </w:t>
            </w:r>
            <w:proofErr w:type="gramStart"/>
            <w:r w:rsidRPr="00E413F2">
              <w:rPr>
                <w:rFonts w:cs="Times New Roman"/>
                <w:sz w:val="24"/>
                <w:szCs w:val="24"/>
              </w:rPr>
              <w:t>bit.fara</w:t>
            </w:r>
            <w:proofErr w:type="gramEnd"/>
            <w:r w:rsidRPr="00E413F2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E413F2">
              <w:rPr>
                <w:rFonts w:cs="Times New Roman"/>
                <w:sz w:val="24"/>
                <w:szCs w:val="24"/>
              </w:rPr>
              <w:t>str.acoperire</w:t>
            </w:r>
            <w:proofErr w:type="gramEnd"/>
            <w:r w:rsidRPr="00E413F2">
              <w:rPr>
                <w:rFonts w:cs="Times New Roman"/>
                <w:sz w:val="24"/>
                <w:szCs w:val="24"/>
              </w:rPr>
              <w:t xml:space="preserve"> PI 50 100 cm x 20 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267868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8A08EF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0,5000</w:t>
            </w:r>
          </w:p>
        </w:tc>
      </w:tr>
      <w:tr w:rsidR="00E413F2" w:rsidRPr="00E413F2" w14:paraId="77901F4A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5D5549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41A19F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2320322600103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861EF2C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Bitum de izolatie tip H-68/75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0211C7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kg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14CCA0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1,7000</w:t>
            </w:r>
          </w:p>
        </w:tc>
      </w:tr>
      <w:tr w:rsidR="00E413F2" w:rsidRPr="00E413F2" w14:paraId="216F665F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F0D4A4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BE7567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4524124223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4EDEB61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Scurgere verticala Dn160 din PVC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66BA65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AD9BAC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1,0000</w:t>
            </w:r>
          </w:p>
        </w:tc>
      </w:tr>
      <w:tr w:rsidR="00E413F2" w:rsidRPr="00E413F2" w14:paraId="32A13A43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9B7080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DBBD34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2320166200975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9A42EDD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Combustibil lichid usor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AA6D4B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kg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D3B30D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0,4000</w:t>
            </w:r>
          </w:p>
        </w:tc>
      </w:tr>
      <w:tr w:rsidR="00E413F2" w:rsidRPr="00E413F2" w14:paraId="450FADA0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E44F02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5BF1EB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2320116200535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00AB5E3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Benzina extractie tip 80/120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5F0AA0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CB752A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0,0800</w:t>
            </w:r>
          </w:p>
        </w:tc>
      </w:tr>
      <w:tr w:rsidR="00E413F2" w:rsidRPr="00E413F2" w14:paraId="19071FB0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584A68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CF51C8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2653102100880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2542335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Filer de calcar saci S 539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0D7A2F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kg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B948BC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0,3500</w:t>
            </w:r>
          </w:p>
        </w:tc>
      </w:tr>
      <w:tr w:rsidR="00E413F2" w:rsidRPr="00E413F2" w14:paraId="77DD0DD8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1576FE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26C463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2922140006702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ECE4AEE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Macara de fereastra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B1D409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C448AB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0,0200</w:t>
            </w:r>
          </w:p>
        </w:tc>
      </w:tr>
      <w:tr w:rsidR="00E413F2" w:rsidRPr="00E413F2" w14:paraId="5510A9DF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669108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7ACDF7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2952270004029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E04D361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Topitor bitum de 500 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A2E2E9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8BD541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0,0300</w:t>
            </w:r>
          </w:p>
        </w:tc>
      </w:tr>
      <w:tr w:rsidR="00E413F2" w:rsidRPr="00E413F2" w14:paraId="48FE65FD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B51C37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AC4F5A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Pret de piata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11051A5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Parafrunzar zincat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A19023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C7667E0" w14:textId="31A9E3E8" w:rsidR="00E413F2" w:rsidRPr="00E413F2" w:rsidRDefault="004236D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20.000</w:t>
            </w:r>
          </w:p>
        </w:tc>
      </w:tr>
      <w:tr w:rsidR="00E413F2" w:rsidRPr="00E413F2" w14:paraId="37750FAC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29B858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35E9E7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515241241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FF19F21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Parafrunzar zincat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372B0C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1F4521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1,0000</w:t>
            </w:r>
          </w:p>
        </w:tc>
      </w:tr>
      <w:tr w:rsidR="00E413F2" w:rsidRPr="00E413F2" w14:paraId="6807E799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0E717D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C89A11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IzF01B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6F4D17C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Amorsarea suprafetelor pentru aplicarea</w:t>
            </w:r>
            <w:r w:rsidRPr="00E413F2">
              <w:rPr>
                <w:rFonts w:cs="Times New Roman"/>
                <w:sz w:val="24"/>
                <w:szCs w:val="24"/>
              </w:rPr>
              <w:br/>
              <w:t>stratului de difuzie, a barierei contra</w:t>
            </w:r>
            <w:r w:rsidRPr="00E413F2">
              <w:rPr>
                <w:rFonts w:cs="Times New Roman"/>
                <w:sz w:val="24"/>
                <w:szCs w:val="24"/>
              </w:rPr>
              <w:br/>
              <w:t>vaporilor, a termoizolatiei sau a hidroizolatiei</w:t>
            </w:r>
            <w:r w:rsidRPr="00E413F2">
              <w:rPr>
                <w:rFonts w:cs="Times New Roman"/>
                <w:sz w:val="24"/>
                <w:szCs w:val="24"/>
              </w:rPr>
              <w:br/>
              <w:t>pe suprafete orizontale, inclinte sau verticale,</w:t>
            </w:r>
            <w:r w:rsidRPr="00E413F2">
              <w:rPr>
                <w:rFonts w:cs="Times New Roman"/>
                <w:sz w:val="24"/>
                <w:szCs w:val="24"/>
              </w:rPr>
              <w:br/>
              <w:t>cu suspensie de bitum filerizat (subif) intr-un</w:t>
            </w:r>
            <w:r w:rsidRPr="00E413F2">
              <w:rPr>
                <w:rFonts w:cs="Times New Roman"/>
                <w:sz w:val="24"/>
                <w:szCs w:val="24"/>
              </w:rPr>
              <w:br/>
              <w:t>strat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915406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F53F499" w14:textId="1966B26A" w:rsidR="00E413F2" w:rsidRPr="00E413F2" w:rsidRDefault="004236D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160.000</w:t>
            </w:r>
          </w:p>
        </w:tc>
      </w:tr>
      <w:tr w:rsidR="00E413F2" w:rsidRPr="00E413F2" w14:paraId="4B0C3A6E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24CCF7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7C0F8B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7134030012200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112DD40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Izolator hidrofug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BBEA66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C01D80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0,0400</w:t>
            </w:r>
          </w:p>
        </w:tc>
      </w:tr>
      <w:tr w:rsidR="00E413F2" w:rsidRPr="00E413F2" w14:paraId="4AC993F6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F2A63E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8477BE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2413317346000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967E384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Suspensie de bitum filerizat-subif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190200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kg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12AC8D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0,3000</w:t>
            </w:r>
          </w:p>
        </w:tc>
      </w:tr>
      <w:tr w:rsidR="00E413F2" w:rsidRPr="00E413F2" w14:paraId="68052410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23E2AA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5F6D37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4100116202818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91B0F57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Apa pentru mortare si betoane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E283C4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89DF23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0,0010</w:t>
            </w:r>
          </w:p>
        </w:tc>
      </w:tr>
      <w:tr w:rsidR="00E413F2" w:rsidRPr="00E413F2" w14:paraId="60765749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8455E1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8368D5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2922140006703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FDA04CC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Macara fereastra de 0,0015 MN (0,15 tf)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9F6E20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F4ABB5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0,0003</w:t>
            </w:r>
          </w:p>
        </w:tc>
      </w:tr>
      <w:tr w:rsidR="00E413F2" w:rsidRPr="00E413F2" w14:paraId="1EB41AC9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6FF783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1B4AB8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CE13D2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B244A8F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Invelitori la acoperisuri cu membrane</w:t>
            </w:r>
            <w:r w:rsidRPr="00E413F2">
              <w:rPr>
                <w:rFonts w:cs="Times New Roman"/>
                <w:sz w:val="24"/>
                <w:szCs w:val="24"/>
              </w:rPr>
              <w:br/>
              <w:t>bituminoase modificate lipite cu flacara in</w:t>
            </w:r>
            <w:r w:rsidRPr="00E413F2">
              <w:rPr>
                <w:rFonts w:cs="Times New Roman"/>
                <w:sz w:val="24"/>
                <w:szCs w:val="24"/>
              </w:rPr>
              <w:br/>
              <w:t>sistem bistrat pe suprafata verticala montate</w:t>
            </w:r>
            <w:r w:rsidRPr="00E413F2">
              <w:rPr>
                <w:rFonts w:cs="Times New Roman"/>
                <w:sz w:val="24"/>
                <w:szCs w:val="24"/>
              </w:rPr>
              <w:br/>
              <w:t>pe suport continuu / Membrana Tehnoelast</w:t>
            </w:r>
            <w:r w:rsidRPr="00E413F2">
              <w:rPr>
                <w:rFonts w:cs="Times New Roman"/>
                <w:sz w:val="24"/>
                <w:szCs w:val="24"/>
              </w:rPr>
              <w:br/>
              <w:t>EPP si EKP sau analog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A4D098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8722ACA" w14:textId="1865F566" w:rsidR="00E413F2" w:rsidRPr="00E413F2" w:rsidRDefault="004236D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160.000</w:t>
            </w:r>
          </w:p>
        </w:tc>
      </w:tr>
      <w:tr w:rsidR="00E413F2" w:rsidRPr="00E413F2" w14:paraId="5D471E0F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E7450E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F51B85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7134030012200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D19C171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Izolator hidrofug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01ECBB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87AFAA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0,5300</w:t>
            </w:r>
          </w:p>
        </w:tc>
      </w:tr>
      <w:tr w:rsidR="00E413F2" w:rsidRPr="00E413F2" w14:paraId="566EA76B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C5902B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DCAC59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9310060019920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70BA6F1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Muncitor deservire CM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510716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2DA333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0,2000</w:t>
            </w:r>
          </w:p>
        </w:tc>
      </w:tr>
      <w:tr w:rsidR="00E413F2" w:rsidRPr="00E413F2" w14:paraId="203F7D53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E199B4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766996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6553535323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6170D0E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Membrana Tehnoelast EKP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D5CC4B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AF3E9F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1,2000</w:t>
            </w:r>
          </w:p>
        </w:tc>
      </w:tr>
      <w:tr w:rsidR="00E413F2" w:rsidRPr="00E413F2" w14:paraId="29B64D6F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EB7AD7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785D58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26821326470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45D0065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Membrana Tehnoelast EPP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EE4FB8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19360C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1,2000</w:t>
            </w:r>
          </w:p>
        </w:tc>
      </w:tr>
      <w:tr w:rsidR="00E413F2" w:rsidRPr="00E413F2" w14:paraId="1BA6BCFB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1C5753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F2F7DC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2320216201058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BF9F6BD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Gaz butan (butelii)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F7BA5A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kg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58DB36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0,6000</w:t>
            </w:r>
          </w:p>
        </w:tc>
      </w:tr>
      <w:tr w:rsidR="00E413F2" w:rsidRPr="00E413F2" w14:paraId="5FC4C5B3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6ACA10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7A9899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2921140007681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E0F503A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Arzator cu flacara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C857EA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858FF1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0,3400</w:t>
            </w:r>
          </w:p>
        </w:tc>
      </w:tr>
      <w:tr w:rsidR="00E413F2" w:rsidRPr="00E413F2" w14:paraId="5EDAB828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AE1433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EDB562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2952160007200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F84646A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Utilaj de ridicat pentru lucrari de finisaj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50D1F5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377DE2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0,0600</w:t>
            </w:r>
          </w:p>
        </w:tc>
      </w:tr>
      <w:tr w:rsidR="0071308F" w:rsidRPr="00E413F2" w14:paraId="42DDFC3E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7D7B8C4" w14:textId="77777777" w:rsidR="0071308F" w:rsidRPr="00E413F2" w:rsidRDefault="0071308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9D7EFB2" w14:textId="77777777" w:rsidR="0071308F" w:rsidRPr="00E413F2" w:rsidRDefault="0071308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C137E37" w14:textId="77777777" w:rsidR="0071308F" w:rsidRPr="00E413F2" w:rsidRDefault="00DF035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3. Acoperis (incaperile mecanismelor ascensoare)</w:t>
            </w:r>
          </w:p>
        </w:tc>
      </w:tr>
      <w:tr w:rsidR="00E413F2" w:rsidRPr="00E413F2" w14:paraId="29229456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9229E8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028903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IzF01B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F323CEA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Amorsarea suprafetelor pentru aplicarea</w:t>
            </w:r>
            <w:r w:rsidRPr="00E413F2">
              <w:rPr>
                <w:rFonts w:cs="Times New Roman"/>
                <w:sz w:val="24"/>
                <w:szCs w:val="24"/>
              </w:rPr>
              <w:br/>
              <w:t>stratului de difuzie, a barierei contra</w:t>
            </w:r>
            <w:r w:rsidRPr="00E413F2">
              <w:rPr>
                <w:rFonts w:cs="Times New Roman"/>
                <w:sz w:val="24"/>
                <w:szCs w:val="24"/>
              </w:rPr>
              <w:br/>
              <w:t>vaporilor, a termoizolatiei sau a hidroizolatiei</w:t>
            </w:r>
            <w:r w:rsidRPr="00E413F2">
              <w:rPr>
                <w:rFonts w:cs="Times New Roman"/>
                <w:sz w:val="24"/>
                <w:szCs w:val="24"/>
              </w:rPr>
              <w:br/>
              <w:t>pe suprafete orizontale, inclinte sau verticale,</w:t>
            </w:r>
            <w:r w:rsidRPr="00E413F2">
              <w:rPr>
                <w:rFonts w:cs="Times New Roman"/>
                <w:sz w:val="24"/>
                <w:szCs w:val="24"/>
              </w:rPr>
              <w:br/>
              <w:t>cu suspensie de bitum filerizat (subif) intr-un</w:t>
            </w:r>
            <w:r w:rsidRPr="00E413F2">
              <w:rPr>
                <w:rFonts w:cs="Times New Roman"/>
                <w:sz w:val="24"/>
                <w:szCs w:val="24"/>
              </w:rPr>
              <w:br/>
              <w:t>strat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557C52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3337BCE" w14:textId="35C54596" w:rsidR="00E413F2" w:rsidRPr="00E413F2" w:rsidRDefault="004236D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170.000</w:t>
            </w:r>
          </w:p>
        </w:tc>
      </w:tr>
      <w:tr w:rsidR="00E413F2" w:rsidRPr="00E413F2" w14:paraId="0B1CCF22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EA1830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52C90F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7134030012200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9C12886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Izolator hidrofug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23C4E4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E94036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0,0400</w:t>
            </w:r>
          </w:p>
        </w:tc>
      </w:tr>
      <w:tr w:rsidR="00E413F2" w:rsidRPr="00E413F2" w14:paraId="2FC01897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B43015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498984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2413317346000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D17359B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Suspensie de bitum filerizat-subif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E707CA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kg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C6A407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0,3000</w:t>
            </w:r>
          </w:p>
        </w:tc>
      </w:tr>
      <w:tr w:rsidR="00E413F2" w:rsidRPr="00E413F2" w14:paraId="59BF913B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77C329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2AEC87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4100116202818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64D5AD1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Apa pentru mortare si betoane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0A1D8D2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C07C26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0,0010</w:t>
            </w:r>
          </w:p>
        </w:tc>
      </w:tr>
      <w:tr w:rsidR="00E413F2" w:rsidRPr="00E413F2" w14:paraId="530FC813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533691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052627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2922140006703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398D017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Macara fereastra de 0,0015 MN (0,15 tf)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873E02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06B94F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0,0003</w:t>
            </w:r>
          </w:p>
        </w:tc>
      </w:tr>
      <w:tr w:rsidR="00E413F2" w:rsidRPr="00E413F2" w14:paraId="1A72B23A" w14:textId="77777777" w:rsidTr="00E413F2">
        <w:trPr>
          <w:cantSplit/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F7B615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B51F15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b/>
                <w:sz w:val="24"/>
                <w:szCs w:val="24"/>
              </w:rPr>
              <w:t>CE13D2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1A3786E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Invelitori la acoperisuri cu membrane</w:t>
            </w:r>
            <w:r w:rsidRPr="00E413F2">
              <w:rPr>
                <w:rFonts w:cs="Times New Roman"/>
                <w:sz w:val="24"/>
                <w:szCs w:val="24"/>
              </w:rPr>
              <w:br/>
              <w:t>bituminoase modificate lipite cu flacara in</w:t>
            </w:r>
            <w:r w:rsidRPr="00E413F2">
              <w:rPr>
                <w:rFonts w:cs="Times New Roman"/>
                <w:sz w:val="24"/>
                <w:szCs w:val="24"/>
              </w:rPr>
              <w:br/>
              <w:t>sistem bistrat pe suprafata verticala montate</w:t>
            </w:r>
            <w:r w:rsidRPr="00E413F2">
              <w:rPr>
                <w:rFonts w:cs="Times New Roman"/>
                <w:sz w:val="24"/>
                <w:szCs w:val="24"/>
              </w:rPr>
              <w:br/>
              <w:t>pe suport continuu / Membrana Tehnoelast</w:t>
            </w:r>
            <w:r w:rsidRPr="00E413F2">
              <w:rPr>
                <w:rFonts w:cs="Times New Roman"/>
                <w:sz w:val="24"/>
                <w:szCs w:val="24"/>
              </w:rPr>
              <w:br/>
              <w:t>EPP si EKP sau analog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750032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395DE49" w14:textId="5355713C" w:rsidR="00E413F2" w:rsidRPr="00E413F2" w:rsidRDefault="004236D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170.000</w:t>
            </w:r>
          </w:p>
        </w:tc>
      </w:tr>
      <w:tr w:rsidR="00E413F2" w:rsidRPr="00E413F2" w14:paraId="1AB2DC7D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D2C242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172BD4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7134030012200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9D4754F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Izolator hidrofug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6A51EB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798CD4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0,5300</w:t>
            </w:r>
          </w:p>
        </w:tc>
      </w:tr>
      <w:tr w:rsidR="00E413F2" w:rsidRPr="00E413F2" w14:paraId="08D117A6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AC1640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827385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9310060019920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3A9F6C4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Muncitor deservire CM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A6C92C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h-om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2477A0A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0,2000</w:t>
            </w:r>
          </w:p>
        </w:tc>
      </w:tr>
      <w:tr w:rsidR="00E413F2" w:rsidRPr="00E413F2" w14:paraId="2BF58104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884F88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03EEF8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6553535323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97775B2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Membrana Tehnoelast EKP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6EADFDE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B9B2453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1,2000</w:t>
            </w:r>
          </w:p>
        </w:tc>
      </w:tr>
      <w:tr w:rsidR="00E413F2" w:rsidRPr="00E413F2" w14:paraId="4A6A974D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4632FC7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C2C970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26821326470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5AB7237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Membrana Tehnoelast EPP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D496D24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4ECCAA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1,2000</w:t>
            </w:r>
          </w:p>
        </w:tc>
      </w:tr>
      <w:tr w:rsidR="00E413F2" w:rsidRPr="00E413F2" w14:paraId="72D89310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63B3A3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9362B1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2320216201058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0E2132EF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Gaz butan (butelii)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2AABB92B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kg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8EB5EE5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0,6000</w:t>
            </w:r>
          </w:p>
        </w:tc>
      </w:tr>
      <w:tr w:rsidR="00E413F2" w:rsidRPr="00E413F2" w14:paraId="786F52B2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98EC3B8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4F7743C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2921140007681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4330E84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Arzator cu flacara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5C0CD5F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1093932D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0,3400</w:t>
            </w:r>
          </w:p>
        </w:tc>
      </w:tr>
      <w:tr w:rsidR="00E413F2" w:rsidRPr="00E413F2" w14:paraId="6E5BD97C" w14:textId="77777777" w:rsidTr="00E413F2">
        <w:trPr>
          <w:jc w:val="center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61C47511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48CBF780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2952160007200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53E2B9AC" w14:textId="77777777" w:rsidR="00E413F2" w:rsidRPr="00E413F2" w:rsidRDefault="00E413F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Utilaj de ridicat pentru lucrari de finisaj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3BF9E2F6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h-ut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14:paraId="7C84CB49" w14:textId="77777777" w:rsidR="00E413F2" w:rsidRPr="00E413F2" w:rsidRDefault="00E413F2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413F2">
              <w:rPr>
                <w:rFonts w:cs="Times New Roman"/>
                <w:sz w:val="24"/>
                <w:szCs w:val="24"/>
              </w:rPr>
              <w:t>0,0600</w:t>
            </w:r>
          </w:p>
        </w:tc>
      </w:tr>
    </w:tbl>
    <w:p w14:paraId="54B361B5" w14:textId="77777777" w:rsidR="0071308F" w:rsidRPr="00E413F2" w:rsidRDefault="0071308F">
      <w:pPr>
        <w:spacing w:after="0" w:line="240" w:lineRule="auto"/>
        <w:rPr>
          <w:rFonts w:cs="Times New Roman"/>
          <w:sz w:val="24"/>
          <w:szCs w:val="24"/>
        </w:rPr>
      </w:pPr>
    </w:p>
    <w:sectPr w:rsidR="0071308F" w:rsidRPr="00E413F2" w:rsidSect="00034616">
      <w:pgSz w:w="11906" w:h="16838"/>
      <w:pgMar w:top="680" w:right="454" w:bottom="680" w:left="454" w:header="283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13013785">
    <w:abstractNumId w:val="8"/>
  </w:num>
  <w:num w:numId="2" w16cid:durableId="1740011841">
    <w:abstractNumId w:val="6"/>
  </w:num>
  <w:num w:numId="3" w16cid:durableId="110169985">
    <w:abstractNumId w:val="5"/>
  </w:num>
  <w:num w:numId="4" w16cid:durableId="23483003">
    <w:abstractNumId w:val="4"/>
  </w:num>
  <w:num w:numId="5" w16cid:durableId="1935671408">
    <w:abstractNumId w:val="7"/>
  </w:num>
  <w:num w:numId="6" w16cid:durableId="234168501">
    <w:abstractNumId w:val="3"/>
  </w:num>
  <w:num w:numId="7" w16cid:durableId="1018778011">
    <w:abstractNumId w:val="2"/>
  </w:num>
  <w:num w:numId="8" w16cid:durableId="265693162">
    <w:abstractNumId w:val="1"/>
  </w:num>
  <w:num w:numId="9" w16cid:durableId="927466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236DF"/>
    <w:rsid w:val="005C0FC1"/>
    <w:rsid w:val="0071308F"/>
    <w:rsid w:val="00AA1D8D"/>
    <w:rsid w:val="00B47730"/>
    <w:rsid w:val="00C3646C"/>
    <w:rsid w:val="00CB0664"/>
    <w:rsid w:val="00DF0354"/>
    <w:rsid w:val="00E413F2"/>
    <w:rsid w:val="00EB238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E03584"/>
  <w14:defaultImageDpi w14:val="300"/>
  <w15:docId w15:val="{4245F12A-174D-4089-B034-E9FC41211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16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5278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6191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Sala13</cp:lastModifiedBy>
  <cp:revision>3</cp:revision>
  <dcterms:created xsi:type="dcterms:W3CDTF">2026-06-22T08:28:00Z</dcterms:created>
  <dcterms:modified xsi:type="dcterms:W3CDTF">2026-06-22T08:28:00Z</dcterms:modified>
  <cp:category/>
</cp:coreProperties>
</file>