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95FEF" w:rsidRPr="001F3A24" w:rsidRDefault="001F3A24">
      <w:pPr>
        <w:spacing w:after="0" w:line="240" w:lineRule="auto"/>
        <w:jc w:val="right"/>
        <w:rPr>
          <w:sz w:val="22"/>
        </w:rPr>
      </w:pPr>
      <w:r w:rsidRPr="001F3A24">
        <w:rPr>
          <w:sz w:val="22"/>
        </w:rPr>
        <w:t>Anexa nr. 2</w:t>
      </w:r>
    </w:p>
    <w:p w:rsidR="00E95FEF" w:rsidRPr="001F3A24" w:rsidRDefault="001F3A24">
      <w:pPr>
        <w:spacing w:after="0" w:line="240" w:lineRule="auto"/>
        <w:jc w:val="right"/>
        <w:rPr>
          <w:sz w:val="22"/>
        </w:rPr>
      </w:pPr>
      <w:r w:rsidRPr="001F3A24">
        <w:rPr>
          <w:sz w:val="22"/>
        </w:rPr>
        <w:t>la Documentația standard nr. 69</w:t>
      </w:r>
    </w:p>
    <w:p w:rsidR="00E95FEF" w:rsidRPr="001F3A24" w:rsidRDefault="001F3A24">
      <w:pPr>
        <w:spacing w:after="0" w:line="240" w:lineRule="auto"/>
        <w:jc w:val="right"/>
        <w:rPr>
          <w:sz w:val="22"/>
        </w:rPr>
      </w:pPr>
      <w:r w:rsidRPr="001F3A24">
        <w:rPr>
          <w:sz w:val="22"/>
        </w:rPr>
        <w:t>din 7 mai 2021</w:t>
      </w:r>
    </w:p>
    <w:p w:rsidR="00E95FEF" w:rsidRPr="001F3A24" w:rsidRDefault="001F3A24">
      <w:pPr>
        <w:spacing w:after="0" w:line="240" w:lineRule="auto"/>
        <w:jc w:val="center"/>
        <w:rPr>
          <w:sz w:val="22"/>
        </w:rPr>
      </w:pPr>
      <w:r w:rsidRPr="001F3A24">
        <w:rPr>
          <w:b/>
          <w:sz w:val="22"/>
        </w:rPr>
        <w:t>ANUNȚ DE PARTICIPARE, INCLUSIV PENTRU PROCEDURILE</w:t>
      </w:r>
      <w:r w:rsidRPr="001F3A24">
        <w:rPr>
          <w:b/>
          <w:sz w:val="22"/>
        </w:rPr>
        <w:br/>
        <w:t>DE PRESELECȚIE/PROCEDURILE NEGOCIATE</w:t>
      </w:r>
    </w:p>
    <w:p w:rsidR="00E95FEF" w:rsidRPr="001F3A24" w:rsidRDefault="001F3A24">
      <w:pPr>
        <w:spacing w:after="0" w:line="240" w:lineRule="auto"/>
        <w:jc w:val="center"/>
        <w:rPr>
          <w:sz w:val="22"/>
        </w:rPr>
      </w:pPr>
      <w:r w:rsidRPr="001F3A24">
        <w:rPr>
          <w:sz w:val="22"/>
        </w:rPr>
        <w:t>privind achiziționarea pr</w:t>
      </w:r>
      <w:r w:rsidR="00E316DC">
        <w:rPr>
          <w:sz w:val="22"/>
        </w:rPr>
        <w:t>eparate</w:t>
      </w:r>
      <w:r w:rsidRPr="001F3A24">
        <w:rPr>
          <w:sz w:val="22"/>
        </w:rPr>
        <w:t xml:space="preserve"> biocide</w:t>
      </w:r>
    </w:p>
    <w:p w:rsidR="00E95FEF" w:rsidRPr="001F3A24" w:rsidRDefault="001F3A24">
      <w:pPr>
        <w:spacing w:after="0" w:line="240" w:lineRule="auto"/>
        <w:jc w:val="center"/>
        <w:rPr>
          <w:sz w:val="22"/>
        </w:rPr>
      </w:pPr>
      <w:r w:rsidRPr="001F3A24">
        <w:rPr>
          <w:sz w:val="22"/>
        </w:rPr>
        <w:t>prin procedura de achiziție: Valoare mică</w:t>
      </w:r>
    </w:p>
    <w:p w:rsidR="00E95FEF" w:rsidRPr="001F3A24" w:rsidRDefault="001F3A24">
      <w:pPr>
        <w:spacing w:after="0" w:line="240" w:lineRule="auto"/>
        <w:jc w:val="both"/>
        <w:rPr>
          <w:sz w:val="22"/>
        </w:rPr>
      </w:pPr>
      <w:r w:rsidRPr="001F3A24">
        <w:rPr>
          <w:sz w:val="22"/>
        </w:rPr>
        <w:t>*Procedura a fost inclusă în planul de achiziții publice a autorității contractante (Da/Nu): DA</w:t>
      </w:r>
    </w:p>
    <w:p w:rsidR="00E95FEF" w:rsidRPr="001F3A24" w:rsidRDefault="001F3A24">
      <w:pPr>
        <w:spacing w:after="0" w:line="240" w:lineRule="auto"/>
        <w:jc w:val="both"/>
        <w:rPr>
          <w:sz w:val="22"/>
        </w:rPr>
      </w:pPr>
      <w:r w:rsidRPr="001F3A24">
        <w:rPr>
          <w:sz w:val="22"/>
        </w:rPr>
        <w:t>Link-ul către planul de achiziții publice publicat: https://ansp.md/achizitii/</w:t>
      </w:r>
    </w:p>
    <w:p w:rsidR="00E95FEF" w:rsidRPr="001F3A24" w:rsidRDefault="001F3A24">
      <w:pPr>
        <w:spacing w:after="0" w:line="240" w:lineRule="auto"/>
        <w:jc w:val="both"/>
        <w:rPr>
          <w:sz w:val="22"/>
        </w:rPr>
      </w:pPr>
      <w:r w:rsidRPr="001F3A24">
        <w:rPr>
          <w:sz w:val="22"/>
        </w:rPr>
        <w:t>1. Denumirea autorității contractante: Agenția Națională pentru Sănătate Publică</w:t>
      </w:r>
    </w:p>
    <w:p w:rsidR="00E95FEF" w:rsidRPr="001F3A24" w:rsidRDefault="001F3A24">
      <w:pPr>
        <w:spacing w:after="0" w:line="240" w:lineRule="auto"/>
        <w:jc w:val="both"/>
        <w:rPr>
          <w:sz w:val="22"/>
        </w:rPr>
      </w:pPr>
      <w:r w:rsidRPr="001F3A24">
        <w:rPr>
          <w:sz w:val="22"/>
        </w:rPr>
        <w:t>2. IDNO: 1018601000021</w:t>
      </w:r>
    </w:p>
    <w:p w:rsidR="00E95FEF" w:rsidRPr="001F3A24" w:rsidRDefault="001F3A24">
      <w:pPr>
        <w:spacing w:after="0" w:line="240" w:lineRule="auto"/>
        <w:jc w:val="both"/>
        <w:rPr>
          <w:sz w:val="22"/>
        </w:rPr>
      </w:pPr>
      <w:r w:rsidRPr="001F3A24">
        <w:rPr>
          <w:sz w:val="22"/>
        </w:rPr>
        <w:t>3. Adresa: mun. Chișinău, str. Gh. Asachi, 67 A</w:t>
      </w:r>
    </w:p>
    <w:p w:rsidR="00E95FEF" w:rsidRPr="001F3A24" w:rsidRDefault="001F3A24">
      <w:pPr>
        <w:spacing w:after="0" w:line="240" w:lineRule="auto"/>
        <w:jc w:val="both"/>
        <w:rPr>
          <w:sz w:val="22"/>
        </w:rPr>
      </w:pPr>
      <w:r w:rsidRPr="001F3A24">
        <w:rPr>
          <w:sz w:val="22"/>
        </w:rPr>
        <w:t>4. Numărul de telefon/fax: 067493406</w:t>
      </w:r>
    </w:p>
    <w:p w:rsidR="00E95FEF" w:rsidRPr="001F3A24" w:rsidRDefault="001F3A24">
      <w:pPr>
        <w:spacing w:after="0" w:line="240" w:lineRule="auto"/>
        <w:jc w:val="both"/>
        <w:rPr>
          <w:sz w:val="22"/>
        </w:rPr>
      </w:pPr>
      <w:r w:rsidRPr="001F3A24">
        <w:rPr>
          <w:sz w:val="22"/>
        </w:rPr>
        <w:t>5. Adresa de e-mail și pagina web oficială a autorității contractante: achizitii@ansp.gov.md; www.ansp.md</w:t>
      </w:r>
    </w:p>
    <w:p w:rsidR="00E95FEF" w:rsidRPr="001F3A24" w:rsidRDefault="001F3A24">
      <w:pPr>
        <w:spacing w:after="0" w:line="240" w:lineRule="auto"/>
        <w:jc w:val="both"/>
        <w:rPr>
          <w:sz w:val="22"/>
        </w:rPr>
      </w:pPr>
      <w:r w:rsidRPr="001F3A24">
        <w:rPr>
          <w:sz w:val="22"/>
        </w:rPr>
        <w:t>6. Adresa de e-mail sau pagina web oficială de la care se va putea obține accesul la documentația de atribuire: documentația de atribuire este anexată în cadrul procedurii în SIA RSAP</w:t>
      </w:r>
    </w:p>
    <w:p w:rsidR="00E95FEF" w:rsidRPr="001F3A24" w:rsidRDefault="001F3A24">
      <w:pPr>
        <w:spacing w:after="0" w:line="240" w:lineRule="auto"/>
        <w:jc w:val="both"/>
        <w:rPr>
          <w:sz w:val="22"/>
        </w:rPr>
      </w:pPr>
      <w:r w:rsidRPr="001F3A24">
        <w:rPr>
          <w:sz w:val="22"/>
        </w:rPr>
        <w:t>7. Tipul autorității contractante și obiectul principal de activitate: Autoritate administrativă subordonată Ministerului Sănătății al RM.</w:t>
      </w:r>
    </w:p>
    <w:p w:rsidR="00E95FEF" w:rsidRPr="001F3A24" w:rsidRDefault="001F3A24">
      <w:pPr>
        <w:spacing w:after="0" w:line="240" w:lineRule="auto"/>
        <w:jc w:val="both"/>
        <w:rPr>
          <w:sz w:val="22"/>
        </w:rPr>
      </w:pPr>
      <w:r w:rsidRPr="001F3A24">
        <w:rPr>
          <w:sz w:val="22"/>
        </w:rPr>
        <w:t>8. Agenția Națională pentru Sănătate Publică invită operatorii economici interesați, care îi pot satisface necesitățile, să participe la procedura de achiziție privind livrarea următoarelor bunuri:</w:t>
      </w:r>
    </w:p>
    <w:tbl>
      <w:tblPr>
        <w:tblStyle w:val="Tabelgril"/>
        <w:tblW w:w="0" w:type="auto"/>
        <w:jc w:val="center"/>
        <w:tblLook w:val="04A0" w:firstRow="1" w:lastRow="0" w:firstColumn="1" w:lastColumn="0" w:noHBand="0" w:noVBand="1"/>
      </w:tblPr>
      <w:tblGrid>
        <w:gridCol w:w="817"/>
        <w:gridCol w:w="1138"/>
        <w:gridCol w:w="1416"/>
        <w:gridCol w:w="1089"/>
        <w:gridCol w:w="1238"/>
        <w:gridCol w:w="3078"/>
        <w:gridCol w:w="1129"/>
      </w:tblGrid>
      <w:tr w:rsidR="00E95FEF" w:rsidRPr="001F3A24">
        <w:trPr>
          <w:tblHeader/>
          <w:jc w:val="center"/>
        </w:trPr>
        <w:tc>
          <w:tcPr>
            <w:tcW w:w="680" w:type="dxa"/>
            <w:vAlign w:val="center"/>
          </w:tcPr>
          <w:p w:rsidR="00E95FEF" w:rsidRPr="001F3A24" w:rsidRDefault="001F3A24">
            <w:pPr>
              <w:jc w:val="center"/>
              <w:rPr>
                <w:sz w:val="22"/>
              </w:rPr>
            </w:pPr>
            <w:r w:rsidRPr="001F3A24">
              <w:rPr>
                <w:b/>
                <w:sz w:val="22"/>
              </w:rPr>
              <w:t>Nr. d/o</w:t>
            </w:r>
          </w:p>
        </w:tc>
        <w:tc>
          <w:tcPr>
            <w:tcW w:w="1077" w:type="dxa"/>
            <w:vAlign w:val="center"/>
          </w:tcPr>
          <w:p w:rsidR="00E95FEF" w:rsidRPr="001F3A24" w:rsidRDefault="001F3A24">
            <w:pPr>
              <w:jc w:val="center"/>
              <w:rPr>
                <w:sz w:val="22"/>
              </w:rPr>
            </w:pPr>
            <w:r w:rsidRPr="001F3A24">
              <w:rPr>
                <w:b/>
                <w:sz w:val="22"/>
              </w:rPr>
              <w:t>Cod CPV</w:t>
            </w:r>
          </w:p>
        </w:tc>
        <w:tc>
          <w:tcPr>
            <w:tcW w:w="1757" w:type="dxa"/>
            <w:vAlign w:val="center"/>
          </w:tcPr>
          <w:p w:rsidR="00E95FEF" w:rsidRPr="001F3A24" w:rsidRDefault="001F3A24">
            <w:pPr>
              <w:jc w:val="center"/>
              <w:rPr>
                <w:sz w:val="22"/>
              </w:rPr>
            </w:pPr>
            <w:r w:rsidRPr="001F3A24">
              <w:rPr>
                <w:b/>
                <w:sz w:val="22"/>
              </w:rPr>
              <w:t>Denumirea bunurilor solicitate</w:t>
            </w:r>
          </w:p>
        </w:tc>
        <w:tc>
          <w:tcPr>
            <w:tcW w:w="793" w:type="dxa"/>
            <w:vAlign w:val="center"/>
          </w:tcPr>
          <w:p w:rsidR="00E95FEF" w:rsidRPr="001F3A24" w:rsidRDefault="001F3A24">
            <w:pPr>
              <w:jc w:val="center"/>
              <w:rPr>
                <w:sz w:val="22"/>
              </w:rPr>
            </w:pPr>
            <w:r w:rsidRPr="001F3A24">
              <w:rPr>
                <w:b/>
                <w:sz w:val="22"/>
              </w:rPr>
              <w:t>Unitatea de măsură</w:t>
            </w:r>
          </w:p>
        </w:tc>
        <w:tc>
          <w:tcPr>
            <w:tcW w:w="680" w:type="dxa"/>
            <w:vAlign w:val="center"/>
          </w:tcPr>
          <w:p w:rsidR="00E95FEF" w:rsidRPr="001F3A24" w:rsidRDefault="001F3A24">
            <w:pPr>
              <w:jc w:val="center"/>
              <w:rPr>
                <w:sz w:val="22"/>
              </w:rPr>
            </w:pPr>
            <w:r w:rsidRPr="001F3A24">
              <w:rPr>
                <w:b/>
                <w:sz w:val="22"/>
              </w:rPr>
              <w:t>Cantitatea</w:t>
            </w:r>
          </w:p>
        </w:tc>
        <w:tc>
          <w:tcPr>
            <w:tcW w:w="3969" w:type="dxa"/>
            <w:vAlign w:val="center"/>
          </w:tcPr>
          <w:p w:rsidR="00E95FEF" w:rsidRPr="001F3A24" w:rsidRDefault="001F3A24">
            <w:pPr>
              <w:jc w:val="center"/>
              <w:rPr>
                <w:sz w:val="22"/>
              </w:rPr>
            </w:pPr>
            <w:r w:rsidRPr="001F3A24">
              <w:rPr>
                <w:b/>
                <w:sz w:val="22"/>
              </w:rPr>
              <w:t>Specificarea tehnică deplină solicitată, Standarde de referință</w:t>
            </w:r>
          </w:p>
        </w:tc>
        <w:tc>
          <w:tcPr>
            <w:tcW w:w="1134" w:type="dxa"/>
            <w:vAlign w:val="center"/>
          </w:tcPr>
          <w:p w:rsidR="00E95FEF" w:rsidRPr="001F3A24" w:rsidRDefault="001F3A24">
            <w:pPr>
              <w:jc w:val="center"/>
              <w:rPr>
                <w:sz w:val="22"/>
              </w:rPr>
            </w:pPr>
            <w:r w:rsidRPr="001F3A24">
              <w:rPr>
                <w:b/>
                <w:sz w:val="22"/>
              </w:rPr>
              <w:t>Valoarea estimată (lei fără TVA)</w:t>
            </w:r>
          </w:p>
        </w:tc>
      </w:tr>
      <w:tr w:rsidR="00E95FEF" w:rsidRPr="001F3A24">
        <w:trPr>
          <w:jc w:val="center"/>
        </w:trPr>
        <w:tc>
          <w:tcPr>
            <w:tcW w:w="1384" w:type="dxa"/>
          </w:tcPr>
          <w:p w:rsidR="00E95FEF" w:rsidRPr="001F3A24" w:rsidRDefault="001F3A24">
            <w:pPr>
              <w:jc w:val="center"/>
              <w:rPr>
                <w:sz w:val="22"/>
              </w:rPr>
            </w:pPr>
            <w:r w:rsidRPr="001F3A24">
              <w:rPr>
                <w:sz w:val="22"/>
              </w:rPr>
              <w:t>Lotul 1</w:t>
            </w:r>
          </w:p>
        </w:tc>
        <w:tc>
          <w:tcPr>
            <w:tcW w:w="1384" w:type="dxa"/>
          </w:tcPr>
          <w:p w:rsidR="00E95FEF" w:rsidRPr="001F3A24" w:rsidRDefault="005E7CDA">
            <w:pPr>
              <w:jc w:val="center"/>
              <w:rPr>
                <w:sz w:val="22"/>
              </w:rPr>
            </w:pPr>
            <w:r>
              <w:t>33600000-6</w:t>
            </w:r>
            <w:bookmarkStart w:id="0" w:name="_GoBack"/>
            <w:bookmarkEnd w:id="0"/>
          </w:p>
        </w:tc>
        <w:tc>
          <w:tcPr>
            <w:tcW w:w="1384" w:type="dxa"/>
          </w:tcPr>
          <w:p w:rsidR="00E95FEF" w:rsidRPr="001F3A24" w:rsidRDefault="001F3A24">
            <w:pPr>
              <w:rPr>
                <w:sz w:val="22"/>
              </w:rPr>
            </w:pPr>
            <w:r w:rsidRPr="001F3A24">
              <w:rPr>
                <w:sz w:val="22"/>
              </w:rPr>
              <w:t>Dezinfectant pentru suprafețe sub formă de tablete</w:t>
            </w:r>
          </w:p>
        </w:tc>
        <w:tc>
          <w:tcPr>
            <w:tcW w:w="1384" w:type="dxa"/>
          </w:tcPr>
          <w:p w:rsidR="00E95FEF" w:rsidRPr="001F3A24" w:rsidRDefault="001F3A24">
            <w:pPr>
              <w:jc w:val="center"/>
              <w:rPr>
                <w:sz w:val="22"/>
              </w:rPr>
            </w:pPr>
            <w:r w:rsidRPr="001F3A24">
              <w:rPr>
                <w:sz w:val="22"/>
              </w:rPr>
              <w:t>cutie</w:t>
            </w:r>
          </w:p>
        </w:tc>
        <w:tc>
          <w:tcPr>
            <w:tcW w:w="1384" w:type="dxa"/>
          </w:tcPr>
          <w:p w:rsidR="00E95FEF" w:rsidRPr="001F3A24" w:rsidRDefault="001F3A24">
            <w:pPr>
              <w:jc w:val="center"/>
              <w:rPr>
                <w:sz w:val="22"/>
              </w:rPr>
            </w:pPr>
            <w:r w:rsidRPr="001F3A24">
              <w:rPr>
                <w:sz w:val="22"/>
              </w:rPr>
              <w:t>260</w:t>
            </w:r>
          </w:p>
        </w:tc>
        <w:tc>
          <w:tcPr>
            <w:tcW w:w="1384" w:type="dxa"/>
          </w:tcPr>
          <w:p w:rsidR="00E95FEF" w:rsidRPr="001F3A24" w:rsidRDefault="001F3A24">
            <w:pPr>
              <w:rPr>
                <w:sz w:val="22"/>
              </w:rPr>
            </w:pPr>
            <w:r w:rsidRPr="001F3A24">
              <w:rPr>
                <w:sz w:val="22"/>
              </w:rPr>
              <w:t>Dezinfectant clorigen sub formă de tablete efervescente, utilizat pentru dezinfecția suprafețelor; substanța activă: diclorizocianurat de sodiu, care eliberează clor activ la dizolvarea în apă; ambalaj: cutie a câte cel mult 200 tablete; termen total de valabilitate: minimum 2 ani; expoziția: 60 min. Acțiune: virucidă EN 14476, bactericidă EN 13727, EN 1500, EN 1499, levuricidă EN 13624, micobactericidă/tuberculocidă EN 14348.</w:t>
            </w:r>
          </w:p>
        </w:tc>
        <w:tc>
          <w:tcPr>
            <w:tcW w:w="1384" w:type="dxa"/>
          </w:tcPr>
          <w:p w:rsidR="00E95FEF" w:rsidRPr="001F3A24" w:rsidRDefault="001F3A24">
            <w:pPr>
              <w:jc w:val="center"/>
              <w:rPr>
                <w:sz w:val="22"/>
              </w:rPr>
            </w:pPr>
            <w:r w:rsidRPr="001F3A24">
              <w:rPr>
                <w:sz w:val="22"/>
              </w:rPr>
              <w:t>52 000,00</w:t>
            </w:r>
          </w:p>
        </w:tc>
      </w:tr>
      <w:tr w:rsidR="00E95FEF" w:rsidRPr="001F3A24">
        <w:trPr>
          <w:jc w:val="center"/>
        </w:trPr>
        <w:tc>
          <w:tcPr>
            <w:tcW w:w="8304" w:type="dxa"/>
            <w:gridSpan w:val="6"/>
          </w:tcPr>
          <w:p w:rsidR="00E95FEF" w:rsidRPr="001F3A24" w:rsidRDefault="001F3A24">
            <w:pPr>
              <w:jc w:val="right"/>
              <w:rPr>
                <w:sz w:val="22"/>
              </w:rPr>
            </w:pPr>
            <w:r w:rsidRPr="001F3A24">
              <w:rPr>
                <w:b/>
                <w:sz w:val="22"/>
              </w:rPr>
              <w:t>Valoarea estimativă totală fără TVA</w:t>
            </w:r>
          </w:p>
        </w:tc>
        <w:tc>
          <w:tcPr>
            <w:tcW w:w="1384" w:type="dxa"/>
          </w:tcPr>
          <w:p w:rsidR="00E95FEF" w:rsidRPr="001F3A24" w:rsidRDefault="001F3A24">
            <w:pPr>
              <w:jc w:val="center"/>
              <w:rPr>
                <w:sz w:val="22"/>
              </w:rPr>
            </w:pPr>
            <w:r w:rsidRPr="001F3A24">
              <w:rPr>
                <w:b/>
                <w:sz w:val="22"/>
              </w:rPr>
              <w:t>52 000,00</w:t>
            </w:r>
          </w:p>
        </w:tc>
      </w:tr>
    </w:tbl>
    <w:p w:rsidR="00E95FEF" w:rsidRPr="001F3A24" w:rsidRDefault="001F3A24">
      <w:pPr>
        <w:spacing w:after="0" w:line="240" w:lineRule="auto"/>
        <w:jc w:val="both"/>
        <w:rPr>
          <w:sz w:val="22"/>
        </w:rPr>
      </w:pPr>
      <w:r w:rsidRPr="001F3A24">
        <w:rPr>
          <w:sz w:val="22"/>
        </w:rPr>
        <w:t>9. În cazul procedurilor de preselecție se indică numărul minim al candidaților și, dacă este cazul, numărul maxim al acestora. Nu se aplică.</w:t>
      </w:r>
    </w:p>
    <w:p w:rsidR="00E95FEF" w:rsidRPr="001F3A24" w:rsidRDefault="001F3A24">
      <w:pPr>
        <w:spacing w:after="0" w:line="240" w:lineRule="auto"/>
        <w:jc w:val="both"/>
        <w:rPr>
          <w:sz w:val="22"/>
        </w:rPr>
      </w:pPr>
      <w:r w:rsidRPr="001F3A24">
        <w:rPr>
          <w:sz w:val="22"/>
        </w:rPr>
        <w:t>10. În cazul în care contractul este împărțit pe loturi, un operator economic poate depune oferta: pentru un singur lot.</w:t>
      </w:r>
    </w:p>
    <w:p w:rsidR="00E95FEF" w:rsidRPr="001F3A24" w:rsidRDefault="001F3A24">
      <w:pPr>
        <w:spacing w:after="0" w:line="240" w:lineRule="auto"/>
        <w:jc w:val="both"/>
        <w:rPr>
          <w:sz w:val="22"/>
        </w:rPr>
      </w:pPr>
      <w:r w:rsidRPr="001F3A24">
        <w:rPr>
          <w:sz w:val="22"/>
        </w:rPr>
        <w:t>11. Admiterea sau interzicerea ofertelor alternative: nu se admit.</w:t>
      </w:r>
    </w:p>
    <w:p w:rsidR="00E95FEF" w:rsidRPr="001F3A24" w:rsidRDefault="001F3A24">
      <w:pPr>
        <w:spacing w:after="0" w:line="240" w:lineRule="auto"/>
        <w:jc w:val="both"/>
        <w:rPr>
          <w:sz w:val="22"/>
        </w:rPr>
      </w:pPr>
      <w:r w:rsidRPr="001F3A24">
        <w:rPr>
          <w:sz w:val="22"/>
        </w:rPr>
        <w:t>12. Termenii și condițiile de livrare/prestare/executare solicitați: livrarea bunurilor se va efectua în termen de 20 zile din data încheierii contractului, la sediul autorității contractante sau conform solicitării acesteia.</w:t>
      </w:r>
    </w:p>
    <w:p w:rsidR="00E95FEF" w:rsidRPr="001F3A24" w:rsidRDefault="001F3A24">
      <w:pPr>
        <w:spacing w:after="0" w:line="240" w:lineRule="auto"/>
        <w:jc w:val="both"/>
        <w:rPr>
          <w:sz w:val="22"/>
        </w:rPr>
      </w:pPr>
      <w:r w:rsidRPr="001F3A24">
        <w:rPr>
          <w:sz w:val="22"/>
        </w:rPr>
        <w:t>13. Termenul de valabilitate a contractului: 31.12.2026</w:t>
      </w:r>
    </w:p>
    <w:p w:rsidR="00E95FEF" w:rsidRPr="001F3A24" w:rsidRDefault="001F3A24">
      <w:pPr>
        <w:spacing w:after="0" w:line="240" w:lineRule="auto"/>
        <w:jc w:val="both"/>
        <w:rPr>
          <w:sz w:val="22"/>
        </w:rPr>
      </w:pPr>
      <w:r w:rsidRPr="001F3A24">
        <w:rPr>
          <w:sz w:val="22"/>
        </w:rPr>
        <w:t>14. Contract de achiziție rezervat atelierelor protejate sau că acesta poate fi executat numai în cadrul unor programe de angajare protejată: Nu.</w:t>
      </w:r>
    </w:p>
    <w:p w:rsidR="00E95FEF" w:rsidRPr="001F3A24" w:rsidRDefault="001F3A24">
      <w:pPr>
        <w:spacing w:after="0" w:line="240" w:lineRule="auto"/>
        <w:jc w:val="both"/>
        <w:rPr>
          <w:sz w:val="22"/>
        </w:rPr>
      </w:pPr>
      <w:r w:rsidRPr="001F3A24">
        <w:rPr>
          <w:sz w:val="22"/>
        </w:rPr>
        <w:t>15. Prestarea serviciului/livrarea bunurilor este rezervată unei anumite profesii în temeiul unor legi sau acte administrative: Nu se aplică.</w:t>
      </w:r>
    </w:p>
    <w:p w:rsidR="00E95FEF" w:rsidRPr="001F3A24" w:rsidRDefault="001F3A24">
      <w:pPr>
        <w:spacing w:after="0" w:line="240" w:lineRule="auto"/>
        <w:jc w:val="both"/>
        <w:rPr>
          <w:sz w:val="22"/>
        </w:rPr>
      </w:pPr>
      <w:r w:rsidRPr="001F3A24">
        <w:rPr>
          <w:sz w:val="22"/>
        </w:rPr>
        <w:lastRenderedPageBreak/>
        <w:t>16. Scurta descriere a criteriilor privind eligibilitatea operatorilor economici și a criteriilor de selecție; informațiile solicitate  documentație):</w:t>
      </w:r>
    </w:p>
    <w:tbl>
      <w:tblPr>
        <w:tblStyle w:val="Tabelgril"/>
        <w:tblW w:w="0" w:type="auto"/>
        <w:jc w:val="center"/>
        <w:tblLook w:val="04A0" w:firstRow="1" w:lastRow="0" w:firstColumn="1" w:lastColumn="0" w:noHBand="0" w:noVBand="1"/>
      </w:tblPr>
      <w:tblGrid>
        <w:gridCol w:w="1134"/>
        <w:gridCol w:w="3710"/>
        <w:gridCol w:w="2422"/>
        <w:gridCol w:w="2422"/>
      </w:tblGrid>
      <w:tr w:rsidR="00E95FEF" w:rsidRPr="001F3A24" w:rsidTr="00623CCC">
        <w:trPr>
          <w:tblHeader/>
          <w:jc w:val="center"/>
        </w:trPr>
        <w:tc>
          <w:tcPr>
            <w:tcW w:w="1134" w:type="dxa"/>
            <w:vAlign w:val="center"/>
          </w:tcPr>
          <w:p w:rsidR="00E95FEF" w:rsidRPr="001F3A24" w:rsidRDefault="001F3A24">
            <w:pPr>
              <w:jc w:val="center"/>
              <w:rPr>
                <w:sz w:val="22"/>
              </w:rPr>
            </w:pPr>
            <w:r w:rsidRPr="001F3A24">
              <w:rPr>
                <w:b/>
                <w:sz w:val="22"/>
              </w:rPr>
              <w:t>Nr. d/o</w:t>
            </w:r>
          </w:p>
        </w:tc>
        <w:tc>
          <w:tcPr>
            <w:tcW w:w="3710" w:type="dxa"/>
            <w:vAlign w:val="center"/>
          </w:tcPr>
          <w:p w:rsidR="00E95FEF" w:rsidRPr="001F3A24" w:rsidRDefault="001F3A24">
            <w:pPr>
              <w:jc w:val="center"/>
              <w:rPr>
                <w:sz w:val="22"/>
              </w:rPr>
            </w:pPr>
            <w:r w:rsidRPr="001F3A24">
              <w:rPr>
                <w:b/>
                <w:sz w:val="22"/>
              </w:rPr>
              <w:t>Descrierea criteriului/cerinței</w:t>
            </w:r>
          </w:p>
        </w:tc>
        <w:tc>
          <w:tcPr>
            <w:tcW w:w="2422" w:type="dxa"/>
            <w:vAlign w:val="center"/>
          </w:tcPr>
          <w:p w:rsidR="00E95FEF" w:rsidRPr="001F3A24" w:rsidRDefault="001F3A24">
            <w:pPr>
              <w:jc w:val="center"/>
              <w:rPr>
                <w:sz w:val="22"/>
              </w:rPr>
            </w:pPr>
            <w:r w:rsidRPr="001F3A24">
              <w:rPr>
                <w:b/>
                <w:sz w:val="22"/>
              </w:rPr>
              <w:t>Mod de demonstrare a îndeplinirii criteriului/cerinței</w:t>
            </w:r>
          </w:p>
        </w:tc>
        <w:tc>
          <w:tcPr>
            <w:tcW w:w="2422" w:type="dxa"/>
            <w:vAlign w:val="center"/>
          </w:tcPr>
          <w:p w:rsidR="00E95FEF" w:rsidRPr="001F3A24" w:rsidRDefault="001F3A24">
            <w:pPr>
              <w:jc w:val="center"/>
              <w:rPr>
                <w:sz w:val="22"/>
              </w:rPr>
            </w:pPr>
            <w:r w:rsidRPr="001F3A24">
              <w:rPr>
                <w:b/>
                <w:sz w:val="22"/>
              </w:rPr>
              <w:t>Nivelul minim/Obligativitatea</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Propunerea tehnică (anexa 22 / Anexa nr. 2)</w:t>
            </w:r>
          </w:p>
        </w:tc>
        <w:tc>
          <w:tcPr>
            <w:tcW w:w="2422" w:type="dxa"/>
          </w:tcPr>
          <w:p w:rsidR="00E95FEF" w:rsidRPr="001F3A24" w:rsidRDefault="001F3A24">
            <w:pPr>
              <w:rPr>
                <w:sz w:val="22"/>
              </w:rPr>
            </w:pPr>
            <w:r w:rsidRPr="001F3A24">
              <w:rPr>
                <w:sz w:val="22"/>
              </w:rPr>
              <w:t>Original. Semnat electronic de către participant.</w:t>
            </w:r>
          </w:p>
        </w:tc>
        <w:tc>
          <w:tcPr>
            <w:tcW w:w="2422" w:type="dxa"/>
          </w:tcPr>
          <w:p w:rsidR="00E95FEF" w:rsidRPr="001F3A24" w:rsidRDefault="001F3A24">
            <w:pPr>
              <w:jc w:val="center"/>
              <w:rPr>
                <w:sz w:val="22"/>
              </w:rPr>
            </w:pPr>
            <w:r w:rsidRPr="001F3A24">
              <w:rPr>
                <w:sz w:val="22"/>
              </w:rPr>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Propunerea financiară (anexa 23 / Anexa nr. 3)</w:t>
            </w:r>
          </w:p>
        </w:tc>
        <w:tc>
          <w:tcPr>
            <w:tcW w:w="2422" w:type="dxa"/>
          </w:tcPr>
          <w:p w:rsidR="00E95FEF" w:rsidRPr="001F3A24" w:rsidRDefault="001F3A24">
            <w:pPr>
              <w:rPr>
                <w:sz w:val="22"/>
              </w:rPr>
            </w:pPr>
            <w:r w:rsidRPr="001F3A24">
              <w:rPr>
                <w:sz w:val="22"/>
              </w:rPr>
              <w:t>Original. Semnat electronic de către participant.</w:t>
            </w:r>
          </w:p>
        </w:tc>
        <w:tc>
          <w:tcPr>
            <w:tcW w:w="2422" w:type="dxa"/>
          </w:tcPr>
          <w:p w:rsidR="00E95FEF" w:rsidRPr="001F3A24" w:rsidRDefault="001F3A24">
            <w:pPr>
              <w:jc w:val="center"/>
              <w:rPr>
                <w:sz w:val="22"/>
              </w:rPr>
            </w:pPr>
            <w:r w:rsidRPr="001F3A24">
              <w:rPr>
                <w:sz w:val="22"/>
              </w:rPr>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Cerere de participare</w:t>
            </w:r>
          </w:p>
        </w:tc>
        <w:tc>
          <w:tcPr>
            <w:tcW w:w="2422" w:type="dxa"/>
          </w:tcPr>
          <w:p w:rsidR="00E95FEF" w:rsidRPr="001F3A24" w:rsidRDefault="001F3A24">
            <w:pPr>
              <w:rPr>
                <w:sz w:val="22"/>
              </w:rPr>
            </w:pPr>
            <w:r w:rsidRPr="001F3A24">
              <w:rPr>
                <w:sz w:val="22"/>
              </w:rPr>
              <w:t>Original. Semnat electronic de către participant.</w:t>
            </w:r>
          </w:p>
        </w:tc>
        <w:tc>
          <w:tcPr>
            <w:tcW w:w="2422" w:type="dxa"/>
          </w:tcPr>
          <w:p w:rsidR="00E95FEF" w:rsidRPr="001F3A24" w:rsidRDefault="001F3A24">
            <w:pPr>
              <w:jc w:val="center"/>
              <w:rPr>
                <w:sz w:val="22"/>
              </w:rPr>
            </w:pPr>
            <w:r w:rsidRPr="001F3A24">
              <w:rPr>
                <w:sz w:val="22"/>
              </w:rPr>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Declarație privind valabilitatea ofertei</w:t>
            </w:r>
          </w:p>
        </w:tc>
        <w:tc>
          <w:tcPr>
            <w:tcW w:w="2422" w:type="dxa"/>
          </w:tcPr>
          <w:p w:rsidR="00E95FEF" w:rsidRPr="001F3A24" w:rsidRDefault="001F3A24">
            <w:pPr>
              <w:rPr>
                <w:sz w:val="22"/>
              </w:rPr>
            </w:pPr>
            <w:r w:rsidRPr="001F3A24">
              <w:rPr>
                <w:sz w:val="22"/>
              </w:rPr>
              <w:t>Original. Semnat electronic de către participant.</w:t>
            </w:r>
          </w:p>
        </w:tc>
        <w:tc>
          <w:tcPr>
            <w:tcW w:w="2422" w:type="dxa"/>
          </w:tcPr>
          <w:p w:rsidR="00E95FEF" w:rsidRPr="001F3A24" w:rsidRDefault="001F3A24">
            <w:pPr>
              <w:jc w:val="center"/>
              <w:rPr>
                <w:sz w:val="22"/>
              </w:rPr>
            </w:pPr>
            <w:r w:rsidRPr="001F3A24">
              <w:rPr>
                <w:sz w:val="22"/>
              </w:rPr>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Certificat de atribuire a contului bancar</w:t>
            </w:r>
          </w:p>
        </w:tc>
        <w:tc>
          <w:tcPr>
            <w:tcW w:w="2422" w:type="dxa"/>
          </w:tcPr>
          <w:p w:rsidR="00E95FEF" w:rsidRPr="001F3A24" w:rsidRDefault="001F3A24">
            <w:pPr>
              <w:rPr>
                <w:sz w:val="22"/>
              </w:rPr>
            </w:pPr>
            <w:r w:rsidRPr="001F3A24">
              <w:rPr>
                <w:sz w:val="22"/>
              </w:rPr>
              <w:t>Copie/Original confirmat prin semnătură electronică.</w:t>
            </w:r>
          </w:p>
        </w:tc>
        <w:tc>
          <w:tcPr>
            <w:tcW w:w="2422" w:type="dxa"/>
          </w:tcPr>
          <w:p w:rsidR="00E95FEF" w:rsidRPr="001F3A24" w:rsidRDefault="001F3A24">
            <w:pPr>
              <w:jc w:val="center"/>
              <w:rPr>
                <w:sz w:val="22"/>
              </w:rPr>
            </w:pPr>
            <w:r w:rsidRPr="001F3A24">
              <w:rPr>
                <w:sz w:val="22"/>
              </w:rPr>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Certificat de înregistrare/Extras din Registrul de Stat</w:t>
            </w:r>
          </w:p>
        </w:tc>
        <w:tc>
          <w:tcPr>
            <w:tcW w:w="2422" w:type="dxa"/>
          </w:tcPr>
          <w:p w:rsidR="00E95FEF" w:rsidRPr="001F3A24" w:rsidRDefault="001F3A24">
            <w:pPr>
              <w:rPr>
                <w:sz w:val="22"/>
              </w:rPr>
            </w:pPr>
            <w:r w:rsidRPr="001F3A24">
              <w:rPr>
                <w:sz w:val="22"/>
              </w:rPr>
              <w:t>Copie. Semnat electronic de către participant.</w:t>
            </w:r>
          </w:p>
        </w:tc>
        <w:tc>
          <w:tcPr>
            <w:tcW w:w="2422" w:type="dxa"/>
          </w:tcPr>
          <w:p w:rsidR="00E95FEF" w:rsidRPr="001F3A24" w:rsidRDefault="001F3A24">
            <w:pPr>
              <w:jc w:val="center"/>
              <w:rPr>
                <w:sz w:val="22"/>
              </w:rPr>
            </w:pPr>
            <w:r w:rsidRPr="001F3A24">
              <w:rPr>
                <w:sz w:val="22"/>
              </w:rPr>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Certificat de calitate a produsului</w:t>
            </w:r>
          </w:p>
        </w:tc>
        <w:tc>
          <w:tcPr>
            <w:tcW w:w="2422" w:type="dxa"/>
          </w:tcPr>
          <w:p w:rsidR="00E95FEF" w:rsidRPr="001F3A24" w:rsidRDefault="001F3A24">
            <w:pPr>
              <w:rPr>
                <w:sz w:val="22"/>
              </w:rPr>
            </w:pPr>
            <w:r w:rsidRPr="001F3A24">
              <w:rPr>
                <w:sz w:val="22"/>
              </w:rPr>
              <w:t>Se va prezenta la momentul livrării bunurilor de către operatorul economic desemnat câștigător.</w:t>
            </w:r>
          </w:p>
        </w:tc>
        <w:tc>
          <w:tcPr>
            <w:tcW w:w="2422" w:type="dxa"/>
          </w:tcPr>
          <w:p w:rsidR="00E95FEF" w:rsidRPr="001F3A24" w:rsidRDefault="001F3A24">
            <w:pPr>
              <w:jc w:val="center"/>
              <w:rPr>
                <w:sz w:val="22"/>
              </w:rPr>
            </w:pPr>
            <w:r w:rsidRPr="001F3A24">
              <w:rPr>
                <w:sz w:val="22"/>
              </w:rPr>
              <w:t>Obligatoriu*, după caz</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Certificat de conformitate/Raport de încercări sau document ce atestă conformitatea bunurilor ofertate</w:t>
            </w:r>
          </w:p>
        </w:tc>
        <w:tc>
          <w:tcPr>
            <w:tcW w:w="2422" w:type="dxa"/>
          </w:tcPr>
          <w:p w:rsidR="00E95FEF" w:rsidRPr="001F3A24" w:rsidRDefault="001F3A24">
            <w:pPr>
              <w:rPr>
                <w:sz w:val="22"/>
              </w:rPr>
            </w:pPr>
            <w:r w:rsidRPr="001F3A24">
              <w:rPr>
                <w:sz w:val="22"/>
              </w:rPr>
              <w:t>Copie. Semnat electronic de către participant.</w:t>
            </w:r>
          </w:p>
        </w:tc>
        <w:tc>
          <w:tcPr>
            <w:tcW w:w="2422" w:type="dxa"/>
          </w:tcPr>
          <w:p w:rsidR="00E95FEF" w:rsidRPr="001F3A24" w:rsidRDefault="001F3A24">
            <w:pPr>
              <w:jc w:val="center"/>
              <w:rPr>
                <w:sz w:val="22"/>
              </w:rPr>
            </w:pPr>
            <w:r w:rsidRPr="001F3A24">
              <w:rPr>
                <w:sz w:val="22"/>
              </w:rPr>
              <w:t>Obligatoriu*, după caz</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Certificat de înregistrare a produsului biocid</w:t>
            </w:r>
          </w:p>
        </w:tc>
        <w:tc>
          <w:tcPr>
            <w:tcW w:w="2422" w:type="dxa"/>
          </w:tcPr>
          <w:p w:rsidR="00E95FEF" w:rsidRPr="001F3A24" w:rsidRDefault="001F3A24">
            <w:pPr>
              <w:rPr>
                <w:sz w:val="22"/>
              </w:rPr>
            </w:pPr>
            <w:r w:rsidRPr="001F3A24">
              <w:rPr>
                <w:sz w:val="22"/>
              </w:rPr>
              <w:t>Certificat de înregistrare a produsului de către Agenția Națională pentru Sănătate Publică, valabil până la deschiderea ofertelor.</w:t>
            </w:r>
          </w:p>
        </w:tc>
        <w:tc>
          <w:tcPr>
            <w:tcW w:w="2422" w:type="dxa"/>
          </w:tcPr>
          <w:p w:rsidR="00E95FEF" w:rsidRPr="001F3A24" w:rsidRDefault="001F3A24">
            <w:pPr>
              <w:jc w:val="center"/>
              <w:rPr>
                <w:sz w:val="22"/>
              </w:rPr>
            </w:pPr>
            <w:r w:rsidRPr="001F3A24">
              <w:rPr>
                <w:sz w:val="22"/>
              </w:rPr>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Fișa tehnică de securitate a produsului chimic</w:t>
            </w:r>
          </w:p>
        </w:tc>
        <w:tc>
          <w:tcPr>
            <w:tcW w:w="2422" w:type="dxa"/>
          </w:tcPr>
          <w:p w:rsidR="00E95FEF" w:rsidRPr="001F3A24" w:rsidRDefault="001F3A24">
            <w:pPr>
              <w:rPr>
                <w:sz w:val="22"/>
              </w:rPr>
            </w:pPr>
            <w:r w:rsidRPr="001F3A24">
              <w:rPr>
                <w:sz w:val="22"/>
              </w:rPr>
              <w:t>Copie sau original, în limbă de circulație internațională și traducerea în limba română, semnată electronic de către participant.</w:t>
            </w:r>
          </w:p>
        </w:tc>
        <w:tc>
          <w:tcPr>
            <w:tcW w:w="2422" w:type="dxa"/>
          </w:tcPr>
          <w:p w:rsidR="00E95FEF" w:rsidRPr="001F3A24" w:rsidRDefault="001F3A24">
            <w:pPr>
              <w:jc w:val="center"/>
              <w:rPr>
                <w:sz w:val="22"/>
              </w:rPr>
            </w:pPr>
            <w:r w:rsidRPr="001F3A24">
              <w:rPr>
                <w:sz w:val="22"/>
              </w:rPr>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Instrucțiunea de utilizare a produsului</w:t>
            </w:r>
          </w:p>
        </w:tc>
        <w:tc>
          <w:tcPr>
            <w:tcW w:w="2422" w:type="dxa"/>
          </w:tcPr>
          <w:p w:rsidR="00E95FEF" w:rsidRPr="001F3A24" w:rsidRDefault="001F3A24">
            <w:pPr>
              <w:rPr>
                <w:sz w:val="22"/>
              </w:rPr>
            </w:pPr>
            <w:r w:rsidRPr="001F3A24">
              <w:rPr>
                <w:sz w:val="22"/>
              </w:rPr>
              <w:t>Copie sau original în una din limbile de circulație internațională, cu traducerea în limba de stat la livrare, semnată electronic de către participant.</w:t>
            </w:r>
          </w:p>
        </w:tc>
        <w:tc>
          <w:tcPr>
            <w:tcW w:w="2422" w:type="dxa"/>
          </w:tcPr>
          <w:p w:rsidR="00E95FEF" w:rsidRPr="001F3A24" w:rsidRDefault="001F3A24">
            <w:pPr>
              <w:jc w:val="center"/>
              <w:rPr>
                <w:sz w:val="22"/>
              </w:rPr>
            </w:pPr>
            <w:r w:rsidRPr="001F3A24">
              <w:rPr>
                <w:sz w:val="22"/>
              </w:rPr>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Declarație privind termenul de valabilitate</w:t>
            </w:r>
          </w:p>
        </w:tc>
        <w:tc>
          <w:tcPr>
            <w:tcW w:w="2422" w:type="dxa"/>
          </w:tcPr>
          <w:p w:rsidR="00E95FEF" w:rsidRPr="001F3A24" w:rsidRDefault="001F3A24">
            <w:pPr>
              <w:rPr>
                <w:sz w:val="22"/>
              </w:rPr>
            </w:pPr>
            <w:r w:rsidRPr="001F3A24">
              <w:rPr>
                <w:sz w:val="22"/>
              </w:rPr>
              <w:t xml:space="preserve">Confirmare că la livrare termenul de valabilitate </w:t>
            </w:r>
            <w:r w:rsidRPr="001F3A24">
              <w:rPr>
                <w:sz w:val="22"/>
              </w:rPr>
              <w:lastRenderedPageBreak/>
              <w:t>a produsului va fi nu mai mic de 80% din termenul total de valabilitate.</w:t>
            </w:r>
          </w:p>
        </w:tc>
        <w:tc>
          <w:tcPr>
            <w:tcW w:w="2422" w:type="dxa"/>
          </w:tcPr>
          <w:p w:rsidR="00E95FEF" w:rsidRPr="001F3A24" w:rsidRDefault="001F3A24">
            <w:pPr>
              <w:jc w:val="center"/>
              <w:rPr>
                <w:sz w:val="22"/>
              </w:rPr>
            </w:pPr>
            <w:r w:rsidRPr="001F3A24">
              <w:rPr>
                <w:sz w:val="22"/>
              </w:rPr>
              <w:lastRenderedPageBreak/>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Declarația privind confirmarea identității beneficiarilor efectivi</w:t>
            </w:r>
          </w:p>
        </w:tc>
        <w:tc>
          <w:tcPr>
            <w:tcW w:w="2422" w:type="dxa"/>
          </w:tcPr>
          <w:p w:rsidR="00E95FEF" w:rsidRPr="001F3A24" w:rsidRDefault="001F3A24">
            <w:pPr>
              <w:rPr>
                <w:sz w:val="22"/>
              </w:rPr>
            </w:pPr>
            <w:r w:rsidRPr="001F3A24">
              <w:rPr>
                <w:sz w:val="22"/>
              </w:rPr>
              <w:t>Ofertantul desemnat câștigător va prezenta în termen de 5 zile de la data comunicării rezultatelor procedurii.</w:t>
            </w:r>
          </w:p>
        </w:tc>
        <w:tc>
          <w:tcPr>
            <w:tcW w:w="2422" w:type="dxa"/>
          </w:tcPr>
          <w:p w:rsidR="00E95FEF" w:rsidRPr="001F3A24" w:rsidRDefault="001F3A24">
            <w:pPr>
              <w:jc w:val="center"/>
              <w:rPr>
                <w:sz w:val="22"/>
              </w:rPr>
            </w:pPr>
            <w:r w:rsidRPr="001F3A24">
              <w:rPr>
                <w:sz w:val="22"/>
              </w:rPr>
              <w:t>Obligatoriu*</w:t>
            </w:r>
          </w:p>
        </w:tc>
      </w:tr>
      <w:tr w:rsidR="00E95FEF" w:rsidRPr="001F3A24" w:rsidTr="00623CCC">
        <w:trPr>
          <w:jc w:val="center"/>
        </w:trPr>
        <w:tc>
          <w:tcPr>
            <w:tcW w:w="1134" w:type="dxa"/>
          </w:tcPr>
          <w:p w:rsidR="00E95FEF" w:rsidRPr="00B06814" w:rsidRDefault="00E95FEF" w:rsidP="00B06814">
            <w:pPr>
              <w:pStyle w:val="Listparagraf"/>
              <w:numPr>
                <w:ilvl w:val="0"/>
                <w:numId w:val="12"/>
              </w:numPr>
              <w:jc w:val="center"/>
              <w:rPr>
                <w:sz w:val="22"/>
              </w:rPr>
            </w:pPr>
          </w:p>
        </w:tc>
        <w:tc>
          <w:tcPr>
            <w:tcW w:w="3710" w:type="dxa"/>
          </w:tcPr>
          <w:p w:rsidR="00E95FEF" w:rsidRPr="001F3A24" w:rsidRDefault="001F3A24">
            <w:pPr>
              <w:rPr>
                <w:sz w:val="22"/>
              </w:rPr>
            </w:pPr>
            <w:r w:rsidRPr="001F3A24">
              <w:rPr>
                <w:sz w:val="22"/>
              </w:rPr>
              <w:t>Solicitarea clarificărilor</w:t>
            </w:r>
          </w:p>
        </w:tc>
        <w:tc>
          <w:tcPr>
            <w:tcW w:w="2422" w:type="dxa"/>
          </w:tcPr>
          <w:p w:rsidR="00E95FEF" w:rsidRPr="001F3A24" w:rsidRDefault="001F3A24">
            <w:pPr>
              <w:rPr>
                <w:sz w:val="22"/>
              </w:rPr>
            </w:pPr>
            <w:r w:rsidRPr="001F3A24">
              <w:rPr>
                <w:sz w:val="22"/>
              </w:rPr>
              <w:t>Clarificările pot fi solicitate în termen de 3 zile până la termenul-limită de depunere a ofertelor, prin intermediul SIA RSAP.</w:t>
            </w:r>
          </w:p>
        </w:tc>
        <w:tc>
          <w:tcPr>
            <w:tcW w:w="2422" w:type="dxa"/>
          </w:tcPr>
          <w:p w:rsidR="00E95FEF" w:rsidRPr="001F3A24" w:rsidRDefault="001F3A24">
            <w:pPr>
              <w:jc w:val="center"/>
              <w:rPr>
                <w:sz w:val="22"/>
              </w:rPr>
            </w:pPr>
            <w:r w:rsidRPr="001F3A24">
              <w:rPr>
                <w:sz w:val="22"/>
              </w:rPr>
              <w:t>Obligatoriu</w:t>
            </w:r>
          </w:p>
        </w:tc>
      </w:tr>
    </w:tbl>
    <w:p w:rsidR="00E95FEF" w:rsidRPr="001F3A24" w:rsidRDefault="001F3A24">
      <w:pPr>
        <w:spacing w:after="0" w:line="240" w:lineRule="auto"/>
        <w:jc w:val="both"/>
        <w:rPr>
          <w:sz w:val="22"/>
        </w:rPr>
      </w:pPr>
      <w:r w:rsidRPr="001F3A24">
        <w:rPr>
          <w:sz w:val="22"/>
        </w:rPr>
        <w:t>Notă: Documentele marcate cu asterisc (*) sunt obligatorii și urmează a fi prezentate de către operatorul economic la momentul solicitării acestora de către autoritatea contractantă, în cadrul etapei de evaluare, conform cerințelor documentației de atribuire.</w:t>
      </w:r>
    </w:p>
    <w:p w:rsidR="00E95FEF" w:rsidRPr="001F3A24" w:rsidRDefault="001F3A24">
      <w:pPr>
        <w:spacing w:after="0" w:line="240" w:lineRule="auto"/>
        <w:jc w:val="both"/>
        <w:rPr>
          <w:sz w:val="22"/>
        </w:rPr>
      </w:pPr>
      <w:r w:rsidRPr="001F3A24">
        <w:rPr>
          <w:sz w:val="22"/>
        </w:rPr>
        <w:t>17. Garanția pentru ofertă: nu se solicită.</w:t>
      </w:r>
    </w:p>
    <w:p w:rsidR="00E95FEF" w:rsidRPr="001F3A24" w:rsidRDefault="001F3A24">
      <w:pPr>
        <w:spacing w:after="0" w:line="240" w:lineRule="auto"/>
        <w:jc w:val="both"/>
        <w:rPr>
          <w:sz w:val="22"/>
        </w:rPr>
      </w:pPr>
      <w:r w:rsidRPr="001F3A24">
        <w:rPr>
          <w:sz w:val="22"/>
        </w:rPr>
        <w:t>18. Termenul de garanție/valabilitate a bunurilor: conform documentației producătorului, dar nu mai puțin de 1 an din data semnării contractului. La livrare termenul de valabilitate a produsului va fi nu mai mic de 80% din termenul total de valabilitate.</w:t>
      </w:r>
    </w:p>
    <w:p w:rsidR="00E95FEF" w:rsidRPr="001F3A24" w:rsidRDefault="001F3A24">
      <w:pPr>
        <w:spacing w:after="0" w:line="240" w:lineRule="auto"/>
        <w:jc w:val="both"/>
        <w:rPr>
          <w:sz w:val="22"/>
        </w:rPr>
      </w:pPr>
      <w:r w:rsidRPr="001F3A24">
        <w:rPr>
          <w:sz w:val="22"/>
        </w:rPr>
        <w:t>19. Garanția de bună execuție a contractului: nu se solicită.</w:t>
      </w:r>
    </w:p>
    <w:p w:rsidR="00E95FEF" w:rsidRPr="001F3A24" w:rsidRDefault="001F3A24">
      <w:pPr>
        <w:spacing w:after="0" w:line="240" w:lineRule="auto"/>
        <w:jc w:val="both"/>
        <w:rPr>
          <w:sz w:val="22"/>
        </w:rPr>
      </w:pPr>
      <w:r w:rsidRPr="001F3A24">
        <w:rPr>
          <w:sz w:val="22"/>
        </w:rPr>
        <w:t>20. Motivul recurgerii la procedura accelerată: nu se aplică.</w:t>
      </w:r>
    </w:p>
    <w:p w:rsidR="00E95FEF" w:rsidRPr="001F3A24" w:rsidRDefault="001F3A24">
      <w:pPr>
        <w:spacing w:after="0" w:line="240" w:lineRule="auto"/>
        <w:jc w:val="both"/>
        <w:rPr>
          <w:sz w:val="22"/>
        </w:rPr>
      </w:pPr>
      <w:r w:rsidRPr="001F3A24">
        <w:rPr>
          <w:sz w:val="22"/>
        </w:rPr>
        <w:t>21. Tehnici și instrumente specifice de atribuire: licitația electronică nu se aplică.</w:t>
      </w:r>
    </w:p>
    <w:p w:rsidR="00E95FEF" w:rsidRPr="001F3A24" w:rsidRDefault="001F3A24">
      <w:pPr>
        <w:spacing w:after="0" w:line="240" w:lineRule="auto"/>
        <w:jc w:val="both"/>
        <w:rPr>
          <w:sz w:val="22"/>
        </w:rPr>
      </w:pPr>
      <w:r w:rsidRPr="001F3A24">
        <w:rPr>
          <w:sz w:val="22"/>
        </w:rPr>
        <w:t>22. Condiții speciale de care depinde îndeplinirea contractului: nu se aplică.</w:t>
      </w:r>
    </w:p>
    <w:p w:rsidR="00E95FEF" w:rsidRPr="001F3A24" w:rsidRDefault="001F3A24">
      <w:pPr>
        <w:spacing w:after="0" w:line="240" w:lineRule="auto"/>
        <w:jc w:val="both"/>
        <w:rPr>
          <w:sz w:val="22"/>
        </w:rPr>
      </w:pPr>
      <w:r w:rsidRPr="001F3A24">
        <w:rPr>
          <w:sz w:val="22"/>
        </w:rPr>
        <w:t>23. Ofertele se prezintă în valută: lei MD.</w:t>
      </w:r>
    </w:p>
    <w:p w:rsidR="00E95FEF" w:rsidRPr="001F3A24" w:rsidRDefault="001F3A24">
      <w:pPr>
        <w:spacing w:after="0" w:line="240" w:lineRule="auto"/>
        <w:jc w:val="both"/>
        <w:rPr>
          <w:sz w:val="22"/>
        </w:rPr>
      </w:pPr>
      <w:r w:rsidRPr="001F3A24">
        <w:rPr>
          <w:sz w:val="22"/>
        </w:rPr>
        <w:t>24. Criteriul de evaluare aplicat pentru atribuirea contractului: prețul cel mai scăzut cu corespunderea tuturor cerințelor obligatorii solicitate privind obiectul achiziției.</w:t>
      </w:r>
    </w:p>
    <w:p w:rsidR="00E95FEF" w:rsidRPr="001F3A24" w:rsidRDefault="001F3A24">
      <w:pPr>
        <w:spacing w:after="0" w:line="240" w:lineRule="auto"/>
        <w:jc w:val="both"/>
        <w:rPr>
          <w:sz w:val="22"/>
        </w:rPr>
      </w:pPr>
      <w:r w:rsidRPr="001F3A24">
        <w:rPr>
          <w:sz w:val="22"/>
        </w:rPr>
        <w:t>25. Factorii de evaluare a ofertei celei mai avantajoase din punct de vedere economic, precum și ponderile lor: nu se aplică.</w:t>
      </w:r>
    </w:p>
    <w:p w:rsidR="00E95FEF" w:rsidRPr="001F3A24" w:rsidRDefault="001F3A24">
      <w:pPr>
        <w:spacing w:after="0" w:line="240" w:lineRule="auto"/>
        <w:jc w:val="both"/>
        <w:rPr>
          <w:sz w:val="22"/>
        </w:rPr>
      </w:pPr>
      <w:r w:rsidRPr="001F3A24">
        <w:rPr>
          <w:sz w:val="22"/>
        </w:rPr>
        <w:t>26. Termenul-limită de depunere/deschidere a ofertelor: conform SIA RSAP.</w:t>
      </w:r>
    </w:p>
    <w:p w:rsidR="00E95FEF" w:rsidRPr="001F3A24" w:rsidRDefault="001F3A24">
      <w:pPr>
        <w:spacing w:after="0" w:line="240" w:lineRule="auto"/>
        <w:jc w:val="both"/>
        <w:rPr>
          <w:sz w:val="22"/>
        </w:rPr>
      </w:pPr>
      <w:r w:rsidRPr="001F3A24">
        <w:rPr>
          <w:sz w:val="22"/>
        </w:rPr>
        <w:t>27. Adresa la care trebuie transmise ofertele sau cererile de participare: ofertele vor fi depuse electronic prin intermediul SIA RSAP.</w:t>
      </w:r>
    </w:p>
    <w:p w:rsidR="00E95FEF" w:rsidRPr="001F3A24" w:rsidRDefault="001F3A24">
      <w:pPr>
        <w:spacing w:after="0" w:line="240" w:lineRule="auto"/>
        <w:jc w:val="both"/>
        <w:rPr>
          <w:sz w:val="22"/>
        </w:rPr>
      </w:pPr>
      <w:r w:rsidRPr="001F3A24">
        <w:rPr>
          <w:sz w:val="22"/>
        </w:rPr>
        <w:t>28. Termenul de valabilitate a ofertelor: 60 zile.</w:t>
      </w:r>
    </w:p>
    <w:p w:rsidR="00E95FEF" w:rsidRPr="001F3A24" w:rsidRDefault="001F3A24">
      <w:pPr>
        <w:spacing w:after="0" w:line="240" w:lineRule="auto"/>
        <w:jc w:val="both"/>
        <w:rPr>
          <w:sz w:val="22"/>
        </w:rPr>
      </w:pPr>
      <w:r w:rsidRPr="001F3A24">
        <w:rPr>
          <w:sz w:val="22"/>
        </w:rPr>
        <w:t>29. Locul deschiderii ofertelor: SIA RSAP, platforma achiziții.md. Ofertele întârziate vor fi respinse.</w:t>
      </w:r>
    </w:p>
    <w:p w:rsidR="00E95FEF" w:rsidRPr="001F3A24" w:rsidRDefault="001F3A24">
      <w:pPr>
        <w:spacing w:after="0" w:line="240" w:lineRule="auto"/>
        <w:jc w:val="both"/>
        <w:rPr>
          <w:sz w:val="22"/>
        </w:rPr>
      </w:pPr>
      <w:r w:rsidRPr="001F3A24">
        <w:rPr>
          <w:sz w:val="22"/>
        </w:rPr>
        <w:t>30. Persoanele autorizate să asiste la deschiderea ofertelor: Ofertanții sau reprezentanții acestora au dreptul să participe la deschiderea ofertelor, cu excepția cazului când ofertele au fost depuse prin SIA RSAP.</w:t>
      </w:r>
    </w:p>
    <w:p w:rsidR="00E95FEF" w:rsidRPr="001F3A24" w:rsidRDefault="001F3A24">
      <w:pPr>
        <w:spacing w:after="0" w:line="240" w:lineRule="auto"/>
        <w:jc w:val="both"/>
        <w:rPr>
          <w:sz w:val="22"/>
        </w:rPr>
      </w:pPr>
      <w:r w:rsidRPr="001F3A24">
        <w:rPr>
          <w:sz w:val="22"/>
        </w:rPr>
        <w:t>31. Limba sau limbile în care trebuie redactate ofertele sau cererile de participare: limba de stat.</w:t>
      </w:r>
    </w:p>
    <w:p w:rsidR="00E95FEF" w:rsidRPr="001F3A24" w:rsidRDefault="001F3A24">
      <w:pPr>
        <w:spacing w:after="0" w:line="240" w:lineRule="auto"/>
        <w:jc w:val="both"/>
        <w:rPr>
          <w:sz w:val="22"/>
        </w:rPr>
      </w:pPr>
      <w:r w:rsidRPr="001F3A24">
        <w:rPr>
          <w:sz w:val="22"/>
        </w:rPr>
        <w:t>32. Semnarea contractului: în termen de 2 zile de la transmiterea contractului spre semnare.</w:t>
      </w:r>
    </w:p>
    <w:p w:rsidR="00E95FEF" w:rsidRPr="001F3A24" w:rsidRDefault="001F3A24">
      <w:pPr>
        <w:spacing w:after="0" w:line="240" w:lineRule="auto"/>
        <w:jc w:val="both"/>
        <w:rPr>
          <w:sz w:val="22"/>
        </w:rPr>
      </w:pPr>
      <w:r w:rsidRPr="001F3A24">
        <w:rPr>
          <w:sz w:val="22"/>
        </w:rPr>
        <w:t>33. Respectivul contract se referă la un proiect și/sau program finanțat din fonduri ale Uniunii Europene: Nu se aplică.</w:t>
      </w:r>
    </w:p>
    <w:p w:rsidR="00E95FEF" w:rsidRPr="001F3A24" w:rsidRDefault="001F3A24">
      <w:pPr>
        <w:spacing w:after="0" w:line="240" w:lineRule="auto"/>
        <w:jc w:val="both"/>
        <w:rPr>
          <w:sz w:val="22"/>
        </w:rPr>
      </w:pPr>
      <w:r w:rsidRPr="001F3A24">
        <w:rPr>
          <w:sz w:val="22"/>
        </w:rPr>
        <w:t>34. Denumirea și adresa organismului competent de soluționare a contestațiilor: Agenția Națională pentru Soluționarea Contestațiilor, mun. Chișinău, bd. Ștefan cel Mare și Sfânt nr. 124 (et. 4), MD 2001; Tel/Fax/email: 022-820 652, 022 820-651, contestatii@ansc.md.</w:t>
      </w:r>
    </w:p>
    <w:p w:rsidR="00E95FEF" w:rsidRPr="001F3A24" w:rsidRDefault="001F3A24">
      <w:pPr>
        <w:spacing w:after="0" w:line="240" w:lineRule="auto"/>
        <w:jc w:val="both"/>
        <w:rPr>
          <w:sz w:val="22"/>
        </w:rPr>
      </w:pPr>
      <w:r w:rsidRPr="001F3A24">
        <w:rPr>
          <w:sz w:val="22"/>
        </w:rPr>
        <w:t>35. Data și referința publicărilor anterioare în Jurnalul Oficial al Uniunii Europene: nu se aplică.</w:t>
      </w:r>
    </w:p>
    <w:p w:rsidR="00E95FEF" w:rsidRPr="001F3A24" w:rsidRDefault="001F3A24">
      <w:pPr>
        <w:spacing w:after="0" w:line="240" w:lineRule="auto"/>
        <w:jc w:val="both"/>
        <w:rPr>
          <w:sz w:val="22"/>
        </w:rPr>
      </w:pPr>
      <w:r w:rsidRPr="001F3A24">
        <w:rPr>
          <w:sz w:val="22"/>
        </w:rPr>
        <w:t>36. În cazul achizițiilor periodice, calendarul estimat pentru publicarea anunțurilor viitoare: nu se aplică.</w:t>
      </w:r>
    </w:p>
    <w:p w:rsidR="00E95FEF" w:rsidRPr="001F3A24" w:rsidRDefault="001F3A24">
      <w:pPr>
        <w:spacing w:after="0" w:line="240" w:lineRule="auto"/>
        <w:jc w:val="both"/>
        <w:rPr>
          <w:sz w:val="22"/>
        </w:rPr>
      </w:pPr>
      <w:r w:rsidRPr="001F3A24">
        <w:rPr>
          <w:sz w:val="22"/>
        </w:rPr>
        <w:t>37. Data publicării anunțului de intenție sau precizarea că nu a fost publicat un astfel de anunț: nu a fost publicat.</w:t>
      </w:r>
    </w:p>
    <w:p w:rsidR="00E95FEF" w:rsidRPr="001F3A24" w:rsidRDefault="001F3A24">
      <w:pPr>
        <w:spacing w:after="0" w:line="240" w:lineRule="auto"/>
        <w:jc w:val="both"/>
        <w:rPr>
          <w:sz w:val="22"/>
        </w:rPr>
      </w:pPr>
      <w:r w:rsidRPr="001F3A24">
        <w:rPr>
          <w:sz w:val="22"/>
        </w:rPr>
        <w:t>38. Data transmiterii spre publicare a anunțului de participare: conform SIA RSAP.</w:t>
      </w:r>
    </w:p>
    <w:tbl>
      <w:tblPr>
        <w:tblStyle w:val="Tabelgril"/>
        <w:tblW w:w="0" w:type="auto"/>
        <w:jc w:val="center"/>
        <w:tblLook w:val="04A0" w:firstRow="1" w:lastRow="0" w:firstColumn="1" w:lastColumn="0" w:noHBand="0" w:noVBand="1"/>
      </w:tblPr>
      <w:tblGrid>
        <w:gridCol w:w="4844"/>
        <w:gridCol w:w="4844"/>
      </w:tblGrid>
      <w:tr w:rsidR="00E95FEF" w:rsidRPr="001F3A24">
        <w:trPr>
          <w:jc w:val="center"/>
        </w:trPr>
        <w:tc>
          <w:tcPr>
            <w:tcW w:w="4844" w:type="dxa"/>
            <w:vAlign w:val="center"/>
          </w:tcPr>
          <w:p w:rsidR="00E95FEF" w:rsidRPr="001F3A24" w:rsidRDefault="001F3A24">
            <w:pPr>
              <w:jc w:val="center"/>
              <w:rPr>
                <w:sz w:val="22"/>
              </w:rPr>
            </w:pPr>
            <w:r w:rsidRPr="001F3A24">
              <w:rPr>
                <w:b/>
                <w:sz w:val="22"/>
              </w:rPr>
              <w:lastRenderedPageBreak/>
              <w:t>Denumirea instrumentului electronic</w:t>
            </w:r>
          </w:p>
        </w:tc>
        <w:tc>
          <w:tcPr>
            <w:tcW w:w="4844" w:type="dxa"/>
            <w:vAlign w:val="center"/>
          </w:tcPr>
          <w:p w:rsidR="00E95FEF" w:rsidRPr="001F3A24" w:rsidRDefault="001F3A24">
            <w:pPr>
              <w:jc w:val="center"/>
              <w:rPr>
                <w:sz w:val="22"/>
              </w:rPr>
            </w:pPr>
            <w:r w:rsidRPr="001F3A24">
              <w:rPr>
                <w:b/>
                <w:sz w:val="22"/>
              </w:rPr>
              <w:t>Se va utiliza/accepta sau nu</w:t>
            </w:r>
          </w:p>
        </w:tc>
      </w:tr>
      <w:tr w:rsidR="00E95FEF" w:rsidRPr="001F3A24">
        <w:trPr>
          <w:jc w:val="center"/>
        </w:trPr>
        <w:tc>
          <w:tcPr>
            <w:tcW w:w="4844" w:type="dxa"/>
            <w:vAlign w:val="center"/>
          </w:tcPr>
          <w:p w:rsidR="00E95FEF" w:rsidRPr="001F3A24" w:rsidRDefault="001F3A24">
            <w:pPr>
              <w:rPr>
                <w:sz w:val="22"/>
              </w:rPr>
            </w:pPr>
            <w:r w:rsidRPr="001F3A24">
              <w:rPr>
                <w:sz w:val="22"/>
              </w:rPr>
              <w:t>depunerea electronică a ofertelor sau a cererilor de participare</w:t>
            </w:r>
          </w:p>
        </w:tc>
        <w:tc>
          <w:tcPr>
            <w:tcW w:w="4844" w:type="dxa"/>
            <w:vAlign w:val="center"/>
          </w:tcPr>
          <w:p w:rsidR="00E95FEF" w:rsidRPr="001F3A24" w:rsidRDefault="001F3A24">
            <w:pPr>
              <w:jc w:val="center"/>
              <w:rPr>
                <w:sz w:val="22"/>
              </w:rPr>
            </w:pPr>
            <w:r w:rsidRPr="001F3A24">
              <w:rPr>
                <w:sz w:val="22"/>
              </w:rPr>
              <w:t>Se acceptă</w:t>
            </w:r>
          </w:p>
        </w:tc>
      </w:tr>
      <w:tr w:rsidR="00E95FEF" w:rsidRPr="001F3A24">
        <w:trPr>
          <w:jc w:val="center"/>
        </w:trPr>
        <w:tc>
          <w:tcPr>
            <w:tcW w:w="4844" w:type="dxa"/>
            <w:vAlign w:val="center"/>
          </w:tcPr>
          <w:p w:rsidR="00E95FEF" w:rsidRPr="001F3A24" w:rsidRDefault="001F3A24">
            <w:pPr>
              <w:rPr>
                <w:sz w:val="22"/>
              </w:rPr>
            </w:pPr>
            <w:r w:rsidRPr="001F3A24">
              <w:rPr>
                <w:sz w:val="22"/>
              </w:rPr>
              <w:t>sistemul de comenzi electronice</w:t>
            </w:r>
          </w:p>
        </w:tc>
        <w:tc>
          <w:tcPr>
            <w:tcW w:w="4844" w:type="dxa"/>
            <w:vAlign w:val="center"/>
          </w:tcPr>
          <w:p w:rsidR="00E95FEF" w:rsidRPr="001F3A24" w:rsidRDefault="001F3A24">
            <w:pPr>
              <w:jc w:val="center"/>
              <w:rPr>
                <w:sz w:val="22"/>
              </w:rPr>
            </w:pPr>
            <w:r w:rsidRPr="001F3A24">
              <w:rPr>
                <w:sz w:val="22"/>
              </w:rPr>
              <w:t>Nu se acceptă</w:t>
            </w:r>
          </w:p>
        </w:tc>
      </w:tr>
      <w:tr w:rsidR="00E95FEF" w:rsidRPr="001F3A24">
        <w:trPr>
          <w:jc w:val="center"/>
        </w:trPr>
        <w:tc>
          <w:tcPr>
            <w:tcW w:w="4844" w:type="dxa"/>
            <w:vAlign w:val="center"/>
          </w:tcPr>
          <w:p w:rsidR="00E95FEF" w:rsidRPr="001F3A24" w:rsidRDefault="001F3A24">
            <w:pPr>
              <w:rPr>
                <w:sz w:val="22"/>
              </w:rPr>
            </w:pPr>
            <w:r w:rsidRPr="001F3A24">
              <w:rPr>
                <w:sz w:val="22"/>
              </w:rPr>
              <w:t>facturarea electronică</w:t>
            </w:r>
          </w:p>
        </w:tc>
        <w:tc>
          <w:tcPr>
            <w:tcW w:w="4844" w:type="dxa"/>
            <w:vAlign w:val="center"/>
          </w:tcPr>
          <w:p w:rsidR="00E95FEF" w:rsidRPr="001F3A24" w:rsidRDefault="001F3A24">
            <w:pPr>
              <w:jc w:val="center"/>
              <w:rPr>
                <w:sz w:val="22"/>
              </w:rPr>
            </w:pPr>
            <w:r w:rsidRPr="001F3A24">
              <w:rPr>
                <w:sz w:val="22"/>
              </w:rPr>
              <w:t>Se acceptă</w:t>
            </w:r>
          </w:p>
        </w:tc>
      </w:tr>
      <w:tr w:rsidR="00E95FEF" w:rsidRPr="001F3A24">
        <w:trPr>
          <w:jc w:val="center"/>
        </w:trPr>
        <w:tc>
          <w:tcPr>
            <w:tcW w:w="4844" w:type="dxa"/>
            <w:vAlign w:val="center"/>
          </w:tcPr>
          <w:p w:rsidR="00E95FEF" w:rsidRPr="001F3A24" w:rsidRDefault="001F3A24">
            <w:pPr>
              <w:rPr>
                <w:sz w:val="22"/>
              </w:rPr>
            </w:pPr>
            <w:r w:rsidRPr="001F3A24">
              <w:rPr>
                <w:sz w:val="22"/>
              </w:rPr>
              <w:t>plățile electronice</w:t>
            </w:r>
          </w:p>
        </w:tc>
        <w:tc>
          <w:tcPr>
            <w:tcW w:w="4844" w:type="dxa"/>
            <w:vAlign w:val="center"/>
          </w:tcPr>
          <w:p w:rsidR="00E95FEF" w:rsidRPr="001F3A24" w:rsidRDefault="001F3A24">
            <w:pPr>
              <w:jc w:val="center"/>
              <w:rPr>
                <w:sz w:val="22"/>
              </w:rPr>
            </w:pPr>
            <w:r w:rsidRPr="001F3A24">
              <w:rPr>
                <w:sz w:val="22"/>
              </w:rPr>
              <w:t>Se acceptă</w:t>
            </w:r>
          </w:p>
        </w:tc>
      </w:tr>
    </w:tbl>
    <w:p w:rsidR="00E95FEF" w:rsidRPr="001F3A24" w:rsidRDefault="001F3A24">
      <w:pPr>
        <w:spacing w:after="0" w:line="240" w:lineRule="auto"/>
        <w:jc w:val="both"/>
        <w:rPr>
          <w:sz w:val="22"/>
        </w:rPr>
      </w:pPr>
      <w:r w:rsidRPr="001F3A24">
        <w:rPr>
          <w:sz w:val="22"/>
        </w:rPr>
        <w:t>40. Contractul intră sub incidența Acordului privind achizițiile guvernamentale al OMC: Nu.</w:t>
      </w:r>
    </w:p>
    <w:p w:rsidR="00E95FEF" w:rsidRPr="001F3A24" w:rsidRDefault="001F3A24">
      <w:pPr>
        <w:spacing w:after="0" w:line="240" w:lineRule="auto"/>
        <w:jc w:val="both"/>
        <w:rPr>
          <w:sz w:val="22"/>
        </w:rPr>
      </w:pPr>
      <w:r w:rsidRPr="001F3A24">
        <w:rPr>
          <w:sz w:val="22"/>
        </w:rPr>
        <w:t>41. Alte informații relevante: Termenul pentru solicitarea clarificărilor: 3 zile până la termenul-limită de depunere a ofertelor. Toate documentele vor fi semnate electronic de către participant.</w:t>
      </w:r>
    </w:p>
    <w:p w:rsidR="00E95FEF" w:rsidRPr="001F3A24" w:rsidRDefault="00E95FEF">
      <w:pPr>
        <w:spacing w:after="0" w:line="240" w:lineRule="auto"/>
        <w:jc w:val="both"/>
        <w:rPr>
          <w:sz w:val="22"/>
        </w:rPr>
      </w:pPr>
    </w:p>
    <w:p w:rsidR="00E95FEF" w:rsidRPr="001F3A24" w:rsidRDefault="001F3A24">
      <w:pPr>
        <w:spacing w:after="0" w:line="240" w:lineRule="auto"/>
        <w:jc w:val="both"/>
        <w:rPr>
          <w:b/>
          <w:bCs/>
          <w:sz w:val="22"/>
        </w:rPr>
      </w:pPr>
      <w:r w:rsidRPr="001F3A24">
        <w:rPr>
          <w:b/>
          <w:bCs/>
          <w:sz w:val="22"/>
        </w:rPr>
        <w:t xml:space="preserve">Conducătorul grupului de lucru: ________________________ </w:t>
      </w:r>
      <w:r w:rsidRPr="001F3A24">
        <w:rPr>
          <w:b/>
          <w:bCs/>
          <w:sz w:val="22"/>
        </w:rPr>
        <w:tab/>
        <w:t>Nicolae JELAMSCHI</w:t>
      </w: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1F3A24" w:rsidRDefault="001F3A24">
      <w:pPr>
        <w:spacing w:after="0" w:line="240" w:lineRule="auto"/>
        <w:jc w:val="both"/>
        <w:rPr>
          <w:sz w:val="22"/>
        </w:rPr>
      </w:pPr>
    </w:p>
    <w:p w:rsidR="001F3A24" w:rsidRPr="00F75E77" w:rsidRDefault="001F3A24">
      <w:pPr>
        <w:spacing w:after="0" w:line="240" w:lineRule="auto"/>
        <w:jc w:val="both"/>
        <w:rPr>
          <w:sz w:val="18"/>
          <w:szCs w:val="18"/>
        </w:rPr>
      </w:pPr>
    </w:p>
    <w:p w:rsidR="00E95FEF" w:rsidRPr="00F75E77" w:rsidRDefault="001F3A24">
      <w:pPr>
        <w:spacing w:after="0" w:line="240" w:lineRule="auto"/>
        <w:jc w:val="both"/>
        <w:rPr>
          <w:sz w:val="18"/>
          <w:szCs w:val="18"/>
        </w:rPr>
      </w:pPr>
      <w:r w:rsidRPr="00F75E77">
        <w:rPr>
          <w:sz w:val="18"/>
          <w:szCs w:val="18"/>
        </w:rPr>
        <w:t>Executor: Vladimir Vornic</w:t>
      </w:r>
    </w:p>
    <w:p w:rsidR="00E95FEF" w:rsidRPr="00F75E77" w:rsidRDefault="001F3A24">
      <w:pPr>
        <w:spacing w:after="0" w:line="240" w:lineRule="auto"/>
        <w:jc w:val="both"/>
        <w:rPr>
          <w:sz w:val="18"/>
          <w:szCs w:val="18"/>
        </w:rPr>
      </w:pPr>
      <w:r w:rsidRPr="00F75E77">
        <w:rPr>
          <w:sz w:val="18"/>
          <w:szCs w:val="18"/>
        </w:rPr>
        <w:t>Tel.: 067493406</w:t>
      </w:r>
    </w:p>
    <w:p w:rsidR="00E95FEF" w:rsidRPr="00F75E77" w:rsidRDefault="001F3A24">
      <w:pPr>
        <w:spacing w:after="0" w:line="240" w:lineRule="auto"/>
        <w:jc w:val="both"/>
        <w:rPr>
          <w:sz w:val="18"/>
          <w:szCs w:val="18"/>
        </w:rPr>
      </w:pPr>
      <w:r w:rsidRPr="00F75E77">
        <w:rPr>
          <w:sz w:val="18"/>
          <w:szCs w:val="18"/>
        </w:rPr>
        <w:t>e-mail: achizitii@ansp.gov.md</w:t>
      </w:r>
    </w:p>
    <w:p w:rsidR="00E95FEF" w:rsidRPr="001F3A24" w:rsidRDefault="00E95FEF">
      <w:pPr>
        <w:spacing w:after="0" w:line="240" w:lineRule="auto"/>
        <w:jc w:val="both"/>
        <w:rPr>
          <w:sz w:val="22"/>
        </w:rPr>
        <w:sectPr w:rsidR="00E95FEF" w:rsidRPr="001F3A24">
          <w:pgSz w:w="12240" w:h="15840"/>
          <w:pgMar w:top="1134" w:right="850" w:bottom="1134" w:left="1701" w:header="720" w:footer="720" w:gutter="0"/>
          <w:cols w:space="720"/>
          <w:docGrid w:linePitch="360"/>
        </w:sectPr>
      </w:pPr>
    </w:p>
    <w:p w:rsidR="00E95FEF" w:rsidRPr="001F3A24" w:rsidRDefault="001F3A24">
      <w:pPr>
        <w:spacing w:after="0" w:line="240" w:lineRule="auto"/>
        <w:jc w:val="right"/>
        <w:rPr>
          <w:sz w:val="22"/>
        </w:rPr>
      </w:pPr>
      <w:r w:rsidRPr="001F3A24">
        <w:rPr>
          <w:sz w:val="22"/>
        </w:rPr>
        <w:lastRenderedPageBreak/>
        <w:t>Anexa nr. 1</w:t>
      </w:r>
    </w:p>
    <w:p w:rsidR="00E95FEF" w:rsidRPr="001F3A24" w:rsidRDefault="001F3A24">
      <w:pPr>
        <w:spacing w:after="0" w:line="240" w:lineRule="auto"/>
        <w:jc w:val="center"/>
        <w:rPr>
          <w:sz w:val="22"/>
        </w:rPr>
      </w:pPr>
      <w:r w:rsidRPr="001F3A24">
        <w:rPr>
          <w:b/>
          <w:sz w:val="22"/>
        </w:rPr>
        <w:t>CERERE DE PARTICIPARE</w:t>
      </w:r>
    </w:p>
    <w:p w:rsidR="00E95FEF" w:rsidRPr="001F3A24" w:rsidRDefault="001F3A24">
      <w:pPr>
        <w:spacing w:after="0" w:line="240" w:lineRule="auto"/>
        <w:jc w:val="both"/>
        <w:rPr>
          <w:sz w:val="22"/>
        </w:rPr>
      </w:pPr>
      <w:r w:rsidRPr="001F3A24">
        <w:rPr>
          <w:sz w:val="22"/>
        </w:rPr>
        <w:t>Către Agenția Națională pentru Sănătate Publică, mun. Chișinău, str. Gh. Asachi, 67 A</w:t>
      </w:r>
    </w:p>
    <w:p w:rsidR="00E95FEF" w:rsidRPr="001F3A24" w:rsidRDefault="001F3A24">
      <w:pPr>
        <w:spacing w:after="0" w:line="240" w:lineRule="auto"/>
        <w:jc w:val="both"/>
        <w:rPr>
          <w:sz w:val="22"/>
        </w:rPr>
      </w:pPr>
      <w:r w:rsidRPr="001F3A24">
        <w:rPr>
          <w:sz w:val="22"/>
        </w:rPr>
        <w:t>Stimaţi domni,</w:t>
      </w:r>
    </w:p>
    <w:p w:rsidR="00E95FEF" w:rsidRPr="001F3A24" w:rsidRDefault="001F3A24">
      <w:pPr>
        <w:spacing w:after="0" w:line="240" w:lineRule="auto"/>
        <w:jc w:val="both"/>
        <w:rPr>
          <w:sz w:val="22"/>
        </w:rPr>
      </w:pPr>
      <w:r w:rsidRPr="001F3A24">
        <w:rPr>
          <w:sz w:val="22"/>
        </w:rPr>
        <w:t>Ca urmare a invitației de participare privind aplicarea procedurii pentru atribuirea contractului de achiziție a pr</w:t>
      </w:r>
      <w:r w:rsidR="00282F50">
        <w:rPr>
          <w:sz w:val="22"/>
        </w:rPr>
        <w:t>eparate</w:t>
      </w:r>
      <w:r w:rsidRPr="001F3A24">
        <w:rPr>
          <w:sz w:val="22"/>
        </w:rPr>
        <w:t xml:space="preserve"> biocide, noi ______________________________________________, am luat cunoştinţă de condițiile și cerințele expuse în documentația de atribuire și exprimăm prin prezenta interesul de a participa, în calitate de ofertant/candidat, neavând obiecții la documentaţia de atribuire.</w:t>
      </w:r>
    </w:p>
    <w:p w:rsidR="00E95FEF" w:rsidRPr="001F3A24" w:rsidRDefault="001F3A24">
      <w:pPr>
        <w:spacing w:after="0" w:line="240" w:lineRule="auto"/>
        <w:jc w:val="both"/>
        <w:rPr>
          <w:sz w:val="22"/>
        </w:rPr>
      </w:pPr>
      <w:r w:rsidRPr="001F3A24">
        <w:rPr>
          <w:sz w:val="22"/>
        </w:rPr>
        <w:t>Data completării __________________</w:t>
      </w:r>
    </w:p>
    <w:p w:rsidR="00E95FEF" w:rsidRPr="001F3A24" w:rsidRDefault="001F3A24">
      <w:pPr>
        <w:spacing w:after="0" w:line="240" w:lineRule="auto"/>
        <w:jc w:val="both"/>
        <w:rPr>
          <w:sz w:val="22"/>
        </w:rPr>
      </w:pPr>
      <w:r w:rsidRPr="001F3A24">
        <w:rPr>
          <w:sz w:val="22"/>
        </w:rPr>
        <w:t>Cu stimă,</w:t>
      </w:r>
    </w:p>
    <w:p w:rsidR="00E95FEF" w:rsidRPr="001F3A24" w:rsidRDefault="001F3A24">
      <w:pPr>
        <w:spacing w:after="0" w:line="240" w:lineRule="auto"/>
        <w:jc w:val="both"/>
        <w:rPr>
          <w:sz w:val="22"/>
        </w:rPr>
      </w:pPr>
      <w:r w:rsidRPr="001F3A24">
        <w:rPr>
          <w:sz w:val="22"/>
        </w:rPr>
        <w:t>Ofertant/candidat ________________________________</w:t>
      </w:r>
    </w:p>
    <w:p w:rsidR="00E95FEF" w:rsidRPr="001F3A24" w:rsidRDefault="001F3A24">
      <w:pPr>
        <w:spacing w:after="0" w:line="240" w:lineRule="auto"/>
        <w:jc w:val="both"/>
        <w:rPr>
          <w:sz w:val="22"/>
        </w:rPr>
      </w:pPr>
      <w:r w:rsidRPr="001F3A24">
        <w:rPr>
          <w:sz w:val="22"/>
        </w:rPr>
        <w:t>(semnătura autorizată)</w:t>
      </w:r>
    </w:p>
    <w:p w:rsidR="00E95FEF" w:rsidRPr="001F3A24" w:rsidRDefault="00E95FEF">
      <w:pPr>
        <w:spacing w:after="0" w:line="240" w:lineRule="auto"/>
        <w:jc w:val="both"/>
        <w:rPr>
          <w:sz w:val="22"/>
        </w:rPr>
        <w:sectPr w:rsidR="00E95FEF" w:rsidRPr="001F3A24">
          <w:pgSz w:w="11906" w:h="16838"/>
          <w:pgMar w:top="1134" w:right="850" w:bottom="1134" w:left="1701" w:header="720" w:footer="720" w:gutter="0"/>
          <w:cols w:space="720"/>
          <w:docGrid w:linePitch="360"/>
        </w:sectPr>
      </w:pPr>
    </w:p>
    <w:p w:rsidR="00E95FEF" w:rsidRPr="001F3A24" w:rsidRDefault="001F3A24">
      <w:pPr>
        <w:spacing w:after="0" w:line="240" w:lineRule="auto"/>
        <w:jc w:val="right"/>
        <w:rPr>
          <w:sz w:val="22"/>
        </w:rPr>
      </w:pPr>
      <w:r w:rsidRPr="001F3A24">
        <w:rPr>
          <w:sz w:val="22"/>
        </w:rPr>
        <w:lastRenderedPageBreak/>
        <w:t>Anexa nr. 2</w:t>
      </w:r>
    </w:p>
    <w:p w:rsidR="00E95FEF" w:rsidRPr="001F3A24" w:rsidRDefault="001F3A24">
      <w:pPr>
        <w:spacing w:after="0" w:line="240" w:lineRule="auto"/>
        <w:jc w:val="center"/>
        <w:rPr>
          <w:sz w:val="22"/>
        </w:rPr>
      </w:pPr>
      <w:r w:rsidRPr="001F3A24">
        <w:rPr>
          <w:b/>
          <w:sz w:val="22"/>
        </w:rPr>
        <w:t>SPECIFICAȚII TEHNICE</w:t>
      </w:r>
    </w:p>
    <w:p w:rsidR="00E95FEF" w:rsidRPr="001F3A24" w:rsidRDefault="001F3A24">
      <w:pPr>
        <w:spacing w:after="0" w:line="240" w:lineRule="auto"/>
        <w:jc w:val="center"/>
        <w:rPr>
          <w:sz w:val="22"/>
        </w:rPr>
      </w:pPr>
      <w:r w:rsidRPr="001F3A24">
        <w:rPr>
          <w:sz w:val="22"/>
        </w:rPr>
        <w:t>[Acest tabel va fi completat de către ofertant în coloanele 2, 3, 4, 6, 7, iar de către autoritatea contractantă în coloanele 1, 5.]</w:t>
      </w:r>
    </w:p>
    <w:p w:rsidR="00E95FEF" w:rsidRPr="001F3A24" w:rsidRDefault="001F3A24">
      <w:pPr>
        <w:spacing w:after="0" w:line="240" w:lineRule="auto"/>
        <w:jc w:val="both"/>
        <w:rPr>
          <w:sz w:val="22"/>
        </w:rPr>
      </w:pPr>
      <w:r w:rsidRPr="001F3A24">
        <w:rPr>
          <w:sz w:val="22"/>
        </w:rPr>
        <w:t>Numărul procedurii de achiziție______________din___________</w:t>
      </w:r>
    </w:p>
    <w:p w:rsidR="00E95FEF" w:rsidRPr="001F3A24" w:rsidRDefault="001F3A24">
      <w:pPr>
        <w:spacing w:after="0" w:line="240" w:lineRule="auto"/>
        <w:jc w:val="both"/>
        <w:rPr>
          <w:sz w:val="22"/>
        </w:rPr>
      </w:pPr>
      <w:r w:rsidRPr="001F3A24">
        <w:rPr>
          <w:sz w:val="22"/>
        </w:rPr>
        <w:t>Obiectul achiziției: Pr</w:t>
      </w:r>
      <w:r w:rsidR="00E316DC">
        <w:rPr>
          <w:sz w:val="22"/>
        </w:rPr>
        <w:t>eparate</w:t>
      </w:r>
      <w:r w:rsidRPr="001F3A24">
        <w:rPr>
          <w:sz w:val="22"/>
        </w:rPr>
        <w:t xml:space="preserve"> biocide</w:t>
      </w:r>
    </w:p>
    <w:tbl>
      <w:tblPr>
        <w:tblStyle w:val="Tabelgril"/>
        <w:tblW w:w="0" w:type="auto"/>
        <w:jc w:val="center"/>
        <w:tblLook w:val="04A0" w:firstRow="1" w:lastRow="0" w:firstColumn="1" w:lastColumn="0" w:noHBand="0" w:noVBand="1"/>
      </w:tblPr>
      <w:tblGrid>
        <w:gridCol w:w="2002"/>
        <w:gridCol w:w="1988"/>
        <w:gridCol w:w="1912"/>
        <w:gridCol w:w="2029"/>
        <w:gridCol w:w="3442"/>
        <w:gridCol w:w="2007"/>
        <w:gridCol w:w="1974"/>
      </w:tblGrid>
      <w:tr w:rsidR="00E95FEF" w:rsidRPr="001F3A24">
        <w:trPr>
          <w:tblHeader/>
          <w:jc w:val="center"/>
        </w:trPr>
        <w:tc>
          <w:tcPr>
            <w:tcW w:w="2163" w:type="dxa"/>
            <w:vAlign w:val="center"/>
          </w:tcPr>
          <w:p w:rsidR="00E95FEF" w:rsidRPr="001F3A24" w:rsidRDefault="001F3A24">
            <w:pPr>
              <w:jc w:val="center"/>
              <w:rPr>
                <w:sz w:val="22"/>
              </w:rPr>
            </w:pPr>
            <w:r w:rsidRPr="001F3A24">
              <w:rPr>
                <w:b/>
                <w:sz w:val="22"/>
              </w:rPr>
              <w:t>Denumirea bunurilor</w:t>
            </w:r>
          </w:p>
        </w:tc>
        <w:tc>
          <w:tcPr>
            <w:tcW w:w="2163" w:type="dxa"/>
            <w:vAlign w:val="center"/>
          </w:tcPr>
          <w:p w:rsidR="00E95FEF" w:rsidRPr="001F3A24" w:rsidRDefault="001F3A24">
            <w:pPr>
              <w:jc w:val="center"/>
              <w:rPr>
                <w:sz w:val="22"/>
              </w:rPr>
            </w:pPr>
            <w:r w:rsidRPr="001F3A24">
              <w:rPr>
                <w:b/>
                <w:sz w:val="22"/>
              </w:rPr>
              <w:t>Denumirea modelului bunului</w:t>
            </w:r>
          </w:p>
        </w:tc>
        <w:tc>
          <w:tcPr>
            <w:tcW w:w="2163" w:type="dxa"/>
            <w:vAlign w:val="center"/>
          </w:tcPr>
          <w:p w:rsidR="00E95FEF" w:rsidRPr="001F3A24" w:rsidRDefault="001F3A24">
            <w:pPr>
              <w:jc w:val="center"/>
              <w:rPr>
                <w:sz w:val="22"/>
              </w:rPr>
            </w:pPr>
            <w:r w:rsidRPr="001F3A24">
              <w:rPr>
                <w:b/>
                <w:sz w:val="22"/>
              </w:rPr>
              <w:t>Țara de origine</w:t>
            </w:r>
          </w:p>
        </w:tc>
        <w:tc>
          <w:tcPr>
            <w:tcW w:w="2163" w:type="dxa"/>
            <w:vAlign w:val="center"/>
          </w:tcPr>
          <w:p w:rsidR="00E95FEF" w:rsidRPr="001F3A24" w:rsidRDefault="001F3A24">
            <w:pPr>
              <w:jc w:val="center"/>
              <w:rPr>
                <w:sz w:val="22"/>
              </w:rPr>
            </w:pPr>
            <w:r w:rsidRPr="001F3A24">
              <w:rPr>
                <w:b/>
                <w:sz w:val="22"/>
              </w:rPr>
              <w:t>Producătorul</w:t>
            </w:r>
          </w:p>
        </w:tc>
        <w:tc>
          <w:tcPr>
            <w:tcW w:w="2163" w:type="dxa"/>
            <w:vAlign w:val="center"/>
          </w:tcPr>
          <w:p w:rsidR="00E95FEF" w:rsidRPr="001F3A24" w:rsidRDefault="001F3A24">
            <w:pPr>
              <w:jc w:val="center"/>
              <w:rPr>
                <w:sz w:val="22"/>
              </w:rPr>
            </w:pPr>
            <w:r w:rsidRPr="001F3A24">
              <w:rPr>
                <w:b/>
                <w:sz w:val="22"/>
              </w:rPr>
              <w:t>Specificarea tehnică deplină solicitată de către autoritatea contractantă</w:t>
            </w:r>
          </w:p>
        </w:tc>
        <w:tc>
          <w:tcPr>
            <w:tcW w:w="2163" w:type="dxa"/>
            <w:vAlign w:val="center"/>
          </w:tcPr>
          <w:p w:rsidR="00E95FEF" w:rsidRPr="001F3A24" w:rsidRDefault="001F3A24">
            <w:pPr>
              <w:jc w:val="center"/>
              <w:rPr>
                <w:sz w:val="22"/>
              </w:rPr>
            </w:pPr>
            <w:r w:rsidRPr="001F3A24">
              <w:rPr>
                <w:b/>
                <w:sz w:val="22"/>
              </w:rPr>
              <w:t>Specificarea tehnică deplină propusă de către ofertant</w:t>
            </w:r>
          </w:p>
        </w:tc>
        <w:tc>
          <w:tcPr>
            <w:tcW w:w="2163" w:type="dxa"/>
            <w:vAlign w:val="center"/>
          </w:tcPr>
          <w:p w:rsidR="00E95FEF" w:rsidRPr="001F3A24" w:rsidRDefault="001F3A24">
            <w:pPr>
              <w:jc w:val="center"/>
              <w:rPr>
                <w:sz w:val="22"/>
              </w:rPr>
            </w:pPr>
            <w:r w:rsidRPr="001F3A24">
              <w:rPr>
                <w:b/>
                <w:sz w:val="22"/>
              </w:rPr>
              <w:t>Standarde de referință</w:t>
            </w:r>
          </w:p>
        </w:tc>
      </w:tr>
      <w:tr w:rsidR="00E95FEF" w:rsidRPr="001F3A24">
        <w:trPr>
          <w:jc w:val="center"/>
        </w:trPr>
        <w:tc>
          <w:tcPr>
            <w:tcW w:w="2163" w:type="dxa"/>
          </w:tcPr>
          <w:p w:rsidR="00E95FEF" w:rsidRPr="001F3A24" w:rsidRDefault="001F3A24">
            <w:pPr>
              <w:rPr>
                <w:sz w:val="22"/>
              </w:rPr>
            </w:pPr>
            <w:r w:rsidRPr="001F3A24">
              <w:rPr>
                <w:sz w:val="22"/>
              </w:rPr>
              <w:t>Dezinfectant pentru suprafețe sub formă de tablete</w:t>
            </w:r>
          </w:p>
        </w:tc>
        <w:tc>
          <w:tcPr>
            <w:tcW w:w="2163" w:type="dxa"/>
          </w:tcPr>
          <w:p w:rsidR="00E95FEF" w:rsidRPr="001F3A24" w:rsidRDefault="00E95FEF">
            <w:pPr>
              <w:jc w:val="center"/>
              <w:rPr>
                <w:sz w:val="22"/>
              </w:rPr>
            </w:pPr>
          </w:p>
        </w:tc>
        <w:tc>
          <w:tcPr>
            <w:tcW w:w="2163" w:type="dxa"/>
          </w:tcPr>
          <w:p w:rsidR="00E95FEF" w:rsidRPr="001F3A24" w:rsidRDefault="00E95FEF">
            <w:pPr>
              <w:jc w:val="center"/>
              <w:rPr>
                <w:sz w:val="22"/>
              </w:rPr>
            </w:pPr>
          </w:p>
        </w:tc>
        <w:tc>
          <w:tcPr>
            <w:tcW w:w="2163" w:type="dxa"/>
          </w:tcPr>
          <w:p w:rsidR="00E95FEF" w:rsidRPr="001F3A24" w:rsidRDefault="00E95FEF">
            <w:pPr>
              <w:jc w:val="center"/>
              <w:rPr>
                <w:sz w:val="22"/>
              </w:rPr>
            </w:pPr>
          </w:p>
        </w:tc>
        <w:tc>
          <w:tcPr>
            <w:tcW w:w="2163" w:type="dxa"/>
          </w:tcPr>
          <w:p w:rsidR="00E95FEF" w:rsidRPr="001F3A24" w:rsidRDefault="001F3A24">
            <w:pPr>
              <w:rPr>
                <w:sz w:val="22"/>
              </w:rPr>
            </w:pPr>
            <w:r w:rsidRPr="001F3A24">
              <w:rPr>
                <w:sz w:val="22"/>
              </w:rPr>
              <w:t>Acțiunea dezinfectantului:</w:t>
            </w:r>
          </w:p>
          <w:p w:rsidR="00E95FEF" w:rsidRPr="001F3A24" w:rsidRDefault="001F3A24">
            <w:pPr>
              <w:rPr>
                <w:sz w:val="22"/>
              </w:rPr>
            </w:pPr>
            <w:r w:rsidRPr="001F3A24">
              <w:rPr>
                <w:sz w:val="22"/>
              </w:rPr>
              <w:t>- Virucidă EN 14476 (2,1);</w:t>
            </w:r>
          </w:p>
          <w:p w:rsidR="00E95FEF" w:rsidRPr="001F3A24" w:rsidRDefault="001F3A24">
            <w:pPr>
              <w:rPr>
                <w:sz w:val="22"/>
              </w:rPr>
            </w:pPr>
            <w:r w:rsidRPr="001F3A24">
              <w:rPr>
                <w:sz w:val="22"/>
              </w:rPr>
              <w:t>- Bactericidă EN 13727 (2,1), EN 1500, EN 1499;</w:t>
            </w:r>
          </w:p>
          <w:p w:rsidR="00E95FEF" w:rsidRPr="001F3A24" w:rsidRDefault="001F3A24">
            <w:pPr>
              <w:rPr>
                <w:sz w:val="22"/>
              </w:rPr>
            </w:pPr>
            <w:r w:rsidRPr="001F3A24">
              <w:rPr>
                <w:sz w:val="22"/>
              </w:rPr>
              <w:t>- Levuricidă EN 13624 (Candida albicans) (2,1);</w:t>
            </w:r>
          </w:p>
          <w:p w:rsidR="00E95FEF" w:rsidRPr="001F3A24" w:rsidRDefault="001F3A24">
            <w:pPr>
              <w:rPr>
                <w:sz w:val="22"/>
              </w:rPr>
            </w:pPr>
            <w:r w:rsidRPr="001F3A24">
              <w:rPr>
                <w:sz w:val="22"/>
              </w:rPr>
              <w:t>- Micobactericidă/Tuberculocidă EN 14348 (2,1).</w:t>
            </w:r>
          </w:p>
          <w:p w:rsidR="00E95FEF" w:rsidRPr="001F3A24" w:rsidRDefault="001F3A24">
            <w:pPr>
              <w:rPr>
                <w:sz w:val="22"/>
              </w:rPr>
            </w:pPr>
            <w:r w:rsidRPr="001F3A24">
              <w:rPr>
                <w:sz w:val="22"/>
              </w:rPr>
              <w:t>La necesitate se vor solicita testările de laborator.</w:t>
            </w:r>
          </w:p>
          <w:p w:rsidR="00E95FEF" w:rsidRPr="001F3A24" w:rsidRDefault="00E95FEF">
            <w:pPr>
              <w:rPr>
                <w:sz w:val="22"/>
              </w:rPr>
            </w:pPr>
          </w:p>
          <w:p w:rsidR="00E95FEF" w:rsidRPr="001F3A24" w:rsidRDefault="001F3A24">
            <w:pPr>
              <w:rPr>
                <w:sz w:val="22"/>
              </w:rPr>
            </w:pPr>
            <w:r w:rsidRPr="001F3A24">
              <w:rPr>
                <w:sz w:val="22"/>
              </w:rPr>
              <w:t>Termenul de valabilitate: confirmare precum că la livrare termenul de valabilitate a produsului va fi nu mai mic de 80% din termenul total de valabilitate a acestuia.</w:t>
            </w:r>
          </w:p>
          <w:p w:rsidR="00E95FEF" w:rsidRPr="001F3A24" w:rsidRDefault="00E95FEF">
            <w:pPr>
              <w:rPr>
                <w:sz w:val="22"/>
              </w:rPr>
            </w:pPr>
          </w:p>
          <w:p w:rsidR="00E95FEF" w:rsidRPr="001F3A24" w:rsidRDefault="001F3A24">
            <w:pPr>
              <w:rPr>
                <w:sz w:val="22"/>
              </w:rPr>
            </w:pPr>
            <w:r w:rsidRPr="001F3A24">
              <w:rPr>
                <w:sz w:val="22"/>
              </w:rPr>
              <w:t>Certificări:</w:t>
            </w:r>
          </w:p>
          <w:p w:rsidR="00E95FEF" w:rsidRPr="001F3A24" w:rsidRDefault="001F3A24">
            <w:pPr>
              <w:rPr>
                <w:sz w:val="22"/>
              </w:rPr>
            </w:pPr>
            <w:r w:rsidRPr="001F3A24">
              <w:rPr>
                <w:sz w:val="22"/>
              </w:rPr>
              <w:t>- Certificat de înregistrare a produsului de către Agenția Națională pentru Sănătate Publică, valabil până la deschiderea ofertelor;</w:t>
            </w:r>
          </w:p>
          <w:p w:rsidR="00E95FEF" w:rsidRPr="001F3A24" w:rsidRDefault="001F3A24">
            <w:pPr>
              <w:rPr>
                <w:sz w:val="22"/>
              </w:rPr>
            </w:pPr>
            <w:r w:rsidRPr="001F3A24">
              <w:rPr>
                <w:sz w:val="22"/>
              </w:rPr>
              <w:t>- Fișa tehnică de securitate a produsului chimic: copie sau original, în limbă de circulație internațională și traducerea în limba română, semnată electronic de către participant;</w:t>
            </w:r>
          </w:p>
          <w:p w:rsidR="00E95FEF" w:rsidRPr="001F3A24" w:rsidRDefault="001F3A24">
            <w:pPr>
              <w:rPr>
                <w:sz w:val="22"/>
              </w:rPr>
            </w:pPr>
            <w:r w:rsidRPr="001F3A24">
              <w:rPr>
                <w:sz w:val="22"/>
              </w:rPr>
              <w:t xml:space="preserve">- Instrucțiunea de utilizare a </w:t>
            </w:r>
            <w:r w:rsidRPr="001F3A24">
              <w:rPr>
                <w:sz w:val="22"/>
              </w:rPr>
              <w:lastRenderedPageBreak/>
              <w:t>produsului, în una din limbile de circulație internațională, inclusiv traducerea în limba de stat la livrare, copie sau original semnat electronic de către participant.</w:t>
            </w:r>
          </w:p>
          <w:p w:rsidR="00E95FEF" w:rsidRPr="001F3A24" w:rsidRDefault="00E95FEF">
            <w:pPr>
              <w:rPr>
                <w:sz w:val="22"/>
              </w:rPr>
            </w:pPr>
          </w:p>
          <w:p w:rsidR="00E95FEF" w:rsidRPr="001F3A24" w:rsidRDefault="001F3A24">
            <w:pPr>
              <w:rPr>
                <w:sz w:val="22"/>
              </w:rPr>
            </w:pPr>
            <w:r w:rsidRPr="001F3A24">
              <w:rPr>
                <w:sz w:val="22"/>
              </w:rPr>
              <w:t>Cerințe tehnice:</w:t>
            </w:r>
          </w:p>
          <w:p w:rsidR="00E95FEF" w:rsidRPr="001F3A24" w:rsidRDefault="001F3A24">
            <w:pPr>
              <w:rPr>
                <w:sz w:val="22"/>
              </w:rPr>
            </w:pPr>
            <w:r w:rsidRPr="001F3A24">
              <w:rPr>
                <w:sz w:val="22"/>
              </w:rPr>
              <w:t>- Dezinfectant clorigen sub formă de tablete efervescente, utilizat pentru dezinfecția suprafețelor;</w:t>
            </w:r>
          </w:p>
          <w:p w:rsidR="00E95FEF" w:rsidRPr="001F3A24" w:rsidRDefault="001F3A24">
            <w:pPr>
              <w:rPr>
                <w:sz w:val="22"/>
              </w:rPr>
            </w:pPr>
            <w:r w:rsidRPr="001F3A24">
              <w:rPr>
                <w:sz w:val="22"/>
              </w:rPr>
              <w:t>- Substanța activă: diclorizocianurat de sodiu, care eliberează clor activ la dizolvarea în apă;</w:t>
            </w:r>
          </w:p>
          <w:p w:rsidR="00E95FEF" w:rsidRPr="001F3A24" w:rsidRDefault="001F3A24">
            <w:pPr>
              <w:rPr>
                <w:sz w:val="22"/>
              </w:rPr>
            </w:pPr>
            <w:r w:rsidRPr="001F3A24">
              <w:rPr>
                <w:sz w:val="22"/>
              </w:rPr>
              <w:t>- Ambalaj: cutie a câte cel mult 200 tablete;</w:t>
            </w:r>
          </w:p>
          <w:p w:rsidR="00E95FEF" w:rsidRPr="001F3A24" w:rsidRDefault="001F3A24">
            <w:pPr>
              <w:rPr>
                <w:sz w:val="22"/>
              </w:rPr>
            </w:pPr>
            <w:r w:rsidRPr="001F3A24">
              <w:rPr>
                <w:sz w:val="22"/>
              </w:rPr>
              <w:t>- Termen total de valabilitate: minimum 2 ani;</w:t>
            </w:r>
          </w:p>
          <w:p w:rsidR="00E95FEF" w:rsidRPr="001F3A24" w:rsidRDefault="001F3A24">
            <w:pPr>
              <w:rPr>
                <w:sz w:val="22"/>
              </w:rPr>
            </w:pPr>
            <w:r w:rsidRPr="001F3A24">
              <w:rPr>
                <w:sz w:val="22"/>
              </w:rPr>
              <w:t>- Expoziția: 60 min.</w:t>
            </w:r>
          </w:p>
          <w:p w:rsidR="00E95FEF" w:rsidRPr="001F3A24" w:rsidRDefault="00E95FEF">
            <w:pPr>
              <w:rPr>
                <w:sz w:val="22"/>
              </w:rPr>
            </w:pPr>
          </w:p>
          <w:p w:rsidR="00E95FEF" w:rsidRPr="001F3A24" w:rsidRDefault="001F3A24">
            <w:pPr>
              <w:rPr>
                <w:sz w:val="22"/>
              </w:rPr>
            </w:pPr>
            <w:r w:rsidRPr="001F3A24">
              <w:rPr>
                <w:sz w:val="22"/>
              </w:rPr>
              <w:t>De prezentat la livrare: catalogul producătorului/prospecte/documente tehnice de confirmare a specificațiilor tehnice pentru produsul oferit, copie confirmată prin semnătură electronică. În ofertă se va indica codul produsului oferit pentru a putea fi identificat.</w:t>
            </w:r>
          </w:p>
        </w:tc>
        <w:tc>
          <w:tcPr>
            <w:tcW w:w="2163" w:type="dxa"/>
          </w:tcPr>
          <w:p w:rsidR="00E95FEF" w:rsidRPr="001F3A24" w:rsidRDefault="00E95FEF">
            <w:pPr>
              <w:jc w:val="center"/>
              <w:rPr>
                <w:sz w:val="22"/>
              </w:rPr>
            </w:pPr>
          </w:p>
        </w:tc>
        <w:tc>
          <w:tcPr>
            <w:tcW w:w="2163" w:type="dxa"/>
          </w:tcPr>
          <w:p w:rsidR="00E95FEF" w:rsidRPr="001F3A24" w:rsidRDefault="001F3A24">
            <w:pPr>
              <w:rPr>
                <w:sz w:val="22"/>
              </w:rPr>
            </w:pPr>
            <w:r w:rsidRPr="001F3A24">
              <w:rPr>
                <w:sz w:val="22"/>
              </w:rPr>
              <w:t>EN 14476; EN 13727; EN 1500; EN 1499; EN 13624; EN 14348</w:t>
            </w:r>
          </w:p>
        </w:tc>
      </w:tr>
      <w:tr w:rsidR="00E95FEF" w:rsidRPr="001F3A24">
        <w:trPr>
          <w:jc w:val="center"/>
        </w:trPr>
        <w:tc>
          <w:tcPr>
            <w:tcW w:w="15141" w:type="dxa"/>
            <w:gridSpan w:val="7"/>
          </w:tcPr>
          <w:p w:rsidR="00E95FEF" w:rsidRPr="001F3A24" w:rsidRDefault="001F3A24">
            <w:pPr>
              <w:rPr>
                <w:sz w:val="22"/>
              </w:rPr>
            </w:pPr>
            <w:r w:rsidRPr="001F3A24">
              <w:rPr>
                <w:b/>
                <w:sz w:val="22"/>
              </w:rPr>
              <w:t>Total</w:t>
            </w:r>
          </w:p>
        </w:tc>
      </w:tr>
    </w:tbl>
    <w:p w:rsidR="00E95FEF" w:rsidRPr="001F3A24" w:rsidRDefault="001F3A24">
      <w:pPr>
        <w:spacing w:after="0" w:line="240" w:lineRule="auto"/>
        <w:jc w:val="both"/>
        <w:rPr>
          <w:sz w:val="22"/>
        </w:rPr>
      </w:pPr>
      <w:r w:rsidRPr="001F3A24">
        <w:rPr>
          <w:sz w:val="22"/>
        </w:rPr>
        <w:t>Semnat:________ Numele, Prenumele:____________ În calitate de: ______________</w:t>
      </w:r>
    </w:p>
    <w:p w:rsidR="00E95FEF" w:rsidRPr="001F3A24" w:rsidRDefault="001F3A24">
      <w:pPr>
        <w:spacing w:after="0" w:line="240" w:lineRule="auto"/>
        <w:jc w:val="both"/>
        <w:rPr>
          <w:sz w:val="22"/>
        </w:rPr>
      </w:pPr>
      <w:r w:rsidRPr="001F3A24">
        <w:rPr>
          <w:sz w:val="22"/>
        </w:rPr>
        <w:t>Ofertantul: ______________________ Adresa: _____________________</w:t>
      </w:r>
    </w:p>
    <w:p w:rsidR="00E95FEF" w:rsidRPr="001F3A24" w:rsidRDefault="00E95FEF">
      <w:pPr>
        <w:spacing w:after="0" w:line="240" w:lineRule="auto"/>
        <w:jc w:val="both"/>
        <w:rPr>
          <w:sz w:val="22"/>
        </w:rPr>
        <w:sectPr w:rsidR="00E95FEF" w:rsidRPr="001F3A24">
          <w:pgSz w:w="16838" w:h="11906" w:orient="landscape"/>
          <w:pgMar w:top="850" w:right="850" w:bottom="850" w:left="850" w:header="720" w:footer="720" w:gutter="0"/>
          <w:cols w:space="720"/>
          <w:docGrid w:linePitch="360"/>
        </w:sectPr>
      </w:pPr>
    </w:p>
    <w:p w:rsidR="00E95FEF" w:rsidRPr="001F3A24" w:rsidRDefault="001F3A24">
      <w:pPr>
        <w:spacing w:after="0" w:line="240" w:lineRule="auto"/>
        <w:jc w:val="right"/>
        <w:rPr>
          <w:sz w:val="22"/>
        </w:rPr>
      </w:pPr>
      <w:r w:rsidRPr="001F3A24">
        <w:rPr>
          <w:sz w:val="22"/>
        </w:rPr>
        <w:lastRenderedPageBreak/>
        <w:t>Anexa nr. 3</w:t>
      </w:r>
    </w:p>
    <w:p w:rsidR="00E95FEF" w:rsidRPr="001F3A24" w:rsidRDefault="001F3A24">
      <w:pPr>
        <w:spacing w:after="0" w:line="240" w:lineRule="auto"/>
        <w:jc w:val="center"/>
        <w:rPr>
          <w:sz w:val="22"/>
        </w:rPr>
      </w:pPr>
      <w:r w:rsidRPr="001F3A24">
        <w:rPr>
          <w:b/>
          <w:sz w:val="22"/>
        </w:rPr>
        <w:t>SPECIFICAȚII DE PREȚ</w:t>
      </w:r>
    </w:p>
    <w:p w:rsidR="00E95FEF" w:rsidRPr="001F3A24" w:rsidRDefault="001F3A24">
      <w:pPr>
        <w:spacing w:after="0" w:line="240" w:lineRule="auto"/>
        <w:jc w:val="center"/>
        <w:rPr>
          <w:sz w:val="22"/>
        </w:rPr>
      </w:pPr>
      <w:r w:rsidRPr="001F3A24">
        <w:rPr>
          <w:sz w:val="22"/>
        </w:rPr>
        <w:t>[Acest tabel va fi completat de către ofertant în coloanele 5, 6, 7, 8 și 11, la necesitate, iar de către autoritatea contractantă în coloanele 1, 2, 3, 4, 9, 10.]</w:t>
      </w:r>
    </w:p>
    <w:p w:rsidR="00E95FEF" w:rsidRPr="001F3A24" w:rsidRDefault="001F3A24">
      <w:pPr>
        <w:spacing w:after="0" w:line="240" w:lineRule="auto"/>
        <w:jc w:val="both"/>
        <w:rPr>
          <w:sz w:val="22"/>
        </w:rPr>
      </w:pPr>
      <w:r w:rsidRPr="001F3A24">
        <w:rPr>
          <w:sz w:val="22"/>
        </w:rPr>
        <w:t>Numărul procedurii de achiziție______________din___________</w:t>
      </w:r>
    </w:p>
    <w:p w:rsidR="00E95FEF" w:rsidRPr="001F3A24" w:rsidRDefault="001F3A24">
      <w:pPr>
        <w:spacing w:after="0" w:line="240" w:lineRule="auto"/>
        <w:jc w:val="both"/>
        <w:rPr>
          <w:sz w:val="22"/>
        </w:rPr>
      </w:pPr>
      <w:r w:rsidRPr="001F3A24">
        <w:rPr>
          <w:sz w:val="22"/>
        </w:rPr>
        <w:t>Obiectul achiziției: Produse biocide</w:t>
      </w:r>
    </w:p>
    <w:tbl>
      <w:tblPr>
        <w:tblStyle w:val="Tabelgril"/>
        <w:tblW w:w="0" w:type="auto"/>
        <w:jc w:val="center"/>
        <w:tblLook w:val="04A0" w:firstRow="1" w:lastRow="0" w:firstColumn="1" w:lastColumn="0" w:noHBand="0" w:noVBand="1"/>
      </w:tblPr>
      <w:tblGrid>
        <w:gridCol w:w="1275"/>
        <w:gridCol w:w="1357"/>
        <w:gridCol w:w="1204"/>
        <w:gridCol w:w="1293"/>
        <w:gridCol w:w="1097"/>
        <w:gridCol w:w="1097"/>
        <w:gridCol w:w="1073"/>
        <w:gridCol w:w="1073"/>
        <w:gridCol w:w="1323"/>
        <w:gridCol w:w="3346"/>
        <w:gridCol w:w="1216"/>
      </w:tblGrid>
      <w:tr w:rsidR="00E95FEF" w:rsidRPr="001F3A24">
        <w:trPr>
          <w:tblHeader/>
          <w:jc w:val="center"/>
        </w:trPr>
        <w:tc>
          <w:tcPr>
            <w:tcW w:w="1376" w:type="dxa"/>
            <w:vAlign w:val="center"/>
          </w:tcPr>
          <w:p w:rsidR="00E95FEF" w:rsidRPr="001F3A24" w:rsidRDefault="001F3A24">
            <w:pPr>
              <w:jc w:val="center"/>
              <w:rPr>
                <w:sz w:val="22"/>
              </w:rPr>
            </w:pPr>
            <w:r w:rsidRPr="001F3A24">
              <w:rPr>
                <w:b/>
                <w:sz w:val="22"/>
              </w:rPr>
              <w:t>Cod CPV</w:t>
            </w:r>
          </w:p>
        </w:tc>
        <w:tc>
          <w:tcPr>
            <w:tcW w:w="1376" w:type="dxa"/>
            <w:vAlign w:val="center"/>
          </w:tcPr>
          <w:p w:rsidR="00E95FEF" w:rsidRPr="001F3A24" w:rsidRDefault="001F3A24">
            <w:pPr>
              <w:jc w:val="center"/>
              <w:rPr>
                <w:sz w:val="22"/>
              </w:rPr>
            </w:pPr>
            <w:r w:rsidRPr="001F3A24">
              <w:rPr>
                <w:b/>
                <w:sz w:val="22"/>
              </w:rPr>
              <w:t>Denumirea bunurilor</w:t>
            </w:r>
          </w:p>
        </w:tc>
        <w:tc>
          <w:tcPr>
            <w:tcW w:w="1376" w:type="dxa"/>
            <w:vAlign w:val="center"/>
          </w:tcPr>
          <w:p w:rsidR="00E95FEF" w:rsidRPr="001F3A24" w:rsidRDefault="001F3A24">
            <w:pPr>
              <w:jc w:val="center"/>
              <w:rPr>
                <w:sz w:val="22"/>
              </w:rPr>
            </w:pPr>
            <w:r w:rsidRPr="001F3A24">
              <w:rPr>
                <w:b/>
                <w:sz w:val="22"/>
              </w:rPr>
              <w:t>Unitatea de măsură</w:t>
            </w:r>
          </w:p>
        </w:tc>
        <w:tc>
          <w:tcPr>
            <w:tcW w:w="1376" w:type="dxa"/>
            <w:vAlign w:val="center"/>
          </w:tcPr>
          <w:p w:rsidR="00E95FEF" w:rsidRPr="001F3A24" w:rsidRDefault="001F3A24">
            <w:pPr>
              <w:jc w:val="center"/>
              <w:rPr>
                <w:sz w:val="22"/>
              </w:rPr>
            </w:pPr>
            <w:r w:rsidRPr="001F3A24">
              <w:rPr>
                <w:b/>
                <w:sz w:val="22"/>
              </w:rPr>
              <w:t>Cantitatea</w:t>
            </w:r>
          </w:p>
        </w:tc>
        <w:tc>
          <w:tcPr>
            <w:tcW w:w="1376" w:type="dxa"/>
            <w:vAlign w:val="center"/>
          </w:tcPr>
          <w:p w:rsidR="00E95FEF" w:rsidRPr="001F3A24" w:rsidRDefault="001F3A24">
            <w:pPr>
              <w:jc w:val="center"/>
              <w:rPr>
                <w:sz w:val="22"/>
              </w:rPr>
            </w:pPr>
            <w:r w:rsidRPr="001F3A24">
              <w:rPr>
                <w:b/>
                <w:sz w:val="22"/>
              </w:rPr>
              <w:t>Preț unitar (fără TVA)</w:t>
            </w:r>
          </w:p>
        </w:tc>
        <w:tc>
          <w:tcPr>
            <w:tcW w:w="1376" w:type="dxa"/>
            <w:vAlign w:val="center"/>
          </w:tcPr>
          <w:p w:rsidR="00E95FEF" w:rsidRPr="001F3A24" w:rsidRDefault="001F3A24">
            <w:pPr>
              <w:jc w:val="center"/>
              <w:rPr>
                <w:sz w:val="22"/>
              </w:rPr>
            </w:pPr>
            <w:r w:rsidRPr="001F3A24">
              <w:rPr>
                <w:b/>
                <w:sz w:val="22"/>
              </w:rPr>
              <w:t>Preț unitar (cu TVA)</w:t>
            </w:r>
          </w:p>
        </w:tc>
        <w:tc>
          <w:tcPr>
            <w:tcW w:w="1376" w:type="dxa"/>
            <w:vAlign w:val="center"/>
          </w:tcPr>
          <w:p w:rsidR="00E95FEF" w:rsidRPr="001F3A24" w:rsidRDefault="001F3A24">
            <w:pPr>
              <w:jc w:val="center"/>
              <w:rPr>
                <w:sz w:val="22"/>
              </w:rPr>
            </w:pPr>
            <w:r w:rsidRPr="001F3A24">
              <w:rPr>
                <w:b/>
                <w:sz w:val="22"/>
              </w:rPr>
              <w:t>Suma fără TVA</w:t>
            </w:r>
          </w:p>
        </w:tc>
        <w:tc>
          <w:tcPr>
            <w:tcW w:w="1376" w:type="dxa"/>
            <w:vAlign w:val="center"/>
          </w:tcPr>
          <w:p w:rsidR="00E95FEF" w:rsidRPr="001F3A24" w:rsidRDefault="001F3A24">
            <w:pPr>
              <w:jc w:val="center"/>
              <w:rPr>
                <w:sz w:val="22"/>
              </w:rPr>
            </w:pPr>
            <w:r w:rsidRPr="001F3A24">
              <w:rPr>
                <w:b/>
                <w:sz w:val="22"/>
              </w:rPr>
              <w:t>Suma cu TVA</w:t>
            </w:r>
          </w:p>
        </w:tc>
        <w:tc>
          <w:tcPr>
            <w:tcW w:w="1376" w:type="dxa"/>
            <w:vAlign w:val="center"/>
          </w:tcPr>
          <w:p w:rsidR="00E95FEF" w:rsidRPr="001F3A24" w:rsidRDefault="001F3A24">
            <w:pPr>
              <w:jc w:val="center"/>
              <w:rPr>
                <w:sz w:val="22"/>
              </w:rPr>
            </w:pPr>
            <w:r w:rsidRPr="001F3A24">
              <w:rPr>
                <w:b/>
                <w:sz w:val="22"/>
              </w:rPr>
              <w:t>Termenul de livrare</w:t>
            </w:r>
          </w:p>
        </w:tc>
        <w:tc>
          <w:tcPr>
            <w:tcW w:w="1376" w:type="dxa"/>
            <w:vAlign w:val="center"/>
          </w:tcPr>
          <w:p w:rsidR="00E95FEF" w:rsidRPr="001F3A24" w:rsidRDefault="001F3A24">
            <w:pPr>
              <w:jc w:val="center"/>
              <w:rPr>
                <w:sz w:val="22"/>
              </w:rPr>
            </w:pPr>
            <w:r w:rsidRPr="001F3A24">
              <w:rPr>
                <w:b/>
                <w:sz w:val="22"/>
              </w:rPr>
              <w:t>Clasificație bugetară (IBAN)</w:t>
            </w:r>
          </w:p>
        </w:tc>
        <w:tc>
          <w:tcPr>
            <w:tcW w:w="1376" w:type="dxa"/>
            <w:vAlign w:val="center"/>
          </w:tcPr>
          <w:p w:rsidR="00E95FEF" w:rsidRPr="001F3A24" w:rsidRDefault="001F3A24">
            <w:pPr>
              <w:jc w:val="center"/>
              <w:rPr>
                <w:sz w:val="22"/>
              </w:rPr>
            </w:pPr>
            <w:r w:rsidRPr="001F3A24">
              <w:rPr>
                <w:b/>
                <w:sz w:val="22"/>
              </w:rPr>
              <w:t>Discount %</w:t>
            </w:r>
          </w:p>
        </w:tc>
      </w:tr>
      <w:tr w:rsidR="00E95FEF" w:rsidRPr="001F3A24">
        <w:trPr>
          <w:jc w:val="center"/>
        </w:trPr>
        <w:tc>
          <w:tcPr>
            <w:tcW w:w="1376" w:type="dxa"/>
          </w:tcPr>
          <w:p w:rsidR="00E95FEF" w:rsidRPr="001F3A24" w:rsidRDefault="001F3A24">
            <w:pPr>
              <w:jc w:val="center"/>
              <w:rPr>
                <w:sz w:val="22"/>
              </w:rPr>
            </w:pPr>
            <w:r w:rsidRPr="001F3A24">
              <w:rPr>
                <w:sz w:val="22"/>
              </w:rPr>
              <w:t>24455000-8</w:t>
            </w:r>
          </w:p>
        </w:tc>
        <w:tc>
          <w:tcPr>
            <w:tcW w:w="1376" w:type="dxa"/>
          </w:tcPr>
          <w:p w:rsidR="00E95FEF" w:rsidRPr="001F3A24" w:rsidRDefault="001F3A24">
            <w:pPr>
              <w:rPr>
                <w:sz w:val="22"/>
              </w:rPr>
            </w:pPr>
            <w:r w:rsidRPr="001F3A24">
              <w:rPr>
                <w:sz w:val="22"/>
              </w:rPr>
              <w:t>Dezinfectant pentru suprafețe sub formă de tablete</w:t>
            </w:r>
          </w:p>
        </w:tc>
        <w:tc>
          <w:tcPr>
            <w:tcW w:w="1376" w:type="dxa"/>
          </w:tcPr>
          <w:p w:rsidR="00E95FEF" w:rsidRPr="001F3A24" w:rsidRDefault="001F3A24">
            <w:pPr>
              <w:jc w:val="center"/>
              <w:rPr>
                <w:sz w:val="22"/>
              </w:rPr>
            </w:pPr>
            <w:r w:rsidRPr="001F3A24">
              <w:rPr>
                <w:sz w:val="22"/>
              </w:rPr>
              <w:t>cutie</w:t>
            </w:r>
          </w:p>
        </w:tc>
        <w:tc>
          <w:tcPr>
            <w:tcW w:w="1376" w:type="dxa"/>
          </w:tcPr>
          <w:p w:rsidR="00E95FEF" w:rsidRPr="001F3A24" w:rsidRDefault="001F3A24">
            <w:pPr>
              <w:jc w:val="center"/>
              <w:rPr>
                <w:sz w:val="22"/>
              </w:rPr>
            </w:pPr>
            <w:r w:rsidRPr="001F3A24">
              <w:rPr>
                <w:sz w:val="22"/>
              </w:rPr>
              <w:t>260</w:t>
            </w:r>
          </w:p>
        </w:tc>
        <w:tc>
          <w:tcPr>
            <w:tcW w:w="1376" w:type="dxa"/>
          </w:tcPr>
          <w:p w:rsidR="00E95FEF" w:rsidRPr="001F3A24" w:rsidRDefault="00E95FEF">
            <w:pPr>
              <w:jc w:val="center"/>
              <w:rPr>
                <w:sz w:val="22"/>
              </w:rPr>
            </w:pPr>
          </w:p>
        </w:tc>
        <w:tc>
          <w:tcPr>
            <w:tcW w:w="1376" w:type="dxa"/>
          </w:tcPr>
          <w:p w:rsidR="00E95FEF" w:rsidRPr="001F3A24" w:rsidRDefault="00E95FEF">
            <w:pPr>
              <w:jc w:val="center"/>
              <w:rPr>
                <w:sz w:val="22"/>
              </w:rPr>
            </w:pPr>
          </w:p>
        </w:tc>
        <w:tc>
          <w:tcPr>
            <w:tcW w:w="1376" w:type="dxa"/>
          </w:tcPr>
          <w:p w:rsidR="00E95FEF" w:rsidRPr="001F3A24" w:rsidRDefault="00E95FEF">
            <w:pPr>
              <w:jc w:val="center"/>
              <w:rPr>
                <w:sz w:val="22"/>
              </w:rPr>
            </w:pPr>
          </w:p>
        </w:tc>
        <w:tc>
          <w:tcPr>
            <w:tcW w:w="1376" w:type="dxa"/>
          </w:tcPr>
          <w:p w:rsidR="00E95FEF" w:rsidRPr="001F3A24" w:rsidRDefault="00E95FEF">
            <w:pPr>
              <w:jc w:val="center"/>
              <w:rPr>
                <w:sz w:val="22"/>
              </w:rPr>
            </w:pPr>
          </w:p>
        </w:tc>
        <w:tc>
          <w:tcPr>
            <w:tcW w:w="1376" w:type="dxa"/>
          </w:tcPr>
          <w:p w:rsidR="00E95FEF" w:rsidRPr="001F3A24" w:rsidRDefault="001F3A24">
            <w:pPr>
              <w:jc w:val="center"/>
              <w:rPr>
                <w:sz w:val="22"/>
              </w:rPr>
            </w:pPr>
            <w:r w:rsidRPr="001F3A24">
              <w:rPr>
                <w:sz w:val="22"/>
              </w:rPr>
              <w:t>20 zile din data încheierii contractului</w:t>
            </w:r>
          </w:p>
        </w:tc>
        <w:tc>
          <w:tcPr>
            <w:tcW w:w="1376" w:type="dxa"/>
          </w:tcPr>
          <w:p w:rsidR="00E95FEF" w:rsidRPr="001F3A24" w:rsidRDefault="001F3A24">
            <w:pPr>
              <w:jc w:val="center"/>
              <w:rPr>
                <w:sz w:val="22"/>
              </w:rPr>
            </w:pPr>
            <w:r w:rsidRPr="001F3A24">
              <w:rPr>
                <w:sz w:val="22"/>
              </w:rPr>
              <w:t>MD91TRPCAA518410A01513AA</w:t>
            </w:r>
          </w:p>
        </w:tc>
        <w:tc>
          <w:tcPr>
            <w:tcW w:w="1376" w:type="dxa"/>
          </w:tcPr>
          <w:p w:rsidR="00E95FEF" w:rsidRPr="001F3A24" w:rsidRDefault="00E95FEF">
            <w:pPr>
              <w:jc w:val="center"/>
              <w:rPr>
                <w:sz w:val="22"/>
              </w:rPr>
            </w:pPr>
          </w:p>
        </w:tc>
      </w:tr>
    </w:tbl>
    <w:p w:rsidR="00E95FEF" w:rsidRPr="001F3A24" w:rsidRDefault="001F3A24">
      <w:pPr>
        <w:spacing w:after="0" w:line="240" w:lineRule="auto"/>
        <w:jc w:val="both"/>
        <w:rPr>
          <w:sz w:val="22"/>
        </w:rPr>
      </w:pPr>
      <w:r w:rsidRPr="001F3A24">
        <w:rPr>
          <w:sz w:val="22"/>
        </w:rPr>
        <w:t>Semnat:________ Numele, Prenumele:____________ În calitate de: ______________</w:t>
      </w:r>
    </w:p>
    <w:p w:rsidR="00E95FEF" w:rsidRPr="001F3A24" w:rsidRDefault="001F3A24">
      <w:pPr>
        <w:spacing w:after="0" w:line="240" w:lineRule="auto"/>
        <w:jc w:val="both"/>
        <w:rPr>
          <w:sz w:val="22"/>
        </w:rPr>
      </w:pPr>
      <w:r w:rsidRPr="001F3A24">
        <w:rPr>
          <w:sz w:val="22"/>
        </w:rPr>
        <w:t>Ofertantul: ______________________ Adresa: __________________________</w:t>
      </w:r>
    </w:p>
    <w:p w:rsidR="00E95FEF" w:rsidRPr="001F3A24" w:rsidRDefault="00E95FEF">
      <w:pPr>
        <w:spacing w:after="0" w:line="240" w:lineRule="auto"/>
        <w:jc w:val="both"/>
        <w:rPr>
          <w:sz w:val="22"/>
        </w:rPr>
        <w:sectPr w:rsidR="00E95FEF" w:rsidRPr="001F3A24">
          <w:pgSz w:w="16838" w:h="11906" w:orient="landscape"/>
          <w:pgMar w:top="850" w:right="850" w:bottom="850" w:left="850" w:header="720" w:footer="720" w:gutter="0"/>
          <w:cols w:space="720"/>
          <w:docGrid w:linePitch="360"/>
        </w:sectPr>
      </w:pPr>
    </w:p>
    <w:p w:rsidR="00E95FEF" w:rsidRPr="001F3A24" w:rsidRDefault="001F3A24">
      <w:pPr>
        <w:spacing w:after="0" w:line="240" w:lineRule="auto"/>
        <w:jc w:val="right"/>
        <w:rPr>
          <w:sz w:val="22"/>
        </w:rPr>
      </w:pPr>
      <w:r w:rsidRPr="001F3A24">
        <w:rPr>
          <w:sz w:val="22"/>
        </w:rPr>
        <w:lastRenderedPageBreak/>
        <w:t>Anexa nr. 4</w:t>
      </w:r>
    </w:p>
    <w:p w:rsidR="00E95FEF" w:rsidRPr="001F3A24" w:rsidRDefault="001F3A24">
      <w:pPr>
        <w:spacing w:after="0" w:line="240" w:lineRule="auto"/>
        <w:jc w:val="center"/>
        <w:rPr>
          <w:sz w:val="22"/>
        </w:rPr>
      </w:pPr>
      <w:r w:rsidRPr="001F3A24">
        <w:rPr>
          <w:b/>
          <w:sz w:val="22"/>
        </w:rPr>
        <w:t>DECLARAȚIE DE ELIGIBILITATE</w:t>
      </w:r>
    </w:p>
    <w:p w:rsidR="00E95FEF" w:rsidRPr="001F3A24" w:rsidRDefault="001F3A24">
      <w:pPr>
        <w:spacing w:after="0" w:line="240" w:lineRule="auto"/>
        <w:jc w:val="both"/>
        <w:rPr>
          <w:sz w:val="22"/>
        </w:rPr>
      </w:pPr>
      <w:r w:rsidRPr="001F3A24">
        <w:rPr>
          <w:sz w:val="22"/>
        </w:rPr>
        <w:t>Către Agenția Națională pentru Sănătate Publică, mun. Chișinău, str. Gh. Asachi, 67 A</w:t>
      </w:r>
    </w:p>
    <w:p w:rsidR="00E95FEF" w:rsidRPr="001F3A24" w:rsidRDefault="001F3A24">
      <w:pPr>
        <w:spacing w:after="0" w:line="240" w:lineRule="auto"/>
        <w:jc w:val="both"/>
        <w:rPr>
          <w:sz w:val="22"/>
        </w:rPr>
      </w:pPr>
      <w:r w:rsidRPr="001F3A24">
        <w:rPr>
          <w:sz w:val="22"/>
        </w:rPr>
        <w:t>Stimați domni,</w:t>
      </w:r>
    </w:p>
    <w:p w:rsidR="00E95FEF" w:rsidRPr="001F3A24" w:rsidRDefault="001F3A24">
      <w:pPr>
        <w:spacing w:after="0" w:line="240" w:lineRule="auto"/>
        <w:jc w:val="both"/>
        <w:rPr>
          <w:sz w:val="22"/>
        </w:rPr>
      </w:pPr>
      <w:r w:rsidRPr="001F3A24">
        <w:rPr>
          <w:sz w:val="22"/>
        </w:rPr>
        <w:t>Subsemnatul, reprezentant împuternicit al _____________________________________________, în calitate de ofertant, declar pe propria răspundere, sub sancțiunea excluderii din procedură și sub sancțiunile aplicate faptei de fals în acte publice, că nu mă aflu în una dintre situațiile prevăzute la art. 19 din Legea nr. 131/2015 privind achizițiile publice.</w:t>
      </w:r>
    </w:p>
    <w:p w:rsidR="00E95FEF" w:rsidRPr="001F3A24" w:rsidRDefault="001F3A24">
      <w:pPr>
        <w:spacing w:after="0" w:line="240" w:lineRule="auto"/>
        <w:jc w:val="both"/>
        <w:rPr>
          <w:sz w:val="22"/>
        </w:rPr>
      </w:pPr>
      <w:r w:rsidRPr="001F3A24">
        <w:rPr>
          <w:sz w:val="22"/>
        </w:rPr>
        <w:t>Mă oblig, la solicitarea autorității contractante, în scopul verificării și confirmării declarației, să prezint orice document doveditor de care dispun.</w:t>
      </w:r>
    </w:p>
    <w:p w:rsidR="00E95FEF" w:rsidRPr="001F3A24" w:rsidRDefault="001F3A24">
      <w:pPr>
        <w:spacing w:after="0" w:line="240" w:lineRule="auto"/>
        <w:jc w:val="both"/>
        <w:rPr>
          <w:sz w:val="22"/>
        </w:rPr>
      </w:pPr>
      <w:r w:rsidRPr="001F3A24">
        <w:rPr>
          <w:sz w:val="22"/>
        </w:rPr>
        <w:t>Data completării_____________</w:t>
      </w:r>
    </w:p>
    <w:p w:rsidR="00E95FEF" w:rsidRPr="001F3A24" w:rsidRDefault="001F3A24">
      <w:pPr>
        <w:spacing w:after="0" w:line="240" w:lineRule="auto"/>
        <w:jc w:val="both"/>
        <w:rPr>
          <w:sz w:val="22"/>
        </w:rPr>
      </w:pPr>
      <w:r w:rsidRPr="001F3A24">
        <w:rPr>
          <w:sz w:val="22"/>
        </w:rPr>
        <w:t>Ofertant/candidat ___________________</w:t>
      </w:r>
    </w:p>
    <w:p w:rsidR="00E95FEF" w:rsidRPr="001F3A24" w:rsidRDefault="001F3A24">
      <w:pPr>
        <w:spacing w:after="0" w:line="240" w:lineRule="auto"/>
        <w:jc w:val="both"/>
        <w:rPr>
          <w:sz w:val="22"/>
        </w:rPr>
      </w:pPr>
      <w:r w:rsidRPr="001F3A24">
        <w:rPr>
          <w:sz w:val="22"/>
        </w:rPr>
        <w:t>(semnătura autorizată)</w:t>
      </w:r>
    </w:p>
    <w:p w:rsidR="00E95FEF" w:rsidRPr="001F3A24" w:rsidRDefault="00E95FEF">
      <w:pPr>
        <w:spacing w:after="0" w:line="240" w:lineRule="auto"/>
        <w:jc w:val="both"/>
        <w:rPr>
          <w:sz w:val="22"/>
        </w:rPr>
        <w:sectPr w:rsidR="00E95FEF" w:rsidRPr="001F3A24">
          <w:pgSz w:w="11906" w:h="16838"/>
          <w:pgMar w:top="1134" w:right="850" w:bottom="1134" w:left="1701" w:header="720" w:footer="720" w:gutter="0"/>
          <w:cols w:space="720"/>
          <w:docGrid w:linePitch="360"/>
        </w:sectPr>
      </w:pPr>
    </w:p>
    <w:p w:rsidR="00E95FEF" w:rsidRPr="001F3A24" w:rsidRDefault="001F3A24">
      <w:pPr>
        <w:spacing w:after="0" w:line="240" w:lineRule="auto"/>
        <w:jc w:val="right"/>
        <w:rPr>
          <w:sz w:val="22"/>
        </w:rPr>
      </w:pPr>
      <w:r w:rsidRPr="001F3A24">
        <w:rPr>
          <w:sz w:val="22"/>
        </w:rPr>
        <w:lastRenderedPageBreak/>
        <w:t>Anexa nr. 5</w:t>
      </w:r>
    </w:p>
    <w:p w:rsidR="00E95FEF" w:rsidRPr="001F3A24" w:rsidRDefault="001F3A24">
      <w:pPr>
        <w:spacing w:after="0" w:line="240" w:lineRule="auto"/>
        <w:jc w:val="center"/>
        <w:rPr>
          <w:sz w:val="22"/>
        </w:rPr>
      </w:pPr>
      <w:r w:rsidRPr="001F3A24">
        <w:rPr>
          <w:b/>
          <w:sz w:val="22"/>
        </w:rPr>
        <w:t>DECLARAȚIE PRIVIND DATELE DE IDENTIFICARE ALE OPERATORULUI ECONOMIC</w:t>
      </w:r>
    </w:p>
    <w:p w:rsidR="00E95FEF" w:rsidRPr="001F3A24" w:rsidRDefault="001F3A24">
      <w:pPr>
        <w:spacing w:after="0" w:line="240" w:lineRule="auto"/>
        <w:jc w:val="both"/>
        <w:rPr>
          <w:sz w:val="22"/>
        </w:rPr>
      </w:pPr>
      <w:r w:rsidRPr="001F3A24">
        <w:rPr>
          <w:sz w:val="22"/>
        </w:rPr>
        <w:t>Subsemnatul(a) ____________________________________, în calitate de reprezentant legal / persoană împuternicită a operatorului economic ____________________________________, declar pe propria răspundere că informațiile prezentate mai jos sunt complete, corecte și actuale:</w:t>
      </w:r>
    </w:p>
    <w:tbl>
      <w:tblPr>
        <w:tblStyle w:val="Tabelgril"/>
        <w:tblW w:w="0" w:type="auto"/>
        <w:jc w:val="center"/>
        <w:tblLook w:val="04A0" w:firstRow="1" w:lastRow="0" w:firstColumn="1" w:lastColumn="0" w:noHBand="0" w:noVBand="1"/>
      </w:tblPr>
      <w:tblGrid>
        <w:gridCol w:w="4515"/>
        <w:gridCol w:w="5056"/>
      </w:tblGrid>
      <w:tr w:rsidR="00E95FEF" w:rsidRPr="001F3A24">
        <w:trPr>
          <w:jc w:val="center"/>
        </w:trPr>
        <w:tc>
          <w:tcPr>
            <w:tcW w:w="4677" w:type="dxa"/>
            <w:vAlign w:val="center"/>
          </w:tcPr>
          <w:p w:rsidR="00E95FEF" w:rsidRPr="001F3A24" w:rsidRDefault="001F3A24">
            <w:pPr>
              <w:jc w:val="center"/>
              <w:rPr>
                <w:sz w:val="22"/>
              </w:rPr>
            </w:pPr>
            <w:r w:rsidRPr="001F3A24">
              <w:rPr>
                <w:b/>
                <w:sz w:val="22"/>
              </w:rPr>
              <w:t>Informația solicitată</w:t>
            </w:r>
          </w:p>
        </w:tc>
        <w:tc>
          <w:tcPr>
            <w:tcW w:w="4677" w:type="dxa"/>
            <w:vAlign w:val="center"/>
          </w:tcPr>
          <w:p w:rsidR="00E95FEF" w:rsidRPr="001F3A24" w:rsidRDefault="001F3A24">
            <w:pPr>
              <w:jc w:val="center"/>
              <w:rPr>
                <w:sz w:val="22"/>
              </w:rPr>
            </w:pPr>
            <w:r w:rsidRPr="001F3A24">
              <w:rPr>
                <w:b/>
                <w:sz w:val="22"/>
              </w:rPr>
              <w:t>Datele operatorului economic</w:t>
            </w:r>
          </w:p>
        </w:tc>
      </w:tr>
      <w:tr w:rsidR="00E95FEF" w:rsidRPr="001F3A24">
        <w:trPr>
          <w:jc w:val="center"/>
        </w:trPr>
        <w:tc>
          <w:tcPr>
            <w:tcW w:w="4677" w:type="dxa"/>
          </w:tcPr>
          <w:p w:rsidR="00E95FEF" w:rsidRPr="001F3A24" w:rsidRDefault="001F3A24">
            <w:pPr>
              <w:rPr>
                <w:sz w:val="22"/>
              </w:rPr>
            </w:pPr>
            <w:r w:rsidRPr="001F3A24">
              <w:rPr>
                <w:sz w:val="22"/>
              </w:rPr>
              <w:t>1. Denumirea completă a operatorului economic</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2. Forma juridică de organizare</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3. IDNO</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4. Adresa juridică</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5. Adresa poștală / sediul de corespondență, dacă diferă</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6. Administrator / conducător</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7. Persoana împuternicită să semneze oferta și contractul, după caz</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8. Telefon de contact</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9. Adresa electronică oficială</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10. Denumirea băncii</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11. Cod bancar (SWIFT/BIC)</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12. Cod IBAN</w:t>
            </w:r>
          </w:p>
        </w:tc>
        <w:tc>
          <w:tcPr>
            <w:tcW w:w="4677" w:type="dxa"/>
          </w:tcPr>
          <w:p w:rsidR="00E95FEF" w:rsidRPr="001F3A24" w:rsidRDefault="001F3A24">
            <w:pPr>
              <w:rPr>
                <w:sz w:val="22"/>
              </w:rPr>
            </w:pPr>
            <w:r w:rsidRPr="001F3A24">
              <w:rPr>
                <w:sz w:val="22"/>
              </w:rPr>
              <w:t>____________________________________________</w:t>
            </w:r>
          </w:p>
        </w:tc>
      </w:tr>
      <w:tr w:rsidR="00E95FEF" w:rsidRPr="001F3A24">
        <w:trPr>
          <w:jc w:val="center"/>
        </w:trPr>
        <w:tc>
          <w:tcPr>
            <w:tcW w:w="4677" w:type="dxa"/>
          </w:tcPr>
          <w:p w:rsidR="00E95FEF" w:rsidRPr="001F3A24" w:rsidRDefault="001F3A24">
            <w:pPr>
              <w:rPr>
                <w:sz w:val="22"/>
              </w:rPr>
            </w:pPr>
            <w:r w:rsidRPr="001F3A24">
              <w:rPr>
                <w:sz w:val="22"/>
              </w:rPr>
              <w:t>13. Regimul TVA aplicabil</w:t>
            </w:r>
          </w:p>
        </w:tc>
        <w:tc>
          <w:tcPr>
            <w:tcW w:w="4677" w:type="dxa"/>
          </w:tcPr>
          <w:p w:rsidR="00E95FEF" w:rsidRPr="001F3A24" w:rsidRDefault="001F3A24">
            <w:pPr>
              <w:rPr>
                <w:sz w:val="22"/>
              </w:rPr>
            </w:pPr>
            <w:r w:rsidRPr="001F3A24">
              <w:rPr>
                <w:sz w:val="22"/>
              </w:rPr>
              <w:t>☐ Plătitor de TVA   ☐ Neplătitor de TVA</w:t>
            </w:r>
          </w:p>
        </w:tc>
      </w:tr>
      <w:tr w:rsidR="00E95FEF" w:rsidRPr="001F3A24">
        <w:trPr>
          <w:jc w:val="center"/>
        </w:trPr>
        <w:tc>
          <w:tcPr>
            <w:tcW w:w="4677" w:type="dxa"/>
          </w:tcPr>
          <w:p w:rsidR="00E95FEF" w:rsidRPr="001F3A24" w:rsidRDefault="001F3A24">
            <w:pPr>
              <w:rPr>
                <w:sz w:val="22"/>
              </w:rPr>
            </w:pPr>
            <w:r w:rsidRPr="001F3A24">
              <w:rPr>
                <w:sz w:val="22"/>
              </w:rPr>
              <w:t>14. Persoana responsabilă de executarea contractului</w:t>
            </w:r>
          </w:p>
        </w:tc>
        <w:tc>
          <w:tcPr>
            <w:tcW w:w="4677" w:type="dxa"/>
          </w:tcPr>
          <w:p w:rsidR="00E95FEF" w:rsidRPr="001F3A24" w:rsidRDefault="001F3A24">
            <w:pPr>
              <w:rPr>
                <w:sz w:val="22"/>
              </w:rPr>
            </w:pPr>
            <w:r w:rsidRPr="001F3A24">
              <w:rPr>
                <w:sz w:val="22"/>
              </w:rPr>
              <w:t>____________________________________________</w:t>
            </w:r>
          </w:p>
        </w:tc>
      </w:tr>
    </w:tbl>
    <w:p w:rsidR="00E95FEF" w:rsidRPr="001F3A24" w:rsidRDefault="001F3A24">
      <w:pPr>
        <w:spacing w:after="0" w:line="240" w:lineRule="auto"/>
        <w:jc w:val="both"/>
        <w:rPr>
          <w:sz w:val="22"/>
        </w:rPr>
      </w:pPr>
      <w:r w:rsidRPr="001F3A24">
        <w:rPr>
          <w:sz w:val="22"/>
        </w:rPr>
        <w:t>Operatorul economic declară că nu se află în proces de insolvabilitate, lichidare sau suspendare a activității și are dreptul legal de a desfășura activitățile aferente obiectului contractului.</w:t>
      </w:r>
    </w:p>
    <w:p w:rsidR="00E95FEF" w:rsidRPr="001F3A24" w:rsidRDefault="001F3A24">
      <w:pPr>
        <w:spacing w:after="0" w:line="240" w:lineRule="auto"/>
        <w:jc w:val="both"/>
        <w:rPr>
          <w:sz w:val="22"/>
        </w:rPr>
      </w:pPr>
      <w:r w:rsidRPr="001F3A24">
        <w:rPr>
          <w:sz w:val="22"/>
        </w:rPr>
        <w:t>Data completării: _______________</w:t>
      </w:r>
    </w:p>
    <w:p w:rsidR="00E95FEF" w:rsidRPr="001F3A24" w:rsidRDefault="001F3A24">
      <w:pPr>
        <w:spacing w:after="0" w:line="240" w:lineRule="auto"/>
        <w:jc w:val="both"/>
        <w:rPr>
          <w:sz w:val="22"/>
        </w:rPr>
      </w:pPr>
      <w:r w:rsidRPr="001F3A24">
        <w:rPr>
          <w:sz w:val="22"/>
        </w:rPr>
        <w:t>Operator economic: _______________________________</w:t>
      </w:r>
    </w:p>
    <w:p w:rsidR="00E95FEF" w:rsidRPr="001F3A24" w:rsidRDefault="001F3A24">
      <w:pPr>
        <w:spacing w:after="0" w:line="240" w:lineRule="auto"/>
        <w:jc w:val="both"/>
        <w:rPr>
          <w:sz w:val="22"/>
        </w:rPr>
      </w:pPr>
      <w:r w:rsidRPr="001F3A24">
        <w:rPr>
          <w:sz w:val="22"/>
        </w:rPr>
        <w:t>Nume, prenume: _______________________________</w:t>
      </w:r>
    </w:p>
    <w:p w:rsidR="00E95FEF" w:rsidRPr="001F3A24" w:rsidRDefault="001F3A24">
      <w:pPr>
        <w:spacing w:after="0" w:line="240" w:lineRule="auto"/>
        <w:jc w:val="both"/>
        <w:rPr>
          <w:sz w:val="22"/>
        </w:rPr>
      </w:pPr>
      <w:r w:rsidRPr="001F3A24">
        <w:rPr>
          <w:sz w:val="22"/>
        </w:rPr>
        <w:t>Funcția: _______________________________</w:t>
      </w:r>
    </w:p>
    <w:p w:rsidR="00E95FEF" w:rsidRPr="001F3A24" w:rsidRDefault="001F3A24">
      <w:pPr>
        <w:spacing w:after="0" w:line="240" w:lineRule="auto"/>
        <w:jc w:val="both"/>
        <w:rPr>
          <w:sz w:val="22"/>
        </w:rPr>
      </w:pPr>
      <w:r w:rsidRPr="001F3A24">
        <w:rPr>
          <w:sz w:val="22"/>
        </w:rPr>
        <w:t>Semnătura: _______________________________</w:t>
      </w:r>
    </w:p>
    <w:sectPr w:rsidR="00E95FEF" w:rsidRPr="001F3A24" w:rsidSect="00034616">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61A4243"/>
    <w:multiLevelType w:val="hybridMultilevel"/>
    <w:tmpl w:val="767C0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C35A10"/>
    <w:multiLevelType w:val="hybridMultilevel"/>
    <w:tmpl w:val="D7B85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3F0328"/>
    <w:multiLevelType w:val="hybridMultilevel"/>
    <w:tmpl w:val="668A4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F3A24"/>
    <w:rsid w:val="00282F50"/>
    <w:rsid w:val="0029639D"/>
    <w:rsid w:val="00326F90"/>
    <w:rsid w:val="005E7CDA"/>
    <w:rsid w:val="00623CCC"/>
    <w:rsid w:val="007A7013"/>
    <w:rsid w:val="00AA1D8D"/>
    <w:rsid w:val="00B06814"/>
    <w:rsid w:val="00B47730"/>
    <w:rsid w:val="00CB0664"/>
    <w:rsid w:val="00E316DC"/>
    <w:rsid w:val="00E95FEF"/>
    <w:rsid w:val="00F75E7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7233299-C484-466A-921F-D43B266E4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0"/>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2B782-0A9B-4651-8EB9-448DF778D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2257</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15098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9</cp:revision>
  <dcterms:created xsi:type="dcterms:W3CDTF">2013-12-23T23:15:00Z</dcterms:created>
  <dcterms:modified xsi:type="dcterms:W3CDTF">2026-06-22T09:33:00Z</dcterms:modified>
  <cp:category/>
</cp:coreProperties>
</file>